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人教版五年级数学上册</w:t>
      </w:r>
    </w:p>
    <w:p>
      <w:pPr>
        <w:spacing w:after="80" w:line="300" w:lineRule="auto"/>
        <w:jc w:val="center"/>
      </w:pPr>
      <w:r>
        <w:rPr>
          <w:rFonts w:ascii="黑体" w:hAnsi="黑体" w:eastAsia="黑体"/>
          <w:b/>
          <w:sz w:val="26"/>
        </w:rPr>
        <w:t>第6单元 多边形的面积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第6单元 多边形的面积</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图形与几何</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8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学习的内容主要包括：平行四边形、三角形、梯形和组合图形的面积及解决问题五个部分，期间结合土地面积认识较大的面积单位“公顷”和“平方千米”。通过这些内容的学习，一方面让学生运用转化的思想方法推导出平面图形的面积计算公式，积累数学活动经验；另一方面让学生在自主探索组合图形的面积等活动过程中发展空间观念。同时，为进一步学习圆的面积和立体图形的表面积奠定基础。</w:t>
      </w:r>
    </w:p>
    <w:p>
      <w:pPr>
        <w:spacing w:after="80" w:line="300" w:lineRule="auto"/>
        <w:ind w:firstLine="400"/>
      </w:pPr>
      <w:r>
        <w:rPr>
          <w:rFonts w:ascii="宋体" w:hAnsi="宋体" w:eastAsia="宋体"/>
          <w:b w:val="0"/>
          <w:sz w:val="20"/>
        </w:rPr>
        <w:t>教科书以长方形面积计算为基础，以图形内在联系为线索，以未知转化为已知的基本方法开展学习。注重突出学生自主探索的活动性，让学生动手实验，先将图形转化为已经学过的图形，再通过合作学习的方式，探索转化后的图形与原图形的联系，从而发现新图形的面积计算公式。同时，按照学习活动的递进性，对学生探索的要求逐步提高，在学习知识的过程中培养学生动手操作、实验观察和分析推理的能力。</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在学习本单元之前，知道长方形、正方形、三角形的特征，会计算长方形、正方形的面积，对于“转化”的思想方法也有一定的认识，因此要求学生记住各种图形的面积计算公式并不难。但本单元面积计算公式的推导都是建立在学生移、剪、拼、摆等操作活动的基础上，关键是要让学生经历探究的过程，实现过程性目标。</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第1课时：通过操作、观察、比较等活动，自主探究平行四边形的面积计算公式，渗透转化的数学思想。</w:t>
      </w:r>
    </w:p>
    <w:p>
      <w:pPr>
        <w:spacing w:after="20" w:line="300" w:lineRule="auto"/>
        <w:ind w:firstLine="400"/>
      </w:pPr>
      <w:r>
        <w:rPr>
          <w:rFonts w:ascii="宋体" w:hAnsi="宋体" w:eastAsia="宋体"/>
          <w:b w:val="0"/>
          <w:sz w:val="20"/>
        </w:rPr>
        <w:t>第2课时：通过实际观察与推理，了解测量土地时常用的面积单位——公顷，及其实际大小，使学生初步形成1公顷的表象，知道1公顷＝10000平方米，1平方千米＝100公顷，会进行简单的单位换算。</w:t>
      </w:r>
    </w:p>
    <w:p>
      <w:pPr>
        <w:spacing w:after="20" w:line="300" w:lineRule="auto"/>
        <w:ind w:firstLine="400"/>
      </w:pPr>
      <w:r>
        <w:rPr>
          <w:rFonts w:ascii="宋体" w:hAnsi="宋体" w:eastAsia="宋体"/>
          <w:b w:val="0"/>
          <w:sz w:val="20"/>
        </w:rPr>
        <w:t>第3课时：探究并掌握三角形的面积计算公式，能正确计算三角形的面积，并能应用公式解决简单的实际问题。</w:t>
      </w:r>
    </w:p>
    <w:p>
      <w:pPr>
        <w:spacing w:after="20" w:line="300" w:lineRule="auto"/>
        <w:ind w:firstLine="400"/>
      </w:pPr>
      <w:r>
        <w:rPr>
          <w:rFonts w:ascii="宋体" w:hAnsi="宋体" w:eastAsia="宋体"/>
          <w:b w:val="0"/>
          <w:sz w:val="20"/>
        </w:rPr>
        <w:t>第4课时：自主探究并概括出梯形的面积计算公式。在操作、观察、比较中，培养想象力。</w:t>
      </w:r>
    </w:p>
    <w:p>
      <w:pPr>
        <w:spacing w:after="20" w:line="300" w:lineRule="auto"/>
        <w:ind w:firstLine="400"/>
      </w:pPr>
      <w:r>
        <w:rPr>
          <w:rFonts w:ascii="宋体" w:hAnsi="宋体" w:eastAsia="宋体"/>
          <w:b w:val="0"/>
          <w:sz w:val="20"/>
        </w:rPr>
        <w:t>第5课时：结合生活实际认识组合图形，会把组合图形分解成学过的平面图形并计算出面积。</w:t>
      </w:r>
    </w:p>
    <w:p>
      <w:pPr>
        <w:spacing w:after="20" w:line="300" w:lineRule="auto"/>
        <w:ind w:firstLine="400"/>
      </w:pPr>
      <w:r>
        <w:rPr>
          <w:rFonts w:ascii="宋体" w:hAnsi="宋体" w:eastAsia="宋体"/>
          <w:b w:val="0"/>
          <w:sz w:val="20"/>
        </w:rPr>
        <w:t>第6课时：在估计不规则图形面积的过程中，培养空间观念以及估算意识和能力。</w:t>
      </w:r>
    </w:p>
    <w:p>
      <w:pPr>
        <w:spacing w:after="20" w:line="300" w:lineRule="auto"/>
        <w:ind w:firstLine="400"/>
      </w:pPr>
      <w:r>
        <w:rPr>
          <w:rFonts w:ascii="宋体" w:hAnsi="宋体" w:eastAsia="宋体"/>
          <w:b w:val="0"/>
          <w:sz w:val="20"/>
        </w:rPr>
        <w:t>第7课时：认识格点多边形，知道并会运用格点多边形的面积计算公式。</w:t>
      </w:r>
    </w:p>
    <w:p>
      <w:pPr>
        <w:spacing w:after="20" w:line="300" w:lineRule="auto"/>
        <w:ind w:firstLine="400"/>
      </w:pPr>
      <w:r>
        <w:rPr>
          <w:rFonts w:ascii="宋体" w:hAnsi="宋体" w:eastAsia="宋体"/>
          <w:b w:val="0"/>
          <w:sz w:val="20"/>
        </w:rPr>
        <w:t>第8课时：通过整理和复习，进一步理解并掌握多边形面积计算公式及推导过程，沟通图形之间的联系，形成单元的知识结构图。</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重视动手操作与实践，让学生经历探索的全过程。本单元中多边形面积计算公式的推导都是建立在学生移、剪、拼、摆等操作活动的基础上。如平行四边形的面积计算中，在方格纸上将平行四边形进行平移拼成长方形，再数方格的过程一定要让学生经历，因为面积的大小就是一个个单位面积的相加，用“单位面积”叠加是计算面积的基本方法，在移的过程中，引导学生发现平行四边形的底、高、面积与长方形的长、宽、面积之间的等量关系。在剪、拼、摆等操作活动中，利用几何直观，发展学生的空间观念，培养学生的空间想象能力。</w:t>
      </w:r>
    </w:p>
    <w:p>
      <w:pPr>
        <w:spacing w:after="20" w:line="300" w:lineRule="auto"/>
      </w:pPr>
      <w:r>
        <w:rPr>
          <w:rFonts w:ascii="宋体" w:hAnsi="宋体" w:eastAsia="宋体"/>
          <w:b w:val="0"/>
          <w:sz w:val="20"/>
        </w:rPr>
        <w:t>● 注意渗透“转化”的数学思想方法。“转化”是数学学习和研究中一种重要的思想方法，在这一单元的学习中发挥着积极的作用。一方面，在图形面积计算公式的推导中，都是将所研究的图形转化为已经会计算面积的图形；另一方面，组合图形的面积也是将其转化为基本图形来计算的。在教学中，要突出“将未知转化为已知”的基本转化思想，让学生通过操作，将所研究的图形转化为已经会计算面积的图形，探究所研究的图形与转化后的图形之间的联系，从而找到所研究的图形面积的计算方法。</w:t>
      </w:r>
    </w:p>
    <w:p>
      <w:pPr>
        <w:spacing w:after="20" w:line="300" w:lineRule="auto"/>
      </w:pPr>
      <w:r>
        <w:rPr>
          <w:rFonts w:ascii="宋体" w:hAnsi="宋体" w:eastAsia="宋体"/>
          <w:b w:val="0"/>
          <w:sz w:val="20"/>
        </w:rPr>
        <w:t>量感：知道“公顷”“平方千米”的实际大小，能根据实际情况选择合适的面积单位。</w:t>
      </w:r>
    </w:p>
    <w:p>
      <w:pPr>
        <w:spacing w:after="20" w:line="300" w:lineRule="auto"/>
      </w:pPr>
      <w:r>
        <w:rPr>
          <w:rFonts w:ascii="宋体" w:hAnsi="宋体" w:eastAsia="宋体"/>
          <w:b w:val="0"/>
          <w:sz w:val="20"/>
        </w:rPr>
        <w:t>符号意识：能用字母表示平行四边形、三角形、梯形的面积计算公式。</w:t>
      </w:r>
    </w:p>
    <w:p>
      <w:pPr>
        <w:spacing w:after="20" w:line="300" w:lineRule="auto"/>
      </w:pPr>
      <w:r>
        <w:rPr>
          <w:rFonts w:ascii="宋体" w:hAnsi="宋体" w:eastAsia="宋体"/>
          <w:b w:val="0"/>
          <w:sz w:val="20"/>
        </w:rPr>
        <w:t>运算能力：能根据实际情况灵活运用面积计算公式解决实际问题。</w:t>
      </w:r>
    </w:p>
    <w:p>
      <w:pPr>
        <w:spacing w:after="20" w:line="300" w:lineRule="auto"/>
      </w:pPr>
      <w:r>
        <w:rPr>
          <w:rFonts w:ascii="宋体" w:hAnsi="宋体" w:eastAsia="宋体"/>
          <w:b w:val="0"/>
          <w:sz w:val="20"/>
        </w:rPr>
        <w:t>空间观念：能将实物抽象成平面图形，掌握平行四边形、三角形、梯形的面积计算公式，能运用公式计算实物的面积。</w:t>
      </w:r>
    </w:p>
    <w:p>
      <w:pPr>
        <w:spacing w:after="20" w:line="300" w:lineRule="auto"/>
      </w:pPr>
      <w:r>
        <w:rPr>
          <w:rFonts w:ascii="宋体" w:hAnsi="宋体" w:eastAsia="宋体"/>
          <w:b w:val="0"/>
          <w:sz w:val="20"/>
        </w:rPr>
        <w:t>推理意识：能将根据图形间的内在联系，相互转化，推导出图形的面积计算公式。</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平行四边形的面积</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通过操作、观察、比较等活动，自主探究平行四边形的面积计算公式，渗透转化的数学思想。</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公顷和平方千米</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通过实际观察与推理，了解测量土地时常用的面积单位——公顷，及其实际大小，使学生初步形成1公顷的表象，知道1公顷＝10000平方米，1平方千米＝100公顷，会进行简单的单位换算。</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三角形的面积</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探究并掌握三角形的面积计算公式，能正确计算三角形的面积，并能应用公式解决简单的实际问题。</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梯形的面积</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自主探究并概括出梯形的面积计算公式。在操作、观察、比较中，培养想象力。</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组合图形的面积</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结合生活实际认识组合图形，会把组合图形分解成学过的平面图形并计算出面积。</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解决问题</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在估计不规则图形面积的过程中，培养空间观念以及估算意识和能力。</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格点多边形的面积</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认识格点多边形，知道并会运用格点多边形的面积计算公式。</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整理和复习（练习十八）</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通过整理和复习，进一步理解并掌握多边形面积计算公式及推导过程，沟通图形之间的联系，形成单元的知识结构图。</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平行四边形的面积</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平行四边形的面积</w:t>
            </w:r>
          </w:p>
        </w:tc>
        <w:tc>
          <w:tcPr>
            <w:tcW w:type="dxa" w:w="6009"/>
          </w:tcPr>
          <w:p>
            <w:pPr>
              <w:spacing w:after="20" w:line="276" w:lineRule="auto"/>
            </w:pPr>
            <w:r/>
            <w:r>
              <w:rPr>
                <w:rFonts w:ascii="宋体" w:hAnsi="宋体" w:eastAsia="宋体"/>
                <w:b w:val="0"/>
                <w:sz w:val="20"/>
              </w:rPr>
              <w:t>第6单元 多边形的面积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本单元之前，知道长方形、正方形、三角形的特征，会计算长方形、正方形的面积，对于“转化”的思想方法也有一定的认识，因此要求学生记住各种图形的面积计算公式并不难。但本单元面积计算公式的推导都是建立在学生移、剪、拼、摆等操作活动的基础上，关键是要让学生经历探究的过程，实现过程性目标。</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教学内容：教科书P72～75相关内容，完成教科书P76“做一做”第1题。</w:t>
      </w:r>
    </w:p>
    <w:p>
      <w:pPr>
        <w:spacing w:after="80" w:line="300" w:lineRule="auto"/>
        <w:ind w:firstLine="400"/>
      </w:pPr>
      <w:r>
        <w:rPr>
          <w:rFonts w:ascii="宋体" w:hAnsi="宋体" w:eastAsia="宋体"/>
          <w:b w:val="0"/>
          <w:sz w:val="20"/>
        </w:rPr>
        <w:t>教学准备：课件、四根木条钉成的平行四边形框架、平行四边形纸片、剪刀等。</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（1）通过操作、观察、比较等活动，自主探究平行四边形的面积计算公式，渗透转化的数学思想。</w:t>
      </w:r>
    </w:p>
    <w:p>
      <w:pPr>
        <w:spacing w:after="20" w:line="300" w:lineRule="auto"/>
        <w:ind w:firstLine="400"/>
      </w:pPr>
      <w:r>
        <w:rPr>
          <w:rFonts w:ascii="宋体" w:hAnsi="宋体" w:eastAsia="宋体"/>
          <w:b w:val="0"/>
          <w:sz w:val="20"/>
        </w:rPr>
        <w:t>（2）掌握平行四边形的面积计算公式，并能正确地解决实际问题。</w:t>
      </w:r>
    </w:p>
    <w:p>
      <w:pPr>
        <w:spacing w:after="20" w:line="300" w:lineRule="auto"/>
      </w:pPr>
      <w:r>
        <w:rPr>
          <w:rFonts w:ascii="宋体" w:hAnsi="宋体" w:eastAsia="宋体"/>
          <w:b w:val="0"/>
          <w:sz w:val="20"/>
        </w:rPr>
        <w:t>教学重点：探究并掌握平行四边形的面积计算公式。</w:t>
      </w:r>
    </w:p>
    <w:p>
      <w:pPr>
        <w:spacing w:after="20" w:line="300" w:lineRule="auto"/>
      </w:pPr>
      <w:r>
        <w:rPr>
          <w:rFonts w:ascii="宋体" w:hAnsi="宋体" w:eastAsia="宋体"/>
          <w:b w:val="0"/>
          <w:sz w:val="20"/>
        </w:rPr>
        <w:t>教学难点：理解平行四边形面积计算公式的推导过程，并能运用公式正确解决相应的实际问题。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创设情境，提出问题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同学们，你们去过田野吗？从中你们看到了哪些平面图形？；你们会计算这些平面图形的面积吗？</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直观演示，引发猜想</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谁来说说这个平行四边形的周长和面积分别是怎么变化的？；那同学们猜一猜，平行四边形的面积怎么计算呢？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实践交流，探究新知识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有的同学说，平行四边形的面积等于相邻两条边相乘的积，对吗？；同学们发现了什么？</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运用公式，解决问题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你们得到了哪些信息？怎么求这个平行四边形田地的面积呢？</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今天学习了什么？我们是怎样推导平行四边形面积计算公式的？</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创设情境，提出问题</w:t>
            </w:r>
          </w:p>
        </w:tc>
        <w:tc>
          <w:tcPr>
            <w:tcW w:type="dxa" w:w="3061"/>
          </w:tcPr>
          <w:p>
            <w:pPr>
              <w:spacing w:after="20" w:line="276" w:lineRule="auto"/>
            </w:pPr>
            <w:r/>
            <w:r>
              <w:rPr>
                <w:rFonts w:ascii="宋体" w:hAnsi="宋体" w:eastAsia="宋体"/>
                <w:b w:val="0"/>
                <w:sz w:val="18"/>
              </w:rPr>
              <w:t>课件出示教科书P72主题图。</w:t>
            </w:r>
          </w:p>
          <w:p>
            <w:pPr>
              <w:spacing w:after="20" w:line="276" w:lineRule="auto"/>
            </w:pPr>
            <w:r>
              <w:rPr>
                <w:rFonts w:ascii="宋体" w:hAnsi="宋体" w:eastAsia="宋体"/>
                <w:b w:val="0"/>
                <w:sz w:val="18"/>
              </w:rPr>
              <w:t>师：同学们，你们去过田野吗？从中你们看到了哪些平面图形？</w:t>
            </w:r>
          </w:p>
          <w:p>
            <w:pPr>
              <w:spacing w:after="20" w:line="276" w:lineRule="auto"/>
            </w:pPr>
            <w:r>
              <w:rPr>
                <w:rFonts w:ascii="宋体" w:hAnsi="宋体" w:eastAsia="宋体"/>
                <w:b w:val="0"/>
                <w:sz w:val="18"/>
              </w:rPr>
              <w:t>师：你们会计算这些平面图形的面积吗？</w:t>
            </w:r>
          </w:p>
          <w:p>
            <w:pPr>
              <w:spacing w:after="20" w:line="276" w:lineRule="auto"/>
            </w:pPr>
            <w:r>
              <w:rPr>
                <w:rFonts w:ascii="宋体" w:hAnsi="宋体" w:eastAsia="宋体"/>
                <w:b w:val="0"/>
                <w:sz w:val="18"/>
              </w:rPr>
              <w:t>师：本节课我们来探究平行四边形的面积计算方法。（板书课题：平行四边形的面积）</w:t>
            </w:r>
          </w:p>
        </w:tc>
        <w:tc>
          <w:tcPr>
            <w:tcW w:type="dxa" w:w="3061"/>
          </w:tcPr>
          <w:p>
            <w:pPr>
              <w:spacing w:after="20" w:line="276" w:lineRule="auto"/>
            </w:pPr>
            <w:r/>
            <w:r>
              <w:rPr>
                <w:rFonts w:ascii="宋体" w:hAnsi="宋体" w:eastAsia="宋体"/>
                <w:b w:val="0"/>
                <w:sz w:val="18"/>
              </w:rPr>
              <w:t>学生自由交流，课件呈现各种平面图形。</w:t>
            </w:r>
          </w:p>
          <w:p>
            <w:pPr>
              <w:spacing w:after="20" w:line="276" w:lineRule="auto"/>
            </w:pPr>
            <w:r>
              <w:rPr>
                <w:rFonts w:ascii="宋体" w:hAnsi="宋体" w:eastAsia="宋体"/>
                <w:b w:val="0"/>
                <w:sz w:val="18"/>
              </w:rPr>
              <w:t>会计算长方形、正方形的面积。</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创设情境激活学生已有经验，自然引出本课学习内容，激发学习兴趣，核心问题："同学们，你们去过田野吗？从中你们看到了哪些平面图形？"</w:t>
            </w:r>
          </w:p>
        </w:tc>
      </w:tr>
      <w:tr>
        <w:tc>
          <w:tcPr>
            <w:tcW w:type="dxa" w:w="1474"/>
          </w:tcPr>
          <w:p>
            <w:pPr>
              <w:spacing w:after="20" w:line="276" w:lineRule="auto"/>
            </w:pPr>
            <w:r>
              <w:rPr>
                <w:b/>
              </w:rPr>
            </w:r>
            <w:r>
              <w:rPr>
                <w:rFonts w:ascii="宋体" w:hAnsi="宋体" w:eastAsia="宋体"/>
                <w:b/>
                <w:sz w:val="18"/>
              </w:rPr>
              <w:t>直观演示，引发猜想</w:t>
            </w:r>
          </w:p>
        </w:tc>
        <w:tc>
          <w:tcPr>
            <w:tcW w:type="dxa" w:w="3061"/>
          </w:tcPr>
          <w:p>
            <w:pPr>
              <w:spacing w:after="20" w:line="276" w:lineRule="auto"/>
            </w:pPr>
            <w:r/>
            <w:r>
              <w:rPr>
                <w:rFonts w:ascii="宋体" w:hAnsi="宋体" w:eastAsia="宋体"/>
                <w:b w:val="0"/>
                <w:sz w:val="18"/>
              </w:rPr>
              <w:t>教师展示由四根木条钉成的平行四边形框架，并沿对角轻拉木条，随着木条的拉伸，引导学生猜想会出现什么变化。</w:t>
            </w:r>
          </w:p>
          <w:p>
            <w:pPr>
              <w:spacing w:after="20" w:line="276" w:lineRule="auto"/>
            </w:pPr>
            <w:r>
              <w:rPr>
                <w:rFonts w:ascii="宋体" w:hAnsi="宋体" w:eastAsia="宋体"/>
                <w:b w:val="0"/>
                <w:sz w:val="18"/>
              </w:rPr>
              <w:t>师：谁来说说这个平行四边形的周长和面积分别是怎么变化的？</w:t>
            </w:r>
          </w:p>
          <w:p>
            <w:pPr>
              <w:spacing w:after="20" w:line="276" w:lineRule="auto"/>
            </w:pPr>
            <w:r>
              <w:rPr>
                <w:rFonts w:ascii="宋体" w:hAnsi="宋体" w:eastAsia="宋体"/>
                <w:b w:val="0"/>
                <w:sz w:val="18"/>
              </w:rPr>
              <w:t>根据学生的交流，课件动态演示在拉动平行四边形框架的过程中，平行四边形的边长不变，形状变化的过程。</w:t>
            </w:r>
          </w:p>
          <w:p>
            <w:pPr>
              <w:spacing w:after="20" w:line="276" w:lineRule="auto"/>
            </w:pPr>
            <w:r>
              <w:rPr>
                <w:rFonts w:ascii="宋体" w:hAnsi="宋体" w:eastAsia="宋体"/>
                <w:b w:val="0"/>
                <w:sz w:val="18"/>
              </w:rPr>
              <w:t>师：那同学们猜一猜，平行四边形的面积怎么计算呢？</w:t>
            </w:r>
          </w:p>
        </w:tc>
        <w:tc>
          <w:tcPr>
            <w:tcW w:type="dxa" w:w="3061"/>
          </w:tcPr>
          <w:p>
            <w:pPr>
              <w:spacing w:after="20" w:line="276" w:lineRule="auto"/>
            </w:pPr>
            <w:r/>
            <w:r>
              <w:rPr>
                <w:rFonts w:ascii="宋体" w:hAnsi="宋体" w:eastAsia="宋体"/>
                <w:b w:val="0"/>
                <w:sz w:val="18"/>
              </w:rPr>
              <w:t>预设1：拉伸后，边长没变，周长也不变，但面积变小了。</w:t>
            </w:r>
          </w:p>
          <w:p>
            <w:pPr>
              <w:spacing w:after="20" w:line="276" w:lineRule="auto"/>
            </w:pPr>
            <w:r>
              <w:rPr>
                <w:rFonts w:ascii="宋体" w:hAnsi="宋体" w:eastAsia="宋体"/>
                <w:b w:val="0"/>
                <w:sz w:val="18"/>
              </w:rPr>
              <w:t>预设2：面积可能不变，等于相邻两条边相乘的积。</w:t>
            </w:r>
          </w:p>
          <w:p>
            <w:pPr>
              <w:spacing w:after="20" w:line="276" w:lineRule="auto"/>
            </w:pPr>
            <w:r>
              <w:rPr>
                <w:rFonts w:ascii="宋体" w:hAnsi="宋体" w:eastAsia="宋体"/>
                <w:b w:val="0"/>
                <w:sz w:val="18"/>
              </w:rPr>
              <w:t>预设3：面积可能变大。</w:t>
            </w:r>
          </w:p>
          <w:p>
            <w:pPr>
              <w:spacing w:after="20" w:line="276" w:lineRule="auto"/>
            </w:pPr>
            <w:r>
              <w:rPr>
                <w:rFonts w:ascii="宋体" w:hAnsi="宋体" w:eastAsia="宋体"/>
                <w:b w:val="0"/>
                <w:sz w:val="18"/>
              </w:rPr>
              <w:t>学生交流猜想。</w:t>
            </w:r>
          </w:p>
        </w:tc>
        <w:tc>
          <w:tcPr>
            <w:tcW w:type="dxa" w:w="1814"/>
          </w:tcPr>
          <w:p>
            <w:pPr>
              <w:spacing w:after="20" w:line="276" w:lineRule="auto"/>
            </w:pPr>
            <w:r/>
            <w:r>
              <w:rPr>
                <w:rFonts w:ascii="宋体" w:hAnsi="宋体" w:eastAsia="宋体"/>
                <w:b w:val="0"/>
                <w:sz w:val="18"/>
              </w:rPr>
              <w:t>围绕环节目标组织学习活动，引导学生主动参与、积极思考，核心问题："谁来说说这个平行四边形的周长和面积分别是怎么变化的？"</w:t>
            </w:r>
          </w:p>
        </w:tc>
      </w:tr>
      <w:tr>
        <w:tc>
          <w:tcPr>
            <w:tcW w:type="dxa" w:w="1474"/>
          </w:tcPr>
          <w:p>
            <w:pPr>
              <w:spacing w:after="20" w:line="276" w:lineRule="auto"/>
            </w:pPr>
            <w:r>
              <w:rPr>
                <w:b/>
              </w:rPr>
            </w:r>
            <w:r>
              <w:rPr>
                <w:rFonts w:ascii="宋体" w:hAnsi="宋体" w:eastAsia="宋体"/>
                <w:b/>
                <w:sz w:val="18"/>
              </w:rPr>
              <w:t>实践交流，探究新知识</w:t>
            </w:r>
          </w:p>
        </w:tc>
        <w:tc>
          <w:tcPr>
            <w:tcW w:type="dxa" w:w="3061"/>
          </w:tcPr>
          <w:p>
            <w:pPr>
              <w:spacing w:after="20" w:line="276" w:lineRule="auto"/>
            </w:pPr>
            <w:r/>
            <w:r>
              <w:rPr>
                <w:rFonts w:ascii="宋体" w:hAnsi="宋体" w:eastAsia="宋体"/>
                <w:b w:val="0"/>
                <w:sz w:val="18"/>
              </w:rPr>
              <w:t>1.验证猜想。</w:t>
            </w:r>
          </w:p>
          <w:p>
            <w:pPr>
              <w:spacing w:after="20" w:line="276" w:lineRule="auto"/>
            </w:pPr>
            <w:r>
              <w:rPr>
                <w:rFonts w:ascii="宋体" w:hAnsi="宋体" w:eastAsia="宋体"/>
                <w:b w:val="0"/>
                <w:sz w:val="18"/>
              </w:rPr>
              <w:t>师：有的同学说，平行四边形的面积等于相邻两条边相乘的积，对吗？我们现在来验证一下这个猜想。</w:t>
            </w:r>
          </w:p>
          <w:p>
            <w:pPr>
              <w:spacing w:after="20" w:line="276" w:lineRule="auto"/>
            </w:pPr>
            <w:r>
              <w:rPr>
                <w:rFonts w:ascii="宋体" w:hAnsi="宋体" w:eastAsia="宋体"/>
                <w:b w:val="0"/>
                <w:sz w:val="18"/>
              </w:rPr>
              <w:t>2.借助方格，初步感知，平行四边形和长方形面积之间的关系。</w:t>
            </w:r>
          </w:p>
          <w:p>
            <w:pPr>
              <w:spacing w:after="20" w:line="276" w:lineRule="auto"/>
            </w:pPr>
            <w:r>
              <w:rPr>
                <w:rFonts w:ascii="宋体" w:hAnsi="宋体" w:eastAsia="宋体"/>
                <w:b w:val="0"/>
                <w:sz w:val="18"/>
              </w:rPr>
              <w:t>师：那我们借助方格纸来看平行四边形的面积跟什么有关系。</w:t>
            </w:r>
          </w:p>
          <w:p>
            <w:pPr>
              <w:spacing w:after="20" w:line="276" w:lineRule="auto"/>
            </w:pPr>
            <w:r>
              <w:rPr>
                <w:rFonts w:ascii="宋体" w:hAnsi="宋体" w:eastAsia="宋体"/>
                <w:b w:val="0"/>
                <w:sz w:val="18"/>
              </w:rPr>
              <w:t>课件动态演示，方格纸上的边长相同但形状不同的平行四边形变成长方形的过程。</w:t>
            </w:r>
          </w:p>
          <w:p>
            <w:pPr>
              <w:spacing w:after="20" w:line="276" w:lineRule="auto"/>
            </w:pPr>
            <w:r>
              <w:rPr>
                <w:rFonts w:ascii="宋体" w:hAnsi="宋体" w:eastAsia="宋体"/>
                <w:b w:val="0"/>
                <w:sz w:val="18"/>
              </w:rPr>
              <w:t>师：同学们发现了什么？</w:t>
            </w:r>
          </w:p>
          <w:p>
            <w:pPr>
              <w:spacing w:after="20" w:line="276" w:lineRule="auto"/>
            </w:pPr>
            <w:r>
              <w:rPr>
                <w:rFonts w:ascii="宋体" w:hAnsi="宋体" w:eastAsia="宋体"/>
                <w:b w:val="0"/>
                <w:sz w:val="18"/>
              </w:rPr>
              <w:t>师总结：平行四边形的边长一定时，面积不一定相等。</w:t>
            </w:r>
          </w:p>
          <w:p>
            <w:pPr>
              <w:spacing w:after="20" w:line="276" w:lineRule="auto"/>
            </w:pPr>
            <w:r>
              <w:rPr>
                <w:rFonts w:ascii="宋体" w:hAnsi="宋体" w:eastAsia="宋体"/>
                <w:b w:val="0"/>
                <w:sz w:val="18"/>
              </w:rPr>
              <w:t>师：我们还发现在拉动框架的过程中，平行四边形的四个角变了，上下两边之间的距离也变了；拼成长方形后，上下两边的距离正好是长方形的宽，面积的变化应该与这个距离有关。</w:t>
            </w:r>
          </w:p>
          <w:p>
            <w:pPr>
              <w:spacing w:after="20" w:line="276" w:lineRule="auto"/>
            </w:pPr>
            <w:r>
              <w:rPr>
                <w:rFonts w:ascii="宋体" w:hAnsi="宋体" w:eastAsia="宋体"/>
                <w:b w:val="0"/>
                <w:sz w:val="18"/>
              </w:rPr>
              <w:t>结合学生的交流，教师课件出示教科书P73下面的图形，介绍平行四边形的底和高。</w:t>
            </w:r>
          </w:p>
          <w:p>
            <w:pPr>
              <w:spacing w:after="20" w:line="276" w:lineRule="auto"/>
            </w:pPr>
            <w:r>
              <w:rPr>
                <w:rFonts w:ascii="宋体" w:hAnsi="宋体" w:eastAsia="宋体"/>
                <w:b w:val="0"/>
                <w:sz w:val="18"/>
              </w:rPr>
              <w:t>师：同学们发现了平行四边形的面积与它的底和高有关系。到底有怎样的关系呢？动手操作来探究一下。</w:t>
            </w:r>
          </w:p>
          <w:p>
            <w:pPr>
              <w:spacing w:after="20" w:line="276" w:lineRule="auto"/>
            </w:pPr>
            <w:r>
              <w:rPr>
                <w:rFonts w:ascii="宋体" w:hAnsi="宋体" w:eastAsia="宋体"/>
                <w:b w:val="0"/>
                <w:sz w:val="18"/>
              </w:rPr>
              <w:t>（1）学生拿出平行四边形纸片，4人为一组自主操作。</w:t>
            </w:r>
          </w:p>
          <w:p>
            <w:pPr>
              <w:spacing w:after="20" w:line="276" w:lineRule="auto"/>
            </w:pPr>
            <w:r>
              <w:rPr>
                <w:rFonts w:ascii="宋体" w:hAnsi="宋体" w:eastAsia="宋体"/>
                <w:b w:val="0"/>
                <w:sz w:val="18"/>
              </w:rPr>
              <w:t>（2）汇报交流，分享方法。</w:t>
            </w:r>
          </w:p>
          <w:p>
            <w:pPr>
              <w:spacing w:after="20" w:line="276" w:lineRule="auto"/>
            </w:pPr>
            <w:r>
              <w:rPr>
                <w:rFonts w:ascii="宋体" w:hAnsi="宋体" w:eastAsia="宋体"/>
                <w:b w:val="0"/>
                <w:sz w:val="18"/>
              </w:rPr>
              <w:t>师：你们都能求出平行四边形的面积吗？如果可以的话，我们一起来分享一下。</w:t>
            </w:r>
          </w:p>
          <w:p>
            <w:pPr>
              <w:spacing w:after="20" w:line="276" w:lineRule="auto"/>
            </w:pPr>
            <w:r>
              <w:rPr>
                <w:rFonts w:ascii="宋体" w:hAnsi="宋体" w:eastAsia="宋体"/>
                <w:b w:val="0"/>
                <w:sz w:val="18"/>
              </w:rPr>
              <w:t>结合学生的交流，课件演示剪拼的过程。</w:t>
            </w:r>
          </w:p>
          <w:p>
            <w:pPr>
              <w:spacing w:after="20" w:line="276" w:lineRule="auto"/>
            </w:pPr>
            <w:r>
              <w:rPr>
                <w:rFonts w:ascii="宋体" w:hAnsi="宋体" w:eastAsia="宋体"/>
                <w:b w:val="0"/>
                <w:sz w:val="18"/>
              </w:rPr>
              <w:t>师：把平行四边形转化成了一个长方形，平行四边形面积和长方形面积之间有什么大小关系呢？</w:t>
            </w:r>
          </w:p>
          <w:p>
            <w:pPr>
              <w:spacing w:after="20" w:line="276" w:lineRule="auto"/>
            </w:pPr>
            <w:r>
              <w:rPr>
                <w:rFonts w:ascii="宋体" w:hAnsi="宋体" w:eastAsia="宋体"/>
                <w:b w:val="0"/>
                <w:sz w:val="18"/>
              </w:rPr>
              <w:t>师：你们还有其他方法吗？</w:t>
            </w:r>
          </w:p>
          <w:p>
            <w:pPr>
              <w:spacing w:after="20" w:line="276" w:lineRule="auto"/>
            </w:pPr>
            <w:r>
              <w:rPr>
                <w:rFonts w:ascii="宋体" w:hAnsi="宋体" w:eastAsia="宋体"/>
                <w:b w:val="0"/>
                <w:sz w:val="18"/>
              </w:rPr>
              <w:t>结合学生的交流，课件演示剪拼的过程。</w:t>
            </w:r>
          </w:p>
          <w:p>
            <w:pPr>
              <w:spacing w:after="20" w:line="276" w:lineRule="auto"/>
            </w:pPr>
            <w:r>
              <w:rPr>
                <w:rFonts w:ascii="宋体" w:hAnsi="宋体" w:eastAsia="宋体"/>
                <w:b w:val="0"/>
                <w:sz w:val="18"/>
              </w:rPr>
              <w:t>师：一定要沿着底边上的高剪开吗？如果斜着剪开，行不行？</w:t>
            </w:r>
          </w:p>
          <w:p>
            <w:pPr>
              <w:spacing w:after="20" w:line="276" w:lineRule="auto"/>
            </w:pPr>
            <w:r>
              <w:rPr>
                <w:rFonts w:ascii="宋体" w:hAnsi="宋体" w:eastAsia="宋体"/>
                <w:b w:val="0"/>
                <w:sz w:val="18"/>
              </w:rPr>
              <w:t>师：那我们还有什么方法可以计算出平行四边形的面积呢？</w:t>
            </w:r>
          </w:p>
          <w:p>
            <w:pPr>
              <w:spacing w:after="20" w:line="276" w:lineRule="auto"/>
            </w:pPr>
            <w:r>
              <w:rPr>
                <w:rFonts w:ascii="宋体" w:hAnsi="宋体" w:eastAsia="宋体"/>
                <w:b w:val="0"/>
                <w:sz w:val="18"/>
              </w:rPr>
              <w:t>结合学生的交流，课件演示剪拼的过程。</w:t>
            </w:r>
          </w:p>
          <w:p>
            <w:pPr>
              <w:spacing w:after="20" w:line="276" w:lineRule="auto"/>
            </w:pPr>
            <w:r>
              <w:rPr>
                <w:rFonts w:ascii="宋体" w:hAnsi="宋体" w:eastAsia="宋体"/>
                <w:b w:val="0"/>
                <w:sz w:val="18"/>
              </w:rPr>
              <w:t>师：同学们真聪明！会用这么多方法将平行四边形转化成长方形来计算其面积。</w:t>
            </w:r>
          </w:p>
          <w:p>
            <w:pPr>
              <w:spacing w:after="20" w:line="276" w:lineRule="auto"/>
            </w:pPr>
            <w:r>
              <w:rPr>
                <w:rFonts w:ascii="宋体" w:hAnsi="宋体" w:eastAsia="宋体"/>
                <w:b w:val="0"/>
                <w:sz w:val="18"/>
              </w:rPr>
              <w:t>4.分析推理，归纳平行四边形的面积计算方法。</w:t>
            </w:r>
          </w:p>
          <w:p>
            <w:pPr>
              <w:spacing w:after="20" w:line="276" w:lineRule="auto"/>
            </w:pPr>
            <w:r>
              <w:rPr>
                <w:rFonts w:ascii="宋体" w:hAnsi="宋体" w:eastAsia="宋体"/>
                <w:b w:val="0"/>
                <w:sz w:val="18"/>
              </w:rPr>
              <w:t>课件集中呈现不同的剪拼方法。</w:t>
            </w:r>
          </w:p>
          <w:p>
            <w:pPr>
              <w:spacing w:after="20" w:line="276" w:lineRule="auto"/>
            </w:pPr>
            <w:r>
              <w:rPr>
                <w:rFonts w:ascii="宋体" w:hAnsi="宋体" w:eastAsia="宋体"/>
                <w:b w:val="0"/>
                <w:sz w:val="18"/>
              </w:rPr>
              <w:t>师：请同学们仔细观察，在这么多种转化方法中，有哪些相同的地方？</w:t>
            </w:r>
          </w:p>
          <w:p>
            <w:pPr>
              <w:spacing w:after="20" w:line="276" w:lineRule="auto"/>
            </w:pPr>
            <w:r>
              <w:rPr>
                <w:rFonts w:ascii="宋体" w:hAnsi="宋体" w:eastAsia="宋体"/>
                <w:b w:val="0"/>
                <w:sz w:val="18"/>
              </w:rPr>
              <w:t>师：平行四边形和转化后的长方形之间有怎样的关系呢？</w:t>
            </w:r>
          </w:p>
          <w:p>
            <w:pPr>
              <w:spacing w:after="20" w:line="276" w:lineRule="auto"/>
            </w:pPr>
            <w:r>
              <w:rPr>
                <w:rFonts w:ascii="宋体" w:hAnsi="宋体" w:eastAsia="宋体"/>
                <w:b w:val="0"/>
                <w:sz w:val="18"/>
              </w:rPr>
              <w:t>结合学生的发言，教师板书：</w:t>
            </w:r>
          </w:p>
          <w:p>
            <w:pPr>
              <w:spacing w:after="20" w:line="276" w:lineRule="auto"/>
            </w:pPr>
            <w:r>
              <w:rPr>
                <w:rFonts w:ascii="宋体" w:hAnsi="宋体" w:eastAsia="宋体"/>
                <w:b w:val="0"/>
                <w:sz w:val="18"/>
              </w:rPr>
              <w:t>师：怎样用字母表示平行四边形的面积计算公式呢？</w:t>
            </w:r>
          </w:p>
        </w:tc>
        <w:tc>
          <w:tcPr>
            <w:tcW w:type="dxa" w:w="3061"/>
          </w:tcPr>
          <w:p>
            <w:pPr>
              <w:spacing w:after="20" w:line="276" w:lineRule="auto"/>
            </w:pPr>
            <w:r/>
            <w:r>
              <w:rPr>
                <w:rFonts w:ascii="宋体" w:hAnsi="宋体" w:eastAsia="宋体"/>
                <w:b w:val="0"/>
                <w:sz w:val="18"/>
              </w:rPr>
              <w:t>预设1：平行四边形变成长方形后，图形好像变小了，面积也变小了。</w:t>
            </w:r>
          </w:p>
          <w:p>
            <w:pPr>
              <w:spacing w:after="20" w:line="276" w:lineRule="auto"/>
            </w:pPr>
            <w:r>
              <w:rPr>
                <w:rFonts w:ascii="宋体" w:hAnsi="宋体" w:eastAsia="宋体"/>
                <w:b w:val="0"/>
                <w:sz w:val="18"/>
              </w:rPr>
              <w:t>预设2：不同平行四边形平移后图形的形状变了，但图形的大小没变，即面积没变。</w:t>
            </w:r>
          </w:p>
          <w:p>
            <w:pPr>
              <w:spacing w:after="20" w:line="276" w:lineRule="auto"/>
            </w:pPr>
            <w:r>
              <w:rPr>
                <w:rFonts w:ascii="宋体" w:hAnsi="宋体" w:eastAsia="宋体"/>
                <w:b w:val="0"/>
                <w:sz w:val="18"/>
              </w:rPr>
              <w:t>预设3：平移后可以数出平行四边形的面积，发现平行四边形的面积不等于邻边相乘的积。</w:t>
            </w:r>
          </w:p>
          <w:p>
            <w:pPr>
              <w:spacing w:after="20" w:line="276" w:lineRule="auto"/>
            </w:pPr>
            <w:r>
              <w:rPr>
                <w:rFonts w:ascii="宋体" w:hAnsi="宋体" w:eastAsia="宋体"/>
                <w:b w:val="0"/>
                <w:sz w:val="18"/>
              </w:rPr>
              <w:t>3.动手操作，探究平行四边形的面积。</w:t>
            </w:r>
          </w:p>
          <w:p>
            <w:pPr>
              <w:spacing w:after="20" w:line="276" w:lineRule="auto"/>
            </w:pPr>
            <w:r>
              <w:rPr>
                <w:rFonts w:ascii="宋体" w:hAnsi="宋体" w:eastAsia="宋体"/>
                <w:b w:val="0"/>
                <w:sz w:val="18"/>
              </w:rPr>
              <w:t>把平行四边形沿着底边上的高剪开，剪成一个直角三角形和一个直角梯形，移动直角三角形，拼到直角梯形的另一边，得到一个长方形。</w:t>
            </w:r>
          </w:p>
          <w:p>
            <w:pPr>
              <w:spacing w:after="20" w:line="276" w:lineRule="auto"/>
            </w:pPr>
            <w:r>
              <w:rPr>
                <w:rFonts w:ascii="宋体" w:hAnsi="宋体" w:eastAsia="宋体"/>
                <w:b w:val="0"/>
                <w:sz w:val="18"/>
              </w:rPr>
              <w:t>平行四边形面积和长方形面积的大小相同。</w:t>
            </w:r>
          </w:p>
          <w:p>
            <w:pPr>
              <w:spacing w:after="20" w:line="276" w:lineRule="auto"/>
            </w:pPr>
            <w:r>
              <w:rPr>
                <w:rFonts w:ascii="宋体" w:hAnsi="宋体" w:eastAsia="宋体"/>
                <w:b w:val="0"/>
                <w:sz w:val="18"/>
              </w:rPr>
              <w:t>把平行四边形沿着底边上的高剪开，剪成两个直角梯形，移动其中一个直角梯形，拼到另一个直角梯形的另一边，得到一个长方形。</w:t>
            </w:r>
          </w:p>
          <w:p>
            <w:pPr>
              <w:spacing w:after="20" w:line="276" w:lineRule="auto"/>
            </w:pPr>
            <w:r>
              <w:rPr>
                <w:rFonts w:ascii="宋体" w:hAnsi="宋体" w:eastAsia="宋体"/>
                <w:b w:val="0"/>
                <w:sz w:val="18"/>
              </w:rPr>
              <w:t>学生自行讨论，发现如果斜着剪开，拼成的图形仍是一个平行四边形，还是无法求出面积。</w:t>
            </w:r>
          </w:p>
          <w:p>
            <w:pPr>
              <w:spacing w:after="20" w:line="276" w:lineRule="auto"/>
            </w:pPr>
            <w:r>
              <w:rPr>
                <w:rFonts w:ascii="宋体" w:hAnsi="宋体" w:eastAsia="宋体"/>
                <w:b w:val="0"/>
                <w:sz w:val="18"/>
              </w:rPr>
              <w:t>从平行四边形左右两边的中点分别向上、下两条边作垂线，沿着垂线剪开，再将剪下的两个三角形分别以两边的中点为中心顺时针方向旋转180°，拼成一个长方形。</w:t>
            </w:r>
          </w:p>
          <w:p>
            <w:pPr>
              <w:spacing w:after="20" w:line="276" w:lineRule="auto"/>
            </w:pPr>
            <w:r>
              <w:rPr>
                <w:rFonts w:ascii="宋体" w:hAnsi="宋体" w:eastAsia="宋体"/>
                <w:b w:val="0"/>
                <w:sz w:val="18"/>
              </w:rPr>
              <w:t>都是将平行四边形转化成了长方形。</w:t>
            </w:r>
          </w:p>
          <w:p>
            <w:pPr>
              <w:spacing w:after="20" w:line="276" w:lineRule="auto"/>
            </w:pPr>
            <w:r>
              <w:rPr>
                <w:rFonts w:ascii="宋体" w:hAnsi="宋体" w:eastAsia="宋体"/>
                <w:b w:val="0"/>
                <w:sz w:val="18"/>
              </w:rPr>
              <w:t>交流后介绍：平行四边形的面积计算公式可以写成：S＝ah。（教师适时板书）</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设计递进式探究活动，引导学生在动手实践与合作交流中经历知识形成过程，突破本课重难点，核心问题："有的同学说，平行四边形的面积等于相邻两条边相乘的积，对吗？"</w:t>
            </w:r>
          </w:p>
        </w:tc>
      </w:tr>
      <w:tr>
        <w:tc>
          <w:tcPr>
            <w:tcW w:type="dxa" w:w="1474"/>
          </w:tcPr>
          <w:p>
            <w:pPr>
              <w:spacing w:after="20" w:line="276" w:lineRule="auto"/>
            </w:pPr>
            <w:r>
              <w:rPr>
                <w:b/>
              </w:rPr>
            </w:r>
            <w:r>
              <w:rPr>
                <w:rFonts w:ascii="宋体" w:hAnsi="宋体" w:eastAsia="宋体"/>
                <w:b/>
                <w:sz w:val="18"/>
              </w:rPr>
              <w:t>运用公式，解决问题</w:t>
            </w:r>
          </w:p>
        </w:tc>
        <w:tc>
          <w:tcPr>
            <w:tcW w:type="dxa" w:w="3061"/>
          </w:tcPr>
          <w:p>
            <w:pPr>
              <w:spacing w:after="20" w:line="276" w:lineRule="auto"/>
            </w:pPr>
            <w:r/>
            <w:r>
              <w:rPr>
                <w:rFonts w:ascii="宋体" w:hAnsi="宋体" w:eastAsia="宋体"/>
                <w:b w:val="0"/>
                <w:sz w:val="18"/>
              </w:rPr>
              <w:t>课件出示教科书P75例1。</w:t>
            </w:r>
          </w:p>
          <w:p>
            <w:pPr>
              <w:spacing w:after="20" w:line="276" w:lineRule="auto"/>
            </w:pPr>
            <w:r>
              <w:rPr>
                <w:rFonts w:ascii="宋体" w:hAnsi="宋体" w:eastAsia="宋体"/>
                <w:b w:val="0"/>
                <w:sz w:val="18"/>
              </w:rPr>
              <w:t>师：你们得到了哪些信息？怎么求这个平行四边形田地的面积呢？请独立解答。</w:t>
            </w:r>
          </w:p>
        </w:tc>
        <w:tc>
          <w:tcPr>
            <w:tcW w:type="dxa" w:w="3061"/>
          </w:tcPr>
          <w:p>
            <w:pPr>
              <w:spacing w:after="20" w:line="276" w:lineRule="auto"/>
            </w:pPr>
            <w:r/>
            <w:r>
              <w:rPr>
                <w:rFonts w:ascii="宋体" w:hAnsi="宋体" w:eastAsia="宋体"/>
                <w:b w:val="0"/>
                <w:sz w:val="18"/>
              </w:rPr>
              <w:t>学生自主解答后展示交流。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通过有层次的练习及时反馈学情，巩固新知，培养学生灵活运用知识解决问题的能力，核心问题："你们得到了哪些信息？怎么求这个平行四边形田地的面积呢？"</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完成教科书P76“做一做”第1题。</w:t>
            </w:r>
          </w:p>
          <w:p>
            <w:pPr>
              <w:spacing w:after="20" w:line="276" w:lineRule="auto"/>
            </w:pPr>
            <w:r>
              <w:rPr>
                <w:rFonts w:ascii="宋体" w:hAnsi="宋体" w:eastAsia="宋体"/>
                <w:b w:val="0"/>
                <w:sz w:val="18"/>
              </w:rPr>
              <w:t>指名学生板演，集体订正。</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师：今天学习了什么？我们是怎样推导平行四边形面积计算公式的？</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观察拉伸后的平行四边形相对于原长方形的变化，提出数学问题，引发学生的猜想，并展开操作、比较、推理等验证过程，同时渗透“转化”的数学思想，让学生的思维由浅入深、由表及里。通过独立思考和小组讨论，自主探究推导出平行四边形的面积计算公式，发展学生的空间观念。</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教科书P72～75相关内容，完成教科书P76“做一做”第1题。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探究活动非常丰富，学生在掌握了平行四边形的面积推导方法后，为今后推导三角形、梯形等平面图形的面积计算公式和其他类似的问题提供了方法，更好地掌握“转化”思想。</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公顷和平方千米</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公顷和平方千米</w:t>
            </w:r>
          </w:p>
        </w:tc>
        <w:tc>
          <w:tcPr>
            <w:tcW w:type="dxa" w:w="6009"/>
          </w:tcPr>
          <w:p>
            <w:pPr>
              <w:spacing w:after="20" w:line="276" w:lineRule="auto"/>
            </w:pPr>
            <w:r/>
            <w:r>
              <w:rPr>
                <w:rFonts w:ascii="宋体" w:hAnsi="宋体" w:eastAsia="宋体"/>
                <w:b w:val="0"/>
                <w:sz w:val="20"/>
              </w:rPr>
              <w:t>第6单元 多边形的面积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本单元之前，知道长方形、正方形、三角形的特征，会计算长方形、正方形的面积，对于“转化”的思想方法也有一定的认识，因此要求学生记住各种图形的面积计算公式并不难。但本单元面积计算公式的推导都是建立在学生移、剪、拼、摆等操作活动的基础上，关键是要让学生经历探究的过程，实现过程性目标。</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教学内容：教科书P75～76相关内容及P78“你知道吗？”，完成教科书P76“做一做”第2、3题。</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（1）通过实际观察与推理，了解测量土地时常用的面积单位——公顷，及其实际大小，使学生初步形成1公顷的表象，知道1公顷＝10000平方米，1平方千米＝100公顷，会进行简单的单位换算。</w:t>
      </w:r>
    </w:p>
    <w:p>
      <w:pPr>
        <w:spacing w:after="20" w:line="300" w:lineRule="auto"/>
        <w:ind w:firstLine="400"/>
      </w:pPr>
      <w:r>
        <w:rPr>
          <w:rFonts w:ascii="宋体" w:hAnsi="宋体" w:eastAsia="宋体"/>
          <w:b w:val="0"/>
          <w:sz w:val="20"/>
        </w:rPr>
        <w:t>（2）经历观察、想象、推理、交流等数学活动，使学生在活动中经历从实例到表象建立的过程，发展推理能力，提高应用意识。</w:t>
      </w:r>
    </w:p>
    <w:p>
      <w:pPr>
        <w:spacing w:after="20" w:line="300" w:lineRule="auto"/>
      </w:pPr>
      <w:r>
        <w:rPr>
          <w:rFonts w:ascii="宋体" w:hAnsi="宋体" w:eastAsia="宋体"/>
          <w:b w:val="0"/>
          <w:sz w:val="20"/>
        </w:rPr>
        <w:t>教学重点：初步形成1公顷的表象。</w:t>
      </w:r>
    </w:p>
    <w:p>
      <w:pPr>
        <w:spacing w:after="20" w:line="300" w:lineRule="auto"/>
      </w:pPr>
      <w:r>
        <w:rPr>
          <w:rFonts w:ascii="宋体" w:hAnsi="宋体" w:eastAsia="宋体"/>
          <w:b w:val="0"/>
          <w:sz w:val="20"/>
        </w:rPr>
        <w:t>教学难点：知道并掌握公顷、平方米、平方千米之间的进率。</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借助实物，感知“1公顷”的大小</w:t>
            </w:r>
          </w:p>
        </w:tc>
        <w:tc>
          <w:tcPr>
            <w:tcW w:type="dxa" w:w="1814"/>
          </w:tcPr>
          <w:p>
            <w:pPr>
              <w:spacing w:after="20" w:line="276" w:lineRule="auto"/>
            </w:pPr>
            <w:r/>
            <w:r>
              <w:rPr>
                <w:rFonts w:ascii="宋体" w:hAnsi="宋体" w:eastAsia="宋体"/>
                <w:b w:val="0"/>
                <w:sz w:val="18"/>
              </w:rPr>
              <w:t>课件、教科书、图片</w:t>
            </w:r>
          </w:p>
        </w:tc>
        <w:tc>
          <w:tcPr>
            <w:tcW w:type="dxa" w:w="3402"/>
          </w:tcPr>
          <w:p>
            <w:pPr>
              <w:spacing w:after="20" w:line="276" w:lineRule="auto"/>
            </w:pPr>
            <w:r/>
            <w:r>
              <w:rPr>
                <w:rFonts w:ascii="宋体" w:hAnsi="宋体" w:eastAsia="宋体"/>
                <w:b w:val="0"/>
                <w:sz w:val="18"/>
              </w:rPr>
              <w:t>公顷是国际常用的面积单位之一。规定边长是100 m的正方形的面积是1公顷。那公顷和平方米之间有怎样的关系呢？；看看这个400 m的跑道，围成的部分面积大约是多少？</w:t>
            </w:r>
          </w:p>
        </w:tc>
        <w:tc>
          <w:tcPr>
            <w:tcW w:type="dxa" w:w="1361"/>
          </w:tcPr>
          <w:p>
            <w:pPr>
              <w:spacing w:after="20" w:line="276" w:lineRule="auto"/>
            </w:pPr>
            <w:r/>
            <w:r>
              <w:rPr>
                <w:rFonts w:ascii="宋体" w:hAnsi="宋体" w:eastAsia="宋体"/>
                <w:b w:val="0"/>
                <w:sz w:val="18"/>
              </w:rPr>
              <w:t>18分钟</w:t>
            </w:r>
          </w:p>
        </w:tc>
      </w:tr>
      <w:tr>
        <w:tc>
          <w:tcPr>
            <w:tcW w:type="dxa" w:w="2835"/>
          </w:tcPr>
          <w:p>
            <w:pPr>
              <w:spacing w:after="20" w:line="276" w:lineRule="auto"/>
            </w:pPr>
            <w:r/>
            <w:r>
              <w:rPr>
                <w:rFonts w:ascii="宋体" w:hAnsi="宋体" w:eastAsia="宋体"/>
                <w:b w:val="0"/>
                <w:sz w:val="18"/>
              </w:rPr>
              <w:t>推理分析，认识平方千米</w:t>
            </w:r>
          </w:p>
        </w:tc>
        <w:tc>
          <w:tcPr>
            <w:tcW w:type="dxa" w:w="1814"/>
          </w:tcPr>
          <w:p>
            <w:pPr>
              <w:spacing w:after="20" w:line="276" w:lineRule="auto"/>
            </w:pPr>
            <w:r/>
            <w:r>
              <w:rPr>
                <w:rFonts w:ascii="宋体" w:hAnsi="宋体" w:eastAsia="宋体"/>
                <w:b w:val="0"/>
                <w:sz w:val="18"/>
              </w:rPr>
              <w:t>课件、图片</w:t>
            </w:r>
          </w:p>
        </w:tc>
        <w:tc>
          <w:tcPr>
            <w:tcW w:type="dxa" w:w="3402"/>
          </w:tcPr>
          <w:p>
            <w:pPr>
              <w:spacing w:after="20" w:line="276" w:lineRule="auto"/>
            </w:pPr>
            <w:r/>
            <w:r>
              <w:rPr>
                <w:rFonts w:ascii="宋体" w:hAnsi="宋体" w:eastAsia="宋体"/>
                <w:b w:val="0"/>
                <w:sz w:val="18"/>
              </w:rPr>
              <w:t>边长是100 m的正方形的面积是1公顷，那边长是1 km的正方形的面积是多少呢？；同学们去过天安门吗？</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实践应用，解决问题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知识拓展</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其实，早在两千多年前，我国劳动人民就会计算土地的面积了。请大家自行阅读教科书P78“你知道吗？</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揭示课题</w:t>
            </w:r>
          </w:p>
        </w:tc>
        <w:tc>
          <w:tcPr>
            <w:tcW w:type="dxa" w:w="3061"/>
          </w:tcPr>
          <w:p>
            <w:pPr>
              <w:spacing w:after="20" w:line="276" w:lineRule="auto"/>
            </w:pPr>
            <w:r/>
            <w:r>
              <w:rPr>
                <w:rFonts w:ascii="宋体" w:hAnsi="宋体" w:eastAsia="宋体"/>
                <w:b w:val="0"/>
                <w:sz w:val="18"/>
              </w:rPr>
              <w:t>师：在上节课中，我们计算出了田地的面积是60000平方米。其实测量土地的面积，还可以用“公顷”作单位，这节课我们就来学习面积单位“公顷”和“平方千米”。（板书课题：公顷和平方千米）</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借助实物，感知“1公顷”的大小</w:t>
            </w:r>
          </w:p>
        </w:tc>
        <w:tc>
          <w:tcPr>
            <w:tcW w:type="dxa" w:w="3061"/>
          </w:tcPr>
          <w:p>
            <w:pPr>
              <w:spacing w:after="20" w:line="276" w:lineRule="auto"/>
            </w:pPr>
            <w:r/>
            <w:r>
              <w:rPr>
                <w:rFonts w:ascii="宋体" w:hAnsi="宋体" w:eastAsia="宋体"/>
                <w:b w:val="0"/>
                <w:sz w:val="18"/>
              </w:rPr>
              <w:t>1.认识公顷</w:t>
            </w:r>
          </w:p>
          <w:p>
            <w:pPr>
              <w:spacing w:after="20" w:line="276" w:lineRule="auto"/>
            </w:pPr>
            <w:r>
              <w:rPr>
                <w:rFonts w:ascii="宋体" w:hAnsi="宋体" w:eastAsia="宋体"/>
                <w:b w:val="0"/>
                <w:sz w:val="18"/>
              </w:rPr>
              <w:t>师：公顷是国际常用的面积单位之一。规定边长是100 m的正方形的面积是1公顷。那公顷和平方米之间有怎样的关系呢？</w:t>
            </w:r>
          </w:p>
          <w:p>
            <w:pPr>
              <w:spacing w:after="20" w:line="276" w:lineRule="auto"/>
            </w:pPr>
            <w:r>
              <w:rPr>
                <w:rFonts w:ascii="宋体" w:hAnsi="宋体" w:eastAsia="宋体"/>
                <w:b w:val="0"/>
                <w:sz w:val="18"/>
              </w:rPr>
              <w:t>教师适时板书。</w:t>
            </w:r>
          </w:p>
          <w:p>
            <w:pPr>
              <w:spacing w:after="20" w:line="276" w:lineRule="auto"/>
            </w:pPr>
            <w:r>
              <w:rPr>
                <w:rFonts w:ascii="宋体" w:hAnsi="宋体" w:eastAsia="宋体"/>
                <w:b w:val="0"/>
                <w:sz w:val="18"/>
              </w:rPr>
              <w:t>2.感知公顷的大小。</w:t>
            </w:r>
          </w:p>
          <w:p>
            <w:pPr>
              <w:spacing w:after="20" w:line="276" w:lineRule="auto"/>
            </w:pPr>
            <w:r>
              <w:rPr>
                <w:rFonts w:ascii="宋体" w:hAnsi="宋体" w:eastAsia="宋体"/>
                <w:b w:val="0"/>
                <w:sz w:val="18"/>
              </w:rPr>
              <w:t>课件出示教科书P75跑道、国家体育场的图片。</w:t>
            </w:r>
          </w:p>
          <w:p>
            <w:pPr>
              <w:spacing w:after="20" w:line="276" w:lineRule="auto"/>
            </w:pPr>
            <w:r>
              <w:rPr>
                <w:rFonts w:ascii="宋体" w:hAnsi="宋体" w:eastAsia="宋体"/>
                <w:b w:val="0"/>
                <w:sz w:val="18"/>
              </w:rPr>
              <w:t>师：看看这个400 m的跑道，围成的部分面积大约是多少？</w:t>
            </w:r>
          </w:p>
          <w:p>
            <w:pPr>
              <w:spacing w:after="20" w:line="276" w:lineRule="auto"/>
            </w:pPr>
            <w:r>
              <w:rPr>
                <w:rFonts w:ascii="宋体" w:hAnsi="宋体" w:eastAsia="宋体"/>
                <w:b w:val="0"/>
                <w:sz w:val="18"/>
              </w:rPr>
              <w:t>引导学生分析：400 m的跑道近似边长是100 m的正方形，所以它的面积大约是1公顷。（适时板书）</w:t>
            </w:r>
          </w:p>
          <w:p>
            <w:pPr>
              <w:spacing w:after="20" w:line="276" w:lineRule="auto"/>
            </w:pPr>
            <w:r>
              <w:rPr>
                <w:rFonts w:ascii="宋体" w:hAnsi="宋体" w:eastAsia="宋体"/>
                <w:b w:val="0"/>
                <w:sz w:val="18"/>
              </w:rPr>
              <w:t>师：你们去过北京的国家体育场吗？它的占地面积约为20公顷。你们能举出实际生活中面积接近1公顷的地方吗？</w:t>
            </w:r>
          </w:p>
          <w:p>
            <w:pPr>
              <w:spacing w:after="20" w:line="276" w:lineRule="auto"/>
            </w:pPr>
            <w:r>
              <w:rPr>
                <w:rFonts w:ascii="宋体" w:hAnsi="宋体" w:eastAsia="宋体"/>
                <w:b w:val="0"/>
                <w:sz w:val="18"/>
              </w:rPr>
              <w:t>3.实际操作，形成表象。</w:t>
            </w:r>
          </w:p>
          <w:p>
            <w:pPr>
              <w:spacing w:after="20" w:line="276" w:lineRule="auto"/>
            </w:pPr>
            <w:r>
              <w:rPr>
                <w:rFonts w:ascii="宋体" w:hAnsi="宋体" w:eastAsia="宋体"/>
                <w:b w:val="0"/>
                <w:sz w:val="18"/>
              </w:rPr>
              <w:t>请4名同学手拉手围成一个正方形。</w:t>
            </w:r>
          </w:p>
          <w:p>
            <w:pPr>
              <w:spacing w:after="20" w:line="276" w:lineRule="auto"/>
            </w:pPr>
            <w:r>
              <w:rPr>
                <w:rFonts w:ascii="宋体" w:hAnsi="宋体" w:eastAsia="宋体"/>
                <w:b w:val="0"/>
                <w:sz w:val="18"/>
              </w:rPr>
              <w:t>师：看，同学们两只手臂间的距离大约是1.4 m，这围成的就是一个边长约1.4 m的正方形，它的面积大约是2 m2。现在请一些同学站进这个正方形里，看看能站多少人。（通过现场操作，2 m2的正方形大约能站进8名同学。）</w:t>
            </w:r>
          </w:p>
          <w:p>
            <w:pPr>
              <w:spacing w:after="20" w:line="276" w:lineRule="auto"/>
            </w:pPr>
            <w:r>
              <w:rPr>
                <w:rFonts w:ascii="宋体" w:hAnsi="宋体" w:eastAsia="宋体"/>
                <w:b w:val="0"/>
                <w:sz w:val="18"/>
              </w:rPr>
              <w:t>师：那么照这样算，边长是10 m的正方形大约能站进多少名同学呢？（400名同学）边长是100 m的正方形大约能站进多少名同学呢？（40000名同学）</w:t>
            </w:r>
          </w:p>
          <w:p>
            <w:pPr>
              <w:spacing w:after="20" w:line="276" w:lineRule="auto"/>
            </w:pPr>
            <w:r>
              <w:rPr>
                <w:rFonts w:ascii="宋体" w:hAnsi="宋体" w:eastAsia="宋体"/>
                <w:b w:val="0"/>
                <w:sz w:val="18"/>
              </w:rPr>
              <w:t>师：想象一下，我们学校每周升旗的时候站成的方阵大约有2000人，能站进40000人的正方形的面积就相当于20个我们升旗时站成的方阵那么大，这也就是1公顷的大小。</w:t>
            </w:r>
          </w:p>
        </w:tc>
        <w:tc>
          <w:tcPr>
            <w:tcW w:type="dxa" w:w="3061"/>
          </w:tcPr>
          <w:p>
            <w:pPr>
              <w:spacing w:after="20" w:line="276" w:lineRule="auto"/>
            </w:pPr>
            <w:r/>
            <w:r>
              <w:rPr>
                <w:rFonts w:ascii="宋体" w:hAnsi="宋体" w:eastAsia="宋体"/>
                <w:b w:val="0"/>
                <w:sz w:val="18"/>
              </w:rPr>
              <w:t>学生自主探索，推导出：1公顷＝10000平方米。</w:t>
            </w:r>
          </w:p>
          <w:p>
            <w:pPr>
              <w:spacing w:after="20" w:line="276" w:lineRule="auto"/>
            </w:pPr>
            <w:r>
              <w:rPr>
                <w:rFonts w:ascii="宋体" w:hAnsi="宋体" w:eastAsia="宋体"/>
                <w:b w:val="0"/>
                <w:sz w:val="18"/>
              </w:rPr>
              <w:t>学生自由交流。</w:t>
            </w:r>
          </w:p>
          <w:p>
            <w:pPr>
              <w:spacing w:after="20" w:line="276" w:lineRule="auto"/>
            </w:pPr>
            <w:r>
              <w:rPr>
                <w:rFonts w:ascii="宋体" w:hAnsi="宋体" w:eastAsia="宋体"/>
                <w:b w:val="0"/>
                <w:sz w:val="18"/>
              </w:rPr>
              <w:t>学生自主完成教科书P75“试一试”。</w:t>
            </w:r>
          </w:p>
          <w:p>
            <w:pPr>
              <w:spacing w:after="20" w:line="276" w:lineRule="auto"/>
            </w:pPr>
            <w:r>
              <w:rPr>
                <w:rFonts w:ascii="宋体" w:hAnsi="宋体" w:eastAsia="宋体"/>
                <w:b w:val="0"/>
                <w:sz w:val="18"/>
              </w:rPr>
              <w:t>全班集中交流。</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设计递进式探究活动，引导学生在动手实践与合作交流中经历知识形成过程，突破本课重难点，核心问题："公顷是国际常用的面积单位之一。规定边长是100 m的正方形的面积是1公顷。那公顷和平方米之间有怎样的关系呢？"</w:t>
            </w:r>
          </w:p>
        </w:tc>
      </w:tr>
      <w:tr>
        <w:tc>
          <w:tcPr>
            <w:tcW w:type="dxa" w:w="1474"/>
          </w:tcPr>
          <w:p>
            <w:pPr>
              <w:spacing w:after="20" w:line="276" w:lineRule="auto"/>
            </w:pPr>
            <w:r>
              <w:rPr>
                <w:b/>
              </w:rPr>
            </w:r>
            <w:r>
              <w:rPr>
                <w:rFonts w:ascii="宋体" w:hAnsi="宋体" w:eastAsia="宋体"/>
                <w:b/>
                <w:sz w:val="18"/>
              </w:rPr>
              <w:t>推理分析，认识平方千米</w:t>
            </w:r>
          </w:p>
        </w:tc>
        <w:tc>
          <w:tcPr>
            <w:tcW w:type="dxa" w:w="3061"/>
          </w:tcPr>
          <w:p>
            <w:pPr>
              <w:spacing w:after="20" w:line="276" w:lineRule="auto"/>
            </w:pPr>
            <w:r/>
            <w:r>
              <w:rPr>
                <w:rFonts w:ascii="宋体" w:hAnsi="宋体" w:eastAsia="宋体"/>
                <w:b w:val="0"/>
                <w:sz w:val="18"/>
              </w:rPr>
              <w:t>1.认识平方千米。</w:t>
            </w:r>
          </w:p>
          <w:p>
            <w:pPr>
              <w:spacing w:after="20" w:line="276" w:lineRule="auto"/>
            </w:pPr>
            <w:r>
              <w:rPr>
                <w:rFonts w:ascii="宋体" w:hAnsi="宋体" w:eastAsia="宋体"/>
                <w:b w:val="0"/>
                <w:sz w:val="18"/>
              </w:rPr>
              <w:t>师：边长是100 m的正方形的面积是1公顷，那边长是1 km的正方形的面积是多少呢？</w:t>
            </w:r>
          </w:p>
          <w:p>
            <w:pPr>
              <w:spacing w:after="20" w:line="276" w:lineRule="auto"/>
            </w:pPr>
            <w:r>
              <w:rPr>
                <w:rFonts w:ascii="宋体" w:hAnsi="宋体" w:eastAsia="宋体"/>
                <w:b w:val="0"/>
                <w:sz w:val="18"/>
              </w:rPr>
              <w:t>引导学生认识平方千米。知道边长是1 km的正方形的面积是1 km2，明确平方千米、平方米和公顷之间的进率。（适时板书）</w:t>
            </w:r>
          </w:p>
          <w:p>
            <w:pPr>
              <w:spacing w:after="20" w:line="276" w:lineRule="auto"/>
            </w:pPr>
            <w:r>
              <w:rPr>
                <w:rFonts w:ascii="宋体" w:hAnsi="宋体" w:eastAsia="宋体"/>
                <w:b w:val="0"/>
                <w:sz w:val="18"/>
              </w:rPr>
              <w:t>教师板书：1平方千米＝1000000平方米＝100公顷</w:t>
            </w:r>
          </w:p>
          <w:p>
            <w:pPr>
              <w:spacing w:after="20" w:line="276" w:lineRule="auto"/>
            </w:pPr>
            <w:r>
              <w:rPr>
                <w:rFonts w:ascii="宋体" w:hAnsi="宋体" w:eastAsia="宋体"/>
                <w:b w:val="0"/>
                <w:sz w:val="18"/>
              </w:rPr>
              <w:t>2.直观感知1平方千米的大小。</w:t>
            </w:r>
          </w:p>
          <w:p>
            <w:pPr>
              <w:spacing w:after="20" w:line="276" w:lineRule="auto"/>
            </w:pPr>
            <w:r>
              <w:rPr>
                <w:rFonts w:ascii="宋体" w:hAnsi="宋体" w:eastAsia="宋体"/>
                <w:b w:val="0"/>
                <w:sz w:val="18"/>
              </w:rPr>
              <w:t>师：同学们去过天安门吗？（课件出示图片）</w:t>
            </w:r>
          </w:p>
          <w:p>
            <w:pPr>
              <w:spacing w:after="20" w:line="276" w:lineRule="auto"/>
            </w:pPr>
            <w:r>
              <w:rPr>
                <w:rFonts w:ascii="宋体" w:hAnsi="宋体" w:eastAsia="宋体"/>
                <w:b w:val="0"/>
                <w:sz w:val="18"/>
              </w:rPr>
              <w:t>师：天安门广场很大吧！但是2个这么大的面积才是1 km2。计量比较大的土地面积，常用“平方千米”作单位。同学们知道我国的陆地领土面积吗？</w:t>
            </w:r>
          </w:p>
          <w:p>
            <w:pPr>
              <w:spacing w:after="20" w:line="276" w:lineRule="auto"/>
            </w:pPr>
            <w:r>
              <w:rPr>
                <w:rFonts w:ascii="宋体" w:hAnsi="宋体" w:eastAsia="宋体"/>
                <w:b w:val="0"/>
                <w:sz w:val="18"/>
              </w:rPr>
              <w:t>师生交流，我国的陆地领土面积为960多万平方千米。</w:t>
            </w:r>
          </w:p>
          <w:p>
            <w:pPr>
              <w:spacing w:after="20" w:line="276" w:lineRule="auto"/>
            </w:pPr>
            <w:r>
              <w:rPr>
                <w:rFonts w:ascii="宋体" w:hAnsi="宋体" w:eastAsia="宋体"/>
                <w:b w:val="0"/>
                <w:sz w:val="18"/>
              </w:rPr>
              <w:t>师：同学们课后查阅资料，看看我国各省市的土地面积分别是多少。</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围绕环节目标组织学习活动，引导学生主动参与、积极思考，核心问题："边长是100 m的正方形的面积是1公顷，那边长是1 km的正方形的面积是多少呢？"</w:t>
            </w:r>
          </w:p>
        </w:tc>
      </w:tr>
      <w:tr>
        <w:tc>
          <w:tcPr>
            <w:tcW w:type="dxa" w:w="1474"/>
          </w:tcPr>
          <w:p>
            <w:pPr>
              <w:spacing w:after="20" w:line="276" w:lineRule="auto"/>
            </w:pPr>
            <w:r>
              <w:rPr>
                <w:b/>
              </w:rPr>
            </w:r>
            <w:r>
              <w:rPr>
                <w:rFonts w:ascii="宋体" w:hAnsi="宋体" w:eastAsia="宋体"/>
                <w:b/>
                <w:sz w:val="18"/>
              </w:rPr>
              <w:t>实践应用，解决问题</w:t>
            </w:r>
          </w:p>
        </w:tc>
        <w:tc>
          <w:tcPr>
            <w:tcW w:type="dxa" w:w="3061"/>
          </w:tcPr>
          <w:p>
            <w:pPr>
              <w:spacing w:after="20" w:line="276" w:lineRule="auto"/>
            </w:pPr>
            <w:r/>
            <w:r>
              <w:rPr>
                <w:rFonts w:ascii="宋体" w:hAnsi="宋体" w:eastAsia="宋体"/>
                <w:b w:val="0"/>
                <w:sz w:val="18"/>
              </w:rPr>
              <w:t>——</w:t>
            </w:r>
          </w:p>
        </w:tc>
        <w:tc>
          <w:tcPr>
            <w:tcW w:type="dxa" w:w="3061"/>
          </w:tcPr>
          <w:p>
            <w:pPr>
              <w:spacing w:after="20" w:line="276" w:lineRule="auto"/>
            </w:pPr>
            <w:r/>
            <w:r>
              <w:rPr>
                <w:rFonts w:ascii="宋体" w:hAnsi="宋体" w:eastAsia="宋体"/>
                <w:b w:val="0"/>
                <w:sz w:val="18"/>
              </w:rPr>
              <w:t>学生完成教科书P76“做一做”第2、3题。</w:t>
            </w:r>
          </w:p>
          <w:p>
            <w:pPr>
              <w:spacing w:after="20" w:line="276" w:lineRule="auto"/>
            </w:pPr>
            <w:r>
              <w:rPr>
                <w:rFonts w:ascii="宋体" w:hAnsi="宋体" w:eastAsia="宋体"/>
                <w:b w:val="0"/>
                <w:sz w:val="18"/>
              </w:rPr>
              <w:t>全班集中展示交流。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知识拓展</w:t>
            </w:r>
          </w:p>
        </w:tc>
        <w:tc>
          <w:tcPr>
            <w:tcW w:type="dxa" w:w="3061"/>
          </w:tcPr>
          <w:p>
            <w:pPr>
              <w:spacing w:after="20" w:line="276" w:lineRule="auto"/>
            </w:pPr>
            <w:r/>
            <w:r>
              <w:rPr>
                <w:rFonts w:ascii="宋体" w:hAnsi="宋体" w:eastAsia="宋体"/>
                <w:b w:val="0"/>
                <w:sz w:val="18"/>
              </w:rPr>
              <w:t>师：其实，早在两千多年前，我国劳动人民就会计算土地的面积了。请大家自行阅读教科书P78“你知道吗？”。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围绕环节目标组织学习活动，引导学生主动参与、积极思考，核心问题："其实，早在两千多年前，我国劳动人民就会计算土地的面积了。请大家自行阅读教科书P78“你知道吗？"</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师：同学们，今天的数学课你有哪些收获呢？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采用观察、推算、交流等多种方式，尽量把发展学生的推理能力贯穿在“公顷和平方千米”概念的形成过程中。再结合具体的实例，帮助学生在数理层面上认识“公顷”与“平方千米”，建立面积单位间的联系，同时能更好地形成“1公顷”“1平方千米”的表象，发展量感。</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公顷和平方千米</w:t>
      </w:r>
    </w:p>
    <w:p>
      <w:pPr>
        <w:spacing w:after="40" w:line="300" w:lineRule="auto"/>
      </w:pPr>
      <w:r>
        <w:rPr>
          <w:rFonts w:ascii="宋体" w:hAnsi="宋体" w:eastAsia="宋体"/>
          <w:b w:val="0"/>
          <w:sz w:val="20"/>
        </w:rPr>
        <w:t>边长是100 m的正方形的面积是1公顷。</w:t>
      </w:r>
    </w:p>
    <w:p>
      <w:pPr>
        <w:spacing w:after="40" w:line="300" w:lineRule="auto"/>
      </w:pPr>
      <w:r>
        <w:rPr>
          <w:rFonts w:ascii="宋体" w:hAnsi="宋体" w:eastAsia="宋体"/>
          <w:b w:val="0"/>
          <w:sz w:val="20"/>
        </w:rPr>
        <w:t>1公顷＝10000平方米</w:t>
      </w:r>
    </w:p>
    <w:p>
      <w:pPr>
        <w:spacing w:after="40" w:line="300" w:lineRule="auto"/>
      </w:pPr>
      <w:r>
        <w:rPr>
          <w:rFonts w:ascii="宋体" w:hAnsi="宋体" w:eastAsia="宋体"/>
          <w:b w:val="0"/>
          <w:sz w:val="20"/>
        </w:rPr>
        <w:t>边长是1 km的正方形的面积是1 km2。</w:t>
      </w:r>
    </w:p>
    <w:p>
      <w:pPr>
        <w:spacing w:after="40" w:line="300" w:lineRule="auto"/>
      </w:pPr>
      <w:r>
        <w:rPr>
          <w:rFonts w:ascii="宋体" w:hAnsi="宋体" w:eastAsia="宋体"/>
          <w:b w:val="0"/>
          <w:sz w:val="20"/>
        </w:rPr>
        <w:t>1平方千米＝1000000平方米＝100公顷</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教科书P75～76相关内容及P78“你知道吗？”，完成教科书P76“做一做”第2、3题。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【原教学设计反思（供参考）】“平方千米”这个面积单位太大，学生不容易直接建立表象。教师通过天安门广场面积的实例与1 km2进行对比，帮助学生积累丰富的直观经验，更好地建立1公顷和1 km2的表象，感受数学与生活的紧密联系。</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三角形的面积</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三角形的面积</w:t>
            </w:r>
          </w:p>
        </w:tc>
        <w:tc>
          <w:tcPr>
            <w:tcW w:type="dxa" w:w="6009"/>
          </w:tcPr>
          <w:p>
            <w:pPr>
              <w:spacing w:after="20" w:line="276" w:lineRule="auto"/>
            </w:pPr>
            <w:r/>
            <w:r>
              <w:rPr>
                <w:rFonts w:ascii="宋体" w:hAnsi="宋体" w:eastAsia="宋体"/>
                <w:b w:val="0"/>
                <w:sz w:val="20"/>
              </w:rPr>
              <w:t>第6单元 多边形的面积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本单元之前，知道长方形、正方形、三角形的特征，会计算长方形、正方形的面积，对于“转化”的思想方法也有一定的认识，因此要求学生记住各种图形的面积计算公式并不难。但本单元面积计算公式的推导都是建立在学生移、剪、拼、摆等操作活动的基础上，关键是要让学生经历探究的过程，实现过程性目标。</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教学内容：教科书P79～80相关内容及P82“你知道吗？”，完成教科书P80“做一做”。</w:t>
      </w:r>
    </w:p>
    <w:p>
      <w:pPr>
        <w:spacing w:after="80" w:line="300" w:lineRule="auto"/>
        <w:ind w:firstLine="400"/>
      </w:pPr>
      <w:r>
        <w:rPr>
          <w:rFonts w:ascii="宋体" w:hAnsi="宋体" w:eastAsia="宋体"/>
          <w:b w:val="0"/>
          <w:sz w:val="20"/>
        </w:rPr>
        <w:t>教学准备：课件、三角形纸片、剪刀等。</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（1）探究并掌握三角形的面积计算公式，能正确计算三角形的面积，并能应用公式解决简单的实际问题。</w:t>
      </w:r>
    </w:p>
    <w:p>
      <w:pPr>
        <w:spacing w:after="20" w:line="300" w:lineRule="auto"/>
        <w:ind w:firstLine="400"/>
      </w:pPr>
      <w:r>
        <w:rPr>
          <w:rFonts w:ascii="宋体" w:hAnsi="宋体" w:eastAsia="宋体"/>
          <w:b w:val="0"/>
          <w:sz w:val="20"/>
        </w:rPr>
        <w:t>（2）经历操作、观察、讨论、归纳等数学活动，进一步体会转化方法的价值，发展空间观念和初步的推理能力。</w:t>
      </w:r>
    </w:p>
    <w:p>
      <w:pPr>
        <w:spacing w:after="20" w:line="300" w:lineRule="auto"/>
      </w:pPr>
      <w:r>
        <w:rPr>
          <w:rFonts w:ascii="宋体" w:hAnsi="宋体" w:eastAsia="宋体"/>
          <w:b w:val="0"/>
          <w:sz w:val="20"/>
        </w:rPr>
        <w:t>教学重点：探究并掌握三角形的面积计算公式，能正确计算三角形的面积。</w:t>
      </w:r>
    </w:p>
    <w:p>
      <w:pPr>
        <w:spacing w:after="20" w:line="300" w:lineRule="auto"/>
      </w:pPr>
      <w:r>
        <w:rPr>
          <w:rFonts w:ascii="宋体" w:hAnsi="宋体" w:eastAsia="宋体"/>
          <w:b w:val="0"/>
          <w:sz w:val="20"/>
        </w:rPr>
        <w:t>教学难点：理解三角形面积计算公式的推导过程。</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创设情境，引入课题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我们班上大部分都是少先队员吧？看看你们戴的红领巾，红领巾是什么形状的？怎么求它的面积呢？</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动手操作，自主推导三角形的面积计算公式</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三角形的面积该怎么求呢？；想好了吗？</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解决问题，深化理解</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计算三角形的面积时应注意什么？</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实践应用，反馈评价</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拓展知识</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请大家自行阅读教科书P82“你知道吗？</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创设情境，引入课题</w:t>
            </w:r>
          </w:p>
        </w:tc>
        <w:tc>
          <w:tcPr>
            <w:tcW w:type="dxa" w:w="3061"/>
          </w:tcPr>
          <w:p>
            <w:pPr>
              <w:spacing w:after="20" w:line="276" w:lineRule="auto"/>
            </w:pPr>
            <w:r/>
            <w:r>
              <w:rPr>
                <w:rFonts w:ascii="宋体" w:hAnsi="宋体" w:eastAsia="宋体"/>
                <w:b w:val="0"/>
                <w:sz w:val="18"/>
              </w:rPr>
              <w:t>师：我们班上大部分都是少先队员吧？看看你们戴的红领巾，红领巾是什么形状的？怎么求它的面积呢？</w:t>
            </w:r>
          </w:p>
          <w:p>
            <w:pPr>
              <w:spacing w:after="20" w:line="276" w:lineRule="auto"/>
            </w:pPr>
            <w:r>
              <w:rPr>
                <w:rFonts w:ascii="宋体" w:hAnsi="宋体" w:eastAsia="宋体"/>
                <w:b w:val="0"/>
                <w:sz w:val="18"/>
              </w:rPr>
              <w:t>师：这节课，我们就来共同探究三角形面积的计算方法。（板书课题：三角形的面积）</w:t>
            </w:r>
          </w:p>
        </w:tc>
        <w:tc>
          <w:tcPr>
            <w:tcW w:type="dxa" w:w="3061"/>
          </w:tcPr>
          <w:p>
            <w:pPr>
              <w:spacing w:after="20" w:line="276" w:lineRule="auto"/>
            </w:pPr>
            <w:r/>
            <w:r>
              <w:rPr>
                <w:rFonts w:ascii="宋体" w:hAnsi="宋体" w:eastAsia="宋体"/>
                <w:b w:val="0"/>
                <w:sz w:val="18"/>
              </w:rPr>
              <w:t>学生自由讨论。</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创设情境激活学生已有经验，自然引出本课学习内容，激发学习兴趣，核心问题："我们班上大部分都是少先队员吧？看看你们戴的红领巾，红领巾是什么形状的？怎么求它的面积呢？"</w:t>
            </w:r>
          </w:p>
        </w:tc>
      </w:tr>
      <w:tr>
        <w:tc>
          <w:tcPr>
            <w:tcW w:type="dxa" w:w="1474"/>
          </w:tcPr>
          <w:p>
            <w:pPr>
              <w:spacing w:after="20" w:line="276" w:lineRule="auto"/>
            </w:pPr>
            <w:r>
              <w:rPr>
                <w:b/>
              </w:rPr>
            </w:r>
            <w:r>
              <w:rPr>
                <w:rFonts w:ascii="宋体" w:hAnsi="宋体" w:eastAsia="宋体"/>
                <w:b/>
                <w:sz w:val="18"/>
              </w:rPr>
              <w:t>动手操作，自主推导三角形的面积计算公式</w:t>
            </w:r>
          </w:p>
        </w:tc>
        <w:tc>
          <w:tcPr>
            <w:tcW w:type="dxa" w:w="3061"/>
          </w:tcPr>
          <w:p>
            <w:pPr>
              <w:spacing w:after="20" w:line="276" w:lineRule="auto"/>
            </w:pPr>
            <w:r/>
            <w:r>
              <w:rPr>
                <w:rFonts w:ascii="宋体" w:hAnsi="宋体" w:eastAsia="宋体"/>
                <w:b w:val="0"/>
                <w:sz w:val="18"/>
              </w:rPr>
              <w:t>1.提出问题，启发思考。</w:t>
            </w:r>
          </w:p>
          <w:p>
            <w:pPr>
              <w:spacing w:after="20" w:line="276" w:lineRule="auto"/>
            </w:pPr>
            <w:r>
              <w:rPr>
                <w:rFonts w:ascii="宋体" w:hAnsi="宋体" w:eastAsia="宋体"/>
                <w:b w:val="0"/>
                <w:sz w:val="18"/>
              </w:rPr>
              <w:t>师：三角形的面积该怎么求呢？结合我们前面所学的知识，大家思考一下。</w:t>
            </w:r>
          </w:p>
          <w:p>
            <w:pPr>
              <w:spacing w:after="20" w:line="276" w:lineRule="auto"/>
            </w:pPr>
            <w:r>
              <w:rPr>
                <w:rFonts w:ascii="宋体" w:hAnsi="宋体" w:eastAsia="宋体"/>
                <w:b w:val="0"/>
                <w:sz w:val="18"/>
              </w:rPr>
              <w:t>2.分组活动，动手操作。</w:t>
            </w:r>
          </w:p>
          <w:p>
            <w:pPr>
              <w:spacing w:after="20" w:line="276" w:lineRule="auto"/>
            </w:pPr>
            <w:r>
              <w:rPr>
                <w:rFonts w:ascii="宋体" w:hAnsi="宋体" w:eastAsia="宋体"/>
                <w:b w:val="0"/>
                <w:sz w:val="18"/>
              </w:rPr>
              <w:t>师：想好了吗？（想好了）我们现在动手操作，探究三角形的面积计算公式，探究之前先听清楚操作要求。</w:t>
            </w:r>
          </w:p>
          <w:p>
            <w:pPr>
              <w:spacing w:after="20" w:line="276" w:lineRule="auto"/>
            </w:pPr>
            <w:r>
              <w:rPr>
                <w:rFonts w:ascii="宋体" w:hAnsi="宋体" w:eastAsia="宋体"/>
                <w:b w:val="0"/>
                <w:sz w:val="18"/>
              </w:rPr>
              <w:t>教师巡视，个别指导。</w:t>
            </w:r>
          </w:p>
          <w:p>
            <w:pPr>
              <w:spacing w:after="20" w:line="276" w:lineRule="auto"/>
            </w:pPr>
            <w:r>
              <w:rPr>
                <w:rFonts w:ascii="宋体" w:hAnsi="宋体" w:eastAsia="宋体"/>
                <w:b w:val="0"/>
                <w:sz w:val="18"/>
              </w:rPr>
              <w:t>3.展示交流，分享探究过程和结果。</w:t>
            </w:r>
          </w:p>
          <w:p>
            <w:pPr>
              <w:spacing w:after="20" w:line="276" w:lineRule="auto"/>
            </w:pPr>
            <w:r>
              <w:rPr>
                <w:rFonts w:ascii="宋体" w:hAnsi="宋体" w:eastAsia="宋体"/>
                <w:b w:val="0"/>
                <w:sz w:val="18"/>
              </w:rPr>
              <w:t>师：哪个小组来分享一下你们的探究过程和结果？</w:t>
            </w:r>
          </w:p>
          <w:p>
            <w:pPr>
              <w:spacing w:after="20" w:line="276" w:lineRule="auto"/>
            </w:pPr>
            <w:r>
              <w:rPr>
                <w:rFonts w:ascii="宋体" w:hAnsi="宋体" w:eastAsia="宋体"/>
                <w:b w:val="0"/>
                <w:sz w:val="18"/>
              </w:rPr>
              <w:t>教师指名学生展示。</w:t>
            </w:r>
          </w:p>
          <w:p>
            <w:pPr>
              <w:spacing w:after="20" w:line="276" w:lineRule="auto"/>
            </w:pPr>
            <w:r>
              <w:rPr>
                <w:rFonts w:ascii="宋体" w:hAnsi="宋体" w:eastAsia="宋体"/>
                <w:b w:val="0"/>
                <w:sz w:val="18"/>
              </w:rPr>
              <w:t>教师结合学生的展示，课件演示。</w:t>
            </w:r>
          </w:p>
          <w:p>
            <w:pPr>
              <w:spacing w:after="20" w:line="276" w:lineRule="auto"/>
            </w:pPr>
            <w:r>
              <w:rPr>
                <w:rFonts w:ascii="宋体" w:hAnsi="宋体" w:eastAsia="宋体"/>
                <w:b w:val="0"/>
                <w:sz w:val="18"/>
              </w:rPr>
              <w:t>师：你们还有什么其他方法可以求出三角形的面积吗？</w:t>
            </w:r>
          </w:p>
          <w:p>
            <w:pPr>
              <w:spacing w:after="20" w:line="276" w:lineRule="auto"/>
            </w:pPr>
            <w:r>
              <w:rPr>
                <w:rFonts w:ascii="宋体" w:hAnsi="宋体" w:eastAsia="宋体"/>
                <w:b w:val="0"/>
                <w:sz w:val="18"/>
              </w:rPr>
              <w:t>4.认识三角形的底和高。</w:t>
            </w:r>
          </w:p>
          <w:p>
            <w:pPr>
              <w:spacing w:after="20" w:line="276" w:lineRule="auto"/>
            </w:pPr>
            <w:r>
              <w:rPr>
                <w:rFonts w:ascii="宋体" w:hAnsi="宋体" w:eastAsia="宋体"/>
                <w:b w:val="0"/>
                <w:sz w:val="18"/>
              </w:rPr>
              <w:t>师：同学们都运用拼的方法，将两个相同的三角形拼成一个长方形或平行四边形。那么，这两个拼成的图形和原来的三角形有什么关系呢？</w:t>
            </w:r>
          </w:p>
          <w:p>
            <w:pPr>
              <w:spacing w:after="20" w:line="276" w:lineRule="auto"/>
            </w:pPr>
            <w:r>
              <w:rPr>
                <w:rFonts w:ascii="宋体" w:hAnsi="宋体" w:eastAsia="宋体"/>
                <w:b w:val="0"/>
                <w:sz w:val="18"/>
              </w:rPr>
              <w:t>引导学生明确同平行四边形一样，三角形也有底和高。</w:t>
            </w:r>
          </w:p>
          <w:p>
            <w:pPr>
              <w:spacing w:after="20" w:line="276" w:lineRule="auto"/>
            </w:pPr>
            <w:r>
              <w:rPr>
                <w:rFonts w:ascii="宋体" w:hAnsi="宋体" w:eastAsia="宋体"/>
                <w:b w:val="0"/>
                <w:sz w:val="18"/>
              </w:rPr>
              <w:t>课件边出示边介绍三角形的底和高。</w:t>
            </w:r>
          </w:p>
          <w:p>
            <w:pPr>
              <w:spacing w:after="20" w:line="276" w:lineRule="auto"/>
            </w:pPr>
            <w:r>
              <w:rPr>
                <w:rFonts w:ascii="宋体" w:hAnsi="宋体" w:eastAsia="宋体"/>
                <w:b w:val="0"/>
                <w:sz w:val="18"/>
              </w:rPr>
              <w:t>5.分析整理，归纳出三角形的面积计算公式。</w:t>
            </w:r>
          </w:p>
          <w:p>
            <w:pPr>
              <w:spacing w:after="20" w:line="276" w:lineRule="auto"/>
            </w:pPr>
            <w:r>
              <w:rPr>
                <w:rFonts w:ascii="宋体" w:hAnsi="宋体" w:eastAsia="宋体"/>
                <w:b w:val="0"/>
                <w:sz w:val="18"/>
              </w:rPr>
              <w:t>师：我们再来看看刚才同学们的拼组方法，你们发现三角形的面积和它的底、高有什么关系呢？</w:t>
            </w:r>
          </w:p>
          <w:p>
            <w:pPr>
              <w:spacing w:after="20" w:line="276" w:lineRule="auto"/>
            </w:pPr>
            <w:r>
              <w:rPr>
                <w:rFonts w:ascii="宋体" w:hAnsi="宋体" w:eastAsia="宋体"/>
                <w:b w:val="0"/>
                <w:sz w:val="18"/>
              </w:rPr>
              <w:t>课件集中呈现不同的拼组图形，引导学生交流分析，发现内在联系。</w:t>
            </w:r>
          </w:p>
          <w:p>
            <w:pPr>
              <w:spacing w:after="20" w:line="276" w:lineRule="auto"/>
            </w:pPr>
            <w:r>
              <w:rPr>
                <w:rFonts w:ascii="宋体" w:hAnsi="宋体" w:eastAsia="宋体"/>
                <w:b w:val="0"/>
                <w:sz w:val="18"/>
              </w:rPr>
              <w:t>师：我们以三角形转化成平行四边形为例，简要说说推导过程。</w:t>
            </w:r>
          </w:p>
          <w:p>
            <w:pPr>
              <w:spacing w:after="20" w:line="276" w:lineRule="auto"/>
            </w:pPr>
            <w:r>
              <w:rPr>
                <w:rFonts w:ascii="宋体" w:hAnsi="宋体" w:eastAsia="宋体"/>
                <w:b w:val="0"/>
                <w:sz w:val="18"/>
              </w:rPr>
              <w:t>结合学生汇报，教师完善板书：</w:t>
            </w:r>
          </w:p>
          <w:p>
            <w:pPr>
              <w:spacing w:after="20" w:line="276" w:lineRule="auto"/>
            </w:pPr>
            <w:r>
              <w:rPr>
                <w:rFonts w:ascii="宋体" w:hAnsi="宋体" w:eastAsia="宋体"/>
                <w:b w:val="0"/>
                <w:sz w:val="18"/>
              </w:rPr>
              <w:t>师：如果用字母a表示三角形的底，h表示三角形的高，S表示三角形的面积，你能用字母表示三角形的面积计算公式吗？</w:t>
            </w:r>
          </w:p>
          <w:p>
            <w:pPr>
              <w:spacing w:after="20" w:line="276" w:lineRule="auto"/>
            </w:pPr>
            <w:r>
              <w:rPr>
                <w:rFonts w:ascii="宋体" w:hAnsi="宋体" w:eastAsia="宋体"/>
                <w:b w:val="0"/>
                <w:sz w:val="18"/>
              </w:rPr>
              <w:t>教师根据学生回答板书：S＝ah÷2。</w:t>
            </w:r>
          </w:p>
          <w:p>
            <w:pPr>
              <w:spacing w:after="20" w:line="276" w:lineRule="auto"/>
            </w:pPr>
            <w:r>
              <w:rPr>
                <w:rFonts w:ascii="宋体" w:hAnsi="宋体" w:eastAsia="宋体"/>
                <w:b w:val="0"/>
                <w:sz w:val="18"/>
              </w:rPr>
              <w:t>6.拓展延伸。</w:t>
            </w:r>
          </w:p>
          <w:p>
            <w:pPr>
              <w:spacing w:after="20" w:line="276" w:lineRule="auto"/>
            </w:pPr>
            <w:r>
              <w:rPr>
                <w:rFonts w:ascii="宋体" w:hAnsi="宋体" w:eastAsia="宋体"/>
                <w:b w:val="0"/>
                <w:sz w:val="18"/>
              </w:rPr>
              <w:t>师：我们通过两个三角形拼组得到三角形的面积计算方法。其实通过一个三角形剪拼、折叠也能得到同样的结论。</w:t>
            </w:r>
          </w:p>
          <w:p>
            <w:pPr>
              <w:spacing w:after="20" w:line="276" w:lineRule="auto"/>
            </w:pPr>
            <w:r>
              <w:rPr>
                <w:rFonts w:ascii="宋体" w:hAnsi="宋体" w:eastAsia="宋体"/>
                <w:b w:val="0"/>
                <w:sz w:val="18"/>
              </w:rPr>
              <w:t>课件展示运用一个三角形推导的过程。</w:t>
            </w:r>
          </w:p>
          <w:p>
            <w:pPr>
              <w:spacing w:after="20" w:line="276" w:lineRule="auto"/>
            </w:pPr>
            <w:r>
              <w:rPr>
                <w:rFonts w:ascii="宋体" w:hAnsi="宋体" w:eastAsia="宋体"/>
                <w:b w:val="0"/>
                <w:sz w:val="18"/>
              </w:rPr>
              <w:t>师：看了课件，你们会将一个三角形通过剪拼的方法求出三角形的面积吗？</w:t>
            </w:r>
          </w:p>
          <w:p>
            <w:pPr>
              <w:spacing w:after="20" w:line="276" w:lineRule="auto"/>
            </w:pPr>
            <w:r>
              <w:rPr>
                <w:rFonts w:ascii="宋体" w:hAnsi="宋体" w:eastAsia="宋体"/>
                <w:b w:val="0"/>
                <w:sz w:val="18"/>
              </w:rPr>
              <w:t>师：同学们回答得非常棒，以后遇到类似的问题，我们也可以采用转化的方法来解决。</w:t>
            </w:r>
          </w:p>
        </w:tc>
        <w:tc>
          <w:tcPr>
            <w:tcW w:type="dxa" w:w="3061"/>
          </w:tcPr>
          <w:p>
            <w:pPr>
              <w:spacing w:after="20" w:line="276" w:lineRule="auto"/>
            </w:pPr>
            <w:r/>
            <w:r>
              <w:rPr>
                <w:rFonts w:ascii="宋体" w:hAnsi="宋体" w:eastAsia="宋体"/>
                <w:b w:val="0"/>
                <w:sz w:val="18"/>
              </w:rPr>
              <w:t>学生4人一组，开展操作活动。</w:t>
            </w:r>
          </w:p>
          <w:p>
            <w:pPr>
              <w:spacing w:after="20" w:line="276" w:lineRule="auto"/>
            </w:pPr>
            <w:r>
              <w:rPr>
                <w:rFonts w:ascii="宋体" w:hAnsi="宋体" w:eastAsia="宋体"/>
                <w:b w:val="0"/>
                <w:sz w:val="18"/>
              </w:rPr>
              <w:t>用两个完全一样的直角三角形拼成一个长方形，求出长方形的面积后再除以2，就是三角形的面积。</w:t>
            </w:r>
          </w:p>
          <w:p>
            <w:pPr>
              <w:spacing w:after="20" w:line="276" w:lineRule="auto"/>
            </w:pPr>
            <w:r>
              <w:rPr>
                <w:rFonts w:ascii="宋体" w:hAnsi="宋体" w:eastAsia="宋体"/>
                <w:b w:val="0"/>
                <w:sz w:val="18"/>
              </w:rPr>
              <w:t>用两个完全一样的三角形拼成一个平行四边形，求出平行四边形的面积后再除以2，就是三角形的面积。</w:t>
            </w:r>
          </w:p>
          <w:p>
            <w:pPr>
              <w:spacing w:after="20" w:line="276" w:lineRule="auto"/>
            </w:pPr>
            <w:r>
              <w:rPr>
                <w:rFonts w:ascii="宋体" w:hAnsi="宋体" w:eastAsia="宋体"/>
                <w:b w:val="0"/>
                <w:sz w:val="18"/>
              </w:rPr>
              <w:t>学生上台展示后，课件演示。</w:t>
            </w:r>
          </w:p>
          <w:p>
            <w:pPr>
              <w:spacing w:after="20" w:line="276" w:lineRule="auto"/>
            </w:pPr>
            <w:r>
              <w:rPr>
                <w:rFonts w:ascii="宋体" w:hAnsi="宋体" w:eastAsia="宋体"/>
                <w:b w:val="0"/>
                <w:sz w:val="18"/>
              </w:rPr>
              <w:t>学生汇报，教师板书：三角形的面积＝底×高÷2。</w:t>
            </w:r>
          </w:p>
          <w:p>
            <w:pPr>
              <w:spacing w:after="20" w:line="276" w:lineRule="auto"/>
            </w:pPr>
            <w:r>
              <w:rPr>
                <w:rFonts w:ascii="宋体" w:hAnsi="宋体" w:eastAsia="宋体"/>
                <w:b w:val="0"/>
                <w:sz w:val="18"/>
              </w:rPr>
              <w:t>预设1：将三角形剪拼成一个平行四边形。</w:t>
            </w:r>
          </w:p>
          <w:p>
            <w:pPr>
              <w:spacing w:after="20" w:line="276" w:lineRule="auto"/>
            </w:pPr>
            <w:r>
              <w:rPr>
                <w:rFonts w:ascii="宋体" w:hAnsi="宋体" w:eastAsia="宋体"/>
                <w:b w:val="0"/>
                <w:sz w:val="18"/>
              </w:rPr>
              <w:t>预设2：将三角形剪拼成一个长方形。</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设计递进式探究活动，引导学生在动手实践与合作交流中经历知识形成过程，突破本课重难点，核心问题："三角形的面积该怎么求呢？"</w:t>
            </w:r>
          </w:p>
        </w:tc>
      </w:tr>
      <w:tr>
        <w:tc>
          <w:tcPr>
            <w:tcW w:type="dxa" w:w="1474"/>
          </w:tcPr>
          <w:p>
            <w:pPr>
              <w:spacing w:after="20" w:line="276" w:lineRule="auto"/>
            </w:pPr>
            <w:r>
              <w:rPr>
                <w:b/>
              </w:rPr>
            </w:r>
            <w:r>
              <w:rPr>
                <w:rFonts w:ascii="宋体" w:hAnsi="宋体" w:eastAsia="宋体"/>
                <w:b/>
                <w:sz w:val="18"/>
              </w:rPr>
              <w:t>解决问题，深化理解</w:t>
            </w:r>
          </w:p>
        </w:tc>
        <w:tc>
          <w:tcPr>
            <w:tcW w:type="dxa" w:w="3061"/>
          </w:tcPr>
          <w:p>
            <w:pPr>
              <w:spacing w:after="20" w:line="276" w:lineRule="auto"/>
            </w:pPr>
            <w:r/>
            <w:r>
              <w:rPr>
                <w:rFonts w:ascii="宋体" w:hAnsi="宋体" w:eastAsia="宋体"/>
                <w:b w:val="0"/>
                <w:sz w:val="18"/>
              </w:rPr>
              <w:t>课件出示教科书P80例2。</w:t>
            </w:r>
          </w:p>
          <w:p>
            <w:pPr>
              <w:spacing w:after="20" w:line="276" w:lineRule="auto"/>
            </w:pPr>
            <w:r>
              <w:rPr>
                <w:rFonts w:ascii="宋体" w:hAnsi="宋体" w:eastAsia="宋体"/>
                <w:b w:val="0"/>
                <w:sz w:val="18"/>
              </w:rPr>
              <w:t>（1）学生尝试独立完成。</w:t>
            </w:r>
          </w:p>
          <w:p>
            <w:pPr>
              <w:spacing w:after="20" w:line="276" w:lineRule="auto"/>
            </w:pPr>
            <w:r>
              <w:rPr>
                <w:rFonts w:ascii="宋体" w:hAnsi="宋体" w:eastAsia="宋体"/>
                <w:b w:val="0"/>
                <w:sz w:val="18"/>
              </w:rPr>
              <w:t>（2）交流做法和结果，教师提出书写格式和应注意的地方。</w:t>
            </w:r>
          </w:p>
          <w:p>
            <w:pPr>
              <w:spacing w:after="20" w:line="276" w:lineRule="auto"/>
            </w:pPr>
            <w:r>
              <w:rPr>
                <w:rFonts w:ascii="宋体" w:hAnsi="宋体" w:eastAsia="宋体"/>
                <w:b w:val="0"/>
                <w:sz w:val="18"/>
              </w:rPr>
              <w:t>师：计算三角形的面积时应注意什么？</w:t>
            </w:r>
          </w:p>
        </w:tc>
        <w:tc>
          <w:tcPr>
            <w:tcW w:type="dxa" w:w="3061"/>
          </w:tcPr>
          <w:p>
            <w:pPr>
              <w:spacing w:after="20" w:line="276" w:lineRule="auto"/>
            </w:pPr>
            <w:r/>
            <w:r>
              <w:rPr>
                <w:rFonts w:ascii="宋体" w:hAnsi="宋体" w:eastAsia="宋体"/>
                <w:b w:val="0"/>
                <w:sz w:val="18"/>
              </w:rPr>
              <w:t>应注意在计算“底×高”后要除以2。</w:t>
            </w:r>
          </w:p>
        </w:tc>
        <w:tc>
          <w:tcPr>
            <w:tcW w:type="dxa" w:w="1814"/>
          </w:tcPr>
          <w:p>
            <w:pPr>
              <w:spacing w:after="20" w:line="276" w:lineRule="auto"/>
            </w:pPr>
            <w:r/>
            <w:r>
              <w:rPr>
                <w:rFonts w:ascii="宋体" w:hAnsi="宋体" w:eastAsia="宋体"/>
                <w:b w:val="0"/>
                <w:sz w:val="18"/>
              </w:rPr>
              <w:t>围绕环节目标组织学习活动，引导学生主动参与、积极思考，核心问题："计算三角形的面积时应注意什么？"</w:t>
            </w:r>
          </w:p>
        </w:tc>
      </w:tr>
      <w:tr>
        <w:tc>
          <w:tcPr>
            <w:tcW w:type="dxa" w:w="1474"/>
          </w:tcPr>
          <w:p>
            <w:pPr>
              <w:spacing w:after="20" w:line="276" w:lineRule="auto"/>
            </w:pPr>
            <w:r>
              <w:rPr>
                <w:b/>
              </w:rPr>
            </w:r>
            <w:r>
              <w:rPr>
                <w:rFonts w:ascii="宋体" w:hAnsi="宋体" w:eastAsia="宋体"/>
                <w:b/>
                <w:sz w:val="18"/>
              </w:rPr>
              <w:t>实践应用，反馈评价</w:t>
            </w:r>
          </w:p>
        </w:tc>
        <w:tc>
          <w:tcPr>
            <w:tcW w:type="dxa" w:w="3061"/>
          </w:tcPr>
          <w:p>
            <w:pPr>
              <w:spacing w:after="20" w:line="276" w:lineRule="auto"/>
            </w:pPr>
            <w:r/>
            <w:r>
              <w:rPr>
                <w:rFonts w:ascii="宋体" w:hAnsi="宋体" w:eastAsia="宋体"/>
                <w:b w:val="0"/>
                <w:sz w:val="18"/>
              </w:rPr>
              <w:t>1.完成教科书P80“做一做”第1、2题。</w:t>
            </w:r>
          </w:p>
          <w:p>
            <w:pPr>
              <w:spacing w:after="20" w:line="276" w:lineRule="auto"/>
            </w:pPr>
            <w:r>
              <w:rPr>
                <w:rFonts w:ascii="宋体" w:hAnsi="宋体" w:eastAsia="宋体"/>
                <w:b w:val="0"/>
                <w:sz w:val="18"/>
              </w:rPr>
              <w:t>2.完成教科书P80“做一做”第3题。</w:t>
            </w:r>
          </w:p>
          <w:p>
            <w:pPr>
              <w:spacing w:after="20" w:line="276" w:lineRule="auto"/>
            </w:pPr>
            <w:r>
              <w:rPr>
                <w:rFonts w:ascii="宋体" w:hAnsi="宋体" w:eastAsia="宋体"/>
                <w:b w:val="0"/>
                <w:sz w:val="18"/>
              </w:rPr>
              <w:t>引导学生进一步理解要知道对应的底和高。</w:t>
            </w:r>
          </w:p>
        </w:tc>
        <w:tc>
          <w:tcPr>
            <w:tcW w:type="dxa" w:w="3061"/>
          </w:tcPr>
          <w:p>
            <w:pPr>
              <w:spacing w:after="20" w:line="276" w:lineRule="auto"/>
            </w:pPr>
            <w:r/>
            <w:r>
              <w:rPr>
                <w:rFonts w:ascii="宋体" w:hAnsi="宋体" w:eastAsia="宋体"/>
                <w:b w:val="0"/>
                <w:sz w:val="18"/>
              </w:rPr>
              <w:t>学生独立完成后集中评价。</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拓展知识</w:t>
            </w:r>
          </w:p>
        </w:tc>
        <w:tc>
          <w:tcPr>
            <w:tcW w:type="dxa" w:w="3061"/>
          </w:tcPr>
          <w:p>
            <w:pPr>
              <w:spacing w:after="20" w:line="276" w:lineRule="auto"/>
            </w:pPr>
            <w:r/>
            <w:r>
              <w:rPr>
                <w:rFonts w:ascii="宋体" w:hAnsi="宋体" w:eastAsia="宋体"/>
                <w:b w:val="0"/>
                <w:sz w:val="18"/>
              </w:rPr>
              <w:t>师：请大家自行阅读教科书P82“你知道吗？”，了解我国古人是如何计算三角形的面积的。</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围绕环节目标组织学习活动，引导学生主动参与、积极思考，核心问题："请大家自行阅读教科书P82“你知道吗？"</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充分发挥学生的主体性，通过有效引导，让他们在操作、交流、探讨中自主推导出三角形的面积计算公式。掌握知识的同时培养学生的动手操作能力、逻辑思维能力以及类推能力。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三角形的面积</w:t>
      </w:r>
    </w:p>
    <w:p>
      <w:pPr>
        <w:spacing w:after="40" w:line="300" w:lineRule="auto"/>
      </w:pPr>
      <w:r>
        <w:rPr>
          <w:rFonts w:ascii="宋体" w:hAnsi="宋体" w:eastAsia="宋体"/>
          <w:b w:val="0"/>
          <w:sz w:val="20"/>
        </w:rPr>
        <w:t>S＝ah÷2</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教科书P79～80相关内容及P82“你知道吗？”，完成教科书P80“做一做”。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回顾整个课堂，学生的学习态度是积极的、主动的，真正变成了课堂的主人。同时，教师精心指导，学生互相交流，展示他们对知识的理解和认识，既突出了重点，又突破了难点，课堂教学效果良好。</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梯形的面积</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梯形的面积</w:t>
            </w:r>
          </w:p>
        </w:tc>
        <w:tc>
          <w:tcPr>
            <w:tcW w:type="dxa" w:w="6009"/>
          </w:tcPr>
          <w:p>
            <w:pPr>
              <w:spacing w:after="20" w:line="276" w:lineRule="auto"/>
            </w:pPr>
            <w:r/>
            <w:r>
              <w:rPr>
                <w:rFonts w:ascii="宋体" w:hAnsi="宋体" w:eastAsia="宋体"/>
                <w:b w:val="0"/>
                <w:sz w:val="20"/>
              </w:rPr>
              <w:t>第6单元 多边形的面积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本单元之前，知道长方形、正方形、三角形的特征，会计算长方形、正方形的面积，对于“转化”的思想方法也有一定的认识，因此要求学生记住各种图形的面积计算公式并不难。但本单元面积计算公式的推导都是建立在学生移、剪、拼、摆等操作活动的基础上，关键是要让学生经历探究的过程，实现过程性目标。</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教学内容：教科书P83～84相关内容，完成教科书P84“做一做”。</w:t>
      </w:r>
    </w:p>
    <w:p>
      <w:pPr>
        <w:spacing w:after="80" w:line="300" w:lineRule="auto"/>
        <w:ind w:firstLine="400"/>
      </w:pPr>
      <w:r>
        <w:rPr>
          <w:rFonts w:ascii="宋体" w:hAnsi="宋体" w:eastAsia="宋体"/>
          <w:b w:val="0"/>
          <w:sz w:val="20"/>
        </w:rPr>
        <w:t>教学准备：课件、若干张完全一样的梯形纸片。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（1）自主探究并概括出梯形的面积计算公式。在操作、观察、比较中，培养想象力。</w:t>
      </w:r>
    </w:p>
    <w:p>
      <w:pPr>
        <w:spacing w:after="20" w:line="300" w:lineRule="auto"/>
        <w:ind w:firstLine="400"/>
      </w:pPr>
      <w:r>
        <w:rPr>
          <w:rFonts w:ascii="宋体" w:hAnsi="宋体" w:eastAsia="宋体"/>
          <w:b w:val="0"/>
          <w:sz w:val="20"/>
        </w:rPr>
        <w:t>（2）会正确、熟练地运用公式计算梯形的面积，解决一些生活中的实际问题。</w:t>
      </w:r>
    </w:p>
    <w:p>
      <w:pPr>
        <w:spacing w:after="20" w:line="300" w:lineRule="auto"/>
        <w:ind w:firstLine="400"/>
      </w:pPr>
      <w:r>
        <w:rPr>
          <w:rFonts w:ascii="宋体" w:hAnsi="宋体" w:eastAsia="宋体"/>
          <w:b w:val="0"/>
          <w:sz w:val="20"/>
        </w:rPr>
        <w:t>（3）渗透数学迁移、转化思想，感受数学与生活的紧密联系，提高学习数学的兴趣。</w:t>
      </w:r>
    </w:p>
    <w:p>
      <w:pPr>
        <w:spacing w:after="20" w:line="300" w:lineRule="auto"/>
      </w:pPr>
      <w:r>
        <w:rPr>
          <w:rFonts w:ascii="宋体" w:hAnsi="宋体" w:eastAsia="宋体"/>
          <w:b w:val="0"/>
          <w:sz w:val="20"/>
        </w:rPr>
        <w:t>教学重点：理解并掌握梯形的面积计算公式，会计算梯形的面积。</w:t>
      </w:r>
    </w:p>
    <w:p>
      <w:pPr>
        <w:spacing w:after="20" w:line="300" w:lineRule="auto"/>
      </w:pPr>
      <w:r>
        <w:rPr>
          <w:rFonts w:ascii="宋体" w:hAnsi="宋体" w:eastAsia="宋体"/>
          <w:b w:val="0"/>
          <w:sz w:val="20"/>
        </w:rPr>
        <w:t>教学难点：自主探究梯形的面积计算公式。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创设情境，揭示课题</w:t>
            </w:r>
          </w:p>
        </w:tc>
        <w:tc>
          <w:tcPr>
            <w:tcW w:type="dxa" w:w="1814"/>
          </w:tcPr>
          <w:p>
            <w:pPr>
              <w:spacing w:after="20" w:line="276" w:lineRule="auto"/>
            </w:pPr>
            <w:r/>
            <w:r>
              <w:rPr>
                <w:rFonts w:ascii="宋体" w:hAnsi="宋体" w:eastAsia="宋体"/>
                <w:b w:val="0"/>
                <w:sz w:val="18"/>
              </w:rPr>
              <w:t>课件、图片</w:t>
            </w:r>
          </w:p>
        </w:tc>
        <w:tc>
          <w:tcPr>
            <w:tcW w:type="dxa" w:w="3402"/>
          </w:tcPr>
          <w:p>
            <w:pPr>
              <w:spacing w:after="20" w:line="276" w:lineRule="auto"/>
            </w:pPr>
            <w:r/>
            <w:r>
              <w:rPr>
                <w:rFonts w:ascii="宋体" w:hAnsi="宋体" w:eastAsia="宋体"/>
                <w:b w:val="0"/>
                <w:sz w:val="18"/>
              </w:rPr>
              <w:t>同学们，大家经常坐车吧，你看看这辆汽车的车窗玻璃是什么形状的？；车窗玻璃的形状是梯形。那么我们想求出它的面积，该怎么样求呢？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认识梯形及各部分的名称</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自主探究，研究方法</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你们认为，梯形的面积与什么有关？；根据前面的经验，我们可以怎样推导出梯形的面积计算方法？</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【学情预设】S＝（a＋b）h÷2。（板书）</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公式中每个字母分别表示什么？</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四、运用公式，解决问题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五、实践应用，练习巩固</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在本节课的学习中，你有哪些收获？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创设情境，揭示课题</w:t>
            </w:r>
          </w:p>
        </w:tc>
        <w:tc>
          <w:tcPr>
            <w:tcW w:type="dxa" w:w="3061"/>
          </w:tcPr>
          <w:p>
            <w:pPr>
              <w:spacing w:after="20" w:line="276" w:lineRule="auto"/>
            </w:pPr>
            <w:r/>
            <w:r>
              <w:rPr>
                <w:rFonts w:ascii="宋体" w:hAnsi="宋体" w:eastAsia="宋体"/>
                <w:b w:val="0"/>
                <w:sz w:val="18"/>
              </w:rPr>
              <w:t>师：同学们，大家经常坐车吧，你看看这辆汽车的车窗玻璃是什么形状的？</w:t>
            </w:r>
          </w:p>
          <w:p>
            <w:pPr>
              <w:spacing w:after="20" w:line="276" w:lineRule="auto"/>
            </w:pPr>
            <w:r>
              <w:rPr>
                <w:rFonts w:ascii="宋体" w:hAnsi="宋体" w:eastAsia="宋体"/>
                <w:b w:val="0"/>
                <w:sz w:val="18"/>
              </w:rPr>
              <w:t>教师课件出示车窗玻璃图片。</w:t>
            </w:r>
          </w:p>
          <w:p>
            <w:pPr>
              <w:spacing w:after="20" w:line="276" w:lineRule="auto"/>
            </w:pPr>
            <w:r>
              <w:rPr>
                <w:rFonts w:ascii="宋体" w:hAnsi="宋体" w:eastAsia="宋体"/>
                <w:b w:val="0"/>
                <w:sz w:val="18"/>
              </w:rPr>
              <w:t>师：车窗玻璃的形状是梯形。那么我们想求出它的面积，该怎么样求呢？这节课，我们就一起来探究梯形面积的相关知识。（板书课题：梯形的面积）</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创设情境激活学生已有经验，自然引出本课学习内容，激发学习兴趣，核心问题："同学们，大家经常坐车吧，你看看这辆汽车的车窗玻璃是什么形状的？"</w:t>
            </w:r>
          </w:p>
        </w:tc>
      </w:tr>
      <w:tr>
        <w:tc>
          <w:tcPr>
            <w:tcW w:type="dxa" w:w="1474"/>
          </w:tcPr>
          <w:p>
            <w:pPr>
              <w:spacing w:after="20" w:line="276" w:lineRule="auto"/>
            </w:pPr>
            <w:r>
              <w:rPr>
                <w:b/>
              </w:rPr>
            </w:r>
            <w:r>
              <w:rPr>
                <w:rFonts w:ascii="宋体" w:hAnsi="宋体" w:eastAsia="宋体"/>
                <w:b/>
                <w:sz w:val="18"/>
              </w:rPr>
              <w:t>认识梯形及各部分的名称</w:t>
            </w:r>
          </w:p>
        </w:tc>
        <w:tc>
          <w:tcPr>
            <w:tcW w:type="dxa" w:w="3061"/>
          </w:tcPr>
          <w:p>
            <w:pPr>
              <w:spacing w:after="20" w:line="276" w:lineRule="auto"/>
            </w:pPr>
            <w:r/>
            <w:r>
              <w:rPr>
                <w:rFonts w:ascii="宋体" w:hAnsi="宋体" w:eastAsia="宋体"/>
                <w:b w:val="0"/>
                <w:sz w:val="18"/>
              </w:rPr>
              <w:t>课件出示梯形及各部分的名称。</w:t>
            </w:r>
          </w:p>
          <w:p>
            <w:pPr>
              <w:spacing w:after="20" w:line="276" w:lineRule="auto"/>
            </w:pPr>
            <w:r>
              <w:rPr>
                <w:rFonts w:ascii="宋体" w:hAnsi="宋体" w:eastAsia="宋体"/>
                <w:b w:val="0"/>
                <w:sz w:val="18"/>
              </w:rPr>
              <w:t>师生交流，课件配合动态演示，认识梯形及各部分的名称。</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自主探究，研究方法</w:t>
            </w:r>
          </w:p>
        </w:tc>
        <w:tc>
          <w:tcPr>
            <w:tcW w:type="dxa" w:w="3061"/>
          </w:tcPr>
          <w:p>
            <w:pPr>
              <w:spacing w:after="20" w:line="276" w:lineRule="auto"/>
            </w:pPr>
            <w:r/>
            <w:r>
              <w:rPr>
                <w:rFonts w:ascii="宋体" w:hAnsi="宋体" w:eastAsia="宋体"/>
                <w:b w:val="0"/>
                <w:sz w:val="18"/>
              </w:rPr>
              <w:t>师：你们认为，梯形的面积与什么有关？</w:t>
            </w:r>
          </w:p>
          <w:p>
            <w:pPr>
              <w:spacing w:after="20" w:line="276" w:lineRule="auto"/>
            </w:pPr>
            <w:r>
              <w:rPr>
                <w:rFonts w:ascii="宋体" w:hAnsi="宋体" w:eastAsia="宋体"/>
                <w:b w:val="0"/>
                <w:sz w:val="18"/>
              </w:rPr>
              <w:t>师：根据前面的经验，我们可以怎样推导出梯形的面积计算方法？</w:t>
            </w:r>
          </w:p>
          <w:p>
            <w:pPr>
              <w:spacing w:after="20" w:line="276" w:lineRule="auto"/>
            </w:pPr>
            <w:r>
              <w:rPr>
                <w:rFonts w:ascii="宋体" w:hAnsi="宋体" w:eastAsia="宋体"/>
                <w:b w:val="0"/>
                <w:sz w:val="18"/>
              </w:rPr>
              <w:t>2.实践操作，自主探索。</w:t>
            </w:r>
          </w:p>
          <w:p>
            <w:pPr>
              <w:spacing w:after="20" w:line="276" w:lineRule="auto"/>
            </w:pPr>
            <w:r>
              <w:rPr>
                <w:rFonts w:ascii="宋体" w:hAnsi="宋体" w:eastAsia="宋体"/>
                <w:b w:val="0"/>
                <w:sz w:val="18"/>
              </w:rPr>
              <w:t>师：请同学们拿出准备好的梯形纸片，小组合作，推导出梯形的面积计算公式。</w:t>
            </w:r>
          </w:p>
          <w:p>
            <w:pPr>
              <w:spacing w:after="20" w:line="276" w:lineRule="auto"/>
            </w:pPr>
            <w:r>
              <w:rPr>
                <w:rFonts w:ascii="宋体" w:hAnsi="宋体" w:eastAsia="宋体"/>
                <w:b w:val="0"/>
                <w:sz w:val="18"/>
              </w:rPr>
              <w:t>组内交流，自主探索，教师巡视。</w:t>
            </w:r>
          </w:p>
          <w:p>
            <w:pPr>
              <w:spacing w:after="20" w:line="276" w:lineRule="auto"/>
            </w:pPr>
            <w:r>
              <w:rPr>
                <w:rFonts w:ascii="宋体" w:hAnsi="宋体" w:eastAsia="宋体"/>
                <w:b w:val="0"/>
                <w:sz w:val="18"/>
              </w:rPr>
              <w:t>3.展示交流，反思评价。</w:t>
            </w:r>
          </w:p>
          <w:p>
            <w:pPr>
              <w:spacing w:after="20" w:line="276" w:lineRule="auto"/>
            </w:pPr>
            <w:r>
              <w:rPr>
                <w:rFonts w:ascii="宋体" w:hAnsi="宋体" w:eastAsia="宋体"/>
                <w:b w:val="0"/>
                <w:sz w:val="18"/>
              </w:rPr>
              <w:t>（1）归纳公式。</w:t>
            </w:r>
          </w:p>
          <w:p>
            <w:pPr>
              <w:spacing w:after="20" w:line="276" w:lineRule="auto"/>
            </w:pPr>
            <w:r>
              <w:rPr>
                <w:rFonts w:ascii="宋体" w:hAnsi="宋体" w:eastAsia="宋体"/>
                <w:b w:val="0"/>
                <w:sz w:val="18"/>
              </w:rPr>
              <w:t>师：哪个小组先来说说你们的方法？拿着你的梯形纸片到讲台前面来说给大家听一听。</w:t>
            </w:r>
          </w:p>
          <w:p>
            <w:pPr>
              <w:spacing w:after="20" w:line="276" w:lineRule="auto"/>
            </w:pPr>
            <w:r>
              <w:rPr>
                <w:rFonts w:ascii="宋体" w:hAnsi="宋体" w:eastAsia="宋体"/>
                <w:b w:val="0"/>
                <w:sz w:val="18"/>
              </w:rPr>
              <w:t>师：同学们想出多种方法推导出梯形的面积计算公式。下面我们来看这些方法。</w:t>
            </w:r>
          </w:p>
          <w:p>
            <w:pPr>
              <w:spacing w:after="20" w:line="276" w:lineRule="auto"/>
            </w:pPr>
            <w:r>
              <w:rPr>
                <w:rFonts w:ascii="宋体" w:hAnsi="宋体" w:eastAsia="宋体"/>
                <w:b w:val="0"/>
                <w:sz w:val="18"/>
              </w:rPr>
              <w:t>课件整体演示不同的转化方法。</w:t>
            </w:r>
          </w:p>
          <w:p>
            <w:pPr>
              <w:spacing w:after="20" w:line="276" w:lineRule="auto"/>
            </w:pPr>
            <w:r>
              <w:rPr>
                <w:rFonts w:ascii="宋体" w:hAnsi="宋体" w:eastAsia="宋体"/>
                <w:b w:val="0"/>
                <w:sz w:val="18"/>
              </w:rPr>
              <w:t>师：哪个小组可以说说梯形面积的计算方法是怎样的？</w:t>
            </w:r>
          </w:p>
          <w:p>
            <w:pPr>
              <w:spacing w:after="20" w:line="276" w:lineRule="auto"/>
            </w:pPr>
            <w:r>
              <w:rPr>
                <w:rFonts w:ascii="宋体" w:hAnsi="宋体" w:eastAsia="宋体"/>
                <w:b w:val="0"/>
                <w:sz w:val="18"/>
              </w:rPr>
              <w:t>师：“（上底＋下底）×高”算的是什么？为什么要除以2？</w:t>
            </w:r>
          </w:p>
          <w:p>
            <w:pPr>
              <w:spacing w:after="20" w:line="276" w:lineRule="auto"/>
            </w:pPr>
            <w:r>
              <w:rPr>
                <w:rFonts w:ascii="宋体" w:hAnsi="宋体" w:eastAsia="宋体"/>
                <w:b w:val="0"/>
                <w:sz w:val="18"/>
              </w:rPr>
              <w:t>（2）学习字母表达式。</w:t>
            </w:r>
          </w:p>
          <w:p>
            <w:pPr>
              <w:spacing w:after="20" w:line="276" w:lineRule="auto"/>
            </w:pPr>
            <w:r>
              <w:rPr>
                <w:rFonts w:ascii="宋体" w:hAnsi="宋体" w:eastAsia="宋体"/>
                <w:b w:val="0"/>
                <w:sz w:val="18"/>
              </w:rPr>
              <w:t>师：你能用含有字母的式子表示梯形的面积计算公式吗？</w:t>
            </w:r>
          </w:p>
        </w:tc>
        <w:tc>
          <w:tcPr>
            <w:tcW w:type="dxa" w:w="3061"/>
          </w:tcPr>
          <w:p>
            <w:pPr>
              <w:spacing w:after="20" w:line="276" w:lineRule="auto"/>
            </w:pPr>
            <w:r/>
            <w:r>
              <w:rPr>
                <w:rFonts w:ascii="宋体" w:hAnsi="宋体" w:eastAsia="宋体"/>
                <w:b w:val="0"/>
                <w:sz w:val="18"/>
              </w:rPr>
              <w:t>1.小组交流，探究方法。</w:t>
            </w:r>
          </w:p>
          <w:p>
            <w:pPr>
              <w:spacing w:after="20" w:line="276" w:lineRule="auto"/>
            </w:pPr>
            <w:r>
              <w:rPr>
                <w:rFonts w:ascii="宋体" w:hAnsi="宋体" w:eastAsia="宋体"/>
                <w:b w:val="0"/>
                <w:sz w:val="18"/>
              </w:rPr>
              <w:t>梯形的面积与上底、下底和高有关。</w:t>
            </w:r>
          </w:p>
          <w:p>
            <w:pPr>
              <w:spacing w:after="20" w:line="276" w:lineRule="auto"/>
            </w:pPr>
            <w:r>
              <w:rPr>
                <w:rFonts w:ascii="宋体" w:hAnsi="宋体" w:eastAsia="宋体"/>
                <w:b w:val="0"/>
                <w:sz w:val="18"/>
              </w:rPr>
              <w:t>转化成我们学习过的图形，找出它们之间的联系。</w:t>
            </w:r>
          </w:p>
          <w:p>
            <w:pPr>
              <w:spacing w:after="20" w:line="276" w:lineRule="auto"/>
            </w:pPr>
            <w:r>
              <w:rPr>
                <w:rFonts w:ascii="宋体" w:hAnsi="宋体" w:eastAsia="宋体"/>
                <w:b w:val="0"/>
                <w:sz w:val="18"/>
              </w:rPr>
              <w:t>预设1：把梯形分成一个平行四边形和一个三角形。</w:t>
            </w:r>
          </w:p>
          <w:p>
            <w:pPr>
              <w:spacing w:after="20" w:line="276" w:lineRule="auto"/>
            </w:pPr>
            <w:r>
              <w:rPr>
                <w:rFonts w:ascii="宋体" w:hAnsi="宋体" w:eastAsia="宋体"/>
                <w:b w:val="0"/>
                <w:sz w:val="18"/>
              </w:rPr>
              <w:t>预设2：把梯形分成两个三角形。</w:t>
            </w:r>
          </w:p>
          <w:p>
            <w:pPr>
              <w:spacing w:after="20" w:line="276" w:lineRule="auto"/>
            </w:pPr>
            <w:r>
              <w:rPr>
                <w:rFonts w:ascii="宋体" w:hAnsi="宋体" w:eastAsia="宋体"/>
                <w:b w:val="0"/>
                <w:sz w:val="18"/>
              </w:rPr>
              <w:t>预设3：把两个一样的梯形拼在一起，拼成一个平行四边形。</w:t>
            </w:r>
          </w:p>
          <w:p>
            <w:pPr>
              <w:spacing w:after="20" w:line="276" w:lineRule="auto"/>
            </w:pPr>
            <w:r>
              <w:rPr>
                <w:rFonts w:ascii="宋体" w:hAnsi="宋体" w:eastAsia="宋体"/>
                <w:b w:val="0"/>
                <w:sz w:val="18"/>
              </w:rPr>
              <w:t>学生可能会说两个完全相同的梯形拼成平行四边形，其中一个梯形的面积是它的一半。平行四边形的底是梯形上底和下底的和，平行四边形的高是梯形的高，可推出梯形的面积计算公式为“（上底＋下底）×高÷2”。（适时板书）</w:t>
            </w:r>
          </w:p>
          <w:p>
            <w:pPr>
              <w:spacing w:after="20" w:line="276" w:lineRule="auto"/>
            </w:pPr>
            <w:r>
              <w:rPr>
                <w:rFonts w:ascii="宋体" w:hAnsi="宋体" w:eastAsia="宋体"/>
                <w:b w:val="0"/>
                <w:sz w:val="18"/>
              </w:rPr>
              <w:t>“（上底＋下底）×高”算的是由两个完全相同的梯形拼成的平行四边形的面积。平行四边形的面积是两个完全相同的梯形面积的和，所以求一个梯形的面积要除以2。（非常好。）</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设计递进式探究活动，引导学生在动手实践与合作交流中经历知识形成过程，突破本课重难点，核心问题："你们认为，梯形的面积与什么有关？"</w:t>
            </w:r>
          </w:p>
        </w:tc>
      </w:tr>
      <w:tr>
        <w:tc>
          <w:tcPr>
            <w:tcW w:type="dxa" w:w="1474"/>
          </w:tcPr>
          <w:p>
            <w:pPr>
              <w:spacing w:after="20" w:line="276" w:lineRule="auto"/>
            </w:pPr>
            <w:r>
              <w:rPr>
                <w:b/>
              </w:rPr>
            </w:r>
            <w:r>
              <w:rPr>
                <w:rFonts w:ascii="宋体" w:hAnsi="宋体" w:eastAsia="宋体"/>
                <w:b/>
                <w:sz w:val="18"/>
              </w:rPr>
              <w:t>【学情预设】S＝（a＋b）h÷2。（板书）</w:t>
            </w:r>
          </w:p>
        </w:tc>
        <w:tc>
          <w:tcPr>
            <w:tcW w:type="dxa" w:w="3061"/>
          </w:tcPr>
          <w:p>
            <w:pPr>
              <w:spacing w:after="20" w:line="276" w:lineRule="auto"/>
            </w:pPr>
            <w:r/>
            <w:r>
              <w:rPr>
                <w:rFonts w:ascii="宋体" w:hAnsi="宋体" w:eastAsia="宋体"/>
                <w:b w:val="0"/>
                <w:sz w:val="18"/>
              </w:rPr>
              <w:t>师：公式中每个字母分别表示什么？</w:t>
            </w:r>
          </w:p>
        </w:tc>
        <w:tc>
          <w:tcPr>
            <w:tcW w:type="dxa" w:w="3061"/>
          </w:tcPr>
          <w:p>
            <w:pPr>
              <w:spacing w:after="20" w:line="276" w:lineRule="auto"/>
            </w:pPr>
            <w:r/>
            <w:r>
              <w:rPr>
                <w:rFonts w:ascii="宋体" w:hAnsi="宋体" w:eastAsia="宋体"/>
                <w:b w:val="0"/>
                <w:sz w:val="18"/>
              </w:rPr>
              <w:t>a表示梯形的上底，b表示梯形的下底，h表示梯形的高。</w:t>
            </w:r>
          </w:p>
        </w:tc>
        <w:tc>
          <w:tcPr>
            <w:tcW w:type="dxa" w:w="1814"/>
          </w:tcPr>
          <w:p>
            <w:pPr>
              <w:spacing w:after="20" w:line="276" w:lineRule="auto"/>
            </w:pPr>
            <w:r/>
            <w:r>
              <w:rPr>
                <w:rFonts w:ascii="宋体" w:hAnsi="宋体" w:eastAsia="宋体"/>
                <w:b w:val="0"/>
                <w:sz w:val="18"/>
              </w:rPr>
              <w:t>围绕环节目标组织学习活动，引导学生主动参与、积极思考，核心问题："公式中每个字母分别表示什么？"</w:t>
            </w:r>
          </w:p>
        </w:tc>
      </w:tr>
      <w:tr>
        <w:tc>
          <w:tcPr>
            <w:tcW w:type="dxa" w:w="1474"/>
          </w:tcPr>
          <w:p>
            <w:pPr>
              <w:spacing w:after="20" w:line="276" w:lineRule="auto"/>
            </w:pPr>
            <w:r>
              <w:rPr>
                <w:b/>
              </w:rPr>
            </w:r>
            <w:r>
              <w:rPr>
                <w:rFonts w:ascii="宋体" w:hAnsi="宋体" w:eastAsia="宋体"/>
                <w:b/>
                <w:sz w:val="18"/>
              </w:rPr>
              <w:t>四、运用公式，解决问题</w:t>
            </w:r>
          </w:p>
        </w:tc>
        <w:tc>
          <w:tcPr>
            <w:tcW w:type="dxa" w:w="3061"/>
          </w:tcPr>
          <w:p>
            <w:pPr>
              <w:spacing w:after="20" w:line="276" w:lineRule="auto"/>
            </w:pPr>
            <w:r/>
            <w:r>
              <w:rPr>
                <w:rFonts w:ascii="宋体" w:hAnsi="宋体" w:eastAsia="宋体"/>
                <w:b w:val="0"/>
                <w:sz w:val="18"/>
              </w:rPr>
              <w:t>课件出示教科书P84例3。</w:t>
            </w:r>
          </w:p>
        </w:tc>
        <w:tc>
          <w:tcPr>
            <w:tcW w:type="dxa" w:w="3061"/>
          </w:tcPr>
          <w:p>
            <w:pPr>
              <w:spacing w:after="20" w:line="276" w:lineRule="auto"/>
            </w:pPr>
            <w:r/>
            <w:r>
              <w:rPr>
                <w:rFonts w:ascii="宋体" w:hAnsi="宋体" w:eastAsia="宋体"/>
                <w:b w:val="0"/>
                <w:sz w:val="18"/>
              </w:rPr>
              <w:t>学生独立解答，小组交流，教师巡视，个别辅导。</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五、实践应用，练习巩固</w:t>
            </w:r>
          </w:p>
        </w:tc>
        <w:tc>
          <w:tcPr>
            <w:tcW w:type="dxa" w:w="3061"/>
          </w:tcPr>
          <w:p>
            <w:pPr>
              <w:spacing w:after="20" w:line="276" w:lineRule="auto"/>
            </w:pPr>
            <w:r/>
            <w:r>
              <w:rPr>
                <w:rFonts w:ascii="宋体" w:hAnsi="宋体" w:eastAsia="宋体"/>
                <w:b w:val="0"/>
                <w:sz w:val="18"/>
              </w:rPr>
              <w:t>——</w:t>
            </w:r>
          </w:p>
        </w:tc>
        <w:tc>
          <w:tcPr>
            <w:tcW w:type="dxa" w:w="3061"/>
          </w:tcPr>
          <w:p>
            <w:pPr>
              <w:spacing w:after="20" w:line="276" w:lineRule="auto"/>
            </w:pPr>
            <w:r/>
            <w:r>
              <w:rPr>
                <w:rFonts w:ascii="宋体" w:hAnsi="宋体" w:eastAsia="宋体"/>
                <w:b w:val="0"/>
                <w:sz w:val="18"/>
              </w:rPr>
              <w:t>学生独立完成教科书P84“做一做”第1、2题。</w:t>
            </w:r>
          </w:p>
          <w:p>
            <w:pPr>
              <w:spacing w:after="20" w:line="276" w:lineRule="auto"/>
            </w:pPr>
            <w:r>
              <w:rPr>
                <w:rFonts w:ascii="宋体" w:hAnsi="宋体" w:eastAsia="宋体"/>
                <w:b w:val="0"/>
                <w:sz w:val="18"/>
              </w:rPr>
              <w:t>全班交流，集中评价。</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师：在本节课的学习中，你有哪些收获？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让学生经历动手操作、直观演示进行观察、比较、推理等探索过程，得出梯形的面积计算公式。在独立思考的基础上合作交流，从而提高学生自主发现问题、分析问题、解决问题的能力，以及培养学生团结合作的意识。</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梯形的面积</w:t>
      </w:r>
    </w:p>
    <w:p>
      <w:pPr>
        <w:spacing w:after="40" w:line="300" w:lineRule="auto"/>
      </w:pPr>
      <w:r>
        <w:rPr>
          <w:rFonts w:ascii="宋体" w:hAnsi="宋体" w:eastAsia="宋体"/>
          <w:b w:val="0"/>
          <w:sz w:val="20"/>
        </w:rPr>
        <w:t>S＝（a＋b）h÷2</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教科书P83～84相关内容，完成教科书P84“做一做”。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【原教学设计反思（供参考）】这堂课在设计时，自始至终体现了让学生主动参与学习的基本理念，让学生掌握运用知识迁移、学法迁移的方法，培养学生的自学能力和探索精神。</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组合图形的面积</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组合图形的面积</w:t>
            </w:r>
          </w:p>
        </w:tc>
        <w:tc>
          <w:tcPr>
            <w:tcW w:type="dxa" w:w="6009"/>
          </w:tcPr>
          <w:p>
            <w:pPr>
              <w:spacing w:after="20" w:line="276" w:lineRule="auto"/>
            </w:pPr>
            <w:r/>
            <w:r>
              <w:rPr>
                <w:rFonts w:ascii="宋体" w:hAnsi="宋体" w:eastAsia="宋体"/>
                <w:b w:val="0"/>
                <w:sz w:val="20"/>
              </w:rPr>
              <w:t>第6单元 多边形的面积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本单元之前，知道长方形、正方形、三角形的特征，会计算长方形、正方形的面积，对于“转化”的思想方法也有一定的认识，因此要求学生记住各种图形的面积计算公式并不难。但本单元面积计算公式的推导都是建立在学生移、剪、拼、摆等操作活动的基础上，关键是要让学生经历探究的过程，实现过程性目标。</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教学内容：教科书P87相关内容，完成教科书P87“做一做”。</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（1）结合生活实际认识组合图形，会把组合图形分解成学过的平面图形并计算出面积。</w:t>
      </w:r>
    </w:p>
    <w:p>
      <w:pPr>
        <w:spacing w:after="20" w:line="300" w:lineRule="auto"/>
        <w:ind w:firstLine="400"/>
      </w:pPr>
      <w:r>
        <w:rPr>
          <w:rFonts w:ascii="宋体" w:hAnsi="宋体" w:eastAsia="宋体"/>
          <w:b w:val="0"/>
          <w:sz w:val="20"/>
        </w:rPr>
        <w:t>（2）通过找一找、分一分、拼一拼，培养识图的能力和综合运用有关知识的能力，能合理地运用“割”“补”等方法来计算组合图形的面积。</w:t>
      </w:r>
    </w:p>
    <w:p>
      <w:pPr>
        <w:spacing w:after="20" w:line="300" w:lineRule="auto"/>
        <w:ind w:firstLine="400"/>
      </w:pPr>
      <w:r>
        <w:rPr>
          <w:rFonts w:ascii="宋体" w:hAnsi="宋体" w:eastAsia="宋体"/>
          <w:b w:val="0"/>
          <w:sz w:val="20"/>
        </w:rPr>
        <w:t>（3）能运用所学知识，解决生活中组合图形的实际问题。</w:t>
      </w:r>
    </w:p>
    <w:p>
      <w:pPr>
        <w:spacing w:after="20" w:line="300" w:lineRule="auto"/>
      </w:pPr>
      <w:r>
        <w:rPr>
          <w:rFonts w:ascii="宋体" w:hAnsi="宋体" w:eastAsia="宋体"/>
          <w:b w:val="0"/>
          <w:sz w:val="20"/>
        </w:rPr>
        <w:t>教学重点：探索并掌握组合图形面积的计算方法。</w:t>
      </w:r>
    </w:p>
    <w:p>
      <w:pPr>
        <w:spacing w:after="20" w:line="300" w:lineRule="auto"/>
      </w:pPr>
      <w:r>
        <w:rPr>
          <w:rFonts w:ascii="宋体" w:hAnsi="宋体" w:eastAsia="宋体"/>
          <w:b w:val="0"/>
          <w:sz w:val="20"/>
        </w:rPr>
        <w:t>教学难点：理解并掌握组合图形的组合及分解方法。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创设情境，复习铺垫</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同学们，我们已经学习了哪些平面图形？；同学们可以说说它们对应的面积计算公式吗？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联系生活，认识组合图形</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这些图形里有哪些学过的图形？；根据这些解题方法，谁能说一说求组合图形的面积有哪些方法？</w:t>
            </w:r>
          </w:p>
        </w:tc>
        <w:tc>
          <w:tcPr>
            <w:tcW w:type="dxa" w:w="1361"/>
          </w:tcPr>
          <w:p>
            <w:pPr>
              <w:spacing w:after="20" w:line="276" w:lineRule="auto"/>
            </w:pPr>
            <w:r/>
            <w:r>
              <w:rPr>
                <w:rFonts w:ascii="宋体" w:hAnsi="宋体" w:eastAsia="宋体"/>
                <w:b w:val="0"/>
                <w:sz w:val="18"/>
              </w:rPr>
              <w:t>30分钟</w:t>
            </w:r>
          </w:p>
        </w:tc>
      </w:tr>
      <w:tr>
        <w:tc>
          <w:tcPr>
            <w:tcW w:type="dxa" w:w="2835"/>
          </w:tcPr>
          <w:p>
            <w:pPr>
              <w:spacing w:after="20" w:line="276" w:lineRule="auto"/>
            </w:pPr>
            <w:r/>
            <w:r>
              <w:rPr>
                <w:rFonts w:ascii="宋体" w:hAnsi="宋体" w:eastAsia="宋体"/>
                <w:b w:val="0"/>
                <w:sz w:val="18"/>
              </w:rPr>
              <w:t>实际应用，拓展提高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通过本节课的学习，你们有什么收获？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创设情境，复习铺垫</w:t>
            </w:r>
          </w:p>
        </w:tc>
        <w:tc>
          <w:tcPr>
            <w:tcW w:type="dxa" w:w="3061"/>
          </w:tcPr>
          <w:p>
            <w:pPr>
              <w:spacing w:after="20" w:line="276" w:lineRule="auto"/>
            </w:pPr>
            <w:r/>
            <w:r>
              <w:rPr>
                <w:rFonts w:ascii="宋体" w:hAnsi="宋体" w:eastAsia="宋体"/>
                <w:b w:val="0"/>
                <w:sz w:val="18"/>
              </w:rPr>
              <w:t>师：同学们，我们已经学习了哪些平面图形？</w:t>
            </w:r>
          </w:p>
          <w:p>
            <w:pPr>
              <w:spacing w:after="20" w:line="276" w:lineRule="auto"/>
            </w:pPr>
            <w:r>
              <w:rPr>
                <w:rFonts w:ascii="宋体" w:hAnsi="宋体" w:eastAsia="宋体"/>
                <w:b w:val="0"/>
                <w:sz w:val="18"/>
              </w:rPr>
              <w:t>师：同学们可以说说它们对应的面积计算公式吗？</w:t>
            </w:r>
          </w:p>
          <w:p>
            <w:pPr>
              <w:spacing w:after="20" w:line="276" w:lineRule="auto"/>
            </w:pPr>
            <w:r>
              <w:rPr>
                <w:rFonts w:ascii="宋体" w:hAnsi="宋体" w:eastAsia="宋体"/>
                <w:b w:val="0"/>
                <w:sz w:val="18"/>
              </w:rPr>
              <w:t>指名学生回答，教师予以纠正或表扬。</w:t>
            </w:r>
          </w:p>
        </w:tc>
        <w:tc>
          <w:tcPr>
            <w:tcW w:type="dxa" w:w="3061"/>
          </w:tcPr>
          <w:p>
            <w:pPr>
              <w:spacing w:after="20" w:line="276" w:lineRule="auto"/>
            </w:pPr>
            <w:r/>
            <w:r>
              <w:rPr>
                <w:rFonts w:ascii="宋体" w:hAnsi="宋体" w:eastAsia="宋体"/>
                <w:b w:val="0"/>
                <w:sz w:val="18"/>
              </w:rPr>
              <w:t>学生会说学过长方形、正方形、三角形、平行四边形和梯形等。</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创设情境激活学生已有经验，自然引出本课学习内容，激发学习兴趣，核心问题："同学们，我们已经学习了哪些平面图形？"</w:t>
            </w:r>
          </w:p>
        </w:tc>
      </w:tr>
      <w:tr>
        <w:tc>
          <w:tcPr>
            <w:tcW w:type="dxa" w:w="1474"/>
          </w:tcPr>
          <w:p>
            <w:pPr>
              <w:spacing w:after="20" w:line="276" w:lineRule="auto"/>
            </w:pPr>
            <w:r>
              <w:rPr>
                <w:b/>
              </w:rPr>
            </w:r>
            <w:r>
              <w:rPr>
                <w:rFonts w:ascii="宋体" w:hAnsi="宋体" w:eastAsia="宋体"/>
                <w:b/>
                <w:sz w:val="18"/>
              </w:rPr>
              <w:t>联系生活，认识组合图形</w:t>
            </w:r>
          </w:p>
        </w:tc>
        <w:tc>
          <w:tcPr>
            <w:tcW w:type="dxa" w:w="3061"/>
          </w:tcPr>
          <w:p>
            <w:pPr>
              <w:spacing w:after="20" w:line="276" w:lineRule="auto"/>
            </w:pPr>
            <w:r/>
            <w:r>
              <w:rPr>
                <w:rFonts w:ascii="宋体" w:hAnsi="宋体" w:eastAsia="宋体"/>
                <w:b w:val="0"/>
                <w:sz w:val="18"/>
              </w:rPr>
              <w:t>1.课件出示教科书P87主题图，认识组合图形。</w:t>
            </w:r>
          </w:p>
          <w:p>
            <w:pPr>
              <w:spacing w:after="20" w:line="276" w:lineRule="auto"/>
            </w:pPr>
            <w:r>
              <w:rPr>
                <w:rFonts w:ascii="宋体" w:hAnsi="宋体" w:eastAsia="宋体"/>
                <w:b w:val="0"/>
                <w:sz w:val="18"/>
              </w:rPr>
              <w:t>师：这些图形里有哪些学过的图形？</w:t>
            </w:r>
          </w:p>
          <w:p>
            <w:pPr>
              <w:spacing w:after="20" w:line="276" w:lineRule="auto"/>
            </w:pPr>
            <w:r>
              <w:rPr>
                <w:rFonts w:ascii="宋体" w:hAnsi="宋体" w:eastAsia="宋体"/>
                <w:b w:val="0"/>
                <w:sz w:val="18"/>
              </w:rPr>
              <w:t>师：像这样由几个简单图形组合而成的图形，我们就把它们叫作组合图形。</w:t>
            </w:r>
          </w:p>
          <w:p>
            <w:pPr>
              <w:spacing w:after="20" w:line="276" w:lineRule="auto"/>
            </w:pPr>
            <w:r>
              <w:rPr>
                <w:rFonts w:ascii="宋体" w:hAnsi="宋体" w:eastAsia="宋体"/>
                <w:b w:val="0"/>
                <w:sz w:val="18"/>
              </w:rPr>
              <w:t>2.联系生活，引出课题。</w:t>
            </w:r>
          </w:p>
          <w:p>
            <w:pPr>
              <w:spacing w:after="20" w:line="276" w:lineRule="auto"/>
            </w:pPr>
            <w:r>
              <w:rPr>
                <w:rFonts w:ascii="宋体" w:hAnsi="宋体" w:eastAsia="宋体"/>
                <w:b w:val="0"/>
                <w:sz w:val="18"/>
              </w:rPr>
              <w:t>师：说一说生活中哪些地方有组合图形。</w:t>
            </w:r>
          </w:p>
          <w:p>
            <w:pPr>
              <w:spacing w:after="20" w:line="276" w:lineRule="auto"/>
            </w:pPr>
            <w:r>
              <w:rPr>
                <w:rFonts w:ascii="宋体" w:hAnsi="宋体" w:eastAsia="宋体"/>
                <w:b w:val="0"/>
                <w:sz w:val="18"/>
              </w:rPr>
              <w:t>师：组合图形在我们生活中的应用很广泛。今天，我们就来学习组合图形的面积的计算方法。（板书课题：组合图形的面积）</w:t>
            </w:r>
          </w:p>
          <w:p>
            <w:pPr>
              <w:spacing w:after="20" w:line="276" w:lineRule="auto"/>
            </w:pPr>
            <w:r>
              <w:rPr>
                <w:rFonts w:ascii="宋体" w:hAnsi="宋体" w:eastAsia="宋体"/>
                <w:b w:val="0"/>
                <w:sz w:val="18"/>
              </w:rPr>
              <w:t>1.课件出示教科书P87例4。</w:t>
            </w:r>
          </w:p>
          <w:p>
            <w:pPr>
              <w:spacing w:after="20" w:line="276" w:lineRule="auto"/>
            </w:pPr>
            <w:r>
              <w:rPr>
                <w:rFonts w:ascii="宋体" w:hAnsi="宋体" w:eastAsia="宋体"/>
                <w:b w:val="0"/>
                <w:sz w:val="18"/>
              </w:rPr>
              <w:t>师：在书上的图中画出你的思路，再求出面积，看谁的方法最多。</w:t>
            </w:r>
          </w:p>
          <w:p>
            <w:pPr>
              <w:spacing w:after="20" w:line="276" w:lineRule="auto"/>
            </w:pPr>
            <w:r>
              <w:rPr>
                <w:rFonts w:ascii="宋体" w:hAnsi="宋体" w:eastAsia="宋体"/>
                <w:b w:val="0"/>
                <w:sz w:val="18"/>
              </w:rPr>
              <w:t>2.自主探索，计算面积。</w:t>
            </w:r>
          </w:p>
          <w:p>
            <w:pPr>
              <w:spacing w:after="20" w:line="276" w:lineRule="auto"/>
            </w:pPr>
            <w:r>
              <w:rPr>
                <w:rFonts w:ascii="宋体" w:hAnsi="宋体" w:eastAsia="宋体"/>
                <w:b w:val="0"/>
                <w:sz w:val="18"/>
              </w:rPr>
              <w:t>师：老师刚才发现同学们的方法都很有自己独到的见解，谁愿意来汇报你的想法？</w:t>
            </w:r>
          </w:p>
          <w:p>
            <w:pPr>
              <w:spacing w:after="20" w:line="276" w:lineRule="auto"/>
            </w:pPr>
            <w:r>
              <w:rPr>
                <w:rFonts w:ascii="宋体" w:hAnsi="宋体" w:eastAsia="宋体"/>
                <w:b w:val="0"/>
                <w:sz w:val="18"/>
              </w:rPr>
              <w:t>教师根据巡视了解到的情况，按一定顺序指名学生分享。</w:t>
            </w:r>
          </w:p>
          <w:p>
            <w:pPr>
              <w:spacing w:after="20" w:line="276" w:lineRule="auto"/>
            </w:pPr>
            <w:r>
              <w:rPr>
                <w:rFonts w:ascii="宋体" w:hAnsi="宋体" w:eastAsia="宋体"/>
                <w:b w:val="0"/>
                <w:sz w:val="18"/>
              </w:rPr>
              <w:t>结合学生的解题方法，出示课件。</w:t>
            </w:r>
          </w:p>
          <w:p>
            <w:pPr>
              <w:spacing w:after="20" w:line="276" w:lineRule="auto"/>
            </w:pPr>
            <w:r>
              <w:rPr>
                <w:rFonts w:ascii="宋体" w:hAnsi="宋体" w:eastAsia="宋体"/>
                <w:b w:val="0"/>
                <w:sz w:val="18"/>
              </w:rPr>
              <w:t>结合学生的解题方法，出示课件。</w:t>
            </w:r>
          </w:p>
          <w:p>
            <w:pPr>
              <w:spacing w:after="20" w:line="276" w:lineRule="auto"/>
            </w:pPr>
            <w:r>
              <w:rPr>
                <w:rFonts w:ascii="宋体" w:hAnsi="宋体" w:eastAsia="宋体"/>
                <w:b w:val="0"/>
                <w:sz w:val="18"/>
              </w:rPr>
              <w:t>结合学生的解题方法，出示课件。</w:t>
            </w:r>
          </w:p>
          <w:p>
            <w:pPr>
              <w:spacing w:after="20" w:line="276" w:lineRule="auto"/>
            </w:pPr>
            <w:r>
              <w:rPr>
                <w:rFonts w:ascii="宋体" w:hAnsi="宋体" w:eastAsia="宋体"/>
                <w:b w:val="0"/>
                <w:sz w:val="18"/>
              </w:rPr>
              <w:t>结合学生解题方法，出示课件。</w:t>
            </w:r>
          </w:p>
          <w:p>
            <w:pPr>
              <w:spacing w:after="20" w:line="276" w:lineRule="auto"/>
            </w:pPr>
            <w:r>
              <w:rPr>
                <w:rFonts w:ascii="宋体" w:hAnsi="宋体" w:eastAsia="宋体"/>
                <w:b w:val="0"/>
                <w:sz w:val="18"/>
              </w:rPr>
              <w:t>师：根据这些解题方法，谁能说一说求组合图形的面积有哪些方法？</w:t>
            </w:r>
          </w:p>
          <w:p>
            <w:pPr>
              <w:spacing w:after="20" w:line="276" w:lineRule="auto"/>
            </w:pPr>
            <w:r>
              <w:rPr>
                <w:rFonts w:ascii="宋体" w:hAnsi="宋体" w:eastAsia="宋体"/>
                <w:b w:val="0"/>
                <w:sz w:val="18"/>
              </w:rPr>
              <w:t>教师根据学生的回答小结并板书：在求组合图形的面积时，可以采取分、拼、挖的方法。</w:t>
            </w:r>
          </w:p>
          <w:p>
            <w:pPr>
              <w:spacing w:after="20" w:line="276" w:lineRule="auto"/>
            </w:pPr>
            <w:r>
              <w:rPr>
                <w:rFonts w:ascii="宋体" w:hAnsi="宋体" w:eastAsia="宋体"/>
                <w:b w:val="0"/>
                <w:sz w:val="18"/>
              </w:rPr>
              <w:t>3.比较、反思方法。</w:t>
            </w:r>
          </w:p>
          <w:p>
            <w:pPr>
              <w:spacing w:after="20" w:line="276" w:lineRule="auto"/>
            </w:pPr>
            <w:r>
              <w:rPr>
                <w:rFonts w:ascii="宋体" w:hAnsi="宋体" w:eastAsia="宋体"/>
                <w:b w:val="0"/>
                <w:sz w:val="18"/>
              </w:rPr>
              <w:t>师：如果让你把上面的方法进行分类，你会分成哪两类？</w:t>
            </w:r>
          </w:p>
          <w:p>
            <w:pPr>
              <w:spacing w:after="20" w:line="276" w:lineRule="auto"/>
            </w:pPr>
            <w:r>
              <w:rPr>
                <w:rFonts w:ascii="宋体" w:hAnsi="宋体" w:eastAsia="宋体"/>
                <w:b w:val="0"/>
                <w:sz w:val="18"/>
              </w:rPr>
              <w:t>师：同学们在汇报的过程中出现了两种方法：一种是分割法，一种是添补法。那这两种方法有什么特点呢？</w:t>
            </w:r>
          </w:p>
          <w:p>
            <w:pPr>
              <w:spacing w:after="20" w:line="276" w:lineRule="auto"/>
            </w:pPr>
            <w:r>
              <w:rPr>
                <w:rFonts w:ascii="宋体" w:hAnsi="宋体" w:eastAsia="宋体"/>
                <w:b w:val="0"/>
                <w:sz w:val="18"/>
              </w:rPr>
              <w:t>师生交流分割法和添补法运用的特点和要注意的事项。</w:t>
            </w:r>
          </w:p>
          <w:p>
            <w:pPr>
              <w:spacing w:after="20" w:line="276" w:lineRule="auto"/>
            </w:pPr>
            <w:r>
              <w:rPr>
                <w:rFonts w:ascii="宋体" w:hAnsi="宋体" w:eastAsia="宋体"/>
                <w:b w:val="0"/>
                <w:sz w:val="18"/>
              </w:rPr>
              <w:t>师：在本题当中，你更喜欢哪一种方法呢？说说你的理由。</w:t>
            </w:r>
          </w:p>
          <w:p>
            <w:pPr>
              <w:spacing w:after="20" w:line="276" w:lineRule="auto"/>
            </w:pPr>
            <w:r>
              <w:rPr>
                <w:rFonts w:ascii="宋体" w:hAnsi="宋体" w:eastAsia="宋体"/>
                <w:b w:val="0"/>
                <w:sz w:val="18"/>
              </w:rPr>
              <w:t>指名学生回答。</w:t>
            </w:r>
          </w:p>
          <w:p>
            <w:pPr>
              <w:spacing w:after="20" w:line="276" w:lineRule="auto"/>
            </w:pPr>
            <w:r>
              <w:rPr>
                <w:rFonts w:ascii="宋体" w:hAnsi="宋体" w:eastAsia="宋体"/>
                <w:b w:val="0"/>
                <w:sz w:val="18"/>
              </w:rPr>
              <w:t>4.小结提升。</w:t>
            </w:r>
          </w:p>
          <w:p>
            <w:pPr>
              <w:spacing w:after="20" w:line="276" w:lineRule="auto"/>
            </w:pPr>
            <w:r>
              <w:rPr>
                <w:rFonts w:ascii="宋体" w:hAnsi="宋体" w:eastAsia="宋体"/>
                <w:b w:val="0"/>
                <w:sz w:val="18"/>
              </w:rPr>
              <w:t>师：求一个组合图形面积的时候，因为采用的方法不同，所以计算步骤也不同。请同学们想一想，求组合图形的面积的关键是什么？</w:t>
            </w:r>
          </w:p>
          <w:p>
            <w:pPr>
              <w:spacing w:after="20" w:line="276" w:lineRule="auto"/>
            </w:pPr>
            <w:r>
              <w:rPr>
                <w:rFonts w:ascii="宋体" w:hAnsi="宋体" w:eastAsia="宋体"/>
                <w:b w:val="0"/>
                <w:sz w:val="18"/>
              </w:rPr>
              <w:t>师小结：分割法主要是进行“求和”运算，而添补法主要是进行“求差”运算（特例除外）。（适时板书）</w:t>
            </w:r>
          </w:p>
        </w:tc>
        <w:tc>
          <w:tcPr>
            <w:tcW w:type="dxa" w:w="3061"/>
          </w:tcPr>
          <w:p>
            <w:pPr>
              <w:spacing w:after="20" w:line="276" w:lineRule="auto"/>
            </w:pPr>
            <w:r/>
            <w:r>
              <w:rPr>
                <w:rFonts w:ascii="宋体" w:hAnsi="宋体" w:eastAsia="宋体"/>
                <w:b w:val="0"/>
                <w:sz w:val="18"/>
              </w:rPr>
              <w:t>三角形、长方形、正方形和平行四边形。</w:t>
            </w:r>
          </w:p>
          <w:p>
            <w:pPr>
              <w:spacing w:after="20" w:line="276" w:lineRule="auto"/>
            </w:pPr>
            <w:r>
              <w:rPr>
                <w:rFonts w:ascii="宋体" w:hAnsi="宋体" w:eastAsia="宋体"/>
                <w:b w:val="0"/>
                <w:sz w:val="18"/>
              </w:rPr>
              <w:t>指示牌的正面、校门的正面等都是一个组合图形。</w:t>
            </w:r>
          </w:p>
          <w:p>
            <w:pPr>
              <w:spacing w:after="20" w:line="276" w:lineRule="auto"/>
            </w:pPr>
            <w:r>
              <w:rPr>
                <w:rFonts w:ascii="宋体" w:hAnsi="宋体" w:eastAsia="宋体"/>
                <w:b w:val="0"/>
                <w:sz w:val="18"/>
              </w:rPr>
              <w:t>小组合作，自主探究</w:t>
            </w:r>
          </w:p>
          <w:p>
            <w:pPr>
              <w:spacing w:after="20" w:line="276" w:lineRule="auto"/>
            </w:pPr>
            <w:r>
              <w:rPr>
                <w:rFonts w:ascii="宋体" w:hAnsi="宋体" w:eastAsia="宋体"/>
                <w:b w:val="0"/>
                <w:sz w:val="18"/>
              </w:rPr>
              <w:t>学生独立解决组合图形面积计算问题。</w:t>
            </w:r>
          </w:p>
          <w:p>
            <w:pPr>
              <w:spacing w:after="20" w:line="276" w:lineRule="auto"/>
            </w:pPr>
            <w:r>
              <w:rPr>
                <w:rFonts w:ascii="宋体" w:hAnsi="宋体" w:eastAsia="宋体"/>
                <w:b w:val="0"/>
                <w:sz w:val="18"/>
              </w:rPr>
              <w:t>全班交流计算方法，教师巡视了解学生的解题思路。</w:t>
            </w:r>
          </w:p>
          <w:p>
            <w:pPr>
              <w:spacing w:after="20" w:line="276" w:lineRule="auto"/>
            </w:pPr>
            <w:r>
              <w:rPr>
                <w:rFonts w:ascii="宋体" w:hAnsi="宋体" w:eastAsia="宋体"/>
                <w:b w:val="0"/>
                <w:sz w:val="18"/>
              </w:rPr>
              <w:t>预设1：将图形看作一个正方形和一个三角形的组合。</w:t>
            </w:r>
          </w:p>
          <w:p>
            <w:pPr>
              <w:spacing w:after="20" w:line="276" w:lineRule="auto"/>
            </w:pPr>
            <w:r>
              <w:rPr>
                <w:rFonts w:ascii="宋体" w:hAnsi="宋体" w:eastAsia="宋体"/>
                <w:b w:val="0"/>
                <w:sz w:val="18"/>
              </w:rPr>
              <w:t>预设2：将图形分成两个完全一样的梯形。</w:t>
            </w:r>
          </w:p>
          <w:p>
            <w:pPr>
              <w:spacing w:after="20" w:line="276" w:lineRule="auto"/>
            </w:pPr>
            <w:r>
              <w:rPr>
                <w:rFonts w:ascii="宋体" w:hAnsi="宋体" w:eastAsia="宋体"/>
                <w:b w:val="0"/>
                <w:sz w:val="18"/>
              </w:rPr>
              <w:t>预设3：将图形剪拼成一个长方形。</w:t>
            </w:r>
          </w:p>
          <w:p>
            <w:pPr>
              <w:spacing w:after="20" w:line="276" w:lineRule="auto"/>
            </w:pPr>
            <w:r>
              <w:rPr>
                <w:rFonts w:ascii="宋体" w:hAnsi="宋体" w:eastAsia="宋体"/>
                <w:b w:val="0"/>
                <w:sz w:val="18"/>
              </w:rPr>
              <w:t>预设4：将图形看作从一个大长方形中挖走两个大小相同的小三角形的组合。</w:t>
            </w:r>
          </w:p>
          <w:p>
            <w:pPr>
              <w:spacing w:after="20" w:line="276" w:lineRule="auto"/>
            </w:pPr>
            <w:r>
              <w:rPr>
                <w:rFonts w:ascii="宋体" w:hAnsi="宋体" w:eastAsia="宋体"/>
                <w:b w:val="0"/>
                <w:sz w:val="18"/>
              </w:rPr>
              <w:t>同桌间讨论交流后，学生汇报，教师点评。</w:t>
            </w:r>
          </w:p>
          <w:p>
            <w:pPr>
              <w:spacing w:after="20" w:line="276" w:lineRule="auto"/>
            </w:pPr>
            <w:r>
              <w:rPr>
                <w:rFonts w:ascii="宋体" w:hAnsi="宋体" w:eastAsia="宋体"/>
                <w:b w:val="0"/>
                <w:sz w:val="18"/>
              </w:rPr>
              <w:t>求组合图形的面积时，关键是要将组合图形转化成容易计算面积的图形。</w:t>
            </w:r>
          </w:p>
        </w:tc>
        <w:tc>
          <w:tcPr>
            <w:tcW w:type="dxa" w:w="1814"/>
          </w:tcPr>
          <w:p>
            <w:pPr>
              <w:spacing w:after="20" w:line="276" w:lineRule="auto"/>
            </w:pPr>
            <w:r/>
            <w:r>
              <w:rPr>
                <w:rFonts w:ascii="宋体" w:hAnsi="宋体" w:eastAsia="宋体"/>
                <w:b w:val="0"/>
                <w:sz w:val="18"/>
              </w:rPr>
              <w:t>围绕环节目标组织学习活动，引导学生主动参与、积极思考，核心问题："这些图形里有哪些学过的图形？"</w:t>
            </w:r>
          </w:p>
        </w:tc>
      </w:tr>
      <w:tr>
        <w:tc>
          <w:tcPr>
            <w:tcW w:type="dxa" w:w="1474"/>
          </w:tcPr>
          <w:p>
            <w:pPr>
              <w:spacing w:after="20" w:line="276" w:lineRule="auto"/>
            </w:pPr>
            <w:r>
              <w:rPr>
                <w:b/>
              </w:rPr>
            </w:r>
            <w:r>
              <w:rPr>
                <w:rFonts w:ascii="宋体" w:hAnsi="宋体" w:eastAsia="宋体"/>
                <w:b/>
                <w:sz w:val="18"/>
              </w:rPr>
              <w:t>实际应用，拓展提高</w:t>
            </w:r>
          </w:p>
        </w:tc>
        <w:tc>
          <w:tcPr>
            <w:tcW w:type="dxa" w:w="3061"/>
          </w:tcPr>
          <w:p>
            <w:pPr>
              <w:spacing w:after="20" w:line="276" w:lineRule="auto"/>
            </w:pPr>
            <w:r/>
            <w:r>
              <w:rPr>
                <w:rFonts w:ascii="宋体" w:hAnsi="宋体" w:eastAsia="宋体"/>
                <w:b w:val="0"/>
                <w:sz w:val="18"/>
              </w:rPr>
              <w:t>完成教科书P87“做一做”。</w:t>
            </w:r>
          </w:p>
          <w:p>
            <w:pPr>
              <w:spacing w:after="20" w:line="276" w:lineRule="auto"/>
            </w:pPr>
            <w:r>
              <w:rPr>
                <w:rFonts w:ascii="宋体" w:hAnsi="宋体" w:eastAsia="宋体"/>
                <w:b w:val="0"/>
                <w:sz w:val="18"/>
              </w:rPr>
              <w:t>教师根据实际选择生活中的组合图形供学生解答。</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师：通过本节课的学习，你们有什么收获？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根据学生已有经验，观察生活中的组合图形，熟悉组合图形。再引导学生探索，与同伴积极合作交流，充分运用割补的数学思想，掌握平面图形之间的内在联系，了解计算面积的多种方法。</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组合图形的面积</w:t>
      </w:r>
    </w:p>
    <w:p>
      <w:pPr>
        <w:spacing w:after="40" w:line="300" w:lineRule="auto"/>
      </w:pPr>
      <w:r>
        <w:rPr>
          <w:rFonts w:ascii="宋体" w:hAnsi="宋体" w:eastAsia="宋体"/>
          <w:b w:val="0"/>
          <w:sz w:val="20"/>
        </w:rPr>
        <w:t>在求组合图形的面积时，可以采用分、拼、挖的方法。</w:t>
      </w:r>
    </w:p>
    <w:p>
      <w:pPr>
        <w:spacing w:after="40" w:line="300" w:lineRule="auto"/>
      </w:pPr>
      <w:r>
        <w:rPr>
          <w:rFonts w:ascii="宋体" w:hAnsi="宋体" w:eastAsia="宋体"/>
          <w:b w:val="0"/>
          <w:sz w:val="20"/>
        </w:rPr>
        <w:t>分割法：求和</w:t>
      </w:r>
    </w:p>
    <w:p>
      <w:pPr>
        <w:spacing w:after="40" w:line="300" w:lineRule="auto"/>
      </w:pPr>
      <w:r>
        <w:rPr>
          <w:rFonts w:ascii="宋体" w:hAnsi="宋体" w:eastAsia="宋体"/>
          <w:b w:val="0"/>
          <w:sz w:val="20"/>
        </w:rPr>
        <w:t>添补法：求差（特例除外）</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教科书P87相关内容，完成教科书P87“做一做”。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整个教学过程中，先让学生尝试独立用多种方法解决求组合图形的面积的问题，初步感受“割补”的方法，再引导学生进一步总结求组合图形的面积的方法。大部分学生都能很好地掌握如何割补组合图形，少数学生掌握情况不太理想，需加强练习。</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解决问题</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解决问题</w:t>
            </w:r>
          </w:p>
        </w:tc>
        <w:tc>
          <w:tcPr>
            <w:tcW w:type="dxa" w:w="6009"/>
          </w:tcPr>
          <w:p>
            <w:pPr>
              <w:spacing w:after="20" w:line="276" w:lineRule="auto"/>
            </w:pPr>
            <w:r/>
            <w:r>
              <w:rPr>
                <w:rFonts w:ascii="宋体" w:hAnsi="宋体" w:eastAsia="宋体"/>
                <w:b w:val="0"/>
                <w:sz w:val="20"/>
              </w:rPr>
              <w:t>第6单元 多边形的面积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本单元之前，知道长方形、正方形、三角形的特征，会计算长方形、正方形的面积，对于“转化”的思想方法也有一定的认识，因此要求学生记住各种图形的面积计算公式并不难。但本单元面积计算公式的推导都是建立在学生移、剪、拼、摆等操作活动的基础上，关键是要让学生经历探究的过程，实现过程性目标。</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教学内容：教科书P88例5，完成教科书P88“做一做”。</w:t>
      </w:r>
    </w:p>
    <w:p>
      <w:pPr>
        <w:spacing w:after="80" w:line="300" w:lineRule="auto"/>
        <w:ind w:firstLine="400"/>
      </w:pPr>
      <w:r>
        <w:rPr>
          <w:rFonts w:ascii="宋体" w:hAnsi="宋体" w:eastAsia="宋体"/>
          <w:b w:val="0"/>
          <w:sz w:val="20"/>
        </w:rPr>
        <w:t>教学准备：课件、学生课前收集的树叶、1 dm2的空白方格纸、印着树叶的方格纸。</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（1）在估计不规则图形面积的过程中，培养空间观念以及估算意识和能力。</w:t>
      </w:r>
    </w:p>
    <w:p>
      <w:pPr>
        <w:spacing w:after="20" w:line="300" w:lineRule="auto"/>
        <w:ind w:firstLine="400"/>
      </w:pPr>
      <w:r>
        <w:rPr>
          <w:rFonts w:ascii="宋体" w:hAnsi="宋体" w:eastAsia="宋体"/>
          <w:b w:val="0"/>
          <w:sz w:val="20"/>
        </w:rPr>
        <w:t>（2）学习用数方格的方法计算不规则图形的面积，能估计不规则图形面积的大小，并能用不同的方法灵活估算面积。</w:t>
      </w:r>
    </w:p>
    <w:p>
      <w:pPr>
        <w:spacing w:after="20" w:line="300" w:lineRule="auto"/>
      </w:pPr>
      <w:r>
        <w:rPr>
          <w:rFonts w:ascii="宋体" w:hAnsi="宋体" w:eastAsia="宋体"/>
          <w:b w:val="0"/>
          <w:sz w:val="20"/>
        </w:rPr>
        <w:t>教学重点：掌握用方格纸和转化成规则图形来估计不规则图形面积的方法。</w:t>
      </w:r>
    </w:p>
    <w:p>
      <w:pPr>
        <w:spacing w:after="20" w:line="300" w:lineRule="auto"/>
      </w:pPr>
      <w:r>
        <w:rPr>
          <w:rFonts w:ascii="宋体" w:hAnsi="宋体" w:eastAsia="宋体"/>
          <w:b w:val="0"/>
          <w:sz w:val="20"/>
        </w:rPr>
        <w:t>教学难点：能用不同的方法灵活估算不规则图形的面积。</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提示课题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与三角形、长方形等图形相比，你们发现这片树叶有什么不同吗？；那我们能直接用公式计算出它的面积吗？</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分析解决问题的方法</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谁能说说你是怎样估算这片树叶的面积的？；谁还有不同的方法？</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三、巩固练习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四、回顾解决问题全过程</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我们可以从哪些角度来估计不规则图形的面积？</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提示课题</w:t>
            </w:r>
          </w:p>
        </w:tc>
        <w:tc>
          <w:tcPr>
            <w:tcW w:type="dxa" w:w="3061"/>
          </w:tcPr>
          <w:p>
            <w:pPr>
              <w:spacing w:after="20" w:line="276" w:lineRule="auto"/>
            </w:pPr>
            <w:r/>
            <w:r>
              <w:rPr>
                <w:rFonts w:ascii="宋体" w:hAnsi="宋体" w:eastAsia="宋体"/>
                <w:b w:val="0"/>
                <w:sz w:val="18"/>
              </w:rPr>
              <w:t>1.引入课题。</w:t>
            </w:r>
          </w:p>
          <w:p>
            <w:pPr>
              <w:spacing w:after="20" w:line="276" w:lineRule="auto"/>
            </w:pPr>
            <w:r>
              <w:rPr>
                <w:rFonts w:ascii="宋体" w:hAnsi="宋体" w:eastAsia="宋体"/>
                <w:b w:val="0"/>
                <w:sz w:val="18"/>
              </w:rPr>
              <w:t>师：请同学们举起收集的树叶，说说它们的名称。</w:t>
            </w:r>
          </w:p>
          <w:p>
            <w:pPr>
              <w:spacing w:after="20" w:line="276" w:lineRule="auto"/>
            </w:pPr>
            <w:r>
              <w:rPr>
                <w:rFonts w:ascii="宋体" w:hAnsi="宋体" w:eastAsia="宋体"/>
                <w:b w:val="0"/>
                <w:sz w:val="18"/>
              </w:rPr>
              <w:t>师：今天这节课，我们就来研究怎样计算这些树叶的面积。（板书课题：解决问题）</w:t>
            </w:r>
          </w:p>
          <w:p>
            <w:pPr>
              <w:spacing w:after="20" w:line="276" w:lineRule="auto"/>
            </w:pPr>
            <w:r>
              <w:rPr>
                <w:rFonts w:ascii="宋体" w:hAnsi="宋体" w:eastAsia="宋体"/>
                <w:b w:val="0"/>
                <w:sz w:val="18"/>
              </w:rPr>
              <w:t>2.估计一片树叶的面积大小。</w:t>
            </w:r>
          </w:p>
          <w:p>
            <w:pPr>
              <w:spacing w:after="20" w:line="276" w:lineRule="auto"/>
            </w:pPr>
            <w:r>
              <w:rPr>
                <w:rFonts w:ascii="宋体" w:hAnsi="宋体" w:eastAsia="宋体"/>
                <w:b w:val="0"/>
                <w:sz w:val="18"/>
              </w:rPr>
              <w:t>师：与三角形、长方形等图形相比，你们发现这片树叶有什么不同吗？（课件出示同教科书P88例5一样大的树叶平面图）</w:t>
            </w:r>
          </w:p>
          <w:p>
            <w:pPr>
              <w:spacing w:after="20" w:line="276" w:lineRule="auto"/>
            </w:pPr>
            <w:r>
              <w:rPr>
                <w:rFonts w:ascii="宋体" w:hAnsi="宋体" w:eastAsia="宋体"/>
                <w:b w:val="0"/>
                <w:sz w:val="18"/>
              </w:rPr>
              <w:t>师：那我们能直接用公式计算出它的面积吗？</w:t>
            </w:r>
          </w:p>
          <w:p>
            <w:pPr>
              <w:spacing w:after="20" w:line="276" w:lineRule="auto"/>
            </w:pPr>
            <w:r>
              <w:rPr>
                <w:rFonts w:ascii="宋体" w:hAnsi="宋体" w:eastAsia="宋体"/>
                <w:b w:val="0"/>
                <w:sz w:val="18"/>
              </w:rPr>
              <w:t>师：这片叶子的形状不规则，那能估计一下它的面积吗？</w:t>
            </w:r>
          </w:p>
          <w:p>
            <w:pPr>
              <w:spacing w:after="20" w:line="276" w:lineRule="auto"/>
            </w:pPr>
            <w:r>
              <w:rPr>
                <w:rFonts w:ascii="宋体" w:hAnsi="宋体" w:eastAsia="宋体"/>
                <w:b w:val="0"/>
                <w:sz w:val="18"/>
              </w:rPr>
              <w:t>3.估计面积的大致范围。</w:t>
            </w:r>
          </w:p>
          <w:p>
            <w:pPr>
              <w:spacing w:after="20" w:line="276" w:lineRule="auto"/>
            </w:pPr>
            <w:r>
              <w:rPr>
                <w:rFonts w:ascii="宋体" w:hAnsi="宋体" w:eastAsia="宋体"/>
                <w:b w:val="0"/>
                <w:sz w:val="18"/>
              </w:rPr>
              <w:t>师：把叶子放到一张1 dm2的空白方格纸上，你发现了什么？</w:t>
            </w:r>
          </w:p>
          <w:p>
            <w:pPr>
              <w:spacing w:after="20" w:line="276" w:lineRule="auto"/>
            </w:pPr>
            <w:r>
              <w:rPr>
                <w:rFonts w:ascii="宋体" w:hAnsi="宋体" w:eastAsia="宋体"/>
                <w:b w:val="0"/>
                <w:sz w:val="18"/>
              </w:rPr>
              <w:t>师：将方格纸对折，继续对比，你发现了什么？</w:t>
            </w:r>
          </w:p>
          <w:p>
            <w:pPr>
              <w:spacing w:after="20" w:line="276" w:lineRule="auto"/>
            </w:pPr>
            <w:r>
              <w:rPr>
                <w:rFonts w:ascii="宋体" w:hAnsi="宋体" w:eastAsia="宋体"/>
                <w:b w:val="0"/>
                <w:sz w:val="18"/>
              </w:rPr>
              <w:t>师：将方格纸继续对折，然后对比，你发现了什么？</w:t>
            </w:r>
          </w:p>
          <w:p>
            <w:pPr>
              <w:spacing w:after="20" w:line="276" w:lineRule="auto"/>
            </w:pPr>
            <w:r>
              <w:rPr>
                <w:rFonts w:ascii="宋体" w:hAnsi="宋体" w:eastAsia="宋体"/>
                <w:b w:val="0"/>
                <w:sz w:val="18"/>
              </w:rPr>
              <w:t>师小结：我们就说叶子的面积在25 cm2到50 cm2之间。</w:t>
            </w:r>
          </w:p>
          <w:p>
            <w:pPr>
              <w:spacing w:after="20" w:line="276" w:lineRule="auto"/>
            </w:pPr>
            <w:r>
              <w:rPr>
                <w:rFonts w:ascii="宋体" w:hAnsi="宋体" w:eastAsia="宋体"/>
                <w:b w:val="0"/>
                <w:sz w:val="18"/>
              </w:rPr>
              <w:t>4.更精确地估计叶子的面积。</w:t>
            </w:r>
          </w:p>
          <w:p>
            <w:pPr>
              <w:spacing w:after="20" w:line="276" w:lineRule="auto"/>
            </w:pPr>
            <w:r>
              <w:rPr>
                <w:rFonts w:ascii="宋体" w:hAnsi="宋体" w:eastAsia="宋体"/>
                <w:b w:val="0"/>
                <w:sz w:val="18"/>
              </w:rPr>
              <w:t>师：怎样才能更准确地估计这片叶子的大小呢？</w:t>
            </w:r>
          </w:p>
          <w:p>
            <w:pPr>
              <w:spacing w:after="20" w:line="276" w:lineRule="auto"/>
            </w:pPr>
            <w:r>
              <w:rPr>
                <w:rFonts w:ascii="宋体" w:hAnsi="宋体" w:eastAsia="宋体"/>
                <w:b w:val="0"/>
                <w:sz w:val="18"/>
              </w:rPr>
              <w:t>师：用什么工具测量呢？</w:t>
            </w:r>
          </w:p>
          <w:p>
            <w:pPr>
              <w:spacing w:after="20" w:line="276" w:lineRule="auto"/>
            </w:pPr>
            <w:r>
              <w:rPr>
                <w:rFonts w:ascii="宋体" w:hAnsi="宋体" w:eastAsia="宋体"/>
                <w:b w:val="0"/>
                <w:sz w:val="18"/>
              </w:rPr>
              <w:t>师：用方格纸作为工具来帮助我们测量，多大的方格合适呢？</w:t>
            </w:r>
          </w:p>
          <w:p>
            <w:pPr>
              <w:spacing w:after="20" w:line="276" w:lineRule="auto"/>
            </w:pPr>
            <w:r>
              <w:rPr>
                <w:rFonts w:ascii="宋体" w:hAnsi="宋体" w:eastAsia="宋体"/>
                <w:b w:val="0"/>
                <w:sz w:val="18"/>
              </w:rPr>
              <w:t>5.估一估，数一数。</w:t>
            </w:r>
          </w:p>
          <w:p>
            <w:pPr>
              <w:spacing w:after="20" w:line="276" w:lineRule="auto"/>
            </w:pPr>
            <w:r>
              <w:rPr>
                <w:rFonts w:ascii="宋体" w:hAnsi="宋体" w:eastAsia="宋体"/>
                <w:b w:val="0"/>
                <w:sz w:val="18"/>
              </w:rPr>
              <w:t>课件出示教科书P88例5图。</w:t>
            </w:r>
          </w:p>
          <w:p>
            <w:pPr>
              <w:spacing w:after="20" w:line="276" w:lineRule="auto"/>
            </w:pPr>
            <w:r>
              <w:rPr>
                <w:rFonts w:ascii="宋体" w:hAnsi="宋体" w:eastAsia="宋体"/>
                <w:b w:val="0"/>
                <w:sz w:val="18"/>
              </w:rPr>
              <w:t>师：把这片叶子放在每个小方格面积为1 cm2的方格纸里。请你来估一估，数一数。</w:t>
            </w:r>
          </w:p>
        </w:tc>
        <w:tc>
          <w:tcPr>
            <w:tcW w:type="dxa" w:w="3061"/>
          </w:tcPr>
          <w:p>
            <w:pPr>
              <w:spacing w:after="20" w:line="276" w:lineRule="auto"/>
            </w:pPr>
            <w:r/>
            <w:r>
              <w:rPr>
                <w:rFonts w:ascii="宋体" w:hAnsi="宋体" w:eastAsia="宋体"/>
                <w:b w:val="0"/>
                <w:sz w:val="18"/>
              </w:rPr>
              <w:t>桑树叶、梧桐树叶、银杏树叶……</w:t>
            </w:r>
          </w:p>
          <w:p>
            <w:pPr>
              <w:spacing w:after="20" w:line="276" w:lineRule="auto"/>
            </w:pPr>
            <w:r>
              <w:rPr>
                <w:rFonts w:ascii="宋体" w:hAnsi="宋体" w:eastAsia="宋体"/>
                <w:b w:val="0"/>
                <w:sz w:val="18"/>
              </w:rPr>
              <w:t>叶子是由弯弯曲曲的线围成的，它是不规则图形。</w:t>
            </w:r>
          </w:p>
          <w:p>
            <w:pPr>
              <w:spacing w:after="20" w:line="276" w:lineRule="auto"/>
            </w:pPr>
            <w:r>
              <w:rPr>
                <w:rFonts w:ascii="宋体" w:hAnsi="宋体" w:eastAsia="宋体"/>
                <w:b w:val="0"/>
                <w:sz w:val="18"/>
              </w:rPr>
              <w:t>无法直接用公式计算出它的面积。</w:t>
            </w:r>
          </w:p>
          <w:p>
            <w:pPr>
              <w:spacing w:after="20" w:line="276" w:lineRule="auto"/>
            </w:pPr>
            <w:r>
              <w:rPr>
                <w:rFonts w:ascii="宋体" w:hAnsi="宋体" w:eastAsia="宋体"/>
                <w:b w:val="0"/>
                <w:sz w:val="18"/>
              </w:rPr>
              <w:t>学生根据经验尝试估计。</w:t>
            </w:r>
          </w:p>
          <w:p>
            <w:pPr>
              <w:spacing w:after="20" w:line="276" w:lineRule="auto"/>
            </w:pPr>
            <w:r>
              <w:rPr>
                <w:rFonts w:ascii="宋体" w:hAnsi="宋体" w:eastAsia="宋体"/>
                <w:b w:val="0"/>
                <w:sz w:val="18"/>
              </w:rPr>
              <w:t>叶子的面积小于1 dm2。</w:t>
            </w:r>
          </w:p>
          <w:p>
            <w:pPr>
              <w:spacing w:after="20" w:line="276" w:lineRule="auto"/>
            </w:pPr>
            <w:r>
              <w:rPr>
                <w:rFonts w:ascii="宋体" w:hAnsi="宋体" w:eastAsia="宋体"/>
                <w:b w:val="0"/>
                <w:sz w:val="18"/>
              </w:rPr>
              <w:t>叶子的面积小于50 cm2。</w:t>
            </w:r>
          </w:p>
          <w:p>
            <w:pPr>
              <w:spacing w:after="20" w:line="276" w:lineRule="auto"/>
            </w:pPr>
            <w:r>
              <w:rPr>
                <w:rFonts w:ascii="宋体" w:hAnsi="宋体" w:eastAsia="宋体"/>
                <w:b w:val="0"/>
                <w:sz w:val="18"/>
              </w:rPr>
              <w:t>叶子的面积一定大于25 cm2而小于50 cm2。</w:t>
            </w:r>
          </w:p>
          <w:p>
            <w:pPr>
              <w:spacing w:after="20" w:line="276" w:lineRule="auto"/>
            </w:pPr>
            <w:r>
              <w:rPr>
                <w:rFonts w:ascii="宋体" w:hAnsi="宋体" w:eastAsia="宋体"/>
                <w:b w:val="0"/>
                <w:sz w:val="18"/>
              </w:rPr>
              <w:t>学生会说测量。</w:t>
            </w:r>
          </w:p>
          <w:p>
            <w:pPr>
              <w:spacing w:after="20" w:line="276" w:lineRule="auto"/>
            </w:pPr>
            <w:r>
              <w:rPr>
                <w:rFonts w:ascii="宋体" w:hAnsi="宋体" w:eastAsia="宋体"/>
                <w:b w:val="0"/>
                <w:sz w:val="18"/>
              </w:rPr>
              <w:t>学生会说用方格纸作为工具来帮助我们测量。</w:t>
            </w:r>
          </w:p>
          <w:p>
            <w:pPr>
              <w:spacing w:after="20" w:line="276" w:lineRule="auto"/>
            </w:pPr>
            <w:r>
              <w:rPr>
                <w:rFonts w:ascii="宋体" w:hAnsi="宋体" w:eastAsia="宋体"/>
                <w:b w:val="0"/>
                <w:sz w:val="18"/>
              </w:rPr>
              <w:t>每个小方格面积为1 cm2的方格纸。</w:t>
            </w:r>
          </w:p>
          <w:p>
            <w:pPr>
              <w:spacing w:after="20" w:line="276" w:lineRule="auto"/>
            </w:pPr>
            <w:r>
              <w:rPr>
                <w:rFonts w:ascii="宋体" w:hAnsi="宋体" w:eastAsia="宋体"/>
                <w:b w:val="0"/>
                <w:sz w:val="18"/>
              </w:rPr>
              <w:t>学生拿出印着叶子的方格纸，借助彩笔来画一画。</w:t>
            </w:r>
          </w:p>
        </w:tc>
        <w:tc>
          <w:tcPr>
            <w:tcW w:type="dxa" w:w="1814"/>
          </w:tcPr>
          <w:p>
            <w:pPr>
              <w:spacing w:after="20" w:line="276" w:lineRule="auto"/>
            </w:pPr>
            <w:r/>
            <w:r>
              <w:rPr>
                <w:rFonts w:ascii="宋体" w:hAnsi="宋体" w:eastAsia="宋体"/>
                <w:b w:val="0"/>
                <w:sz w:val="18"/>
              </w:rPr>
              <w:t>围绕环节目标组织学习活动，引导学生主动参与、积极思考，核心问题："与三角形、长方形等图形相比，你们发现这片树叶有什么不同吗？"</w:t>
            </w:r>
          </w:p>
        </w:tc>
      </w:tr>
      <w:tr>
        <w:tc>
          <w:tcPr>
            <w:tcW w:type="dxa" w:w="1474"/>
          </w:tcPr>
          <w:p>
            <w:pPr>
              <w:spacing w:after="20" w:line="276" w:lineRule="auto"/>
            </w:pPr>
            <w:r>
              <w:rPr>
                <w:b/>
              </w:rPr>
            </w:r>
            <w:r>
              <w:rPr>
                <w:rFonts w:ascii="宋体" w:hAnsi="宋体" w:eastAsia="宋体"/>
                <w:b/>
                <w:sz w:val="18"/>
              </w:rPr>
              <w:t>分析解决问题的方法</w:t>
            </w:r>
          </w:p>
        </w:tc>
        <w:tc>
          <w:tcPr>
            <w:tcW w:type="dxa" w:w="3061"/>
          </w:tcPr>
          <w:p>
            <w:pPr>
              <w:spacing w:after="20" w:line="276" w:lineRule="auto"/>
            </w:pPr>
            <w:r/>
            <w:r>
              <w:rPr>
                <w:rFonts w:ascii="宋体" w:hAnsi="宋体" w:eastAsia="宋体"/>
                <w:b w:val="0"/>
                <w:sz w:val="18"/>
              </w:rPr>
              <w:t>1.用数格子的方法估计不规则图形的面积。</w:t>
            </w:r>
          </w:p>
          <w:p>
            <w:pPr>
              <w:spacing w:after="20" w:line="276" w:lineRule="auto"/>
            </w:pPr>
            <w:r>
              <w:rPr>
                <w:rFonts w:ascii="宋体" w:hAnsi="宋体" w:eastAsia="宋体"/>
                <w:b w:val="0"/>
                <w:sz w:val="18"/>
              </w:rPr>
              <w:t>师：谁能说说你是怎样估算这片树叶的面积的？</w:t>
            </w:r>
          </w:p>
          <w:p>
            <w:pPr>
              <w:spacing w:after="20" w:line="276" w:lineRule="auto"/>
            </w:pPr>
            <w:r>
              <w:rPr>
                <w:rFonts w:ascii="宋体" w:hAnsi="宋体" w:eastAsia="宋体"/>
                <w:b w:val="0"/>
                <w:sz w:val="18"/>
              </w:rPr>
              <w:t>教师适时板书。</w:t>
            </w:r>
          </w:p>
          <w:p>
            <w:pPr>
              <w:spacing w:after="20" w:line="276" w:lineRule="auto"/>
            </w:pPr>
            <w:r>
              <w:rPr>
                <w:rFonts w:ascii="宋体" w:hAnsi="宋体" w:eastAsia="宋体"/>
                <w:b w:val="0"/>
                <w:sz w:val="18"/>
              </w:rPr>
              <w:t>2.用转化的方法估计不规则图形的面积。</w:t>
            </w:r>
          </w:p>
          <w:p>
            <w:pPr>
              <w:spacing w:after="20" w:line="276" w:lineRule="auto"/>
            </w:pPr>
            <w:r>
              <w:rPr>
                <w:rFonts w:ascii="宋体" w:hAnsi="宋体" w:eastAsia="宋体"/>
                <w:b w:val="0"/>
                <w:sz w:val="18"/>
              </w:rPr>
              <w:t>师：谁还有不同的方法？</w:t>
            </w:r>
          </w:p>
          <w:p>
            <w:pPr>
              <w:spacing w:after="20" w:line="276" w:lineRule="auto"/>
            </w:pPr>
            <w:r>
              <w:rPr>
                <w:rFonts w:ascii="宋体" w:hAnsi="宋体" w:eastAsia="宋体"/>
                <w:b w:val="0"/>
                <w:sz w:val="18"/>
              </w:rPr>
              <w:t>教师适时板书。</w:t>
            </w:r>
          </w:p>
          <w:p>
            <w:pPr>
              <w:spacing w:after="20" w:line="276" w:lineRule="auto"/>
            </w:pPr>
            <w:r>
              <w:rPr>
                <w:rFonts w:ascii="宋体" w:hAnsi="宋体" w:eastAsia="宋体"/>
                <w:b w:val="0"/>
                <w:sz w:val="18"/>
              </w:rPr>
              <w:t>3.课题小结。</w:t>
            </w:r>
          </w:p>
          <w:p>
            <w:pPr>
              <w:spacing w:after="20" w:line="276" w:lineRule="auto"/>
            </w:pPr>
            <w:r>
              <w:rPr>
                <w:rFonts w:ascii="宋体" w:hAnsi="宋体" w:eastAsia="宋体"/>
                <w:b w:val="0"/>
                <w:sz w:val="18"/>
              </w:rPr>
              <w:t>师：在刚才同学们的思考过程中，我们得出了两类解决问题的方法，数格子法和转化法，比较一下这两类方法各有哪些特点和适用性？</w:t>
            </w:r>
          </w:p>
          <w:p>
            <w:pPr>
              <w:spacing w:after="20" w:line="276" w:lineRule="auto"/>
            </w:pPr>
            <w:r>
              <w:rPr>
                <w:rFonts w:ascii="宋体" w:hAnsi="宋体" w:eastAsia="宋体"/>
                <w:b w:val="0"/>
                <w:sz w:val="18"/>
              </w:rPr>
              <w:t>引导学生发现数格子的方法更接近准确值，但是很麻烦；把不规则图形转化成近似的规则图形再去求面积的估算方法，比较方便，但不够准确。</w:t>
            </w:r>
          </w:p>
          <w:p>
            <w:pPr>
              <w:spacing w:after="20" w:line="276" w:lineRule="auto"/>
            </w:pPr>
            <w:r>
              <w:rPr>
                <w:rFonts w:ascii="宋体" w:hAnsi="宋体" w:eastAsia="宋体"/>
                <w:b w:val="0"/>
                <w:sz w:val="18"/>
              </w:rPr>
              <w:t>师小结：要注意根据图形的特点选择合适的方法进行估算。这种把不规则图形转化成近似的规则图形再去求面积的估算方法，在日常生活中用得比较多。</w:t>
            </w:r>
          </w:p>
        </w:tc>
        <w:tc>
          <w:tcPr>
            <w:tcW w:type="dxa" w:w="3061"/>
          </w:tcPr>
          <w:p>
            <w:pPr>
              <w:spacing w:after="20" w:line="276" w:lineRule="auto"/>
            </w:pPr>
            <w:r/>
            <w:r>
              <w:rPr>
                <w:rFonts w:ascii="宋体" w:hAnsi="宋体" w:eastAsia="宋体"/>
                <w:b w:val="0"/>
                <w:sz w:val="18"/>
              </w:rPr>
              <w:t>预设1：先把整格的框出来，然后把半格的编号并标出来。不满1格的都按半格计算，把弯曲的部分都画成半格，再数。</w:t>
            </w:r>
          </w:p>
          <w:p>
            <w:pPr>
              <w:spacing w:after="20" w:line="276" w:lineRule="auto"/>
            </w:pPr>
            <w:r>
              <w:rPr>
                <w:rFonts w:ascii="宋体" w:hAnsi="宋体" w:eastAsia="宋体"/>
                <w:b w:val="0"/>
                <w:sz w:val="18"/>
              </w:rPr>
              <w:t>预设2：叶子所占的满格一共有18格，非满格的也有18格。把不满1格的都按半格算，这片叶子的面积大约是27 cm2。</w:t>
            </w:r>
          </w:p>
          <w:p>
            <w:pPr>
              <w:spacing w:after="20" w:line="276" w:lineRule="auto"/>
            </w:pPr>
            <w:r>
              <w:rPr>
                <w:rFonts w:ascii="宋体" w:hAnsi="宋体" w:eastAsia="宋体"/>
                <w:b w:val="0"/>
                <w:sz w:val="18"/>
              </w:rPr>
              <w:t>预设1：把它转化成近似的平行四边形来计算面积。</w:t>
            </w:r>
          </w:p>
          <w:p>
            <w:pPr>
              <w:spacing w:after="20" w:line="276" w:lineRule="auto"/>
            </w:pPr>
            <w:r>
              <w:rPr>
                <w:rFonts w:ascii="宋体" w:hAnsi="宋体" w:eastAsia="宋体"/>
                <w:b w:val="0"/>
                <w:sz w:val="18"/>
              </w:rPr>
              <w:t>预设2：把它转化成近似的长方形来计算面积。</w:t>
            </w:r>
          </w:p>
        </w:tc>
        <w:tc>
          <w:tcPr>
            <w:tcW w:type="dxa" w:w="1814"/>
          </w:tcPr>
          <w:p>
            <w:pPr>
              <w:spacing w:after="20" w:line="276" w:lineRule="auto"/>
            </w:pPr>
            <w:r/>
            <w:r>
              <w:rPr>
                <w:rFonts w:ascii="宋体" w:hAnsi="宋体" w:eastAsia="宋体"/>
                <w:b w:val="0"/>
                <w:sz w:val="18"/>
              </w:rPr>
              <w:t>围绕环节目标组织学习活动，引导学生主动参与、积极思考，核心问题："谁能说说你是怎样估算这片树叶的面积的？"</w:t>
            </w:r>
          </w:p>
        </w:tc>
      </w:tr>
      <w:tr>
        <w:tc>
          <w:tcPr>
            <w:tcW w:type="dxa" w:w="1474"/>
          </w:tcPr>
          <w:p>
            <w:pPr>
              <w:spacing w:after="20" w:line="276" w:lineRule="auto"/>
            </w:pPr>
            <w:r>
              <w:rPr>
                <w:b/>
              </w:rPr>
            </w:r>
            <w:r>
              <w:rPr>
                <w:rFonts w:ascii="宋体" w:hAnsi="宋体" w:eastAsia="宋体"/>
                <w:b/>
                <w:sz w:val="18"/>
              </w:rPr>
              <w:t>三、巩固练习</w:t>
            </w:r>
          </w:p>
        </w:tc>
        <w:tc>
          <w:tcPr>
            <w:tcW w:type="dxa" w:w="3061"/>
          </w:tcPr>
          <w:p>
            <w:pPr>
              <w:spacing w:after="20" w:line="276" w:lineRule="auto"/>
            </w:pPr>
            <w:r/>
            <w:r>
              <w:rPr>
                <w:rFonts w:ascii="宋体" w:hAnsi="宋体" w:eastAsia="宋体"/>
                <w:b w:val="0"/>
                <w:sz w:val="18"/>
              </w:rPr>
              <w:t>完成教科书P88“做一做”。</w:t>
            </w:r>
          </w:p>
        </w:tc>
        <w:tc>
          <w:tcPr>
            <w:tcW w:type="dxa" w:w="3061"/>
          </w:tcPr>
          <w:p>
            <w:pPr>
              <w:spacing w:after="20" w:line="276" w:lineRule="auto"/>
            </w:pPr>
            <w:r/>
            <w:r>
              <w:rPr>
                <w:rFonts w:ascii="宋体" w:hAnsi="宋体" w:eastAsia="宋体"/>
                <w:b w:val="0"/>
                <w:sz w:val="18"/>
              </w:rPr>
              <w:t>学生独立完成，全班汇报。</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四、回顾解决问题全过程</w:t>
            </w:r>
          </w:p>
        </w:tc>
        <w:tc>
          <w:tcPr>
            <w:tcW w:type="dxa" w:w="3061"/>
          </w:tcPr>
          <w:p>
            <w:pPr>
              <w:spacing w:after="20" w:line="276" w:lineRule="auto"/>
            </w:pPr>
            <w:r/>
            <w:r>
              <w:rPr>
                <w:rFonts w:ascii="宋体" w:hAnsi="宋体" w:eastAsia="宋体"/>
                <w:b w:val="0"/>
                <w:sz w:val="18"/>
              </w:rPr>
              <w:t>师：我们可以从哪些角度来估计不规则图形的面积？</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对于不规则图形的面积估计，学生第一次接触，借助学生已有的经验，先引导学生确定估测单位，再确定估测范围，寻找区间，渗透“区间套的思想”，掌握基本的估算方法。</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解决问题</w:t>
      </w:r>
    </w:p>
    <w:p>
      <w:pPr>
        <w:spacing w:after="40" w:line="300" w:lineRule="auto"/>
      </w:pPr>
      <w:r>
        <w:rPr>
          <w:rFonts w:ascii="宋体" w:hAnsi="宋体" w:eastAsia="宋体"/>
          <w:b w:val="0"/>
          <w:sz w:val="20"/>
        </w:rPr>
        <w:t>数格子法：不满1格按半格算。</w:t>
      </w:r>
    </w:p>
    <w:p>
      <w:pPr>
        <w:spacing w:after="40" w:line="300" w:lineRule="auto"/>
      </w:pPr>
      <w:r>
        <w:rPr>
          <w:rFonts w:ascii="宋体" w:hAnsi="宋体" w:eastAsia="宋体"/>
          <w:b w:val="0"/>
          <w:sz w:val="20"/>
        </w:rPr>
        <w:t>转化法</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教科书P88例5，完成教科书P88“做一做”。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【原教学设计反思（供参考）】选择合适的“估算”单位是引导学生进行有效估算的方法，通过学生对上界、下界的确定，帮助学生找到合适的估算区间，掌握估算的策略和方法。</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格点多边形的面积</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格点多边形的面积</w:t>
            </w:r>
          </w:p>
        </w:tc>
        <w:tc>
          <w:tcPr>
            <w:tcW w:type="dxa" w:w="6009"/>
          </w:tcPr>
          <w:p>
            <w:pPr>
              <w:spacing w:after="20" w:line="276" w:lineRule="auto"/>
            </w:pPr>
            <w:r/>
            <w:r>
              <w:rPr>
                <w:rFonts w:ascii="宋体" w:hAnsi="宋体" w:eastAsia="宋体"/>
                <w:b w:val="0"/>
                <w:sz w:val="20"/>
              </w:rPr>
              <w:t>第6单元 多边形的面积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本单元之前，知道长方形、正方形、三角形的特征，会计算长方形、正方形的面积，对于“转化”的思想方法也有一定的认识，因此要求学生记住各种图形的面积计算公式并不难。但本单元面积计算公式的推导都是建立在学生移、剪、拼、摆等操作活动的基础上，关键是要让学生经历探究的过程，实现过程性目标。</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教学内容：教科书P91相关内容。</w:t>
      </w:r>
    </w:p>
    <w:p>
      <w:pPr>
        <w:spacing w:after="80" w:line="300" w:lineRule="auto"/>
        <w:ind w:firstLine="400"/>
      </w:pPr>
      <w:r>
        <w:rPr>
          <w:rFonts w:ascii="宋体" w:hAnsi="宋体" w:eastAsia="宋体"/>
          <w:b w:val="0"/>
          <w:sz w:val="20"/>
        </w:rPr>
        <w:t>教学准备：课件、方格纸。</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（1）认识格点多边形，知道并会运用格点多边形的面积计算公式。</w:t>
      </w:r>
    </w:p>
    <w:p>
      <w:pPr>
        <w:spacing w:after="20" w:line="300" w:lineRule="auto"/>
        <w:ind w:firstLine="400"/>
      </w:pPr>
      <w:r>
        <w:rPr>
          <w:rFonts w:ascii="宋体" w:hAnsi="宋体" w:eastAsia="宋体"/>
          <w:b w:val="0"/>
          <w:sz w:val="20"/>
        </w:rPr>
        <w:t>（2）了解格点多边形的历史，感受数学成就。</w:t>
      </w:r>
    </w:p>
    <w:p>
      <w:pPr>
        <w:spacing w:after="20" w:line="300" w:lineRule="auto"/>
      </w:pPr>
      <w:r>
        <w:rPr>
          <w:rFonts w:ascii="宋体" w:hAnsi="宋体" w:eastAsia="宋体"/>
          <w:b w:val="0"/>
          <w:sz w:val="20"/>
        </w:rPr>
        <w:t>教学重点：理解并掌握格点多边形面积的计算方法。</w:t>
      </w:r>
    </w:p>
    <w:p>
      <w:pPr>
        <w:spacing w:after="20" w:line="300" w:lineRule="auto"/>
      </w:pPr>
      <w:r>
        <w:rPr>
          <w:rFonts w:ascii="宋体" w:hAnsi="宋体" w:eastAsia="宋体"/>
          <w:b w:val="0"/>
          <w:sz w:val="20"/>
        </w:rPr>
        <w:t>教学难点：理解并掌握格点多边形面积的计算方法。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认识格点多边形</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同学们认识这个图吗？</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教师介绍格点多边形。（适时板书）</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同学们互相说说，什么是格点多边形？你们会求它们的面积吗？；同学们观察这个格点多边形，与我们之前学习的多边形有什么相同点和不同点？</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自主探究，探究格点多边形的面积计算</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我们怎样计算这个格点多边形的面积呢？</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三、运用经验</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四、课堂小结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这个公式很神奇吧？它为什么有这样的规律呢？</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认识格点多边形</w:t>
            </w:r>
          </w:p>
        </w:tc>
        <w:tc>
          <w:tcPr>
            <w:tcW w:type="dxa" w:w="3061"/>
          </w:tcPr>
          <w:p>
            <w:pPr>
              <w:spacing w:after="20" w:line="276" w:lineRule="auto"/>
            </w:pPr>
            <w:r/>
            <w:r>
              <w:rPr>
                <w:rFonts w:ascii="宋体" w:hAnsi="宋体" w:eastAsia="宋体"/>
                <w:b w:val="0"/>
                <w:sz w:val="18"/>
              </w:rPr>
              <w:t>1.课件动态出示方格纸——格点图。</w:t>
            </w:r>
          </w:p>
          <w:p>
            <w:pPr>
              <w:spacing w:after="20" w:line="276" w:lineRule="auto"/>
            </w:pPr>
            <w:r>
              <w:rPr>
                <w:rFonts w:ascii="宋体" w:hAnsi="宋体" w:eastAsia="宋体"/>
                <w:b w:val="0"/>
                <w:sz w:val="18"/>
              </w:rPr>
              <w:t>师：同学们认识这个图吗？（方格纸）大家注意观察，如果把线擦去，只保留各个相交的点，这个时候就形成了格点图。（适时板书）</w:t>
            </w:r>
          </w:p>
          <w:p>
            <w:pPr>
              <w:spacing w:after="20" w:line="276" w:lineRule="auto"/>
            </w:pPr>
            <w:r>
              <w:rPr>
                <w:rFonts w:ascii="宋体" w:hAnsi="宋体" w:eastAsia="宋体"/>
                <w:b w:val="0"/>
                <w:sz w:val="18"/>
              </w:rPr>
              <w:t>2.课件在格点图上动态画出教科书上的多边形。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围绕环节目标组织学习活动，引导学生主动参与、积极思考，核心问题："同学们认识这个图吗？"</w:t>
            </w:r>
          </w:p>
        </w:tc>
      </w:tr>
      <w:tr>
        <w:tc>
          <w:tcPr>
            <w:tcW w:type="dxa" w:w="1474"/>
          </w:tcPr>
          <w:p>
            <w:pPr>
              <w:spacing w:after="20" w:line="276" w:lineRule="auto"/>
            </w:pPr>
            <w:r>
              <w:rPr>
                <w:b/>
              </w:rPr>
            </w:r>
            <w:r>
              <w:rPr>
                <w:rFonts w:ascii="宋体" w:hAnsi="宋体" w:eastAsia="宋体"/>
                <w:b/>
                <w:sz w:val="18"/>
              </w:rPr>
              <w:t>教师介绍格点多边形。（适时板书）</w:t>
            </w:r>
          </w:p>
        </w:tc>
        <w:tc>
          <w:tcPr>
            <w:tcW w:type="dxa" w:w="3061"/>
          </w:tcPr>
          <w:p>
            <w:pPr>
              <w:spacing w:after="20" w:line="276" w:lineRule="auto"/>
            </w:pPr>
            <w:r/>
            <w:r>
              <w:rPr>
                <w:rFonts w:ascii="宋体" w:hAnsi="宋体" w:eastAsia="宋体"/>
                <w:b w:val="0"/>
                <w:sz w:val="18"/>
              </w:rPr>
              <w:t>师：同学们互相说说，什么是格点多边形？你们会求它们的面积吗？（板书课题：*格点多边形的面积）</w:t>
            </w:r>
          </w:p>
          <w:p>
            <w:pPr>
              <w:spacing w:after="20" w:line="276" w:lineRule="auto"/>
            </w:pPr>
            <w:r>
              <w:rPr>
                <w:rFonts w:ascii="宋体" w:hAnsi="宋体" w:eastAsia="宋体"/>
                <w:b w:val="0"/>
                <w:sz w:val="18"/>
              </w:rPr>
              <w:t>3.观察格点多边形的特点。</w:t>
            </w:r>
          </w:p>
          <w:p>
            <w:pPr>
              <w:spacing w:after="20" w:line="276" w:lineRule="auto"/>
            </w:pPr>
            <w:r>
              <w:rPr>
                <w:rFonts w:ascii="宋体" w:hAnsi="宋体" w:eastAsia="宋体"/>
                <w:b w:val="0"/>
                <w:sz w:val="18"/>
              </w:rPr>
              <w:t>师：同学们观察这个格点多边形，与我们之前学习的多边形有什么相同点和不同点？</w:t>
            </w:r>
          </w:p>
          <w:p>
            <w:pPr>
              <w:spacing w:after="20" w:line="276" w:lineRule="auto"/>
            </w:pPr>
            <w:r>
              <w:rPr>
                <w:rFonts w:ascii="宋体" w:hAnsi="宋体" w:eastAsia="宋体"/>
                <w:b w:val="0"/>
                <w:sz w:val="18"/>
              </w:rPr>
              <w:t>师生交流并小结：格点多边形也是多边形，只是这个图形中有很多格点，有的格点在多边形内部，有的格点在多边形边上。</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围绕环节目标组织学习活动，引导学生主动参与、积极思考，核心问题："同学们互相说说，什么是格点多边形？你们会求它们的面积吗？"</w:t>
            </w:r>
          </w:p>
        </w:tc>
      </w:tr>
      <w:tr>
        <w:tc>
          <w:tcPr>
            <w:tcW w:type="dxa" w:w="1474"/>
          </w:tcPr>
          <w:p>
            <w:pPr>
              <w:spacing w:after="20" w:line="276" w:lineRule="auto"/>
            </w:pPr>
            <w:r>
              <w:rPr>
                <w:b/>
              </w:rPr>
            </w:r>
            <w:r>
              <w:rPr>
                <w:rFonts w:ascii="宋体" w:hAnsi="宋体" w:eastAsia="宋体"/>
                <w:b/>
                <w:sz w:val="18"/>
              </w:rPr>
              <w:t>自主探究，探究格点多边形的面积计算</w:t>
            </w:r>
          </w:p>
        </w:tc>
        <w:tc>
          <w:tcPr>
            <w:tcW w:type="dxa" w:w="3061"/>
          </w:tcPr>
          <w:p>
            <w:pPr>
              <w:spacing w:after="20" w:line="276" w:lineRule="auto"/>
            </w:pPr>
            <w:r/>
            <w:r>
              <w:rPr>
                <w:rFonts w:ascii="宋体" w:hAnsi="宋体" w:eastAsia="宋体"/>
                <w:b w:val="0"/>
                <w:sz w:val="18"/>
              </w:rPr>
              <w:t>1.课件单独出示教科书上的格点多边形图。</w:t>
            </w:r>
          </w:p>
          <w:p>
            <w:pPr>
              <w:spacing w:after="20" w:line="276" w:lineRule="auto"/>
            </w:pPr>
            <w:r>
              <w:rPr>
                <w:rFonts w:ascii="宋体" w:hAnsi="宋体" w:eastAsia="宋体"/>
                <w:b w:val="0"/>
                <w:sz w:val="18"/>
              </w:rPr>
              <w:t>师：我们怎样计算这个格点多边形的面积呢？</w:t>
            </w:r>
          </w:p>
          <w:p>
            <w:pPr>
              <w:spacing w:after="20" w:line="276" w:lineRule="auto"/>
            </w:pPr>
            <w:r>
              <w:rPr>
                <w:rFonts w:ascii="宋体" w:hAnsi="宋体" w:eastAsia="宋体"/>
                <w:b w:val="0"/>
                <w:sz w:val="18"/>
              </w:rPr>
              <w:t>2.展示不同的计算方法。</w:t>
            </w:r>
          </w:p>
          <w:p>
            <w:pPr>
              <w:spacing w:after="20" w:line="276" w:lineRule="auto"/>
            </w:pPr>
            <w:r>
              <w:rPr>
                <w:rFonts w:ascii="宋体" w:hAnsi="宋体" w:eastAsia="宋体"/>
                <w:b w:val="0"/>
                <w:sz w:val="18"/>
              </w:rPr>
              <w:t>师：同学们将这个格点多边形看成组合图形，都计算出了面积。我们一起来分享一下不同的计算方法。</w:t>
            </w:r>
          </w:p>
          <w:p>
            <w:pPr>
              <w:spacing w:after="20" w:line="276" w:lineRule="auto"/>
            </w:pPr>
            <w:r>
              <w:rPr>
                <w:rFonts w:ascii="宋体" w:hAnsi="宋体" w:eastAsia="宋体"/>
                <w:b w:val="0"/>
                <w:sz w:val="18"/>
              </w:rPr>
              <w:t>展示不同的计算方法，学生交流自己的思考过程。</w:t>
            </w:r>
          </w:p>
          <w:p>
            <w:pPr>
              <w:spacing w:after="20" w:line="276" w:lineRule="auto"/>
            </w:pPr>
            <w:r>
              <w:rPr>
                <w:rFonts w:ascii="宋体" w:hAnsi="宋体" w:eastAsia="宋体"/>
                <w:b w:val="0"/>
                <w:sz w:val="18"/>
              </w:rPr>
              <w:t>3.介绍皮克定理。</w:t>
            </w:r>
          </w:p>
          <w:p>
            <w:pPr>
              <w:spacing w:after="20" w:line="276" w:lineRule="auto"/>
            </w:pPr>
            <w:r>
              <w:rPr>
                <w:rFonts w:ascii="宋体" w:hAnsi="宋体" w:eastAsia="宋体"/>
                <w:b w:val="0"/>
                <w:sz w:val="18"/>
              </w:rPr>
              <w:t>（1）运用皮克定理计算。</w:t>
            </w:r>
          </w:p>
          <w:p>
            <w:pPr>
              <w:spacing w:after="20" w:line="276" w:lineRule="auto"/>
            </w:pPr>
            <w:r>
              <w:rPr>
                <w:rFonts w:ascii="宋体" w:hAnsi="宋体" w:eastAsia="宋体"/>
                <w:b w:val="0"/>
                <w:sz w:val="18"/>
              </w:rPr>
              <w:t>师：我运用了一种跟你们不同的方法，也算出了这个格点多边形的面积。我发现这个格点多边形里面有12个格点，边上有7个格点。（课件用不同颜色闪动图形里面和边上的格点）面积就是：12＋7÷2－1＝14.5，这个结果与你们计算的结果一样吗？</w:t>
            </w:r>
          </w:p>
          <w:p>
            <w:pPr>
              <w:spacing w:after="20" w:line="276" w:lineRule="auto"/>
            </w:pPr>
            <w:r>
              <w:rPr>
                <w:rFonts w:ascii="宋体" w:hAnsi="宋体" w:eastAsia="宋体"/>
                <w:b w:val="0"/>
                <w:sz w:val="18"/>
              </w:rPr>
              <w:t>（2）学生拿出准备好的方格纸，验证皮克定理。</w:t>
            </w:r>
          </w:p>
          <w:p>
            <w:pPr>
              <w:spacing w:after="20" w:line="276" w:lineRule="auto"/>
            </w:pPr>
            <w:r>
              <w:rPr>
                <w:rFonts w:ascii="宋体" w:hAnsi="宋体" w:eastAsia="宋体"/>
                <w:b w:val="0"/>
                <w:sz w:val="18"/>
              </w:rPr>
              <w:t>（3）收集数据，整理验证结果。</w:t>
            </w:r>
          </w:p>
          <w:p>
            <w:pPr>
              <w:spacing w:after="20" w:line="276" w:lineRule="auto"/>
            </w:pPr>
            <w:r>
              <w:rPr>
                <w:rFonts w:ascii="宋体" w:hAnsi="宋体" w:eastAsia="宋体"/>
                <w:b w:val="0"/>
                <w:sz w:val="18"/>
              </w:rPr>
              <w:t>课件出示教科书P91表格。学生按表格要求汇报数据，课件逐步出示。</w:t>
            </w:r>
          </w:p>
          <w:p>
            <w:pPr>
              <w:spacing w:after="20" w:line="276" w:lineRule="auto"/>
            </w:pPr>
            <w:r>
              <w:rPr>
                <w:rFonts w:ascii="宋体" w:hAnsi="宋体" w:eastAsia="宋体"/>
                <w:b w:val="0"/>
                <w:sz w:val="18"/>
              </w:rPr>
              <w:t>观察数据，发现规律：可以用公式“格点多边形的面积＝内部格点数＋边界上的格点数÷2＝1”来计算，如果用a表示多边形内部的格点数，用b表示多边形边界上的格点数，那么格点多边形的面积S＝a＋b÷2－1。（适时板书）</w:t>
            </w:r>
          </w:p>
          <w:p>
            <w:pPr>
              <w:spacing w:after="20" w:line="276" w:lineRule="auto"/>
            </w:pPr>
            <w:r>
              <w:rPr>
                <w:rFonts w:ascii="宋体" w:hAnsi="宋体" w:eastAsia="宋体"/>
                <w:b w:val="0"/>
                <w:sz w:val="18"/>
              </w:rPr>
              <w:t>（4）课件介绍皮克定理。</w:t>
            </w:r>
          </w:p>
        </w:tc>
        <w:tc>
          <w:tcPr>
            <w:tcW w:type="dxa" w:w="3061"/>
          </w:tcPr>
          <w:p>
            <w:pPr>
              <w:spacing w:after="20" w:line="276" w:lineRule="auto"/>
            </w:pPr>
            <w:r/>
            <w:r>
              <w:rPr>
                <w:rFonts w:ascii="宋体" w:hAnsi="宋体" w:eastAsia="宋体"/>
                <w:b w:val="0"/>
                <w:sz w:val="18"/>
              </w:rPr>
              <w:t>学生运用计算组合图形的方法，对格点多边形进行割补，求出面积。</w:t>
            </w:r>
          </w:p>
          <w:p>
            <w:pPr>
              <w:spacing w:after="20" w:line="276" w:lineRule="auto"/>
            </w:pPr>
            <w:r>
              <w:rPr>
                <w:rFonts w:ascii="宋体" w:hAnsi="宋体" w:eastAsia="宋体"/>
                <w:b w:val="0"/>
                <w:sz w:val="18"/>
              </w:rPr>
              <w:t>一样。</w:t>
            </w:r>
          </w:p>
          <w:p>
            <w:pPr>
              <w:spacing w:after="20" w:line="276" w:lineRule="auto"/>
            </w:pPr>
            <w:r>
              <w:rPr>
                <w:rFonts w:ascii="宋体" w:hAnsi="宋体" w:eastAsia="宋体"/>
                <w:b w:val="0"/>
                <w:sz w:val="18"/>
              </w:rPr>
              <w:t>学生在方格纸上，连接格点画出任意的格点多边形。按这个方法计算和用计算组合图形的方法计算，看得到的结果是否一致，验证这一定理</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设计递进式探究活动，引导学生在动手实践与合作交流中经历知识形成过程，突破本课重难点，核心问题："我们怎样计算这个格点多边形的面积呢？"</w:t>
            </w:r>
          </w:p>
        </w:tc>
      </w:tr>
      <w:tr>
        <w:tc>
          <w:tcPr>
            <w:tcW w:type="dxa" w:w="1474"/>
          </w:tcPr>
          <w:p>
            <w:pPr>
              <w:spacing w:after="20" w:line="276" w:lineRule="auto"/>
            </w:pPr>
            <w:r>
              <w:rPr>
                <w:b/>
              </w:rPr>
            </w:r>
            <w:r>
              <w:rPr>
                <w:rFonts w:ascii="宋体" w:hAnsi="宋体" w:eastAsia="宋体"/>
                <w:b/>
                <w:sz w:val="18"/>
              </w:rPr>
              <w:t>三、运用经验</w:t>
            </w:r>
          </w:p>
        </w:tc>
        <w:tc>
          <w:tcPr>
            <w:tcW w:type="dxa" w:w="3061"/>
          </w:tcPr>
          <w:p>
            <w:pPr>
              <w:spacing w:after="20" w:line="276" w:lineRule="auto"/>
            </w:pPr>
            <w:r/>
            <w:r>
              <w:rPr>
                <w:rFonts w:ascii="宋体" w:hAnsi="宋体" w:eastAsia="宋体"/>
                <w:b w:val="0"/>
                <w:sz w:val="18"/>
              </w:rPr>
              <w:t>师：同桌相互出题，用这个公式算一算。</w:t>
            </w:r>
          </w:p>
        </w:tc>
        <w:tc>
          <w:tcPr>
            <w:tcW w:type="dxa" w:w="3061"/>
          </w:tcPr>
          <w:p>
            <w:pPr>
              <w:spacing w:after="20" w:line="276" w:lineRule="auto"/>
            </w:pPr>
            <w:r/>
            <w:r>
              <w:rPr>
                <w:rFonts w:ascii="宋体" w:hAnsi="宋体" w:eastAsia="宋体"/>
                <w:b w:val="0"/>
                <w:sz w:val="18"/>
              </w:rPr>
              <w:t>学生在方格纸上画多边形，运用公式计算。</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w:t>
            </w:r>
          </w:p>
        </w:tc>
        <w:tc>
          <w:tcPr>
            <w:tcW w:type="dxa" w:w="3061"/>
          </w:tcPr>
          <w:p>
            <w:pPr>
              <w:spacing w:after="20" w:line="276" w:lineRule="auto"/>
            </w:pPr>
            <w:r/>
            <w:r>
              <w:rPr>
                <w:rFonts w:ascii="宋体" w:hAnsi="宋体" w:eastAsia="宋体"/>
                <w:b w:val="0"/>
                <w:sz w:val="18"/>
              </w:rPr>
              <w:t>师：这个公式很神奇吧？它为什么有这样的规律呢？同学们课后可以继续查阅资料了解。</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格点多边形是学生探究不规则多边形的延伸，本节课的学习，一方面让学生掌握这种面积计算方法，另一方面让学生感受到数学的魅力，激发学生对数学的好奇心。</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*格点多边形的面积</w:t>
      </w:r>
    </w:p>
    <w:p>
      <w:pPr>
        <w:spacing w:after="40" w:line="300" w:lineRule="auto"/>
      </w:pPr>
      <w:r>
        <w:rPr>
          <w:rFonts w:ascii="宋体" w:hAnsi="宋体" w:eastAsia="宋体"/>
          <w:b w:val="0"/>
          <w:sz w:val="20"/>
        </w:rPr>
        <w:t>方格纸——格点图——格点多边形</w:t>
      </w:r>
    </w:p>
    <w:p>
      <w:pPr>
        <w:spacing w:after="40" w:line="300" w:lineRule="auto"/>
      </w:pPr>
      <w:r>
        <w:rPr>
          <w:rFonts w:ascii="宋体" w:hAnsi="宋体" w:eastAsia="宋体"/>
          <w:b w:val="0"/>
          <w:sz w:val="20"/>
        </w:rPr>
        <w:t>格点多边形的面积＝内部格点数＋边界上的格点数÷2－1</w:t>
      </w:r>
    </w:p>
    <w:p>
      <w:pPr>
        <w:spacing w:after="40" w:line="300" w:lineRule="auto"/>
      </w:pPr>
      <w:r>
        <w:rPr>
          <w:rFonts w:ascii="宋体" w:hAnsi="宋体" w:eastAsia="宋体"/>
          <w:b w:val="0"/>
          <w:sz w:val="20"/>
        </w:rPr>
        <w:t>如果用a表示多边形内部的格点数，用b表示多边形边界上的格点数，那么格点多边形的面积S＝a＋b÷2－1。</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教科书P91相关内容。</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通过直接运用皮克公式计算出格点多边形的面积，激起学生求知的兴趣，随后引导学生通过不同多边形进行公式的验证，但是仍有学生只是知其然不知其所以然。为了保护他们的探究意识，让学生课后进一步查阅资料了解，不仅要知道公式，还要探究为什么会有这样的规律。</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整理和复习（练习十八）</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整理和复习（练习十八）</w:t>
            </w:r>
          </w:p>
        </w:tc>
        <w:tc>
          <w:tcPr>
            <w:tcW w:type="dxa" w:w="6009"/>
          </w:tcPr>
          <w:p>
            <w:pPr>
              <w:spacing w:after="20" w:line="276" w:lineRule="auto"/>
            </w:pPr>
            <w:r/>
            <w:r>
              <w:rPr>
                <w:rFonts w:ascii="宋体" w:hAnsi="宋体" w:eastAsia="宋体"/>
                <w:b w:val="0"/>
                <w:sz w:val="20"/>
              </w:rPr>
              <w:t>第6单元 多边形的面积</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学习本单元之前，知道长方形、正方形、三角形的特征，会计算长方形、正方形的面积，对于“转化”的思想方法也有一定的认识，因此要求学生记住各种图形的面积计算公式并不难。但本单元面积计算公式的推导都是建立在学生移、剪、拼、摆等操作活动的基础上，关键是要让学生经历探究的过程，实现过程性目标。</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教学内容：教科书P92“整理和复习”，完成教科书P93～94“练习十八”。</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（1）通过整理和复习，进一步理解并掌握多边形面积计算公式及推导过程，沟通图形之间的联系，形成单元的知识结构图。</w:t>
      </w:r>
    </w:p>
    <w:p>
      <w:pPr>
        <w:spacing w:after="20" w:line="300" w:lineRule="auto"/>
        <w:ind w:firstLine="400"/>
      </w:pPr>
      <w:r>
        <w:rPr>
          <w:rFonts w:ascii="宋体" w:hAnsi="宋体" w:eastAsia="宋体"/>
          <w:b w:val="0"/>
          <w:sz w:val="20"/>
        </w:rPr>
        <w:t>（2）能够应用面积计算公式，熟练计算多边形的面积，并能灵活运用所学知识解决有关的实际问题。</w:t>
      </w:r>
    </w:p>
    <w:p>
      <w:pPr>
        <w:spacing w:after="20" w:line="300" w:lineRule="auto"/>
        <w:ind w:firstLine="400"/>
      </w:pPr>
      <w:r>
        <w:rPr>
          <w:rFonts w:ascii="宋体" w:hAnsi="宋体" w:eastAsia="宋体"/>
          <w:b w:val="0"/>
          <w:sz w:val="20"/>
        </w:rPr>
        <w:t>（3）通过观察、比较、分析、推理等活动，发展空间观念，进一步体会转化思想。</w:t>
      </w:r>
    </w:p>
    <w:p>
      <w:pPr>
        <w:spacing w:after="20" w:line="300" w:lineRule="auto"/>
      </w:pPr>
      <w:r>
        <w:rPr>
          <w:rFonts w:ascii="宋体" w:hAnsi="宋体" w:eastAsia="宋体"/>
          <w:b w:val="0"/>
          <w:sz w:val="20"/>
        </w:rPr>
        <w:t>教学重点：能理解平面图形面积计算公式之间的内在联系，完善知识结构体系。</w:t>
      </w:r>
    </w:p>
    <w:p>
      <w:pPr>
        <w:spacing w:after="20" w:line="300" w:lineRule="auto"/>
      </w:pPr>
      <w:r>
        <w:rPr>
          <w:rFonts w:ascii="宋体" w:hAnsi="宋体" w:eastAsia="宋体"/>
          <w:b w:val="0"/>
          <w:sz w:val="20"/>
        </w:rPr>
        <w:t>教学难点：能灵活运用所学知识解决有关的实际问题。</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谈话导入，复习旧知识</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同学们，到今天为止我们已经学习了哪些平面图形的面积计算公式呢？；同学们还记得这些平面图形的面积计算公式吗？怎样用字母表示这些图形的面积计算公式？</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知识梳理，形成网络</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大家还记得平行四边形、三角形、梯形这三种平面图形的面积计算公式分别是怎样推导出来的吗？；这些图形的面积计算公式推导之间有什么联系？你能把这四种图形的联系用图表示出来吗？</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知识运用，巩固练习</w:t>
            </w:r>
          </w:p>
        </w:tc>
        <w:tc>
          <w:tcPr>
            <w:tcW w:type="dxa" w:w="1814"/>
          </w:tcPr>
          <w:p>
            <w:pPr>
              <w:spacing w:after="20" w:line="276" w:lineRule="auto"/>
            </w:pPr>
            <w:r/>
            <w:r>
              <w:rPr>
                <w:rFonts w:ascii="宋体" w:hAnsi="宋体" w:eastAsia="宋体"/>
                <w:b w:val="0"/>
                <w:sz w:val="18"/>
              </w:rPr>
              <w:t>教科书、教科书P93～94、课件</w:t>
            </w:r>
          </w:p>
        </w:tc>
        <w:tc>
          <w:tcPr>
            <w:tcW w:type="dxa" w:w="3402"/>
          </w:tcPr>
          <w:p>
            <w:pPr>
              <w:spacing w:after="20" w:line="276" w:lineRule="auto"/>
            </w:pPr>
            <w:r/>
            <w:r>
              <w:rPr>
                <w:rFonts w:ascii="宋体" w:hAnsi="宋体" w:eastAsia="宋体"/>
                <w:b w:val="0"/>
                <w:sz w:val="18"/>
              </w:rPr>
              <w:t>怎样计算这个图形的面积？；怎样估计涂色部分的面积？</w:t>
            </w:r>
          </w:p>
        </w:tc>
        <w:tc>
          <w:tcPr>
            <w:tcW w:type="dxa" w:w="1361"/>
          </w:tcPr>
          <w:p>
            <w:pPr>
              <w:spacing w:after="20" w:line="276" w:lineRule="auto"/>
            </w:pPr>
            <w:r/>
            <w:r>
              <w:rPr>
                <w:rFonts w:ascii="宋体" w:hAnsi="宋体" w:eastAsia="宋体"/>
                <w:b w:val="0"/>
                <w:sz w:val="18"/>
              </w:rPr>
              <w:t>16分钟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通过这节课的学习，你有哪些收获？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谈话导入，复习旧知识</w:t>
            </w:r>
          </w:p>
        </w:tc>
        <w:tc>
          <w:tcPr>
            <w:tcW w:type="dxa" w:w="3061"/>
          </w:tcPr>
          <w:p>
            <w:pPr>
              <w:spacing w:after="20" w:line="276" w:lineRule="auto"/>
            </w:pPr>
            <w:r/>
            <w:r>
              <w:rPr>
                <w:rFonts w:ascii="宋体" w:hAnsi="宋体" w:eastAsia="宋体"/>
                <w:b w:val="0"/>
                <w:sz w:val="18"/>
              </w:rPr>
              <w:t>师：同学们，到今天为止我们已经学习了哪些平面图形的面积计算公式呢？</w:t>
            </w:r>
          </w:p>
          <w:p>
            <w:pPr>
              <w:spacing w:after="20" w:line="276" w:lineRule="auto"/>
            </w:pPr>
            <w:r>
              <w:rPr>
                <w:rFonts w:ascii="宋体" w:hAnsi="宋体" w:eastAsia="宋体"/>
                <w:b w:val="0"/>
                <w:sz w:val="18"/>
              </w:rPr>
              <w:t>师：同学们还记得这些平面图形的面积计算公式吗？怎样用字母表示这些图形的面积计算公式？</w:t>
            </w:r>
          </w:p>
          <w:p>
            <w:pPr>
              <w:spacing w:after="20" w:line="276" w:lineRule="auto"/>
            </w:pPr>
            <w:r>
              <w:rPr>
                <w:rFonts w:ascii="宋体" w:hAnsi="宋体" w:eastAsia="宋体"/>
                <w:b w:val="0"/>
                <w:sz w:val="18"/>
              </w:rPr>
              <w:t>师：这节课我们将对所学的多边形面积进行整理和复习。</w:t>
            </w:r>
          </w:p>
        </w:tc>
        <w:tc>
          <w:tcPr>
            <w:tcW w:type="dxa" w:w="3061"/>
          </w:tcPr>
          <w:p>
            <w:pPr>
              <w:spacing w:after="20" w:line="276" w:lineRule="auto"/>
            </w:pPr>
            <w:r/>
            <w:r>
              <w:rPr>
                <w:rFonts w:ascii="宋体" w:hAnsi="宋体" w:eastAsia="宋体"/>
                <w:b w:val="0"/>
                <w:sz w:val="18"/>
              </w:rPr>
              <w:t>长方形、正方形、平行四边形、三角形和梯形的面积计算公式。</w:t>
            </w:r>
          </w:p>
          <w:p>
            <w:pPr>
              <w:spacing w:after="20" w:line="276" w:lineRule="auto"/>
            </w:pPr>
            <w:r>
              <w:rPr>
                <w:rFonts w:ascii="宋体" w:hAnsi="宋体" w:eastAsia="宋体"/>
                <w:b w:val="0"/>
                <w:sz w:val="18"/>
              </w:rPr>
              <w:t>学生交流，教师课件出示这些图形的面积计算公式。</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创设情境激活学生已有经验，自然引出本课学习内容，激发学习兴趣，核心问题："同学们，到今天为止我们已经学习了哪些平面图形的面积计算公式呢？"</w:t>
            </w:r>
          </w:p>
        </w:tc>
      </w:tr>
      <w:tr>
        <w:tc>
          <w:tcPr>
            <w:tcW w:type="dxa" w:w="1474"/>
          </w:tcPr>
          <w:p>
            <w:pPr>
              <w:spacing w:after="20" w:line="276" w:lineRule="auto"/>
            </w:pPr>
            <w:r>
              <w:rPr>
                <w:b/>
              </w:rPr>
            </w:r>
            <w:r>
              <w:rPr>
                <w:rFonts w:ascii="宋体" w:hAnsi="宋体" w:eastAsia="宋体"/>
                <w:b/>
                <w:sz w:val="18"/>
              </w:rPr>
              <w:t>知识梳理，形成网络</w:t>
            </w:r>
          </w:p>
        </w:tc>
        <w:tc>
          <w:tcPr>
            <w:tcW w:type="dxa" w:w="3061"/>
          </w:tcPr>
          <w:p>
            <w:pPr>
              <w:spacing w:after="20" w:line="276" w:lineRule="auto"/>
            </w:pPr>
            <w:r/>
            <w:r>
              <w:rPr>
                <w:rFonts w:ascii="宋体" w:hAnsi="宋体" w:eastAsia="宋体"/>
                <w:b w:val="0"/>
                <w:sz w:val="18"/>
              </w:rPr>
              <w:t>1.复习多边形面积计算公式。</w:t>
            </w:r>
          </w:p>
          <w:p>
            <w:pPr>
              <w:spacing w:after="20" w:line="276" w:lineRule="auto"/>
            </w:pPr>
            <w:r>
              <w:rPr>
                <w:rFonts w:ascii="宋体" w:hAnsi="宋体" w:eastAsia="宋体"/>
                <w:b w:val="0"/>
                <w:sz w:val="18"/>
              </w:rPr>
              <w:t>师：大家还记得平行四边形、三角形、梯形这三种平面图形的面积计算公式分别是怎样推导出来的吗？</w:t>
            </w:r>
          </w:p>
          <w:p>
            <w:pPr>
              <w:spacing w:after="20" w:line="276" w:lineRule="auto"/>
            </w:pPr>
            <w:r>
              <w:rPr>
                <w:rFonts w:ascii="宋体" w:hAnsi="宋体" w:eastAsia="宋体"/>
                <w:b w:val="0"/>
                <w:sz w:val="18"/>
              </w:rPr>
              <w:t>组织四人小组，说一说推导过程。教师巡视指导。</w:t>
            </w:r>
          </w:p>
          <w:p>
            <w:pPr>
              <w:spacing w:after="20" w:line="276" w:lineRule="auto"/>
            </w:pPr>
            <w:r>
              <w:rPr>
                <w:rFonts w:ascii="宋体" w:hAnsi="宋体" w:eastAsia="宋体"/>
                <w:b w:val="0"/>
                <w:sz w:val="18"/>
              </w:rPr>
              <w:t>2.整理完整知识结构。</w:t>
            </w:r>
          </w:p>
          <w:p>
            <w:pPr>
              <w:spacing w:after="20" w:line="276" w:lineRule="auto"/>
            </w:pPr>
            <w:r>
              <w:rPr>
                <w:rFonts w:ascii="宋体" w:hAnsi="宋体" w:eastAsia="宋体"/>
                <w:b w:val="0"/>
                <w:sz w:val="18"/>
              </w:rPr>
              <w:t>师：这些图形的面积计算公式推导之间有什么联系？你能把这四种图形的联系用图表示出来吗？（课件出示四种图形）</w:t>
            </w:r>
          </w:p>
          <w:p>
            <w:pPr>
              <w:spacing w:after="20" w:line="276" w:lineRule="auto"/>
            </w:pPr>
            <w:r>
              <w:rPr>
                <w:rFonts w:ascii="宋体" w:hAnsi="宋体" w:eastAsia="宋体"/>
                <w:b w:val="0"/>
                <w:sz w:val="18"/>
              </w:rPr>
              <w:t>（1）小组讨论，尝试画图，教师巡视帮助。</w:t>
            </w:r>
          </w:p>
          <w:p>
            <w:pPr>
              <w:spacing w:after="20" w:line="276" w:lineRule="auto"/>
            </w:pPr>
            <w:r>
              <w:rPr>
                <w:rFonts w:ascii="宋体" w:hAnsi="宋体" w:eastAsia="宋体"/>
                <w:b w:val="0"/>
                <w:sz w:val="18"/>
              </w:rPr>
              <w:t>（2）展示学生的知识结构图，并让学生说一说是怎样想的。</w:t>
            </w:r>
          </w:p>
          <w:p>
            <w:pPr>
              <w:spacing w:after="20" w:line="276" w:lineRule="auto"/>
            </w:pPr>
            <w:r>
              <w:rPr>
                <w:rFonts w:ascii="宋体" w:hAnsi="宋体" w:eastAsia="宋体"/>
                <w:b w:val="0"/>
                <w:sz w:val="18"/>
              </w:rPr>
              <w:t>（3）总结方法。</w:t>
            </w:r>
          </w:p>
          <w:p>
            <w:pPr>
              <w:spacing w:after="20" w:line="276" w:lineRule="auto"/>
            </w:pPr>
            <w:r>
              <w:rPr>
                <w:rFonts w:ascii="宋体" w:hAnsi="宋体" w:eastAsia="宋体"/>
                <w:b w:val="0"/>
                <w:sz w:val="18"/>
              </w:rPr>
              <w:t>师：平行四边形、三角形、梯形都运用了什么方法来推导出它们的面积计算公式？</w:t>
            </w:r>
          </w:p>
          <w:p>
            <w:pPr>
              <w:spacing w:after="20" w:line="276" w:lineRule="auto"/>
            </w:pPr>
            <w:r>
              <w:rPr>
                <w:rFonts w:ascii="宋体" w:hAnsi="宋体" w:eastAsia="宋体"/>
                <w:b w:val="0"/>
                <w:sz w:val="18"/>
              </w:rPr>
              <w:t>师：没错，现在就让我们回顾下具体是怎么推导的。</w:t>
            </w:r>
          </w:p>
          <w:p>
            <w:pPr>
              <w:spacing w:after="20" w:line="276" w:lineRule="auto"/>
            </w:pPr>
            <w:r>
              <w:rPr>
                <w:rFonts w:ascii="宋体" w:hAnsi="宋体" w:eastAsia="宋体"/>
                <w:b w:val="0"/>
                <w:sz w:val="18"/>
              </w:rPr>
              <w:t>教师出示课件。</w:t>
            </w:r>
          </w:p>
          <w:p>
            <w:pPr>
              <w:spacing w:after="20" w:line="276" w:lineRule="auto"/>
            </w:pPr>
            <w:r>
              <w:rPr>
                <w:rFonts w:ascii="宋体" w:hAnsi="宋体" w:eastAsia="宋体"/>
                <w:b w:val="0"/>
                <w:sz w:val="18"/>
              </w:rPr>
              <w:t>（4）深化理解，沟通联系</w:t>
            </w:r>
          </w:p>
          <w:p>
            <w:pPr>
              <w:spacing w:after="20" w:line="276" w:lineRule="auto"/>
            </w:pPr>
            <w:r>
              <w:rPr>
                <w:rFonts w:ascii="宋体" w:hAnsi="宋体" w:eastAsia="宋体"/>
                <w:b w:val="0"/>
                <w:sz w:val="18"/>
              </w:rPr>
              <w:t>师：这四种图形如果只保留一个公式，你们觉得哪个公式可以通用？</w:t>
            </w:r>
          </w:p>
          <w:p>
            <w:pPr>
              <w:spacing w:after="20" w:line="276" w:lineRule="auto"/>
            </w:pPr>
            <w:r>
              <w:rPr>
                <w:rFonts w:ascii="宋体" w:hAnsi="宋体" w:eastAsia="宋体"/>
                <w:b w:val="0"/>
                <w:sz w:val="18"/>
              </w:rPr>
              <w:t>课件动态演示四种图形之间的变化关系。</w:t>
            </w:r>
          </w:p>
          <w:p>
            <w:pPr>
              <w:spacing w:after="20" w:line="276" w:lineRule="auto"/>
            </w:pPr>
            <w:r>
              <w:rPr>
                <w:rFonts w:ascii="宋体" w:hAnsi="宋体" w:eastAsia="宋体"/>
                <w:b w:val="0"/>
                <w:sz w:val="18"/>
              </w:rPr>
              <w:t>师小结：长方形、正方形、三角形和平行四边形都可以看成是梯形，都可以运用梯形的面积计算公式计算面积。</w:t>
            </w:r>
          </w:p>
          <w:p>
            <w:pPr>
              <w:spacing w:after="20" w:line="276" w:lineRule="auto"/>
            </w:pPr>
            <w:r>
              <w:rPr>
                <w:rFonts w:ascii="宋体" w:hAnsi="宋体" w:eastAsia="宋体"/>
                <w:b w:val="0"/>
                <w:sz w:val="18"/>
              </w:rPr>
              <w:t>3.复习面积单位。</w:t>
            </w:r>
          </w:p>
          <w:p>
            <w:pPr>
              <w:spacing w:after="20" w:line="276" w:lineRule="auto"/>
            </w:pPr>
            <w:r>
              <w:rPr>
                <w:rFonts w:ascii="宋体" w:hAnsi="宋体" w:eastAsia="宋体"/>
                <w:b w:val="0"/>
                <w:sz w:val="18"/>
              </w:rPr>
              <w:t>师：在计算多边形的面积时，要用到面积单位，本单元我们学习了哪些面积单位？</w:t>
            </w:r>
          </w:p>
          <w:p>
            <w:pPr>
              <w:spacing w:after="20" w:line="276" w:lineRule="auto"/>
            </w:pPr>
            <w:r>
              <w:rPr>
                <w:rFonts w:ascii="宋体" w:hAnsi="宋体" w:eastAsia="宋体"/>
                <w:b w:val="0"/>
                <w:sz w:val="18"/>
              </w:rPr>
              <w:t>师：它们和平方米有什么关系？</w:t>
            </w:r>
          </w:p>
        </w:tc>
        <w:tc>
          <w:tcPr>
            <w:tcW w:type="dxa" w:w="3061"/>
          </w:tcPr>
          <w:p>
            <w:pPr>
              <w:spacing w:after="20" w:line="276" w:lineRule="auto"/>
            </w:pPr>
            <w:r/>
            <w:r>
              <w:rPr>
                <w:rFonts w:ascii="宋体" w:hAnsi="宋体" w:eastAsia="宋体"/>
                <w:b w:val="0"/>
                <w:sz w:val="18"/>
              </w:rPr>
              <w:t>全班交流。让学生选择平面图形说出其面积计算公式的推导过程。</w:t>
            </w:r>
          </w:p>
          <w:p>
            <w:pPr>
              <w:spacing w:after="20" w:line="276" w:lineRule="auto"/>
            </w:pPr>
            <w:r>
              <w:rPr>
                <w:rFonts w:ascii="宋体" w:hAnsi="宋体" w:eastAsia="宋体"/>
                <w:b w:val="0"/>
                <w:sz w:val="18"/>
              </w:rPr>
              <w:t>学生汇报后，教师引导其他小组进行评价。</w:t>
            </w:r>
          </w:p>
          <w:p>
            <w:pPr>
              <w:spacing w:after="20" w:line="276" w:lineRule="auto"/>
            </w:pPr>
            <w:r>
              <w:rPr>
                <w:rFonts w:ascii="宋体" w:hAnsi="宋体" w:eastAsia="宋体"/>
                <w:b w:val="0"/>
                <w:sz w:val="18"/>
              </w:rPr>
              <w:t>都运用了转化的方法。</w:t>
            </w:r>
          </w:p>
          <w:p>
            <w:pPr>
              <w:spacing w:after="20" w:line="276" w:lineRule="auto"/>
            </w:pPr>
            <w:r>
              <w:rPr>
                <w:rFonts w:ascii="宋体" w:hAnsi="宋体" w:eastAsia="宋体"/>
                <w:b w:val="0"/>
                <w:sz w:val="18"/>
              </w:rPr>
              <w:t>学生独立思考后，交流讨论。</w:t>
            </w:r>
          </w:p>
          <w:p>
            <w:pPr>
              <w:spacing w:after="20" w:line="276" w:lineRule="auto"/>
            </w:pPr>
            <w:r>
              <w:rPr>
                <w:rFonts w:ascii="宋体" w:hAnsi="宋体" w:eastAsia="宋体"/>
                <w:b w:val="0"/>
                <w:sz w:val="18"/>
              </w:rPr>
              <w:t>我们学习了公顷和平方千米。</w:t>
            </w:r>
          </w:p>
          <w:p>
            <w:pPr>
              <w:spacing w:after="20" w:line="276" w:lineRule="auto"/>
            </w:pPr>
            <w:r>
              <w:rPr>
                <w:rFonts w:ascii="宋体" w:hAnsi="宋体" w:eastAsia="宋体"/>
                <w:b w:val="0"/>
                <w:sz w:val="18"/>
              </w:rPr>
              <w:t>1平方千米＝100公顷＝1000000平方米，1公顷＝10000平方米。</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引导学生回顾梳理本课所学，完善认知结构，提升归纳与反思能力，核心问题："大家还记得平行四边形、三角形、梯形这三种平面图形的面积计算公式分别是怎样推导出来的吗？"</w:t>
            </w:r>
          </w:p>
        </w:tc>
      </w:tr>
      <w:tr>
        <w:tc>
          <w:tcPr>
            <w:tcW w:type="dxa" w:w="1474"/>
          </w:tcPr>
          <w:p>
            <w:pPr>
              <w:spacing w:after="20" w:line="276" w:lineRule="auto"/>
            </w:pPr>
            <w:r>
              <w:rPr>
                <w:b/>
              </w:rPr>
            </w:r>
            <w:r>
              <w:rPr>
                <w:rFonts w:ascii="宋体" w:hAnsi="宋体" w:eastAsia="宋体"/>
                <w:b/>
                <w:sz w:val="18"/>
              </w:rPr>
              <w:t>知识运用，巩固练习</w:t>
            </w:r>
          </w:p>
        </w:tc>
        <w:tc>
          <w:tcPr>
            <w:tcW w:type="dxa" w:w="3061"/>
          </w:tcPr>
          <w:p>
            <w:pPr>
              <w:spacing w:after="20" w:line="276" w:lineRule="auto"/>
            </w:pPr>
            <w:r/>
            <w:r>
              <w:rPr>
                <w:rFonts w:ascii="宋体" w:hAnsi="宋体" w:eastAsia="宋体"/>
                <w:b w:val="0"/>
                <w:sz w:val="18"/>
              </w:rPr>
              <w:t>（一）基础练习。</w:t>
            </w:r>
          </w:p>
          <w:p>
            <w:pPr>
              <w:spacing w:after="20" w:line="276" w:lineRule="auto"/>
            </w:pPr>
            <w:r>
              <w:rPr>
                <w:rFonts w:ascii="宋体" w:hAnsi="宋体" w:eastAsia="宋体"/>
                <w:b w:val="0"/>
                <w:sz w:val="18"/>
              </w:rPr>
              <w:t>1.完成教科书P93“练习十八”第1、3题。</w:t>
            </w:r>
          </w:p>
          <w:p>
            <w:pPr>
              <w:spacing w:after="20" w:line="276" w:lineRule="auto"/>
            </w:pPr>
            <w:r>
              <w:rPr>
                <w:rFonts w:ascii="宋体" w:hAnsi="宋体" w:eastAsia="宋体"/>
                <w:b w:val="0"/>
                <w:sz w:val="18"/>
              </w:rPr>
              <w:t>2.完成教科书P93“练习十八”第4题。</w:t>
            </w:r>
          </w:p>
          <w:p>
            <w:pPr>
              <w:spacing w:after="20" w:line="276" w:lineRule="auto"/>
            </w:pPr>
            <w:r>
              <w:rPr>
                <w:rFonts w:ascii="宋体" w:hAnsi="宋体" w:eastAsia="宋体"/>
                <w:b w:val="0"/>
                <w:sz w:val="18"/>
              </w:rPr>
              <w:t>师：怎样计算这个图形的面积？</w:t>
            </w:r>
          </w:p>
          <w:p>
            <w:pPr>
              <w:spacing w:after="20" w:line="276" w:lineRule="auto"/>
            </w:pPr>
            <w:r>
              <w:rPr>
                <w:rFonts w:ascii="宋体" w:hAnsi="宋体" w:eastAsia="宋体"/>
                <w:b w:val="0"/>
                <w:sz w:val="18"/>
              </w:rPr>
              <w:t>师生交流，集体订正。</w:t>
            </w:r>
          </w:p>
          <w:p>
            <w:pPr>
              <w:spacing w:after="20" w:line="276" w:lineRule="auto"/>
            </w:pPr>
            <w:r>
              <w:rPr>
                <w:rFonts w:ascii="宋体" w:hAnsi="宋体" w:eastAsia="宋体"/>
                <w:b w:val="0"/>
                <w:sz w:val="18"/>
              </w:rPr>
              <w:t>（二）指导练习。</w:t>
            </w:r>
          </w:p>
          <w:p>
            <w:pPr>
              <w:spacing w:after="20" w:line="276" w:lineRule="auto"/>
            </w:pPr>
            <w:r>
              <w:rPr>
                <w:rFonts w:ascii="宋体" w:hAnsi="宋体" w:eastAsia="宋体"/>
                <w:b w:val="0"/>
                <w:sz w:val="18"/>
              </w:rPr>
              <w:t>1.完成教科书P94“练习十八”第6题。</w:t>
            </w:r>
          </w:p>
          <w:p>
            <w:pPr>
              <w:spacing w:after="20" w:line="276" w:lineRule="auto"/>
            </w:pPr>
            <w:r>
              <w:rPr>
                <w:rFonts w:ascii="宋体" w:hAnsi="宋体" w:eastAsia="宋体"/>
                <w:b w:val="0"/>
                <w:sz w:val="18"/>
              </w:rPr>
              <w:t>师：怎样估计涂色部分的面积？</w:t>
            </w:r>
          </w:p>
          <w:p>
            <w:pPr>
              <w:spacing w:after="20" w:line="276" w:lineRule="auto"/>
            </w:pPr>
            <w:r>
              <w:rPr>
                <w:rFonts w:ascii="宋体" w:hAnsi="宋体" w:eastAsia="宋体"/>
                <w:b w:val="0"/>
                <w:sz w:val="18"/>
              </w:rPr>
              <w:t>2.完成教科书P94“练习十八”第7题。</w:t>
            </w:r>
          </w:p>
          <w:p>
            <w:pPr>
              <w:spacing w:after="20" w:line="276" w:lineRule="auto"/>
            </w:pPr>
            <w:r>
              <w:rPr>
                <w:rFonts w:ascii="宋体" w:hAnsi="宋体" w:eastAsia="宋体"/>
                <w:b w:val="0"/>
                <w:sz w:val="18"/>
              </w:rPr>
              <w:t>师：火箭模型是一个组合图形，可以分成哪几个基本图形？</w:t>
            </w:r>
          </w:p>
          <w:p>
            <w:pPr>
              <w:spacing w:after="20" w:line="276" w:lineRule="auto"/>
            </w:pPr>
            <w:r>
              <w:rPr>
                <w:rFonts w:ascii="宋体" w:hAnsi="宋体" w:eastAsia="宋体"/>
                <w:b w:val="0"/>
                <w:sz w:val="18"/>
              </w:rPr>
              <w:t>（三）拓展练习。</w:t>
            </w:r>
          </w:p>
          <w:p>
            <w:pPr>
              <w:spacing w:after="20" w:line="276" w:lineRule="auto"/>
            </w:pPr>
            <w:r>
              <w:rPr>
                <w:rFonts w:ascii="宋体" w:hAnsi="宋体" w:eastAsia="宋体"/>
                <w:b w:val="0"/>
                <w:sz w:val="18"/>
              </w:rPr>
              <w:t>完成教科书P94“练习十八”第8题。</w:t>
            </w:r>
          </w:p>
          <w:p>
            <w:pPr>
              <w:spacing w:after="20" w:line="276" w:lineRule="auto"/>
            </w:pPr>
            <w:r>
              <w:rPr>
                <w:rFonts w:ascii="宋体" w:hAnsi="宋体" w:eastAsia="宋体"/>
                <w:b w:val="0"/>
                <w:sz w:val="18"/>
              </w:rPr>
              <w:t>（1）根据图形间的联系猜测面积关系。</w:t>
            </w:r>
          </w:p>
          <w:p>
            <w:pPr>
              <w:spacing w:after="20" w:line="276" w:lineRule="auto"/>
            </w:pPr>
            <w:r>
              <w:rPr>
                <w:rFonts w:ascii="宋体" w:hAnsi="宋体" w:eastAsia="宋体"/>
                <w:b w:val="0"/>
                <w:sz w:val="18"/>
              </w:rPr>
              <w:t>师：先观察这四个图形，它们之间有怎样的联系？</w:t>
            </w:r>
          </w:p>
          <w:p>
            <w:pPr>
              <w:spacing w:after="20" w:line="276" w:lineRule="auto"/>
            </w:pPr>
            <w:r>
              <w:rPr>
                <w:rFonts w:ascii="宋体" w:hAnsi="宋体" w:eastAsia="宋体"/>
                <w:b w:val="0"/>
                <w:sz w:val="18"/>
              </w:rPr>
              <w:t>引导学生分析，发现内在联系，根据公式推导出它们之间的关系。</w:t>
            </w:r>
          </w:p>
          <w:p>
            <w:pPr>
              <w:spacing w:after="20" w:line="276" w:lineRule="auto"/>
            </w:pPr>
            <w:r>
              <w:rPr>
                <w:rFonts w:ascii="宋体" w:hAnsi="宋体" w:eastAsia="宋体"/>
                <w:b w:val="0"/>
                <w:sz w:val="18"/>
              </w:rPr>
              <w:t>（2）学生独立完成，测量出数据，计算出面积。</w:t>
            </w:r>
          </w:p>
          <w:p>
            <w:pPr>
              <w:spacing w:after="20" w:line="276" w:lineRule="auto"/>
            </w:pPr>
            <w:r>
              <w:rPr>
                <w:rFonts w:ascii="宋体" w:hAnsi="宋体" w:eastAsia="宋体"/>
                <w:b w:val="0"/>
                <w:sz w:val="18"/>
              </w:rPr>
              <w:t>（3）全班汇报后订正。</w:t>
            </w:r>
          </w:p>
          <w:p>
            <w:pPr>
              <w:spacing w:after="20" w:line="276" w:lineRule="auto"/>
            </w:pPr>
            <w:r>
              <w:rPr>
                <w:rFonts w:ascii="宋体" w:hAnsi="宋体" w:eastAsia="宋体"/>
                <w:b w:val="0"/>
                <w:sz w:val="18"/>
              </w:rPr>
              <w:t>可以让学生进一步思考：这四个图形的高相等，面积相等，它们的底之间有什么联系？</w:t>
            </w:r>
          </w:p>
          <w:p>
            <w:pPr>
              <w:spacing w:after="20" w:line="276" w:lineRule="auto"/>
            </w:pPr>
            <w:r>
              <w:rPr>
                <w:rFonts w:ascii="宋体" w:hAnsi="宋体" w:eastAsia="宋体"/>
                <w:b w:val="0"/>
                <w:sz w:val="18"/>
              </w:rPr>
              <w:t>师：同学们认为哪一种说法正确呢？</w:t>
            </w:r>
          </w:p>
          <w:p>
            <w:pPr>
              <w:spacing w:after="20" w:line="276" w:lineRule="auto"/>
            </w:pPr>
            <w:r>
              <w:rPr>
                <w:rFonts w:ascii="宋体" w:hAnsi="宋体" w:eastAsia="宋体"/>
                <w:b w:val="0"/>
                <w:sz w:val="18"/>
              </w:rPr>
              <w:t>师生交流后，学生独立完成，比较它们的面积并说说发现。</w:t>
            </w:r>
          </w:p>
          <w:p>
            <w:pPr>
              <w:spacing w:after="20" w:line="276" w:lineRule="auto"/>
            </w:pPr>
            <w:r>
              <w:rPr>
                <w:rFonts w:ascii="宋体" w:hAnsi="宋体" w:eastAsia="宋体"/>
                <w:b w:val="0"/>
                <w:sz w:val="18"/>
              </w:rPr>
              <w:t>（四）自主练习。</w:t>
            </w:r>
          </w:p>
        </w:tc>
        <w:tc>
          <w:tcPr>
            <w:tcW w:type="dxa" w:w="3061"/>
          </w:tcPr>
          <w:p>
            <w:pPr>
              <w:spacing w:after="20" w:line="276" w:lineRule="auto"/>
            </w:pPr>
            <w:r/>
            <w:r>
              <w:rPr>
                <w:rFonts w:ascii="宋体" w:hAnsi="宋体" w:eastAsia="宋体"/>
                <w:b w:val="0"/>
                <w:sz w:val="18"/>
              </w:rPr>
              <w:t>学生独立试做，然后集体交流，纠错。</w:t>
            </w:r>
          </w:p>
          <w:p>
            <w:pPr>
              <w:spacing w:after="20" w:line="276" w:lineRule="auto"/>
            </w:pPr>
            <w:r>
              <w:rPr>
                <w:rFonts w:ascii="宋体" w:hAnsi="宋体" w:eastAsia="宋体"/>
                <w:b w:val="0"/>
                <w:sz w:val="18"/>
              </w:rPr>
              <w:t>学生交流方法后，独立完成，全班汇报后订正。</w:t>
            </w:r>
          </w:p>
          <w:p>
            <w:pPr>
              <w:spacing w:after="20" w:line="276" w:lineRule="auto"/>
            </w:pPr>
            <w:r>
              <w:rPr>
                <w:rFonts w:ascii="宋体" w:hAnsi="宋体" w:eastAsia="宋体"/>
                <w:b w:val="0"/>
                <w:sz w:val="18"/>
              </w:rPr>
              <w:t>三角形、长方形和梯形。</w:t>
            </w:r>
          </w:p>
          <w:p>
            <w:pPr>
              <w:spacing w:after="20" w:line="276" w:lineRule="auto"/>
            </w:pPr>
            <w:r>
              <w:rPr>
                <w:rFonts w:ascii="宋体" w:hAnsi="宋体" w:eastAsia="宋体"/>
                <w:b w:val="0"/>
                <w:sz w:val="18"/>
              </w:rPr>
              <w:t>学生独立完成，全班汇报后订正。</w:t>
            </w:r>
          </w:p>
          <w:p>
            <w:pPr>
              <w:spacing w:after="20" w:line="276" w:lineRule="auto"/>
            </w:pPr>
            <w:r>
              <w:rPr>
                <w:rFonts w:ascii="宋体" w:hAnsi="宋体" w:eastAsia="宋体"/>
                <w:b w:val="0"/>
                <w:sz w:val="18"/>
              </w:rPr>
              <w:t>预设1：它们的底都相等。</w:t>
            </w:r>
          </w:p>
          <w:p>
            <w:pPr>
              <w:spacing w:after="20" w:line="276" w:lineRule="auto"/>
            </w:pPr>
            <w:r>
              <w:rPr>
                <w:rFonts w:ascii="宋体" w:hAnsi="宋体" w:eastAsia="宋体"/>
                <w:b w:val="0"/>
                <w:sz w:val="18"/>
              </w:rPr>
              <w:t>预设2：平行四边形的底和长方形的宽相等；梯形上底与下底之和与三角形的底相等，且是平行四边形的底、长方形的宽的2倍。</w:t>
            </w:r>
          </w:p>
          <w:p>
            <w:pPr>
              <w:spacing w:after="20" w:line="276" w:lineRule="auto"/>
            </w:pPr>
            <w:r>
              <w:rPr>
                <w:rFonts w:ascii="宋体" w:hAnsi="宋体" w:eastAsia="宋体"/>
                <w:b w:val="0"/>
                <w:sz w:val="18"/>
              </w:rPr>
              <w:t>第2种说法正确。</w:t>
            </w:r>
          </w:p>
          <w:p>
            <w:pPr>
              <w:spacing w:after="20" w:line="276" w:lineRule="auto"/>
            </w:pPr>
            <w:r>
              <w:rPr>
                <w:rFonts w:ascii="宋体" w:hAnsi="宋体" w:eastAsia="宋体"/>
                <w:b w:val="0"/>
                <w:sz w:val="18"/>
              </w:rPr>
              <w:t>学生课后自主完成教科书P93～94“练习十八”第2、5题。</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通过有层次的练习及时反馈学情，巩固新知，培养学生灵活运用知识解决问题的能力，核心问题："怎样计算这个图形的面积？"</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师：通过这节课的学习，你有哪些收获？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这一单元的知识点杂而多、难而繁，为了了解各知识点间的联系，将复杂的知识点结构化，本节课让学生自己整理、归类，自读自讲，教师只是起到穿针引线的作用，在恰当的时机给予点拨和引导。</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教科书P92“整理和复习”，完成教科书P93～94“练习十八”。</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各小组全员参与并设计了不同的知识结构图，有的是知识树，有的是气泡图，有的是知识花，还有的是简要结构图……可见学生在整理知识的时候也下了一番苦功夫。从整节课的反馈来看基本达到了预设目标。</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