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人教版五年级数学上册</w:t>
      </w:r>
    </w:p>
    <w:p>
      <w:pPr>
        <w:spacing w:after="80" w:line="300" w:lineRule="auto"/>
        <w:jc w:val="center"/>
      </w:pPr>
      <w:r>
        <w:rPr>
          <w:rFonts w:ascii="黑体" w:hAnsi="黑体" w:eastAsia="黑体"/>
          <w:b/>
          <w:sz w:val="26"/>
        </w:rPr>
        <w:t>第8单元 复习与关联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第8单元 复习与关联</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跨领域（复习）</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5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（见各课时"课前思考·教材分析"。）</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（结合班情诊断学生已有知识基础与学习困难，确定单元学习起点。）</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第1课时：构建小数和整数四则运算的知识网络，厘清各知识点之间的联系。掌握小数乘、除法的运算方法，能熟练地计算。能根据具体情境或按照要求取积、商的近似值。</w:t>
      </w:r>
    </w:p>
    <w:p>
      <w:pPr>
        <w:spacing w:after="20" w:line="300" w:lineRule="auto"/>
        <w:ind w:firstLine="400"/>
      </w:pPr>
      <w:r>
        <w:rPr>
          <w:rFonts w:ascii="宋体" w:hAnsi="宋体" w:eastAsia="宋体"/>
          <w:b w:val="0"/>
          <w:sz w:val="20"/>
        </w:rPr>
        <w:t>第2课时：通过复习，进一步理解用字母表示数的作用，能用含有字母的式子表示计算公式、运算律和数量关系。渗透初步的代数思想，发展符号意识。</w:t>
      </w:r>
    </w:p>
    <w:p>
      <w:pPr>
        <w:spacing w:after="20" w:line="300" w:lineRule="auto"/>
        <w:ind w:firstLine="400"/>
      </w:pPr>
      <w:r>
        <w:rPr>
          <w:rFonts w:ascii="宋体" w:hAnsi="宋体" w:eastAsia="宋体"/>
          <w:b w:val="0"/>
          <w:sz w:val="20"/>
        </w:rPr>
        <w:t>第3课时：能想象出组合体从不同方向看到的图形，能根据要求还原组合体，体会摆法多样性。</w:t>
      </w:r>
    </w:p>
    <w:p>
      <w:pPr>
        <w:spacing w:after="20" w:line="300" w:lineRule="auto"/>
        <w:ind w:firstLine="400"/>
      </w:pPr>
      <w:r>
        <w:rPr>
          <w:rFonts w:ascii="宋体" w:hAnsi="宋体" w:eastAsia="宋体"/>
          <w:b w:val="0"/>
          <w:sz w:val="20"/>
        </w:rPr>
        <w:t>第4课时：通过复习，进一步体验不确定现象，感受可能性的大小，并能列出所有可能的结果。</w:t>
      </w:r>
    </w:p>
    <w:p>
      <w:pPr>
        <w:spacing w:after="20" w:line="300" w:lineRule="auto"/>
        <w:ind w:firstLine="400"/>
      </w:pPr>
      <w:r>
        <w:rPr>
          <w:rFonts w:ascii="宋体" w:hAnsi="宋体" w:eastAsia="宋体"/>
          <w:b w:val="0"/>
          <w:sz w:val="20"/>
        </w:rPr>
        <w:t>第5课时：通过猜测、试验等数学活动，初步体会植树问题的规律。</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数与运算</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构建小数和整数四则运算的知识网络，厘清各知识点之间的联系。掌握小数乘、除法的运算方法，能熟练地计算。能根据具体情境或按照要求取积、商的近似值。</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数量关系</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通过复习，进一步理解用字母表示数的作用，能用含有字母的式子表示计算公式、运算律和数量关系。渗透初步的代数思想，发展符号意识。</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图形的认识、测量与运动</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能想象出组合体从不同方向看到的图形，能根据要求还原组合体，体会摆法多样性。</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可能性</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通过复习，进一步体验不确定现象，感受可能性的大小，并能列出所有可能的结果。</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数学广角：植树问题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通过猜测、试验等数学活动，初步体会植树问题的规律。</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数与运算</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数与运算</w:t>
            </w:r>
          </w:p>
        </w:tc>
        <w:tc>
          <w:tcPr>
            <w:tcW w:type="dxa" w:w="6009"/>
          </w:tcPr>
          <w:p>
            <w:pPr>
              <w:spacing w:after="20" w:line="276" w:lineRule="auto"/>
            </w:pPr>
            <w:r/>
            <w:r>
              <w:rPr>
                <w:rFonts w:ascii="宋体" w:hAnsi="宋体" w:eastAsia="宋体"/>
                <w:b w:val="0"/>
                <w:sz w:val="20"/>
              </w:rPr>
              <w:t>第8单元 复习与关联</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教学内容：教科书P107～108“数与运算”，完成教科书P110“应用提升”第2题第（1）题及P112～115“练习二十一”第1、17题。</w:t>
      </w:r>
    </w:p>
    <w:p>
      <w:pPr>
        <w:spacing w:after="80" w:line="300" w:lineRule="auto"/>
        <w:ind w:firstLine="400"/>
      </w:pPr>
      <w:r>
        <w:rPr>
          <w:rFonts w:ascii="宋体" w:hAnsi="宋体" w:eastAsia="宋体"/>
          <w:b w:val="0"/>
          <w:sz w:val="20"/>
        </w:rPr>
        <w:t>教学准备：课件、练习纸、课前布置学生制作“知识结构图”。</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（1）构建小数和整数四则运算的知识网络，厘清各知识点之间的联系。掌握小数乘、除法的运算方法，能熟练地计算。能根据具体情境或按照要求取积、商的近似值。</w:t>
      </w:r>
    </w:p>
    <w:p>
      <w:pPr>
        <w:spacing w:after="20" w:line="300" w:lineRule="auto"/>
        <w:ind w:firstLine="400"/>
      </w:pPr>
      <w:r>
        <w:rPr>
          <w:rFonts w:ascii="宋体" w:hAnsi="宋体" w:eastAsia="宋体"/>
          <w:b w:val="0"/>
          <w:sz w:val="20"/>
        </w:rPr>
        <w:t>（2）进一步培养分析、判断和概括能力；通过小组合作学习，学会交流，相互评价，提高合作意识和数学表达能力。</w:t>
      </w:r>
    </w:p>
    <w:p>
      <w:pPr>
        <w:spacing w:after="20" w:line="300" w:lineRule="auto"/>
      </w:pPr>
      <w:r>
        <w:rPr>
          <w:rFonts w:ascii="宋体" w:hAnsi="宋体" w:eastAsia="宋体"/>
          <w:b w:val="0"/>
          <w:sz w:val="20"/>
        </w:rPr>
        <w:t>教学重点：建构小数和整数四则运算的知识网络，进一步提升小数乘、除法的运算能力。</w:t>
      </w:r>
    </w:p>
    <w:p>
      <w:pPr>
        <w:spacing w:after="20" w:line="300" w:lineRule="auto"/>
      </w:pPr>
      <w:r>
        <w:rPr>
          <w:rFonts w:ascii="宋体" w:hAnsi="宋体" w:eastAsia="宋体"/>
          <w:b w:val="0"/>
          <w:sz w:val="20"/>
        </w:rPr>
        <w:t>教学难点：选择合适的方法进行小数乘、除法的简便计算。</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展示“知识结构图”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本学期的学习涉及哪些内容？具体内容是什么？学习中遇到了哪些问题？用哪些方法解决问题？有什么收获？</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二、梳理内容</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同学们回顾一下，本学期关于“数与运算”的内容有哪些？</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回顾小数乘、除法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完成这个题之后，我们来回顾一下，我们该怎样计算小数乘法？要注意什么问题？；我们又该怎样计算小数除法？又需要注意什么问题？</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综合应用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这节课，我们复习了什么内容？你有哪些收获？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展示“知识结构图”</w:t>
            </w:r>
          </w:p>
        </w:tc>
        <w:tc>
          <w:tcPr>
            <w:tcW w:type="dxa" w:w="3061"/>
          </w:tcPr>
          <w:p>
            <w:pPr>
              <w:spacing w:after="20" w:line="276" w:lineRule="auto"/>
            </w:pPr>
            <w:r/>
            <w:r>
              <w:rPr>
                <w:rFonts w:ascii="宋体" w:hAnsi="宋体" w:eastAsia="宋体"/>
                <w:b w:val="0"/>
                <w:sz w:val="18"/>
              </w:rPr>
              <w:t>师：本学期的学习涉及哪些内容？具体内容是什么？学习中遇到了哪些问题？用哪些方法解决问题？有什么收获？同学们在课前已经用自己喜欢的方式进行了整理，谁愿意和大家分享一下自己整理的成果？</w:t>
            </w:r>
          </w:p>
          <w:p>
            <w:pPr>
              <w:spacing w:after="20" w:line="276" w:lineRule="auto"/>
            </w:pPr>
            <w:r>
              <w:rPr>
                <w:rFonts w:ascii="宋体" w:hAnsi="宋体" w:eastAsia="宋体"/>
                <w:b w:val="0"/>
                <w:sz w:val="18"/>
              </w:rPr>
              <w:t>师小结：同学们通过建立“知识结构图”，对整本书的知识进行了回顾和整理。</w:t>
            </w:r>
          </w:p>
          <w:p>
            <w:pPr>
              <w:spacing w:after="20" w:line="276" w:lineRule="auto"/>
            </w:pPr>
            <w:r>
              <w:rPr>
                <w:rFonts w:ascii="宋体" w:hAnsi="宋体" w:eastAsia="宋体"/>
                <w:b w:val="0"/>
                <w:sz w:val="18"/>
              </w:rPr>
              <w:t>师：本节课我们重点复习“数与运算”这一板块。（板书课题：数与运算）</w:t>
            </w:r>
          </w:p>
        </w:tc>
        <w:tc>
          <w:tcPr>
            <w:tcW w:type="dxa" w:w="3061"/>
          </w:tcPr>
          <w:p>
            <w:pPr>
              <w:spacing w:after="20" w:line="276" w:lineRule="auto"/>
            </w:pPr>
            <w:r/>
            <w:r>
              <w:rPr>
                <w:rFonts w:ascii="宋体" w:hAnsi="宋体" w:eastAsia="宋体"/>
                <w:b w:val="0"/>
                <w:sz w:val="18"/>
              </w:rPr>
              <w:t>学生可能会用重点结论摘抄、知识点罗列、框架图、知识树等方式进行整理和展示。</w:t>
            </w:r>
          </w:p>
        </w:tc>
        <w:tc>
          <w:tcPr>
            <w:tcW w:type="dxa" w:w="1814"/>
          </w:tcPr>
          <w:p>
            <w:pPr>
              <w:spacing w:after="20" w:line="276" w:lineRule="auto"/>
            </w:pPr>
            <w:r/>
            <w:r>
              <w:rPr>
                <w:rFonts w:ascii="宋体" w:hAnsi="宋体" w:eastAsia="宋体"/>
                <w:b w:val="0"/>
                <w:sz w:val="18"/>
              </w:rPr>
              <w:t>组织学生交流分享学习成果与思考过程，在互动中深化理解、提升数学表达能力，核心问题："本学期的学习涉及哪些内容？具体内容是什么？学习中遇到了哪些问题？用哪些方法解决问题？有什么收获？"</w:t>
            </w:r>
          </w:p>
        </w:tc>
      </w:tr>
      <w:tr>
        <w:tc>
          <w:tcPr>
            <w:tcW w:type="dxa" w:w="1474"/>
          </w:tcPr>
          <w:p>
            <w:pPr>
              <w:spacing w:after="20" w:line="276" w:lineRule="auto"/>
            </w:pPr>
            <w:r>
              <w:rPr>
                <w:b/>
              </w:rPr>
            </w:r>
            <w:r>
              <w:rPr>
                <w:rFonts w:ascii="宋体" w:hAnsi="宋体" w:eastAsia="宋体"/>
                <w:b/>
                <w:sz w:val="18"/>
              </w:rPr>
              <w:t>二、梳理内容</w:t>
            </w:r>
          </w:p>
        </w:tc>
        <w:tc>
          <w:tcPr>
            <w:tcW w:type="dxa" w:w="3061"/>
          </w:tcPr>
          <w:p>
            <w:pPr>
              <w:spacing w:after="20" w:line="276" w:lineRule="auto"/>
            </w:pPr>
            <w:r/>
            <w:r>
              <w:rPr>
                <w:rFonts w:ascii="宋体" w:hAnsi="宋体" w:eastAsia="宋体"/>
                <w:b w:val="0"/>
                <w:sz w:val="18"/>
              </w:rPr>
              <w:t>师：同学们回顾一下，本学期关于“数与运算”的内容有哪些？</w:t>
            </w:r>
          </w:p>
          <w:p>
            <w:pPr>
              <w:spacing w:after="20" w:line="276" w:lineRule="auto"/>
            </w:pPr>
            <w:r>
              <w:rPr>
                <w:rFonts w:ascii="宋体" w:hAnsi="宋体" w:eastAsia="宋体"/>
                <w:b w:val="0"/>
                <w:sz w:val="18"/>
              </w:rPr>
              <w:t>师生交流并板书主要内容。</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引导学生回顾梳理本课所学，完善认知结构，提升归纳与反思能力，核心问题："同学们回顾一下，本学期关于“数与运算”的内容有哪些？"</w:t>
            </w:r>
          </w:p>
        </w:tc>
      </w:tr>
      <w:tr>
        <w:tc>
          <w:tcPr>
            <w:tcW w:type="dxa" w:w="1474"/>
          </w:tcPr>
          <w:p>
            <w:pPr>
              <w:spacing w:after="20" w:line="276" w:lineRule="auto"/>
            </w:pPr>
            <w:r>
              <w:rPr>
                <w:b/>
              </w:rPr>
            </w:r>
            <w:r>
              <w:rPr>
                <w:rFonts w:ascii="宋体" w:hAnsi="宋体" w:eastAsia="宋体"/>
                <w:b/>
                <w:sz w:val="18"/>
              </w:rPr>
              <w:t>回顾小数乘、除法</w:t>
            </w:r>
          </w:p>
        </w:tc>
        <w:tc>
          <w:tcPr>
            <w:tcW w:type="dxa" w:w="3061"/>
          </w:tcPr>
          <w:p>
            <w:pPr>
              <w:spacing w:after="20" w:line="276" w:lineRule="auto"/>
            </w:pPr>
            <w:r/>
            <w:r>
              <w:rPr>
                <w:rFonts w:ascii="宋体" w:hAnsi="宋体" w:eastAsia="宋体"/>
                <w:b w:val="0"/>
                <w:sz w:val="18"/>
              </w:rPr>
              <w:t>课件出示教科书P110“应用提升”第2题第（1）题。</w:t>
            </w:r>
          </w:p>
          <w:p>
            <w:pPr>
              <w:spacing w:after="20" w:line="276" w:lineRule="auto"/>
            </w:pPr>
            <w:r>
              <w:rPr>
                <w:rFonts w:ascii="宋体" w:hAnsi="宋体" w:eastAsia="宋体"/>
                <w:b w:val="0"/>
                <w:sz w:val="18"/>
              </w:rPr>
              <w:t>1.指名学生板演，全班练习。</w:t>
            </w:r>
          </w:p>
          <w:p>
            <w:pPr>
              <w:spacing w:after="20" w:line="276" w:lineRule="auto"/>
            </w:pPr>
            <w:r>
              <w:rPr>
                <w:rFonts w:ascii="宋体" w:hAnsi="宋体" w:eastAsia="宋体"/>
                <w:b w:val="0"/>
                <w:sz w:val="18"/>
              </w:rPr>
              <w:t>师：完成这个题之后，我们来回顾一下，我们该怎样计算小数乘法？要注意什么问题？</w:t>
            </w:r>
          </w:p>
          <w:p>
            <w:pPr>
              <w:spacing w:after="20" w:line="276" w:lineRule="auto"/>
            </w:pPr>
            <w:r>
              <w:rPr>
                <w:rFonts w:ascii="宋体" w:hAnsi="宋体" w:eastAsia="宋体"/>
                <w:b w:val="0"/>
                <w:sz w:val="18"/>
              </w:rPr>
              <w:t>师：我们又该怎样计算小数除法？又需要注意什么问题？</w:t>
            </w:r>
          </w:p>
          <w:p>
            <w:pPr>
              <w:spacing w:after="20" w:line="276" w:lineRule="auto"/>
            </w:pPr>
            <w:r>
              <w:rPr>
                <w:rFonts w:ascii="宋体" w:hAnsi="宋体" w:eastAsia="宋体"/>
                <w:b w:val="0"/>
                <w:sz w:val="18"/>
              </w:rPr>
              <w:t>教师引导学生思考：除法中有哪些变化规律？除了让学生说出商不变的规律，同时还要引导学生说出：一个数（0除外）除以大于1的数，商比被除数小；一个数（0除外）除以小于1（0除外）的数，商比被除数大。</w:t>
            </w:r>
          </w:p>
          <w:p>
            <w:pPr>
              <w:spacing w:after="20" w:line="276" w:lineRule="auto"/>
            </w:pPr>
            <w:r>
              <w:rPr>
                <w:rFonts w:ascii="宋体" w:hAnsi="宋体" w:eastAsia="宋体"/>
                <w:b w:val="0"/>
                <w:sz w:val="18"/>
              </w:rPr>
              <w:t>师：现在，同学们能比较一下小数乘法和小数除法的计算有哪些相同点和不同点吗？</w:t>
            </w:r>
          </w:p>
          <w:p>
            <w:pPr>
              <w:spacing w:after="20" w:line="276" w:lineRule="auto"/>
            </w:pPr>
            <w:r>
              <w:rPr>
                <w:rFonts w:ascii="宋体" w:hAnsi="宋体" w:eastAsia="宋体"/>
                <w:b w:val="0"/>
                <w:sz w:val="18"/>
              </w:rPr>
              <w:t>2.循环小数和商或积的近似值。</w:t>
            </w:r>
          </w:p>
          <w:p>
            <w:pPr>
              <w:spacing w:after="20" w:line="276" w:lineRule="auto"/>
            </w:pPr>
            <w:r>
              <w:rPr>
                <w:rFonts w:ascii="宋体" w:hAnsi="宋体" w:eastAsia="宋体"/>
                <w:b w:val="0"/>
                <w:sz w:val="18"/>
              </w:rPr>
              <w:t>师：在小数除法中，还会出现除不尽的现象，这个时候该怎么处理？</w:t>
            </w:r>
          </w:p>
          <w:p>
            <w:pPr>
              <w:spacing w:after="20" w:line="276" w:lineRule="auto"/>
            </w:pPr>
            <w:r>
              <w:rPr>
                <w:rFonts w:ascii="宋体" w:hAnsi="宋体" w:eastAsia="宋体"/>
                <w:b w:val="0"/>
                <w:sz w:val="18"/>
              </w:rPr>
              <w:t>师：什么是循环小数？循环小数是有限小数还是无限小数？循环小数怎么表示？</w:t>
            </w:r>
          </w:p>
          <w:p>
            <w:pPr>
              <w:spacing w:after="20" w:line="276" w:lineRule="auto"/>
            </w:pPr>
            <w:r>
              <w:rPr>
                <w:rFonts w:ascii="宋体" w:hAnsi="宋体" w:eastAsia="宋体"/>
                <w:b w:val="0"/>
                <w:sz w:val="18"/>
              </w:rPr>
              <w:t>根据学生发言板书。</w:t>
            </w:r>
          </w:p>
          <w:p>
            <w:pPr>
              <w:spacing w:after="20" w:line="276" w:lineRule="auto"/>
            </w:pPr>
            <w:r>
              <w:rPr>
                <w:rFonts w:ascii="宋体" w:hAnsi="宋体" w:eastAsia="宋体"/>
                <w:b w:val="0"/>
                <w:sz w:val="18"/>
              </w:rPr>
              <w:t>师：怎么取商的近似值？</w:t>
            </w:r>
          </w:p>
          <w:p>
            <w:pPr>
              <w:spacing w:after="20" w:line="276" w:lineRule="auto"/>
            </w:pPr>
            <w:r>
              <w:rPr>
                <w:rFonts w:ascii="宋体" w:hAnsi="宋体" w:eastAsia="宋体"/>
                <w:b w:val="0"/>
                <w:sz w:val="18"/>
              </w:rPr>
              <w:t>3.小数混合运算的运算顺序。</w:t>
            </w:r>
          </w:p>
          <w:p>
            <w:pPr>
              <w:spacing w:after="20" w:line="276" w:lineRule="auto"/>
            </w:pPr>
            <w:r>
              <w:rPr>
                <w:rFonts w:ascii="宋体" w:hAnsi="宋体" w:eastAsia="宋体"/>
                <w:b w:val="0"/>
                <w:sz w:val="18"/>
              </w:rPr>
              <w:t>师：小数混合运算的运算顺序与整数混合运算顺序相同吗？整数运算律和运算性质对小数是否适用？</w:t>
            </w:r>
          </w:p>
          <w:p>
            <w:pPr>
              <w:spacing w:after="20" w:line="276" w:lineRule="auto"/>
            </w:pPr>
            <w:r>
              <w:rPr>
                <w:rFonts w:ascii="宋体" w:hAnsi="宋体" w:eastAsia="宋体"/>
                <w:b w:val="0"/>
                <w:sz w:val="18"/>
              </w:rPr>
              <w:t>教师适时板书。</w:t>
            </w:r>
          </w:p>
        </w:tc>
        <w:tc>
          <w:tcPr>
            <w:tcW w:type="dxa" w:w="3061"/>
          </w:tcPr>
          <w:p>
            <w:pPr>
              <w:spacing w:after="20" w:line="276" w:lineRule="auto"/>
            </w:pPr>
            <w:r/>
            <w:r>
              <w:rPr>
                <w:rFonts w:ascii="宋体" w:hAnsi="宋体" w:eastAsia="宋体"/>
                <w:b w:val="0"/>
                <w:sz w:val="18"/>
              </w:rPr>
              <w:t>学生根据竖式复述计算过程，并概括计算法则。要注意的问题有：如何确定积的小数点的位置？（两个乘数一共有几位小数，积就有几位小数，要从积的右边数起，点上小数点。）积末尾的0如何处理？（如果积的末尾有0，要先点上小数点，再将末尾的0舍去。）计算完成后如何验算？（可以交换两个乘数的位置再乘一遍，也可以用学过的小数除法进行验算。）如何判断积的大小？[一个数（0除外）乘大于1的数，积比原来的数大；一个数（0除外）乘小于1的数，积比原来的数小。]</w:t>
            </w:r>
          </w:p>
          <w:p>
            <w:pPr>
              <w:spacing w:after="20" w:line="276" w:lineRule="auto"/>
            </w:pPr>
            <w:r>
              <w:rPr>
                <w:rFonts w:ascii="宋体" w:hAnsi="宋体" w:eastAsia="宋体"/>
                <w:b w:val="0"/>
                <w:sz w:val="18"/>
              </w:rPr>
              <w:t>学生根据竖式复述计算过程，并概括计算法则。要注意的问题有：如何确定商的小数点的位置？（商的小数点要和被除数的小数点对齐。）被除数和除数的小数位数不同怎么办？（同时扩大相同的倍数，位数不够的用0补足。）整数部分不够除怎么办？（商0，点上小数点。）如果有余数怎么办？（在余数末尾添0再继续除。）计算完成后如何验算？（可以用被除数除以商，看是否等于除数；或用除数与商相乘，看是否等于被除数。）</w:t>
            </w:r>
          </w:p>
          <w:p>
            <w:pPr>
              <w:spacing w:after="20" w:line="276" w:lineRule="auto"/>
            </w:pPr>
            <w:r>
              <w:rPr>
                <w:rFonts w:ascii="宋体" w:hAnsi="宋体" w:eastAsia="宋体"/>
                <w:b w:val="0"/>
                <w:sz w:val="18"/>
              </w:rPr>
              <w:t>交流发现小数的乘、除法都是转化为已学过的整数乘、除法来计算。乘法转化是用积的变化规律，而除法转化是用商不变的规律。</w:t>
            </w:r>
          </w:p>
          <w:p>
            <w:pPr>
              <w:spacing w:after="20" w:line="276" w:lineRule="auto"/>
            </w:pPr>
            <w:r>
              <w:rPr>
                <w:rFonts w:ascii="宋体" w:hAnsi="宋体" w:eastAsia="宋体"/>
                <w:b w:val="0"/>
                <w:sz w:val="18"/>
              </w:rPr>
              <w:t>预设1：取商的近似值。</w:t>
            </w:r>
          </w:p>
          <w:p>
            <w:pPr>
              <w:spacing w:after="20" w:line="276" w:lineRule="auto"/>
            </w:pPr>
            <w:r>
              <w:rPr>
                <w:rFonts w:ascii="宋体" w:hAnsi="宋体" w:eastAsia="宋体"/>
                <w:b w:val="0"/>
                <w:sz w:val="18"/>
              </w:rPr>
              <w:t>预设2：用循环小数表示。</w:t>
            </w:r>
          </w:p>
          <w:p>
            <w:pPr>
              <w:spacing w:after="20" w:line="276" w:lineRule="auto"/>
            </w:pPr>
            <w:r>
              <w:rPr>
                <w:rFonts w:ascii="宋体" w:hAnsi="宋体" w:eastAsia="宋体"/>
                <w:b w:val="0"/>
                <w:sz w:val="18"/>
              </w:rPr>
              <w:t>根据实际情况：“四舍五入”法、“进一”法、“去尾”法。（教师适时板书）</w:t>
            </w:r>
          </w:p>
          <w:p>
            <w:pPr>
              <w:spacing w:after="20" w:line="276" w:lineRule="auto"/>
            </w:pPr>
            <w:r>
              <w:rPr>
                <w:rFonts w:ascii="宋体" w:hAnsi="宋体" w:eastAsia="宋体"/>
                <w:b w:val="0"/>
                <w:sz w:val="18"/>
              </w:rPr>
              <w:t>小数混合运算的顺序与整数混合运算相同，整数运算律和运算性质对于小数同样适用。运用运算律和运算性质，可以使计算更简便。</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创设情境激活学生已有经验，自然引出本课学习内容，激发学习兴趣，核心问题："完成这个题之后，我们来回顾一下，我们该怎样计算小数乘法？要注意什么问题？"</w:t>
            </w:r>
          </w:p>
        </w:tc>
      </w:tr>
      <w:tr>
        <w:tc>
          <w:tcPr>
            <w:tcW w:type="dxa" w:w="1474"/>
          </w:tcPr>
          <w:p>
            <w:pPr>
              <w:spacing w:after="20" w:line="276" w:lineRule="auto"/>
            </w:pPr>
            <w:r>
              <w:rPr>
                <w:b/>
              </w:rPr>
            </w:r>
            <w:r>
              <w:rPr>
                <w:rFonts w:ascii="宋体" w:hAnsi="宋体" w:eastAsia="宋体"/>
                <w:b/>
                <w:sz w:val="18"/>
              </w:rPr>
              <w:t>综合应用</w:t>
            </w:r>
          </w:p>
        </w:tc>
        <w:tc>
          <w:tcPr>
            <w:tcW w:type="dxa" w:w="3061"/>
          </w:tcPr>
          <w:p>
            <w:pPr>
              <w:spacing w:after="20" w:line="276" w:lineRule="auto"/>
            </w:pPr>
            <w:r/>
            <w:r>
              <w:rPr>
                <w:rFonts w:ascii="宋体" w:hAnsi="宋体" w:eastAsia="宋体"/>
                <w:b w:val="0"/>
                <w:sz w:val="18"/>
              </w:rPr>
              <w:t>1.完成教科书P112“练习二十一”第1题。</w:t>
            </w:r>
          </w:p>
          <w:p>
            <w:pPr>
              <w:spacing w:after="20" w:line="276" w:lineRule="auto"/>
            </w:pPr>
            <w:r>
              <w:rPr>
                <w:rFonts w:ascii="宋体" w:hAnsi="宋体" w:eastAsia="宋体"/>
                <w:b w:val="0"/>
                <w:sz w:val="18"/>
              </w:rPr>
              <w:t>2.完成教科书P115“练习二十一”第17题。</w:t>
            </w:r>
          </w:p>
          <w:p>
            <w:pPr>
              <w:spacing w:after="20" w:line="276" w:lineRule="auto"/>
            </w:pPr>
            <w:r>
              <w:rPr>
                <w:rFonts w:ascii="宋体" w:hAnsi="宋体" w:eastAsia="宋体"/>
                <w:b w:val="0"/>
                <w:sz w:val="18"/>
              </w:rPr>
              <w:t>（1）课件呈现问题。</w:t>
            </w:r>
          </w:p>
          <w:p>
            <w:pPr>
              <w:spacing w:after="20" w:line="276" w:lineRule="auto"/>
            </w:pPr>
            <w:r>
              <w:rPr>
                <w:rFonts w:ascii="宋体" w:hAnsi="宋体" w:eastAsia="宋体"/>
                <w:b w:val="0"/>
                <w:sz w:val="18"/>
              </w:rPr>
              <w:t>（2）师生交流解题思路。</w:t>
            </w:r>
          </w:p>
          <w:p>
            <w:pPr>
              <w:spacing w:after="20" w:line="276" w:lineRule="auto"/>
            </w:pPr>
            <w:r>
              <w:rPr>
                <w:rFonts w:ascii="宋体" w:hAnsi="宋体" w:eastAsia="宋体"/>
                <w:b w:val="0"/>
                <w:sz w:val="18"/>
              </w:rPr>
              <w:t>（3）学生独立解答后课件呈现正确答案。</w:t>
            </w:r>
          </w:p>
        </w:tc>
        <w:tc>
          <w:tcPr>
            <w:tcW w:type="dxa" w:w="3061"/>
          </w:tcPr>
          <w:p>
            <w:pPr>
              <w:spacing w:after="20" w:line="276" w:lineRule="auto"/>
            </w:pPr>
            <w:r/>
            <w:r>
              <w:rPr>
                <w:rFonts w:ascii="宋体" w:hAnsi="宋体" w:eastAsia="宋体"/>
                <w:b w:val="0"/>
                <w:sz w:val="18"/>
              </w:rPr>
              <w:t>学生独立完成，全班集中评价。</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师：这节课，我们复习了什么内容？你有哪些收获？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采用“问题引路”式，由教师提出问题，学生独立探究，巩固小数乘、除法的算理和方法，沟通整数与小数乘、除法之间的联系，构建知识联系，进一步提升学生的运算能力。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数与运算</w:t>
      </w:r>
    </w:p>
    <w:p>
      <w:pPr>
        <w:spacing w:after="40" w:line="300" w:lineRule="auto"/>
      </w:pPr>
      <w:r>
        <w:rPr>
          <w:rFonts w:ascii="宋体" w:hAnsi="宋体" w:eastAsia="宋体"/>
          <w:b w:val="0"/>
          <w:sz w:val="20"/>
        </w:rPr>
        <w:t>小数</w:t>
      </w:r>
    </w:p>
    <w:p>
      <w:pPr>
        <w:spacing w:after="40" w:line="300" w:lineRule="auto"/>
      </w:pPr>
      <w:r>
        <w:rPr>
          <w:rFonts w:ascii="宋体" w:hAnsi="宋体" w:eastAsia="宋体"/>
          <w:b w:val="0"/>
          <w:sz w:val="20"/>
        </w:rPr>
        <w:t>取商的近似值：“四舍五入”法、“进一”法、“去尾”法</w:t>
      </w:r>
    </w:p>
    <w:p>
      <w:pPr>
        <w:spacing w:after="40" w:line="300" w:lineRule="auto"/>
      </w:pPr>
      <w:r>
        <w:rPr>
          <w:rFonts w:ascii="宋体" w:hAnsi="宋体" w:eastAsia="宋体"/>
          <w:b w:val="0"/>
          <w:sz w:val="20"/>
        </w:rPr>
        <w:t>小数混合运算的顺序与整数混合运算相同，整数运算律和运算性质对于小数同样适用。运用运算律和运算性质，可以使计算更简便。</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教科书P107～108“数与运算”，完成教科书P110“应用提升”第2题第（1）题及P112～115“练习二十一”第1、17题。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【原教学设计反思（供参考）】本课在对全册知识进行梳理的基础上重点对数与运算主题进行复习，学生能主动地沟通知识间的联系，在练习中出现的错误也比较少，整体掌握的比较好。</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数量关系</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数量关系</w:t>
            </w:r>
          </w:p>
        </w:tc>
        <w:tc>
          <w:tcPr>
            <w:tcW w:type="dxa" w:w="6009"/>
          </w:tcPr>
          <w:p>
            <w:pPr>
              <w:spacing w:after="20" w:line="276" w:lineRule="auto"/>
            </w:pPr>
            <w:r/>
            <w:r>
              <w:rPr>
                <w:rFonts w:ascii="宋体" w:hAnsi="宋体" w:eastAsia="宋体"/>
                <w:b w:val="0"/>
                <w:sz w:val="20"/>
              </w:rPr>
              <w:t>第8单元 复习与关联</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教学内容：教科书P108“数量关系”，完成教科书P110～111“应用提升”第2题中的第（2）（3）题及P112～115练习二十一”第2、3、14、16题。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（1）通过复习，进一步理解用字母表示数的作用，能用含有字母的式子表示计算公式、运算律和数量关系。渗透初步的代数思想，发展符号意识。</w:t>
      </w:r>
    </w:p>
    <w:p>
      <w:pPr>
        <w:spacing w:after="20" w:line="300" w:lineRule="auto"/>
        <w:ind w:firstLine="400"/>
      </w:pPr>
      <w:r>
        <w:rPr>
          <w:rFonts w:ascii="宋体" w:hAnsi="宋体" w:eastAsia="宋体"/>
          <w:b w:val="0"/>
          <w:sz w:val="20"/>
        </w:rPr>
        <w:t>（2）整理复习本学期小数乘、除法中学习过的数量关系，并会依据这些数量关系解决问题。</w:t>
      </w:r>
    </w:p>
    <w:p>
      <w:pPr>
        <w:spacing w:after="20" w:line="300" w:lineRule="auto"/>
      </w:pPr>
      <w:r>
        <w:rPr>
          <w:rFonts w:ascii="宋体" w:hAnsi="宋体" w:eastAsia="宋体"/>
          <w:b w:val="0"/>
          <w:sz w:val="20"/>
        </w:rPr>
        <w:t>教学重点：用字母表示数和数量关系。</w:t>
      </w:r>
    </w:p>
    <w:p>
      <w:pPr>
        <w:spacing w:after="20" w:line="300" w:lineRule="auto"/>
      </w:pPr>
      <w:r>
        <w:rPr>
          <w:rFonts w:ascii="宋体" w:hAnsi="宋体" w:eastAsia="宋体"/>
          <w:b w:val="0"/>
          <w:sz w:val="20"/>
        </w:rPr>
        <w:t>教学难点】</w:t>
      </w:r>
    </w:p>
    <w:p>
      <w:pPr>
        <w:spacing w:after="20" w:line="300" w:lineRule="auto"/>
      </w:pPr>
      <w:r>
        <w:rPr>
          <w:rFonts w:ascii="宋体" w:hAnsi="宋体" w:eastAsia="宋体"/>
          <w:b w:val="0"/>
          <w:sz w:val="20"/>
        </w:rPr>
        <w:t>依据数量关系解决问题。</w:t>
      </w:r>
    </w:p>
    <w:p>
      <w:pPr>
        <w:spacing w:after="20" w:line="300" w:lineRule="auto"/>
      </w:pPr>
      <w:r>
        <w:rPr>
          <w:rFonts w:ascii="宋体" w:hAnsi="宋体" w:eastAsia="宋体"/>
          <w:b w:val="0"/>
          <w:sz w:val="20"/>
        </w:rPr>
        <w:t>教学难点：——</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梳理回顾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同学们，在“用字母表示数和数量关系”的单元，我们学习了哪些知识？；我们学习的商不变的规律应该怎么用字母表示呢？</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解决问题，运用提升</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t小时加工的零件总数是多少？依据什么数量关系列式？；用字母表示数有什么作用？要注意什么？</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实践应用，积累经验</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同学们回顾一下，本节课我们复习了哪些内容？你有什么新的收获？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梳理回顾</w:t>
            </w:r>
          </w:p>
        </w:tc>
        <w:tc>
          <w:tcPr>
            <w:tcW w:type="dxa" w:w="3061"/>
          </w:tcPr>
          <w:p>
            <w:pPr>
              <w:spacing w:after="20" w:line="276" w:lineRule="auto"/>
            </w:pPr>
            <w:r/>
            <w:r>
              <w:rPr>
                <w:rFonts w:ascii="宋体" w:hAnsi="宋体" w:eastAsia="宋体"/>
                <w:b w:val="0"/>
                <w:sz w:val="18"/>
              </w:rPr>
              <w:t>师：同学们，在“用字母表示数和数量关系”的单元，我们学习了哪些知识？（板书课题：数量关系）</w:t>
            </w:r>
          </w:p>
          <w:p>
            <w:pPr>
              <w:spacing w:after="20" w:line="276" w:lineRule="auto"/>
            </w:pPr>
            <w:r>
              <w:rPr>
                <w:rFonts w:ascii="宋体" w:hAnsi="宋体" w:eastAsia="宋体"/>
                <w:b w:val="0"/>
                <w:sz w:val="18"/>
              </w:rPr>
              <w:t>师生交流，板书知识结构图。</w:t>
            </w:r>
          </w:p>
          <w:p>
            <w:pPr>
              <w:spacing w:after="20" w:line="276" w:lineRule="auto"/>
            </w:pPr>
            <w:r>
              <w:rPr>
                <w:rFonts w:ascii="宋体" w:hAnsi="宋体" w:eastAsia="宋体"/>
                <w:b w:val="0"/>
                <w:sz w:val="18"/>
              </w:rPr>
              <w:t>师：我们学习的商不变的规律应该怎么用字母表示呢？</w:t>
            </w:r>
          </w:p>
          <w:p>
            <w:pPr>
              <w:spacing w:after="20" w:line="276" w:lineRule="auto"/>
            </w:pPr>
            <w:r>
              <w:rPr>
                <w:rFonts w:ascii="宋体" w:hAnsi="宋体" w:eastAsia="宋体"/>
                <w:b w:val="0"/>
                <w:sz w:val="18"/>
              </w:rPr>
              <w:t>师生交流并板书：</w:t>
            </w:r>
          </w:p>
          <w:p>
            <w:pPr>
              <w:spacing w:after="20" w:line="276" w:lineRule="auto"/>
            </w:pPr>
            <w:r>
              <w:rPr>
                <w:rFonts w:ascii="宋体" w:hAnsi="宋体" w:eastAsia="宋体"/>
                <w:b w:val="0"/>
                <w:sz w:val="18"/>
              </w:rPr>
              <w:t>商不变的规律：a÷b＝（a×c）÷（b×c）</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创设情境激活学生已有经验，自然引出本课学习内容，激发学习兴趣，核心问题："同学们，在“用字母表示数和数量关系”的单元，我们学习了哪些知识？"</w:t>
            </w:r>
          </w:p>
        </w:tc>
      </w:tr>
      <w:tr>
        <w:tc>
          <w:tcPr>
            <w:tcW w:type="dxa" w:w="1474"/>
          </w:tcPr>
          <w:p>
            <w:pPr>
              <w:spacing w:after="20" w:line="276" w:lineRule="auto"/>
            </w:pPr>
            <w:r>
              <w:rPr>
                <w:b/>
              </w:rPr>
            </w:r>
            <w:r>
              <w:rPr>
                <w:rFonts w:ascii="宋体" w:hAnsi="宋体" w:eastAsia="宋体"/>
                <w:b/>
                <w:sz w:val="18"/>
              </w:rPr>
              <w:t>解决问题，运用提升</w:t>
            </w:r>
          </w:p>
        </w:tc>
        <w:tc>
          <w:tcPr>
            <w:tcW w:type="dxa" w:w="3061"/>
          </w:tcPr>
          <w:p>
            <w:pPr>
              <w:spacing w:after="20" w:line="276" w:lineRule="auto"/>
            </w:pPr>
            <w:r/>
            <w:r>
              <w:rPr>
                <w:rFonts w:ascii="宋体" w:hAnsi="宋体" w:eastAsia="宋体"/>
                <w:b w:val="0"/>
                <w:sz w:val="18"/>
              </w:rPr>
              <w:t>1.复习“用字母表示数和数量关系”。</w:t>
            </w:r>
          </w:p>
          <w:p>
            <w:pPr>
              <w:spacing w:after="20" w:line="276" w:lineRule="auto"/>
            </w:pPr>
            <w:r>
              <w:rPr>
                <w:rFonts w:ascii="宋体" w:hAnsi="宋体" w:eastAsia="宋体"/>
                <w:b w:val="0"/>
                <w:sz w:val="18"/>
              </w:rPr>
              <w:t>课件出示教科书P111“应用提升”第2题第（3）题。</w:t>
            </w:r>
          </w:p>
          <w:p>
            <w:pPr>
              <w:spacing w:after="20" w:line="276" w:lineRule="auto"/>
            </w:pPr>
            <w:r>
              <w:rPr>
                <w:rFonts w:ascii="宋体" w:hAnsi="宋体" w:eastAsia="宋体"/>
                <w:b w:val="0"/>
                <w:sz w:val="18"/>
              </w:rPr>
              <w:t>师：t小时加工的零件总数是多少？依据什么数量关系列式？</w:t>
            </w:r>
          </w:p>
          <w:p>
            <w:pPr>
              <w:spacing w:after="20" w:line="276" w:lineRule="auto"/>
            </w:pPr>
            <w:r>
              <w:rPr>
                <w:rFonts w:ascii="宋体" w:hAnsi="宋体" w:eastAsia="宋体"/>
                <w:b w:val="0"/>
                <w:sz w:val="18"/>
              </w:rPr>
              <w:t>引导学生分析数量关系。</w:t>
            </w:r>
          </w:p>
          <w:p>
            <w:pPr>
              <w:spacing w:after="20" w:line="276" w:lineRule="auto"/>
            </w:pPr>
            <w:r>
              <w:rPr>
                <w:rFonts w:ascii="宋体" w:hAnsi="宋体" w:eastAsia="宋体"/>
                <w:b w:val="0"/>
                <w:sz w:val="18"/>
              </w:rPr>
              <w:t>师小结：在解决问题时，要依据数量关系“零件总数＝每小时加工零件数×加工时间”，用字母表示为c＝a×t＝at。（适时板书）</w:t>
            </w:r>
          </w:p>
          <w:p>
            <w:pPr>
              <w:spacing w:after="20" w:line="276" w:lineRule="auto"/>
            </w:pPr>
            <w:r>
              <w:rPr>
                <w:rFonts w:ascii="宋体" w:hAnsi="宋体" w:eastAsia="宋体"/>
                <w:b w:val="0"/>
                <w:sz w:val="18"/>
              </w:rPr>
              <w:t>师：用字母表示数有什么作用？要注意什么？</w:t>
            </w:r>
          </w:p>
          <w:p>
            <w:pPr>
              <w:spacing w:after="20" w:line="276" w:lineRule="auto"/>
            </w:pPr>
            <w:r>
              <w:rPr>
                <w:rFonts w:ascii="宋体" w:hAnsi="宋体" w:eastAsia="宋体"/>
                <w:b w:val="0"/>
                <w:sz w:val="18"/>
              </w:rPr>
              <w:t>2.依据数量关系解决问题。</w:t>
            </w:r>
          </w:p>
          <w:p>
            <w:pPr>
              <w:spacing w:after="20" w:line="276" w:lineRule="auto"/>
            </w:pPr>
            <w:r>
              <w:rPr>
                <w:rFonts w:ascii="宋体" w:hAnsi="宋体" w:eastAsia="宋体"/>
                <w:b w:val="0"/>
                <w:sz w:val="18"/>
              </w:rPr>
              <w:t>（1）课件出示教科书P110“应用提升”第2题第（2）题。</w:t>
            </w:r>
          </w:p>
          <w:p>
            <w:pPr>
              <w:spacing w:after="20" w:line="276" w:lineRule="auto"/>
            </w:pPr>
            <w:r>
              <w:rPr>
                <w:rFonts w:ascii="宋体" w:hAnsi="宋体" w:eastAsia="宋体"/>
                <w:b w:val="0"/>
                <w:sz w:val="18"/>
              </w:rPr>
              <w:t>师：苹果的单价跟橙子的单价有怎样的关系？</w:t>
            </w:r>
          </w:p>
          <w:p>
            <w:pPr>
              <w:spacing w:after="20" w:line="276" w:lineRule="auto"/>
            </w:pPr>
            <w:r>
              <w:rPr>
                <w:rFonts w:ascii="宋体" w:hAnsi="宋体" w:eastAsia="宋体"/>
                <w:b w:val="0"/>
                <w:sz w:val="18"/>
              </w:rPr>
              <w:t>师：它们之间的倍数关系是什么？</w:t>
            </w:r>
          </w:p>
          <w:p>
            <w:pPr>
              <w:spacing w:after="20" w:line="276" w:lineRule="auto"/>
            </w:pPr>
            <w:r>
              <w:rPr>
                <w:rFonts w:ascii="宋体" w:hAnsi="宋体" w:eastAsia="宋体"/>
                <w:b w:val="0"/>
                <w:sz w:val="18"/>
              </w:rPr>
              <w:t>引导学生说出数量关系：苹果的单价＝橙子的单价×1.6。</w:t>
            </w:r>
          </w:p>
          <w:p>
            <w:pPr>
              <w:spacing w:after="20" w:line="276" w:lineRule="auto"/>
            </w:pPr>
            <w:r>
              <w:rPr>
                <w:rFonts w:ascii="宋体" w:hAnsi="宋体" w:eastAsia="宋体"/>
                <w:b w:val="0"/>
                <w:sz w:val="18"/>
              </w:rPr>
              <w:t>师：要求买苹果应付多少钱，依据什么数量关系列式？</w:t>
            </w:r>
          </w:p>
          <w:p>
            <w:pPr>
              <w:spacing w:after="20" w:line="276" w:lineRule="auto"/>
            </w:pPr>
            <w:r>
              <w:rPr>
                <w:rFonts w:ascii="宋体" w:hAnsi="宋体" w:eastAsia="宋体"/>
                <w:b w:val="0"/>
                <w:sz w:val="18"/>
              </w:rPr>
              <w:t>师小结：这道题的数量关系是：总价＝单价×数量，用字母表示为c＝a×n＝an。（板书）</w:t>
            </w:r>
          </w:p>
          <w:p>
            <w:pPr>
              <w:spacing w:after="20" w:line="276" w:lineRule="auto"/>
            </w:pPr>
            <w:r>
              <w:rPr>
                <w:rFonts w:ascii="宋体" w:hAnsi="宋体" w:eastAsia="宋体"/>
                <w:b w:val="0"/>
                <w:sz w:val="18"/>
              </w:rPr>
              <w:t>（2）课件出示P115“练习二十一”第16题。</w:t>
            </w:r>
          </w:p>
          <w:p>
            <w:pPr>
              <w:spacing w:after="20" w:line="276" w:lineRule="auto"/>
            </w:pPr>
            <w:r>
              <w:rPr>
                <w:rFonts w:ascii="宋体" w:hAnsi="宋体" w:eastAsia="宋体"/>
                <w:b w:val="0"/>
                <w:sz w:val="18"/>
              </w:rPr>
              <w:t>师小结并板书：路程＝速度×时间，用字母表示为s＝v×t＝vt。</w:t>
            </w:r>
          </w:p>
        </w:tc>
        <w:tc>
          <w:tcPr>
            <w:tcW w:type="dxa" w:w="3061"/>
          </w:tcPr>
          <w:p>
            <w:pPr>
              <w:spacing w:after="20" w:line="276" w:lineRule="auto"/>
            </w:pPr>
            <w:r/>
            <w:r>
              <w:rPr>
                <w:rFonts w:ascii="宋体" w:hAnsi="宋体" w:eastAsia="宋体"/>
                <w:b w:val="0"/>
                <w:sz w:val="18"/>
              </w:rPr>
              <w:t>学生独立完成，全班汇报。</w:t>
            </w:r>
          </w:p>
          <w:p>
            <w:pPr>
              <w:spacing w:after="20" w:line="276" w:lineRule="auto"/>
            </w:pPr>
            <w:r>
              <w:rPr>
                <w:rFonts w:ascii="宋体" w:hAnsi="宋体" w:eastAsia="宋体"/>
                <w:b w:val="0"/>
                <w:sz w:val="18"/>
              </w:rPr>
              <w:t>学生会说出用字母表示数简明方便，要注意：在写法中，数字要写在字母的前面，数字与字母之间以及字母与字母之间的乘号可以省略。</w:t>
            </w:r>
          </w:p>
          <w:p>
            <w:pPr>
              <w:spacing w:after="20" w:line="276" w:lineRule="auto"/>
            </w:pPr>
            <w:r>
              <w:rPr>
                <w:rFonts w:ascii="宋体" w:hAnsi="宋体" w:eastAsia="宋体"/>
                <w:b w:val="0"/>
                <w:sz w:val="18"/>
              </w:rPr>
              <w:t>学生独立完成，全班汇报。</w:t>
            </w:r>
          </w:p>
          <w:p>
            <w:pPr>
              <w:spacing w:after="20" w:line="276" w:lineRule="auto"/>
            </w:pPr>
            <w:r>
              <w:rPr>
                <w:rFonts w:ascii="宋体" w:hAnsi="宋体" w:eastAsia="宋体"/>
                <w:b w:val="0"/>
                <w:sz w:val="18"/>
              </w:rPr>
              <w:t>倍数关系。</w:t>
            </w:r>
          </w:p>
          <w:p>
            <w:pPr>
              <w:spacing w:after="20" w:line="276" w:lineRule="auto"/>
            </w:pPr>
            <w:r>
              <w:rPr>
                <w:rFonts w:ascii="宋体" w:hAnsi="宋体" w:eastAsia="宋体"/>
                <w:b w:val="0"/>
                <w:sz w:val="18"/>
              </w:rPr>
              <w:t>买苹果的总价＝苹果的单价×苹果的数量＝橙子的单价×1.6×苹果的数量。</w:t>
            </w:r>
          </w:p>
          <w:p>
            <w:pPr>
              <w:spacing w:after="20" w:line="276" w:lineRule="auto"/>
            </w:pPr>
            <w:r>
              <w:rPr>
                <w:rFonts w:ascii="宋体" w:hAnsi="宋体" w:eastAsia="宋体"/>
                <w:b w:val="0"/>
                <w:sz w:val="18"/>
              </w:rPr>
              <w:t>学生独立完成后，集中交流其中的数量关系及解答过程。</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通过有层次的练习及时反馈学情，巩固新知，培养学生灵活运用知识解决问题的能力，核心问题："t小时加工的零件总数是多少？依据什么数量关系列式？"</w:t>
            </w:r>
          </w:p>
        </w:tc>
      </w:tr>
      <w:tr>
        <w:tc>
          <w:tcPr>
            <w:tcW w:type="dxa" w:w="1474"/>
          </w:tcPr>
          <w:p>
            <w:pPr>
              <w:spacing w:after="20" w:line="276" w:lineRule="auto"/>
            </w:pPr>
            <w:r>
              <w:rPr>
                <w:b/>
              </w:rPr>
            </w:r>
            <w:r>
              <w:rPr>
                <w:rFonts w:ascii="宋体" w:hAnsi="宋体" w:eastAsia="宋体"/>
                <w:b/>
                <w:sz w:val="18"/>
              </w:rPr>
              <w:t>实践应用，积累经验</w:t>
            </w:r>
          </w:p>
        </w:tc>
        <w:tc>
          <w:tcPr>
            <w:tcW w:type="dxa" w:w="3061"/>
          </w:tcPr>
          <w:p>
            <w:pPr>
              <w:spacing w:after="20" w:line="276" w:lineRule="auto"/>
            </w:pPr>
            <w:r/>
            <w:r>
              <w:rPr>
                <w:rFonts w:ascii="宋体" w:hAnsi="宋体" w:eastAsia="宋体"/>
                <w:b w:val="0"/>
                <w:sz w:val="18"/>
              </w:rPr>
              <w:t>1.完成教科书P112“练习二十一”第2、3题。</w:t>
            </w:r>
          </w:p>
          <w:p>
            <w:pPr>
              <w:spacing w:after="20" w:line="276" w:lineRule="auto"/>
            </w:pPr>
            <w:r>
              <w:rPr>
                <w:rFonts w:ascii="宋体" w:hAnsi="宋体" w:eastAsia="宋体"/>
                <w:b w:val="0"/>
                <w:sz w:val="18"/>
              </w:rPr>
              <w:t>（1）学生自主独立完成。</w:t>
            </w:r>
          </w:p>
          <w:p>
            <w:pPr>
              <w:spacing w:after="20" w:line="276" w:lineRule="auto"/>
            </w:pPr>
            <w:r>
              <w:rPr>
                <w:rFonts w:ascii="宋体" w:hAnsi="宋体" w:eastAsia="宋体"/>
                <w:b w:val="0"/>
                <w:sz w:val="18"/>
              </w:rPr>
              <w:t>（2）全班展示交流。</w:t>
            </w:r>
          </w:p>
          <w:p>
            <w:pPr>
              <w:spacing w:after="20" w:line="276" w:lineRule="auto"/>
            </w:pPr>
            <w:r>
              <w:rPr>
                <w:rFonts w:ascii="宋体" w:hAnsi="宋体" w:eastAsia="宋体"/>
                <w:b w:val="0"/>
                <w:sz w:val="18"/>
              </w:rPr>
              <w:t>集体订正时指名学生说说自己的解题思路。</w:t>
            </w:r>
          </w:p>
          <w:p>
            <w:pPr>
              <w:spacing w:after="20" w:line="276" w:lineRule="auto"/>
            </w:pPr>
            <w:r>
              <w:rPr>
                <w:rFonts w:ascii="宋体" w:hAnsi="宋体" w:eastAsia="宋体"/>
                <w:b w:val="0"/>
                <w:sz w:val="18"/>
              </w:rPr>
              <w:t>2.完成教科书P114“练习二十一”第14题。</w:t>
            </w:r>
          </w:p>
          <w:p>
            <w:pPr>
              <w:spacing w:after="20" w:line="276" w:lineRule="auto"/>
            </w:pPr>
            <w:r>
              <w:rPr>
                <w:rFonts w:ascii="宋体" w:hAnsi="宋体" w:eastAsia="宋体"/>
                <w:b w:val="0"/>
                <w:sz w:val="18"/>
              </w:rPr>
              <w:t>（1）学生自主独立完成。</w:t>
            </w:r>
          </w:p>
          <w:p>
            <w:pPr>
              <w:spacing w:after="20" w:line="276" w:lineRule="auto"/>
            </w:pPr>
            <w:r>
              <w:rPr>
                <w:rFonts w:ascii="宋体" w:hAnsi="宋体" w:eastAsia="宋体"/>
                <w:b w:val="0"/>
                <w:sz w:val="18"/>
              </w:rPr>
              <w:t>（2）学生汇报。</w:t>
            </w:r>
          </w:p>
          <w:p>
            <w:pPr>
              <w:spacing w:after="20" w:line="276" w:lineRule="auto"/>
            </w:pPr>
            <w:r>
              <w:rPr>
                <w:rFonts w:ascii="宋体" w:hAnsi="宋体" w:eastAsia="宋体"/>
                <w:b w:val="0"/>
                <w:sz w:val="18"/>
              </w:rPr>
              <w:t>引导学生说出解题思路和数量关系。</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师：同学们回顾一下，本节课我们复习了哪些内容？你有什么新的收获？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引导学生梳理和回顾，整理用字母表示数和数量关系，并与本学期学习的具体数量关系融合起来，再通过具体的问题引导学生分析数量关系、依据数量关系列式解答，进一步熟悉基本的数量关系。</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数量关系</w:t>
      </w:r>
    </w:p>
    <w:p>
      <w:pPr>
        <w:spacing w:after="40" w:line="300" w:lineRule="auto"/>
      </w:pPr>
      <w:r>
        <w:rPr>
          <w:rFonts w:ascii="宋体" w:hAnsi="宋体" w:eastAsia="宋体"/>
          <w:b w:val="0"/>
          <w:sz w:val="20"/>
        </w:rPr>
        <w:t>商不变的规律：a÷b＝（a×c）÷（b×c）</w:t>
      </w:r>
    </w:p>
    <w:p>
      <w:pPr>
        <w:spacing w:after="40" w:line="300" w:lineRule="auto"/>
      </w:pPr>
      <w:r>
        <w:rPr>
          <w:rFonts w:ascii="宋体" w:hAnsi="宋体" w:eastAsia="宋体"/>
          <w:b w:val="0"/>
          <w:sz w:val="20"/>
        </w:rPr>
        <w:t>a÷b＝（a÷c）÷（b÷c）（c≠0）</w:t>
      </w:r>
    </w:p>
    <w:p>
      <w:pPr>
        <w:spacing w:after="40" w:line="300" w:lineRule="auto"/>
      </w:pPr>
      <w:r>
        <w:rPr>
          <w:rFonts w:ascii="宋体" w:hAnsi="宋体" w:eastAsia="宋体"/>
          <w:b w:val="0"/>
          <w:sz w:val="20"/>
        </w:rPr>
        <w:t>零件总数＝每小时加工零件数×加工时间　c＝a×t＝at</w:t>
      </w:r>
    </w:p>
    <w:p>
      <w:pPr>
        <w:spacing w:after="40" w:line="300" w:lineRule="auto"/>
      </w:pPr>
      <w:r>
        <w:rPr>
          <w:rFonts w:ascii="宋体" w:hAnsi="宋体" w:eastAsia="宋体"/>
          <w:b w:val="0"/>
          <w:sz w:val="20"/>
        </w:rPr>
        <w:t>总价＝单价×数量　c＝a×n＝an</w:t>
      </w:r>
    </w:p>
    <w:p>
      <w:pPr>
        <w:spacing w:after="40" w:line="300" w:lineRule="auto"/>
      </w:pPr>
      <w:r>
        <w:rPr>
          <w:rFonts w:ascii="宋体" w:hAnsi="宋体" w:eastAsia="宋体"/>
          <w:b w:val="0"/>
          <w:sz w:val="20"/>
        </w:rPr>
        <w:t>路程＝速度×时间　s＝v×t＝vt</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教科书P108“数量关系”，完成教科书P110～111“应用提升”第2题中的第（2）（3）题及P112～115练习二十一”第2、3、14、16题。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【原教学设计反思（供参考）】本节课让学生用将零散的知识点归类，从而厘清各知识间的逻辑关系，帮助学生构建知识框架和网络，学生很感兴趣，且效果较好。</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图形的认识、测量与运动</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图形的认识、测量与运动</w:t>
            </w:r>
          </w:p>
        </w:tc>
        <w:tc>
          <w:tcPr>
            <w:tcW w:type="dxa" w:w="6009"/>
          </w:tcPr>
          <w:p>
            <w:pPr>
              <w:spacing w:after="20" w:line="276" w:lineRule="auto"/>
            </w:pPr>
            <w:r/>
            <w:r>
              <w:rPr>
                <w:rFonts w:ascii="宋体" w:hAnsi="宋体" w:eastAsia="宋体"/>
                <w:b w:val="0"/>
                <w:sz w:val="20"/>
              </w:rPr>
              <w:t>第8单元 复习与关联</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教学内容：教科书P109“图形的认识、测量与运动”，完成教科书P110～111“应用提升”第1、3、4题及P112～115“练习二十一”第4～7、10～13、15题及“思考题”。</w:t>
      </w:r>
    </w:p>
    <w:p>
      <w:pPr>
        <w:spacing w:after="80" w:line="300" w:lineRule="auto"/>
        <w:ind w:firstLine="400"/>
      </w:pPr>
      <w:r>
        <w:rPr>
          <w:rFonts w:ascii="宋体" w:hAnsi="宋体" w:eastAsia="宋体"/>
          <w:b w:val="0"/>
          <w:sz w:val="20"/>
        </w:rPr>
        <w:t>教学准备：课件、小正方体若干、方格纸。</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（1）能想象出组合体从不同方向看到的图形，能根据要求还原组合体，体会摆法多样性。</w:t>
      </w:r>
    </w:p>
    <w:p>
      <w:pPr>
        <w:spacing w:after="20" w:line="300" w:lineRule="auto"/>
        <w:ind w:firstLine="400"/>
      </w:pPr>
      <w:r>
        <w:rPr>
          <w:rFonts w:ascii="宋体" w:hAnsi="宋体" w:eastAsia="宋体"/>
          <w:b w:val="0"/>
          <w:sz w:val="20"/>
        </w:rPr>
        <w:t>（2）整理复习多边形面积计算公式的推导过程，深化对多边形面积计算公式的理解，能熟练运用多边形面积计算公式解决简单的实际问题。</w:t>
      </w:r>
    </w:p>
    <w:p>
      <w:pPr>
        <w:spacing w:after="20" w:line="300" w:lineRule="auto"/>
        <w:ind w:firstLine="400"/>
      </w:pPr>
      <w:r>
        <w:rPr>
          <w:rFonts w:ascii="宋体" w:hAnsi="宋体" w:eastAsia="宋体"/>
          <w:b w:val="0"/>
          <w:sz w:val="20"/>
        </w:rPr>
        <w:t>（3）在推导多边形面积计算公式的过程中，进一步体会轴对称、平移、旋转的特点。</w:t>
      </w:r>
    </w:p>
    <w:p>
      <w:pPr>
        <w:spacing w:after="20" w:line="300" w:lineRule="auto"/>
        <w:ind w:firstLine="400"/>
      </w:pPr>
      <w:r>
        <w:rPr>
          <w:rFonts w:ascii="宋体" w:hAnsi="宋体" w:eastAsia="宋体"/>
          <w:b w:val="0"/>
          <w:sz w:val="20"/>
        </w:rPr>
        <w:t>（4）培养初步的逻辑思维能力，发展空间观念，进一步体会数学与生活的紧密联系。</w:t>
      </w:r>
    </w:p>
    <w:p>
      <w:pPr>
        <w:spacing w:after="20" w:line="300" w:lineRule="auto"/>
      </w:pPr>
      <w:r>
        <w:rPr>
          <w:rFonts w:ascii="宋体" w:hAnsi="宋体" w:eastAsia="宋体"/>
          <w:b w:val="0"/>
          <w:sz w:val="20"/>
        </w:rPr>
        <w:t>教学重点：进一步培养学生的空间想象力和推理能力，发展空间观念。掌握多边形面积计算方法及面积计算公式的推导过程，体会图形运动的特点。</w:t>
      </w:r>
    </w:p>
    <w:p>
      <w:pPr>
        <w:spacing w:after="20" w:line="300" w:lineRule="auto"/>
      </w:pPr>
      <w:r>
        <w:rPr>
          <w:rFonts w:ascii="宋体" w:hAnsi="宋体" w:eastAsia="宋体"/>
          <w:b w:val="0"/>
          <w:sz w:val="20"/>
        </w:rPr>
        <w:t>教学难点：借助空间想象还原组合体，将图形的运动与多边形的面积计算建立联系。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谈话导入，形成知识体系</w:t>
            </w:r>
          </w:p>
        </w:tc>
        <w:tc>
          <w:tcPr>
            <w:tcW w:type="dxa" w:w="1814"/>
          </w:tcPr>
          <w:p>
            <w:pPr>
              <w:spacing w:after="20" w:line="276" w:lineRule="auto"/>
            </w:pPr>
            <w:r/>
            <w:r>
              <w:rPr>
                <w:rFonts w:ascii="宋体" w:hAnsi="宋体" w:eastAsia="宋体"/>
                <w:b w:val="0"/>
                <w:sz w:val="18"/>
              </w:rPr>
              <w:t>课件、小正方体</w:t>
            </w:r>
          </w:p>
        </w:tc>
        <w:tc>
          <w:tcPr>
            <w:tcW w:type="dxa" w:w="3402"/>
          </w:tcPr>
          <w:p>
            <w:pPr>
              <w:spacing w:after="20" w:line="276" w:lineRule="auto"/>
            </w:pPr>
            <w:r/>
            <w:r>
              <w:rPr>
                <w:rFonts w:ascii="宋体" w:hAnsi="宋体" w:eastAsia="宋体"/>
                <w:b w:val="0"/>
                <w:sz w:val="18"/>
              </w:rPr>
              <w:t>本学期，我们继续学习了观察物体，回顾一下，关于观察物体，我们已经掌握了哪些知识？；同学们，本学期我们探究过哪些平面图形的面积计算方式？我们是怎样推导出它们的面积计算公式？</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以题为例，加深理解</w:t>
            </w:r>
          </w:p>
        </w:tc>
        <w:tc>
          <w:tcPr>
            <w:tcW w:type="dxa" w:w="1814"/>
          </w:tcPr>
          <w:p>
            <w:pPr>
              <w:spacing w:after="20" w:line="276" w:lineRule="auto"/>
            </w:pPr>
            <w:r/>
            <w:r>
              <w:rPr>
                <w:rFonts w:ascii="宋体" w:hAnsi="宋体" w:eastAsia="宋体"/>
                <w:b w:val="0"/>
                <w:sz w:val="18"/>
              </w:rPr>
              <w:t>课件、教科书、小正方体</w:t>
            </w:r>
          </w:p>
        </w:tc>
        <w:tc>
          <w:tcPr>
            <w:tcW w:type="dxa" w:w="3402"/>
          </w:tcPr>
          <w:p>
            <w:pPr>
              <w:spacing w:after="20" w:line="276" w:lineRule="auto"/>
            </w:pPr>
            <w:r/>
            <w:r>
              <w:rPr>
                <w:rFonts w:ascii="宋体" w:hAnsi="宋体" w:eastAsia="宋体"/>
                <w:b w:val="0"/>
                <w:sz w:val="18"/>
              </w:rPr>
              <w:t>想象一下，这3个组合体，分别从前面、上面和左面观察，看到的图形分别是怎样的？；这些图形分别是从哪个组合体的上面看到的？</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指导练习</w:t>
            </w:r>
          </w:p>
        </w:tc>
        <w:tc>
          <w:tcPr>
            <w:tcW w:type="dxa" w:w="1814"/>
          </w:tcPr>
          <w:p>
            <w:pPr>
              <w:spacing w:after="20" w:line="276" w:lineRule="auto"/>
            </w:pPr>
            <w:r/>
            <w:r>
              <w:rPr>
                <w:rFonts w:ascii="宋体" w:hAnsi="宋体" w:eastAsia="宋体"/>
                <w:b w:val="0"/>
                <w:sz w:val="18"/>
              </w:rPr>
              <w:t>课件、教科书、小正方体</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四、自主练习</w:t>
            </w:r>
          </w:p>
        </w:tc>
        <w:tc>
          <w:tcPr>
            <w:tcW w:type="dxa" w:w="1814"/>
          </w:tcPr>
          <w:p>
            <w:pPr>
              <w:spacing w:after="20" w:line="276" w:lineRule="auto"/>
            </w:pPr>
            <w:r/>
            <w:r>
              <w:rPr>
                <w:rFonts w:ascii="宋体" w:hAnsi="宋体" w:eastAsia="宋体"/>
                <w:b w:val="0"/>
                <w:sz w:val="18"/>
              </w:rPr>
              <w:t>教科书P112～115、课件、小正方体</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课件、小正方体</w:t>
            </w:r>
          </w:p>
        </w:tc>
        <w:tc>
          <w:tcPr>
            <w:tcW w:type="dxa" w:w="3402"/>
          </w:tcPr>
          <w:p>
            <w:pPr>
              <w:spacing w:after="20" w:line="276" w:lineRule="auto"/>
            </w:pPr>
            <w:r/>
            <w:r>
              <w:rPr>
                <w:rFonts w:ascii="宋体" w:hAnsi="宋体" w:eastAsia="宋体"/>
                <w:b w:val="0"/>
                <w:sz w:val="18"/>
              </w:rPr>
              <w:t>本节课你有哪些收获？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谈话导入，形成知识体系</w:t>
            </w:r>
          </w:p>
        </w:tc>
        <w:tc>
          <w:tcPr>
            <w:tcW w:type="dxa" w:w="3061"/>
          </w:tcPr>
          <w:p>
            <w:pPr>
              <w:spacing w:after="20" w:line="276" w:lineRule="auto"/>
            </w:pPr>
            <w:r/>
            <w:r>
              <w:rPr>
                <w:rFonts w:ascii="宋体" w:hAnsi="宋体" w:eastAsia="宋体"/>
                <w:b w:val="0"/>
                <w:sz w:val="18"/>
              </w:rPr>
              <w:t>师：这节课我们来复习图形的认识、测量与运动。（板书课题：图形的认识、测量与运动）</w:t>
            </w:r>
          </w:p>
          <w:p>
            <w:pPr>
              <w:spacing w:after="20" w:line="276" w:lineRule="auto"/>
            </w:pPr>
            <w:r>
              <w:rPr>
                <w:rFonts w:ascii="宋体" w:hAnsi="宋体" w:eastAsia="宋体"/>
                <w:b w:val="0"/>
                <w:sz w:val="18"/>
              </w:rPr>
              <w:t>师：本学期，我们继续学习了观察物体，回顾一下，关于观察物体，我们已经掌握了哪些知识？</w:t>
            </w:r>
          </w:p>
          <w:p>
            <w:pPr>
              <w:spacing w:after="20" w:line="276" w:lineRule="auto"/>
            </w:pPr>
            <w:r>
              <w:rPr>
                <w:rFonts w:ascii="宋体" w:hAnsi="宋体" w:eastAsia="宋体"/>
                <w:b w:val="0"/>
                <w:sz w:val="18"/>
              </w:rPr>
              <w:t>根据学生的实际回答，教师适时引导，归纳出主要学习内容。</w:t>
            </w:r>
          </w:p>
          <w:p>
            <w:pPr>
              <w:spacing w:after="20" w:line="276" w:lineRule="auto"/>
            </w:pPr>
            <w:r>
              <w:rPr>
                <w:rFonts w:ascii="宋体" w:hAnsi="宋体" w:eastAsia="宋体"/>
                <w:b w:val="0"/>
                <w:sz w:val="18"/>
              </w:rPr>
              <w:t>师：同学们，本学期我们探究过哪些平面图形的面积计算方式？我们是怎样推导出它们的面积计算公式？</w:t>
            </w:r>
          </w:p>
          <w:p>
            <w:pPr>
              <w:spacing w:after="20" w:line="276" w:lineRule="auto"/>
            </w:pPr>
            <w:r>
              <w:rPr>
                <w:rFonts w:ascii="宋体" w:hAnsi="宋体" w:eastAsia="宋体"/>
                <w:b w:val="0"/>
                <w:sz w:val="18"/>
              </w:rPr>
              <w:t>师：每个图形是怎样转化的呢？（课件出示图形）</w:t>
            </w:r>
          </w:p>
          <w:p>
            <w:pPr>
              <w:spacing w:after="20" w:line="276" w:lineRule="auto"/>
            </w:pPr>
            <w:r>
              <w:rPr>
                <w:rFonts w:ascii="宋体" w:hAnsi="宋体" w:eastAsia="宋体"/>
                <w:b w:val="0"/>
                <w:sz w:val="18"/>
              </w:rPr>
              <w:t>结合学生的交流，在相应图形上标出运动过程。</w:t>
            </w:r>
          </w:p>
          <w:p>
            <w:pPr>
              <w:spacing w:after="20" w:line="276" w:lineRule="auto"/>
            </w:pPr>
            <w:r>
              <w:rPr>
                <w:rFonts w:ascii="宋体" w:hAnsi="宋体" w:eastAsia="宋体"/>
                <w:b w:val="0"/>
                <w:sz w:val="18"/>
              </w:rPr>
              <w:t>师：这些图形的运动各自有哪些特点？</w:t>
            </w:r>
          </w:p>
          <w:p>
            <w:pPr>
              <w:spacing w:after="20" w:line="276" w:lineRule="auto"/>
            </w:pPr>
            <w:r>
              <w:rPr>
                <w:rFonts w:ascii="宋体" w:hAnsi="宋体" w:eastAsia="宋体"/>
                <w:b w:val="0"/>
                <w:sz w:val="18"/>
              </w:rPr>
              <w:t>师小结：正是因为平移和旋转有这个特点，所以运用它们进行转化，图形的面积大小不变。</w:t>
            </w:r>
          </w:p>
          <w:p>
            <w:pPr>
              <w:spacing w:after="20" w:line="276" w:lineRule="auto"/>
            </w:pPr>
            <w:r>
              <w:rPr>
                <w:rFonts w:ascii="宋体" w:hAnsi="宋体" w:eastAsia="宋体"/>
                <w:b w:val="0"/>
                <w:sz w:val="18"/>
              </w:rPr>
              <w:t>师：三角形、梯形的面积计算公式中，为什么都要“÷2”？</w:t>
            </w:r>
          </w:p>
          <w:p>
            <w:pPr>
              <w:spacing w:after="20" w:line="276" w:lineRule="auto"/>
            </w:pPr>
            <w:r>
              <w:rPr>
                <w:rFonts w:ascii="宋体" w:hAnsi="宋体" w:eastAsia="宋体"/>
                <w:b w:val="0"/>
                <w:sz w:val="18"/>
              </w:rPr>
              <w:t>师：我们还学习了哪两个较大的面积单位？它们与平方米之间的进率是多少？</w:t>
            </w:r>
          </w:p>
        </w:tc>
        <w:tc>
          <w:tcPr>
            <w:tcW w:type="dxa" w:w="3061"/>
          </w:tcPr>
          <w:p>
            <w:pPr>
              <w:spacing w:after="20" w:line="276" w:lineRule="auto"/>
            </w:pPr>
            <w:r/>
            <w:r>
              <w:rPr>
                <w:rFonts w:ascii="宋体" w:hAnsi="宋体" w:eastAsia="宋体"/>
                <w:b w:val="0"/>
                <w:sz w:val="18"/>
              </w:rPr>
              <w:t>学生自由交流，结合学生的交流适时板书。</w:t>
            </w:r>
          </w:p>
          <w:p>
            <w:pPr>
              <w:spacing w:after="20" w:line="276" w:lineRule="auto"/>
            </w:pPr>
            <w:r>
              <w:rPr>
                <w:rFonts w:ascii="宋体" w:hAnsi="宋体" w:eastAsia="宋体"/>
                <w:b w:val="0"/>
                <w:sz w:val="18"/>
              </w:rPr>
              <w:t>平移、旋转都不改变图形的大小和形状。只改变位置。</w:t>
            </w:r>
          </w:p>
          <w:p>
            <w:pPr>
              <w:spacing w:after="20" w:line="276" w:lineRule="auto"/>
            </w:pPr>
            <w:r>
              <w:rPr>
                <w:rFonts w:ascii="宋体" w:hAnsi="宋体" w:eastAsia="宋体"/>
                <w:b w:val="0"/>
                <w:sz w:val="18"/>
              </w:rPr>
              <w:t>因为三角形和梯形都转化为平行四边形进行计算，而平行四边形的面积是三角形和梯形面积的2倍，所以要除以2。</w:t>
            </w:r>
          </w:p>
          <w:p>
            <w:pPr>
              <w:spacing w:after="20" w:line="276" w:lineRule="auto"/>
            </w:pPr>
            <w:r>
              <w:rPr>
                <w:rFonts w:ascii="宋体" w:hAnsi="宋体" w:eastAsia="宋体"/>
                <w:b w:val="0"/>
                <w:sz w:val="18"/>
              </w:rPr>
              <w:t>公顷和平方千米，1平方千米＝1000000平方米＝100公顷。（教师适时板书）</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创设情境激活学生已有经验，自然引出本课学习内容，激发学习兴趣，核心问题："本学期，我们继续学习了观察物体，回顾一下，关于观察物体，我们已经掌握了哪些知识？"</w:t>
            </w:r>
          </w:p>
        </w:tc>
      </w:tr>
      <w:tr>
        <w:tc>
          <w:tcPr>
            <w:tcW w:type="dxa" w:w="1474"/>
          </w:tcPr>
          <w:p>
            <w:pPr>
              <w:spacing w:after="20" w:line="276" w:lineRule="auto"/>
            </w:pPr>
            <w:r>
              <w:rPr>
                <w:b/>
              </w:rPr>
            </w:r>
            <w:r>
              <w:rPr>
                <w:rFonts w:ascii="宋体" w:hAnsi="宋体" w:eastAsia="宋体"/>
                <w:b/>
                <w:sz w:val="18"/>
              </w:rPr>
              <w:t>以题为例，加深理解</w:t>
            </w:r>
          </w:p>
        </w:tc>
        <w:tc>
          <w:tcPr>
            <w:tcW w:type="dxa" w:w="3061"/>
          </w:tcPr>
          <w:p>
            <w:pPr>
              <w:spacing w:after="20" w:line="276" w:lineRule="auto"/>
            </w:pPr>
            <w:r/>
            <w:r>
              <w:rPr>
                <w:rFonts w:ascii="宋体" w:hAnsi="宋体" w:eastAsia="宋体"/>
                <w:b w:val="0"/>
                <w:sz w:val="18"/>
              </w:rPr>
              <w:t>1.辨认从三个不同方向观察到的图形。</w:t>
            </w:r>
          </w:p>
          <w:p>
            <w:pPr>
              <w:spacing w:after="20" w:line="276" w:lineRule="auto"/>
            </w:pPr>
            <w:r>
              <w:rPr>
                <w:rFonts w:ascii="宋体" w:hAnsi="宋体" w:eastAsia="宋体"/>
                <w:b w:val="0"/>
                <w:sz w:val="18"/>
              </w:rPr>
              <w:t>（1）课件出示教科书P110“应用提升”第1题3个组合体。</w:t>
            </w:r>
          </w:p>
          <w:p>
            <w:pPr>
              <w:spacing w:after="20" w:line="276" w:lineRule="auto"/>
            </w:pPr>
            <w:r>
              <w:rPr>
                <w:rFonts w:ascii="宋体" w:hAnsi="宋体" w:eastAsia="宋体"/>
                <w:b w:val="0"/>
                <w:sz w:val="18"/>
              </w:rPr>
              <w:t>师：想象一下，这3个组合体，分别从前面、上面和左面观察，看到的图形分别是怎样的？请在方格纸上画出从各个方向看到的图形。</w:t>
            </w:r>
          </w:p>
          <w:p>
            <w:pPr>
              <w:spacing w:after="20" w:line="276" w:lineRule="auto"/>
            </w:pPr>
            <w:r>
              <w:rPr>
                <w:rFonts w:ascii="宋体" w:hAnsi="宋体" w:eastAsia="宋体"/>
                <w:b w:val="0"/>
                <w:sz w:val="18"/>
              </w:rPr>
              <w:t>（2）课件继续出示教科书P110“应用提升”第1题的问题。</w:t>
            </w:r>
          </w:p>
          <w:p>
            <w:pPr>
              <w:spacing w:after="20" w:line="276" w:lineRule="auto"/>
            </w:pPr>
            <w:r>
              <w:rPr>
                <w:rFonts w:ascii="宋体" w:hAnsi="宋体" w:eastAsia="宋体"/>
                <w:b w:val="0"/>
                <w:sz w:val="18"/>
              </w:rPr>
              <w:t>师：这些图形分别是从哪个组合体的上面看到的？</w:t>
            </w:r>
          </w:p>
          <w:p>
            <w:pPr>
              <w:spacing w:after="20" w:line="276" w:lineRule="auto"/>
            </w:pPr>
            <w:r>
              <w:rPr>
                <w:rFonts w:ascii="宋体" w:hAnsi="宋体" w:eastAsia="宋体"/>
                <w:b w:val="0"/>
                <w:sz w:val="18"/>
              </w:rPr>
              <w:t>（3）集体交流，作出判断。</w:t>
            </w:r>
          </w:p>
          <w:p>
            <w:pPr>
              <w:spacing w:after="20" w:line="276" w:lineRule="auto"/>
            </w:pPr>
            <w:r>
              <w:rPr>
                <w:rFonts w:ascii="宋体" w:hAnsi="宋体" w:eastAsia="宋体"/>
                <w:b w:val="0"/>
                <w:sz w:val="18"/>
              </w:rPr>
              <w:t>师小结：同一个组合体，从不同方向观察，看到的图形可能相同，也可能不同。（适时板书）</w:t>
            </w:r>
          </w:p>
          <w:p>
            <w:pPr>
              <w:spacing w:after="20" w:line="276" w:lineRule="auto"/>
            </w:pPr>
            <w:r>
              <w:rPr>
                <w:rFonts w:ascii="宋体" w:hAnsi="宋体" w:eastAsia="宋体"/>
                <w:b w:val="0"/>
                <w:sz w:val="18"/>
              </w:rPr>
              <w:t>2.根据看到的图形还原组合体。</w:t>
            </w:r>
          </w:p>
          <w:p>
            <w:pPr>
              <w:spacing w:after="20" w:line="276" w:lineRule="auto"/>
            </w:pPr>
            <w:r>
              <w:rPr>
                <w:rFonts w:ascii="宋体" w:hAnsi="宋体" w:eastAsia="宋体"/>
                <w:b w:val="0"/>
                <w:sz w:val="18"/>
              </w:rPr>
              <w:t>课件出示问题。</w:t>
            </w:r>
          </w:p>
          <w:p>
            <w:pPr>
              <w:spacing w:after="20" w:line="276" w:lineRule="auto"/>
            </w:pPr>
            <w:r>
              <w:rPr>
                <w:rFonts w:ascii="宋体" w:hAnsi="宋体" w:eastAsia="宋体"/>
                <w:b w:val="0"/>
                <w:sz w:val="18"/>
              </w:rPr>
              <w:t>师生交流后小结：通过一个方向看到的图形无法确定组合体的摆放方式。</w:t>
            </w:r>
          </w:p>
          <w:p>
            <w:pPr>
              <w:spacing w:after="20" w:line="276" w:lineRule="auto"/>
            </w:pPr>
            <w:r>
              <w:rPr>
                <w:rFonts w:ascii="宋体" w:hAnsi="宋体" w:eastAsia="宋体"/>
                <w:b w:val="0"/>
                <w:sz w:val="18"/>
              </w:rPr>
              <w:t>教师继续出示课件。</w:t>
            </w:r>
          </w:p>
          <w:p>
            <w:pPr>
              <w:spacing w:after="20" w:line="276" w:lineRule="auto"/>
            </w:pPr>
            <w:r>
              <w:rPr>
                <w:rFonts w:ascii="宋体" w:hAnsi="宋体" w:eastAsia="宋体"/>
                <w:b w:val="0"/>
                <w:sz w:val="18"/>
              </w:rPr>
              <w:t>师：现在能确定这个组合体吗？先想象一下，这个组合体是怎样的？摆成它需要多少个小正方体？</w:t>
            </w:r>
          </w:p>
          <w:p>
            <w:pPr>
              <w:spacing w:after="20" w:line="276" w:lineRule="auto"/>
            </w:pPr>
            <w:r>
              <w:rPr>
                <w:rFonts w:ascii="宋体" w:hAnsi="宋体" w:eastAsia="宋体"/>
                <w:b w:val="0"/>
                <w:sz w:val="18"/>
              </w:rPr>
              <w:t>课件展示组合体，学生进行自我评价并纠正。</w:t>
            </w:r>
          </w:p>
          <w:p>
            <w:pPr>
              <w:spacing w:after="20" w:line="276" w:lineRule="auto"/>
            </w:pPr>
            <w:r>
              <w:rPr>
                <w:rFonts w:ascii="宋体" w:hAnsi="宋体" w:eastAsia="宋体"/>
                <w:b w:val="0"/>
                <w:sz w:val="18"/>
              </w:rPr>
              <w:t>师小结：一般情况下，根据从三个方向看到的图形，能确定组合体的摆放方式。（适时板书）</w:t>
            </w:r>
          </w:p>
          <w:p>
            <w:pPr>
              <w:spacing w:after="20" w:line="276" w:lineRule="auto"/>
            </w:pPr>
            <w:r>
              <w:rPr>
                <w:rFonts w:ascii="宋体" w:hAnsi="宋体" w:eastAsia="宋体"/>
                <w:b w:val="0"/>
                <w:sz w:val="18"/>
              </w:rPr>
              <w:t>3.图形面积计算公式的简单运用。</w:t>
            </w:r>
          </w:p>
          <w:p>
            <w:pPr>
              <w:spacing w:after="20" w:line="276" w:lineRule="auto"/>
            </w:pPr>
            <w:r>
              <w:rPr>
                <w:rFonts w:ascii="宋体" w:hAnsi="宋体" w:eastAsia="宋体"/>
                <w:b w:val="0"/>
                <w:sz w:val="18"/>
              </w:rPr>
              <w:t>（1）课件出示教科书P111“应用提升”第3题。</w:t>
            </w:r>
          </w:p>
          <w:p>
            <w:pPr>
              <w:spacing w:after="20" w:line="276" w:lineRule="auto"/>
            </w:pPr>
            <w:r>
              <w:rPr>
                <w:rFonts w:ascii="宋体" w:hAnsi="宋体" w:eastAsia="宋体"/>
                <w:b w:val="0"/>
                <w:sz w:val="18"/>
              </w:rPr>
              <w:t>师：种茄子、黄瓜、西红柿的土地分别是什么图形？应该运用什么公式计算面积？</w:t>
            </w:r>
          </w:p>
          <w:p>
            <w:pPr>
              <w:spacing w:after="20" w:line="276" w:lineRule="auto"/>
            </w:pPr>
            <w:r>
              <w:rPr>
                <w:rFonts w:ascii="宋体" w:hAnsi="宋体" w:eastAsia="宋体"/>
                <w:b w:val="0"/>
                <w:sz w:val="18"/>
              </w:rPr>
              <w:t>（2）课件出示教科书P111“应用提升”第4题。</w:t>
            </w:r>
          </w:p>
          <w:p>
            <w:pPr>
              <w:spacing w:after="20" w:line="276" w:lineRule="auto"/>
            </w:pPr>
            <w:r>
              <w:rPr>
                <w:rFonts w:ascii="宋体" w:hAnsi="宋体" w:eastAsia="宋体"/>
                <w:b w:val="0"/>
                <w:sz w:val="18"/>
              </w:rPr>
              <w:t>师生交流图①可以通过怎样的运动得到其他图形。</w:t>
            </w:r>
          </w:p>
          <w:p>
            <w:pPr>
              <w:spacing w:after="20" w:line="276" w:lineRule="auto"/>
            </w:pPr>
            <w:r>
              <w:rPr>
                <w:rFonts w:ascii="宋体" w:hAnsi="宋体" w:eastAsia="宋体"/>
                <w:b w:val="0"/>
                <w:sz w:val="18"/>
              </w:rPr>
              <w:t>集中评价，课件呈现解答。</w:t>
            </w:r>
          </w:p>
          <w:p>
            <w:pPr>
              <w:spacing w:after="20" w:line="276" w:lineRule="auto"/>
            </w:pPr>
            <w:r>
              <w:rPr>
                <w:rFonts w:ascii="宋体" w:hAnsi="宋体" w:eastAsia="宋体"/>
                <w:b w:val="0"/>
                <w:sz w:val="18"/>
              </w:rPr>
              <w:t>4.复习组合图形面积的计算。</w:t>
            </w:r>
          </w:p>
          <w:p>
            <w:pPr>
              <w:spacing w:after="20" w:line="276" w:lineRule="auto"/>
            </w:pPr>
            <w:r>
              <w:rPr>
                <w:rFonts w:ascii="宋体" w:hAnsi="宋体" w:eastAsia="宋体"/>
                <w:b w:val="0"/>
                <w:sz w:val="18"/>
              </w:rPr>
              <w:t>课件出示教科书P114“练习二十一”第13题。</w:t>
            </w:r>
          </w:p>
          <w:p>
            <w:pPr>
              <w:spacing w:after="20" w:line="276" w:lineRule="auto"/>
            </w:pPr>
            <w:r>
              <w:rPr>
                <w:rFonts w:ascii="宋体" w:hAnsi="宋体" w:eastAsia="宋体"/>
                <w:b w:val="0"/>
                <w:sz w:val="18"/>
              </w:rPr>
              <w:t>师：涂色部分是一个不规则的图形，怎么求呢？</w:t>
            </w:r>
          </w:p>
        </w:tc>
        <w:tc>
          <w:tcPr>
            <w:tcW w:type="dxa" w:w="3061"/>
          </w:tcPr>
          <w:p>
            <w:pPr>
              <w:spacing w:after="20" w:line="276" w:lineRule="auto"/>
            </w:pPr>
            <w:r/>
            <w:r>
              <w:rPr>
                <w:rFonts w:ascii="宋体" w:hAnsi="宋体" w:eastAsia="宋体"/>
                <w:b w:val="0"/>
                <w:sz w:val="18"/>
              </w:rPr>
              <w:t>学生自主在方格纸上画图。</w:t>
            </w:r>
          </w:p>
          <w:p>
            <w:pPr>
              <w:spacing w:after="20" w:line="276" w:lineRule="auto"/>
            </w:pPr>
            <w:r>
              <w:rPr>
                <w:rFonts w:ascii="宋体" w:hAnsi="宋体" w:eastAsia="宋体"/>
                <w:b w:val="0"/>
                <w:sz w:val="18"/>
              </w:rPr>
              <w:t>学生独立思考后再小组合作用小正方体尝试摆放方法并互相交流。</w:t>
            </w:r>
          </w:p>
          <w:p>
            <w:pPr>
              <w:spacing w:after="20" w:line="276" w:lineRule="auto"/>
            </w:pPr>
            <w:r>
              <w:rPr>
                <w:rFonts w:ascii="宋体" w:hAnsi="宋体" w:eastAsia="宋体"/>
                <w:b w:val="0"/>
                <w:sz w:val="18"/>
              </w:rPr>
              <w:t>学生自主解答后汇报。</w:t>
            </w:r>
          </w:p>
          <w:p>
            <w:pPr>
              <w:spacing w:after="20" w:line="276" w:lineRule="auto"/>
            </w:pPr>
            <w:r>
              <w:rPr>
                <w:rFonts w:ascii="宋体" w:hAnsi="宋体" w:eastAsia="宋体"/>
                <w:b w:val="0"/>
                <w:sz w:val="18"/>
              </w:rPr>
              <w:t>学生自主在教科书上完成第（2）（3）题。</w:t>
            </w:r>
          </w:p>
          <w:p>
            <w:pPr>
              <w:spacing w:after="20" w:line="276" w:lineRule="auto"/>
            </w:pPr>
            <w:r>
              <w:rPr>
                <w:rFonts w:ascii="宋体" w:hAnsi="宋体" w:eastAsia="宋体"/>
                <w:b w:val="0"/>
                <w:sz w:val="18"/>
              </w:rPr>
              <w:t>学生独立解答后展示交流。</w:t>
            </w:r>
          </w:p>
          <w:p>
            <w:pPr>
              <w:spacing w:after="20" w:line="276" w:lineRule="auto"/>
            </w:pPr>
            <w:r>
              <w:rPr>
                <w:rFonts w:ascii="宋体" w:hAnsi="宋体" w:eastAsia="宋体"/>
                <w:b w:val="0"/>
                <w:sz w:val="18"/>
              </w:rPr>
              <w:t>学生会有很多种不同的计算方法。关键要引导学生发现折叠后的两个三角形之间的关系。</w:t>
            </w:r>
          </w:p>
        </w:tc>
        <w:tc>
          <w:tcPr>
            <w:tcW w:type="dxa" w:w="1814"/>
          </w:tcPr>
          <w:p>
            <w:pPr>
              <w:spacing w:after="20" w:line="276" w:lineRule="auto"/>
            </w:pPr>
            <w:r/>
            <w:r>
              <w:rPr>
                <w:rFonts w:ascii="宋体" w:hAnsi="宋体" w:eastAsia="宋体"/>
                <w:b w:val="0"/>
                <w:sz w:val="18"/>
              </w:rPr>
              <w:t>围绕环节目标组织学习活动，引导学生主动参与、积极思考，核心问题："想象一下，这3个组合体，分别从前面、上面和左面观察，看到的图形分别是怎样的？"</w:t>
            </w:r>
          </w:p>
        </w:tc>
      </w:tr>
      <w:tr>
        <w:tc>
          <w:tcPr>
            <w:tcW w:type="dxa" w:w="1474"/>
          </w:tcPr>
          <w:p>
            <w:pPr>
              <w:spacing w:after="20" w:line="276" w:lineRule="auto"/>
            </w:pPr>
            <w:r>
              <w:rPr>
                <w:b/>
              </w:rPr>
            </w:r>
            <w:r>
              <w:rPr>
                <w:rFonts w:ascii="宋体" w:hAnsi="宋体" w:eastAsia="宋体"/>
                <w:b/>
                <w:sz w:val="18"/>
              </w:rPr>
              <w:t>指导练习</w:t>
            </w:r>
          </w:p>
        </w:tc>
        <w:tc>
          <w:tcPr>
            <w:tcW w:type="dxa" w:w="3061"/>
          </w:tcPr>
          <w:p>
            <w:pPr>
              <w:spacing w:after="20" w:line="276" w:lineRule="auto"/>
            </w:pPr>
            <w:r/>
            <w:r>
              <w:rPr>
                <w:rFonts w:ascii="宋体" w:hAnsi="宋体" w:eastAsia="宋体"/>
                <w:b w:val="0"/>
                <w:sz w:val="18"/>
              </w:rPr>
              <w:t>课件出示教科书P115“思考题”。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（2）集体展示交流，引导学生发现规律，初步感悟“勾股定理”。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四、自主练习</w:t>
            </w:r>
          </w:p>
        </w:tc>
        <w:tc>
          <w:tcPr>
            <w:tcW w:type="dxa" w:w="3061"/>
          </w:tcPr>
          <w:p>
            <w:pPr>
              <w:spacing w:after="20" w:line="276" w:lineRule="auto"/>
            </w:pPr>
            <w:r/>
            <w:r>
              <w:rPr>
                <w:rFonts w:ascii="宋体" w:hAnsi="宋体" w:eastAsia="宋体"/>
                <w:b w:val="0"/>
                <w:sz w:val="18"/>
              </w:rPr>
              <w:t>完成教科书P112～115“练习二十一”第4～7、10～12、15题。</w:t>
            </w:r>
          </w:p>
        </w:tc>
        <w:tc>
          <w:tcPr>
            <w:tcW w:type="dxa" w:w="3061"/>
          </w:tcPr>
          <w:p>
            <w:pPr>
              <w:spacing w:after="20" w:line="276" w:lineRule="auto"/>
            </w:pPr>
            <w:r/>
            <w:r>
              <w:rPr>
                <w:rFonts w:ascii="宋体" w:hAnsi="宋体" w:eastAsia="宋体"/>
                <w:b w:val="0"/>
                <w:sz w:val="18"/>
              </w:rPr>
              <w:t>学生自主独立解答完毕后，集中展示交流。</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师：本节课你有哪些收获？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具体的问题，引导学生在解决问题的过程中进行分析想象、动手操作、交流讨论等活动，提升空间想象力，发展推理能力。借助直观演示，引导沟通多边形面积计算公式之间的联系，并结合图形的运动梳理推导过程的内在关联，理解和感悟图形测量中共同蕴含的“等积变形”思想和方法，发展空间观念。</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图形的认识、测量与运动</w:t>
      </w:r>
    </w:p>
    <w:p>
      <w:pPr>
        <w:spacing w:after="40" w:line="300" w:lineRule="auto"/>
      </w:pPr>
      <w:r>
        <w:rPr>
          <w:rFonts w:ascii="宋体" w:hAnsi="宋体" w:eastAsia="宋体"/>
          <w:b w:val="0"/>
          <w:sz w:val="20"/>
        </w:rPr>
        <w:t>平行四边形的面积＝底×高　S＝ah</w:t>
      </w:r>
    </w:p>
    <w:p>
      <w:pPr>
        <w:spacing w:after="40" w:line="300" w:lineRule="auto"/>
      </w:pPr>
      <w:r>
        <w:rPr>
          <w:rFonts w:ascii="宋体" w:hAnsi="宋体" w:eastAsia="宋体"/>
          <w:b w:val="0"/>
          <w:sz w:val="20"/>
        </w:rPr>
        <w:t>三角形的面积＝底×高÷2　S＝ah</w:t>
      </w:r>
    </w:p>
    <w:p>
      <w:pPr>
        <w:spacing w:after="40" w:line="300" w:lineRule="auto"/>
      </w:pPr>
      <w:r>
        <w:rPr>
          <w:rFonts w:ascii="宋体" w:hAnsi="宋体" w:eastAsia="宋体"/>
          <w:b w:val="0"/>
          <w:sz w:val="20"/>
        </w:rPr>
        <w:t>梯形的面积＝（上底＋下底）×高÷2　 S＝（a＋b）h</w:t>
      </w:r>
    </w:p>
    <w:p>
      <w:pPr>
        <w:spacing w:after="40" w:line="300" w:lineRule="auto"/>
      </w:pPr>
      <w:r>
        <w:rPr>
          <w:rFonts w:ascii="宋体" w:hAnsi="宋体" w:eastAsia="宋体"/>
          <w:b w:val="0"/>
          <w:sz w:val="20"/>
        </w:rPr>
        <w:t>1平方千米＝1000000平方米＝100公顷</w:t>
      </w:r>
    </w:p>
    <w:p>
      <w:pPr>
        <w:spacing w:after="40" w:line="300" w:lineRule="auto"/>
      </w:pPr>
      <w:r>
        <w:rPr>
          <w:rFonts w:ascii="宋体" w:hAnsi="宋体" w:eastAsia="宋体"/>
          <w:b w:val="0"/>
          <w:sz w:val="20"/>
        </w:rPr>
        <w:t>同一个组合体，从不同方向观察，看到的图形可能相同，也可能不同。</w:t>
      </w:r>
    </w:p>
    <w:p>
      <w:pPr>
        <w:spacing w:after="40" w:line="300" w:lineRule="auto"/>
      </w:pPr>
      <w:r>
        <w:rPr>
          <w:rFonts w:ascii="宋体" w:hAnsi="宋体" w:eastAsia="宋体"/>
          <w:b w:val="0"/>
          <w:sz w:val="20"/>
        </w:rPr>
        <w:t>一般情况下，根据从三个方向看到的图形，能确定组合体的摆放方式。</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教科书P109“图形的认识、测量与运动”，完成教科书P110～111“应用提升”第1、3、4题及P112～115“练习二十一”第4～7、10～13、15题及“思考题”。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通过一些有针对性的例题和习题，帮助学生对本主题的内容进行全面的梳理和复习。同时课中给学生提供自主探索的时间和空间，安排了大量有利于学生主动进行观察、交流、展示的数学活动，给了学生广泛参与的机会，让学生在自主探索和合作交流的过程中进一步加深对数学知识和数学方法的理解，沟通了解知识间的联系。</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可能性</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可能性</w:t>
            </w:r>
          </w:p>
        </w:tc>
        <w:tc>
          <w:tcPr>
            <w:tcW w:type="dxa" w:w="6009"/>
          </w:tcPr>
          <w:p>
            <w:pPr>
              <w:spacing w:after="20" w:line="276" w:lineRule="auto"/>
            </w:pPr>
            <w:r/>
            <w:r>
              <w:rPr>
                <w:rFonts w:ascii="宋体" w:hAnsi="宋体" w:eastAsia="宋体"/>
                <w:b w:val="0"/>
                <w:sz w:val="20"/>
              </w:rPr>
              <w:t>第8单元 复习与关联</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教学内容：教科书P110“可能性”，完成教科书P111“应用提升”第5题及P113“练习二十一”第8、9题。</w:t>
      </w:r>
    </w:p>
    <w:p>
      <w:pPr>
        <w:spacing w:after="80" w:line="300" w:lineRule="auto"/>
        <w:ind w:firstLine="400"/>
      </w:pPr>
      <w:r>
        <w:rPr>
          <w:rFonts w:ascii="宋体" w:hAnsi="宋体" w:eastAsia="宋体"/>
          <w:b w:val="0"/>
          <w:sz w:val="20"/>
        </w:rPr>
        <w:t>教学准备：课件、几枚一元硬币。</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（1）通过复习，进一步体验不确定现象，感受可能性的大小，并能列出所有可能的结果。</w:t>
      </w:r>
    </w:p>
    <w:p>
      <w:pPr>
        <w:spacing w:after="20" w:line="300" w:lineRule="auto"/>
        <w:ind w:firstLine="400"/>
      </w:pPr>
      <w:r>
        <w:rPr>
          <w:rFonts w:ascii="宋体" w:hAnsi="宋体" w:eastAsia="宋体"/>
          <w:b w:val="0"/>
          <w:sz w:val="20"/>
        </w:rPr>
        <w:t>（2）丰富认知方式，学会用数学的方式思考，培养迁移、类推、创新意识。</w:t>
      </w:r>
    </w:p>
    <w:p>
      <w:pPr>
        <w:spacing w:after="20" w:line="300" w:lineRule="auto"/>
        <w:ind w:firstLine="400"/>
      </w:pPr>
      <w:r>
        <w:rPr>
          <w:rFonts w:ascii="宋体" w:hAnsi="宋体" w:eastAsia="宋体"/>
          <w:b w:val="0"/>
          <w:sz w:val="20"/>
        </w:rPr>
        <w:t>（3）进一步感受数学与生活的密切联系，增强学习数学的信心。</w:t>
      </w:r>
    </w:p>
    <w:p>
      <w:pPr>
        <w:spacing w:after="20" w:line="300" w:lineRule="auto"/>
      </w:pPr>
      <w:r>
        <w:rPr>
          <w:rFonts w:ascii="宋体" w:hAnsi="宋体" w:eastAsia="宋体"/>
          <w:b w:val="0"/>
          <w:sz w:val="20"/>
        </w:rPr>
        <w:t>教学重点：可能性的复习。</w:t>
      </w:r>
    </w:p>
    <w:p>
      <w:pPr>
        <w:spacing w:after="20" w:line="300" w:lineRule="auto"/>
      </w:pPr>
      <w:r>
        <w:rPr>
          <w:rFonts w:ascii="宋体" w:hAnsi="宋体" w:eastAsia="宋体"/>
          <w:b w:val="0"/>
          <w:sz w:val="20"/>
        </w:rPr>
        <w:t>教学难点：巩固随机事件发生的可能性大小。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在活动中感受可能性</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生活中我们能遇到哪些可能性的问题？；要怎样列出所有可能的情况？有没有什么好方法可以让我们在排列的时候既不重复也不遗漏呢？</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进一步感受可能性的大小</w:t>
            </w:r>
          </w:p>
        </w:tc>
        <w:tc>
          <w:tcPr>
            <w:tcW w:type="dxa" w:w="1814"/>
          </w:tcPr>
          <w:p>
            <w:pPr>
              <w:spacing w:after="20" w:line="276" w:lineRule="auto"/>
            </w:pPr>
            <w:r/>
            <w:r>
              <w:rPr>
                <w:rFonts w:ascii="宋体" w:hAnsi="宋体" w:eastAsia="宋体"/>
                <w:b w:val="0"/>
                <w:sz w:val="18"/>
              </w:rPr>
              <w:t>教科书、课件、视频</w:t>
            </w:r>
          </w:p>
        </w:tc>
        <w:tc>
          <w:tcPr>
            <w:tcW w:type="dxa" w:w="3402"/>
          </w:tcPr>
          <w:p>
            <w:pPr>
              <w:spacing w:after="20" w:line="276" w:lineRule="auto"/>
            </w:pPr>
            <w:r/>
            <w:r>
              <w:rPr>
                <w:rFonts w:ascii="宋体" w:hAnsi="宋体" w:eastAsia="宋体"/>
                <w:b w:val="0"/>
                <w:sz w:val="18"/>
              </w:rPr>
              <w:t>你们看到了什么？（裁判抛硬币决定哪一方先开球）为什么裁判能用抛硬币的方式决定哪一方先开球呢？；通过刚才的游戏活动你们能解决这一问题吗？</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同学们，通过本节课的整理复习，你有什么收获？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在活动中感受可能性</w:t>
            </w:r>
          </w:p>
        </w:tc>
        <w:tc>
          <w:tcPr>
            <w:tcW w:type="dxa" w:w="3061"/>
          </w:tcPr>
          <w:p>
            <w:pPr>
              <w:spacing w:after="20" w:line="276" w:lineRule="auto"/>
            </w:pPr>
            <w:r/>
            <w:r>
              <w:rPr>
                <w:rFonts w:ascii="宋体" w:hAnsi="宋体" w:eastAsia="宋体"/>
                <w:b w:val="0"/>
                <w:sz w:val="18"/>
              </w:rPr>
              <w:t>师：这节课我们来复习可能性相关的内容。（板书课题：可能性）</w:t>
            </w:r>
          </w:p>
          <w:p>
            <w:pPr>
              <w:spacing w:after="20" w:line="276" w:lineRule="auto"/>
            </w:pPr>
            <w:r>
              <w:rPr>
                <w:rFonts w:ascii="宋体" w:hAnsi="宋体" w:eastAsia="宋体"/>
                <w:b w:val="0"/>
                <w:sz w:val="18"/>
              </w:rPr>
              <w:t>师：生活中我们能遇到哪些可能性的问题？</w:t>
            </w:r>
          </w:p>
          <w:p>
            <w:pPr>
              <w:spacing w:after="20" w:line="276" w:lineRule="auto"/>
            </w:pPr>
            <w:r>
              <w:rPr>
                <w:rFonts w:ascii="宋体" w:hAnsi="宋体" w:eastAsia="宋体"/>
                <w:b w:val="0"/>
                <w:sz w:val="18"/>
              </w:rPr>
              <w:t>师：同学们回答得非常好！那我们一起来完成教科书P111“应用提升”第5题，游戏中的可能性问题。</w:t>
            </w:r>
          </w:p>
          <w:p>
            <w:pPr>
              <w:spacing w:after="20" w:line="276" w:lineRule="auto"/>
            </w:pPr>
            <w:r>
              <w:rPr>
                <w:rFonts w:ascii="宋体" w:hAnsi="宋体" w:eastAsia="宋体"/>
                <w:b w:val="0"/>
                <w:sz w:val="18"/>
              </w:rPr>
              <w:t>引导学生两人一组做“石头、剪刀、布”游戏，并将可能出现的所有情况填在教科书P111第5题中的表格里。</w:t>
            </w:r>
          </w:p>
          <w:p>
            <w:pPr>
              <w:spacing w:after="20" w:line="276" w:lineRule="auto"/>
            </w:pPr>
            <w:r>
              <w:rPr>
                <w:rFonts w:ascii="宋体" w:hAnsi="宋体" w:eastAsia="宋体"/>
                <w:b w:val="0"/>
                <w:sz w:val="18"/>
              </w:rPr>
              <w:t>师：要怎样列出所有可能的情况？有没有什么好方法可以让我们在排列的时候既不重复也不遗漏呢？</w:t>
            </w:r>
          </w:p>
          <w:p>
            <w:pPr>
              <w:spacing w:after="20" w:line="276" w:lineRule="auto"/>
            </w:pPr>
            <w:r>
              <w:rPr>
                <w:rFonts w:ascii="宋体" w:hAnsi="宋体" w:eastAsia="宋体"/>
                <w:b w:val="0"/>
                <w:sz w:val="18"/>
              </w:rPr>
              <w:t>教师强调每次猜拳的结果是随机的，无法确定结果是9种可能中的哪一种。</w:t>
            </w:r>
          </w:p>
          <w:p>
            <w:pPr>
              <w:spacing w:after="20" w:line="276" w:lineRule="auto"/>
            </w:pPr>
            <w:r>
              <w:rPr>
                <w:rFonts w:ascii="宋体" w:hAnsi="宋体" w:eastAsia="宋体"/>
                <w:b w:val="0"/>
                <w:sz w:val="18"/>
              </w:rPr>
              <w:t>师：生活中还有哪些事件是不确定的随机事件？举例说明。</w:t>
            </w:r>
          </w:p>
        </w:tc>
        <w:tc>
          <w:tcPr>
            <w:tcW w:type="dxa" w:w="3061"/>
          </w:tcPr>
          <w:p>
            <w:pPr>
              <w:spacing w:after="20" w:line="276" w:lineRule="auto"/>
            </w:pPr>
            <w:r/>
            <w:r>
              <w:rPr>
                <w:rFonts w:ascii="宋体" w:hAnsi="宋体" w:eastAsia="宋体"/>
                <w:b w:val="0"/>
                <w:sz w:val="18"/>
              </w:rPr>
              <w:t>抽签、掷硬币，玩游戏的时候也会遇到。</w:t>
            </w:r>
          </w:p>
          <w:p>
            <w:pPr>
              <w:spacing w:after="20" w:line="276" w:lineRule="auto"/>
            </w:pPr>
            <w:r>
              <w:rPr>
                <w:rFonts w:ascii="宋体" w:hAnsi="宋体" w:eastAsia="宋体"/>
                <w:b w:val="0"/>
                <w:sz w:val="18"/>
              </w:rPr>
              <w:t>学生利用所学的搭配知识，列出游戏共有9种可能的结果。</w:t>
            </w:r>
          </w:p>
          <w:p>
            <w:pPr>
              <w:spacing w:after="20" w:line="276" w:lineRule="auto"/>
            </w:pPr>
            <w:r>
              <w:rPr>
                <w:rFonts w:ascii="宋体" w:hAnsi="宋体" w:eastAsia="宋体"/>
                <w:b w:val="0"/>
                <w:sz w:val="18"/>
              </w:rPr>
              <w:t>学生可能会举例：明天的天气、通过路口的下一辆车、每次抛硬币朝上的面等都是不确定的随机事件，应该用“可能”一词来描述。如果有学生举出了确定性事件的例子，那么应让其余学生进行评价，并用“一定”或“不可能”等合适的词语进行描述。（教师适时板书）</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设计递进式探究活动，引导学生在动手实践与合作交流中经历知识形成过程，突破本课重难点，核心问题："生活中我们能遇到哪些可能性的问题？"</w:t>
            </w:r>
          </w:p>
        </w:tc>
      </w:tr>
      <w:tr>
        <w:tc>
          <w:tcPr>
            <w:tcW w:type="dxa" w:w="1474"/>
          </w:tcPr>
          <w:p>
            <w:pPr>
              <w:spacing w:after="20" w:line="276" w:lineRule="auto"/>
            </w:pPr>
            <w:r>
              <w:rPr>
                <w:b/>
              </w:rPr>
            </w:r>
            <w:r>
              <w:rPr>
                <w:rFonts w:ascii="宋体" w:hAnsi="宋体" w:eastAsia="宋体"/>
                <w:b/>
                <w:sz w:val="18"/>
              </w:rPr>
              <w:t>进一步感受可能性的大小</w:t>
            </w:r>
          </w:p>
        </w:tc>
        <w:tc>
          <w:tcPr>
            <w:tcW w:type="dxa" w:w="3061"/>
          </w:tcPr>
          <w:p>
            <w:pPr>
              <w:spacing w:after="20" w:line="276" w:lineRule="auto"/>
            </w:pPr>
            <w:r/>
            <w:r>
              <w:rPr>
                <w:rFonts w:ascii="宋体" w:hAnsi="宋体" w:eastAsia="宋体"/>
                <w:b w:val="0"/>
                <w:sz w:val="18"/>
              </w:rPr>
              <w:t>1.完成教科书P113“练习二十一”第8题。</w:t>
            </w:r>
          </w:p>
          <w:p>
            <w:pPr>
              <w:spacing w:after="20" w:line="276" w:lineRule="auto"/>
            </w:pPr>
            <w:r>
              <w:rPr>
                <w:rFonts w:ascii="宋体" w:hAnsi="宋体" w:eastAsia="宋体"/>
                <w:b w:val="0"/>
                <w:sz w:val="18"/>
              </w:rPr>
              <w:t>师生交流，说明指针停在哪种颜色区域的可能性最大，停在哪种颜色区域的可能性最小，并说说理由。</w:t>
            </w:r>
          </w:p>
          <w:p>
            <w:pPr>
              <w:spacing w:after="20" w:line="276" w:lineRule="auto"/>
            </w:pPr>
            <w:r>
              <w:rPr>
                <w:rFonts w:ascii="宋体" w:hAnsi="宋体" w:eastAsia="宋体"/>
                <w:b w:val="0"/>
                <w:sz w:val="18"/>
              </w:rPr>
              <w:t>2.游戏活动。</w:t>
            </w:r>
          </w:p>
          <w:p>
            <w:pPr>
              <w:spacing w:after="20" w:line="276" w:lineRule="auto"/>
            </w:pPr>
            <w:r>
              <w:rPr>
                <w:rFonts w:ascii="宋体" w:hAnsi="宋体" w:eastAsia="宋体"/>
                <w:b w:val="0"/>
                <w:sz w:val="18"/>
              </w:rPr>
              <w:t>（1）抛一枚硬币的游戏。</w:t>
            </w:r>
          </w:p>
          <w:p>
            <w:pPr>
              <w:spacing w:after="20" w:line="276" w:lineRule="auto"/>
            </w:pPr>
            <w:r>
              <w:rPr>
                <w:rFonts w:ascii="宋体" w:hAnsi="宋体" w:eastAsia="宋体"/>
                <w:b w:val="0"/>
                <w:sz w:val="18"/>
              </w:rPr>
              <w:t>课件播放足球比赛前，裁判抛硬币决定哪一方先开球的视频。</w:t>
            </w:r>
          </w:p>
          <w:p>
            <w:pPr>
              <w:spacing w:after="20" w:line="276" w:lineRule="auto"/>
            </w:pPr>
            <w:r>
              <w:rPr>
                <w:rFonts w:ascii="宋体" w:hAnsi="宋体" w:eastAsia="宋体"/>
                <w:b w:val="0"/>
                <w:sz w:val="18"/>
              </w:rPr>
              <w:t>师：你们看到了什么？（裁判抛硬币决定哪一方先开球）为什么裁判能用抛硬币的方式决定哪一方先开球呢？</w:t>
            </w:r>
          </w:p>
          <w:p>
            <w:pPr>
              <w:spacing w:after="20" w:line="276" w:lineRule="auto"/>
            </w:pPr>
            <w:r>
              <w:rPr>
                <w:rFonts w:ascii="宋体" w:hAnsi="宋体" w:eastAsia="宋体"/>
                <w:b w:val="0"/>
                <w:sz w:val="18"/>
              </w:rPr>
              <w:t>师：我们也来玩玩抛硬币的游戏。大家观察，硬币有正反两面。你们规定，抛出正面朝上的谁赢，抛出反面朝上的谁赢。每个小组两个同学轮流抛，共抛20次，将结果填在表格中。</w:t>
            </w:r>
          </w:p>
          <w:p>
            <w:pPr>
              <w:spacing w:after="20" w:line="276" w:lineRule="auto"/>
            </w:pPr>
            <w:r>
              <w:rPr>
                <w:rFonts w:ascii="宋体" w:hAnsi="宋体" w:eastAsia="宋体"/>
                <w:b w:val="0"/>
                <w:sz w:val="18"/>
              </w:rPr>
              <w:t>课件出示表格。</w:t>
            </w:r>
          </w:p>
          <w:p>
            <w:pPr>
              <w:spacing w:after="20" w:line="276" w:lineRule="auto"/>
            </w:pPr>
            <w:r>
              <w:rPr>
                <w:rFonts w:ascii="宋体" w:hAnsi="宋体" w:eastAsia="宋体"/>
                <w:b w:val="0"/>
                <w:sz w:val="18"/>
              </w:rPr>
              <w:t>引导学生发现：抛硬币出现正反面朝上的可能性是相同的，所以抛硬币决定谁先开球比较公平。（适时板书）</w:t>
            </w:r>
          </w:p>
          <w:p>
            <w:pPr>
              <w:spacing w:after="20" w:line="276" w:lineRule="auto"/>
            </w:pPr>
            <w:r>
              <w:rPr>
                <w:rFonts w:ascii="宋体" w:hAnsi="宋体" w:eastAsia="宋体"/>
                <w:b w:val="0"/>
                <w:sz w:val="18"/>
              </w:rPr>
              <w:t>（2）抛两枚硬币的游戏。</w:t>
            </w:r>
          </w:p>
          <w:p>
            <w:pPr>
              <w:spacing w:after="20" w:line="276" w:lineRule="auto"/>
            </w:pPr>
            <w:r>
              <w:rPr>
                <w:rFonts w:ascii="宋体" w:hAnsi="宋体" w:eastAsia="宋体"/>
                <w:b w:val="0"/>
                <w:sz w:val="18"/>
              </w:rPr>
              <w:t>师：现在抛两枚硬币。你们规定，抛出的两枚硬币朝上的面相同的谁赢，不同的谁赢。每个小组两个同学轮流抛，共抛20次，将结果填在表格中。</w:t>
            </w:r>
          </w:p>
          <w:p>
            <w:pPr>
              <w:spacing w:after="20" w:line="276" w:lineRule="auto"/>
            </w:pPr>
            <w:r>
              <w:rPr>
                <w:rFonts w:ascii="宋体" w:hAnsi="宋体" w:eastAsia="宋体"/>
                <w:b w:val="0"/>
                <w:sz w:val="18"/>
              </w:rPr>
              <w:t>（3）完成教科书P113“练习二十一”第9题。</w:t>
            </w:r>
          </w:p>
          <w:p>
            <w:pPr>
              <w:spacing w:after="20" w:line="276" w:lineRule="auto"/>
            </w:pPr>
            <w:r>
              <w:rPr>
                <w:rFonts w:ascii="宋体" w:hAnsi="宋体" w:eastAsia="宋体"/>
                <w:b w:val="0"/>
                <w:sz w:val="18"/>
              </w:rPr>
              <w:t>师：通过刚才的游戏活动你们能解决这一问题吗？</w:t>
            </w:r>
          </w:p>
          <w:p>
            <w:pPr>
              <w:spacing w:after="20" w:line="276" w:lineRule="auto"/>
            </w:pPr>
            <w:r>
              <w:rPr>
                <w:rFonts w:ascii="宋体" w:hAnsi="宋体" w:eastAsia="宋体"/>
                <w:b w:val="0"/>
                <w:sz w:val="18"/>
              </w:rPr>
              <w:t>师：为什么不公平？</w:t>
            </w:r>
          </w:p>
        </w:tc>
        <w:tc>
          <w:tcPr>
            <w:tcW w:type="dxa" w:w="3061"/>
          </w:tcPr>
          <w:p>
            <w:pPr>
              <w:spacing w:after="20" w:line="276" w:lineRule="auto"/>
            </w:pPr>
            <w:r/>
            <w:r>
              <w:rPr>
                <w:rFonts w:ascii="宋体" w:hAnsi="宋体" w:eastAsia="宋体"/>
                <w:b w:val="0"/>
                <w:sz w:val="18"/>
              </w:rPr>
              <w:t>部分学生无法想出结果，也有部分学生猜测因为这样比较公平，但说不出原因。</w:t>
            </w:r>
          </w:p>
          <w:p>
            <w:pPr>
              <w:spacing w:after="20" w:line="276" w:lineRule="auto"/>
            </w:pPr>
            <w:r>
              <w:rPr>
                <w:rFonts w:ascii="宋体" w:hAnsi="宋体" w:eastAsia="宋体"/>
                <w:b w:val="0"/>
                <w:sz w:val="18"/>
              </w:rPr>
              <w:t>学生玩抛硬币的游戏，教师收集各小组的数据。</w:t>
            </w:r>
          </w:p>
          <w:p>
            <w:pPr>
              <w:spacing w:after="20" w:line="276" w:lineRule="auto"/>
            </w:pPr>
            <w:r>
              <w:rPr>
                <w:rFonts w:ascii="宋体" w:hAnsi="宋体" w:eastAsia="宋体"/>
                <w:b w:val="0"/>
                <w:sz w:val="18"/>
              </w:rPr>
              <w:t>学生玩抛硬币的游戏，教师收集各小组的数据。</w:t>
            </w:r>
          </w:p>
          <w:p>
            <w:pPr>
              <w:spacing w:after="20" w:line="276" w:lineRule="auto"/>
            </w:pPr>
            <w:r>
              <w:rPr>
                <w:rFonts w:ascii="宋体" w:hAnsi="宋体" w:eastAsia="宋体"/>
                <w:b w:val="0"/>
                <w:sz w:val="18"/>
              </w:rPr>
              <w:t>可以。这个游戏不公平。</w:t>
            </w:r>
          </w:p>
          <w:p>
            <w:pPr>
              <w:spacing w:after="20" w:line="276" w:lineRule="auto"/>
            </w:pPr>
            <w:r>
              <w:rPr>
                <w:rFonts w:ascii="宋体" w:hAnsi="宋体" w:eastAsia="宋体"/>
                <w:b w:val="0"/>
                <w:sz w:val="18"/>
              </w:rPr>
              <w:t>因为两枚硬币朝上的面相同的可能性较小，而其他情况的可能性较大，所以不公平。</w:t>
            </w:r>
          </w:p>
        </w:tc>
        <w:tc>
          <w:tcPr>
            <w:tcW w:type="dxa" w:w="1814"/>
          </w:tcPr>
          <w:p>
            <w:pPr>
              <w:spacing w:after="20" w:line="276" w:lineRule="auto"/>
            </w:pPr>
            <w:r/>
            <w:r>
              <w:rPr>
                <w:rFonts w:ascii="宋体" w:hAnsi="宋体" w:eastAsia="宋体"/>
                <w:b w:val="0"/>
                <w:sz w:val="18"/>
              </w:rPr>
              <w:t>围绕环节目标组织学习活动，引导学生主动参与、积极思考，核心问题："你们看到了什么？（裁判抛硬币决定哪一方先开球）为什么裁判能用抛硬币的方式决定哪一方先开球呢？"</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师：同学们，通过本节课的整理复习，你有什么收获？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游戏来实际感受简单的随机现象，利用游戏结果让学生学会列出简单的随机现象中所有可能发生的结果，并初步判断可能性的大小。学生在这一观察和统计活动中，可以体会游戏活动的随机性，感受可能性的大小和游戏的公平性，发展数据分析观念。</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可能性</w:t>
      </w:r>
    </w:p>
    <w:p>
      <w:pPr>
        <w:spacing w:after="40" w:line="300" w:lineRule="auto"/>
      </w:pPr>
      <w:r>
        <w:rPr>
          <w:rFonts w:ascii="宋体" w:hAnsi="宋体" w:eastAsia="宋体"/>
          <w:b w:val="0"/>
          <w:sz w:val="20"/>
        </w:rPr>
        <w:t>结果可预测：一定、不可能</w:t>
      </w:r>
    </w:p>
    <w:p>
      <w:pPr>
        <w:spacing w:after="40" w:line="300" w:lineRule="auto"/>
      </w:pPr>
      <w:r>
        <w:rPr>
          <w:rFonts w:ascii="宋体" w:hAnsi="宋体" w:eastAsia="宋体"/>
          <w:b w:val="0"/>
          <w:sz w:val="20"/>
        </w:rPr>
        <w:t>结果不可预测：可能——可能性有大小</w:t>
      </w:r>
    </w:p>
    <w:p>
      <w:pPr>
        <w:spacing w:after="40" w:line="300" w:lineRule="auto"/>
      </w:pPr>
      <w:r>
        <w:rPr>
          <w:rFonts w:ascii="宋体" w:hAnsi="宋体" w:eastAsia="宋体"/>
          <w:b w:val="0"/>
          <w:sz w:val="20"/>
        </w:rPr>
        <w:t>↓</w:t>
      </w:r>
    </w:p>
    <w:p>
      <w:pPr>
        <w:spacing w:after="40" w:line="300" w:lineRule="auto"/>
      </w:pPr>
      <w:r>
        <w:rPr>
          <w:rFonts w:ascii="宋体" w:hAnsi="宋体" w:eastAsia="宋体"/>
          <w:b w:val="0"/>
          <w:sz w:val="20"/>
        </w:rPr>
        <w:t>可能性大小相同——公平</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教科书P110“可能性”，完成教科书P111“应用提升”第5题及P113“练习二十一”第8、9题。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【原教学设计反思（供参考）】通过“石头、剪刀、布”和抛硬币等游戏活动，让学生进一步体会可能性及其大小的内涵。这样的游戏活动，学生都很喜欢。</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数学广角：植树问题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数学广角：植树问题</w:t>
            </w:r>
          </w:p>
        </w:tc>
        <w:tc>
          <w:tcPr>
            <w:tcW w:type="dxa" w:w="6009"/>
          </w:tcPr>
          <w:p>
            <w:pPr>
              <w:spacing w:after="20" w:line="276" w:lineRule="auto"/>
            </w:pPr>
            <w:r/>
            <w:r>
              <w:rPr>
                <w:rFonts w:ascii="宋体" w:hAnsi="宋体" w:eastAsia="宋体"/>
                <w:b w:val="0"/>
                <w:sz w:val="20"/>
              </w:rPr>
              <w:t>第8单元 复习与关联</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教学内容：教科书P116～117相关内容，完成教科书P117“挑战自我”。</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（1）通过猜测、试验等数学活动，初步体会植树问题的规律。</w:t>
      </w:r>
    </w:p>
    <w:p>
      <w:pPr>
        <w:spacing w:after="20" w:line="300" w:lineRule="auto"/>
        <w:ind w:firstLine="400"/>
      </w:pPr>
      <w:r>
        <w:rPr>
          <w:rFonts w:ascii="宋体" w:hAnsi="宋体" w:eastAsia="宋体"/>
          <w:b w:val="0"/>
          <w:sz w:val="20"/>
        </w:rPr>
        <w:t>（2）经历和体验将复杂问题简单化的解题策略和方法。</w:t>
      </w:r>
    </w:p>
    <w:p>
      <w:pPr>
        <w:spacing w:after="20" w:line="300" w:lineRule="auto"/>
        <w:ind w:firstLine="400"/>
      </w:pPr>
      <w:r>
        <w:rPr>
          <w:rFonts w:ascii="宋体" w:hAnsi="宋体" w:eastAsia="宋体"/>
          <w:b w:val="0"/>
          <w:sz w:val="20"/>
        </w:rPr>
        <w:t>（3）感受数学知识在日常生活中的广泛应用，尝试用数学的方法来解决实际生活中的简单问题，培养应用意识和解决实际问题的能力。</w:t>
      </w:r>
    </w:p>
    <w:p>
      <w:pPr>
        <w:spacing w:after="20" w:line="300" w:lineRule="auto"/>
      </w:pPr>
      <w:r>
        <w:rPr>
          <w:rFonts w:ascii="宋体" w:hAnsi="宋体" w:eastAsia="宋体"/>
          <w:b w:val="0"/>
          <w:sz w:val="20"/>
        </w:rPr>
        <w:t>教学重点：发现植树棵数与间隔数之间的关系。</w:t>
      </w:r>
    </w:p>
    <w:p>
      <w:pPr>
        <w:spacing w:after="20" w:line="300" w:lineRule="auto"/>
      </w:pPr>
      <w:r>
        <w:rPr>
          <w:rFonts w:ascii="宋体" w:hAnsi="宋体" w:eastAsia="宋体"/>
          <w:b w:val="0"/>
          <w:sz w:val="20"/>
        </w:rPr>
        <w:t>教学难点：理解间隔数与棵数之间的规律并运用规律解决问题。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创设情境，提出问题</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谁能说一说“一边”的含义？“每隔5 m”是什么意思？；一共要种多少棵树，谁来算一算？</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自主探索，探究规律</w:t>
            </w:r>
          </w:p>
        </w:tc>
        <w:tc>
          <w:tcPr>
            <w:tcW w:type="dxa" w:w="1814"/>
          </w:tcPr>
          <w:p>
            <w:pPr>
              <w:spacing w:after="20" w:line="276" w:lineRule="auto"/>
            </w:pPr>
            <w:r/>
            <w:r>
              <w:rPr>
                <w:rFonts w:ascii="宋体" w:hAnsi="宋体" w:eastAsia="宋体"/>
                <w:b w:val="0"/>
                <w:sz w:val="18"/>
              </w:rPr>
              <w:t>课件、线段图、教科书</w:t>
            </w:r>
          </w:p>
        </w:tc>
        <w:tc>
          <w:tcPr>
            <w:tcW w:type="dxa" w:w="3402"/>
          </w:tcPr>
          <w:p>
            <w:pPr>
              <w:spacing w:after="20" w:line="276" w:lineRule="auto"/>
            </w:pPr>
            <w:r/>
            <w:r>
              <w:rPr>
                <w:rFonts w:ascii="宋体" w:hAnsi="宋体" w:eastAsia="宋体"/>
                <w:b w:val="0"/>
                <w:sz w:val="18"/>
              </w:rPr>
              <w:t>同学们观察这几种画法，你们认为可以分为几类，具体是哪几类？；观察这种情况下的段数和植树棵数，大家发现了什么？</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三、实践应用，构建模型</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四、巩固提升</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这个植树问题和学过的植树问题有什么相同和不同的地方？；前两节课中，我们都是通过画图来发现规律再解题的。这道题你们能用同样的方法解决吗？</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创设情境，提出问题</w:t>
            </w:r>
          </w:p>
        </w:tc>
        <w:tc>
          <w:tcPr>
            <w:tcW w:type="dxa" w:w="3061"/>
          </w:tcPr>
          <w:p>
            <w:pPr>
              <w:spacing w:after="20" w:line="276" w:lineRule="auto"/>
            </w:pPr>
            <w:r/>
            <w:r>
              <w:rPr>
                <w:rFonts w:ascii="宋体" w:hAnsi="宋体" w:eastAsia="宋体"/>
                <w:b w:val="0"/>
                <w:sz w:val="18"/>
              </w:rPr>
              <w:t>1.借助情境，了解基本概念。</w:t>
            </w:r>
          </w:p>
          <w:p>
            <w:pPr>
              <w:spacing w:after="20" w:line="276" w:lineRule="auto"/>
            </w:pPr>
            <w:r>
              <w:rPr>
                <w:rFonts w:ascii="宋体" w:hAnsi="宋体" w:eastAsia="宋体"/>
                <w:b w:val="0"/>
                <w:sz w:val="18"/>
              </w:rPr>
              <w:t>师：学校开展“美化校园”的活动，同学们在老师的带领下，正认真地植树呢。在植树的过程中，大家遇到了一些问题。（板书课题：*数学广角：植树问题）</w:t>
            </w:r>
          </w:p>
          <w:p>
            <w:pPr>
              <w:spacing w:after="20" w:line="276" w:lineRule="auto"/>
            </w:pPr>
            <w:r>
              <w:rPr>
                <w:rFonts w:ascii="宋体" w:hAnsi="宋体" w:eastAsia="宋体"/>
                <w:b w:val="0"/>
                <w:sz w:val="18"/>
              </w:rPr>
              <w:t>课件出示教科书P116情境图及题目。</w:t>
            </w:r>
          </w:p>
          <w:p>
            <w:pPr>
              <w:spacing w:after="20" w:line="276" w:lineRule="auto"/>
            </w:pPr>
            <w:r>
              <w:rPr>
                <w:rFonts w:ascii="宋体" w:hAnsi="宋体" w:eastAsia="宋体"/>
                <w:b w:val="0"/>
                <w:sz w:val="18"/>
              </w:rPr>
              <w:t>指名学生读题，并要求学生说出从题中知道的信息。</w:t>
            </w:r>
          </w:p>
          <w:p>
            <w:pPr>
              <w:spacing w:after="20" w:line="276" w:lineRule="auto"/>
            </w:pPr>
            <w:r>
              <w:rPr>
                <w:rFonts w:ascii="宋体" w:hAnsi="宋体" w:eastAsia="宋体"/>
                <w:b w:val="0"/>
                <w:sz w:val="18"/>
              </w:rPr>
              <w:t>师：谁能说一说“一边”的含义？“每隔5 m”是什么意思？</w:t>
            </w:r>
          </w:p>
          <w:p>
            <w:pPr>
              <w:spacing w:after="20" w:line="276" w:lineRule="auto"/>
            </w:pPr>
            <w:r>
              <w:rPr>
                <w:rFonts w:ascii="宋体" w:hAnsi="宋体" w:eastAsia="宋体"/>
                <w:b w:val="0"/>
                <w:sz w:val="18"/>
              </w:rPr>
              <w:t>师小结：“全长100 m”是指小路的总长；“一边”是小路的一侧，指小路的左边或右边；“每隔5m种一棵”是指每两棵树之间的距离，简称“间距”，有几个间距就称为几段，称为“段数”。</w:t>
            </w:r>
          </w:p>
          <w:p>
            <w:pPr>
              <w:spacing w:after="20" w:line="276" w:lineRule="auto"/>
            </w:pPr>
            <w:r>
              <w:rPr>
                <w:rFonts w:ascii="宋体" w:hAnsi="宋体" w:eastAsia="宋体"/>
                <w:b w:val="0"/>
                <w:sz w:val="18"/>
              </w:rPr>
              <w:t>2.自主尝试。</w:t>
            </w:r>
          </w:p>
          <w:p>
            <w:pPr>
              <w:spacing w:after="20" w:line="276" w:lineRule="auto"/>
            </w:pPr>
            <w:r>
              <w:rPr>
                <w:rFonts w:ascii="宋体" w:hAnsi="宋体" w:eastAsia="宋体"/>
                <w:b w:val="0"/>
                <w:sz w:val="18"/>
              </w:rPr>
              <w:t>师：一共要种多少棵树，谁来算一算？</w:t>
            </w:r>
          </w:p>
          <w:p>
            <w:pPr>
              <w:spacing w:after="20" w:line="276" w:lineRule="auto"/>
            </w:pPr>
            <w:r>
              <w:rPr>
                <w:rFonts w:ascii="宋体" w:hAnsi="宋体" w:eastAsia="宋体"/>
                <w:b w:val="0"/>
                <w:sz w:val="18"/>
              </w:rPr>
              <w:t>师：到底哪种方法正确呢？我们可以画图检验一下。</w:t>
            </w:r>
          </w:p>
        </w:tc>
        <w:tc>
          <w:tcPr>
            <w:tcW w:type="dxa" w:w="3061"/>
          </w:tcPr>
          <w:p>
            <w:pPr>
              <w:spacing w:after="20" w:line="276" w:lineRule="auto"/>
            </w:pPr>
            <w:r/>
            <w:r>
              <w:rPr>
                <w:rFonts w:ascii="宋体" w:hAnsi="宋体" w:eastAsia="宋体"/>
                <w:b w:val="0"/>
                <w:sz w:val="18"/>
              </w:rPr>
              <w:t>学生可能会说“一边”就是一旁，有可能是左边，也有可能是右边。每两棵树之间的距离是5 m。</w:t>
            </w:r>
          </w:p>
          <w:p>
            <w:pPr>
              <w:spacing w:after="20" w:line="276" w:lineRule="auto"/>
            </w:pPr>
            <w:r>
              <w:rPr>
                <w:rFonts w:ascii="宋体" w:hAnsi="宋体" w:eastAsia="宋体"/>
                <w:b w:val="0"/>
                <w:sz w:val="18"/>
              </w:rPr>
              <w:t>学生独立完成后，汇报算法。</w:t>
            </w:r>
          </w:p>
          <w:p>
            <w:pPr>
              <w:spacing w:after="20" w:line="276" w:lineRule="auto"/>
            </w:pPr>
            <w:r>
              <w:rPr>
                <w:rFonts w:ascii="宋体" w:hAnsi="宋体" w:eastAsia="宋体"/>
                <w:b w:val="0"/>
                <w:sz w:val="18"/>
              </w:rPr>
              <w:t>学生很可能根据100÷5＝20（棵），猜测要种20棵树；也有学生认为小路的两端都要种，应该是20＋2＝22（棵）；还有学生猜是19棵或21棵。</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创设情境激活学生已有经验，自然引出本课学习内容，激发学习兴趣，核心问题："谁能说一说“一边”的含义？“每隔5 m”是什么意思？"</w:t>
            </w:r>
          </w:p>
        </w:tc>
      </w:tr>
      <w:tr>
        <w:tc>
          <w:tcPr>
            <w:tcW w:type="dxa" w:w="1474"/>
          </w:tcPr>
          <w:p>
            <w:pPr>
              <w:spacing w:after="20" w:line="276" w:lineRule="auto"/>
            </w:pPr>
            <w:r>
              <w:rPr>
                <w:b/>
              </w:rPr>
            </w:r>
            <w:r>
              <w:rPr>
                <w:rFonts w:ascii="宋体" w:hAnsi="宋体" w:eastAsia="宋体"/>
                <w:b/>
                <w:sz w:val="18"/>
              </w:rPr>
              <w:t>自主探索，探究规律</w:t>
            </w:r>
          </w:p>
        </w:tc>
        <w:tc>
          <w:tcPr>
            <w:tcW w:type="dxa" w:w="3061"/>
          </w:tcPr>
          <w:p>
            <w:pPr>
              <w:spacing w:after="20" w:line="276" w:lineRule="auto"/>
            </w:pPr>
            <w:r/>
            <w:r>
              <w:rPr>
                <w:rFonts w:ascii="宋体" w:hAnsi="宋体" w:eastAsia="宋体"/>
                <w:b w:val="0"/>
                <w:sz w:val="18"/>
              </w:rPr>
              <w:t>1.化繁为简，探寻类别。</w:t>
            </w:r>
          </w:p>
          <w:p>
            <w:pPr>
              <w:spacing w:after="20" w:line="276" w:lineRule="auto"/>
            </w:pPr>
            <w:r>
              <w:rPr>
                <w:rFonts w:ascii="宋体" w:hAnsi="宋体" w:eastAsia="宋体"/>
                <w:b w:val="0"/>
                <w:sz w:val="18"/>
              </w:rPr>
              <w:t>师：100 m画图太长了，我们可以用较短的距离试一试，发现规律。</w:t>
            </w:r>
          </w:p>
          <w:p>
            <w:pPr>
              <w:spacing w:after="20" w:line="276" w:lineRule="auto"/>
            </w:pPr>
            <w:r>
              <w:rPr>
                <w:rFonts w:ascii="宋体" w:hAnsi="宋体" w:eastAsia="宋体"/>
                <w:b w:val="0"/>
                <w:sz w:val="18"/>
              </w:rPr>
              <w:t>指名学生上台板演画图并解答。</w:t>
            </w:r>
          </w:p>
          <w:p>
            <w:pPr>
              <w:spacing w:after="20" w:line="276" w:lineRule="auto"/>
            </w:pPr>
            <w:r>
              <w:rPr>
                <w:rFonts w:ascii="宋体" w:hAnsi="宋体" w:eastAsia="宋体"/>
                <w:b w:val="0"/>
                <w:sz w:val="18"/>
              </w:rPr>
              <w:t>课件集中展示不同长度的探究过程。</w:t>
            </w:r>
          </w:p>
          <w:p>
            <w:pPr>
              <w:spacing w:after="20" w:line="276" w:lineRule="auto"/>
            </w:pPr>
            <w:r>
              <w:rPr>
                <w:rFonts w:ascii="宋体" w:hAnsi="宋体" w:eastAsia="宋体"/>
                <w:b w:val="0"/>
                <w:sz w:val="18"/>
              </w:rPr>
              <w:t>师：同学们观察这几种画法，你们认为可以分为几类，具体是哪几类？</w:t>
            </w:r>
          </w:p>
          <w:p>
            <w:pPr>
              <w:spacing w:after="20" w:line="276" w:lineRule="auto"/>
            </w:pPr>
            <w:r>
              <w:rPr>
                <w:rFonts w:ascii="宋体" w:hAnsi="宋体" w:eastAsia="宋体"/>
                <w:b w:val="0"/>
                <w:sz w:val="18"/>
              </w:rPr>
              <w:t>2.数形结合，分类研究。</w:t>
            </w:r>
          </w:p>
          <w:p>
            <w:pPr>
              <w:spacing w:after="20" w:line="276" w:lineRule="auto"/>
            </w:pPr>
            <w:r>
              <w:rPr>
                <w:rFonts w:ascii="宋体" w:hAnsi="宋体" w:eastAsia="宋体"/>
                <w:b w:val="0"/>
                <w:sz w:val="18"/>
              </w:rPr>
              <w:t>（1）探究两端都种的规律。</w:t>
            </w:r>
          </w:p>
          <w:p>
            <w:pPr>
              <w:spacing w:after="20" w:line="276" w:lineRule="auto"/>
            </w:pPr>
            <w:r>
              <w:rPr>
                <w:rFonts w:ascii="宋体" w:hAnsi="宋体" w:eastAsia="宋体"/>
                <w:b w:val="0"/>
                <w:sz w:val="18"/>
              </w:rPr>
              <w:t>师：那我们先看两端都种的情况。</w:t>
            </w:r>
          </w:p>
          <w:p>
            <w:pPr>
              <w:spacing w:after="20" w:line="276" w:lineRule="auto"/>
            </w:pPr>
            <w:r>
              <w:rPr>
                <w:rFonts w:ascii="宋体" w:hAnsi="宋体" w:eastAsia="宋体"/>
                <w:b w:val="0"/>
                <w:sz w:val="18"/>
              </w:rPr>
              <w:t>课件集中呈现两端都种的线段图和数据。</w:t>
            </w:r>
          </w:p>
          <w:p>
            <w:pPr>
              <w:spacing w:after="20" w:line="276" w:lineRule="auto"/>
            </w:pPr>
            <w:r>
              <w:rPr>
                <w:rFonts w:ascii="宋体" w:hAnsi="宋体" w:eastAsia="宋体"/>
                <w:b w:val="0"/>
                <w:sz w:val="18"/>
              </w:rPr>
              <w:t>师：观察这种情况下的段数和植树棵数，大家发现了什么？</w:t>
            </w:r>
          </w:p>
          <w:p>
            <w:pPr>
              <w:spacing w:after="20" w:line="276" w:lineRule="auto"/>
            </w:pPr>
            <w:r>
              <w:rPr>
                <w:rFonts w:ascii="宋体" w:hAnsi="宋体" w:eastAsia="宋体"/>
                <w:b w:val="0"/>
                <w:sz w:val="18"/>
              </w:rPr>
              <w:t>（2）探究两端都不种的规律。</w:t>
            </w:r>
          </w:p>
          <w:p>
            <w:pPr>
              <w:spacing w:after="20" w:line="276" w:lineRule="auto"/>
            </w:pPr>
            <w:r>
              <w:rPr>
                <w:rFonts w:ascii="宋体" w:hAnsi="宋体" w:eastAsia="宋体"/>
                <w:b w:val="0"/>
                <w:sz w:val="18"/>
              </w:rPr>
              <w:t>课件集中呈现两端都不种的线段图和数据。</w:t>
            </w:r>
          </w:p>
          <w:p>
            <w:pPr>
              <w:spacing w:after="20" w:line="276" w:lineRule="auto"/>
            </w:pPr>
            <w:r>
              <w:rPr>
                <w:rFonts w:ascii="宋体" w:hAnsi="宋体" w:eastAsia="宋体"/>
                <w:b w:val="0"/>
                <w:sz w:val="18"/>
              </w:rPr>
              <w:t>师：同样的，观察这种情况下的段数和植树棵数，大家发现了什么？</w:t>
            </w:r>
          </w:p>
          <w:p>
            <w:pPr>
              <w:spacing w:after="20" w:line="276" w:lineRule="auto"/>
            </w:pPr>
            <w:r>
              <w:rPr>
                <w:rFonts w:ascii="宋体" w:hAnsi="宋体" w:eastAsia="宋体"/>
                <w:b w:val="0"/>
                <w:sz w:val="18"/>
              </w:rPr>
              <w:t>（3）探究一端种，一端不种的规律。</w:t>
            </w:r>
          </w:p>
          <w:p>
            <w:pPr>
              <w:spacing w:after="20" w:line="276" w:lineRule="auto"/>
            </w:pPr>
            <w:r>
              <w:rPr>
                <w:rFonts w:ascii="宋体" w:hAnsi="宋体" w:eastAsia="宋体"/>
                <w:b w:val="0"/>
                <w:sz w:val="18"/>
              </w:rPr>
              <w:t>课件集中呈现一端种，一端不种的线段图和数据。</w:t>
            </w:r>
          </w:p>
          <w:p>
            <w:pPr>
              <w:spacing w:after="20" w:line="276" w:lineRule="auto"/>
            </w:pPr>
            <w:r>
              <w:rPr>
                <w:rFonts w:ascii="宋体" w:hAnsi="宋体" w:eastAsia="宋体"/>
                <w:b w:val="0"/>
                <w:sz w:val="18"/>
              </w:rPr>
              <w:t>师：观察这种情况下的段数和植树棵数，又有什么发现？</w:t>
            </w:r>
          </w:p>
          <w:p>
            <w:pPr>
              <w:spacing w:after="20" w:line="276" w:lineRule="auto"/>
            </w:pPr>
            <w:r>
              <w:rPr>
                <w:rFonts w:ascii="宋体" w:hAnsi="宋体" w:eastAsia="宋体"/>
                <w:b w:val="0"/>
                <w:sz w:val="18"/>
              </w:rPr>
              <w:t>师小结：看来植树有多种情况，我们要结合具体的情况具体分析。</w:t>
            </w:r>
          </w:p>
          <w:p>
            <w:pPr>
              <w:spacing w:after="20" w:line="276" w:lineRule="auto"/>
            </w:pPr>
            <w:r>
              <w:rPr>
                <w:rFonts w:ascii="宋体" w:hAnsi="宋体" w:eastAsia="宋体"/>
                <w:b w:val="0"/>
                <w:sz w:val="18"/>
              </w:rPr>
              <w:t>3.运用规律，解决问题。</w:t>
            </w:r>
          </w:p>
          <w:p>
            <w:pPr>
              <w:spacing w:after="20" w:line="276" w:lineRule="auto"/>
            </w:pPr>
            <w:r>
              <w:rPr>
                <w:rFonts w:ascii="宋体" w:hAnsi="宋体" w:eastAsia="宋体"/>
                <w:b w:val="0"/>
                <w:sz w:val="18"/>
              </w:rPr>
              <w:t>（1）学生独立解决问题。</w:t>
            </w:r>
          </w:p>
          <w:p>
            <w:pPr>
              <w:spacing w:after="20" w:line="276" w:lineRule="auto"/>
            </w:pPr>
            <w:r>
              <w:rPr>
                <w:rFonts w:ascii="宋体" w:hAnsi="宋体" w:eastAsia="宋体"/>
                <w:b w:val="0"/>
                <w:sz w:val="18"/>
              </w:rPr>
              <w:t>师：那同学们说说，在100 m的小路一边植树，能直接确定种多少棵吗？到底是多少呢？同学们独立完成教科书P117上面的表格。</w:t>
            </w:r>
          </w:p>
          <w:p>
            <w:pPr>
              <w:spacing w:after="20" w:line="276" w:lineRule="auto"/>
            </w:pPr>
            <w:r>
              <w:rPr>
                <w:rFonts w:ascii="宋体" w:hAnsi="宋体" w:eastAsia="宋体"/>
                <w:b w:val="0"/>
                <w:sz w:val="18"/>
              </w:rPr>
              <w:t>（2）全班展示交流，教师进行评价。</w:t>
            </w:r>
          </w:p>
          <w:p>
            <w:pPr>
              <w:spacing w:after="20" w:line="276" w:lineRule="auto"/>
            </w:pPr>
            <w:r>
              <w:rPr>
                <w:rFonts w:ascii="宋体" w:hAnsi="宋体" w:eastAsia="宋体"/>
                <w:b w:val="0"/>
                <w:sz w:val="18"/>
              </w:rPr>
              <w:t>（3）课件呈现完成的解答。</w:t>
            </w:r>
          </w:p>
          <w:p>
            <w:pPr>
              <w:spacing w:after="20" w:line="276" w:lineRule="auto"/>
            </w:pPr>
            <w:r>
              <w:rPr>
                <w:rFonts w:ascii="宋体" w:hAnsi="宋体" w:eastAsia="宋体"/>
                <w:b w:val="0"/>
                <w:sz w:val="18"/>
              </w:rPr>
              <w:t>4.反思。</w:t>
            </w:r>
          </w:p>
          <w:p>
            <w:pPr>
              <w:spacing w:after="20" w:line="276" w:lineRule="auto"/>
            </w:pPr>
            <w:r>
              <w:rPr>
                <w:rFonts w:ascii="宋体" w:hAnsi="宋体" w:eastAsia="宋体"/>
                <w:b w:val="0"/>
                <w:sz w:val="18"/>
              </w:rPr>
              <w:t>师：我们最开始有的同学直接用100÷5＝20（棵）解决这一问题，可以吗？说说为什么？</w:t>
            </w:r>
          </w:p>
          <w:p>
            <w:pPr>
              <w:spacing w:after="20" w:line="276" w:lineRule="auto"/>
            </w:pPr>
            <w:r>
              <w:rPr>
                <w:rFonts w:ascii="宋体" w:hAnsi="宋体" w:eastAsia="宋体"/>
                <w:b w:val="0"/>
                <w:sz w:val="18"/>
              </w:rPr>
              <w:t>5.建立模型。</w:t>
            </w:r>
          </w:p>
          <w:p>
            <w:pPr>
              <w:spacing w:after="20" w:line="276" w:lineRule="auto"/>
            </w:pPr>
            <w:r>
              <w:rPr>
                <w:rFonts w:ascii="宋体" w:hAnsi="宋体" w:eastAsia="宋体"/>
                <w:b w:val="0"/>
                <w:sz w:val="18"/>
              </w:rPr>
              <w:t>师：植树问题其实是一种数学模型，在生活中很多地方可见。如，我们的手，五根手指头可以看成树，相邻两个指头间的空隙，可以看成间距；还有，我们上楼梯，如果住在5楼，什么是段数，什么是树呢？还有哪些现象中有这样的数量关系呢？</w:t>
            </w:r>
          </w:p>
        </w:tc>
        <w:tc>
          <w:tcPr>
            <w:tcW w:type="dxa" w:w="3061"/>
          </w:tcPr>
          <w:p>
            <w:pPr>
              <w:spacing w:after="20" w:line="276" w:lineRule="auto"/>
            </w:pPr>
            <w:r/>
            <w:r>
              <w:rPr>
                <w:rFonts w:ascii="宋体" w:hAnsi="宋体" w:eastAsia="宋体"/>
                <w:b w:val="0"/>
                <w:sz w:val="18"/>
              </w:rPr>
              <w:t>可能有画10 m、20 m、15 m……</w:t>
            </w:r>
          </w:p>
          <w:p>
            <w:pPr>
              <w:spacing w:after="20" w:line="276" w:lineRule="auto"/>
            </w:pPr>
            <w:r>
              <w:rPr>
                <w:rFonts w:ascii="宋体" w:hAnsi="宋体" w:eastAsia="宋体"/>
                <w:b w:val="0"/>
                <w:sz w:val="18"/>
              </w:rPr>
              <w:t>学生自由讨论，师生交流后发现，可以分为3类，即两端都种；两端都不种；一端种，一端不种。</w:t>
            </w:r>
          </w:p>
          <w:p>
            <w:pPr>
              <w:spacing w:after="20" w:line="276" w:lineRule="auto"/>
            </w:pPr>
            <w:r>
              <w:rPr>
                <w:rFonts w:ascii="宋体" w:hAnsi="宋体" w:eastAsia="宋体"/>
                <w:b w:val="0"/>
                <w:sz w:val="18"/>
              </w:rPr>
              <w:t>植树棵数比段数多1。</w:t>
            </w:r>
          </w:p>
          <w:p>
            <w:pPr>
              <w:spacing w:after="20" w:line="276" w:lineRule="auto"/>
            </w:pPr>
            <w:r>
              <w:rPr>
                <w:rFonts w:ascii="宋体" w:hAnsi="宋体" w:eastAsia="宋体"/>
                <w:b w:val="0"/>
                <w:sz w:val="18"/>
              </w:rPr>
              <w:t>学生交流，教师板书：两端都种：长度÷间距＝段数，植树棵数＝段数＋1</w:t>
            </w:r>
          </w:p>
          <w:p>
            <w:pPr>
              <w:spacing w:after="20" w:line="276" w:lineRule="auto"/>
            </w:pPr>
            <w:r>
              <w:rPr>
                <w:rFonts w:ascii="宋体" w:hAnsi="宋体" w:eastAsia="宋体"/>
                <w:b w:val="0"/>
                <w:sz w:val="18"/>
              </w:rPr>
              <w:t>植树棵数比段数少1。</w:t>
            </w:r>
          </w:p>
          <w:p>
            <w:pPr>
              <w:spacing w:after="20" w:line="276" w:lineRule="auto"/>
            </w:pPr>
            <w:r>
              <w:rPr>
                <w:rFonts w:ascii="宋体" w:hAnsi="宋体" w:eastAsia="宋体"/>
                <w:b w:val="0"/>
                <w:sz w:val="18"/>
              </w:rPr>
              <w:t>学生交流，教师板书：两端都不种：植树棵数＝段数－1</w:t>
            </w:r>
          </w:p>
          <w:p>
            <w:pPr>
              <w:spacing w:after="20" w:line="276" w:lineRule="auto"/>
            </w:pPr>
            <w:r>
              <w:rPr>
                <w:rFonts w:ascii="宋体" w:hAnsi="宋体" w:eastAsia="宋体"/>
                <w:b w:val="0"/>
                <w:sz w:val="18"/>
              </w:rPr>
              <w:t>植树棵数与段数相同。</w:t>
            </w:r>
          </w:p>
          <w:p>
            <w:pPr>
              <w:spacing w:after="20" w:line="276" w:lineRule="auto"/>
            </w:pPr>
            <w:r>
              <w:rPr>
                <w:rFonts w:ascii="宋体" w:hAnsi="宋体" w:eastAsia="宋体"/>
                <w:b w:val="0"/>
                <w:sz w:val="18"/>
              </w:rPr>
              <w:t>学生交流，教师板书：一端种，一端不种：植树棵数＝段数。</w:t>
            </w:r>
          </w:p>
          <w:p>
            <w:pPr>
              <w:spacing w:after="20" w:line="276" w:lineRule="auto"/>
            </w:pPr>
            <w:r>
              <w:rPr>
                <w:rFonts w:ascii="宋体" w:hAnsi="宋体" w:eastAsia="宋体"/>
                <w:b w:val="0"/>
                <w:sz w:val="18"/>
              </w:rPr>
              <w:t>学生独立自主完成，教师巡视指导。</w:t>
            </w:r>
          </w:p>
          <w:p>
            <w:pPr>
              <w:spacing w:after="20" w:line="276" w:lineRule="auto"/>
            </w:pPr>
            <w:r>
              <w:rPr>
                <w:rFonts w:ascii="宋体" w:hAnsi="宋体" w:eastAsia="宋体"/>
                <w:b w:val="0"/>
                <w:sz w:val="18"/>
              </w:rPr>
              <w:t>学生反思，100÷5是长度÷间距，20是段数。在一端种，一端不种的情况下，这个是可以的，但是植树有多种情况，我们要具体问题具体分析。</w:t>
            </w:r>
          </w:p>
          <w:p>
            <w:pPr>
              <w:spacing w:after="20" w:line="276" w:lineRule="auto"/>
            </w:pPr>
            <w:r>
              <w:rPr>
                <w:rFonts w:ascii="宋体" w:hAnsi="宋体" w:eastAsia="宋体"/>
                <w:b w:val="0"/>
                <w:sz w:val="18"/>
              </w:rPr>
              <w:t>学生讨论交流。</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设计递进式探究活动，引导学生在动手实践与合作交流中经历知识形成过程，突破本课重难点，核心问题："同学们观察这几种画法，你们认为可以分为几类，具体是哪几类？"</w:t>
            </w:r>
          </w:p>
        </w:tc>
      </w:tr>
      <w:tr>
        <w:tc>
          <w:tcPr>
            <w:tcW w:type="dxa" w:w="1474"/>
          </w:tcPr>
          <w:p>
            <w:pPr>
              <w:spacing w:after="20" w:line="276" w:lineRule="auto"/>
            </w:pPr>
            <w:r>
              <w:rPr>
                <w:b/>
              </w:rPr>
            </w:r>
            <w:r>
              <w:rPr>
                <w:rFonts w:ascii="宋体" w:hAnsi="宋体" w:eastAsia="宋体"/>
                <w:b/>
                <w:sz w:val="18"/>
              </w:rPr>
              <w:t>三、实践应用，构建模型</w:t>
            </w:r>
          </w:p>
        </w:tc>
        <w:tc>
          <w:tcPr>
            <w:tcW w:type="dxa" w:w="3061"/>
          </w:tcPr>
          <w:p>
            <w:pPr>
              <w:spacing w:after="20" w:line="276" w:lineRule="auto"/>
            </w:pPr>
            <w:r/>
            <w:r>
              <w:rPr>
                <w:rFonts w:ascii="宋体" w:hAnsi="宋体" w:eastAsia="宋体"/>
                <w:b w:val="0"/>
                <w:sz w:val="18"/>
              </w:rPr>
              <w:t>——</w:t>
            </w:r>
          </w:p>
        </w:tc>
        <w:tc>
          <w:tcPr>
            <w:tcW w:type="dxa" w:w="3061"/>
          </w:tcPr>
          <w:p>
            <w:pPr>
              <w:spacing w:after="20" w:line="276" w:lineRule="auto"/>
            </w:pPr>
            <w:r/>
            <w:r>
              <w:rPr>
                <w:rFonts w:ascii="宋体" w:hAnsi="宋体" w:eastAsia="宋体"/>
                <w:b w:val="0"/>
                <w:sz w:val="18"/>
              </w:rPr>
              <w:t>学生自主完成教科书P117“挑战自我”第1题，全班集中展示评价。</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四、巩固提升</w:t>
            </w:r>
          </w:p>
        </w:tc>
        <w:tc>
          <w:tcPr>
            <w:tcW w:type="dxa" w:w="3061"/>
          </w:tcPr>
          <w:p>
            <w:pPr>
              <w:spacing w:after="20" w:line="276" w:lineRule="auto"/>
            </w:pPr>
            <w:r/>
            <w:r>
              <w:rPr>
                <w:rFonts w:ascii="宋体" w:hAnsi="宋体" w:eastAsia="宋体"/>
                <w:b w:val="0"/>
                <w:sz w:val="18"/>
              </w:rPr>
              <w:t>1.理解题意。</w:t>
            </w:r>
          </w:p>
          <w:p>
            <w:pPr>
              <w:spacing w:after="20" w:line="276" w:lineRule="auto"/>
            </w:pPr>
            <w:r>
              <w:rPr>
                <w:rFonts w:ascii="宋体" w:hAnsi="宋体" w:eastAsia="宋体"/>
                <w:b w:val="0"/>
                <w:sz w:val="18"/>
              </w:rPr>
              <w:t>课件出示教科书P117“挑战自我”第2题。</w:t>
            </w:r>
          </w:p>
          <w:p>
            <w:pPr>
              <w:spacing w:after="20" w:line="276" w:lineRule="auto"/>
            </w:pPr>
            <w:r>
              <w:rPr>
                <w:rFonts w:ascii="宋体" w:hAnsi="宋体" w:eastAsia="宋体"/>
                <w:b w:val="0"/>
                <w:sz w:val="18"/>
              </w:rPr>
              <w:t>（1）引导学生读题，找出已知条件和所求问题。</w:t>
            </w:r>
          </w:p>
          <w:p>
            <w:pPr>
              <w:spacing w:after="20" w:line="276" w:lineRule="auto"/>
            </w:pPr>
            <w:r>
              <w:rPr>
                <w:rFonts w:ascii="宋体" w:hAnsi="宋体" w:eastAsia="宋体"/>
                <w:b w:val="0"/>
                <w:sz w:val="18"/>
              </w:rPr>
              <w:t>（2）师：这个植树问题和学过的植树问题有什么相同和不同的地方？</w:t>
            </w:r>
          </w:p>
          <w:p>
            <w:pPr>
              <w:spacing w:after="20" w:line="276" w:lineRule="auto"/>
            </w:pPr>
            <w:r>
              <w:rPr>
                <w:rFonts w:ascii="宋体" w:hAnsi="宋体" w:eastAsia="宋体"/>
                <w:b w:val="0"/>
                <w:sz w:val="18"/>
              </w:rPr>
              <w:t>引导学生说出相同之处都是已知全长和间距；不同之处在于前面学习的是在线段上植树的问题，这道题是在一个圆的周围植树的问题。</w:t>
            </w:r>
          </w:p>
          <w:p>
            <w:pPr>
              <w:spacing w:after="20" w:line="276" w:lineRule="auto"/>
            </w:pPr>
            <w:r>
              <w:rPr>
                <w:rFonts w:ascii="宋体" w:hAnsi="宋体" w:eastAsia="宋体"/>
                <w:b w:val="0"/>
                <w:sz w:val="18"/>
              </w:rPr>
              <w:t>2.自主探究。</w:t>
            </w:r>
          </w:p>
          <w:p>
            <w:pPr>
              <w:spacing w:after="20" w:line="276" w:lineRule="auto"/>
            </w:pPr>
            <w:r>
              <w:rPr>
                <w:rFonts w:ascii="宋体" w:hAnsi="宋体" w:eastAsia="宋体"/>
                <w:b w:val="0"/>
                <w:sz w:val="18"/>
              </w:rPr>
              <w:t>师：前两节课中，我们都是通过画图来发现规律再解题的。这道题你们能用同样的方法解决吗？试一试。</w:t>
            </w:r>
          </w:p>
          <w:p>
            <w:pPr>
              <w:spacing w:after="20" w:line="276" w:lineRule="auto"/>
            </w:pPr>
            <w:r>
              <w:rPr>
                <w:rFonts w:ascii="宋体" w:hAnsi="宋体" w:eastAsia="宋体"/>
                <w:b w:val="0"/>
                <w:sz w:val="18"/>
              </w:rPr>
              <w:t>（1）小组合作画图探究，教师巡视。</w:t>
            </w:r>
          </w:p>
          <w:p>
            <w:pPr>
              <w:spacing w:after="20" w:line="276" w:lineRule="auto"/>
            </w:pPr>
            <w:r>
              <w:rPr>
                <w:rFonts w:ascii="宋体" w:hAnsi="宋体" w:eastAsia="宋体"/>
                <w:b w:val="0"/>
                <w:sz w:val="18"/>
              </w:rPr>
              <w:t>（2）汇报展示，交流发现。</w:t>
            </w:r>
          </w:p>
          <w:p>
            <w:pPr>
              <w:spacing w:after="20" w:line="276" w:lineRule="auto"/>
            </w:pPr>
            <w:r>
              <w:rPr>
                <w:rFonts w:ascii="宋体" w:hAnsi="宋体" w:eastAsia="宋体"/>
                <w:b w:val="0"/>
                <w:sz w:val="18"/>
              </w:rPr>
              <w:t>根据巡视情况，结合学生汇报，利用下表记录。</w:t>
            </w:r>
          </w:p>
          <w:p>
            <w:pPr>
              <w:spacing w:after="20" w:line="276" w:lineRule="auto"/>
            </w:pPr>
            <w:r>
              <w:rPr>
                <w:rFonts w:ascii="宋体" w:hAnsi="宋体" w:eastAsia="宋体"/>
                <w:b w:val="0"/>
                <w:sz w:val="18"/>
              </w:rPr>
              <w:t>3.总结规律。</w:t>
            </w:r>
          </w:p>
          <w:p>
            <w:pPr>
              <w:spacing w:after="20" w:line="276" w:lineRule="auto"/>
            </w:pPr>
            <w:r>
              <w:rPr>
                <w:rFonts w:ascii="宋体" w:hAnsi="宋体" w:eastAsia="宋体"/>
                <w:b w:val="0"/>
                <w:sz w:val="18"/>
              </w:rPr>
              <w:t>师：通过上面完成的表格，大家发现了什么规律？</w:t>
            </w:r>
          </w:p>
          <w:p>
            <w:pPr>
              <w:spacing w:after="20" w:line="276" w:lineRule="auto"/>
            </w:pPr>
            <w:r>
              <w:rPr>
                <w:rFonts w:ascii="宋体" w:hAnsi="宋体" w:eastAsia="宋体"/>
                <w:b w:val="0"/>
                <w:sz w:val="18"/>
              </w:rPr>
              <w:t>师：以40 m的长度为例，将圆拉直成线段，你能发现什么？（课件出示）</w:t>
            </w:r>
          </w:p>
          <w:p>
            <w:pPr>
              <w:spacing w:after="20" w:line="276" w:lineRule="auto"/>
            </w:pPr>
            <w:r>
              <w:rPr>
                <w:rFonts w:ascii="宋体" w:hAnsi="宋体" w:eastAsia="宋体"/>
                <w:b w:val="0"/>
                <w:sz w:val="18"/>
              </w:rPr>
              <w:t>通过讨论交流，引导学生发现：这种情况相当于在直线上一端种，一端不种，段数与棵数相等。</w:t>
            </w:r>
          </w:p>
          <w:p>
            <w:pPr>
              <w:spacing w:after="20" w:line="276" w:lineRule="auto"/>
            </w:pPr>
            <w:r>
              <w:rPr>
                <w:rFonts w:ascii="宋体" w:hAnsi="宋体" w:eastAsia="宋体"/>
                <w:b w:val="0"/>
                <w:sz w:val="18"/>
              </w:rPr>
              <w:t>师：我们将封闭图形“化曲为直”后，发现封闭图形和在一条线段上“一端种一端不种”中棵数与段数的关系是一样的，都是棵数等于段数。</w:t>
            </w:r>
          </w:p>
          <w:p>
            <w:pPr>
              <w:spacing w:after="20" w:line="276" w:lineRule="auto"/>
            </w:pPr>
            <w:r>
              <w:rPr>
                <w:rFonts w:ascii="宋体" w:hAnsi="宋体" w:eastAsia="宋体"/>
                <w:b w:val="0"/>
                <w:sz w:val="18"/>
              </w:rPr>
              <w:t>板书：封闭路线上的植树问题：植树棵数＝段数</w:t>
            </w:r>
          </w:p>
          <w:p>
            <w:pPr>
              <w:spacing w:after="20" w:line="276" w:lineRule="auto"/>
            </w:pPr>
            <w:r>
              <w:rPr>
                <w:rFonts w:ascii="宋体" w:hAnsi="宋体" w:eastAsia="宋体"/>
                <w:b w:val="0"/>
                <w:sz w:val="18"/>
              </w:rPr>
              <w:t>因为学生已经有了在线段上植树的学习经验，所以在引导学生比较教科书P117“挑战自我”第2题与教科书P116例题的相同点和不同点之后，便放手让学生利用已有的学习方法，自行探究在封闭路线上植树的问题。</w:t>
            </w:r>
          </w:p>
        </w:tc>
        <w:tc>
          <w:tcPr>
            <w:tcW w:type="dxa" w:w="3061"/>
          </w:tcPr>
          <w:p>
            <w:pPr>
              <w:spacing w:after="20" w:line="276" w:lineRule="auto"/>
            </w:pPr>
            <w:r/>
            <w:r>
              <w:rPr>
                <w:rFonts w:ascii="宋体" w:hAnsi="宋体" w:eastAsia="宋体"/>
                <w:b w:val="0"/>
                <w:sz w:val="18"/>
              </w:rPr>
              <w:t>学生可能会说在封闭路线上植树，植树的棵数等于段数。</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通过有层次的练习及时反馈学情，巩固新知，培养学生灵活运用知识解决问题的能力，核心问题："这个植树问题和学过的植树问题有什么相同和不同的地方？"</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师：通过这节课的学习，你有什么收获？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借助具体的问题，让学生在解决问题的过程中体会化繁为简的思想，能进行分类讨论，建立植树模型，考虑到实际问题的多样性，进行分类解答。</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*数学广角：植树问题</w:t>
      </w:r>
    </w:p>
    <w:p>
      <w:pPr>
        <w:spacing w:after="40" w:line="300" w:lineRule="auto"/>
      </w:pPr>
      <w:r>
        <w:rPr>
          <w:rFonts w:ascii="宋体" w:hAnsi="宋体" w:eastAsia="宋体"/>
          <w:b w:val="0"/>
          <w:sz w:val="20"/>
        </w:rPr>
        <w:t>长度÷间距＝段数</w:t>
      </w:r>
    </w:p>
    <w:p>
      <w:pPr>
        <w:spacing w:after="40" w:line="300" w:lineRule="auto"/>
      </w:pPr>
      <w:r>
        <w:rPr>
          <w:rFonts w:ascii="宋体" w:hAnsi="宋体" w:eastAsia="宋体"/>
          <w:b w:val="0"/>
          <w:sz w:val="20"/>
        </w:rPr>
        <w:t>两端都种：植树棵数＝段数＋1</w:t>
      </w:r>
    </w:p>
    <w:p>
      <w:pPr>
        <w:spacing w:after="40" w:line="300" w:lineRule="auto"/>
      </w:pPr>
      <w:r>
        <w:rPr>
          <w:rFonts w:ascii="宋体" w:hAnsi="宋体" w:eastAsia="宋体"/>
          <w:b w:val="0"/>
          <w:sz w:val="20"/>
        </w:rPr>
        <w:t>两端都不种：植树棵数＝段数－1</w:t>
      </w:r>
    </w:p>
    <w:p>
      <w:pPr>
        <w:spacing w:after="40" w:line="300" w:lineRule="auto"/>
      </w:pPr>
      <w:r>
        <w:rPr>
          <w:rFonts w:ascii="宋体" w:hAnsi="宋体" w:eastAsia="宋体"/>
          <w:b w:val="0"/>
          <w:sz w:val="20"/>
        </w:rPr>
        <w:t>一端种，一端不种：植树棵数＝段数</w:t>
      </w:r>
    </w:p>
    <w:p>
      <w:pPr>
        <w:spacing w:after="40" w:line="300" w:lineRule="auto"/>
      </w:pPr>
      <w:r>
        <w:rPr>
          <w:rFonts w:ascii="宋体" w:hAnsi="宋体" w:eastAsia="宋体"/>
          <w:b w:val="0"/>
          <w:sz w:val="20"/>
        </w:rPr>
        <w:t>封闭路线上的植树问题：植树棵数＝段数</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教科书P116～117相关内容，完成教科书P117“挑战自我”。</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教学内容比较多，还有一些变式问题和数量关系的应用，如“段数＝棵数－1，长度＝段数×间距”等都需要学生在课后进一步通过具体的问题进行熟悉，积累解决问题的经验。</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