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20" w:line="300" w:lineRule="auto"/>
        <w:jc w:val="center"/>
      </w:pPr>
      <w:r>
        <w:rPr>
          <w:rFonts w:ascii="黑体" w:hAnsi="黑体" w:eastAsia="黑体"/>
          <w:b/>
          <w:sz w:val="30"/>
        </w:rPr>
        <w:t>人教版五年级数学上册</w:t>
      </w:r>
    </w:p>
    <w:p>
      <w:pPr>
        <w:spacing w:after="80" w:line="300" w:lineRule="auto"/>
        <w:jc w:val="center"/>
      </w:pPr>
      <w:r>
        <w:rPr>
          <w:rFonts w:ascii="黑体" w:hAnsi="黑体" w:eastAsia="黑体"/>
          <w:b/>
          <w:sz w:val="26"/>
        </w:rPr>
        <w:t>第4单元 图形的运动　规范教案</w:t>
      </w:r>
    </w:p>
    <w:p>
      <w:pPr>
        <w:spacing w:after="160" w:line="300" w:lineRule="auto"/>
        <w:jc w:val="center"/>
      </w:pPr>
      <w:r>
        <w:rPr>
          <w:rFonts w:ascii="楷体" w:hAnsi="楷体" w:eastAsia="楷体"/>
          <w:b w:val="0"/>
          <w:color w:val="606060"/>
          <w:sz w:val="18"/>
        </w:rPr>
        <w:t>依据《温州市小学数学教学常规（2025年版）》附件2（单元教学备课参考格式）、附件3（课时教学备课参考格式）编制</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2381"/>
            <w:shd w:val="clear" w:fill="E8EEF7"/>
          </w:tcPr>
          <w:p>
            <w:pPr>
              <w:spacing w:after="20" w:line="276" w:lineRule="auto"/>
              <w:jc w:val="center"/>
            </w:pPr>
            <w:r/>
            <w:r>
              <w:rPr>
                <w:rFonts w:ascii="黑体" w:hAnsi="黑体" w:eastAsia="黑体"/>
                <w:b/>
                <w:sz w:val="18"/>
              </w:rPr>
              <w:t>项目</w:t>
            </w:r>
          </w:p>
        </w:tc>
        <w:tc>
          <w:tcPr>
            <w:tcW w:type="dxa" w:w="7030"/>
            <w:shd w:val="clear" w:fill="E8EEF7"/>
          </w:tcPr>
          <w:p>
            <w:pPr>
              <w:spacing w:after="20" w:line="276" w:lineRule="auto"/>
              <w:jc w:val="center"/>
            </w:pPr>
            <w:r/>
            <w:r>
              <w:rPr>
                <w:rFonts w:ascii="黑体" w:hAnsi="黑体" w:eastAsia="黑体"/>
                <w:b/>
                <w:sz w:val="18"/>
              </w:rPr>
              <w:t>内容</w:t>
            </w:r>
          </w:p>
        </w:tc>
      </w:tr>
      <w:tr>
        <w:tc>
          <w:tcPr>
            <w:tcW w:type="dxa" w:w="2381"/>
          </w:tcPr>
          <w:p>
            <w:pPr>
              <w:spacing w:after="20" w:line="276" w:lineRule="auto"/>
            </w:pPr>
            <w:r/>
            <w:r>
              <w:rPr>
                <w:rFonts w:ascii="宋体" w:hAnsi="宋体" w:eastAsia="宋体"/>
                <w:b/>
                <w:sz w:val="20"/>
              </w:rPr>
              <w:t>单元内容</w:t>
            </w:r>
          </w:p>
        </w:tc>
        <w:tc>
          <w:tcPr>
            <w:tcW w:type="dxa" w:w="7030"/>
          </w:tcPr>
          <w:p>
            <w:pPr>
              <w:spacing w:after="20" w:line="276" w:lineRule="auto"/>
            </w:pPr>
            <w:r/>
            <w:r>
              <w:rPr>
                <w:rFonts w:ascii="宋体" w:hAnsi="宋体" w:eastAsia="宋体"/>
                <w:b w:val="0"/>
                <w:sz w:val="20"/>
              </w:rPr>
              <w:t>第4单元 图形的运动</w:t>
            </w:r>
          </w:p>
        </w:tc>
      </w:tr>
      <w:tr>
        <w:tc>
          <w:tcPr>
            <w:tcW w:type="dxa" w:w="2381"/>
          </w:tcPr>
          <w:p>
            <w:pPr>
              <w:spacing w:after="20" w:line="276" w:lineRule="auto"/>
            </w:pPr>
            <w:r/>
            <w:r>
              <w:rPr>
                <w:rFonts w:ascii="宋体" w:hAnsi="宋体" w:eastAsia="宋体"/>
                <w:b/>
                <w:sz w:val="20"/>
              </w:rPr>
              <w:t>所属领域</w:t>
            </w:r>
          </w:p>
        </w:tc>
        <w:tc>
          <w:tcPr>
            <w:tcW w:type="dxa" w:w="7030"/>
          </w:tcPr>
          <w:p>
            <w:pPr>
              <w:spacing w:after="20" w:line="276" w:lineRule="auto"/>
            </w:pPr>
            <w:r/>
            <w:r>
              <w:rPr>
                <w:rFonts w:ascii="宋体" w:hAnsi="宋体" w:eastAsia="宋体"/>
                <w:b w:val="0"/>
                <w:sz w:val="20"/>
              </w:rPr>
              <w:t>图形与几何</w:t>
            </w:r>
          </w:p>
        </w:tc>
      </w:tr>
      <w:tr>
        <w:tc>
          <w:tcPr>
            <w:tcW w:type="dxa" w:w="2381"/>
          </w:tcPr>
          <w:p>
            <w:pPr>
              <w:spacing w:after="20" w:line="276" w:lineRule="auto"/>
            </w:pPr>
            <w:r/>
            <w:r>
              <w:rPr>
                <w:rFonts w:ascii="宋体" w:hAnsi="宋体" w:eastAsia="宋体"/>
                <w:b/>
                <w:sz w:val="20"/>
              </w:rPr>
              <w:t>教材版本</w:t>
            </w:r>
          </w:p>
        </w:tc>
        <w:tc>
          <w:tcPr>
            <w:tcW w:type="dxa" w:w="7030"/>
          </w:tcPr>
          <w:p>
            <w:pPr>
              <w:spacing w:after="20" w:line="276" w:lineRule="auto"/>
            </w:pPr>
            <w:r/>
            <w:r>
              <w:rPr>
                <w:rFonts w:ascii="宋体" w:hAnsi="宋体" w:eastAsia="宋体"/>
                <w:b w:val="0"/>
                <w:sz w:val="20"/>
              </w:rPr>
              <w:t>人民教育出版社（人教版）小学数学教科书</w:t>
            </w:r>
          </w:p>
        </w:tc>
      </w:tr>
      <w:tr>
        <w:tc>
          <w:tcPr>
            <w:tcW w:type="dxa" w:w="2381"/>
          </w:tcPr>
          <w:p>
            <w:pPr>
              <w:spacing w:after="20" w:line="276" w:lineRule="auto"/>
            </w:pPr>
            <w:r/>
            <w:r>
              <w:rPr>
                <w:rFonts w:ascii="宋体" w:hAnsi="宋体" w:eastAsia="宋体"/>
                <w:b/>
                <w:sz w:val="20"/>
              </w:rPr>
              <w:t>课时数</w:t>
            </w:r>
          </w:p>
        </w:tc>
        <w:tc>
          <w:tcPr>
            <w:tcW w:type="dxa" w:w="7030"/>
          </w:tcPr>
          <w:p>
            <w:pPr>
              <w:spacing w:after="20" w:line="276" w:lineRule="auto"/>
            </w:pPr>
            <w:r/>
            <w:r>
              <w:rPr>
                <w:rFonts w:ascii="宋体" w:hAnsi="宋体" w:eastAsia="宋体"/>
                <w:b w:val="0"/>
                <w:sz w:val="20"/>
              </w:rPr>
              <w:t>8 课时</w:t>
            </w:r>
          </w:p>
        </w:tc>
      </w:tr>
      <w:tr>
        <w:tc>
          <w:tcPr>
            <w:tcW w:type="dxa" w:w="2381"/>
          </w:tcPr>
          <w:p>
            <w:pPr>
              <w:spacing w:after="20" w:line="276" w:lineRule="auto"/>
            </w:pPr>
            <w:r/>
            <w:r>
              <w:rPr>
                <w:rFonts w:ascii="宋体" w:hAnsi="宋体" w:eastAsia="宋体"/>
                <w:b/>
                <w:sz w:val="20"/>
              </w:rPr>
              <w:t>课型结构</w:t>
            </w:r>
          </w:p>
        </w:tc>
        <w:tc>
          <w:tcPr>
            <w:tcW w:type="dxa" w:w="7030"/>
          </w:tcPr>
          <w:p>
            <w:pPr>
              <w:spacing w:after="20" w:line="276" w:lineRule="auto"/>
            </w:pPr>
            <w:r/>
            <w:r>
              <w:rPr>
                <w:rFonts w:ascii="宋体" w:hAnsi="宋体" w:eastAsia="宋体"/>
                <w:b w:val="0"/>
                <w:sz w:val="20"/>
              </w:rPr>
              <w:t>单元开启课、活动探索课、自主整理课</w:t>
            </w:r>
          </w:p>
        </w:tc>
      </w:tr>
    </w:tbl>
    <w:p>
      <w:pPr>
        <w:spacing w:after="40"/>
      </w:pPr>
    </w:p>
    <w:p>
      <w:pPr>
        <w:spacing w:after="80" w:line="300" w:lineRule="auto"/>
      </w:pPr>
      <w:r>
        <w:rPr>
          <w:rFonts w:ascii="黑体" w:hAnsi="黑体" w:eastAsia="黑体"/>
          <w:b/>
          <w:sz w:val="24"/>
        </w:rPr>
        <w:t>一、单元整体解读</w:t>
      </w:r>
    </w:p>
    <w:p>
      <w:pPr>
        <w:spacing w:after="20" w:line="300" w:lineRule="auto"/>
      </w:pPr>
      <w:r>
        <w:rPr>
          <w:rFonts w:ascii="黑体" w:hAnsi="黑体" w:eastAsia="黑体"/>
          <w:b/>
          <w:sz w:val="21"/>
        </w:rPr>
        <w:t>（一）教材分析</w:t>
      </w:r>
    </w:p>
    <w:p>
      <w:pPr>
        <w:spacing w:after="80" w:line="300" w:lineRule="auto"/>
        <w:ind w:firstLine="400"/>
      </w:pPr>
      <w:r>
        <w:rPr>
          <w:rFonts w:ascii="宋体" w:hAnsi="宋体" w:eastAsia="宋体"/>
          <w:b w:val="0"/>
          <w:sz w:val="20"/>
        </w:rPr>
        <w:t>本单元主要通过具体的操作体会轴对称、平移和旋转的特点，要求学生能在方格纸上补全简单的轴对称图形，能在方格纸上画出一个简单图形沿水平方向、竖直方向平移一定格数后的图形，能在方格纸上画出一个简单图形旋转90°后的图形，能从对称、平移和旋转的角度欣赏生活中的图案，并运用它们在方格纸上设计简单的图案，进一步感受图形变换带来的美感以及在生活中的应用。在观察、操作活动中，帮助学生积累图形运动经验，描述或画出图形的运动和变化，促使学生在探索和理解“运动”的过程中，认识图形之间的关系，发展学生的空间观念。</w:t>
      </w:r>
    </w:p>
    <w:p>
      <w:pPr>
        <w:spacing w:after="80" w:line="300" w:lineRule="auto"/>
        <w:ind w:firstLine="400"/>
      </w:pPr>
      <w:r>
        <w:rPr>
          <w:rFonts w:ascii="宋体" w:hAnsi="宋体" w:eastAsia="宋体"/>
          <w:b w:val="0"/>
          <w:sz w:val="20"/>
        </w:rPr>
        <w:t>五年级的学生生性活泼、富有好奇心理，并且大部分学生已养成良好的学习习惯，能在课堂上大胆地表达自己的见解。学生在之前的学习中已经初步感知了生活中的轴对称、平移和旋转现象。在此基础上，本单元让学生进一步认识轴对称、平移和旋转的特征，探索图形运动的特征和性质，并能根据特征和性质画出运动后的图形，让学生在已有知识的基础上探究新知识。</w:t>
      </w:r>
    </w:p>
    <w:p>
      <w:pPr>
        <w:spacing w:after="20" w:line="300" w:lineRule="auto"/>
      </w:pPr>
      <w:r>
        <w:rPr>
          <w:rFonts w:ascii="黑体" w:hAnsi="黑体" w:eastAsia="黑体"/>
          <w:b/>
          <w:sz w:val="21"/>
        </w:rPr>
        <w:t>（二）学情分析</w:t>
      </w:r>
    </w:p>
    <w:p>
      <w:pPr>
        <w:spacing w:after="80" w:line="300" w:lineRule="auto"/>
        <w:ind w:firstLine="400"/>
      </w:pPr>
      <w:r>
        <w:rPr>
          <w:rFonts w:ascii="宋体" w:hAnsi="宋体" w:eastAsia="宋体"/>
          <w:b w:val="0"/>
          <w:sz w:val="20"/>
        </w:rPr>
        <w:t>借助操作，学生能认识图形运动的特征，但是运动后的图形以及探索多个图形拼组的运动变化，对于他们来说还是有一定难度的，在教学时要关注到每名学生，帮助他们理解。</w:t>
      </w:r>
    </w:p>
    <w:p>
      <w:pPr>
        <w:spacing w:after="20" w:line="300" w:lineRule="auto"/>
      </w:pPr>
      <w:r>
        <w:rPr>
          <w:rFonts w:ascii="黑体" w:hAnsi="黑体" w:eastAsia="黑体"/>
          <w:b/>
          <w:sz w:val="21"/>
        </w:rPr>
        <w:t>（三）单元教学目标</w:t>
      </w:r>
    </w:p>
    <w:p>
      <w:pPr>
        <w:spacing w:after="20" w:line="300" w:lineRule="auto"/>
      </w:pPr>
      <w:r>
        <w:rPr>
          <w:rFonts w:ascii="黑体" w:hAnsi="黑体" w:eastAsia="黑体"/>
          <w:b/>
          <w:sz w:val="20"/>
        </w:rPr>
        <w:t>单元素养目标：</w:t>
      </w:r>
    </w:p>
    <w:p>
      <w:pPr>
        <w:spacing w:after="40" w:line="300" w:lineRule="auto"/>
        <w:ind w:firstLine="400"/>
      </w:pPr>
      <w:r>
        <w:rPr>
          <w:rFonts w:ascii="宋体" w:hAnsi="宋体" w:eastAsia="宋体"/>
          <w:b w:val="0"/>
          <w:sz w:val="20"/>
        </w:rPr>
        <w:t>应用意识：能分析实际生活中的图案的运动现象，能应用对称、平移和旋转等图形运动设计出美丽的图案。</w:t>
      </w:r>
    </w:p>
    <w:p>
      <w:pPr>
        <w:spacing w:after="20" w:line="300" w:lineRule="auto"/>
      </w:pPr>
      <w:r>
        <w:rPr>
          <w:rFonts w:ascii="黑体" w:hAnsi="黑体" w:eastAsia="黑体"/>
          <w:b/>
          <w:sz w:val="20"/>
        </w:rPr>
        <w:t>单元课时目标：</w:t>
      </w:r>
    </w:p>
    <w:p>
      <w:pPr>
        <w:spacing w:after="20" w:line="300" w:lineRule="auto"/>
        <w:ind w:firstLine="400"/>
      </w:pPr>
      <w:r>
        <w:rPr>
          <w:rFonts w:ascii="宋体" w:hAnsi="宋体" w:eastAsia="宋体"/>
          <w:b w:val="0"/>
          <w:sz w:val="20"/>
        </w:rPr>
        <w:t>第1课时：在观察、操作等活动中，进一步认识轴对称图形及其对称轴，体会轴对称图形的特征和性质，并能在方格纸上补全一个轴对称图形。</w:t>
      </w:r>
    </w:p>
    <w:p>
      <w:pPr>
        <w:spacing w:after="20" w:line="300" w:lineRule="auto"/>
        <w:ind w:firstLine="400"/>
      </w:pPr>
      <w:r>
        <w:rPr>
          <w:rFonts w:ascii="宋体" w:hAnsi="宋体" w:eastAsia="宋体"/>
          <w:b w:val="0"/>
          <w:sz w:val="20"/>
        </w:rPr>
        <w:t>第2课时：通过“移一移”的活动了解移动的方向和移动的距离，理解平移的距离与图形间的距离的关系。</w:t>
      </w:r>
    </w:p>
    <w:p>
      <w:pPr>
        <w:spacing w:after="20" w:line="300" w:lineRule="auto"/>
        <w:ind w:firstLine="400"/>
      </w:pPr>
      <w:r>
        <w:rPr>
          <w:rFonts w:ascii="宋体" w:hAnsi="宋体" w:eastAsia="宋体"/>
          <w:b w:val="0"/>
          <w:sz w:val="20"/>
        </w:rPr>
        <w:t>第3课时：经历自主探究的过程，运用平移的方法解决简单不规则图形的面积问题，加深对“平移”这种图形变换方式的理解。</w:t>
      </w:r>
    </w:p>
    <w:p>
      <w:pPr>
        <w:spacing w:after="20" w:line="300" w:lineRule="auto"/>
        <w:ind w:firstLine="400"/>
      </w:pPr>
      <w:r>
        <w:rPr>
          <w:rFonts w:ascii="宋体" w:hAnsi="宋体" w:eastAsia="宋体"/>
          <w:b w:val="0"/>
          <w:sz w:val="20"/>
        </w:rPr>
        <w:t>第4课时：理解旋转的含义，感悟其特征及性质。会运用数学语言描述旋转运动的过程。</w:t>
      </w:r>
    </w:p>
    <w:p>
      <w:pPr>
        <w:spacing w:after="20" w:line="300" w:lineRule="auto"/>
        <w:ind w:firstLine="400"/>
      </w:pPr>
      <w:r>
        <w:rPr>
          <w:rFonts w:ascii="宋体" w:hAnsi="宋体" w:eastAsia="宋体"/>
          <w:b w:val="0"/>
          <w:sz w:val="20"/>
        </w:rPr>
        <w:t>第5课时：探索在方格纸上画旋转图形的方法，能够画出简单图形在方格纸上旋转90°后的图形。</w:t>
      </w:r>
    </w:p>
    <w:p>
      <w:pPr>
        <w:spacing w:after="20" w:line="300" w:lineRule="auto"/>
        <w:ind w:firstLine="400"/>
      </w:pPr>
      <w:r>
        <w:rPr>
          <w:rFonts w:ascii="宋体" w:hAnsi="宋体" w:eastAsia="宋体"/>
          <w:b w:val="0"/>
          <w:sz w:val="20"/>
        </w:rPr>
        <w:t>第6课时：能根据图形特征，正确拼组图形，正确记录图形运动变化，体会解决问题策略的多样性。</w:t>
      </w:r>
    </w:p>
    <w:p>
      <w:pPr>
        <w:spacing w:after="20" w:line="300" w:lineRule="auto"/>
        <w:ind w:firstLine="400"/>
      </w:pPr>
      <w:r>
        <w:rPr>
          <w:rFonts w:ascii="宋体" w:hAnsi="宋体" w:eastAsia="宋体"/>
          <w:b w:val="0"/>
          <w:sz w:val="20"/>
        </w:rPr>
        <w:t>第7课时：通过观察、欣赏运用平移和旋转知识设计的图形，能说出图形的变化方式和变化过程。</w:t>
      </w:r>
    </w:p>
    <w:p>
      <w:pPr>
        <w:spacing w:after="20" w:line="300" w:lineRule="auto"/>
        <w:ind w:firstLine="400"/>
      </w:pPr>
      <w:r>
        <w:rPr>
          <w:rFonts w:ascii="宋体" w:hAnsi="宋体" w:eastAsia="宋体"/>
          <w:b w:val="0"/>
          <w:sz w:val="20"/>
        </w:rPr>
        <w:t>第8课时：进一步体会图形的变换，感受轴对称、平移和旋转图形的相应特点。</w:t>
      </w:r>
    </w:p>
    <w:p>
      <w:pPr>
        <w:spacing w:after="20" w:line="300" w:lineRule="auto"/>
      </w:pPr>
      <w:r>
        <w:rPr>
          <w:rFonts w:ascii="黑体" w:hAnsi="黑体" w:eastAsia="黑体"/>
          <w:b/>
          <w:sz w:val="21"/>
        </w:rPr>
        <w:t>（四）单元教学建议</w:t>
      </w:r>
    </w:p>
    <w:p>
      <w:pPr>
        <w:spacing w:after="20" w:line="300" w:lineRule="auto"/>
      </w:pPr>
      <w:r>
        <w:rPr>
          <w:rFonts w:ascii="宋体" w:hAnsi="宋体" w:eastAsia="宋体"/>
          <w:b w:val="0"/>
          <w:sz w:val="20"/>
        </w:rPr>
        <w:t>● 关注知识的形成过程，把握核心问题。教科书结合学生熟悉的生活、学习情境，关注了知识的形成过程，既有数学知识的认识深化，更有数学思想方法的渗透与应用。教学时要全面分析教科书，重视教科书的修改变化，确定好教学目标，把握核心问题，为学生指明解决问题的思考方向。</w:t>
      </w:r>
    </w:p>
    <w:p>
      <w:pPr>
        <w:spacing w:after="20" w:line="300" w:lineRule="auto"/>
      </w:pPr>
      <w:r>
        <w:rPr>
          <w:rFonts w:ascii="宋体" w:hAnsi="宋体" w:eastAsia="宋体"/>
          <w:b w:val="0"/>
          <w:sz w:val="20"/>
        </w:rPr>
        <w:t>● 设计活动，重视数学思考。教科书不仅设计了看一看、画一画、找一找、数一数、填一填等操作活动，而且注重设计学生分析、猜测和推理的探究活动，不断引发学生的数学思考，培养学生的空间观念和思维能力。教学中，教师要切实组织好课堂活动，促进学生根据操作过程或已有的知识经验进行思考。</w:t>
      </w:r>
    </w:p>
    <w:p>
      <w:pPr>
        <w:spacing w:after="20" w:line="300" w:lineRule="auto"/>
      </w:pPr>
      <w:r>
        <w:rPr>
          <w:rFonts w:ascii="宋体" w:hAnsi="宋体" w:eastAsia="宋体"/>
          <w:b w:val="0"/>
          <w:sz w:val="20"/>
        </w:rPr>
        <w:t>空间观念：能根据图形轴对称、平移和旋转等运动的特点想象出运动前后的图形关系和位置关系。能想象并画出运动后的图形。</w:t>
      </w:r>
    </w:p>
    <w:p>
      <w:pPr>
        <w:spacing w:after="20" w:line="300" w:lineRule="auto"/>
      </w:pPr>
      <w:r>
        <w:rPr>
          <w:rFonts w:ascii="宋体" w:hAnsi="宋体" w:eastAsia="宋体"/>
          <w:b w:val="0"/>
          <w:sz w:val="20"/>
        </w:rPr>
        <w:t>几何直观：能借助具体图形的运动变化，研究出图形平移、对称、旋转的特征和性质。</w:t>
      </w:r>
    </w:p>
    <w:p>
      <w:pPr>
        <w:spacing w:after="20" w:line="300" w:lineRule="auto"/>
      </w:pPr>
      <w:r>
        <w:rPr>
          <w:rFonts w:ascii="宋体" w:hAnsi="宋体" w:eastAsia="宋体"/>
          <w:b w:val="0"/>
          <w:sz w:val="20"/>
        </w:rPr>
        <w:t>推理意识：能根据图形运动的特点和性质，推理分析出运动后的图形的画法。</w:t>
      </w:r>
    </w:p>
    <w:p>
      <w:pPr>
        <w:spacing w:after="20" w:line="300" w:lineRule="auto"/>
      </w:pPr>
      <w:r>
        <w:rPr>
          <w:rFonts w:ascii="黑体" w:hAnsi="黑体" w:eastAsia="黑体"/>
          <w:b/>
          <w:sz w:val="21"/>
        </w:rPr>
        <w:t>（五）单元课时规划</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020"/>
            <w:shd w:val="clear" w:fill="E8EEF7"/>
          </w:tcPr>
          <w:p>
            <w:pPr>
              <w:spacing w:after="20" w:line="276" w:lineRule="auto"/>
              <w:jc w:val="center"/>
            </w:pPr>
            <w:r/>
            <w:r>
              <w:rPr>
                <w:rFonts w:ascii="黑体" w:hAnsi="黑体" w:eastAsia="黑体"/>
                <w:b/>
                <w:sz w:val="18"/>
              </w:rPr>
              <w:t>课时安排</w:t>
            </w:r>
          </w:p>
        </w:tc>
        <w:tc>
          <w:tcPr>
            <w:tcW w:type="dxa" w:w="3061"/>
            <w:shd w:val="clear" w:fill="E8EEF7"/>
          </w:tcPr>
          <w:p>
            <w:pPr>
              <w:spacing w:after="20" w:line="276" w:lineRule="auto"/>
              <w:jc w:val="center"/>
            </w:pPr>
            <w:r/>
            <w:r>
              <w:rPr>
                <w:rFonts w:ascii="黑体" w:hAnsi="黑体" w:eastAsia="黑体"/>
                <w:b/>
                <w:sz w:val="18"/>
              </w:rPr>
              <w:t>课题</w:t>
            </w:r>
          </w:p>
        </w:tc>
        <w:tc>
          <w:tcPr>
            <w:tcW w:type="dxa" w:w="1814"/>
            <w:shd w:val="clear" w:fill="E8EEF7"/>
          </w:tcPr>
          <w:p>
            <w:pPr>
              <w:spacing w:after="20" w:line="276" w:lineRule="auto"/>
              <w:jc w:val="center"/>
            </w:pPr>
            <w:r/>
            <w:r>
              <w:rPr>
                <w:rFonts w:ascii="黑体" w:hAnsi="黑体" w:eastAsia="黑体"/>
                <w:b/>
                <w:sz w:val="18"/>
              </w:rPr>
              <w:t>课型</w:t>
            </w:r>
          </w:p>
        </w:tc>
        <w:tc>
          <w:tcPr>
            <w:tcW w:type="dxa" w:w="3515"/>
            <w:shd w:val="clear" w:fill="E8EEF7"/>
          </w:tcPr>
          <w:p>
            <w:pPr>
              <w:spacing w:after="20" w:line="276" w:lineRule="auto"/>
              <w:jc w:val="center"/>
            </w:pPr>
            <w:r/>
            <w:r>
              <w:rPr>
                <w:rFonts w:ascii="黑体" w:hAnsi="黑体" w:eastAsia="黑体"/>
                <w:b/>
                <w:sz w:val="18"/>
              </w:rPr>
              <w:t>核心任务</w:t>
            </w:r>
          </w:p>
        </w:tc>
      </w:tr>
      <w:tr>
        <w:tc>
          <w:tcPr>
            <w:tcW w:type="dxa" w:w="1020"/>
          </w:tcPr>
          <w:p>
            <w:pPr>
              <w:spacing w:after="20" w:line="276" w:lineRule="auto"/>
            </w:pPr>
            <w:r/>
            <w:r>
              <w:rPr>
                <w:rFonts w:ascii="宋体" w:hAnsi="宋体" w:eastAsia="宋体"/>
                <w:b w:val="0"/>
                <w:sz w:val="18"/>
              </w:rPr>
              <w:t>第1课时</w:t>
            </w:r>
          </w:p>
        </w:tc>
        <w:tc>
          <w:tcPr>
            <w:tcW w:type="dxa" w:w="3061"/>
          </w:tcPr>
          <w:p>
            <w:pPr>
              <w:spacing w:after="20" w:line="276" w:lineRule="auto"/>
            </w:pPr>
            <w:r/>
            <w:r>
              <w:rPr>
                <w:rFonts w:ascii="宋体" w:hAnsi="宋体" w:eastAsia="宋体"/>
                <w:b w:val="0"/>
                <w:sz w:val="18"/>
              </w:rPr>
              <w:t>轴对称</w:t>
            </w:r>
          </w:p>
        </w:tc>
        <w:tc>
          <w:tcPr>
            <w:tcW w:type="dxa" w:w="1814"/>
          </w:tcPr>
          <w:p>
            <w:pPr>
              <w:spacing w:after="20" w:line="276" w:lineRule="auto"/>
            </w:pPr>
            <w:r/>
            <w:r>
              <w:rPr>
                <w:rFonts w:ascii="宋体" w:hAnsi="宋体" w:eastAsia="宋体"/>
                <w:b w:val="0"/>
                <w:sz w:val="18"/>
              </w:rPr>
              <w:t>单元开启课</w:t>
            </w:r>
          </w:p>
        </w:tc>
        <w:tc>
          <w:tcPr>
            <w:tcW w:type="dxa" w:w="3515"/>
          </w:tcPr>
          <w:p>
            <w:pPr>
              <w:spacing w:after="20" w:line="276" w:lineRule="auto"/>
            </w:pPr>
            <w:r/>
            <w:r>
              <w:rPr>
                <w:rFonts w:ascii="宋体" w:hAnsi="宋体" w:eastAsia="宋体"/>
                <w:b w:val="0"/>
                <w:sz w:val="18"/>
              </w:rPr>
              <w:t>在观察、操作等活动中，进一步认识轴对称图形及其对称轴，体会轴对称图形的特征和性质，并能在方格纸上补全一个轴对称图形。</w:t>
            </w:r>
          </w:p>
        </w:tc>
      </w:tr>
      <w:tr>
        <w:tc>
          <w:tcPr>
            <w:tcW w:type="dxa" w:w="1020"/>
          </w:tcPr>
          <w:p>
            <w:pPr>
              <w:spacing w:after="20" w:line="276" w:lineRule="auto"/>
            </w:pPr>
            <w:r/>
            <w:r>
              <w:rPr>
                <w:rFonts w:ascii="宋体" w:hAnsi="宋体" w:eastAsia="宋体"/>
                <w:b w:val="0"/>
                <w:sz w:val="18"/>
              </w:rPr>
              <w:t>第2课时</w:t>
            </w:r>
          </w:p>
        </w:tc>
        <w:tc>
          <w:tcPr>
            <w:tcW w:type="dxa" w:w="3061"/>
          </w:tcPr>
          <w:p>
            <w:pPr>
              <w:spacing w:after="20" w:line="276" w:lineRule="auto"/>
            </w:pPr>
            <w:r/>
            <w:r>
              <w:rPr>
                <w:rFonts w:ascii="宋体" w:hAnsi="宋体" w:eastAsia="宋体"/>
                <w:b w:val="0"/>
                <w:sz w:val="18"/>
              </w:rPr>
              <w:t>平移</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通过“移一移”的活动了解移动的方向和移动的距离，理解平移的距离与图形间的距离的关系。</w:t>
            </w:r>
          </w:p>
        </w:tc>
      </w:tr>
      <w:tr>
        <w:tc>
          <w:tcPr>
            <w:tcW w:type="dxa" w:w="1020"/>
          </w:tcPr>
          <w:p>
            <w:pPr>
              <w:spacing w:after="20" w:line="276" w:lineRule="auto"/>
            </w:pPr>
            <w:r/>
            <w:r>
              <w:rPr>
                <w:rFonts w:ascii="宋体" w:hAnsi="宋体" w:eastAsia="宋体"/>
                <w:b w:val="0"/>
                <w:sz w:val="18"/>
              </w:rPr>
              <w:t>第3课时</w:t>
            </w:r>
          </w:p>
        </w:tc>
        <w:tc>
          <w:tcPr>
            <w:tcW w:type="dxa" w:w="3061"/>
          </w:tcPr>
          <w:p>
            <w:pPr>
              <w:spacing w:after="20" w:line="276" w:lineRule="auto"/>
            </w:pPr>
            <w:r/>
            <w:r>
              <w:rPr>
                <w:rFonts w:ascii="宋体" w:hAnsi="宋体" w:eastAsia="宋体"/>
                <w:b w:val="0"/>
                <w:sz w:val="18"/>
              </w:rPr>
              <w:t>解决问题</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经历自主探究的过程，运用平移的方法解决简单不规则图形的面积问题，加深对“平移”这种图形变换方式的理解。</w:t>
            </w:r>
          </w:p>
        </w:tc>
      </w:tr>
      <w:tr>
        <w:tc>
          <w:tcPr>
            <w:tcW w:type="dxa" w:w="1020"/>
          </w:tcPr>
          <w:p>
            <w:pPr>
              <w:spacing w:after="20" w:line="276" w:lineRule="auto"/>
            </w:pPr>
            <w:r/>
            <w:r>
              <w:rPr>
                <w:rFonts w:ascii="宋体" w:hAnsi="宋体" w:eastAsia="宋体"/>
                <w:b w:val="0"/>
                <w:sz w:val="18"/>
              </w:rPr>
              <w:t>第4课时</w:t>
            </w:r>
          </w:p>
        </w:tc>
        <w:tc>
          <w:tcPr>
            <w:tcW w:type="dxa" w:w="3061"/>
          </w:tcPr>
          <w:p>
            <w:pPr>
              <w:spacing w:after="20" w:line="276" w:lineRule="auto"/>
            </w:pPr>
            <w:r/>
            <w:r>
              <w:rPr>
                <w:rFonts w:ascii="宋体" w:hAnsi="宋体" w:eastAsia="宋体"/>
                <w:b w:val="0"/>
                <w:sz w:val="18"/>
              </w:rPr>
              <w:t>旋转（1）</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理解旋转的含义，感悟其特征及性质。会运用数学语言描述旋转运动的过程。</w:t>
            </w:r>
          </w:p>
        </w:tc>
      </w:tr>
      <w:tr>
        <w:tc>
          <w:tcPr>
            <w:tcW w:type="dxa" w:w="1020"/>
          </w:tcPr>
          <w:p>
            <w:pPr>
              <w:spacing w:after="20" w:line="276" w:lineRule="auto"/>
            </w:pPr>
            <w:r/>
            <w:r>
              <w:rPr>
                <w:rFonts w:ascii="宋体" w:hAnsi="宋体" w:eastAsia="宋体"/>
                <w:b w:val="0"/>
                <w:sz w:val="18"/>
              </w:rPr>
              <w:t>第5课时</w:t>
            </w:r>
          </w:p>
        </w:tc>
        <w:tc>
          <w:tcPr>
            <w:tcW w:type="dxa" w:w="3061"/>
          </w:tcPr>
          <w:p>
            <w:pPr>
              <w:spacing w:after="20" w:line="276" w:lineRule="auto"/>
            </w:pPr>
            <w:r/>
            <w:r>
              <w:rPr>
                <w:rFonts w:ascii="宋体" w:hAnsi="宋体" w:eastAsia="宋体"/>
                <w:b w:val="0"/>
                <w:sz w:val="18"/>
              </w:rPr>
              <w:t>旋转（2）</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探索在方格纸上画旋转图形的方法，能够画出简单图形在方格纸上旋转90°后的图形。</w:t>
            </w:r>
          </w:p>
        </w:tc>
      </w:tr>
      <w:tr>
        <w:tc>
          <w:tcPr>
            <w:tcW w:type="dxa" w:w="1020"/>
          </w:tcPr>
          <w:p>
            <w:pPr>
              <w:spacing w:after="20" w:line="276" w:lineRule="auto"/>
            </w:pPr>
            <w:r/>
            <w:r>
              <w:rPr>
                <w:rFonts w:ascii="宋体" w:hAnsi="宋体" w:eastAsia="宋体"/>
                <w:b w:val="0"/>
                <w:sz w:val="18"/>
              </w:rPr>
              <w:t>第6课时</w:t>
            </w:r>
          </w:p>
        </w:tc>
        <w:tc>
          <w:tcPr>
            <w:tcW w:type="dxa" w:w="3061"/>
          </w:tcPr>
          <w:p>
            <w:pPr>
              <w:spacing w:after="20" w:line="276" w:lineRule="auto"/>
            </w:pPr>
            <w:r/>
            <w:r>
              <w:rPr>
                <w:rFonts w:ascii="宋体" w:hAnsi="宋体" w:eastAsia="宋体"/>
                <w:b w:val="0"/>
                <w:sz w:val="18"/>
              </w:rPr>
              <w:t>解决问题</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能根据图形特征，正确拼组图形，正确记录图形运动变化，体会解决问题策略的多样性。</w:t>
            </w:r>
          </w:p>
        </w:tc>
      </w:tr>
      <w:tr>
        <w:tc>
          <w:tcPr>
            <w:tcW w:type="dxa" w:w="1020"/>
          </w:tcPr>
          <w:p>
            <w:pPr>
              <w:spacing w:after="20" w:line="276" w:lineRule="auto"/>
            </w:pPr>
            <w:r/>
            <w:r>
              <w:rPr>
                <w:rFonts w:ascii="宋体" w:hAnsi="宋体" w:eastAsia="宋体"/>
                <w:b w:val="0"/>
                <w:sz w:val="18"/>
              </w:rPr>
              <w:t>第7课时</w:t>
            </w:r>
          </w:p>
        </w:tc>
        <w:tc>
          <w:tcPr>
            <w:tcW w:type="dxa" w:w="3061"/>
          </w:tcPr>
          <w:p>
            <w:pPr>
              <w:spacing w:after="20" w:line="276" w:lineRule="auto"/>
            </w:pPr>
            <w:r/>
            <w:r>
              <w:rPr>
                <w:rFonts w:ascii="宋体" w:hAnsi="宋体" w:eastAsia="宋体"/>
                <w:b w:val="0"/>
                <w:sz w:val="18"/>
              </w:rPr>
              <w:t>设计图案</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通过观察、欣赏运用平移和旋转知识设计的图形，能说出图形的变化方式和变化过程。</w:t>
            </w:r>
          </w:p>
        </w:tc>
      </w:tr>
      <w:tr>
        <w:tc>
          <w:tcPr>
            <w:tcW w:type="dxa" w:w="1020"/>
          </w:tcPr>
          <w:p>
            <w:pPr>
              <w:spacing w:after="20" w:line="276" w:lineRule="auto"/>
            </w:pPr>
            <w:r/>
            <w:r>
              <w:rPr>
                <w:rFonts w:ascii="宋体" w:hAnsi="宋体" w:eastAsia="宋体"/>
                <w:b w:val="0"/>
                <w:sz w:val="18"/>
              </w:rPr>
              <w:t>第8课时</w:t>
            </w:r>
          </w:p>
        </w:tc>
        <w:tc>
          <w:tcPr>
            <w:tcW w:type="dxa" w:w="3061"/>
          </w:tcPr>
          <w:p>
            <w:pPr>
              <w:spacing w:after="20" w:line="276" w:lineRule="auto"/>
            </w:pPr>
            <w:r/>
            <w:r>
              <w:rPr>
                <w:rFonts w:ascii="宋体" w:hAnsi="宋体" w:eastAsia="宋体"/>
                <w:b w:val="0"/>
                <w:sz w:val="18"/>
              </w:rPr>
              <w:t>整理和复习（练习十）</w:t>
            </w:r>
          </w:p>
        </w:tc>
        <w:tc>
          <w:tcPr>
            <w:tcW w:type="dxa" w:w="1814"/>
          </w:tcPr>
          <w:p>
            <w:pPr>
              <w:spacing w:after="20" w:line="276" w:lineRule="auto"/>
            </w:pPr>
            <w:r/>
            <w:r>
              <w:rPr>
                <w:rFonts w:ascii="宋体" w:hAnsi="宋体" w:eastAsia="宋体"/>
                <w:b w:val="0"/>
                <w:sz w:val="18"/>
              </w:rPr>
              <w:t>自主整理课</w:t>
            </w:r>
          </w:p>
        </w:tc>
        <w:tc>
          <w:tcPr>
            <w:tcW w:type="dxa" w:w="3515"/>
          </w:tcPr>
          <w:p>
            <w:pPr>
              <w:spacing w:after="20" w:line="276" w:lineRule="auto"/>
            </w:pPr>
            <w:r/>
            <w:r>
              <w:rPr>
                <w:rFonts w:ascii="宋体" w:hAnsi="宋体" w:eastAsia="宋体"/>
                <w:b w:val="0"/>
                <w:sz w:val="18"/>
              </w:rPr>
              <w:t>进一步体会图形的变换，感受轴对称、平移和旋转图形的相应特点。</w:t>
            </w:r>
          </w:p>
        </w:tc>
      </w:tr>
    </w:tbl>
    <w:p>
      <w:pPr>
        <w:spacing w:after="40" w:line="300" w:lineRule="auto"/>
      </w:pPr>
      <w:r>
        <w:rPr>
          <w:rFonts w:ascii="楷体" w:hAnsi="楷体" w:eastAsia="楷体"/>
          <w:b w:val="0"/>
          <w:color w:val="606060"/>
          <w:sz w:val="18"/>
        </w:rPr>
        <w:t>注：课型依据温州市上课常规"单元开启课、活动探索课、专题练习课、自主整理课、主题拓展课"分类。</w:t>
      </w:r>
    </w:p>
    <w:p>
      <w:r>
        <w:br w:type="page"/>
      </w:r>
    </w:p>
    <w:p>
      <w:pPr>
        <w:spacing w:after="80" w:line="300" w:lineRule="auto"/>
      </w:pPr>
      <w:r>
        <w:rPr>
          <w:rFonts w:ascii="黑体" w:hAnsi="黑体" w:eastAsia="黑体"/>
          <w:b/>
          <w:sz w:val="24"/>
        </w:rPr>
        <w:t>二、课时教学方案（第1课时）</w:t>
      </w:r>
    </w:p>
    <w:p>
      <w:pPr>
        <w:spacing w:after="80" w:line="300" w:lineRule="auto"/>
      </w:pPr>
      <w:r>
        <w:rPr>
          <w:rFonts w:ascii="黑体" w:hAnsi="黑体" w:eastAsia="黑体"/>
          <w:b/>
          <w:sz w:val="24"/>
        </w:rPr>
        <w:t>第1课时　轴对称</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第1课时　轴对称</w:t>
            </w:r>
          </w:p>
        </w:tc>
        <w:tc>
          <w:tcPr>
            <w:tcW w:type="dxa" w:w="6009"/>
          </w:tcPr>
          <w:p>
            <w:pPr>
              <w:spacing w:after="20" w:line="276" w:lineRule="auto"/>
            </w:pPr>
            <w:r/>
            <w:r>
              <w:rPr>
                <w:rFonts w:ascii="宋体" w:hAnsi="宋体" w:eastAsia="宋体"/>
                <w:b w:val="0"/>
                <w:sz w:val="20"/>
              </w:rPr>
              <w:t>第4单元 图形的运动</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单元学情：借助操作，学生能认识图形运动的特征，但是运动后的图形以及探索多个图形拼组的运动变化，对于他们来说还是有一定难度的，在教学时要关注到每名学生，帮助他们理解。</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教学内容：教科书P39～40相关内容，完成教科书P40“做一做”。</w:t>
      </w:r>
    </w:p>
    <w:p>
      <w:pPr>
        <w:spacing w:after="80" w:line="300" w:lineRule="auto"/>
        <w:ind w:firstLine="400"/>
      </w:pPr>
      <w:r>
        <w:rPr>
          <w:rFonts w:ascii="宋体" w:hAnsi="宋体" w:eastAsia="宋体"/>
          <w:b w:val="0"/>
          <w:sz w:val="20"/>
        </w:rPr>
        <w:t>教学准备：课件。</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（1）在观察、操作等活动中，进一步认识轴对称图形及其对称轴，体会轴对称图形的特征和性质，并能在方格纸上补全一个轴对称图形。</w:t>
      </w:r>
    </w:p>
    <w:p>
      <w:pPr>
        <w:spacing w:after="20" w:line="300" w:lineRule="auto"/>
        <w:ind w:firstLine="400"/>
      </w:pPr>
      <w:r>
        <w:rPr>
          <w:rFonts w:ascii="宋体" w:hAnsi="宋体" w:eastAsia="宋体"/>
          <w:b w:val="0"/>
          <w:sz w:val="20"/>
        </w:rPr>
        <w:t>（2）在探究轴对称图形性质的过程中体会对应思想，在总结画法的过程中提高学生的抽象、概括能力，发展空间观念。</w:t>
      </w:r>
    </w:p>
    <w:p>
      <w:pPr>
        <w:spacing w:after="20" w:line="300" w:lineRule="auto"/>
      </w:pPr>
      <w:r>
        <w:rPr>
          <w:rFonts w:ascii="宋体" w:hAnsi="宋体" w:eastAsia="宋体"/>
          <w:b w:val="0"/>
          <w:sz w:val="20"/>
        </w:rPr>
        <w:t>教学重点：掌握轴对称图形的特征和性质。</w:t>
      </w:r>
    </w:p>
    <w:p>
      <w:pPr>
        <w:spacing w:after="20" w:line="300" w:lineRule="auto"/>
      </w:pPr>
      <w:r>
        <w:rPr>
          <w:rFonts w:ascii="宋体" w:hAnsi="宋体" w:eastAsia="宋体"/>
          <w:b w:val="0"/>
          <w:sz w:val="20"/>
        </w:rPr>
        <w:t>教学难点：能在方格纸上画出轴对称图形的另一半。</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一、情境导入</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同学们，这些图案美吗？你知道它们是怎么设计出来的吗？；再仔细观察这幅图案，它有什么特征？</w:t>
            </w:r>
          </w:p>
        </w:tc>
        <w:tc>
          <w:tcPr>
            <w:tcW w:type="dxa" w:w="1361"/>
          </w:tcPr>
          <w:p>
            <w:pPr>
              <w:spacing w:after="20" w:line="276" w:lineRule="auto"/>
            </w:pPr>
            <w:r/>
            <w:r>
              <w:rPr>
                <w:rFonts w:ascii="宋体" w:hAnsi="宋体" w:eastAsia="宋体"/>
                <w:b w:val="0"/>
                <w:sz w:val="18"/>
              </w:rPr>
              <w:t>5分钟</w:t>
            </w:r>
          </w:p>
        </w:tc>
      </w:tr>
      <w:tr>
        <w:tc>
          <w:tcPr>
            <w:tcW w:type="dxa" w:w="2835"/>
          </w:tcPr>
          <w:p>
            <w:pPr>
              <w:spacing w:after="20" w:line="276" w:lineRule="auto"/>
            </w:pPr>
            <w:r/>
            <w:r>
              <w:rPr>
                <w:rFonts w:ascii="宋体" w:hAnsi="宋体" w:eastAsia="宋体"/>
                <w:b w:val="0"/>
                <w:sz w:val="18"/>
              </w:rPr>
              <w:t>探究轴对称图形的性质</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这幅松树图是轴对称图形吗？为什么？中间的一条直线表示什么？；你还能找到这样的对应点吗？能用字母表示吗？</w:t>
            </w:r>
          </w:p>
        </w:tc>
        <w:tc>
          <w:tcPr>
            <w:tcW w:type="dxa" w:w="1361"/>
          </w:tcPr>
          <w:p>
            <w:pPr>
              <w:spacing w:after="20" w:line="276" w:lineRule="auto"/>
            </w:pPr>
            <w:r/>
            <w:r>
              <w:rPr>
                <w:rFonts w:ascii="宋体" w:hAnsi="宋体" w:eastAsia="宋体"/>
                <w:b w:val="0"/>
                <w:sz w:val="18"/>
              </w:rPr>
              <w:t>17分钟</w:t>
            </w:r>
          </w:p>
        </w:tc>
      </w:tr>
      <w:tr>
        <w:tc>
          <w:tcPr>
            <w:tcW w:type="dxa" w:w="2835"/>
          </w:tcPr>
          <w:p>
            <w:pPr>
              <w:spacing w:after="20" w:line="276" w:lineRule="auto"/>
            </w:pPr>
            <w:r/>
            <w:r>
              <w:rPr>
                <w:rFonts w:ascii="宋体" w:hAnsi="宋体" w:eastAsia="宋体"/>
                <w:b w:val="0"/>
                <w:sz w:val="18"/>
              </w:rPr>
              <w:t>运用性质解决问题</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这个图形是轴对称图形，在方格纸上画出了图形的一半，你能补全这个图形吗？；要想顺利地画出另一半图形，你有什么办法？依据是什么？</w:t>
            </w:r>
          </w:p>
        </w:tc>
        <w:tc>
          <w:tcPr>
            <w:tcW w:type="dxa" w:w="1361"/>
          </w:tcPr>
          <w:p>
            <w:pPr>
              <w:spacing w:after="20" w:line="276" w:lineRule="auto"/>
            </w:pPr>
            <w:r/>
            <w:r>
              <w:rPr>
                <w:rFonts w:ascii="宋体" w:hAnsi="宋体" w:eastAsia="宋体"/>
                <w:b w:val="0"/>
                <w:sz w:val="18"/>
              </w:rPr>
              <w:t>12分钟</w:t>
            </w:r>
          </w:p>
        </w:tc>
      </w:tr>
      <w:tr>
        <w:tc>
          <w:tcPr>
            <w:tcW w:type="dxa" w:w="2835"/>
          </w:tcPr>
          <w:p>
            <w:pPr>
              <w:spacing w:after="20" w:line="276" w:lineRule="auto"/>
            </w:pPr>
            <w:r/>
            <w:r>
              <w:rPr>
                <w:rFonts w:ascii="宋体" w:hAnsi="宋体" w:eastAsia="宋体"/>
                <w:b w:val="0"/>
                <w:sz w:val="18"/>
              </w:rPr>
              <w:t>巩固练习，深化理解</w:t>
            </w:r>
          </w:p>
        </w:tc>
        <w:tc>
          <w:tcPr>
            <w:tcW w:type="dxa" w:w="1814"/>
          </w:tcPr>
          <w:p>
            <w:pPr>
              <w:spacing w:after="20" w:line="276" w:lineRule="auto"/>
            </w:pPr>
            <w:r/>
            <w:r>
              <w:rPr>
                <w:rFonts w:ascii="宋体" w:hAnsi="宋体" w:eastAsia="宋体"/>
                <w:b w:val="0"/>
                <w:sz w:val="18"/>
              </w:rPr>
              <w:t>教科书、课件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4分钟</w:t>
            </w:r>
          </w:p>
        </w:tc>
      </w:tr>
      <w:tr>
        <w:tc>
          <w:tcPr>
            <w:tcW w:type="dxa" w:w="2835"/>
          </w:tcPr>
          <w:p>
            <w:pPr>
              <w:spacing w:after="20" w:line="276" w:lineRule="auto"/>
            </w:pPr>
            <w:r/>
            <w:r>
              <w:rPr>
                <w:rFonts w:ascii="宋体" w:hAnsi="宋体" w:eastAsia="宋体"/>
                <w:b w:val="0"/>
                <w:sz w:val="18"/>
              </w:rPr>
              <w:t>五、课堂小结</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通过今天的学习，你对轴对称图形有哪些新的认识？又有什么收获？</w:t>
            </w:r>
          </w:p>
        </w:tc>
        <w:tc>
          <w:tcPr>
            <w:tcW w:type="dxa" w:w="1361"/>
          </w:tcPr>
          <w:p>
            <w:pPr>
              <w:spacing w:after="20" w:line="276" w:lineRule="auto"/>
            </w:pPr>
            <w:r/>
            <w:r>
              <w:rPr>
                <w:rFonts w:ascii="宋体" w:hAnsi="宋体" w:eastAsia="宋体"/>
                <w:b w:val="0"/>
                <w:sz w:val="18"/>
              </w:rPr>
              <w:t>2分钟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一、情境导入</w:t>
            </w:r>
          </w:p>
        </w:tc>
        <w:tc>
          <w:tcPr>
            <w:tcW w:type="dxa" w:w="3061"/>
          </w:tcPr>
          <w:p>
            <w:pPr>
              <w:spacing w:after="20" w:line="276" w:lineRule="auto"/>
            </w:pPr>
            <w:r/>
            <w:r>
              <w:rPr>
                <w:rFonts w:ascii="宋体" w:hAnsi="宋体" w:eastAsia="宋体"/>
                <w:b w:val="0"/>
                <w:sz w:val="18"/>
              </w:rPr>
              <w:t>1.课件出示教科书P39上面的图案。</w:t>
            </w:r>
          </w:p>
          <w:p>
            <w:pPr>
              <w:spacing w:after="20" w:line="276" w:lineRule="auto"/>
            </w:pPr>
            <w:r>
              <w:rPr>
                <w:rFonts w:ascii="宋体" w:hAnsi="宋体" w:eastAsia="宋体"/>
                <w:b w:val="0"/>
                <w:sz w:val="18"/>
              </w:rPr>
              <w:t>师：同学们，这些图案美吗？你知道它们是怎么设计出来的吗？</w:t>
            </w:r>
          </w:p>
          <w:p>
            <w:pPr>
              <w:spacing w:after="20" w:line="276" w:lineRule="auto"/>
            </w:pPr>
            <w:r>
              <w:rPr>
                <w:rFonts w:ascii="宋体" w:hAnsi="宋体" w:eastAsia="宋体"/>
                <w:b w:val="0"/>
                <w:sz w:val="18"/>
              </w:rPr>
              <w:t>2.课件突出第1幅图案。</w:t>
            </w:r>
          </w:p>
          <w:p>
            <w:pPr>
              <w:spacing w:after="20" w:line="276" w:lineRule="auto"/>
            </w:pPr>
            <w:r>
              <w:rPr>
                <w:rFonts w:ascii="宋体" w:hAnsi="宋体" w:eastAsia="宋体"/>
                <w:b w:val="0"/>
                <w:sz w:val="18"/>
              </w:rPr>
              <w:t>师：再仔细观察这幅图案，它有什么特征？</w:t>
            </w:r>
          </w:p>
          <w:p>
            <w:pPr>
              <w:spacing w:after="20" w:line="276" w:lineRule="auto"/>
            </w:pPr>
            <w:r>
              <w:rPr>
                <w:rFonts w:ascii="宋体" w:hAnsi="宋体" w:eastAsia="宋体"/>
                <w:b w:val="0"/>
                <w:sz w:val="18"/>
              </w:rPr>
              <w:t>3.揭示课题。</w:t>
            </w:r>
          </w:p>
          <w:p>
            <w:pPr>
              <w:spacing w:after="20" w:line="276" w:lineRule="auto"/>
            </w:pPr>
            <w:r>
              <w:rPr>
                <w:rFonts w:ascii="宋体" w:hAnsi="宋体" w:eastAsia="宋体"/>
                <w:b w:val="0"/>
                <w:sz w:val="18"/>
              </w:rPr>
              <w:t>师：今天我们就来学习这种图形。（板书课题：轴对称）</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创设情境激活学生已有经验，自然引出本课学习内容，激发学习兴趣，核心问题："同学们，这些图案美吗？你知道它们是怎么设计出来的吗？"</w:t>
            </w:r>
          </w:p>
        </w:tc>
      </w:tr>
      <w:tr>
        <w:tc>
          <w:tcPr>
            <w:tcW w:type="dxa" w:w="1474"/>
          </w:tcPr>
          <w:p>
            <w:pPr>
              <w:spacing w:after="20" w:line="276" w:lineRule="auto"/>
            </w:pPr>
            <w:r>
              <w:rPr>
                <w:b/>
              </w:rPr>
            </w:r>
            <w:r>
              <w:rPr>
                <w:rFonts w:ascii="宋体" w:hAnsi="宋体" w:eastAsia="宋体"/>
                <w:b/>
                <w:sz w:val="18"/>
              </w:rPr>
              <w:t>探究轴对称图形的性质</w:t>
            </w:r>
          </w:p>
        </w:tc>
        <w:tc>
          <w:tcPr>
            <w:tcW w:type="dxa" w:w="3061"/>
          </w:tcPr>
          <w:p>
            <w:pPr>
              <w:spacing w:after="20" w:line="276" w:lineRule="auto"/>
            </w:pPr>
            <w:r/>
            <w:r>
              <w:rPr>
                <w:rFonts w:ascii="宋体" w:hAnsi="宋体" w:eastAsia="宋体"/>
                <w:b w:val="0"/>
                <w:sz w:val="18"/>
              </w:rPr>
              <w:t>1.理解对应点。</w:t>
            </w:r>
          </w:p>
          <w:p>
            <w:pPr>
              <w:spacing w:after="20" w:line="276" w:lineRule="auto"/>
            </w:pPr>
            <w:r>
              <w:rPr>
                <w:rFonts w:ascii="宋体" w:hAnsi="宋体" w:eastAsia="宋体"/>
                <w:b w:val="0"/>
                <w:sz w:val="18"/>
              </w:rPr>
              <w:t>（1）课件出示教科书P39例1主题图。（先不显示点B和点B′）</w:t>
            </w:r>
          </w:p>
          <w:p>
            <w:pPr>
              <w:spacing w:after="20" w:line="276" w:lineRule="auto"/>
            </w:pPr>
            <w:r>
              <w:rPr>
                <w:rFonts w:ascii="宋体" w:hAnsi="宋体" w:eastAsia="宋体"/>
                <w:b w:val="0"/>
                <w:sz w:val="18"/>
              </w:rPr>
              <w:t>师：这幅松树图是轴对称图形吗？为什么？中间的一条直线表示什么？</w:t>
            </w:r>
          </w:p>
          <w:p>
            <w:pPr>
              <w:spacing w:after="20" w:line="276" w:lineRule="auto"/>
            </w:pPr>
            <w:r>
              <w:rPr>
                <w:rFonts w:ascii="宋体" w:hAnsi="宋体" w:eastAsia="宋体"/>
                <w:b w:val="0"/>
                <w:sz w:val="18"/>
              </w:rPr>
              <w:t>（2）认识对应点。</w:t>
            </w:r>
          </w:p>
          <w:p>
            <w:pPr>
              <w:spacing w:after="20" w:line="276" w:lineRule="auto"/>
            </w:pPr>
            <w:r>
              <w:rPr>
                <w:rFonts w:ascii="宋体" w:hAnsi="宋体" w:eastAsia="宋体"/>
                <w:b w:val="0"/>
                <w:sz w:val="18"/>
              </w:rPr>
              <w:t>教师引导学生观察并说明：沿对称轴对折能完全重合的点，是一组对应点。为了表示它们之间的关系，通常用同一个字母表示，其中一个字母在右上角加一小撇进行区分，在图中点A和点A′就是一组对应点。</w:t>
            </w:r>
          </w:p>
          <w:p>
            <w:pPr>
              <w:spacing w:after="20" w:line="276" w:lineRule="auto"/>
            </w:pPr>
            <w:r>
              <w:rPr>
                <w:rFonts w:ascii="宋体" w:hAnsi="宋体" w:eastAsia="宋体"/>
                <w:b w:val="0"/>
                <w:sz w:val="18"/>
              </w:rPr>
              <w:t>（3）找对应点。</w:t>
            </w:r>
          </w:p>
          <w:p>
            <w:pPr>
              <w:spacing w:after="20" w:line="276" w:lineRule="auto"/>
            </w:pPr>
            <w:r>
              <w:rPr>
                <w:rFonts w:ascii="宋体" w:hAnsi="宋体" w:eastAsia="宋体"/>
                <w:b w:val="0"/>
                <w:sz w:val="18"/>
              </w:rPr>
              <w:t>师：你还能找到这样的对应点吗？能用字母表示吗？</w:t>
            </w:r>
          </w:p>
          <w:p>
            <w:pPr>
              <w:spacing w:after="20" w:line="276" w:lineRule="auto"/>
            </w:pPr>
            <w:r>
              <w:rPr>
                <w:rFonts w:ascii="宋体" w:hAnsi="宋体" w:eastAsia="宋体"/>
                <w:b w:val="0"/>
                <w:sz w:val="18"/>
              </w:rPr>
              <w:t>指名学生上台汇报。</w:t>
            </w:r>
          </w:p>
          <w:p>
            <w:pPr>
              <w:spacing w:after="20" w:line="276" w:lineRule="auto"/>
            </w:pPr>
            <w:r>
              <w:rPr>
                <w:rFonts w:ascii="宋体" w:hAnsi="宋体" w:eastAsia="宋体"/>
                <w:b w:val="0"/>
                <w:sz w:val="18"/>
              </w:rPr>
              <w:t>2.在操作中理解轴对称图形的对应点到对称轴的距离相等。</w:t>
            </w:r>
          </w:p>
          <w:p>
            <w:pPr>
              <w:spacing w:after="20" w:line="276" w:lineRule="auto"/>
            </w:pPr>
            <w:r>
              <w:rPr>
                <w:rFonts w:ascii="宋体" w:hAnsi="宋体" w:eastAsia="宋体"/>
                <w:b w:val="0"/>
                <w:sz w:val="18"/>
              </w:rPr>
              <w:t>（1）师：点A和点A′是两个对应点，将这两个对应点连接起来，对应点的连线与对称轴有什么关系？</w:t>
            </w:r>
          </w:p>
          <w:p>
            <w:pPr>
              <w:spacing w:after="20" w:line="276" w:lineRule="auto"/>
            </w:pPr>
            <w:r>
              <w:rPr>
                <w:rFonts w:ascii="宋体" w:hAnsi="宋体" w:eastAsia="宋体"/>
                <w:b w:val="0"/>
                <w:sz w:val="18"/>
              </w:rPr>
              <w:t>教师引导学生明确对应点到对称轴“距离”的含义，并让学生认识到“对应点的连线与对称轴互相垂直”。</w:t>
            </w:r>
          </w:p>
          <w:p>
            <w:pPr>
              <w:spacing w:after="20" w:line="276" w:lineRule="auto"/>
            </w:pPr>
            <w:r>
              <w:rPr>
                <w:rFonts w:ascii="宋体" w:hAnsi="宋体" w:eastAsia="宋体"/>
                <w:b w:val="0"/>
                <w:sz w:val="18"/>
              </w:rPr>
              <w:t>教师适时板书。</w:t>
            </w:r>
          </w:p>
          <w:p>
            <w:pPr>
              <w:spacing w:after="20" w:line="276" w:lineRule="auto"/>
            </w:pPr>
            <w:r>
              <w:rPr>
                <w:rFonts w:ascii="宋体" w:hAnsi="宋体" w:eastAsia="宋体"/>
                <w:b w:val="0"/>
                <w:sz w:val="18"/>
              </w:rPr>
              <w:t>（2）小组研究。</w:t>
            </w:r>
          </w:p>
          <w:p>
            <w:pPr>
              <w:spacing w:after="20" w:line="276" w:lineRule="auto"/>
            </w:pPr>
            <w:r>
              <w:rPr>
                <w:rFonts w:ascii="宋体" w:hAnsi="宋体" w:eastAsia="宋体"/>
                <w:b w:val="0"/>
                <w:sz w:val="18"/>
              </w:rPr>
              <w:t>师：（课件在例1主题图上显示点B和点B′）仔细观察这幅图的对应点，你发现了什么？</w:t>
            </w:r>
          </w:p>
          <w:p>
            <w:pPr>
              <w:spacing w:after="20" w:line="276" w:lineRule="auto"/>
            </w:pPr>
            <w:r>
              <w:rPr>
                <w:rFonts w:ascii="宋体" w:hAnsi="宋体" w:eastAsia="宋体"/>
                <w:b w:val="0"/>
                <w:sz w:val="18"/>
              </w:rPr>
              <w:t>（3）验证推广。</w:t>
            </w:r>
          </w:p>
          <w:p>
            <w:pPr>
              <w:spacing w:after="20" w:line="276" w:lineRule="auto"/>
            </w:pPr>
            <w:r>
              <w:rPr>
                <w:rFonts w:ascii="宋体" w:hAnsi="宋体" w:eastAsia="宋体"/>
                <w:b w:val="0"/>
                <w:sz w:val="18"/>
              </w:rPr>
              <w:t>师：这个轴对称图形上的两个对应点到对称轴的方格数是相等的，是不是所有的轴对称图形都有这个特征呢？</w:t>
            </w:r>
          </w:p>
          <w:p>
            <w:pPr>
              <w:spacing w:after="20" w:line="276" w:lineRule="auto"/>
            </w:pPr>
            <w:r>
              <w:rPr>
                <w:rFonts w:ascii="宋体" w:hAnsi="宋体" w:eastAsia="宋体"/>
                <w:b w:val="0"/>
                <w:sz w:val="18"/>
              </w:rPr>
              <w:t>师小结：轴对称图形上的对应点到对称轴的方格数（距离）相等。（板书）</w:t>
            </w:r>
          </w:p>
        </w:tc>
        <w:tc>
          <w:tcPr>
            <w:tcW w:type="dxa" w:w="3061"/>
          </w:tcPr>
          <w:p>
            <w:pPr>
              <w:spacing w:after="20" w:line="276" w:lineRule="auto"/>
            </w:pPr>
            <w:r/>
            <w:r>
              <w:rPr>
                <w:rFonts w:ascii="宋体" w:hAnsi="宋体" w:eastAsia="宋体"/>
                <w:b w:val="0"/>
                <w:sz w:val="18"/>
              </w:rPr>
              <w:t>发现两个对应点到对称轴的方格数（距离）是相等的。</w:t>
            </w:r>
          </w:p>
          <w:p>
            <w:pPr>
              <w:spacing w:after="20" w:line="276" w:lineRule="auto"/>
            </w:pPr>
            <w:r>
              <w:rPr>
                <w:rFonts w:ascii="宋体" w:hAnsi="宋体" w:eastAsia="宋体"/>
                <w:b w:val="0"/>
                <w:sz w:val="18"/>
              </w:rPr>
              <w:t>学生选一个自己喜欢的轴对称图形，先画出对称轴，再用字母标出对应点，像刚才一样继续研究验证。</w:t>
            </w:r>
          </w:p>
        </w:tc>
        <w:tc>
          <w:tcPr>
            <w:tcW w:type="dxa" w:w="1814"/>
          </w:tcPr>
          <w:p>
            <w:pPr>
              <w:spacing w:after="20" w:line="276" w:lineRule="auto"/>
            </w:pPr>
            <w:r/>
            <w:r>
              <w:rPr>
                <w:rFonts w:ascii="宋体" w:hAnsi="宋体" w:eastAsia="宋体"/>
                <w:b w:val="0"/>
                <w:sz w:val="18"/>
              </w:rPr>
              <w:t>设计递进式探究活动，引导学生在动手实践与合作交流中经历知识形成过程，突破本课重难点，核心问题："这幅松树图是轴对称图形吗？为什么？中间的一条直线表示什么？"</w:t>
            </w:r>
          </w:p>
        </w:tc>
      </w:tr>
      <w:tr>
        <w:tc>
          <w:tcPr>
            <w:tcW w:type="dxa" w:w="1474"/>
          </w:tcPr>
          <w:p>
            <w:pPr>
              <w:spacing w:after="20" w:line="276" w:lineRule="auto"/>
            </w:pPr>
            <w:r>
              <w:rPr>
                <w:b/>
              </w:rPr>
            </w:r>
            <w:r>
              <w:rPr>
                <w:rFonts w:ascii="宋体" w:hAnsi="宋体" w:eastAsia="宋体"/>
                <w:b/>
                <w:sz w:val="18"/>
              </w:rPr>
              <w:t>运用性质解决问题</w:t>
            </w:r>
          </w:p>
        </w:tc>
        <w:tc>
          <w:tcPr>
            <w:tcW w:type="dxa" w:w="3061"/>
          </w:tcPr>
          <w:p>
            <w:pPr>
              <w:spacing w:after="20" w:line="276" w:lineRule="auto"/>
            </w:pPr>
            <w:r/>
            <w:r>
              <w:rPr>
                <w:rFonts w:ascii="宋体" w:hAnsi="宋体" w:eastAsia="宋体"/>
                <w:b w:val="0"/>
                <w:sz w:val="18"/>
              </w:rPr>
              <w:t>1.情境设置。</w:t>
            </w:r>
          </w:p>
          <w:p>
            <w:pPr>
              <w:spacing w:after="20" w:line="276" w:lineRule="auto"/>
            </w:pPr>
            <w:r>
              <w:rPr>
                <w:rFonts w:ascii="宋体" w:hAnsi="宋体" w:eastAsia="宋体"/>
                <w:b w:val="0"/>
                <w:sz w:val="18"/>
              </w:rPr>
              <w:t>课件出示教科书P40例2主题图。</w:t>
            </w:r>
          </w:p>
          <w:p>
            <w:pPr>
              <w:spacing w:after="20" w:line="276" w:lineRule="auto"/>
            </w:pPr>
            <w:r>
              <w:rPr>
                <w:rFonts w:ascii="宋体" w:hAnsi="宋体" w:eastAsia="宋体"/>
                <w:b w:val="0"/>
                <w:sz w:val="18"/>
              </w:rPr>
              <w:t>师：这个图形是轴对称图形，在方格纸上画出了图形的一半，你能补全这个图形吗？</w:t>
            </w:r>
          </w:p>
          <w:p>
            <w:pPr>
              <w:spacing w:after="20" w:line="276" w:lineRule="auto"/>
            </w:pPr>
            <w:r>
              <w:rPr>
                <w:rFonts w:ascii="宋体" w:hAnsi="宋体" w:eastAsia="宋体"/>
                <w:b w:val="0"/>
                <w:sz w:val="18"/>
              </w:rPr>
              <w:t>2.操作尝试。</w:t>
            </w:r>
          </w:p>
          <w:p>
            <w:pPr>
              <w:spacing w:after="20" w:line="276" w:lineRule="auto"/>
            </w:pPr>
            <w:r>
              <w:rPr>
                <w:rFonts w:ascii="宋体" w:hAnsi="宋体" w:eastAsia="宋体"/>
                <w:b w:val="0"/>
                <w:sz w:val="18"/>
              </w:rPr>
              <w:t>师：要想顺利地画出另一半图形，你有什么办法？依据是什么？</w:t>
            </w:r>
          </w:p>
          <w:p>
            <w:pPr>
              <w:spacing w:after="20" w:line="276" w:lineRule="auto"/>
            </w:pPr>
            <w:r>
              <w:rPr>
                <w:rFonts w:ascii="宋体" w:hAnsi="宋体" w:eastAsia="宋体"/>
                <w:b w:val="0"/>
                <w:sz w:val="18"/>
              </w:rPr>
              <w:t>师：怎样找对应点呢？是不是所有的对应点都要找？找哪些点的对应点来补全图形既快又准确？</w:t>
            </w:r>
          </w:p>
          <w:p>
            <w:pPr>
              <w:spacing w:after="20" w:line="276" w:lineRule="auto"/>
            </w:pPr>
            <w:r>
              <w:rPr>
                <w:rFonts w:ascii="宋体" w:hAnsi="宋体" w:eastAsia="宋体"/>
                <w:b w:val="0"/>
                <w:sz w:val="18"/>
              </w:rPr>
              <w:t>教师要适时予以启发、引导学生选择关键点，找出对应点。</w:t>
            </w:r>
          </w:p>
          <w:p>
            <w:pPr>
              <w:spacing w:after="20" w:line="276" w:lineRule="auto"/>
            </w:pPr>
            <w:r>
              <w:rPr>
                <w:rFonts w:ascii="宋体" w:hAnsi="宋体" w:eastAsia="宋体"/>
                <w:b w:val="0"/>
                <w:sz w:val="18"/>
              </w:rPr>
              <w:t>3.作品展示。</w:t>
            </w:r>
          </w:p>
          <w:p>
            <w:pPr>
              <w:spacing w:after="20" w:line="276" w:lineRule="auto"/>
            </w:pPr>
            <w:r>
              <w:rPr>
                <w:rFonts w:ascii="宋体" w:hAnsi="宋体" w:eastAsia="宋体"/>
                <w:b w:val="0"/>
                <w:sz w:val="18"/>
              </w:rPr>
              <w:t>4.梳理补全轴对称图形的方法。</w:t>
            </w:r>
          </w:p>
          <w:p>
            <w:pPr>
              <w:spacing w:after="20" w:line="276" w:lineRule="auto"/>
            </w:pPr>
            <w:r>
              <w:rPr>
                <w:rFonts w:ascii="宋体" w:hAnsi="宋体" w:eastAsia="宋体"/>
                <w:b w:val="0"/>
                <w:sz w:val="18"/>
              </w:rPr>
              <w:t>教师总结并板书：利用对称轴补全轴对称图形的方法：一“找”，找出图形上每条线段的端点；二“定”，根据对称轴确定每个端点的对应点；三“连”，依次连接这些对应点。</w:t>
            </w:r>
          </w:p>
        </w:tc>
        <w:tc>
          <w:tcPr>
            <w:tcW w:type="dxa" w:w="3061"/>
          </w:tcPr>
          <w:p>
            <w:pPr>
              <w:spacing w:after="20" w:line="276" w:lineRule="auto"/>
            </w:pPr>
            <w:r/>
            <w:r>
              <w:rPr>
                <w:rFonts w:ascii="宋体" w:hAnsi="宋体" w:eastAsia="宋体"/>
                <w:b w:val="0"/>
                <w:sz w:val="18"/>
              </w:rPr>
              <w:t>可以通过原图形各点的位置，找到对应点再连线即可。依据是轴对称图形上的对应点到对称轴的距离相等。</w:t>
            </w:r>
          </w:p>
          <w:p>
            <w:pPr>
              <w:spacing w:after="20" w:line="276" w:lineRule="auto"/>
            </w:pPr>
            <w:r>
              <w:rPr>
                <w:rFonts w:ascii="宋体" w:hAnsi="宋体" w:eastAsia="宋体"/>
                <w:b w:val="0"/>
                <w:sz w:val="18"/>
              </w:rPr>
              <w:t>根据图形的形状大小确定对应点。不是所有的对应点都要找，只需要找到关键点即可，即边与边的交点等。</w:t>
            </w:r>
          </w:p>
          <w:p>
            <w:pPr>
              <w:spacing w:after="20" w:line="276" w:lineRule="auto"/>
            </w:pPr>
            <w:r>
              <w:rPr>
                <w:rFonts w:ascii="宋体" w:hAnsi="宋体" w:eastAsia="宋体"/>
                <w:b w:val="0"/>
                <w:sz w:val="18"/>
              </w:rPr>
              <w:t>学生展示自己的作品，并汇报画法。</w:t>
            </w:r>
          </w:p>
        </w:tc>
        <w:tc>
          <w:tcPr>
            <w:tcW w:type="dxa" w:w="1814"/>
          </w:tcPr>
          <w:p>
            <w:pPr>
              <w:spacing w:after="20" w:line="276" w:lineRule="auto"/>
            </w:pPr>
            <w:r/>
            <w:r>
              <w:rPr>
                <w:rFonts w:ascii="宋体" w:hAnsi="宋体" w:eastAsia="宋体"/>
                <w:b w:val="0"/>
                <w:sz w:val="18"/>
              </w:rPr>
              <w:t>通过有层次的练习及时反馈学情，巩固新知，培养学生灵活运用知识解决问题的能力，核心问题："这个图形是轴对称图形，在方格纸上画出了图形的一半，你能补全这个图形吗？"</w:t>
            </w:r>
          </w:p>
        </w:tc>
      </w:tr>
      <w:tr>
        <w:tc>
          <w:tcPr>
            <w:tcW w:type="dxa" w:w="1474"/>
          </w:tcPr>
          <w:p>
            <w:pPr>
              <w:spacing w:after="20" w:line="276" w:lineRule="auto"/>
            </w:pPr>
            <w:r>
              <w:rPr>
                <w:b/>
              </w:rPr>
            </w:r>
            <w:r>
              <w:rPr>
                <w:rFonts w:ascii="宋体" w:hAnsi="宋体" w:eastAsia="宋体"/>
                <w:b/>
                <w:sz w:val="18"/>
              </w:rPr>
              <w:t>巩固练习，深化理解</w:t>
            </w:r>
          </w:p>
        </w:tc>
        <w:tc>
          <w:tcPr>
            <w:tcW w:type="dxa" w:w="3061"/>
          </w:tcPr>
          <w:p>
            <w:pPr>
              <w:spacing w:after="20" w:line="276" w:lineRule="auto"/>
            </w:pPr>
            <w:r/>
            <w:r>
              <w:rPr>
                <w:rFonts w:ascii="宋体" w:hAnsi="宋体" w:eastAsia="宋体"/>
                <w:b w:val="0"/>
                <w:sz w:val="18"/>
              </w:rPr>
              <w:t>1.完成教科书P40“做一做”第1题。</w:t>
            </w:r>
          </w:p>
          <w:p>
            <w:pPr>
              <w:spacing w:after="20" w:line="276" w:lineRule="auto"/>
            </w:pPr>
            <w:r>
              <w:rPr>
                <w:rFonts w:ascii="宋体" w:hAnsi="宋体" w:eastAsia="宋体"/>
                <w:b w:val="0"/>
                <w:sz w:val="18"/>
              </w:rPr>
              <w:t>（1）同桌间相互说一说后集体汇报。</w:t>
            </w:r>
          </w:p>
          <w:p>
            <w:pPr>
              <w:spacing w:after="20" w:line="276" w:lineRule="auto"/>
            </w:pPr>
            <w:r>
              <w:rPr>
                <w:rFonts w:ascii="宋体" w:hAnsi="宋体" w:eastAsia="宋体"/>
                <w:b w:val="0"/>
                <w:sz w:val="18"/>
              </w:rPr>
              <w:t>（2）教师引导总结。</w:t>
            </w:r>
          </w:p>
          <w:p>
            <w:pPr>
              <w:spacing w:after="20" w:line="276" w:lineRule="auto"/>
            </w:pPr>
            <w:r>
              <w:rPr>
                <w:rFonts w:ascii="宋体" w:hAnsi="宋体" w:eastAsia="宋体"/>
                <w:b w:val="0"/>
                <w:sz w:val="18"/>
              </w:rPr>
              <w:t>2.完成教科书P40“做一做”第2题。</w:t>
            </w:r>
          </w:p>
          <w:p>
            <w:pPr>
              <w:spacing w:after="20" w:line="276" w:lineRule="auto"/>
            </w:pPr>
            <w:r>
              <w:rPr>
                <w:rFonts w:ascii="宋体" w:hAnsi="宋体" w:eastAsia="宋体"/>
                <w:b w:val="0"/>
                <w:sz w:val="18"/>
              </w:rPr>
              <w:t>（1）学生独立画图。</w:t>
            </w:r>
          </w:p>
          <w:p>
            <w:pPr>
              <w:spacing w:after="20" w:line="276" w:lineRule="auto"/>
            </w:pPr>
            <w:r>
              <w:rPr>
                <w:rFonts w:ascii="宋体" w:hAnsi="宋体" w:eastAsia="宋体"/>
                <w:b w:val="0"/>
                <w:sz w:val="18"/>
              </w:rPr>
              <w:t>（2）同桌交换检查订正。</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通过有层次的练习及时反馈学情，巩固新知，培养学生灵活运用知识解决问题的能力。</w:t>
            </w:r>
          </w:p>
        </w:tc>
      </w:tr>
      <w:tr>
        <w:tc>
          <w:tcPr>
            <w:tcW w:type="dxa" w:w="1474"/>
          </w:tcPr>
          <w:p>
            <w:pPr>
              <w:spacing w:after="20" w:line="276" w:lineRule="auto"/>
            </w:pPr>
            <w:r>
              <w:rPr>
                <w:b/>
              </w:rPr>
            </w:r>
            <w:r>
              <w:rPr>
                <w:rFonts w:ascii="宋体" w:hAnsi="宋体" w:eastAsia="宋体"/>
                <w:b/>
                <w:sz w:val="18"/>
              </w:rPr>
              <w:t>五、课堂小结</w:t>
            </w:r>
          </w:p>
        </w:tc>
        <w:tc>
          <w:tcPr>
            <w:tcW w:type="dxa" w:w="3061"/>
          </w:tcPr>
          <w:p>
            <w:pPr>
              <w:spacing w:after="20" w:line="276" w:lineRule="auto"/>
            </w:pPr>
            <w:r/>
            <w:r>
              <w:rPr>
                <w:rFonts w:ascii="宋体" w:hAnsi="宋体" w:eastAsia="宋体"/>
                <w:b w:val="0"/>
                <w:sz w:val="18"/>
              </w:rPr>
              <w:t>师：通过今天的学习，你对轴对称图形有哪些新的认识？又有什么收获？</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充分发挥学生的主体作用，借助方格纸，让学生动手操作，在操作中发现“轴对称图形的对应点到对称轴的距离相等”这一特征，并让学生根据这一特征尝试探索补全轴对称图形的方法，进一步加深对这一特征的理解。</w:t>
            </w:r>
          </w:p>
        </w:tc>
      </w:tr>
    </w:tbl>
    <w:p>
      <w:pPr>
        <w:spacing w:after="40"/>
      </w:pPr>
    </w:p>
    <w:p>
      <w:pPr>
        <w:spacing w:after="60" w:line="300" w:lineRule="auto"/>
      </w:pPr>
      <w:r>
        <w:rPr>
          <w:rFonts w:ascii="黑体" w:hAnsi="黑体" w:eastAsia="黑体"/>
          <w:b/>
          <w:sz w:val="21"/>
        </w:rPr>
        <w:t>四、板书设计</w:t>
      </w:r>
    </w:p>
    <w:p>
      <w:pPr>
        <w:spacing w:after="40" w:line="300" w:lineRule="auto"/>
      </w:pPr>
      <w:r>
        <w:rPr>
          <w:rFonts w:ascii="宋体" w:hAnsi="宋体" w:eastAsia="宋体"/>
          <w:b w:val="0"/>
          <w:sz w:val="20"/>
        </w:rPr>
        <w:t>轴对称</w:t>
      </w:r>
    </w:p>
    <w:p>
      <w:pPr>
        <w:spacing w:after="40" w:line="300" w:lineRule="auto"/>
      </w:pPr>
      <w:r>
        <w:rPr>
          <w:rFonts w:ascii="宋体" w:hAnsi="宋体" w:eastAsia="宋体"/>
          <w:b w:val="0"/>
          <w:sz w:val="20"/>
        </w:rPr>
        <w:t>对应点的连线与对称轴互相垂直。</w:t>
      </w:r>
    </w:p>
    <w:p>
      <w:pPr>
        <w:spacing w:after="40" w:line="300" w:lineRule="auto"/>
      </w:pPr>
      <w:r>
        <w:rPr>
          <w:rFonts w:ascii="宋体" w:hAnsi="宋体" w:eastAsia="宋体"/>
          <w:b w:val="0"/>
          <w:sz w:val="20"/>
        </w:rPr>
        <w:t>轴对称图形上的对应点到对称轴的方格数（距离）相等。</w:t>
      </w:r>
    </w:p>
    <w:p>
      <w:pPr>
        <w:spacing w:after="40" w:line="300" w:lineRule="auto"/>
      </w:pPr>
      <w:r>
        <w:rPr>
          <w:rFonts w:ascii="宋体" w:hAnsi="宋体" w:eastAsia="宋体"/>
          <w:b w:val="0"/>
          <w:sz w:val="20"/>
        </w:rPr>
        <w:t>利用对称轴补全轴对称图形的方法：一“找”，找出图形上每条线段的端点；二“定”，根据对称轴确定每个端点的对应点；三“连”，依次连接这些对应点。</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教科书P39～40相关内容，完成教科书P40“做一做”。</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在整个活动中，让学生经历“做”数学的过程，在操作中理解规律，感受知识间的联系，寻找补全轴对称图形的方法，使学生体验数学学习的乐趣，极大地激发了学生学习数学的主动性，同时培养了学生良好的数学学习习惯。</w:t>
      </w:r>
    </w:p>
    <w:p>
      <w:r>
        <w:br w:type="page"/>
      </w:r>
    </w:p>
    <w:p>
      <w:pPr>
        <w:spacing w:after="80" w:line="300" w:lineRule="auto"/>
      </w:pPr>
      <w:r>
        <w:rPr>
          <w:rFonts w:ascii="黑体" w:hAnsi="黑体" w:eastAsia="黑体"/>
          <w:b/>
          <w:sz w:val="24"/>
        </w:rPr>
        <w:t>二、课时教学方案（第2课时）</w:t>
      </w:r>
    </w:p>
    <w:p>
      <w:pPr>
        <w:spacing w:after="80" w:line="300" w:lineRule="auto"/>
      </w:pPr>
      <w:r>
        <w:rPr>
          <w:rFonts w:ascii="黑体" w:hAnsi="黑体" w:eastAsia="黑体"/>
          <w:b/>
          <w:sz w:val="24"/>
        </w:rPr>
        <w:t>第2课时　平移</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第2课时　平移</w:t>
            </w:r>
          </w:p>
        </w:tc>
        <w:tc>
          <w:tcPr>
            <w:tcW w:type="dxa" w:w="6009"/>
          </w:tcPr>
          <w:p>
            <w:pPr>
              <w:spacing w:after="20" w:line="276" w:lineRule="auto"/>
            </w:pPr>
            <w:r/>
            <w:r>
              <w:rPr>
                <w:rFonts w:ascii="宋体" w:hAnsi="宋体" w:eastAsia="宋体"/>
                <w:b w:val="0"/>
                <w:sz w:val="20"/>
              </w:rPr>
              <w:t>第4单元 图形的运动</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单元学情：借助操作，学生能认识图形运动的特征，但是运动后的图形以及探索多个图形拼组的运动变化，对于他们来说还是有一定难度的，在教学时要关注到每名学生，帮助他们理解。</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教学内容：教科书P41例3、例4，完成教科书P42“做一做”。</w:t>
      </w:r>
    </w:p>
    <w:p>
      <w:pPr>
        <w:spacing w:after="80" w:line="300" w:lineRule="auto"/>
        <w:ind w:firstLine="400"/>
      </w:pPr>
      <w:r>
        <w:rPr>
          <w:rFonts w:ascii="宋体" w:hAnsi="宋体" w:eastAsia="宋体"/>
          <w:b w:val="0"/>
          <w:sz w:val="20"/>
        </w:rPr>
        <w:t>教学准备：课件。</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（1）通过“移一移”的活动了解移动的方向和移动的距离，理解平移的距离与图形间的距离的关系。</w:t>
      </w:r>
    </w:p>
    <w:p>
      <w:pPr>
        <w:spacing w:after="20" w:line="300" w:lineRule="auto"/>
        <w:ind w:firstLine="400"/>
      </w:pPr>
      <w:r>
        <w:rPr>
          <w:rFonts w:ascii="宋体" w:hAnsi="宋体" w:eastAsia="宋体"/>
          <w:b w:val="0"/>
          <w:sz w:val="20"/>
        </w:rPr>
        <w:t>（2）在探索的过程中感受平移的特点，会在方格纸上画出一个简单图形平移后的图形，发展空间观念。</w:t>
      </w:r>
    </w:p>
    <w:p>
      <w:pPr>
        <w:spacing w:after="20" w:line="300" w:lineRule="auto"/>
        <w:ind w:firstLine="400"/>
      </w:pPr>
      <w:r>
        <w:rPr>
          <w:rFonts w:ascii="宋体" w:hAnsi="宋体" w:eastAsia="宋体"/>
          <w:b w:val="0"/>
          <w:sz w:val="20"/>
        </w:rPr>
        <w:t>（3）在学习活动中培养学生的审美观念和学习数学的兴趣。</w:t>
      </w:r>
    </w:p>
    <w:p>
      <w:pPr>
        <w:spacing w:after="20" w:line="300" w:lineRule="auto"/>
      </w:pPr>
      <w:r>
        <w:rPr>
          <w:rFonts w:ascii="宋体" w:hAnsi="宋体" w:eastAsia="宋体"/>
          <w:b w:val="0"/>
          <w:sz w:val="20"/>
        </w:rPr>
        <w:t>教学重点：探索图形平移的画法。</w:t>
      </w:r>
    </w:p>
    <w:p>
      <w:pPr>
        <w:spacing w:after="20" w:line="300" w:lineRule="auto"/>
      </w:pPr>
      <w:r>
        <w:rPr>
          <w:rFonts w:ascii="宋体" w:hAnsi="宋体" w:eastAsia="宋体"/>
          <w:b w:val="0"/>
          <w:sz w:val="20"/>
        </w:rPr>
        <w:t>教学难点：理解图形平移的距离。</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创设情境，导入新课</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这是我们学过的什么运动现象？</w:t>
            </w:r>
          </w:p>
        </w:tc>
        <w:tc>
          <w:tcPr>
            <w:tcW w:type="dxa" w:w="1361"/>
          </w:tcPr>
          <w:p>
            <w:pPr>
              <w:spacing w:after="20" w:line="276" w:lineRule="auto"/>
            </w:pPr>
            <w:r/>
            <w:r>
              <w:rPr>
                <w:rFonts w:ascii="宋体" w:hAnsi="宋体" w:eastAsia="宋体"/>
                <w:b w:val="0"/>
                <w:sz w:val="18"/>
              </w:rPr>
              <w:t>5分钟</w:t>
            </w:r>
          </w:p>
        </w:tc>
      </w:tr>
      <w:tr>
        <w:tc>
          <w:tcPr>
            <w:tcW w:type="dxa" w:w="2835"/>
          </w:tcPr>
          <w:p>
            <w:pPr>
              <w:spacing w:after="20" w:line="276" w:lineRule="auto"/>
            </w:pPr>
            <w:r/>
            <w:r>
              <w:rPr>
                <w:rFonts w:ascii="宋体" w:hAnsi="宋体" w:eastAsia="宋体"/>
                <w:b w:val="0"/>
                <w:sz w:val="18"/>
              </w:rPr>
              <w:t>演示操作，理解平移的性质</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同学们动手数一数“9格”。小组内讨论，你是怎么数的？你认为怎样才能数准平移的方格数？；分别数一数点A、B、C、D、E移动的距离，你们发现了什么？</w:t>
            </w:r>
          </w:p>
        </w:tc>
        <w:tc>
          <w:tcPr>
            <w:tcW w:type="dxa" w:w="1361"/>
          </w:tcPr>
          <w:p>
            <w:pPr>
              <w:spacing w:after="20" w:line="276" w:lineRule="auto"/>
            </w:pPr>
            <w:r/>
            <w:r>
              <w:rPr>
                <w:rFonts w:ascii="宋体" w:hAnsi="宋体" w:eastAsia="宋体"/>
                <w:b w:val="0"/>
                <w:sz w:val="18"/>
              </w:rPr>
              <w:t>12分钟</w:t>
            </w:r>
          </w:p>
        </w:tc>
      </w:tr>
      <w:tr>
        <w:tc>
          <w:tcPr>
            <w:tcW w:type="dxa" w:w="2835"/>
          </w:tcPr>
          <w:p>
            <w:pPr>
              <w:spacing w:after="20" w:line="276" w:lineRule="auto"/>
            </w:pPr>
            <w:r/>
            <w:r>
              <w:rPr>
                <w:rFonts w:ascii="宋体" w:hAnsi="宋体" w:eastAsia="宋体"/>
                <w:b w:val="0"/>
                <w:sz w:val="18"/>
              </w:rPr>
              <w:t>运用平移的性质解决问题</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刚才我们已经学会确定图形平移的方向和距离，如果请你画出这个图形平移后的图形，你会画吗？；要画出平移后的图形，你有什么办法？依据是什么？</w:t>
            </w:r>
          </w:p>
        </w:tc>
        <w:tc>
          <w:tcPr>
            <w:tcW w:type="dxa" w:w="1361"/>
          </w:tcPr>
          <w:p>
            <w:pPr>
              <w:spacing w:after="20" w:line="276" w:lineRule="auto"/>
            </w:pPr>
            <w:r/>
            <w:r>
              <w:rPr>
                <w:rFonts w:ascii="宋体" w:hAnsi="宋体" w:eastAsia="宋体"/>
                <w:b w:val="0"/>
                <w:sz w:val="18"/>
              </w:rPr>
              <w:t>13分钟</w:t>
            </w:r>
          </w:p>
        </w:tc>
      </w:tr>
      <w:tr>
        <w:tc>
          <w:tcPr>
            <w:tcW w:type="dxa" w:w="2835"/>
          </w:tcPr>
          <w:p>
            <w:pPr>
              <w:spacing w:after="20" w:line="276" w:lineRule="auto"/>
            </w:pPr>
            <w:r/>
            <w:r>
              <w:rPr>
                <w:rFonts w:ascii="宋体" w:hAnsi="宋体" w:eastAsia="宋体"/>
                <w:b w:val="0"/>
                <w:sz w:val="18"/>
              </w:rPr>
              <w:t>巩固提升</w:t>
            </w:r>
          </w:p>
        </w:tc>
        <w:tc>
          <w:tcPr>
            <w:tcW w:type="dxa" w:w="1814"/>
          </w:tcPr>
          <w:p>
            <w:pPr>
              <w:spacing w:after="20" w:line="276" w:lineRule="auto"/>
            </w:pPr>
            <w:r/>
            <w:r>
              <w:rPr>
                <w:rFonts w:ascii="宋体" w:hAnsi="宋体" w:eastAsia="宋体"/>
                <w:b w:val="0"/>
                <w:sz w:val="18"/>
              </w:rPr>
              <w:t>教科书、课件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6分钟</w:t>
            </w:r>
          </w:p>
        </w:tc>
      </w:tr>
      <w:tr>
        <w:tc>
          <w:tcPr>
            <w:tcW w:type="dxa" w:w="2835"/>
          </w:tcPr>
          <w:p>
            <w:pPr>
              <w:spacing w:after="20" w:line="276" w:lineRule="auto"/>
            </w:pPr>
            <w:r/>
            <w:r>
              <w:rPr>
                <w:rFonts w:ascii="宋体" w:hAnsi="宋体" w:eastAsia="宋体"/>
                <w:b w:val="0"/>
                <w:sz w:val="18"/>
              </w:rPr>
              <w:t>五、课堂小结</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今天我们在活动中进一步学习了平移的知识，你愿意和大家一起分享你在这节课中的收获吗？</w:t>
            </w:r>
          </w:p>
        </w:tc>
        <w:tc>
          <w:tcPr>
            <w:tcW w:type="dxa" w:w="1361"/>
          </w:tcPr>
          <w:p>
            <w:pPr>
              <w:spacing w:after="20" w:line="276" w:lineRule="auto"/>
            </w:pPr>
            <w:r/>
            <w:r>
              <w:rPr>
                <w:rFonts w:ascii="宋体" w:hAnsi="宋体" w:eastAsia="宋体"/>
                <w:b w:val="0"/>
                <w:sz w:val="18"/>
              </w:rPr>
              <w:t>4分钟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创设情境，导入新课</w:t>
            </w:r>
          </w:p>
        </w:tc>
        <w:tc>
          <w:tcPr>
            <w:tcW w:type="dxa" w:w="3061"/>
          </w:tcPr>
          <w:p>
            <w:pPr>
              <w:spacing w:after="20" w:line="276" w:lineRule="auto"/>
            </w:pPr>
            <w:r/>
            <w:r>
              <w:rPr>
                <w:rFonts w:ascii="宋体" w:hAnsi="宋体" w:eastAsia="宋体"/>
                <w:b w:val="0"/>
                <w:sz w:val="18"/>
              </w:rPr>
              <w:t>课件动态演示生活中的平移现象。（如升国旗、电梯升降、推拉门等）</w:t>
            </w:r>
          </w:p>
          <w:p>
            <w:pPr>
              <w:spacing w:after="20" w:line="276" w:lineRule="auto"/>
            </w:pPr>
            <w:r>
              <w:rPr>
                <w:rFonts w:ascii="宋体" w:hAnsi="宋体" w:eastAsia="宋体"/>
                <w:b w:val="0"/>
                <w:sz w:val="18"/>
              </w:rPr>
              <w:t>师：这是我们学过的什么运动现象？（平移）</w:t>
            </w:r>
          </w:p>
          <w:p>
            <w:pPr>
              <w:spacing w:after="20" w:line="276" w:lineRule="auto"/>
            </w:pPr>
            <w:r>
              <w:rPr>
                <w:rFonts w:ascii="宋体" w:hAnsi="宋体" w:eastAsia="宋体"/>
                <w:b w:val="0"/>
                <w:sz w:val="18"/>
              </w:rPr>
              <w:t>师：今天我们继续来学习关于平移的知识。（板书课题：平移）</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创设情境激活学生已有经验，自然引出本课学习内容，激发学习兴趣，核心问题："这是我们学过的什么运动现象？"</w:t>
            </w:r>
          </w:p>
        </w:tc>
      </w:tr>
      <w:tr>
        <w:tc>
          <w:tcPr>
            <w:tcW w:type="dxa" w:w="1474"/>
          </w:tcPr>
          <w:p>
            <w:pPr>
              <w:spacing w:after="20" w:line="276" w:lineRule="auto"/>
            </w:pPr>
            <w:r>
              <w:rPr>
                <w:b/>
              </w:rPr>
            </w:r>
            <w:r>
              <w:rPr>
                <w:rFonts w:ascii="宋体" w:hAnsi="宋体" w:eastAsia="宋体"/>
                <w:b/>
                <w:sz w:val="18"/>
              </w:rPr>
              <w:t>演示操作，理解平移的性质</w:t>
            </w:r>
          </w:p>
        </w:tc>
        <w:tc>
          <w:tcPr>
            <w:tcW w:type="dxa" w:w="3061"/>
          </w:tcPr>
          <w:p>
            <w:pPr>
              <w:spacing w:after="20" w:line="276" w:lineRule="auto"/>
            </w:pPr>
            <w:r/>
            <w:r>
              <w:rPr>
                <w:rFonts w:ascii="宋体" w:hAnsi="宋体" w:eastAsia="宋体"/>
                <w:b w:val="0"/>
                <w:sz w:val="18"/>
              </w:rPr>
              <w:t>1.理解平移的距离。</w:t>
            </w:r>
          </w:p>
          <w:p>
            <w:pPr>
              <w:spacing w:after="20" w:line="276" w:lineRule="auto"/>
            </w:pPr>
            <w:r>
              <w:rPr>
                <w:rFonts w:ascii="宋体" w:hAnsi="宋体" w:eastAsia="宋体"/>
                <w:b w:val="0"/>
                <w:sz w:val="18"/>
              </w:rPr>
              <w:t>课件动态演示教科书P41例3图形向右平移9格的过程。</w:t>
            </w:r>
          </w:p>
          <w:p>
            <w:pPr>
              <w:spacing w:after="20" w:line="276" w:lineRule="auto"/>
            </w:pPr>
            <w:r>
              <w:rPr>
                <w:rFonts w:ascii="宋体" w:hAnsi="宋体" w:eastAsia="宋体"/>
                <w:b w:val="0"/>
                <w:sz w:val="18"/>
              </w:rPr>
              <w:t>教师引导学生仔细观察后明确：这里的“向右”表示平移的方向，“9格”表示平移的距离。</w:t>
            </w:r>
          </w:p>
          <w:p>
            <w:pPr>
              <w:spacing w:after="20" w:line="276" w:lineRule="auto"/>
            </w:pPr>
            <w:r>
              <w:rPr>
                <w:rFonts w:ascii="宋体" w:hAnsi="宋体" w:eastAsia="宋体"/>
                <w:b w:val="0"/>
                <w:sz w:val="18"/>
              </w:rPr>
              <w:t>师：同学们动手数一数“9格”。小组内讨论，你是怎么数的？你认为怎样才能数准平移的方格数？</w:t>
            </w:r>
          </w:p>
          <w:p>
            <w:pPr>
              <w:spacing w:after="20" w:line="276" w:lineRule="auto"/>
            </w:pPr>
            <w:r>
              <w:rPr>
                <w:rFonts w:ascii="宋体" w:hAnsi="宋体" w:eastAsia="宋体"/>
                <w:b w:val="0"/>
                <w:sz w:val="18"/>
              </w:rPr>
              <w:t>指名学生汇报。</w:t>
            </w:r>
          </w:p>
          <w:p>
            <w:pPr>
              <w:spacing w:after="20" w:line="276" w:lineRule="auto"/>
            </w:pPr>
            <w:r>
              <w:rPr>
                <w:rFonts w:ascii="宋体" w:hAnsi="宋体" w:eastAsia="宋体"/>
                <w:b w:val="0"/>
                <w:sz w:val="18"/>
              </w:rPr>
              <w:t>师：分别数一数点A、B、C、D、E移动的距离，你们发现了什么？</w:t>
            </w:r>
          </w:p>
          <w:p>
            <w:pPr>
              <w:spacing w:after="20" w:line="276" w:lineRule="auto"/>
            </w:pPr>
            <w:r>
              <w:rPr>
                <w:rFonts w:ascii="宋体" w:hAnsi="宋体" w:eastAsia="宋体"/>
                <w:b w:val="0"/>
                <w:sz w:val="18"/>
              </w:rPr>
              <w:t>各小组推选代表汇报。</w:t>
            </w:r>
          </w:p>
          <w:p>
            <w:pPr>
              <w:spacing w:after="20" w:line="276" w:lineRule="auto"/>
            </w:pPr>
            <w:r>
              <w:rPr>
                <w:rFonts w:ascii="宋体" w:hAnsi="宋体" w:eastAsia="宋体"/>
                <w:b w:val="0"/>
                <w:sz w:val="18"/>
              </w:rPr>
              <w:t>教师根据学生的汇报，用课件进行相应的动态演示。</w:t>
            </w:r>
          </w:p>
          <w:p>
            <w:pPr>
              <w:spacing w:after="20" w:line="276" w:lineRule="auto"/>
            </w:pPr>
            <w:r>
              <w:rPr>
                <w:rFonts w:ascii="宋体" w:hAnsi="宋体" w:eastAsia="宋体"/>
                <w:b w:val="0"/>
                <w:sz w:val="18"/>
              </w:rPr>
              <w:t>2.归纳平移的性质。</w:t>
            </w:r>
          </w:p>
          <w:p>
            <w:pPr>
              <w:spacing w:after="20" w:line="276" w:lineRule="auto"/>
            </w:pPr>
            <w:r>
              <w:rPr>
                <w:rFonts w:ascii="宋体" w:hAnsi="宋体" w:eastAsia="宋体"/>
                <w:b w:val="0"/>
                <w:sz w:val="18"/>
              </w:rPr>
              <w:t>师：我们现在整体观察平移前后的图形，你们发现了什么？</w:t>
            </w:r>
          </w:p>
          <w:p>
            <w:pPr>
              <w:spacing w:after="20" w:line="276" w:lineRule="auto"/>
            </w:pPr>
            <w:r>
              <w:rPr>
                <w:rFonts w:ascii="宋体" w:hAnsi="宋体" w:eastAsia="宋体"/>
                <w:b w:val="0"/>
                <w:sz w:val="18"/>
              </w:rPr>
              <w:t>师生交流后归纳：图形平移前后，图形的形状、大小没有变化，图形中每个点平移的方向相同，每个点移动的距离也相同。</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设计递进式探究活动，引导学生在动手实践与合作交流中经历知识形成过程，突破本课重难点，核心问题："同学们动手数一数“9格”。小组内讨论，你是怎么数的？你认为怎样才能数准平移的方格数？"</w:t>
            </w:r>
          </w:p>
        </w:tc>
      </w:tr>
      <w:tr>
        <w:tc>
          <w:tcPr>
            <w:tcW w:type="dxa" w:w="1474"/>
          </w:tcPr>
          <w:p>
            <w:pPr>
              <w:spacing w:after="20" w:line="276" w:lineRule="auto"/>
            </w:pPr>
            <w:r>
              <w:rPr>
                <w:b/>
              </w:rPr>
            </w:r>
            <w:r>
              <w:rPr>
                <w:rFonts w:ascii="宋体" w:hAnsi="宋体" w:eastAsia="宋体"/>
                <w:b/>
                <w:sz w:val="18"/>
              </w:rPr>
              <w:t>运用平移的性质解决问题</w:t>
            </w:r>
          </w:p>
        </w:tc>
        <w:tc>
          <w:tcPr>
            <w:tcW w:type="dxa" w:w="3061"/>
          </w:tcPr>
          <w:p>
            <w:pPr>
              <w:spacing w:after="20" w:line="276" w:lineRule="auto"/>
            </w:pPr>
            <w:r/>
            <w:r>
              <w:rPr>
                <w:rFonts w:ascii="宋体" w:hAnsi="宋体" w:eastAsia="宋体"/>
                <w:b w:val="0"/>
                <w:sz w:val="18"/>
              </w:rPr>
              <w:t>1.展示图形。</w:t>
            </w:r>
          </w:p>
          <w:p>
            <w:pPr>
              <w:spacing w:after="20" w:line="276" w:lineRule="auto"/>
            </w:pPr>
            <w:r>
              <w:rPr>
                <w:rFonts w:ascii="宋体" w:hAnsi="宋体" w:eastAsia="宋体"/>
                <w:b w:val="0"/>
                <w:sz w:val="18"/>
              </w:rPr>
              <w:t>课件出示教科书P41例4。</w:t>
            </w:r>
          </w:p>
          <w:p>
            <w:pPr>
              <w:spacing w:after="20" w:line="276" w:lineRule="auto"/>
            </w:pPr>
            <w:r>
              <w:rPr>
                <w:rFonts w:ascii="宋体" w:hAnsi="宋体" w:eastAsia="宋体"/>
                <w:b w:val="0"/>
                <w:sz w:val="18"/>
              </w:rPr>
              <w:t>师：刚才我们已经学会确定图形平移的方向和距离，如果请你画出这个图形平移后的图形，你会画吗？动手试一试。</w:t>
            </w:r>
          </w:p>
          <w:p>
            <w:pPr>
              <w:spacing w:after="20" w:line="276" w:lineRule="auto"/>
            </w:pPr>
            <w:r>
              <w:rPr>
                <w:rFonts w:ascii="宋体" w:hAnsi="宋体" w:eastAsia="宋体"/>
                <w:b w:val="0"/>
                <w:sz w:val="18"/>
              </w:rPr>
              <w:t>2.操作尝试。</w:t>
            </w:r>
          </w:p>
          <w:p>
            <w:pPr>
              <w:spacing w:after="20" w:line="276" w:lineRule="auto"/>
            </w:pPr>
            <w:r>
              <w:rPr>
                <w:rFonts w:ascii="宋体" w:hAnsi="宋体" w:eastAsia="宋体"/>
                <w:b w:val="0"/>
                <w:sz w:val="18"/>
              </w:rPr>
              <w:t>师：要画出平移后的图形，你有什么办法？依据是什么？</w:t>
            </w:r>
          </w:p>
          <w:p>
            <w:pPr>
              <w:spacing w:after="20" w:line="276" w:lineRule="auto"/>
            </w:pPr>
            <w:r>
              <w:rPr>
                <w:rFonts w:ascii="宋体" w:hAnsi="宋体" w:eastAsia="宋体"/>
                <w:b w:val="0"/>
                <w:sz w:val="18"/>
              </w:rPr>
              <w:t>引导学生思考：怎样画，先做什么，再做什么，最后做什么，并在同桌之间讨论后画一画。</w:t>
            </w:r>
          </w:p>
          <w:p>
            <w:pPr>
              <w:spacing w:after="20" w:line="276" w:lineRule="auto"/>
            </w:pPr>
            <w:r>
              <w:rPr>
                <w:rFonts w:ascii="宋体" w:hAnsi="宋体" w:eastAsia="宋体"/>
                <w:b w:val="0"/>
                <w:sz w:val="18"/>
              </w:rPr>
              <w:t>3.展示交流。</w:t>
            </w:r>
          </w:p>
          <w:p>
            <w:pPr>
              <w:spacing w:after="20" w:line="276" w:lineRule="auto"/>
            </w:pPr>
            <w:r>
              <w:rPr>
                <w:rFonts w:ascii="宋体" w:hAnsi="宋体" w:eastAsia="宋体"/>
                <w:b w:val="0"/>
                <w:sz w:val="18"/>
              </w:rPr>
              <w:t>（1）学生展示自己的作品，并汇报画法。</w:t>
            </w:r>
          </w:p>
          <w:p>
            <w:pPr>
              <w:spacing w:after="20" w:line="276" w:lineRule="auto"/>
            </w:pPr>
            <w:r>
              <w:rPr>
                <w:rFonts w:ascii="宋体" w:hAnsi="宋体" w:eastAsia="宋体"/>
                <w:b w:val="0"/>
                <w:sz w:val="18"/>
              </w:rPr>
              <w:t>（2）课件演示画图的全过程，帮助学生纠正不足。</w:t>
            </w:r>
          </w:p>
          <w:p>
            <w:pPr>
              <w:spacing w:after="20" w:line="276" w:lineRule="auto"/>
            </w:pPr>
            <w:r>
              <w:rPr>
                <w:rFonts w:ascii="宋体" w:hAnsi="宋体" w:eastAsia="宋体"/>
                <w:b w:val="0"/>
                <w:sz w:val="18"/>
              </w:rPr>
              <w:t>4.总结画法。</w:t>
            </w:r>
          </w:p>
          <w:p>
            <w:pPr>
              <w:spacing w:after="20" w:line="276" w:lineRule="auto"/>
            </w:pPr>
            <w:r>
              <w:rPr>
                <w:rFonts w:ascii="宋体" w:hAnsi="宋体" w:eastAsia="宋体"/>
                <w:b w:val="0"/>
                <w:sz w:val="18"/>
              </w:rPr>
              <w:t>师生共同归纳：①选关键点：确定所给图形的关键点（如图形的顶点、相交点、端点等）。②移点：按要求把选择的点向规定的方向平移规定的格数。③连点成形：按所给图形的形状顺次连接各对应点，就可以画出所给图形平移后的图形。（教师适时板书）</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通过有层次的练习及时反馈学情，巩固新知，培养学生灵活运用知识解决问题的能力，核心问题："刚才我们已经学会确定图形平移的方向和距离，如果请你画出这个图形平移后的图形，你会画吗？"</w:t>
            </w:r>
          </w:p>
        </w:tc>
      </w:tr>
      <w:tr>
        <w:tc>
          <w:tcPr>
            <w:tcW w:type="dxa" w:w="1474"/>
          </w:tcPr>
          <w:p>
            <w:pPr>
              <w:spacing w:after="20" w:line="276" w:lineRule="auto"/>
            </w:pPr>
            <w:r>
              <w:rPr>
                <w:b/>
              </w:rPr>
            </w:r>
            <w:r>
              <w:rPr>
                <w:rFonts w:ascii="宋体" w:hAnsi="宋体" w:eastAsia="宋体"/>
                <w:b/>
                <w:sz w:val="18"/>
              </w:rPr>
              <w:t>巩固提升</w:t>
            </w:r>
          </w:p>
        </w:tc>
        <w:tc>
          <w:tcPr>
            <w:tcW w:type="dxa" w:w="3061"/>
          </w:tcPr>
          <w:p>
            <w:pPr>
              <w:spacing w:after="20" w:line="276" w:lineRule="auto"/>
            </w:pPr>
            <w:r/>
            <w:r>
              <w:rPr>
                <w:rFonts w:ascii="宋体" w:hAnsi="宋体" w:eastAsia="宋体"/>
                <w:b w:val="0"/>
                <w:sz w:val="18"/>
              </w:rPr>
              <w:t>1.完成教科书P42“做一做”第1题。</w:t>
            </w:r>
          </w:p>
          <w:p>
            <w:pPr>
              <w:spacing w:after="20" w:line="276" w:lineRule="auto"/>
            </w:pPr>
            <w:r>
              <w:rPr>
                <w:rFonts w:ascii="宋体" w:hAnsi="宋体" w:eastAsia="宋体"/>
                <w:b w:val="0"/>
                <w:sz w:val="18"/>
              </w:rPr>
              <w:t>（1）学生独立完成。</w:t>
            </w:r>
          </w:p>
          <w:p>
            <w:pPr>
              <w:spacing w:after="20" w:line="276" w:lineRule="auto"/>
            </w:pPr>
            <w:r>
              <w:rPr>
                <w:rFonts w:ascii="宋体" w:hAnsi="宋体" w:eastAsia="宋体"/>
                <w:b w:val="0"/>
                <w:sz w:val="18"/>
              </w:rPr>
              <w:t>（2）指名汇报。</w:t>
            </w:r>
          </w:p>
          <w:p>
            <w:pPr>
              <w:spacing w:after="20" w:line="276" w:lineRule="auto"/>
            </w:pPr>
            <w:r>
              <w:rPr>
                <w:rFonts w:ascii="宋体" w:hAnsi="宋体" w:eastAsia="宋体"/>
                <w:b w:val="0"/>
                <w:sz w:val="18"/>
              </w:rPr>
              <w:t>2.完成教科书P42“做一做”第2题。</w:t>
            </w:r>
          </w:p>
          <w:p>
            <w:pPr>
              <w:spacing w:after="20" w:line="276" w:lineRule="auto"/>
            </w:pPr>
            <w:r>
              <w:rPr>
                <w:rFonts w:ascii="宋体" w:hAnsi="宋体" w:eastAsia="宋体"/>
                <w:b w:val="0"/>
                <w:sz w:val="18"/>
              </w:rPr>
              <w:t>（1）学生独立按要求填空、画图。</w:t>
            </w:r>
          </w:p>
          <w:p>
            <w:pPr>
              <w:spacing w:after="20" w:line="276" w:lineRule="auto"/>
            </w:pPr>
            <w:r>
              <w:rPr>
                <w:rFonts w:ascii="宋体" w:hAnsi="宋体" w:eastAsia="宋体"/>
                <w:b w:val="0"/>
                <w:sz w:val="18"/>
              </w:rPr>
              <w:t>（2）全班订正：课件演示画图过程，学生自主纠错。</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通过有层次的练习及时反馈学情，巩固新知，培养学生灵活运用知识解决问题的能力。</w:t>
            </w:r>
          </w:p>
        </w:tc>
      </w:tr>
      <w:tr>
        <w:tc>
          <w:tcPr>
            <w:tcW w:type="dxa" w:w="1474"/>
          </w:tcPr>
          <w:p>
            <w:pPr>
              <w:spacing w:after="20" w:line="276" w:lineRule="auto"/>
            </w:pPr>
            <w:r>
              <w:rPr>
                <w:b/>
              </w:rPr>
            </w:r>
            <w:r>
              <w:rPr>
                <w:rFonts w:ascii="宋体" w:hAnsi="宋体" w:eastAsia="宋体"/>
                <w:b/>
                <w:sz w:val="18"/>
              </w:rPr>
              <w:t>五、课堂小结</w:t>
            </w:r>
          </w:p>
        </w:tc>
        <w:tc>
          <w:tcPr>
            <w:tcW w:type="dxa" w:w="3061"/>
          </w:tcPr>
          <w:p>
            <w:pPr>
              <w:spacing w:after="20" w:line="276" w:lineRule="auto"/>
            </w:pPr>
            <w:r/>
            <w:r>
              <w:rPr>
                <w:rFonts w:ascii="宋体" w:hAnsi="宋体" w:eastAsia="宋体"/>
                <w:b w:val="0"/>
                <w:sz w:val="18"/>
              </w:rPr>
              <w:t>师：今天我们在活动中进一步学习了平移的知识，你愿意和大家一起分享你在这节课中的收获吗？</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在学生动手操作和空间想象的基础上，充分借助多媒体课件，让学生经历观察、归纳、验证等过程，了解平移的两个参量——移动的方向、移动的距离，明确确定图形移动的方向和移动的距离的方法和步骤，准确画出平移后的图形。</w:t>
            </w:r>
          </w:p>
        </w:tc>
      </w:tr>
    </w:tbl>
    <w:p>
      <w:pPr>
        <w:spacing w:after="40"/>
      </w:pPr>
    </w:p>
    <w:p>
      <w:pPr>
        <w:spacing w:after="60" w:line="300" w:lineRule="auto"/>
      </w:pPr>
      <w:r>
        <w:rPr>
          <w:rFonts w:ascii="黑体" w:hAnsi="黑体" w:eastAsia="黑体"/>
          <w:b/>
          <w:sz w:val="21"/>
        </w:rPr>
        <w:t>四、板书设计</w:t>
      </w:r>
    </w:p>
    <w:p>
      <w:pPr>
        <w:spacing w:after="40" w:line="300" w:lineRule="auto"/>
      </w:pPr>
      <w:r>
        <w:rPr>
          <w:rFonts w:ascii="宋体" w:hAnsi="宋体" w:eastAsia="宋体"/>
          <w:b w:val="0"/>
          <w:sz w:val="20"/>
        </w:rPr>
        <w:t>平移</w:t>
      </w:r>
    </w:p>
    <w:p>
      <w:pPr>
        <w:spacing w:after="40" w:line="300" w:lineRule="auto"/>
      </w:pPr>
      <w:r>
        <w:rPr>
          <w:rFonts w:ascii="宋体" w:hAnsi="宋体" w:eastAsia="宋体"/>
          <w:b w:val="0"/>
          <w:sz w:val="20"/>
        </w:rPr>
        <w:t>画平移后的图形的方法：①选关键点（一个点或多个点）。②移点。③连点成形。</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教科书P41例3、例4，完成教科书P42“做一做”。</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教师在本节课的教学中，充分利用方格纸，动态呈现平移过程，再通过数一数、填一填、小组讨论交流、归纳总结等活动，让学生体会平移的过程是整个图形按要求平移，平移的距离是对应点之间的方格数，而不是平移前、后两个图形之间的方格数。</w:t>
      </w:r>
    </w:p>
    <w:p>
      <w:r>
        <w:br w:type="page"/>
      </w:r>
    </w:p>
    <w:p>
      <w:pPr>
        <w:spacing w:after="80" w:line="300" w:lineRule="auto"/>
      </w:pPr>
      <w:r>
        <w:rPr>
          <w:rFonts w:ascii="黑体" w:hAnsi="黑体" w:eastAsia="黑体"/>
          <w:b/>
          <w:sz w:val="24"/>
        </w:rPr>
        <w:t>二、课时教学方案（第3课时）</w:t>
      </w:r>
    </w:p>
    <w:p>
      <w:pPr>
        <w:spacing w:after="80" w:line="300" w:lineRule="auto"/>
      </w:pPr>
      <w:r>
        <w:rPr>
          <w:rFonts w:ascii="黑体" w:hAnsi="黑体" w:eastAsia="黑体"/>
          <w:b/>
          <w:sz w:val="24"/>
        </w:rPr>
        <w:t>第3课时　解决问题</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第3课时　解决问题</w:t>
            </w:r>
          </w:p>
        </w:tc>
        <w:tc>
          <w:tcPr>
            <w:tcW w:type="dxa" w:w="6009"/>
          </w:tcPr>
          <w:p>
            <w:pPr>
              <w:spacing w:after="20" w:line="276" w:lineRule="auto"/>
            </w:pPr>
            <w:r/>
            <w:r>
              <w:rPr>
                <w:rFonts w:ascii="宋体" w:hAnsi="宋体" w:eastAsia="宋体"/>
                <w:b w:val="0"/>
                <w:sz w:val="20"/>
              </w:rPr>
              <w:t>第4单元 图形的运动</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单元学情：借助操作，学生能认识图形运动的特征，但是运动后的图形以及探索多个图形拼组的运动变化，对于他们来说还是有一定难度的，在教学时要关注到每名学生，帮助他们理解。</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教学内容：教科书P43例5，完成教科书P43“做一做”。</w:t>
      </w:r>
    </w:p>
    <w:p>
      <w:pPr>
        <w:spacing w:after="80" w:line="300" w:lineRule="auto"/>
        <w:ind w:firstLine="400"/>
      </w:pPr>
      <w:r>
        <w:rPr>
          <w:rFonts w:ascii="宋体" w:hAnsi="宋体" w:eastAsia="宋体"/>
          <w:b w:val="0"/>
          <w:sz w:val="20"/>
        </w:rPr>
        <w:t>教学准备：课件。</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（1）经历自主探究的过程，运用平移的方法解决简单不规则图形的面积问题，加深对“平移”这种图形变换方式的理解。</w:t>
      </w:r>
    </w:p>
    <w:p>
      <w:pPr>
        <w:spacing w:after="20" w:line="300" w:lineRule="auto"/>
        <w:ind w:firstLine="400"/>
      </w:pPr>
      <w:r>
        <w:rPr>
          <w:rFonts w:ascii="宋体" w:hAnsi="宋体" w:eastAsia="宋体"/>
          <w:b w:val="0"/>
          <w:sz w:val="20"/>
        </w:rPr>
        <w:t>（2）在解决不规则图形面积问题的过程中，体会转化的数学思想，发展空间观念。</w:t>
      </w:r>
    </w:p>
    <w:p>
      <w:pPr>
        <w:spacing w:after="20" w:line="300" w:lineRule="auto"/>
        <w:ind w:firstLine="400"/>
      </w:pPr>
      <w:r>
        <w:rPr>
          <w:rFonts w:ascii="宋体" w:hAnsi="宋体" w:eastAsia="宋体"/>
          <w:b w:val="0"/>
          <w:sz w:val="20"/>
        </w:rPr>
        <w:t>（3）体会数学知识之间的密切联系，感受数学的魅力。</w:t>
      </w:r>
    </w:p>
    <w:p>
      <w:pPr>
        <w:spacing w:after="20" w:line="300" w:lineRule="auto"/>
      </w:pPr>
      <w:r>
        <w:rPr>
          <w:rFonts w:ascii="宋体" w:hAnsi="宋体" w:eastAsia="宋体"/>
          <w:b w:val="0"/>
          <w:sz w:val="20"/>
        </w:rPr>
        <w:t>教学重点：运用平移的方法解决简单不规则图形的面积问题。</w:t>
      </w:r>
    </w:p>
    <w:p>
      <w:pPr>
        <w:spacing w:after="20" w:line="300" w:lineRule="auto"/>
      </w:pPr>
      <w:r>
        <w:rPr>
          <w:rFonts w:ascii="宋体" w:hAnsi="宋体" w:eastAsia="宋体"/>
          <w:b w:val="0"/>
          <w:sz w:val="20"/>
        </w:rPr>
        <w:t>教学难点：能根据具体问题选择合适的方式解决。</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直接揭示课题</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4分钟</w:t>
            </w:r>
          </w:p>
        </w:tc>
      </w:tr>
      <w:tr>
        <w:tc>
          <w:tcPr>
            <w:tcW w:type="dxa" w:w="2835"/>
          </w:tcPr>
          <w:p>
            <w:pPr>
              <w:spacing w:after="20" w:line="276" w:lineRule="auto"/>
            </w:pPr>
            <w:r/>
            <w:r>
              <w:rPr>
                <w:rFonts w:ascii="宋体" w:hAnsi="宋体" w:eastAsia="宋体"/>
                <w:b w:val="0"/>
                <w:sz w:val="18"/>
              </w:rPr>
              <w:t>自主探究</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请你们仔细观察，这个图形有什么特点？；要求这个不规则图形的面积，应该怎么办呢？</w:t>
            </w:r>
          </w:p>
        </w:tc>
        <w:tc>
          <w:tcPr>
            <w:tcW w:type="dxa" w:w="1361"/>
          </w:tcPr>
          <w:p>
            <w:pPr>
              <w:spacing w:after="20" w:line="276" w:lineRule="auto"/>
            </w:pPr>
            <w:r/>
            <w:r>
              <w:rPr>
                <w:rFonts w:ascii="宋体" w:hAnsi="宋体" w:eastAsia="宋体"/>
                <w:b w:val="0"/>
                <w:sz w:val="18"/>
              </w:rPr>
              <w:t>27分钟</w:t>
            </w:r>
          </w:p>
        </w:tc>
      </w:tr>
      <w:tr>
        <w:tc>
          <w:tcPr>
            <w:tcW w:type="dxa" w:w="2835"/>
          </w:tcPr>
          <w:p>
            <w:pPr>
              <w:spacing w:after="20" w:line="276" w:lineRule="auto"/>
            </w:pPr>
            <w:r/>
            <w:r>
              <w:rPr>
                <w:rFonts w:ascii="宋体" w:hAnsi="宋体" w:eastAsia="宋体"/>
                <w:b w:val="0"/>
                <w:sz w:val="18"/>
              </w:rPr>
              <w:t>三、巩固练习</w:t>
            </w:r>
          </w:p>
        </w:tc>
        <w:tc>
          <w:tcPr>
            <w:tcW w:type="dxa" w:w="1814"/>
          </w:tcPr>
          <w:p>
            <w:pPr>
              <w:spacing w:after="20" w:line="276" w:lineRule="auto"/>
            </w:pPr>
            <w:r/>
            <w:r>
              <w:rPr>
                <w:rFonts w:ascii="宋体" w:hAnsi="宋体" w:eastAsia="宋体"/>
                <w:b w:val="0"/>
                <w:sz w:val="18"/>
              </w:rPr>
              <w:t>教科书、课件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6分钟</w:t>
            </w:r>
          </w:p>
        </w:tc>
      </w:tr>
      <w:tr>
        <w:tc>
          <w:tcPr>
            <w:tcW w:type="dxa" w:w="2835"/>
          </w:tcPr>
          <w:p>
            <w:pPr>
              <w:spacing w:after="20" w:line="276" w:lineRule="auto"/>
            </w:pPr>
            <w:r/>
            <w:r>
              <w:rPr>
                <w:rFonts w:ascii="宋体" w:hAnsi="宋体" w:eastAsia="宋体"/>
                <w:b w:val="0"/>
                <w:sz w:val="18"/>
              </w:rPr>
              <w:t>四、课堂小结</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这节课有哪些新的发现？又有哪些收获呢？</w:t>
            </w:r>
          </w:p>
        </w:tc>
        <w:tc>
          <w:tcPr>
            <w:tcW w:type="dxa" w:w="1361"/>
          </w:tcPr>
          <w:p>
            <w:pPr>
              <w:spacing w:after="20" w:line="276" w:lineRule="auto"/>
            </w:pPr>
            <w:r/>
            <w:r>
              <w:rPr>
                <w:rFonts w:ascii="宋体" w:hAnsi="宋体" w:eastAsia="宋体"/>
                <w:b w:val="0"/>
                <w:sz w:val="18"/>
              </w:rPr>
              <w:t>3分钟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直接揭示课题</w:t>
            </w:r>
          </w:p>
        </w:tc>
        <w:tc>
          <w:tcPr>
            <w:tcW w:type="dxa" w:w="3061"/>
          </w:tcPr>
          <w:p>
            <w:pPr>
              <w:spacing w:after="20" w:line="276" w:lineRule="auto"/>
            </w:pPr>
            <w:r/>
            <w:r>
              <w:rPr>
                <w:rFonts w:ascii="宋体" w:hAnsi="宋体" w:eastAsia="宋体"/>
                <w:b w:val="0"/>
                <w:sz w:val="18"/>
              </w:rPr>
              <w:t>师：今天我们来继续学习平移的知识。（板书课题：解决问题）</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围绕环节目标组织学习活动，引导学生主动参与、积极思考。</w:t>
            </w:r>
          </w:p>
        </w:tc>
      </w:tr>
      <w:tr>
        <w:tc>
          <w:tcPr>
            <w:tcW w:type="dxa" w:w="1474"/>
          </w:tcPr>
          <w:p>
            <w:pPr>
              <w:spacing w:after="20" w:line="276" w:lineRule="auto"/>
            </w:pPr>
            <w:r>
              <w:rPr>
                <w:b/>
              </w:rPr>
            </w:r>
            <w:r>
              <w:rPr>
                <w:rFonts w:ascii="宋体" w:hAnsi="宋体" w:eastAsia="宋体"/>
                <w:b/>
                <w:sz w:val="18"/>
              </w:rPr>
              <w:t>自主探究</w:t>
            </w:r>
          </w:p>
        </w:tc>
        <w:tc>
          <w:tcPr>
            <w:tcW w:type="dxa" w:w="3061"/>
          </w:tcPr>
          <w:p>
            <w:pPr>
              <w:spacing w:after="20" w:line="276" w:lineRule="auto"/>
            </w:pPr>
            <w:r/>
            <w:r>
              <w:rPr>
                <w:rFonts w:ascii="宋体" w:hAnsi="宋体" w:eastAsia="宋体"/>
                <w:b w:val="0"/>
                <w:sz w:val="18"/>
              </w:rPr>
              <w:t>课件出示教科书P43例5。</w:t>
            </w:r>
          </w:p>
          <w:p>
            <w:pPr>
              <w:spacing w:after="20" w:line="276" w:lineRule="auto"/>
            </w:pPr>
            <w:r>
              <w:rPr>
                <w:rFonts w:ascii="宋体" w:hAnsi="宋体" w:eastAsia="宋体"/>
                <w:b w:val="0"/>
                <w:sz w:val="18"/>
              </w:rPr>
              <w:t>1.探究解法。</w:t>
            </w:r>
          </w:p>
          <w:p>
            <w:pPr>
              <w:spacing w:after="20" w:line="276" w:lineRule="auto"/>
            </w:pPr>
            <w:r>
              <w:rPr>
                <w:rFonts w:ascii="宋体" w:hAnsi="宋体" w:eastAsia="宋体"/>
                <w:b w:val="0"/>
                <w:sz w:val="18"/>
              </w:rPr>
              <w:t>师：请你们仔细观察，这个图形有什么特点？</w:t>
            </w:r>
          </w:p>
          <w:p>
            <w:pPr>
              <w:spacing w:after="20" w:line="276" w:lineRule="auto"/>
            </w:pPr>
            <w:r>
              <w:rPr>
                <w:rFonts w:ascii="宋体" w:hAnsi="宋体" w:eastAsia="宋体"/>
                <w:b w:val="0"/>
                <w:sz w:val="18"/>
              </w:rPr>
              <w:t>师：要求这个不规则图形的面积，应该怎么办呢？</w:t>
            </w:r>
          </w:p>
          <w:p>
            <w:pPr>
              <w:spacing w:after="20" w:line="276" w:lineRule="auto"/>
            </w:pPr>
            <w:r>
              <w:rPr>
                <w:rFonts w:ascii="宋体" w:hAnsi="宋体" w:eastAsia="宋体"/>
                <w:b w:val="0"/>
                <w:sz w:val="18"/>
              </w:rPr>
              <w:t>各组学生上台讲解自己的思路，教师适时组织学生理解各种方法。</w:t>
            </w:r>
          </w:p>
          <w:p>
            <w:pPr>
              <w:spacing w:after="20" w:line="276" w:lineRule="auto"/>
            </w:pPr>
            <w:r>
              <w:rPr>
                <w:rFonts w:ascii="宋体" w:hAnsi="宋体" w:eastAsia="宋体"/>
                <w:b w:val="0"/>
                <w:sz w:val="18"/>
              </w:rPr>
              <w:t>师：现在你会算它的面积了吗？</w:t>
            </w:r>
          </w:p>
          <w:p>
            <w:pPr>
              <w:spacing w:after="20" w:line="276" w:lineRule="auto"/>
            </w:pPr>
            <w:r>
              <w:rPr>
                <w:rFonts w:ascii="宋体" w:hAnsi="宋体" w:eastAsia="宋体"/>
                <w:b w:val="0"/>
                <w:sz w:val="18"/>
              </w:rPr>
              <w:t>3.集体辨析。</w:t>
            </w:r>
          </w:p>
          <w:p>
            <w:pPr>
              <w:spacing w:after="20" w:line="276" w:lineRule="auto"/>
            </w:pPr>
            <w:r>
              <w:rPr>
                <w:rFonts w:ascii="宋体" w:hAnsi="宋体" w:eastAsia="宋体"/>
                <w:b w:val="0"/>
                <w:sz w:val="18"/>
              </w:rPr>
              <w:t>师：在解决这个问题的时候，你最喜欢哪种方法？为什么？</w:t>
            </w:r>
          </w:p>
          <w:p>
            <w:pPr>
              <w:spacing w:after="20" w:line="276" w:lineRule="auto"/>
            </w:pPr>
            <w:r>
              <w:rPr>
                <w:rFonts w:ascii="宋体" w:hAnsi="宋体" w:eastAsia="宋体"/>
                <w:b w:val="0"/>
                <w:sz w:val="18"/>
              </w:rPr>
              <w:t>师：通过同学们的汇报可以看出大家都喜欢第3种方法。</w:t>
            </w:r>
          </w:p>
          <w:p>
            <w:pPr>
              <w:spacing w:after="20" w:line="276" w:lineRule="auto"/>
            </w:pPr>
            <w:r>
              <w:rPr>
                <w:rFonts w:ascii="宋体" w:hAnsi="宋体" w:eastAsia="宋体"/>
                <w:b w:val="0"/>
                <w:sz w:val="18"/>
              </w:rPr>
              <w:t>课件动态演示“割”→平移→“补”的过程。</w:t>
            </w:r>
          </w:p>
          <w:p>
            <w:pPr>
              <w:spacing w:after="20" w:line="276" w:lineRule="auto"/>
            </w:pPr>
            <w:r>
              <w:rPr>
                <w:rFonts w:ascii="宋体" w:hAnsi="宋体" w:eastAsia="宋体"/>
                <w:b w:val="0"/>
                <w:sz w:val="18"/>
              </w:rPr>
              <w:t>师：你能给这种方法起个名字吗？（割补法）“割补”前后的图形都不一样，怎么还能求出原来图形的面积呢？</w:t>
            </w:r>
          </w:p>
          <w:p>
            <w:pPr>
              <w:spacing w:after="20" w:line="276" w:lineRule="auto"/>
            </w:pPr>
            <w:r>
              <w:rPr>
                <w:rFonts w:ascii="宋体" w:hAnsi="宋体" w:eastAsia="宋体"/>
                <w:b w:val="0"/>
                <w:sz w:val="18"/>
              </w:rPr>
              <w:t>师生小结：将不规则的图形先分割，后平移，再补成规则图形，最后求出面积。</w:t>
            </w:r>
          </w:p>
          <w:p>
            <w:pPr>
              <w:spacing w:after="20" w:line="276" w:lineRule="auto"/>
            </w:pPr>
            <w:r>
              <w:rPr>
                <w:rFonts w:ascii="宋体" w:hAnsi="宋体" w:eastAsia="宋体"/>
                <w:b w:val="0"/>
                <w:sz w:val="18"/>
              </w:rPr>
              <w:t>4.总结提升。</w:t>
            </w:r>
          </w:p>
          <w:p>
            <w:pPr>
              <w:spacing w:after="20" w:line="276" w:lineRule="auto"/>
            </w:pPr>
            <w:r>
              <w:rPr>
                <w:rFonts w:ascii="宋体" w:hAnsi="宋体" w:eastAsia="宋体"/>
                <w:b w:val="0"/>
                <w:sz w:val="18"/>
              </w:rPr>
              <w:t>师：有些不规则的图形，我们可以运用平移的方法，将图形转化成已学过的规则图形，从而求得图形的面积。那么在什么情况下才能用平移的方法求简单的不规则图形的面积呢？</w:t>
            </w:r>
          </w:p>
        </w:tc>
        <w:tc>
          <w:tcPr>
            <w:tcW w:type="dxa" w:w="3061"/>
          </w:tcPr>
          <w:p>
            <w:pPr>
              <w:spacing w:after="20" w:line="276" w:lineRule="auto"/>
            </w:pPr>
            <w:r/>
            <w:r>
              <w:rPr>
                <w:rFonts w:ascii="宋体" w:hAnsi="宋体" w:eastAsia="宋体"/>
                <w:b w:val="0"/>
                <w:sz w:val="18"/>
              </w:rPr>
              <w:t>这个图形是一个不规则的图形。</w:t>
            </w:r>
          </w:p>
          <w:p>
            <w:pPr>
              <w:spacing w:after="20" w:line="276" w:lineRule="auto"/>
            </w:pPr>
            <w:r>
              <w:rPr>
                <w:rFonts w:ascii="宋体" w:hAnsi="宋体" w:eastAsia="宋体"/>
                <w:b w:val="0"/>
                <w:sz w:val="18"/>
              </w:rPr>
              <w:t>学生在图上标一标、写一写、画一画，并在小组内讨论。</w:t>
            </w:r>
          </w:p>
          <w:p>
            <w:pPr>
              <w:spacing w:after="20" w:line="276" w:lineRule="auto"/>
            </w:pPr>
            <w:r>
              <w:rPr>
                <w:rFonts w:ascii="宋体" w:hAnsi="宋体" w:eastAsia="宋体"/>
                <w:b w:val="0"/>
                <w:sz w:val="18"/>
              </w:rPr>
              <w:t>2.交流汇报，展示不同的解法。</w:t>
            </w:r>
          </w:p>
          <w:p>
            <w:pPr>
              <w:spacing w:after="20" w:line="276" w:lineRule="auto"/>
            </w:pPr>
            <w:r>
              <w:rPr>
                <w:rFonts w:ascii="宋体" w:hAnsi="宋体" w:eastAsia="宋体"/>
                <w:b w:val="0"/>
                <w:sz w:val="18"/>
              </w:rPr>
              <w:t>预设1：“数”的方法：数一数这个图形占多少个方格，不是整格的按半格计算。</w:t>
            </w:r>
          </w:p>
          <w:p>
            <w:pPr>
              <w:spacing w:after="20" w:line="276" w:lineRule="auto"/>
            </w:pPr>
            <w:r>
              <w:rPr>
                <w:rFonts w:ascii="宋体" w:hAnsi="宋体" w:eastAsia="宋体"/>
                <w:b w:val="0"/>
                <w:sz w:val="18"/>
              </w:rPr>
              <w:t>预设2：“补”的方法：将不足一整格的补成一整格后再算。</w:t>
            </w:r>
          </w:p>
          <w:p>
            <w:pPr>
              <w:spacing w:after="20" w:line="276" w:lineRule="auto"/>
            </w:pPr>
            <w:r>
              <w:rPr>
                <w:rFonts w:ascii="宋体" w:hAnsi="宋体" w:eastAsia="宋体"/>
                <w:b w:val="0"/>
                <w:sz w:val="18"/>
              </w:rPr>
              <w:t>预设3：“移”的方法：将图形左边的部分平移到右边，使整个图形变成一个长方形。</w:t>
            </w:r>
          </w:p>
          <w:p>
            <w:pPr>
              <w:spacing w:after="20" w:line="276" w:lineRule="auto"/>
            </w:pPr>
            <w:r>
              <w:rPr>
                <w:rFonts w:ascii="宋体" w:hAnsi="宋体" w:eastAsia="宋体"/>
                <w:b w:val="0"/>
                <w:sz w:val="18"/>
              </w:rPr>
              <w:t>学生独立解答后指名汇报。</w:t>
            </w:r>
          </w:p>
          <w:p>
            <w:pPr>
              <w:spacing w:after="20" w:line="276" w:lineRule="auto"/>
            </w:pPr>
            <w:r>
              <w:rPr>
                <w:rFonts w:ascii="宋体" w:hAnsi="宋体" w:eastAsia="宋体"/>
                <w:b w:val="0"/>
                <w:sz w:val="18"/>
              </w:rPr>
              <w:t>学生讨论辨析后指名汇报。</w:t>
            </w:r>
          </w:p>
          <w:p>
            <w:pPr>
              <w:spacing w:after="20" w:line="276" w:lineRule="auto"/>
            </w:pPr>
            <w:r>
              <w:rPr>
                <w:rFonts w:ascii="宋体" w:hAnsi="宋体" w:eastAsia="宋体"/>
                <w:b w:val="0"/>
                <w:sz w:val="18"/>
              </w:rPr>
              <w:t>通过平移，刚好能将图形割补成我们学过的规则图形。</w:t>
            </w:r>
          </w:p>
        </w:tc>
        <w:tc>
          <w:tcPr>
            <w:tcW w:type="dxa" w:w="1814"/>
          </w:tcPr>
          <w:p>
            <w:pPr>
              <w:spacing w:after="20" w:line="276" w:lineRule="auto"/>
            </w:pPr>
            <w:r/>
            <w:r>
              <w:rPr>
                <w:rFonts w:ascii="宋体" w:hAnsi="宋体" w:eastAsia="宋体"/>
                <w:b w:val="0"/>
                <w:sz w:val="18"/>
              </w:rPr>
              <w:t>设计递进式探究活动，引导学生在动手实践与合作交流中经历知识形成过程，突破本课重难点，核心问题："请你们仔细观察，这个图形有什么特点？"</w:t>
            </w:r>
          </w:p>
        </w:tc>
      </w:tr>
      <w:tr>
        <w:tc>
          <w:tcPr>
            <w:tcW w:type="dxa" w:w="1474"/>
          </w:tcPr>
          <w:p>
            <w:pPr>
              <w:spacing w:after="20" w:line="276" w:lineRule="auto"/>
            </w:pPr>
            <w:r>
              <w:rPr>
                <w:b/>
              </w:rPr>
            </w:r>
            <w:r>
              <w:rPr>
                <w:rFonts w:ascii="宋体" w:hAnsi="宋体" w:eastAsia="宋体"/>
                <w:b/>
                <w:sz w:val="18"/>
              </w:rPr>
              <w:t>三、巩固练习</w:t>
            </w:r>
          </w:p>
        </w:tc>
        <w:tc>
          <w:tcPr>
            <w:tcW w:type="dxa" w:w="3061"/>
          </w:tcPr>
          <w:p>
            <w:pPr>
              <w:spacing w:after="20" w:line="276" w:lineRule="auto"/>
            </w:pPr>
            <w:r/>
            <w:r>
              <w:rPr>
                <w:rFonts w:ascii="宋体" w:hAnsi="宋体" w:eastAsia="宋体"/>
                <w:b w:val="0"/>
                <w:sz w:val="18"/>
              </w:rPr>
              <w:t>完成教科书P43“做一做”。</w:t>
            </w:r>
          </w:p>
          <w:p>
            <w:pPr>
              <w:spacing w:after="20" w:line="276" w:lineRule="auto"/>
            </w:pPr>
            <w:r>
              <w:rPr>
                <w:rFonts w:ascii="宋体" w:hAnsi="宋体" w:eastAsia="宋体"/>
                <w:b w:val="0"/>
                <w:sz w:val="18"/>
              </w:rPr>
              <w:t>（1）引导学生观察并思考：平移哪部分？补成了什么图形？能算出面积吗？</w:t>
            </w:r>
          </w:p>
          <w:p>
            <w:pPr>
              <w:spacing w:after="20" w:line="276" w:lineRule="auto"/>
            </w:pPr>
            <w:r>
              <w:rPr>
                <w:rFonts w:ascii="宋体" w:hAnsi="宋体" w:eastAsia="宋体"/>
                <w:b w:val="0"/>
                <w:sz w:val="18"/>
              </w:rPr>
              <w:t>（2）学生数出相关数据，独立计算。</w:t>
            </w:r>
          </w:p>
          <w:p>
            <w:pPr>
              <w:spacing w:after="20" w:line="276" w:lineRule="auto"/>
            </w:pPr>
            <w:r>
              <w:rPr>
                <w:rFonts w:ascii="宋体" w:hAnsi="宋体" w:eastAsia="宋体"/>
                <w:b w:val="0"/>
                <w:sz w:val="18"/>
              </w:rPr>
              <w:t>（3）集体交流订正。</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通过有层次的练习及时反馈学情，巩固新知，培养学生灵活运用知识解决问题的能力。</w:t>
            </w:r>
          </w:p>
        </w:tc>
      </w:tr>
      <w:tr>
        <w:tc>
          <w:tcPr>
            <w:tcW w:type="dxa" w:w="1474"/>
          </w:tcPr>
          <w:p>
            <w:pPr>
              <w:spacing w:after="20" w:line="276" w:lineRule="auto"/>
            </w:pPr>
            <w:r>
              <w:rPr>
                <w:b/>
              </w:rPr>
            </w:r>
            <w:r>
              <w:rPr>
                <w:rFonts w:ascii="宋体" w:hAnsi="宋体" w:eastAsia="宋体"/>
                <w:b/>
                <w:sz w:val="18"/>
              </w:rPr>
              <w:t>四、课堂小结</w:t>
            </w:r>
          </w:p>
        </w:tc>
        <w:tc>
          <w:tcPr>
            <w:tcW w:type="dxa" w:w="3061"/>
          </w:tcPr>
          <w:p>
            <w:pPr>
              <w:spacing w:after="20" w:line="276" w:lineRule="auto"/>
            </w:pPr>
            <w:r/>
            <w:r>
              <w:rPr>
                <w:rFonts w:ascii="宋体" w:hAnsi="宋体" w:eastAsia="宋体"/>
                <w:b w:val="0"/>
                <w:sz w:val="18"/>
              </w:rPr>
              <w:t>师：这节课有哪些新的发现？又有哪些收获呢？</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在学生自主探究解答方法的基础上，引导学生关注转化前后图形的特征，感悟知识间的联系，渗透通过割补法进行等积变形的策略，既加深了对“平移”的理解，又为后续学习多边形的面积奠定基础。</w:t>
            </w:r>
          </w:p>
        </w:tc>
      </w:tr>
    </w:tbl>
    <w:p>
      <w:pPr>
        <w:spacing w:after="40"/>
      </w:pPr>
    </w:p>
    <w:p>
      <w:pPr>
        <w:spacing w:after="60" w:line="300" w:lineRule="auto"/>
      </w:pPr>
      <w:r>
        <w:rPr>
          <w:rFonts w:ascii="黑体" w:hAnsi="黑体" w:eastAsia="黑体"/>
          <w:b/>
          <w:sz w:val="21"/>
        </w:rPr>
        <w:t>四、板书设计</w:t>
      </w:r>
    </w:p>
    <w:p>
      <w:pPr>
        <w:spacing w:after="40" w:line="300" w:lineRule="auto"/>
        <w:ind w:firstLine="400"/>
      </w:pPr>
      <w:r>
        <w:rPr>
          <w:rFonts w:ascii="宋体" w:hAnsi="宋体" w:eastAsia="宋体"/>
          <w:b w:val="0"/>
          <w:sz w:val="20"/>
        </w:rPr>
        <w:t>（本课板书建议结合教学进程以提纲式或图文式呈现：突出课题与核心知识结构，突出重点、帮助理解、布局合理，与教学目标相呼应。）</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教科书P43例5，完成教科书P43“做一做”。</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本节课先通过小组讨论、标一标、写一写、画一画等探究活动，调动了学生的积极性，再根据探究结果引导学生进行比较、辨析，使学生学会运用平移将不规则图形转化为规则图形，从而正确解决问题。</w:t>
      </w:r>
    </w:p>
    <w:p>
      <w:r>
        <w:br w:type="page"/>
      </w:r>
    </w:p>
    <w:p>
      <w:pPr>
        <w:spacing w:after="80" w:line="300" w:lineRule="auto"/>
      </w:pPr>
      <w:r>
        <w:rPr>
          <w:rFonts w:ascii="黑体" w:hAnsi="黑体" w:eastAsia="黑体"/>
          <w:b/>
          <w:sz w:val="24"/>
        </w:rPr>
        <w:t>二、课时教学方案（第4课时）</w:t>
      </w:r>
    </w:p>
    <w:p>
      <w:pPr>
        <w:spacing w:after="80" w:line="300" w:lineRule="auto"/>
      </w:pPr>
      <w:r>
        <w:rPr>
          <w:rFonts w:ascii="黑体" w:hAnsi="黑体" w:eastAsia="黑体"/>
          <w:b/>
          <w:sz w:val="24"/>
        </w:rPr>
        <w:t>第4课时　旋转（1）</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第4课时　旋转（1）</w:t>
            </w:r>
          </w:p>
        </w:tc>
        <w:tc>
          <w:tcPr>
            <w:tcW w:type="dxa" w:w="6009"/>
          </w:tcPr>
          <w:p>
            <w:pPr>
              <w:spacing w:after="20" w:line="276" w:lineRule="auto"/>
            </w:pPr>
            <w:r/>
            <w:r>
              <w:rPr>
                <w:rFonts w:ascii="宋体" w:hAnsi="宋体" w:eastAsia="宋体"/>
                <w:b w:val="0"/>
                <w:sz w:val="20"/>
              </w:rPr>
              <w:t>第4单元 图形的运动</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单元学情：借助操作，学生能认识图形运动的特征，但是运动后的图形以及探索多个图形拼组的运动变化，对于他们来说还是有一定难度的，在教学时要关注到每名学生，帮助他们理解。</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教学内容：教科书P46例6，完成教科书P47上面“做一做”、P49“练习九”第1题。</w:t>
      </w:r>
    </w:p>
    <w:p>
      <w:pPr>
        <w:spacing w:after="80" w:line="300" w:lineRule="auto"/>
        <w:ind w:firstLine="400"/>
      </w:pPr>
      <w:r>
        <w:rPr>
          <w:rFonts w:ascii="宋体" w:hAnsi="宋体" w:eastAsia="宋体"/>
          <w:b w:val="0"/>
          <w:sz w:val="20"/>
        </w:rPr>
        <w:t>教学准备：课件、三角尺、方格纸。</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（1）理解旋转的含义，感悟其特征及性质。会运用数学语言描述旋转运动的过程。</w:t>
      </w:r>
    </w:p>
    <w:p>
      <w:pPr>
        <w:spacing w:after="20" w:line="300" w:lineRule="auto"/>
        <w:ind w:firstLine="400"/>
      </w:pPr>
      <w:r>
        <w:rPr>
          <w:rFonts w:ascii="宋体" w:hAnsi="宋体" w:eastAsia="宋体"/>
          <w:b w:val="0"/>
          <w:sz w:val="20"/>
        </w:rPr>
        <w:t>（2）经历观察实例、操作想象、语言描述等活动，培养学生的推理能力。积累几何活动经验，发展空间观念。</w:t>
      </w:r>
    </w:p>
    <w:p>
      <w:pPr>
        <w:spacing w:after="20" w:line="300" w:lineRule="auto"/>
        <w:ind w:firstLine="400"/>
      </w:pPr>
      <w:r>
        <w:rPr>
          <w:rFonts w:ascii="宋体" w:hAnsi="宋体" w:eastAsia="宋体"/>
          <w:b w:val="0"/>
          <w:sz w:val="20"/>
        </w:rPr>
        <w:t>（3）体会数学与生活的联系，学会用数学的眼光观察、思考生活，感受数学的美，体会数学的应用价值。</w:t>
      </w:r>
    </w:p>
    <w:p>
      <w:pPr>
        <w:spacing w:after="20" w:line="300" w:lineRule="auto"/>
      </w:pPr>
      <w:r>
        <w:rPr>
          <w:rFonts w:ascii="宋体" w:hAnsi="宋体" w:eastAsia="宋体"/>
          <w:b w:val="0"/>
          <w:sz w:val="20"/>
        </w:rPr>
        <w:t>教学重点：理解旋转的含义，初步感悟旋转的特征。</w:t>
      </w:r>
    </w:p>
    <w:p>
      <w:pPr>
        <w:spacing w:after="20" w:line="300" w:lineRule="auto"/>
      </w:pPr>
      <w:r>
        <w:rPr>
          <w:rFonts w:ascii="宋体" w:hAnsi="宋体" w:eastAsia="宋体"/>
          <w:b w:val="0"/>
          <w:sz w:val="20"/>
        </w:rPr>
        <w:t>教学难点：用数学语言描述物体的旋转过程。</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整体感知旋转现象</w:t>
            </w:r>
          </w:p>
        </w:tc>
        <w:tc>
          <w:tcPr>
            <w:tcW w:type="dxa" w:w="1814"/>
          </w:tcPr>
          <w:p>
            <w:pPr>
              <w:spacing w:after="20" w:line="276" w:lineRule="auto"/>
            </w:pPr>
            <w:r/>
            <w:r>
              <w:rPr>
                <w:rFonts w:ascii="宋体" w:hAnsi="宋体" w:eastAsia="宋体"/>
                <w:b w:val="0"/>
                <w:sz w:val="18"/>
              </w:rPr>
              <w:t>课件、图片</w:t>
            </w:r>
          </w:p>
        </w:tc>
        <w:tc>
          <w:tcPr>
            <w:tcW w:type="dxa" w:w="3402"/>
          </w:tcPr>
          <w:p>
            <w:pPr>
              <w:spacing w:after="20" w:line="276" w:lineRule="auto"/>
            </w:pPr>
            <w:r/>
            <w:r>
              <w:rPr>
                <w:rFonts w:ascii="宋体" w:hAnsi="宋体" w:eastAsia="宋体"/>
                <w:b w:val="0"/>
                <w:sz w:val="18"/>
              </w:rPr>
              <w:t>同学们，仔细观察这些图片，你们看见了什么？</w:t>
            </w:r>
          </w:p>
        </w:tc>
        <w:tc>
          <w:tcPr>
            <w:tcW w:type="dxa" w:w="1361"/>
          </w:tcPr>
          <w:p>
            <w:pPr>
              <w:spacing w:after="20" w:line="276" w:lineRule="auto"/>
            </w:pPr>
            <w:r/>
            <w:r>
              <w:rPr>
                <w:rFonts w:ascii="宋体" w:hAnsi="宋体" w:eastAsia="宋体"/>
                <w:b w:val="0"/>
                <w:sz w:val="18"/>
              </w:rPr>
              <w:t>5分钟</w:t>
            </w:r>
          </w:p>
        </w:tc>
      </w:tr>
      <w:tr>
        <w:tc>
          <w:tcPr>
            <w:tcW w:type="dxa" w:w="2835"/>
          </w:tcPr>
          <w:p>
            <w:pPr>
              <w:spacing w:after="20" w:line="276" w:lineRule="auto"/>
            </w:pPr>
            <w:r/>
            <w:r>
              <w:rPr>
                <w:rFonts w:ascii="宋体" w:hAnsi="宋体" w:eastAsia="宋体"/>
                <w:b w:val="0"/>
                <w:sz w:val="18"/>
              </w:rPr>
              <w:t>认识旋转要素</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同学们仔细观察，指针从“12”走到“1”是怎样运动的？；想一想，指针从“12”旋转到“1”是绕着什么在旋转？</w:t>
            </w:r>
          </w:p>
        </w:tc>
        <w:tc>
          <w:tcPr>
            <w:tcW w:type="dxa" w:w="1361"/>
          </w:tcPr>
          <w:p>
            <w:pPr>
              <w:spacing w:after="20" w:line="276" w:lineRule="auto"/>
            </w:pPr>
            <w:r/>
            <w:r>
              <w:rPr>
                <w:rFonts w:ascii="宋体" w:hAnsi="宋体" w:eastAsia="宋体"/>
                <w:b w:val="0"/>
                <w:sz w:val="18"/>
              </w:rPr>
              <w:t>17分钟</w:t>
            </w:r>
          </w:p>
        </w:tc>
      </w:tr>
      <w:tr>
        <w:tc>
          <w:tcPr>
            <w:tcW w:type="dxa" w:w="2835"/>
          </w:tcPr>
          <w:p>
            <w:pPr>
              <w:spacing w:after="20" w:line="276" w:lineRule="auto"/>
            </w:pPr>
            <w:r/>
            <w:r>
              <w:rPr>
                <w:rFonts w:ascii="宋体" w:hAnsi="宋体" w:eastAsia="宋体"/>
                <w:b w:val="0"/>
                <w:sz w:val="18"/>
              </w:rPr>
              <w:t>研究旋转的特征</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三角尺绕点O按顺时针方向旋转90°后，得到的是什么样的图形呢？；观察旋转前后的图形，有什么发现？</w:t>
            </w:r>
          </w:p>
        </w:tc>
        <w:tc>
          <w:tcPr>
            <w:tcW w:type="dxa" w:w="1361"/>
          </w:tcPr>
          <w:p>
            <w:pPr>
              <w:spacing w:after="20" w:line="276" w:lineRule="auto"/>
            </w:pPr>
            <w:r/>
            <w:r>
              <w:rPr>
                <w:rFonts w:ascii="宋体" w:hAnsi="宋体" w:eastAsia="宋体"/>
                <w:b w:val="0"/>
                <w:sz w:val="18"/>
              </w:rPr>
              <w:t>11分钟</w:t>
            </w:r>
          </w:p>
        </w:tc>
      </w:tr>
      <w:tr>
        <w:tc>
          <w:tcPr>
            <w:tcW w:type="dxa" w:w="2835"/>
          </w:tcPr>
          <w:p>
            <w:pPr>
              <w:spacing w:after="20" w:line="276" w:lineRule="auto"/>
            </w:pPr>
            <w:r/>
            <w:r>
              <w:rPr>
                <w:rFonts w:ascii="宋体" w:hAnsi="宋体" w:eastAsia="宋体"/>
                <w:b w:val="0"/>
                <w:sz w:val="18"/>
              </w:rPr>
              <w:t>巩固练习</w:t>
            </w:r>
          </w:p>
        </w:tc>
        <w:tc>
          <w:tcPr>
            <w:tcW w:type="dxa" w:w="1814"/>
          </w:tcPr>
          <w:p>
            <w:pPr>
              <w:spacing w:after="20" w:line="276" w:lineRule="auto"/>
            </w:pPr>
            <w:r/>
            <w:r>
              <w:rPr>
                <w:rFonts w:ascii="宋体" w:hAnsi="宋体" w:eastAsia="宋体"/>
                <w:b w:val="0"/>
                <w:sz w:val="18"/>
              </w:rPr>
              <w:t>教科书、课件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4分钟</w:t>
            </w:r>
          </w:p>
        </w:tc>
      </w:tr>
      <w:tr>
        <w:tc>
          <w:tcPr>
            <w:tcW w:type="dxa" w:w="2835"/>
          </w:tcPr>
          <w:p>
            <w:pPr>
              <w:spacing w:after="20" w:line="276" w:lineRule="auto"/>
            </w:pPr>
            <w:r/>
            <w:r>
              <w:rPr>
                <w:rFonts w:ascii="宋体" w:hAnsi="宋体" w:eastAsia="宋体"/>
                <w:b w:val="0"/>
                <w:sz w:val="18"/>
              </w:rPr>
              <w:t>五、课堂小结</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通过本节课的学习，你有哪些收获和体会？</w:t>
            </w:r>
          </w:p>
        </w:tc>
        <w:tc>
          <w:tcPr>
            <w:tcW w:type="dxa" w:w="1361"/>
          </w:tcPr>
          <w:p>
            <w:pPr>
              <w:spacing w:after="20" w:line="276" w:lineRule="auto"/>
            </w:pPr>
            <w:r/>
            <w:r>
              <w:rPr>
                <w:rFonts w:ascii="宋体" w:hAnsi="宋体" w:eastAsia="宋体"/>
                <w:b w:val="0"/>
                <w:sz w:val="18"/>
              </w:rPr>
              <w:t>3分钟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整体感知旋转现象</w:t>
            </w:r>
          </w:p>
        </w:tc>
        <w:tc>
          <w:tcPr>
            <w:tcW w:type="dxa" w:w="3061"/>
          </w:tcPr>
          <w:p>
            <w:pPr>
              <w:spacing w:after="20" w:line="276" w:lineRule="auto"/>
            </w:pPr>
            <w:r/>
            <w:r>
              <w:rPr>
                <w:rFonts w:ascii="宋体" w:hAnsi="宋体" w:eastAsia="宋体"/>
                <w:b w:val="0"/>
                <w:sz w:val="18"/>
              </w:rPr>
              <w:t>课件出示生活实例，引出研究问题。</w:t>
            </w:r>
          </w:p>
          <w:p>
            <w:pPr>
              <w:spacing w:after="20" w:line="276" w:lineRule="auto"/>
            </w:pPr>
            <w:r>
              <w:rPr>
                <w:rFonts w:ascii="宋体" w:hAnsi="宋体" w:eastAsia="宋体"/>
                <w:b w:val="0"/>
                <w:sz w:val="18"/>
              </w:rPr>
              <w:t>师：同学们，仔细观察这些图片，你们看见了什么？</w:t>
            </w:r>
          </w:p>
          <w:p>
            <w:pPr>
              <w:spacing w:after="20" w:line="276" w:lineRule="auto"/>
            </w:pPr>
            <w:r>
              <w:rPr>
                <w:rFonts w:ascii="宋体" w:hAnsi="宋体" w:eastAsia="宋体"/>
                <w:b w:val="0"/>
                <w:sz w:val="18"/>
              </w:rPr>
              <w:t>师：这些物体的运动都可以称为旋转运动。本节课我们就来学习与旋转有关的知识。[板书课题：旋转（1）]</w:t>
            </w:r>
          </w:p>
        </w:tc>
        <w:tc>
          <w:tcPr>
            <w:tcW w:type="dxa" w:w="3061"/>
          </w:tcPr>
          <w:p>
            <w:pPr>
              <w:spacing w:after="20" w:line="276" w:lineRule="auto"/>
            </w:pPr>
            <w:r/>
            <w:r>
              <w:rPr>
                <w:rFonts w:ascii="宋体" w:hAnsi="宋体" w:eastAsia="宋体"/>
                <w:b w:val="0"/>
                <w:sz w:val="18"/>
              </w:rPr>
              <w:t>学生可能会说，看见风车的叶片在转动，钟面上的指针在转动。</w:t>
            </w:r>
          </w:p>
        </w:tc>
        <w:tc>
          <w:tcPr>
            <w:tcW w:type="dxa" w:w="1814"/>
          </w:tcPr>
          <w:p>
            <w:pPr>
              <w:spacing w:after="20" w:line="276" w:lineRule="auto"/>
            </w:pPr>
            <w:r/>
            <w:r>
              <w:rPr>
                <w:rFonts w:ascii="宋体" w:hAnsi="宋体" w:eastAsia="宋体"/>
                <w:b w:val="0"/>
                <w:sz w:val="18"/>
              </w:rPr>
              <w:t>设计递进式探究活动，引导学生在动手实践与合作交流中经历知识形成过程，突破本课重难点，核心问题："同学们，仔细观察这些图片，你们看见了什么？"</w:t>
            </w:r>
          </w:p>
        </w:tc>
      </w:tr>
      <w:tr>
        <w:tc>
          <w:tcPr>
            <w:tcW w:type="dxa" w:w="1474"/>
          </w:tcPr>
          <w:p>
            <w:pPr>
              <w:spacing w:after="20" w:line="276" w:lineRule="auto"/>
            </w:pPr>
            <w:r>
              <w:rPr>
                <w:b/>
              </w:rPr>
            </w:r>
            <w:r>
              <w:rPr>
                <w:rFonts w:ascii="宋体" w:hAnsi="宋体" w:eastAsia="宋体"/>
                <w:b/>
                <w:sz w:val="18"/>
              </w:rPr>
              <w:t>认识旋转要素</w:t>
            </w:r>
          </w:p>
        </w:tc>
        <w:tc>
          <w:tcPr>
            <w:tcW w:type="dxa" w:w="3061"/>
          </w:tcPr>
          <w:p>
            <w:pPr>
              <w:spacing w:after="20" w:line="276" w:lineRule="auto"/>
            </w:pPr>
            <w:r/>
            <w:r>
              <w:rPr>
                <w:rFonts w:ascii="宋体" w:hAnsi="宋体" w:eastAsia="宋体"/>
                <w:b w:val="0"/>
                <w:sz w:val="18"/>
              </w:rPr>
              <w:t>1.旋转要素一——旋转方向。</w:t>
            </w:r>
          </w:p>
          <w:p>
            <w:pPr>
              <w:spacing w:after="20" w:line="276" w:lineRule="auto"/>
            </w:pPr>
            <w:r>
              <w:rPr>
                <w:rFonts w:ascii="宋体" w:hAnsi="宋体" w:eastAsia="宋体"/>
                <w:b w:val="0"/>
                <w:sz w:val="18"/>
              </w:rPr>
              <w:t>课件出示教科书P46例6第（1）题图。</w:t>
            </w:r>
          </w:p>
          <w:p>
            <w:pPr>
              <w:spacing w:after="20" w:line="276" w:lineRule="auto"/>
            </w:pPr>
            <w:r>
              <w:rPr>
                <w:rFonts w:ascii="宋体" w:hAnsi="宋体" w:eastAsia="宋体"/>
                <w:b w:val="0"/>
                <w:sz w:val="18"/>
              </w:rPr>
              <w:t>师：同学们仔细观察，指针从“12”走到“1”是怎样运动的？</w:t>
            </w:r>
          </w:p>
          <w:p>
            <w:pPr>
              <w:spacing w:after="20" w:line="276" w:lineRule="auto"/>
            </w:pPr>
            <w:r>
              <w:rPr>
                <w:rFonts w:ascii="宋体" w:hAnsi="宋体" w:eastAsia="宋体"/>
                <w:b w:val="0"/>
                <w:sz w:val="18"/>
              </w:rPr>
              <w:t>课件动态演示指针从“12”走到“1”的旋转过程。</w:t>
            </w:r>
          </w:p>
          <w:p>
            <w:pPr>
              <w:spacing w:after="20" w:line="276" w:lineRule="auto"/>
            </w:pPr>
            <w:r>
              <w:rPr>
                <w:rFonts w:ascii="宋体" w:hAnsi="宋体" w:eastAsia="宋体"/>
                <w:b w:val="0"/>
                <w:sz w:val="18"/>
              </w:rPr>
              <w:t>教师结合课件演示介绍“按顺时针方向旋转”“按逆时针方向旋转”。（适时板书）</w:t>
            </w:r>
          </w:p>
          <w:p>
            <w:pPr>
              <w:spacing w:after="20" w:line="276" w:lineRule="auto"/>
            </w:pPr>
            <w:r>
              <w:rPr>
                <w:rFonts w:ascii="宋体" w:hAnsi="宋体" w:eastAsia="宋体"/>
                <w:b w:val="0"/>
                <w:sz w:val="18"/>
              </w:rPr>
              <w:t>2.旋转要素二——旋转中心。</w:t>
            </w:r>
          </w:p>
          <w:p>
            <w:pPr>
              <w:spacing w:after="20" w:line="276" w:lineRule="auto"/>
            </w:pPr>
            <w:r>
              <w:rPr>
                <w:rFonts w:ascii="宋体" w:hAnsi="宋体" w:eastAsia="宋体"/>
                <w:b w:val="0"/>
                <w:sz w:val="18"/>
              </w:rPr>
              <w:t>师：想一想，指针从“12”旋转到“1”是绕着什么在旋转？</w:t>
            </w:r>
          </w:p>
          <w:p>
            <w:pPr>
              <w:spacing w:after="20" w:line="276" w:lineRule="auto"/>
            </w:pPr>
            <w:r>
              <w:rPr>
                <w:rFonts w:ascii="宋体" w:hAnsi="宋体" w:eastAsia="宋体"/>
                <w:b w:val="0"/>
                <w:sz w:val="18"/>
              </w:rPr>
              <w:t>师：这个点就是旋转中心。（板书：旋转中心）</w:t>
            </w:r>
          </w:p>
          <w:p>
            <w:pPr>
              <w:spacing w:after="20" w:line="276" w:lineRule="auto"/>
            </w:pPr>
            <w:r>
              <w:rPr>
                <w:rFonts w:ascii="宋体" w:hAnsi="宋体" w:eastAsia="宋体"/>
                <w:b w:val="0"/>
                <w:sz w:val="18"/>
              </w:rPr>
              <w:t>3.旋转要素三——旋转角度。</w:t>
            </w:r>
          </w:p>
          <w:p>
            <w:pPr>
              <w:spacing w:after="20" w:line="276" w:lineRule="auto"/>
            </w:pPr>
            <w:r>
              <w:rPr>
                <w:rFonts w:ascii="宋体" w:hAnsi="宋体" w:eastAsia="宋体"/>
                <w:b w:val="0"/>
                <w:sz w:val="18"/>
              </w:rPr>
              <w:t>师：我们继续来观察，指针从“12”走到“1”，位置是怎样变化的？</w:t>
            </w:r>
          </w:p>
          <w:p>
            <w:pPr>
              <w:spacing w:after="20" w:line="276" w:lineRule="auto"/>
            </w:pPr>
            <w:r>
              <w:rPr>
                <w:rFonts w:ascii="宋体" w:hAnsi="宋体" w:eastAsia="宋体"/>
                <w:b w:val="0"/>
                <w:sz w:val="18"/>
              </w:rPr>
              <w:t>课件再次演示指针从“12”旋转到“1”。</w:t>
            </w:r>
          </w:p>
          <w:p>
            <w:pPr>
              <w:spacing w:after="20" w:line="276" w:lineRule="auto"/>
            </w:pPr>
            <w:r>
              <w:rPr>
                <w:rFonts w:ascii="宋体" w:hAnsi="宋体" w:eastAsia="宋体"/>
                <w:b w:val="0"/>
                <w:sz w:val="18"/>
              </w:rPr>
              <w:t>师：从“12”走到“1”，指针绕点O按顺时针方向旋转了30°。这里的30°就是旋转角度。（板书：旋转角度）</w:t>
            </w:r>
          </w:p>
          <w:p>
            <w:pPr>
              <w:spacing w:after="20" w:line="276" w:lineRule="auto"/>
            </w:pPr>
            <w:r>
              <w:rPr>
                <w:rFonts w:ascii="宋体" w:hAnsi="宋体" w:eastAsia="宋体"/>
                <w:b w:val="0"/>
                <w:sz w:val="18"/>
              </w:rPr>
              <w:t>4.归纳并巩固旋转三要素。</w:t>
            </w:r>
          </w:p>
          <w:p>
            <w:pPr>
              <w:spacing w:after="20" w:line="276" w:lineRule="auto"/>
            </w:pPr>
            <w:r>
              <w:rPr>
                <w:rFonts w:ascii="宋体" w:hAnsi="宋体" w:eastAsia="宋体"/>
                <w:b w:val="0"/>
                <w:sz w:val="18"/>
              </w:rPr>
              <w:t>师：“旋转方向”“旋转中心”“旋转角度”就是旋转的三要素。描述物体的旋转情况要说清楚这三个要素。我们一起来说说，从“3”走到“6”，指针是怎么旋转的。</w:t>
            </w:r>
          </w:p>
          <w:p>
            <w:pPr>
              <w:spacing w:after="20" w:line="276" w:lineRule="auto"/>
            </w:pPr>
            <w:r>
              <w:rPr>
                <w:rFonts w:ascii="宋体" w:hAnsi="宋体" w:eastAsia="宋体"/>
                <w:b w:val="0"/>
                <w:sz w:val="18"/>
              </w:rPr>
              <w:t>课件完整地呈现结果。</w:t>
            </w:r>
          </w:p>
          <w:p>
            <w:pPr>
              <w:spacing w:after="20" w:line="276" w:lineRule="auto"/>
            </w:pPr>
            <w:r>
              <w:rPr>
                <w:rFonts w:ascii="宋体" w:hAnsi="宋体" w:eastAsia="宋体"/>
                <w:b w:val="0"/>
                <w:sz w:val="18"/>
              </w:rPr>
              <w:t>教师鼓励学生自主完成教科书P46例6第（1）题第3问。</w:t>
            </w:r>
          </w:p>
        </w:tc>
        <w:tc>
          <w:tcPr>
            <w:tcW w:type="dxa" w:w="3061"/>
          </w:tcPr>
          <w:p>
            <w:pPr>
              <w:spacing w:after="20" w:line="276" w:lineRule="auto"/>
            </w:pPr>
            <w:r/>
            <w:r>
              <w:rPr>
                <w:rFonts w:ascii="宋体" w:hAnsi="宋体" w:eastAsia="宋体"/>
                <w:b w:val="0"/>
                <w:sz w:val="18"/>
              </w:rPr>
              <w:t>学生可能说“从左往右转”。</w:t>
            </w:r>
          </w:p>
          <w:p>
            <w:pPr>
              <w:spacing w:after="20" w:line="276" w:lineRule="auto"/>
            </w:pPr>
            <w:r>
              <w:rPr>
                <w:rFonts w:ascii="宋体" w:hAnsi="宋体" w:eastAsia="宋体"/>
                <w:b w:val="0"/>
                <w:sz w:val="18"/>
              </w:rPr>
              <w:t>绕着点O在旋转。</w:t>
            </w:r>
          </w:p>
          <w:p>
            <w:pPr>
              <w:spacing w:after="20" w:line="276" w:lineRule="auto"/>
            </w:pPr>
            <w:r>
              <w:rPr>
                <w:rFonts w:ascii="宋体" w:hAnsi="宋体" w:eastAsia="宋体"/>
                <w:b w:val="0"/>
                <w:sz w:val="18"/>
              </w:rPr>
              <w:t>从“3”走到“6”，指针绕点O按顺时针方向旋转了90°。</w:t>
            </w:r>
          </w:p>
        </w:tc>
        <w:tc>
          <w:tcPr>
            <w:tcW w:type="dxa" w:w="1814"/>
          </w:tcPr>
          <w:p>
            <w:pPr>
              <w:spacing w:after="20" w:line="276" w:lineRule="auto"/>
            </w:pPr>
            <w:r/>
            <w:r>
              <w:rPr>
                <w:rFonts w:ascii="宋体" w:hAnsi="宋体" w:eastAsia="宋体"/>
                <w:b w:val="0"/>
                <w:sz w:val="18"/>
              </w:rPr>
              <w:t>围绕环节目标组织学习活动，引导学生主动参与、积极思考，核心问题："同学们仔细观察，指针从“12”走到“1”是怎样运动的？"</w:t>
            </w:r>
          </w:p>
        </w:tc>
      </w:tr>
      <w:tr>
        <w:tc>
          <w:tcPr>
            <w:tcW w:type="dxa" w:w="1474"/>
          </w:tcPr>
          <w:p>
            <w:pPr>
              <w:spacing w:after="20" w:line="276" w:lineRule="auto"/>
            </w:pPr>
            <w:r>
              <w:rPr>
                <w:b/>
              </w:rPr>
            </w:r>
            <w:r>
              <w:rPr>
                <w:rFonts w:ascii="宋体" w:hAnsi="宋体" w:eastAsia="宋体"/>
                <w:b/>
                <w:sz w:val="18"/>
              </w:rPr>
              <w:t>研究旋转的特征</w:t>
            </w:r>
          </w:p>
        </w:tc>
        <w:tc>
          <w:tcPr>
            <w:tcW w:type="dxa" w:w="3061"/>
          </w:tcPr>
          <w:p>
            <w:pPr>
              <w:spacing w:after="20" w:line="276" w:lineRule="auto"/>
            </w:pPr>
            <w:r/>
            <w:r>
              <w:rPr>
                <w:rFonts w:ascii="宋体" w:hAnsi="宋体" w:eastAsia="宋体"/>
                <w:b w:val="0"/>
                <w:sz w:val="18"/>
              </w:rPr>
              <w:t>1.模拟操作，类比迁移。</w:t>
            </w:r>
          </w:p>
          <w:p>
            <w:pPr>
              <w:spacing w:after="20" w:line="276" w:lineRule="auto"/>
            </w:pPr>
            <w:r>
              <w:rPr>
                <w:rFonts w:ascii="宋体" w:hAnsi="宋体" w:eastAsia="宋体"/>
                <w:b w:val="0"/>
                <w:sz w:val="18"/>
              </w:rPr>
              <w:t>课件出示教科书P46例6第（2）题。</w:t>
            </w:r>
          </w:p>
          <w:p>
            <w:pPr>
              <w:spacing w:after="20" w:line="276" w:lineRule="auto"/>
            </w:pPr>
            <w:r>
              <w:rPr>
                <w:rFonts w:ascii="宋体" w:hAnsi="宋体" w:eastAsia="宋体"/>
                <w:b w:val="0"/>
                <w:sz w:val="18"/>
              </w:rPr>
              <w:t>师：三角尺绕点O按顺时针方向旋转90°后，得到的是什么样的图形呢？</w:t>
            </w:r>
          </w:p>
          <w:p>
            <w:pPr>
              <w:spacing w:after="20" w:line="276" w:lineRule="auto"/>
            </w:pPr>
            <w:r>
              <w:rPr>
                <w:rFonts w:ascii="宋体" w:hAnsi="宋体" w:eastAsia="宋体"/>
                <w:b w:val="0"/>
                <w:sz w:val="18"/>
              </w:rPr>
              <w:t>师：观察旋转前后的图形，有什么发现？</w:t>
            </w:r>
          </w:p>
          <w:p>
            <w:pPr>
              <w:spacing w:after="20" w:line="276" w:lineRule="auto"/>
            </w:pPr>
            <w:r>
              <w:rPr>
                <w:rFonts w:ascii="宋体" w:hAnsi="宋体" w:eastAsia="宋体"/>
                <w:b w:val="0"/>
                <w:sz w:val="18"/>
              </w:rPr>
              <w:t>2.展开想象，激活思维。</w:t>
            </w:r>
          </w:p>
          <w:p>
            <w:pPr>
              <w:spacing w:after="20" w:line="276" w:lineRule="auto"/>
            </w:pPr>
            <w:r>
              <w:rPr>
                <w:rFonts w:ascii="宋体" w:hAnsi="宋体" w:eastAsia="宋体"/>
                <w:b w:val="0"/>
                <w:sz w:val="18"/>
              </w:rPr>
              <w:t>师：如果继续绕点O按顺时针方向旋转90°三次，最终会旋转成一个什么图形呢？</w:t>
            </w:r>
          </w:p>
          <w:p>
            <w:pPr>
              <w:spacing w:after="20" w:line="276" w:lineRule="auto"/>
            </w:pPr>
            <w:r>
              <w:rPr>
                <w:rFonts w:ascii="宋体" w:hAnsi="宋体" w:eastAsia="宋体"/>
                <w:b w:val="0"/>
                <w:sz w:val="18"/>
              </w:rPr>
              <w:t>课件动态演示三角尺在方格纸上旋转。</w:t>
            </w:r>
          </w:p>
          <w:p>
            <w:pPr>
              <w:spacing w:after="20" w:line="276" w:lineRule="auto"/>
            </w:pPr>
            <w:r>
              <w:rPr>
                <w:rFonts w:ascii="宋体" w:hAnsi="宋体" w:eastAsia="宋体"/>
                <w:b w:val="0"/>
                <w:sz w:val="18"/>
              </w:rPr>
              <w:t>师：你们发现了什么？</w:t>
            </w:r>
          </w:p>
          <w:p>
            <w:pPr>
              <w:spacing w:after="20" w:line="276" w:lineRule="auto"/>
            </w:pPr>
            <w:r>
              <w:rPr>
                <w:rFonts w:ascii="宋体" w:hAnsi="宋体" w:eastAsia="宋体"/>
                <w:b w:val="0"/>
                <w:sz w:val="18"/>
              </w:rPr>
              <w:t>结合学生的交流，教师板书：图形旋转前后，位置变了，旋转中心位置不变，图形的形状、大小不变，每个顶点到旋转中心的距离不变。</w:t>
            </w:r>
          </w:p>
        </w:tc>
        <w:tc>
          <w:tcPr>
            <w:tcW w:type="dxa" w:w="3061"/>
          </w:tcPr>
          <w:p>
            <w:pPr>
              <w:spacing w:after="20" w:line="276" w:lineRule="auto"/>
            </w:pPr>
            <w:r/>
            <w:r>
              <w:rPr>
                <w:rFonts w:ascii="宋体" w:hAnsi="宋体" w:eastAsia="宋体"/>
                <w:b w:val="0"/>
                <w:sz w:val="18"/>
              </w:rPr>
              <w:t>得到的是三角形。</w:t>
            </w:r>
          </w:p>
          <w:p>
            <w:pPr>
              <w:spacing w:after="20" w:line="276" w:lineRule="auto"/>
            </w:pPr>
            <w:r>
              <w:rPr>
                <w:rFonts w:ascii="宋体" w:hAnsi="宋体" w:eastAsia="宋体"/>
                <w:b w:val="0"/>
                <w:sz w:val="18"/>
              </w:rPr>
              <w:t>图形位置发生了变化，而大小和形状都没有变；对应点与旋转中心点O连线组成的角没有变化，对应点与旋转中心点O连线的长度也没有变化。</w:t>
            </w:r>
          </w:p>
          <w:p>
            <w:pPr>
              <w:spacing w:after="20" w:line="276" w:lineRule="auto"/>
            </w:pPr>
            <w:r>
              <w:rPr>
                <w:rFonts w:ascii="宋体" w:hAnsi="宋体" w:eastAsia="宋体"/>
                <w:b w:val="0"/>
                <w:sz w:val="18"/>
              </w:rPr>
              <w:t>学生在方格纸上操作。</w:t>
            </w:r>
          </w:p>
        </w:tc>
        <w:tc>
          <w:tcPr>
            <w:tcW w:type="dxa" w:w="1814"/>
          </w:tcPr>
          <w:p>
            <w:pPr>
              <w:spacing w:after="20" w:line="276" w:lineRule="auto"/>
            </w:pPr>
            <w:r/>
            <w:r>
              <w:rPr>
                <w:rFonts w:ascii="宋体" w:hAnsi="宋体" w:eastAsia="宋体"/>
                <w:b w:val="0"/>
                <w:sz w:val="18"/>
              </w:rPr>
              <w:t>围绕环节目标组织学习活动，引导学生主动参与、积极思考，核心问题："三角尺绕点O按顺时针方向旋转90°后，得到的是什么样的图形呢？"</w:t>
            </w:r>
          </w:p>
        </w:tc>
      </w:tr>
      <w:tr>
        <w:tc>
          <w:tcPr>
            <w:tcW w:type="dxa" w:w="1474"/>
          </w:tcPr>
          <w:p>
            <w:pPr>
              <w:spacing w:after="20" w:line="276" w:lineRule="auto"/>
            </w:pPr>
            <w:r>
              <w:rPr>
                <w:b/>
              </w:rPr>
            </w:r>
            <w:r>
              <w:rPr>
                <w:rFonts w:ascii="宋体" w:hAnsi="宋体" w:eastAsia="宋体"/>
                <w:b/>
                <w:sz w:val="18"/>
              </w:rPr>
              <w:t>巩固练习</w:t>
            </w:r>
          </w:p>
        </w:tc>
        <w:tc>
          <w:tcPr>
            <w:tcW w:type="dxa" w:w="3061"/>
          </w:tcPr>
          <w:p>
            <w:pPr>
              <w:spacing w:after="20" w:line="276" w:lineRule="auto"/>
            </w:pPr>
            <w:r/>
            <w:r>
              <w:rPr>
                <w:rFonts w:ascii="宋体" w:hAnsi="宋体" w:eastAsia="宋体"/>
                <w:b w:val="0"/>
                <w:sz w:val="18"/>
              </w:rPr>
              <w:t>1.完成教科书P47上面“做一做”。</w:t>
            </w:r>
          </w:p>
          <w:p>
            <w:pPr>
              <w:spacing w:after="20" w:line="276" w:lineRule="auto"/>
            </w:pPr>
            <w:r>
              <w:rPr>
                <w:rFonts w:ascii="宋体" w:hAnsi="宋体" w:eastAsia="宋体"/>
                <w:b w:val="0"/>
                <w:sz w:val="18"/>
              </w:rPr>
              <w:t>（1）学生独立在教科书上填一填。</w:t>
            </w:r>
          </w:p>
          <w:p>
            <w:pPr>
              <w:spacing w:after="20" w:line="276" w:lineRule="auto"/>
            </w:pPr>
            <w:r>
              <w:rPr>
                <w:rFonts w:ascii="宋体" w:hAnsi="宋体" w:eastAsia="宋体"/>
                <w:b w:val="0"/>
                <w:sz w:val="18"/>
              </w:rPr>
              <w:t>（2）全班交流探讨。</w:t>
            </w:r>
          </w:p>
          <w:p>
            <w:pPr>
              <w:spacing w:after="20" w:line="276" w:lineRule="auto"/>
            </w:pPr>
            <w:r>
              <w:rPr>
                <w:rFonts w:ascii="宋体" w:hAnsi="宋体" w:eastAsia="宋体"/>
                <w:b w:val="0"/>
                <w:sz w:val="18"/>
              </w:rPr>
              <w:t>2.完成教科书P49“练习九”第1题。</w:t>
            </w:r>
          </w:p>
          <w:p>
            <w:pPr>
              <w:spacing w:after="20" w:line="276" w:lineRule="auto"/>
            </w:pPr>
            <w:r>
              <w:rPr>
                <w:rFonts w:ascii="宋体" w:hAnsi="宋体" w:eastAsia="宋体"/>
                <w:b w:val="0"/>
                <w:sz w:val="18"/>
              </w:rPr>
              <w:t>（1）学生独立完成。</w:t>
            </w:r>
          </w:p>
          <w:p>
            <w:pPr>
              <w:spacing w:after="20" w:line="276" w:lineRule="auto"/>
            </w:pPr>
            <w:r>
              <w:rPr>
                <w:rFonts w:ascii="宋体" w:hAnsi="宋体" w:eastAsia="宋体"/>
                <w:b w:val="0"/>
                <w:sz w:val="18"/>
              </w:rPr>
              <w:t>（2）全班集中评价。</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通过有层次的练习及时反馈学情，巩固新知，培养学生灵活运用知识解决问题的能力。</w:t>
            </w:r>
          </w:p>
        </w:tc>
      </w:tr>
      <w:tr>
        <w:tc>
          <w:tcPr>
            <w:tcW w:type="dxa" w:w="1474"/>
          </w:tcPr>
          <w:p>
            <w:pPr>
              <w:spacing w:after="20" w:line="276" w:lineRule="auto"/>
            </w:pPr>
            <w:r>
              <w:rPr>
                <w:b/>
              </w:rPr>
            </w:r>
            <w:r>
              <w:rPr>
                <w:rFonts w:ascii="宋体" w:hAnsi="宋体" w:eastAsia="宋体"/>
                <w:b/>
                <w:sz w:val="18"/>
              </w:rPr>
              <w:t>五、课堂小结</w:t>
            </w:r>
          </w:p>
        </w:tc>
        <w:tc>
          <w:tcPr>
            <w:tcW w:type="dxa" w:w="3061"/>
          </w:tcPr>
          <w:p>
            <w:pPr>
              <w:spacing w:after="20" w:line="276" w:lineRule="auto"/>
            </w:pPr>
            <w:r/>
            <w:r>
              <w:rPr>
                <w:rFonts w:ascii="宋体" w:hAnsi="宋体" w:eastAsia="宋体"/>
                <w:b w:val="0"/>
                <w:sz w:val="18"/>
              </w:rPr>
              <w:t>师：通过本节课的学习，你有哪些收获和体会？</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想象与操作有机结合，在操作过程中，鼓励学生能够用数学语言描述物体的旋转过程，初步体会图形旋转的基本要素，感受解决问题的策略是多样的、开放的，同时培养学生的空间想象能力。</w:t>
            </w:r>
          </w:p>
        </w:tc>
      </w:tr>
    </w:tbl>
    <w:p>
      <w:pPr>
        <w:spacing w:after="40"/>
      </w:pPr>
    </w:p>
    <w:p>
      <w:pPr>
        <w:spacing w:after="60" w:line="300" w:lineRule="auto"/>
      </w:pPr>
      <w:r>
        <w:rPr>
          <w:rFonts w:ascii="黑体" w:hAnsi="黑体" w:eastAsia="黑体"/>
          <w:b/>
          <w:sz w:val="21"/>
        </w:rPr>
        <w:t>四、板书设计</w:t>
      </w:r>
    </w:p>
    <w:p>
      <w:pPr>
        <w:spacing w:after="40" w:line="300" w:lineRule="auto"/>
      </w:pPr>
      <w:r>
        <w:rPr>
          <w:rFonts w:ascii="宋体" w:hAnsi="宋体" w:eastAsia="宋体"/>
          <w:b w:val="0"/>
          <w:sz w:val="20"/>
        </w:rPr>
        <w:t>旋转（1）</w:t>
      </w:r>
    </w:p>
    <w:p>
      <w:pPr>
        <w:spacing w:after="40" w:line="300" w:lineRule="auto"/>
      </w:pPr>
      <w:r>
        <w:rPr>
          <w:rFonts w:ascii="宋体" w:hAnsi="宋体" w:eastAsia="宋体"/>
          <w:b w:val="0"/>
          <w:sz w:val="20"/>
        </w:rPr>
        <w:t>旋转三要素</w:t>
      </w:r>
    </w:p>
    <w:p>
      <w:pPr>
        <w:spacing w:after="40" w:line="300" w:lineRule="auto"/>
      </w:pPr>
      <w:r>
        <w:rPr>
          <w:rFonts w:ascii="宋体" w:hAnsi="宋体" w:eastAsia="宋体"/>
          <w:b w:val="0"/>
          <w:sz w:val="20"/>
        </w:rPr>
        <w:t>图形旋转前后，位置变了，旋转中心位置不变，图形的形状、大小不变，每个顶点到旋转中心的距离不变。</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教科书P46例6，完成教科书P47上面“做一做”、P49“练习九”第1题。</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教学时要充分利用多媒体课件的动画演示，再结合学生的动手操作，理解旋转的三要素，认识旋转的特征，让学生以“旋转三要素”为标准判断物体或图形的运动是不是旋转，进而深刻理解旋转的意义和性质。</w:t>
      </w:r>
    </w:p>
    <w:p>
      <w:r>
        <w:br w:type="page"/>
      </w:r>
    </w:p>
    <w:p>
      <w:pPr>
        <w:spacing w:after="80" w:line="300" w:lineRule="auto"/>
      </w:pPr>
      <w:r>
        <w:rPr>
          <w:rFonts w:ascii="黑体" w:hAnsi="黑体" w:eastAsia="黑体"/>
          <w:b/>
          <w:sz w:val="24"/>
        </w:rPr>
        <w:t>二、课时教学方案（第5课时）</w:t>
      </w:r>
    </w:p>
    <w:p>
      <w:pPr>
        <w:spacing w:after="80" w:line="300" w:lineRule="auto"/>
      </w:pPr>
      <w:r>
        <w:rPr>
          <w:rFonts w:ascii="黑体" w:hAnsi="黑体" w:eastAsia="黑体"/>
          <w:b/>
          <w:sz w:val="24"/>
        </w:rPr>
        <w:t>第5课时　旋转（2）</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第5课时　旋转（2）</w:t>
            </w:r>
          </w:p>
        </w:tc>
        <w:tc>
          <w:tcPr>
            <w:tcW w:type="dxa" w:w="6009"/>
          </w:tcPr>
          <w:p>
            <w:pPr>
              <w:spacing w:after="20" w:line="276" w:lineRule="auto"/>
            </w:pPr>
            <w:r/>
            <w:r>
              <w:rPr>
                <w:rFonts w:ascii="宋体" w:hAnsi="宋体" w:eastAsia="宋体"/>
                <w:b w:val="0"/>
                <w:sz w:val="20"/>
              </w:rPr>
              <w:t>第4单元 图形的运动</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单元学情：借助操作，学生能认识图形运动的特征，但是运动后的图形以及探索多个图形拼组的运动变化，对于他们来说还是有一定难度的，在教学时要关注到每名学生，帮助他们理解。</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教学内容：教科书P47例7，完成教科书P47下面“做一做”。</w:t>
      </w:r>
    </w:p>
    <w:p>
      <w:pPr>
        <w:spacing w:after="80" w:line="300" w:lineRule="auto"/>
        <w:ind w:firstLine="400"/>
      </w:pPr>
      <w:r>
        <w:rPr>
          <w:rFonts w:ascii="宋体" w:hAnsi="宋体" w:eastAsia="宋体"/>
          <w:b w:val="0"/>
          <w:sz w:val="20"/>
        </w:rPr>
        <w:t>教学准备：课件、方格纸。</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（1）探索在方格纸上画旋转图形的方法，能够画出简单图形在方格纸上旋转90°后的图形。</w:t>
      </w:r>
    </w:p>
    <w:p>
      <w:pPr>
        <w:spacing w:after="20" w:line="300" w:lineRule="auto"/>
        <w:ind w:firstLine="400"/>
      </w:pPr>
      <w:r>
        <w:rPr>
          <w:rFonts w:ascii="宋体" w:hAnsi="宋体" w:eastAsia="宋体"/>
          <w:b w:val="0"/>
          <w:sz w:val="20"/>
        </w:rPr>
        <w:t>（2）经历画旋转后的图形，进一步理解旋转的特征。</w:t>
      </w:r>
    </w:p>
    <w:p>
      <w:pPr>
        <w:spacing w:after="20" w:line="300" w:lineRule="auto"/>
      </w:pPr>
      <w:r>
        <w:rPr>
          <w:rFonts w:ascii="宋体" w:hAnsi="宋体" w:eastAsia="宋体"/>
          <w:b w:val="0"/>
          <w:sz w:val="20"/>
        </w:rPr>
        <w:t>教学重点：在方格纸上画出简单图形旋转90°后的图形。</w:t>
      </w:r>
    </w:p>
    <w:p>
      <w:pPr>
        <w:spacing w:after="20" w:line="300" w:lineRule="auto"/>
      </w:pPr>
      <w:r>
        <w:rPr>
          <w:rFonts w:ascii="宋体" w:hAnsi="宋体" w:eastAsia="宋体"/>
          <w:b w:val="0"/>
          <w:sz w:val="20"/>
        </w:rPr>
        <w:t>教学难点：在方格纸上画出简单图形旋转90°后的图形。</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运用旋转的特征，画旋转后的线段</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谁愿意介绍一下自己是怎么画的？；观察旋转前后的线段，什么变了？什么不变？</w:t>
            </w:r>
          </w:p>
        </w:tc>
        <w:tc>
          <w:tcPr>
            <w:tcW w:type="dxa" w:w="1361"/>
          </w:tcPr>
          <w:p>
            <w:pPr>
              <w:spacing w:after="20" w:line="276" w:lineRule="auto"/>
            </w:pPr>
            <w:r/>
            <w:r>
              <w:rPr>
                <w:rFonts w:ascii="宋体" w:hAnsi="宋体" w:eastAsia="宋体"/>
                <w:b w:val="0"/>
                <w:sz w:val="18"/>
              </w:rPr>
              <w:t>16分钟</w:t>
            </w:r>
          </w:p>
        </w:tc>
      </w:tr>
      <w:tr>
        <w:tc>
          <w:tcPr>
            <w:tcW w:type="dxa" w:w="2835"/>
          </w:tcPr>
          <w:p>
            <w:pPr>
              <w:spacing w:after="20" w:line="276" w:lineRule="auto"/>
            </w:pPr>
            <w:r/>
            <w:r>
              <w:rPr>
                <w:rFonts w:ascii="宋体" w:hAnsi="宋体" w:eastAsia="宋体"/>
                <w:b w:val="0"/>
                <w:sz w:val="18"/>
              </w:rPr>
              <w:t>实践操作，画旋转后的图形</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想一想，旋转后的图形跟原图形有什么关系？；画的时候，先画什么，再画什么？</w:t>
            </w:r>
          </w:p>
        </w:tc>
        <w:tc>
          <w:tcPr>
            <w:tcW w:type="dxa" w:w="1361"/>
          </w:tcPr>
          <w:p>
            <w:pPr>
              <w:spacing w:after="20" w:line="276" w:lineRule="auto"/>
            </w:pPr>
            <w:r/>
            <w:r>
              <w:rPr>
                <w:rFonts w:ascii="宋体" w:hAnsi="宋体" w:eastAsia="宋体"/>
                <w:b w:val="0"/>
                <w:sz w:val="18"/>
              </w:rPr>
              <w:t>17分钟</w:t>
            </w:r>
          </w:p>
        </w:tc>
      </w:tr>
      <w:tr>
        <w:tc>
          <w:tcPr>
            <w:tcW w:type="dxa" w:w="2835"/>
          </w:tcPr>
          <w:p>
            <w:pPr>
              <w:spacing w:after="20" w:line="276" w:lineRule="auto"/>
            </w:pPr>
            <w:r/>
            <w:r>
              <w:rPr>
                <w:rFonts w:ascii="宋体" w:hAnsi="宋体" w:eastAsia="宋体"/>
                <w:b w:val="0"/>
                <w:sz w:val="18"/>
              </w:rPr>
              <w:t>实践应用，提升技能</w:t>
            </w:r>
          </w:p>
        </w:tc>
        <w:tc>
          <w:tcPr>
            <w:tcW w:type="dxa" w:w="1814"/>
          </w:tcPr>
          <w:p>
            <w:pPr>
              <w:spacing w:after="20" w:line="276" w:lineRule="auto"/>
            </w:pPr>
            <w:r/>
            <w:r>
              <w:rPr>
                <w:rFonts w:ascii="宋体" w:hAnsi="宋体" w:eastAsia="宋体"/>
                <w:b w:val="0"/>
                <w:sz w:val="18"/>
              </w:rPr>
              <w:t>教科书、课件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3分钟</w:t>
            </w:r>
          </w:p>
        </w:tc>
      </w:tr>
      <w:tr>
        <w:tc>
          <w:tcPr>
            <w:tcW w:type="dxa" w:w="2835"/>
          </w:tcPr>
          <w:p>
            <w:pPr>
              <w:spacing w:after="20" w:line="276" w:lineRule="auto"/>
            </w:pPr>
            <w:r/>
            <w:r>
              <w:rPr>
                <w:rFonts w:ascii="宋体" w:hAnsi="宋体" w:eastAsia="宋体"/>
                <w:b w:val="0"/>
                <w:sz w:val="18"/>
              </w:rPr>
              <w:t>课堂小结</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本节课我们学习了如何画旋转后的图形，你有哪些经验与大家分享？</w:t>
            </w:r>
          </w:p>
        </w:tc>
        <w:tc>
          <w:tcPr>
            <w:tcW w:type="dxa" w:w="1361"/>
          </w:tcPr>
          <w:p>
            <w:pPr>
              <w:spacing w:after="20" w:line="276" w:lineRule="auto"/>
            </w:pPr>
            <w:r/>
            <w:r>
              <w:rPr>
                <w:rFonts w:ascii="宋体" w:hAnsi="宋体" w:eastAsia="宋体"/>
                <w:b w:val="0"/>
                <w:sz w:val="18"/>
              </w:rPr>
              <w:t>4分钟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运用旋转的特征，画旋转后的线段</w:t>
            </w:r>
          </w:p>
        </w:tc>
        <w:tc>
          <w:tcPr>
            <w:tcW w:type="dxa" w:w="3061"/>
          </w:tcPr>
          <w:p>
            <w:pPr>
              <w:spacing w:after="20" w:line="276" w:lineRule="auto"/>
            </w:pPr>
            <w:r/>
            <w:r>
              <w:rPr>
                <w:rFonts w:ascii="宋体" w:hAnsi="宋体" w:eastAsia="宋体"/>
                <w:b w:val="0"/>
                <w:sz w:val="18"/>
              </w:rPr>
              <w:t>1.模拟操作。</w:t>
            </w:r>
          </w:p>
          <w:p>
            <w:pPr>
              <w:spacing w:after="20" w:line="276" w:lineRule="auto"/>
            </w:pPr>
            <w:r>
              <w:rPr>
                <w:rFonts w:ascii="宋体" w:hAnsi="宋体" w:eastAsia="宋体"/>
                <w:b w:val="0"/>
                <w:sz w:val="18"/>
              </w:rPr>
              <w:t>师：在前面我们学习了旋转，认识了旋转的三要素，想象一下，如果将指针抽象成一条线段OA，线段OA如果绕点O按顺时针方向旋转90°会旋转到什么位置？</w:t>
            </w:r>
          </w:p>
          <w:p>
            <w:pPr>
              <w:spacing w:after="20" w:line="276" w:lineRule="auto"/>
            </w:pPr>
            <w:r>
              <w:rPr>
                <w:rFonts w:ascii="宋体" w:hAnsi="宋体" w:eastAsia="宋体"/>
                <w:b w:val="0"/>
                <w:sz w:val="18"/>
              </w:rPr>
              <w:t>师：请同学们拿出方格纸，先在方格纸上画一条线段OA，再画出这条线段绕点O按顺时针方向旋转90°后的图形。</w:t>
            </w:r>
          </w:p>
          <w:p>
            <w:pPr>
              <w:spacing w:after="20" w:line="276" w:lineRule="auto"/>
            </w:pPr>
            <w:r>
              <w:rPr>
                <w:rFonts w:ascii="宋体" w:hAnsi="宋体" w:eastAsia="宋体"/>
                <w:b w:val="0"/>
                <w:sz w:val="18"/>
              </w:rPr>
              <w:t>2.辨析深化。</w:t>
            </w:r>
          </w:p>
          <w:p>
            <w:pPr>
              <w:spacing w:after="20" w:line="276" w:lineRule="auto"/>
            </w:pPr>
            <w:r>
              <w:rPr>
                <w:rFonts w:ascii="宋体" w:hAnsi="宋体" w:eastAsia="宋体"/>
                <w:b w:val="0"/>
                <w:sz w:val="18"/>
              </w:rPr>
              <w:t>师：谁愿意介绍一下自己是怎么画的？</w:t>
            </w:r>
          </w:p>
          <w:p>
            <w:pPr>
              <w:spacing w:after="20" w:line="276" w:lineRule="auto"/>
            </w:pPr>
            <w:r>
              <w:rPr>
                <w:rFonts w:ascii="宋体" w:hAnsi="宋体" w:eastAsia="宋体"/>
                <w:b w:val="0"/>
                <w:sz w:val="18"/>
              </w:rPr>
              <w:t>指名学生展示。</w:t>
            </w:r>
          </w:p>
          <w:p>
            <w:pPr>
              <w:spacing w:after="20" w:line="276" w:lineRule="auto"/>
            </w:pPr>
            <w:r>
              <w:rPr>
                <w:rFonts w:ascii="宋体" w:hAnsi="宋体" w:eastAsia="宋体"/>
                <w:b w:val="0"/>
                <w:sz w:val="18"/>
              </w:rPr>
              <w:t>师：观察旋转前后的线段，什么变了？什么不变？</w:t>
            </w:r>
          </w:p>
          <w:p>
            <w:pPr>
              <w:spacing w:after="20" w:line="276" w:lineRule="auto"/>
            </w:pPr>
            <w:r>
              <w:rPr>
                <w:rFonts w:ascii="宋体" w:hAnsi="宋体" w:eastAsia="宋体"/>
                <w:b w:val="0"/>
                <w:sz w:val="18"/>
              </w:rPr>
              <w:t>师：这里还有几份画得不太一样的，我们一起来看看（课件出示），有什么问题？</w:t>
            </w:r>
          </w:p>
          <w:p>
            <w:pPr>
              <w:spacing w:after="20" w:line="276" w:lineRule="auto"/>
            </w:pPr>
            <w:r>
              <w:rPr>
                <w:rFonts w:ascii="宋体" w:hAnsi="宋体" w:eastAsia="宋体"/>
                <w:b w:val="0"/>
                <w:sz w:val="18"/>
              </w:rPr>
              <w:t>师：看来在画图的时候一定要注意旋转中心不变，旋转方向是顺时针方向，旋转角度是90°，线段长度不变。</w:t>
            </w:r>
          </w:p>
          <w:p>
            <w:pPr>
              <w:spacing w:after="20" w:line="276" w:lineRule="auto"/>
            </w:pPr>
            <w:r>
              <w:rPr>
                <w:rFonts w:ascii="宋体" w:hAnsi="宋体" w:eastAsia="宋体"/>
                <w:b w:val="0"/>
                <w:sz w:val="18"/>
              </w:rPr>
              <w:t>课件动态呈现线段旋转过程。</w:t>
            </w:r>
          </w:p>
          <w:p>
            <w:pPr>
              <w:spacing w:after="20" w:line="276" w:lineRule="auto"/>
            </w:pPr>
            <w:r>
              <w:rPr>
                <w:rFonts w:ascii="宋体" w:hAnsi="宋体" w:eastAsia="宋体"/>
                <w:b w:val="0"/>
                <w:sz w:val="18"/>
              </w:rPr>
              <w:t>师：刚刚我们学画了旋转后的线段，现在我们来学画旋转后的图形。[板书课题：旋转（2）]</w:t>
            </w:r>
          </w:p>
        </w:tc>
        <w:tc>
          <w:tcPr>
            <w:tcW w:type="dxa" w:w="3061"/>
          </w:tcPr>
          <w:p>
            <w:pPr>
              <w:spacing w:after="20" w:line="276" w:lineRule="auto"/>
            </w:pPr>
            <w:r/>
            <w:r>
              <w:rPr>
                <w:rFonts w:ascii="宋体" w:hAnsi="宋体" w:eastAsia="宋体"/>
                <w:b w:val="0"/>
                <w:sz w:val="18"/>
              </w:rPr>
              <w:t>学生自主思考，相互讨论。</w:t>
            </w:r>
          </w:p>
          <w:p>
            <w:pPr>
              <w:spacing w:after="20" w:line="276" w:lineRule="auto"/>
            </w:pPr>
            <w:r>
              <w:rPr>
                <w:rFonts w:ascii="宋体" w:hAnsi="宋体" w:eastAsia="宋体"/>
                <w:b w:val="0"/>
                <w:sz w:val="18"/>
              </w:rPr>
              <w:t>学生在方格纸上画出旋转后的线段后相互检验。</w:t>
            </w:r>
          </w:p>
          <w:p>
            <w:pPr>
              <w:spacing w:after="20" w:line="276" w:lineRule="auto"/>
            </w:pPr>
            <w:r>
              <w:rPr>
                <w:rFonts w:ascii="宋体" w:hAnsi="宋体" w:eastAsia="宋体"/>
                <w:b w:val="0"/>
                <w:sz w:val="18"/>
              </w:rPr>
              <w:t>线段的位置变了，长度不变。</w:t>
            </w:r>
          </w:p>
          <w:p>
            <w:pPr>
              <w:spacing w:after="20" w:line="276" w:lineRule="auto"/>
            </w:pPr>
            <w:r>
              <w:rPr>
                <w:rFonts w:ascii="宋体" w:hAnsi="宋体" w:eastAsia="宋体"/>
                <w:b w:val="0"/>
                <w:sz w:val="18"/>
              </w:rPr>
              <w:t>学生可能会出现的问题：旋转中心没确定；旋转方向出问题；线段长度发生变化。</w:t>
            </w:r>
          </w:p>
        </w:tc>
        <w:tc>
          <w:tcPr>
            <w:tcW w:type="dxa" w:w="1814"/>
          </w:tcPr>
          <w:p>
            <w:pPr>
              <w:spacing w:after="20" w:line="276" w:lineRule="auto"/>
            </w:pPr>
            <w:r/>
            <w:r>
              <w:rPr>
                <w:rFonts w:ascii="宋体" w:hAnsi="宋体" w:eastAsia="宋体"/>
                <w:b w:val="0"/>
                <w:sz w:val="18"/>
              </w:rPr>
              <w:t>通过有层次的练习及时反馈学情，巩固新知，培养学生灵活运用知识解决问题的能力，核心问题："谁愿意介绍一下自己是怎么画的？"</w:t>
            </w:r>
          </w:p>
        </w:tc>
      </w:tr>
      <w:tr>
        <w:tc>
          <w:tcPr>
            <w:tcW w:type="dxa" w:w="1474"/>
          </w:tcPr>
          <w:p>
            <w:pPr>
              <w:spacing w:after="20" w:line="276" w:lineRule="auto"/>
            </w:pPr>
            <w:r>
              <w:rPr>
                <w:b/>
              </w:rPr>
            </w:r>
            <w:r>
              <w:rPr>
                <w:rFonts w:ascii="宋体" w:hAnsi="宋体" w:eastAsia="宋体"/>
                <w:b/>
                <w:sz w:val="18"/>
              </w:rPr>
              <w:t>实践操作，画旋转后的图形</w:t>
            </w:r>
          </w:p>
        </w:tc>
        <w:tc>
          <w:tcPr>
            <w:tcW w:type="dxa" w:w="3061"/>
          </w:tcPr>
          <w:p>
            <w:pPr>
              <w:spacing w:after="20" w:line="276" w:lineRule="auto"/>
            </w:pPr>
            <w:r/>
            <w:r>
              <w:rPr>
                <w:rFonts w:ascii="宋体" w:hAnsi="宋体" w:eastAsia="宋体"/>
                <w:b w:val="0"/>
                <w:sz w:val="18"/>
              </w:rPr>
              <w:t>1.课件出示教科书P47例7。</w:t>
            </w:r>
          </w:p>
          <w:p>
            <w:pPr>
              <w:spacing w:after="20" w:line="276" w:lineRule="auto"/>
            </w:pPr>
            <w:r>
              <w:rPr>
                <w:rFonts w:ascii="宋体" w:hAnsi="宋体" w:eastAsia="宋体"/>
                <w:b w:val="0"/>
                <w:sz w:val="18"/>
              </w:rPr>
              <w:t>2.启发思考。</w:t>
            </w:r>
          </w:p>
          <w:p>
            <w:pPr>
              <w:spacing w:after="20" w:line="276" w:lineRule="auto"/>
            </w:pPr>
            <w:r>
              <w:rPr>
                <w:rFonts w:ascii="宋体" w:hAnsi="宋体" w:eastAsia="宋体"/>
                <w:b w:val="0"/>
                <w:sz w:val="18"/>
              </w:rPr>
              <w:t>师：想一想，旋转后的图形跟原图形有什么关系？</w:t>
            </w:r>
          </w:p>
          <w:p>
            <w:pPr>
              <w:spacing w:after="20" w:line="276" w:lineRule="auto"/>
            </w:pPr>
            <w:r>
              <w:rPr>
                <w:rFonts w:ascii="宋体" w:hAnsi="宋体" w:eastAsia="宋体"/>
                <w:b w:val="0"/>
                <w:sz w:val="18"/>
              </w:rPr>
              <w:t>师：画的时候，先画什么，再画什么？</w:t>
            </w:r>
          </w:p>
          <w:p>
            <w:pPr>
              <w:spacing w:after="20" w:line="276" w:lineRule="auto"/>
            </w:pPr>
            <w:r>
              <w:rPr>
                <w:rFonts w:ascii="宋体" w:hAnsi="宋体" w:eastAsia="宋体"/>
                <w:b w:val="0"/>
                <w:sz w:val="18"/>
              </w:rPr>
              <w:t>师：都画好了吗？我们一起来欣赏大家的作品。</w:t>
            </w:r>
          </w:p>
          <w:p>
            <w:pPr>
              <w:spacing w:after="20" w:line="276" w:lineRule="auto"/>
            </w:pPr>
            <w:r>
              <w:rPr>
                <w:rFonts w:ascii="宋体" w:hAnsi="宋体" w:eastAsia="宋体"/>
                <w:b w:val="0"/>
                <w:sz w:val="18"/>
              </w:rPr>
              <w:t>实物投影仪展示学生画的图形。</w:t>
            </w:r>
          </w:p>
          <w:p>
            <w:pPr>
              <w:spacing w:after="20" w:line="276" w:lineRule="auto"/>
            </w:pPr>
            <w:r>
              <w:rPr>
                <w:rFonts w:ascii="宋体" w:hAnsi="宋体" w:eastAsia="宋体"/>
                <w:b w:val="0"/>
                <w:sz w:val="18"/>
              </w:rPr>
              <w:t>师：说说你是怎样画的？</w:t>
            </w:r>
          </w:p>
          <w:p>
            <w:pPr>
              <w:spacing w:after="20" w:line="276" w:lineRule="auto"/>
            </w:pPr>
            <w:r>
              <w:rPr>
                <w:rFonts w:ascii="宋体" w:hAnsi="宋体" w:eastAsia="宋体"/>
                <w:b w:val="0"/>
                <w:sz w:val="18"/>
              </w:rPr>
              <w:t>师小结：画旋转后的图形时，先画出以旋转中心为端点的线段旋转后的线段，再依次将其他端点连起来。（板书）</w:t>
            </w:r>
          </w:p>
        </w:tc>
        <w:tc>
          <w:tcPr>
            <w:tcW w:type="dxa" w:w="3061"/>
          </w:tcPr>
          <w:p>
            <w:pPr>
              <w:spacing w:after="20" w:line="276" w:lineRule="auto"/>
            </w:pPr>
            <w:r/>
            <w:r>
              <w:rPr>
                <w:rFonts w:ascii="宋体" w:hAnsi="宋体" w:eastAsia="宋体"/>
                <w:b w:val="0"/>
                <w:sz w:val="18"/>
              </w:rPr>
              <w:t>旋转后的图形只是位置变化了，大小、形状都不变。旋转前后旋转中心的位置也不变，每个顶点到旋转中心的距离也不变。</w:t>
            </w:r>
          </w:p>
          <w:p>
            <w:pPr>
              <w:spacing w:after="20" w:line="276" w:lineRule="auto"/>
            </w:pPr>
            <w:r>
              <w:rPr>
                <w:rFonts w:ascii="宋体" w:hAnsi="宋体" w:eastAsia="宋体"/>
                <w:b w:val="0"/>
                <w:sz w:val="18"/>
              </w:rPr>
              <w:t>有的先画线段，有的先画顶点。</w:t>
            </w:r>
          </w:p>
          <w:p>
            <w:pPr>
              <w:spacing w:after="20" w:line="276" w:lineRule="auto"/>
            </w:pPr>
            <w:r>
              <w:rPr>
                <w:rFonts w:ascii="宋体" w:hAnsi="宋体" w:eastAsia="宋体"/>
                <w:b w:val="0"/>
                <w:sz w:val="18"/>
              </w:rPr>
              <w:t>3.学生独立在教科书上用铅笔画。</w:t>
            </w:r>
          </w:p>
          <w:p>
            <w:pPr>
              <w:spacing w:after="20" w:line="276" w:lineRule="auto"/>
            </w:pPr>
            <w:r>
              <w:rPr>
                <w:rFonts w:ascii="宋体" w:hAnsi="宋体" w:eastAsia="宋体"/>
                <w:b w:val="0"/>
                <w:sz w:val="18"/>
              </w:rPr>
              <w:t>4.全班汇报，交流方法。</w:t>
            </w:r>
          </w:p>
          <w:p>
            <w:pPr>
              <w:spacing w:after="20" w:line="276" w:lineRule="auto"/>
            </w:pPr>
            <w:r>
              <w:rPr>
                <w:rFonts w:ascii="宋体" w:hAnsi="宋体" w:eastAsia="宋体"/>
                <w:b w:val="0"/>
                <w:sz w:val="18"/>
              </w:rPr>
              <w:t>预设1：点O的位置不变，先画出线段OA绕点O顺时针方向旋转90°后的线段OA′，再画线段OB绕点O顺时针方向旋转90°后的线段OB′，最后把点A′和点B′连起来。</w:t>
            </w:r>
          </w:p>
          <w:p>
            <w:pPr>
              <w:spacing w:after="20" w:line="276" w:lineRule="auto"/>
            </w:pPr>
            <w:r>
              <w:rPr>
                <w:rFonts w:ascii="宋体" w:hAnsi="宋体" w:eastAsia="宋体"/>
                <w:b w:val="0"/>
                <w:sz w:val="18"/>
              </w:rPr>
              <w:t>预设2：先画点A′，OA顺时针旋转90°后的位置是OA′，OA′垂直于OA，点A′与点O的距离是3格。再画点B′，OB顺时针旋转90°后的位置是OB′，OB′垂直于OB，点B′与点O的距离是4格，最后把点A′和点B′连起来。</w:t>
            </w:r>
          </w:p>
        </w:tc>
        <w:tc>
          <w:tcPr>
            <w:tcW w:type="dxa" w:w="1814"/>
          </w:tcPr>
          <w:p>
            <w:pPr>
              <w:spacing w:after="20" w:line="276" w:lineRule="auto"/>
            </w:pPr>
            <w:r/>
            <w:r>
              <w:rPr>
                <w:rFonts w:ascii="宋体" w:hAnsi="宋体" w:eastAsia="宋体"/>
                <w:b w:val="0"/>
                <w:sz w:val="18"/>
              </w:rPr>
              <w:t>设计递进式探究活动，引导学生在动手实践与合作交流中经历知识形成过程，突破本课重难点，核心问题："想一想，旋转后的图形跟原图形有什么关系？"</w:t>
            </w:r>
          </w:p>
        </w:tc>
      </w:tr>
      <w:tr>
        <w:tc>
          <w:tcPr>
            <w:tcW w:type="dxa" w:w="1474"/>
          </w:tcPr>
          <w:p>
            <w:pPr>
              <w:spacing w:after="20" w:line="276" w:lineRule="auto"/>
            </w:pPr>
            <w:r>
              <w:rPr>
                <w:b/>
              </w:rPr>
            </w:r>
            <w:r>
              <w:rPr>
                <w:rFonts w:ascii="宋体" w:hAnsi="宋体" w:eastAsia="宋体"/>
                <w:b/>
                <w:sz w:val="18"/>
              </w:rPr>
              <w:t>实践应用，提升技能</w:t>
            </w:r>
          </w:p>
        </w:tc>
        <w:tc>
          <w:tcPr>
            <w:tcW w:type="dxa" w:w="3061"/>
          </w:tcPr>
          <w:p>
            <w:pPr>
              <w:spacing w:after="20" w:line="276" w:lineRule="auto"/>
            </w:pPr>
            <w:r/>
            <w:r>
              <w:rPr>
                <w:rFonts w:ascii="宋体" w:hAnsi="宋体" w:eastAsia="宋体"/>
                <w:b w:val="0"/>
                <w:sz w:val="18"/>
              </w:rPr>
              <w:t>完成教科书P47下面“做一做”。</w:t>
            </w:r>
          </w:p>
        </w:tc>
        <w:tc>
          <w:tcPr>
            <w:tcW w:type="dxa" w:w="3061"/>
          </w:tcPr>
          <w:p>
            <w:pPr>
              <w:spacing w:after="20" w:line="276" w:lineRule="auto"/>
            </w:pPr>
            <w:r/>
            <w:r>
              <w:rPr>
                <w:rFonts w:ascii="宋体" w:hAnsi="宋体" w:eastAsia="宋体"/>
                <w:b w:val="0"/>
                <w:sz w:val="18"/>
              </w:rPr>
              <w:t>学生先独立在教科书上画图形，再展示交流，课件同步呈现。</w:t>
            </w:r>
          </w:p>
        </w:tc>
        <w:tc>
          <w:tcPr>
            <w:tcW w:type="dxa" w:w="1814"/>
          </w:tcPr>
          <w:p>
            <w:pPr>
              <w:spacing w:after="20" w:line="276" w:lineRule="auto"/>
            </w:pPr>
            <w:r/>
            <w:r>
              <w:rPr>
                <w:rFonts w:ascii="宋体" w:hAnsi="宋体" w:eastAsia="宋体"/>
                <w:b w:val="0"/>
                <w:sz w:val="18"/>
              </w:rPr>
              <w:t>通过有层次的练习及时反馈学情，巩固新知，培养学生灵活运用知识解决问题的能力。</w:t>
            </w:r>
          </w:p>
        </w:tc>
      </w:tr>
      <w:tr>
        <w:tc>
          <w:tcPr>
            <w:tcW w:type="dxa" w:w="1474"/>
          </w:tcPr>
          <w:p>
            <w:pPr>
              <w:spacing w:after="20" w:line="276" w:lineRule="auto"/>
            </w:pPr>
            <w:r>
              <w:rPr>
                <w:b/>
              </w:rPr>
            </w:r>
            <w:r>
              <w:rPr>
                <w:rFonts w:ascii="宋体" w:hAnsi="宋体" w:eastAsia="宋体"/>
                <w:b/>
                <w:sz w:val="18"/>
              </w:rPr>
              <w:t>课堂小结</w:t>
            </w:r>
          </w:p>
        </w:tc>
        <w:tc>
          <w:tcPr>
            <w:tcW w:type="dxa" w:w="3061"/>
          </w:tcPr>
          <w:p>
            <w:pPr>
              <w:spacing w:after="20" w:line="276" w:lineRule="auto"/>
            </w:pPr>
            <w:r/>
            <w:r>
              <w:rPr>
                <w:rFonts w:ascii="宋体" w:hAnsi="宋体" w:eastAsia="宋体"/>
                <w:b w:val="0"/>
                <w:sz w:val="18"/>
              </w:rPr>
              <w:t>师：本节课我们学习了如何画旋转后的图形，你有哪些经验与大家分享？</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操作是思维的直观展现，通过设问，引导学生思考，在理解旋转的特征的基础上推理出画法，并通过实践操作进行验证。</w:t>
            </w:r>
          </w:p>
        </w:tc>
      </w:tr>
    </w:tbl>
    <w:p>
      <w:pPr>
        <w:spacing w:after="40"/>
      </w:pPr>
    </w:p>
    <w:p>
      <w:pPr>
        <w:spacing w:after="60" w:line="300" w:lineRule="auto"/>
      </w:pPr>
      <w:r>
        <w:rPr>
          <w:rFonts w:ascii="黑体" w:hAnsi="黑体" w:eastAsia="黑体"/>
          <w:b/>
          <w:sz w:val="21"/>
        </w:rPr>
        <w:t>四、板书设计</w:t>
      </w:r>
    </w:p>
    <w:p>
      <w:pPr>
        <w:spacing w:after="40" w:line="300" w:lineRule="auto"/>
      </w:pPr>
      <w:r>
        <w:rPr>
          <w:rFonts w:ascii="宋体" w:hAnsi="宋体" w:eastAsia="宋体"/>
          <w:b w:val="0"/>
          <w:sz w:val="20"/>
        </w:rPr>
        <w:t>旋转（2）</w:t>
      </w:r>
    </w:p>
    <w:p>
      <w:pPr>
        <w:spacing w:after="40" w:line="300" w:lineRule="auto"/>
      </w:pPr>
      <w:r>
        <w:rPr>
          <w:rFonts w:ascii="宋体" w:hAnsi="宋体" w:eastAsia="宋体"/>
          <w:b w:val="0"/>
          <w:sz w:val="20"/>
        </w:rPr>
        <w:t>画旋转后的图形，先画出以旋转中心为端点的线段旋转后的线段，再依次将其他端点连起来。</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教科书P47例7，完成教科书P47下面“做一做”。</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教学时设计了多次需要学生进行想象、猜测和推理的探究活动，使学生的空间想象力和思维能力得到充分锻炼。为了降低画旋转图形的难度，分解知识点，本课将例题分成两步进行，先画线段，掌握基本的画法，再画三角形，效果很好。</w:t>
      </w:r>
    </w:p>
    <w:p>
      <w:r>
        <w:br w:type="page"/>
      </w:r>
    </w:p>
    <w:p>
      <w:pPr>
        <w:spacing w:after="80" w:line="300" w:lineRule="auto"/>
      </w:pPr>
      <w:r>
        <w:rPr>
          <w:rFonts w:ascii="黑体" w:hAnsi="黑体" w:eastAsia="黑体"/>
          <w:b/>
          <w:sz w:val="24"/>
        </w:rPr>
        <w:t>二、课时教学方案（第6课时）</w:t>
      </w:r>
    </w:p>
    <w:p>
      <w:pPr>
        <w:spacing w:after="80" w:line="300" w:lineRule="auto"/>
      </w:pPr>
      <w:r>
        <w:rPr>
          <w:rFonts w:ascii="黑体" w:hAnsi="黑体" w:eastAsia="黑体"/>
          <w:b/>
          <w:sz w:val="24"/>
        </w:rPr>
        <w:t>第6课时　解决问题</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第6课时　解决问题</w:t>
            </w:r>
          </w:p>
        </w:tc>
        <w:tc>
          <w:tcPr>
            <w:tcW w:type="dxa" w:w="6009"/>
          </w:tcPr>
          <w:p>
            <w:pPr>
              <w:spacing w:after="20" w:line="276" w:lineRule="auto"/>
            </w:pPr>
            <w:r/>
            <w:r>
              <w:rPr>
                <w:rFonts w:ascii="宋体" w:hAnsi="宋体" w:eastAsia="宋体"/>
                <w:b w:val="0"/>
                <w:sz w:val="20"/>
              </w:rPr>
              <w:t>第4单元 图形的运动</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单元学情：借助操作，学生能认识图形运动的特征，但是运动后的图形以及探索多个图形拼组的运动变化，对于他们来说还是有一定难度的，在教学时要关注到每名学生，帮助他们理解。</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教学内容：教科书P48例8，完成教科书P50“练习九”第6题。</w:t>
      </w:r>
    </w:p>
    <w:p>
      <w:pPr>
        <w:spacing w:after="80" w:line="300" w:lineRule="auto"/>
        <w:ind w:firstLine="400"/>
      </w:pPr>
      <w:r>
        <w:rPr>
          <w:rFonts w:ascii="宋体" w:hAnsi="宋体" w:eastAsia="宋体"/>
          <w:b w:val="0"/>
          <w:sz w:val="20"/>
        </w:rPr>
        <w:t>教学准备：课件、七巧板学具。</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（1）能根据图形特征，正确拼组图形，正确记录图形运动变化，体会解决问题策略的多样性。</w:t>
      </w:r>
    </w:p>
    <w:p>
      <w:pPr>
        <w:spacing w:after="20" w:line="300" w:lineRule="auto"/>
        <w:ind w:firstLine="400"/>
      </w:pPr>
      <w:r>
        <w:rPr>
          <w:rFonts w:ascii="宋体" w:hAnsi="宋体" w:eastAsia="宋体"/>
          <w:b w:val="0"/>
          <w:sz w:val="20"/>
        </w:rPr>
        <w:t>（2）通过实际操作，在尝试、判断、推理的过程中，探索出拼摆图形的方法，在运用知识解决问题的过程中，积累几何活动经验。</w:t>
      </w:r>
    </w:p>
    <w:p>
      <w:pPr>
        <w:spacing w:after="20" w:line="300" w:lineRule="auto"/>
        <w:ind w:firstLine="400"/>
      </w:pPr>
      <w:r>
        <w:rPr>
          <w:rFonts w:ascii="宋体" w:hAnsi="宋体" w:eastAsia="宋体"/>
          <w:b w:val="0"/>
          <w:sz w:val="20"/>
        </w:rPr>
        <w:t>（3）在数学文化的介绍中，使学生感受数学的趣味与美妙，培养民族自豪感。</w:t>
      </w:r>
    </w:p>
    <w:p>
      <w:pPr>
        <w:spacing w:after="20" w:line="300" w:lineRule="auto"/>
      </w:pPr>
      <w:r>
        <w:rPr>
          <w:rFonts w:ascii="宋体" w:hAnsi="宋体" w:eastAsia="宋体"/>
          <w:b w:val="0"/>
          <w:sz w:val="20"/>
        </w:rPr>
        <w:t>教学重点：能根据图形特征，正确拼组图形。</w:t>
      </w:r>
    </w:p>
    <w:p>
      <w:pPr>
        <w:spacing w:after="20" w:line="300" w:lineRule="auto"/>
      </w:pPr>
      <w:r>
        <w:rPr>
          <w:rFonts w:ascii="宋体" w:hAnsi="宋体" w:eastAsia="宋体"/>
          <w:b w:val="0"/>
          <w:sz w:val="20"/>
        </w:rPr>
        <w:t>教学难点：能正确记录图形运动变化。</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创设情境，激趣导入</w:t>
            </w:r>
          </w:p>
        </w:tc>
        <w:tc>
          <w:tcPr>
            <w:tcW w:type="dxa" w:w="1814"/>
          </w:tcPr>
          <w:p>
            <w:pPr>
              <w:spacing w:after="20" w:line="276" w:lineRule="auto"/>
            </w:pPr>
            <w:r/>
            <w:r>
              <w:rPr>
                <w:rFonts w:ascii="宋体" w:hAnsi="宋体" w:eastAsia="宋体"/>
                <w:b w:val="0"/>
                <w:sz w:val="18"/>
              </w:rPr>
              <w:t>课件、视频、七巧板、学具</w:t>
            </w:r>
          </w:p>
        </w:tc>
        <w:tc>
          <w:tcPr>
            <w:tcW w:type="dxa" w:w="3402"/>
          </w:tcPr>
          <w:p>
            <w:pPr>
              <w:spacing w:after="20" w:line="276" w:lineRule="auto"/>
            </w:pPr>
            <w:r/>
            <w:r>
              <w:rPr>
                <w:rFonts w:ascii="宋体" w:hAnsi="宋体" w:eastAsia="宋体"/>
                <w:b w:val="0"/>
                <w:sz w:val="18"/>
              </w:rPr>
              <w:t>同学们，你们玩过华容道吗？；你看出了华容道怎么玩吗？用到了我们学过的什么知识？</w:t>
            </w:r>
          </w:p>
        </w:tc>
        <w:tc>
          <w:tcPr>
            <w:tcW w:type="dxa" w:w="1361"/>
          </w:tcPr>
          <w:p>
            <w:pPr>
              <w:spacing w:after="20" w:line="276" w:lineRule="auto"/>
            </w:pPr>
            <w:r/>
            <w:r>
              <w:rPr>
                <w:rFonts w:ascii="宋体" w:hAnsi="宋体" w:eastAsia="宋体"/>
                <w:b w:val="0"/>
                <w:sz w:val="18"/>
              </w:rPr>
              <w:t>7分钟</w:t>
            </w:r>
          </w:p>
        </w:tc>
      </w:tr>
      <w:tr>
        <w:tc>
          <w:tcPr>
            <w:tcW w:type="dxa" w:w="2835"/>
          </w:tcPr>
          <w:p>
            <w:pPr>
              <w:spacing w:after="20" w:line="276" w:lineRule="auto"/>
            </w:pPr>
            <w:r/>
            <w:r>
              <w:rPr>
                <w:rFonts w:ascii="宋体" w:hAnsi="宋体" w:eastAsia="宋体"/>
                <w:b w:val="0"/>
                <w:sz w:val="18"/>
              </w:rPr>
              <w:t>想象推理，探究新知识</w:t>
            </w:r>
          </w:p>
        </w:tc>
        <w:tc>
          <w:tcPr>
            <w:tcW w:type="dxa" w:w="1814"/>
          </w:tcPr>
          <w:p>
            <w:pPr>
              <w:spacing w:after="20" w:line="276" w:lineRule="auto"/>
            </w:pPr>
            <w:r/>
            <w:r>
              <w:rPr>
                <w:rFonts w:ascii="宋体" w:hAnsi="宋体" w:eastAsia="宋体"/>
                <w:b w:val="0"/>
                <w:sz w:val="18"/>
              </w:rPr>
              <w:t>课件、教科书、七巧板、学具</w:t>
            </w:r>
          </w:p>
        </w:tc>
        <w:tc>
          <w:tcPr>
            <w:tcW w:type="dxa" w:w="3402"/>
          </w:tcPr>
          <w:p>
            <w:pPr>
              <w:spacing w:after="20" w:line="276" w:lineRule="auto"/>
            </w:pPr>
            <w:r/>
            <w:r>
              <w:rPr>
                <w:rFonts w:ascii="宋体" w:hAnsi="宋体" w:eastAsia="宋体"/>
                <w:b w:val="0"/>
                <w:sz w:val="18"/>
              </w:rPr>
              <w:t>从题中我们知道了什么？要解决的问题是什么？；你们的解题思路是怎样的？</w:t>
            </w:r>
          </w:p>
        </w:tc>
        <w:tc>
          <w:tcPr>
            <w:tcW w:type="dxa" w:w="1361"/>
          </w:tcPr>
          <w:p>
            <w:pPr>
              <w:spacing w:after="20" w:line="276" w:lineRule="auto"/>
            </w:pPr>
            <w:r/>
            <w:r>
              <w:rPr>
                <w:rFonts w:ascii="宋体" w:hAnsi="宋体" w:eastAsia="宋体"/>
                <w:b w:val="0"/>
                <w:sz w:val="18"/>
              </w:rPr>
              <w:t>24分钟</w:t>
            </w:r>
          </w:p>
        </w:tc>
      </w:tr>
      <w:tr>
        <w:tc>
          <w:tcPr>
            <w:tcW w:type="dxa" w:w="2835"/>
          </w:tcPr>
          <w:p>
            <w:pPr>
              <w:spacing w:after="20" w:line="276" w:lineRule="auto"/>
            </w:pPr>
            <w:r/>
            <w:r>
              <w:rPr>
                <w:rFonts w:ascii="宋体" w:hAnsi="宋体" w:eastAsia="宋体"/>
                <w:b w:val="0"/>
                <w:sz w:val="18"/>
              </w:rPr>
              <w:t>实践应用，积累经验</w:t>
            </w:r>
          </w:p>
        </w:tc>
        <w:tc>
          <w:tcPr>
            <w:tcW w:type="dxa" w:w="1814"/>
          </w:tcPr>
          <w:p>
            <w:pPr>
              <w:spacing w:after="20" w:line="276" w:lineRule="auto"/>
            </w:pPr>
            <w:r/>
            <w:r>
              <w:rPr>
                <w:rFonts w:ascii="宋体" w:hAnsi="宋体" w:eastAsia="宋体"/>
                <w:b w:val="0"/>
                <w:sz w:val="18"/>
              </w:rPr>
              <w:t>课件、教科书、七巧板、学具</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6分钟</w:t>
            </w:r>
          </w:p>
        </w:tc>
      </w:tr>
      <w:tr>
        <w:tc>
          <w:tcPr>
            <w:tcW w:type="dxa" w:w="2835"/>
          </w:tcPr>
          <w:p>
            <w:pPr>
              <w:spacing w:after="20" w:line="276" w:lineRule="auto"/>
            </w:pPr>
            <w:r/>
            <w:r>
              <w:rPr>
                <w:rFonts w:ascii="宋体" w:hAnsi="宋体" w:eastAsia="宋体"/>
                <w:b w:val="0"/>
                <w:sz w:val="18"/>
              </w:rPr>
              <w:t>四、课堂小结</w:t>
            </w:r>
          </w:p>
        </w:tc>
        <w:tc>
          <w:tcPr>
            <w:tcW w:type="dxa" w:w="1814"/>
          </w:tcPr>
          <w:p>
            <w:pPr>
              <w:spacing w:after="20" w:line="276" w:lineRule="auto"/>
            </w:pPr>
            <w:r/>
            <w:r>
              <w:rPr>
                <w:rFonts w:ascii="宋体" w:hAnsi="宋体" w:eastAsia="宋体"/>
                <w:b w:val="0"/>
                <w:sz w:val="18"/>
              </w:rPr>
              <w:t>课件、七巧板、学具</w:t>
            </w:r>
          </w:p>
        </w:tc>
        <w:tc>
          <w:tcPr>
            <w:tcW w:type="dxa" w:w="3402"/>
          </w:tcPr>
          <w:p>
            <w:pPr>
              <w:spacing w:after="20" w:line="276" w:lineRule="auto"/>
            </w:pPr>
            <w:r/>
            <w:r>
              <w:rPr>
                <w:rFonts w:ascii="宋体" w:hAnsi="宋体" w:eastAsia="宋体"/>
                <w:b w:val="0"/>
                <w:sz w:val="18"/>
              </w:rPr>
              <w:t>这节课我们从不同角度观察图形，识别不同的基本图形经过变化之后形成的漂亮的图形，你有哪些收获呢？</w:t>
            </w:r>
          </w:p>
        </w:tc>
        <w:tc>
          <w:tcPr>
            <w:tcW w:type="dxa" w:w="1361"/>
          </w:tcPr>
          <w:p>
            <w:pPr>
              <w:spacing w:after="20" w:line="276" w:lineRule="auto"/>
            </w:pPr>
            <w:r/>
            <w:r>
              <w:rPr>
                <w:rFonts w:ascii="宋体" w:hAnsi="宋体" w:eastAsia="宋体"/>
                <w:b w:val="0"/>
                <w:sz w:val="18"/>
              </w:rPr>
              <w:t>3分钟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创设情境，激趣导入</w:t>
            </w:r>
          </w:p>
        </w:tc>
        <w:tc>
          <w:tcPr>
            <w:tcW w:type="dxa" w:w="3061"/>
          </w:tcPr>
          <w:p>
            <w:pPr>
              <w:spacing w:after="20" w:line="276" w:lineRule="auto"/>
            </w:pPr>
            <w:r/>
            <w:r>
              <w:rPr>
                <w:rFonts w:ascii="宋体" w:hAnsi="宋体" w:eastAsia="宋体"/>
                <w:b w:val="0"/>
                <w:sz w:val="18"/>
              </w:rPr>
              <w:t>师：同学们，你们玩过华容道吗？</w:t>
            </w:r>
          </w:p>
          <w:p>
            <w:pPr>
              <w:spacing w:after="20" w:line="276" w:lineRule="auto"/>
            </w:pPr>
            <w:r>
              <w:rPr>
                <w:rFonts w:ascii="宋体" w:hAnsi="宋体" w:eastAsia="宋体"/>
                <w:b w:val="0"/>
                <w:sz w:val="18"/>
              </w:rPr>
              <w:t>课件播放玩华容道的视频。</w:t>
            </w:r>
          </w:p>
          <w:p>
            <w:pPr>
              <w:spacing w:after="20" w:line="276" w:lineRule="auto"/>
            </w:pPr>
            <w:r>
              <w:rPr>
                <w:rFonts w:ascii="宋体" w:hAnsi="宋体" w:eastAsia="宋体"/>
                <w:b w:val="0"/>
                <w:sz w:val="18"/>
              </w:rPr>
              <w:t>师：你看出了华容道怎么玩吗？用到了我们学过的什么知识？</w:t>
            </w:r>
          </w:p>
          <w:p>
            <w:pPr>
              <w:spacing w:after="20" w:line="276" w:lineRule="auto"/>
            </w:pPr>
            <w:r>
              <w:rPr>
                <w:rFonts w:ascii="宋体" w:hAnsi="宋体" w:eastAsia="宋体"/>
                <w:b w:val="0"/>
                <w:sz w:val="18"/>
              </w:rPr>
              <w:t>师：是的，华容道就是运用图形的平移，用最少的步数让“曹操”方块尽快逃脱。本节课我们来探究用平移和旋转解决问题。（板书课题：解决问题）</w:t>
            </w:r>
          </w:p>
        </w:tc>
        <w:tc>
          <w:tcPr>
            <w:tcW w:type="dxa" w:w="3061"/>
          </w:tcPr>
          <w:p>
            <w:pPr>
              <w:spacing w:after="20" w:line="276" w:lineRule="auto"/>
            </w:pPr>
            <w:r/>
            <w:r>
              <w:rPr>
                <w:rFonts w:ascii="宋体" w:hAnsi="宋体" w:eastAsia="宋体"/>
                <w:b w:val="0"/>
                <w:sz w:val="18"/>
              </w:rPr>
              <w:t>通过平移，移动棋子帮助“曹操”方块逃脱。</w:t>
            </w:r>
          </w:p>
        </w:tc>
        <w:tc>
          <w:tcPr>
            <w:tcW w:type="dxa" w:w="1814"/>
          </w:tcPr>
          <w:p>
            <w:pPr>
              <w:spacing w:after="20" w:line="276" w:lineRule="auto"/>
            </w:pPr>
            <w:r/>
            <w:r>
              <w:rPr>
                <w:rFonts w:ascii="宋体" w:hAnsi="宋体" w:eastAsia="宋体"/>
                <w:b w:val="0"/>
                <w:sz w:val="18"/>
              </w:rPr>
              <w:t>创设情境激活学生已有经验，自然引出本课学习内容，激发学习兴趣，核心问题："同学们，你们玩过华容道吗？"</w:t>
            </w:r>
          </w:p>
        </w:tc>
      </w:tr>
      <w:tr>
        <w:tc>
          <w:tcPr>
            <w:tcW w:type="dxa" w:w="1474"/>
          </w:tcPr>
          <w:p>
            <w:pPr>
              <w:spacing w:after="20" w:line="276" w:lineRule="auto"/>
            </w:pPr>
            <w:r>
              <w:rPr>
                <w:b/>
              </w:rPr>
            </w:r>
            <w:r>
              <w:rPr>
                <w:rFonts w:ascii="宋体" w:hAnsi="宋体" w:eastAsia="宋体"/>
                <w:b/>
                <w:sz w:val="18"/>
              </w:rPr>
              <w:t>想象推理，探究新知识</w:t>
            </w:r>
          </w:p>
        </w:tc>
        <w:tc>
          <w:tcPr>
            <w:tcW w:type="dxa" w:w="3061"/>
          </w:tcPr>
          <w:p>
            <w:pPr>
              <w:spacing w:after="20" w:line="276" w:lineRule="auto"/>
            </w:pPr>
            <w:r/>
            <w:r>
              <w:rPr>
                <w:rFonts w:ascii="宋体" w:hAnsi="宋体" w:eastAsia="宋体"/>
                <w:b w:val="0"/>
                <w:sz w:val="18"/>
              </w:rPr>
              <w:t>课件出示教科书P48例8。</w:t>
            </w:r>
          </w:p>
          <w:p>
            <w:pPr>
              <w:spacing w:after="20" w:line="276" w:lineRule="auto"/>
            </w:pPr>
            <w:r>
              <w:rPr>
                <w:rFonts w:ascii="宋体" w:hAnsi="宋体" w:eastAsia="宋体"/>
                <w:b w:val="0"/>
                <w:sz w:val="18"/>
              </w:rPr>
              <w:t>1.阅读理解。</w:t>
            </w:r>
          </w:p>
          <w:p>
            <w:pPr>
              <w:spacing w:after="20" w:line="276" w:lineRule="auto"/>
            </w:pPr>
            <w:r>
              <w:rPr>
                <w:rFonts w:ascii="宋体" w:hAnsi="宋体" w:eastAsia="宋体"/>
                <w:b w:val="0"/>
                <w:sz w:val="18"/>
              </w:rPr>
              <w:t>师：从题中我们知道了什么？要解决的问题是什么？</w:t>
            </w:r>
          </w:p>
          <w:p>
            <w:pPr>
              <w:spacing w:after="20" w:line="276" w:lineRule="auto"/>
            </w:pPr>
            <w:r>
              <w:rPr>
                <w:rFonts w:ascii="宋体" w:hAnsi="宋体" w:eastAsia="宋体"/>
                <w:b w:val="0"/>
                <w:sz w:val="18"/>
              </w:rPr>
              <w:t>2.分析解答。</w:t>
            </w:r>
          </w:p>
          <w:p>
            <w:pPr>
              <w:spacing w:after="20" w:line="276" w:lineRule="auto"/>
            </w:pPr>
            <w:r>
              <w:rPr>
                <w:rFonts w:ascii="宋体" w:hAnsi="宋体" w:eastAsia="宋体"/>
                <w:b w:val="0"/>
                <w:sz w:val="18"/>
              </w:rPr>
              <w:t>师：你们的解题思路是怎样的？</w:t>
            </w:r>
          </w:p>
          <w:p>
            <w:pPr>
              <w:spacing w:after="20" w:line="276" w:lineRule="auto"/>
            </w:pPr>
            <w:r>
              <w:rPr>
                <w:rFonts w:ascii="宋体" w:hAnsi="宋体" w:eastAsia="宋体"/>
                <w:b w:val="0"/>
                <w:sz w:val="18"/>
              </w:rPr>
              <w:t>课件出示教科书P48例8标完序号后的图。</w:t>
            </w:r>
          </w:p>
          <w:p>
            <w:pPr>
              <w:spacing w:after="20" w:line="276" w:lineRule="auto"/>
            </w:pPr>
            <w:r>
              <w:rPr>
                <w:rFonts w:ascii="宋体" w:hAnsi="宋体" w:eastAsia="宋体"/>
                <w:b w:val="0"/>
                <w:sz w:val="18"/>
              </w:rPr>
              <w:t>师：谁能具体地描述每张卡片的运动过程？</w:t>
            </w:r>
          </w:p>
          <w:p>
            <w:pPr>
              <w:spacing w:after="20" w:line="276" w:lineRule="auto"/>
            </w:pPr>
            <w:r>
              <w:rPr>
                <w:rFonts w:ascii="宋体" w:hAnsi="宋体" w:eastAsia="宋体"/>
                <w:b w:val="0"/>
                <w:sz w:val="18"/>
              </w:rPr>
              <w:t>师：在描述图形平移或旋转时，要注意什么？</w:t>
            </w:r>
          </w:p>
          <w:p>
            <w:pPr>
              <w:spacing w:after="20" w:line="276" w:lineRule="auto"/>
            </w:pPr>
            <w:r>
              <w:rPr>
                <w:rFonts w:ascii="宋体" w:hAnsi="宋体" w:eastAsia="宋体"/>
                <w:b w:val="0"/>
                <w:sz w:val="18"/>
              </w:rPr>
              <w:t>3.回顾反思。</w:t>
            </w:r>
          </w:p>
          <w:p>
            <w:pPr>
              <w:spacing w:after="20" w:line="276" w:lineRule="auto"/>
            </w:pPr>
            <w:r>
              <w:rPr>
                <w:rFonts w:ascii="宋体" w:hAnsi="宋体" w:eastAsia="宋体"/>
                <w:b w:val="0"/>
                <w:sz w:val="18"/>
              </w:rPr>
              <w:t>师：谁能告诉我，在卡片的运动过程中，旋转改变了卡片的什么？平移改变了卡片的什么？</w:t>
            </w:r>
          </w:p>
          <w:p>
            <w:pPr>
              <w:spacing w:after="20" w:line="276" w:lineRule="auto"/>
            </w:pPr>
            <w:r>
              <w:rPr>
                <w:rFonts w:ascii="宋体" w:hAnsi="宋体" w:eastAsia="宋体"/>
                <w:b w:val="0"/>
                <w:sz w:val="18"/>
              </w:rPr>
              <w:t>师：同学们观察①号卡片的运动，若把①号卡片先平移，再旋转，能移到对应位置吗？</w:t>
            </w:r>
          </w:p>
          <w:p>
            <w:pPr>
              <w:spacing w:after="20" w:line="276" w:lineRule="auto"/>
            </w:pPr>
            <w:r>
              <w:rPr>
                <w:rFonts w:ascii="宋体" w:hAnsi="宋体" w:eastAsia="宋体"/>
                <w:b w:val="0"/>
                <w:sz w:val="18"/>
              </w:rPr>
              <w:t>师：通过还原卡片的过程，你们有什么收获？</w:t>
            </w:r>
          </w:p>
          <w:p>
            <w:pPr>
              <w:spacing w:after="20" w:line="276" w:lineRule="auto"/>
            </w:pPr>
            <w:r>
              <w:rPr>
                <w:rFonts w:ascii="宋体" w:hAnsi="宋体" w:eastAsia="宋体"/>
                <w:b w:val="0"/>
                <w:sz w:val="18"/>
              </w:rPr>
              <w:t>师小结：图形的变换可以通过平移、旋转等方法实现，利用图形的平移或旋转可以解决很多问题。（板书）</w:t>
            </w:r>
          </w:p>
        </w:tc>
        <w:tc>
          <w:tcPr>
            <w:tcW w:type="dxa" w:w="3061"/>
          </w:tcPr>
          <w:p>
            <w:pPr>
              <w:spacing w:after="20" w:line="276" w:lineRule="auto"/>
            </w:pPr>
            <w:r/>
            <w:r>
              <w:rPr>
                <w:rFonts w:ascii="宋体" w:hAnsi="宋体" w:eastAsia="宋体"/>
                <w:b w:val="0"/>
                <w:sz w:val="18"/>
              </w:rPr>
              <w:t>从题中可以知道，右边的图案是左边的4张卡片通过平移或旋转拼成的；要解决的问题是说出左边每张卡片通过怎么样的运动到右边图案中相应的位置。</w:t>
            </w:r>
          </w:p>
          <w:p>
            <w:pPr>
              <w:spacing w:after="20" w:line="276" w:lineRule="auto"/>
            </w:pPr>
            <w:r>
              <w:rPr>
                <w:rFonts w:ascii="宋体" w:hAnsi="宋体" w:eastAsia="宋体"/>
                <w:b w:val="0"/>
                <w:sz w:val="18"/>
              </w:rPr>
              <w:t>先在右图中找出对应的卡片，标上序号，再分析每张卡片的运动过程，也就是先完成图案的构成，再进行图形的运动。</w:t>
            </w:r>
          </w:p>
          <w:p>
            <w:pPr>
              <w:spacing w:after="20" w:line="276" w:lineRule="auto"/>
            </w:pPr>
            <w:r>
              <w:rPr>
                <w:rFonts w:ascii="宋体" w:hAnsi="宋体" w:eastAsia="宋体"/>
                <w:b w:val="0"/>
                <w:sz w:val="18"/>
              </w:rPr>
              <w:t>①号卡片要先绕右下角的顶点顺时针旋转90°，再向右平移2格，最后向下平移1格；②号卡片不用旋转，只要向右平移3格，再向下平移1格；③号卡片不用旋转，只要向右平移4格，再向上平移1格；④号卡片要先绕左上角的顶点逆时针旋转90°，再向右平移2格。</w:t>
            </w:r>
          </w:p>
          <w:p>
            <w:pPr>
              <w:spacing w:after="20" w:line="276" w:lineRule="auto"/>
            </w:pPr>
            <w:r>
              <w:rPr>
                <w:rFonts w:ascii="宋体" w:hAnsi="宋体" w:eastAsia="宋体"/>
                <w:b w:val="0"/>
                <w:sz w:val="18"/>
              </w:rPr>
              <w:t>描述图形平移时，要说清楚图形平移的方向和距离（几格）；描述图形旋转时，要说清图形旋转的三要素。</w:t>
            </w:r>
          </w:p>
          <w:p>
            <w:pPr>
              <w:spacing w:after="20" w:line="276" w:lineRule="auto"/>
            </w:pPr>
            <w:r>
              <w:rPr>
                <w:rFonts w:ascii="宋体" w:hAnsi="宋体" w:eastAsia="宋体"/>
                <w:b w:val="0"/>
                <w:sz w:val="18"/>
              </w:rPr>
              <w:t>旋转改变了卡片的方向和位置，平移改变了卡片的位置。</w:t>
            </w:r>
          </w:p>
          <w:p>
            <w:pPr>
              <w:spacing w:after="20" w:line="276" w:lineRule="auto"/>
            </w:pPr>
            <w:r>
              <w:rPr>
                <w:rFonts w:ascii="宋体" w:hAnsi="宋体" w:eastAsia="宋体"/>
                <w:b w:val="0"/>
                <w:sz w:val="18"/>
              </w:rPr>
              <w:t>学生先操作，教师总结：既改变方向又改变位置的卡片，也可以先平移，再旋转。</w:t>
            </w:r>
          </w:p>
        </w:tc>
        <w:tc>
          <w:tcPr>
            <w:tcW w:type="dxa" w:w="1814"/>
          </w:tcPr>
          <w:p>
            <w:pPr>
              <w:spacing w:after="20" w:line="276" w:lineRule="auto"/>
            </w:pPr>
            <w:r/>
            <w:r>
              <w:rPr>
                <w:rFonts w:ascii="宋体" w:hAnsi="宋体" w:eastAsia="宋体"/>
                <w:b w:val="0"/>
                <w:sz w:val="18"/>
              </w:rPr>
              <w:t>设计递进式探究活动，引导学生在动手实践与合作交流中经历知识形成过程，突破本课重难点，核心问题："从题中我们知道了什么？要解决的问题是什么？"</w:t>
            </w:r>
          </w:p>
        </w:tc>
      </w:tr>
      <w:tr>
        <w:tc>
          <w:tcPr>
            <w:tcW w:type="dxa" w:w="1474"/>
          </w:tcPr>
          <w:p>
            <w:pPr>
              <w:spacing w:after="20" w:line="276" w:lineRule="auto"/>
            </w:pPr>
            <w:r>
              <w:rPr>
                <w:b/>
              </w:rPr>
            </w:r>
            <w:r>
              <w:rPr>
                <w:rFonts w:ascii="宋体" w:hAnsi="宋体" w:eastAsia="宋体"/>
                <w:b/>
                <w:sz w:val="18"/>
              </w:rPr>
              <w:t>实践应用，积累经验</w:t>
            </w:r>
          </w:p>
        </w:tc>
        <w:tc>
          <w:tcPr>
            <w:tcW w:type="dxa" w:w="3061"/>
          </w:tcPr>
          <w:p>
            <w:pPr>
              <w:spacing w:after="20" w:line="276" w:lineRule="auto"/>
            </w:pPr>
            <w:r/>
            <w:r>
              <w:rPr>
                <w:rFonts w:ascii="宋体" w:hAnsi="宋体" w:eastAsia="宋体"/>
                <w:b w:val="0"/>
                <w:sz w:val="18"/>
              </w:rPr>
              <w:t>1.课件出示教科书P50“练习九”第6题。</w:t>
            </w:r>
          </w:p>
          <w:p>
            <w:pPr>
              <w:spacing w:after="20" w:line="276" w:lineRule="auto"/>
            </w:pPr>
            <w:r>
              <w:rPr>
                <w:rFonts w:ascii="宋体" w:hAnsi="宋体" w:eastAsia="宋体"/>
                <w:b w:val="0"/>
                <w:sz w:val="18"/>
              </w:rPr>
              <w:t>师：为了方便表述，请大家先将左边的4张卡片按顺序标上序号，再看左边的4张卡片分别在右边图形的哪个位置。</w:t>
            </w:r>
          </w:p>
        </w:tc>
        <w:tc>
          <w:tcPr>
            <w:tcW w:type="dxa" w:w="3061"/>
          </w:tcPr>
          <w:p>
            <w:pPr>
              <w:spacing w:after="20" w:line="276" w:lineRule="auto"/>
            </w:pPr>
            <w:r/>
            <w:r>
              <w:rPr>
                <w:rFonts w:ascii="宋体" w:hAnsi="宋体" w:eastAsia="宋体"/>
                <w:b w:val="0"/>
                <w:sz w:val="18"/>
              </w:rPr>
              <w:t>2.同桌之间互相说说每张卡片是怎样运动的。</w:t>
            </w:r>
          </w:p>
          <w:p>
            <w:pPr>
              <w:spacing w:after="20" w:line="276" w:lineRule="auto"/>
            </w:pPr>
            <w:r>
              <w:rPr>
                <w:rFonts w:ascii="宋体" w:hAnsi="宋体" w:eastAsia="宋体"/>
                <w:b w:val="0"/>
                <w:sz w:val="18"/>
              </w:rPr>
              <w:t>3.全班一起交流，课件展示。</w:t>
            </w:r>
          </w:p>
        </w:tc>
        <w:tc>
          <w:tcPr>
            <w:tcW w:type="dxa" w:w="1814"/>
          </w:tcPr>
          <w:p>
            <w:pPr>
              <w:spacing w:after="20" w:line="276" w:lineRule="auto"/>
            </w:pPr>
            <w:r/>
            <w:r>
              <w:rPr>
                <w:rFonts w:ascii="宋体" w:hAnsi="宋体" w:eastAsia="宋体"/>
                <w:b w:val="0"/>
                <w:sz w:val="18"/>
              </w:rPr>
              <w:t>通过有层次的练习及时反馈学情，巩固新知，培养学生灵活运用知识解决问题的能力。</w:t>
            </w:r>
          </w:p>
        </w:tc>
      </w:tr>
      <w:tr>
        <w:tc>
          <w:tcPr>
            <w:tcW w:type="dxa" w:w="1474"/>
          </w:tcPr>
          <w:p>
            <w:pPr>
              <w:spacing w:after="20" w:line="276" w:lineRule="auto"/>
            </w:pPr>
            <w:r>
              <w:rPr>
                <w:b/>
              </w:rPr>
            </w:r>
            <w:r>
              <w:rPr>
                <w:rFonts w:ascii="宋体" w:hAnsi="宋体" w:eastAsia="宋体"/>
                <w:b/>
                <w:sz w:val="18"/>
              </w:rPr>
              <w:t>四、课堂小结</w:t>
            </w:r>
          </w:p>
        </w:tc>
        <w:tc>
          <w:tcPr>
            <w:tcW w:type="dxa" w:w="3061"/>
          </w:tcPr>
          <w:p>
            <w:pPr>
              <w:spacing w:after="20" w:line="276" w:lineRule="auto"/>
            </w:pPr>
            <w:r/>
            <w:r>
              <w:rPr>
                <w:rFonts w:ascii="宋体" w:hAnsi="宋体" w:eastAsia="宋体"/>
                <w:b w:val="0"/>
                <w:sz w:val="18"/>
              </w:rPr>
              <w:t>师：这节课我们从不同角度观察图形，识别不同的基本图形经过变化之后形成的漂亮的图形，你有哪些收获呢？</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通过实际操作进一步理解平移和旋转，增加问题的趣味性。通过交流让学生感悟图形的运动是可以记录的，体验选取最佳方案的过程，培养学生的推理能力。</w:t>
            </w:r>
          </w:p>
        </w:tc>
      </w:tr>
    </w:tbl>
    <w:p>
      <w:pPr>
        <w:spacing w:after="40"/>
      </w:pPr>
    </w:p>
    <w:p>
      <w:pPr>
        <w:spacing w:after="60" w:line="300" w:lineRule="auto"/>
      </w:pPr>
      <w:r>
        <w:rPr>
          <w:rFonts w:ascii="黑体" w:hAnsi="黑体" w:eastAsia="黑体"/>
          <w:b/>
          <w:sz w:val="21"/>
        </w:rPr>
        <w:t>四、板书设计</w:t>
      </w:r>
    </w:p>
    <w:p>
      <w:pPr>
        <w:spacing w:after="40" w:line="300" w:lineRule="auto"/>
      </w:pPr>
      <w:r>
        <w:rPr>
          <w:rFonts w:ascii="宋体" w:hAnsi="宋体" w:eastAsia="宋体"/>
          <w:b w:val="0"/>
          <w:sz w:val="20"/>
        </w:rPr>
        <w:t>解决问题</w:t>
      </w:r>
    </w:p>
    <w:p>
      <w:pPr>
        <w:spacing w:after="40" w:line="300" w:lineRule="auto"/>
      </w:pPr>
      <w:r>
        <w:rPr>
          <w:rFonts w:ascii="宋体" w:hAnsi="宋体" w:eastAsia="宋体"/>
          <w:b w:val="0"/>
          <w:sz w:val="20"/>
        </w:rPr>
        <w:t>图形的变换可以通过平移、旋转等方法实现，利用图形的平移或旋转可以解决很多问题。</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教科书P48例8，完成教科书P50“练习九”第6题。</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【原教学设计反思（供参考）】有些图形，如熊猫拼图，学生没有学具可操作，只能进行想象和推理，学生解答中的错误比较多。由此也可以看出，学生的空间想象力、推理能力还需要进一步加强。</w:t>
      </w:r>
    </w:p>
    <w:p>
      <w:r>
        <w:br w:type="page"/>
      </w:r>
    </w:p>
    <w:p>
      <w:pPr>
        <w:spacing w:after="80" w:line="300" w:lineRule="auto"/>
      </w:pPr>
      <w:r>
        <w:rPr>
          <w:rFonts w:ascii="黑体" w:hAnsi="黑体" w:eastAsia="黑体"/>
          <w:b/>
          <w:sz w:val="24"/>
        </w:rPr>
        <w:t>二、课时教学方案（第7课时）</w:t>
      </w:r>
    </w:p>
    <w:p>
      <w:pPr>
        <w:spacing w:after="80" w:line="300" w:lineRule="auto"/>
      </w:pPr>
      <w:r>
        <w:rPr>
          <w:rFonts w:ascii="黑体" w:hAnsi="黑体" w:eastAsia="黑体"/>
          <w:b/>
          <w:sz w:val="24"/>
        </w:rPr>
        <w:t>第7课时　设计图案</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第7课时　设计图案</w:t>
            </w:r>
          </w:p>
        </w:tc>
        <w:tc>
          <w:tcPr>
            <w:tcW w:type="dxa" w:w="6009"/>
          </w:tcPr>
          <w:p>
            <w:pPr>
              <w:spacing w:after="20" w:line="276" w:lineRule="auto"/>
            </w:pPr>
            <w:r/>
            <w:r>
              <w:rPr>
                <w:rFonts w:ascii="宋体" w:hAnsi="宋体" w:eastAsia="宋体"/>
                <w:b w:val="0"/>
                <w:sz w:val="20"/>
              </w:rPr>
              <w:t>第4单元 图形的运动</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单元学情：借助操作，学生能认识图形运动的特征，但是运动后的图形以及探索多个图形拼组的运动变化，对于他们来说还是有一定难度的，在教学时要关注到每名学生，帮助他们理解。</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教学内容：教科书P51“设计图案”。</w:t>
      </w:r>
    </w:p>
    <w:p>
      <w:pPr>
        <w:spacing w:after="80" w:line="300" w:lineRule="auto"/>
        <w:ind w:firstLine="400"/>
      </w:pPr>
      <w:r>
        <w:rPr>
          <w:rFonts w:ascii="宋体" w:hAnsi="宋体" w:eastAsia="宋体"/>
          <w:b w:val="0"/>
          <w:sz w:val="20"/>
        </w:rPr>
        <w:t>教学准备：课件、方格纸、彩笔。</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（1）通过观察、欣赏运用平移和旋转知识设计的图形，能说出图形的变化方式和变化过程。</w:t>
      </w:r>
    </w:p>
    <w:p>
      <w:pPr>
        <w:spacing w:after="20" w:line="300" w:lineRule="auto"/>
        <w:ind w:firstLine="400"/>
      </w:pPr>
      <w:r>
        <w:rPr>
          <w:rFonts w:ascii="宋体" w:hAnsi="宋体" w:eastAsia="宋体"/>
          <w:b w:val="0"/>
          <w:sz w:val="20"/>
        </w:rPr>
        <w:t>（2）经历在方格纸上运用平移、旋转进行图案设计的过程，会运用对称、平移、旋转在方格纸上设计简单的图案。</w:t>
      </w:r>
    </w:p>
    <w:p>
      <w:pPr>
        <w:spacing w:after="20" w:line="300" w:lineRule="auto"/>
        <w:ind w:firstLine="400"/>
      </w:pPr>
      <w:r>
        <w:rPr>
          <w:rFonts w:ascii="宋体" w:hAnsi="宋体" w:eastAsia="宋体"/>
          <w:b w:val="0"/>
          <w:sz w:val="20"/>
        </w:rPr>
        <w:t>（3）欣赏几何图形的美，感受数学在生活中的应用价值。</w:t>
      </w:r>
    </w:p>
    <w:p>
      <w:pPr>
        <w:spacing w:after="20" w:line="300" w:lineRule="auto"/>
      </w:pPr>
      <w:r>
        <w:rPr>
          <w:rFonts w:ascii="宋体" w:hAnsi="宋体" w:eastAsia="宋体"/>
          <w:b w:val="0"/>
          <w:sz w:val="20"/>
        </w:rPr>
        <w:t>教学重点：利用图形对称、平移、旋转等知识经验理解图形变换的基本特征和设计图案的方法。</w:t>
      </w:r>
    </w:p>
    <w:p>
      <w:pPr>
        <w:spacing w:after="20" w:line="300" w:lineRule="auto"/>
      </w:pPr>
      <w:r>
        <w:rPr>
          <w:rFonts w:ascii="宋体" w:hAnsi="宋体" w:eastAsia="宋体"/>
          <w:b w:val="0"/>
          <w:sz w:val="20"/>
        </w:rPr>
        <w:t>教学难点：运用图形变换设计图案。</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欣赏图案</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同学们，这些图案美吗？它们有什么特点呢？同桌相互讨论一下，你们认为每幅图案是由哪个基本图形经过怎样的变换得到的？；我们来观察这个广缎上的纹样，它是由什么基本图形组成的？是怎样设计出来的？</w:t>
            </w:r>
          </w:p>
        </w:tc>
        <w:tc>
          <w:tcPr>
            <w:tcW w:type="dxa" w:w="1361"/>
          </w:tcPr>
          <w:p>
            <w:pPr>
              <w:spacing w:after="20" w:line="276" w:lineRule="auto"/>
            </w:pPr>
            <w:r/>
            <w:r>
              <w:rPr>
                <w:rFonts w:ascii="宋体" w:hAnsi="宋体" w:eastAsia="宋体"/>
                <w:b w:val="0"/>
                <w:sz w:val="18"/>
              </w:rPr>
              <w:t>22分钟</w:t>
            </w:r>
          </w:p>
        </w:tc>
      </w:tr>
      <w:tr>
        <w:tc>
          <w:tcPr>
            <w:tcW w:type="dxa" w:w="2835"/>
          </w:tcPr>
          <w:p>
            <w:pPr>
              <w:spacing w:after="20" w:line="276" w:lineRule="auto"/>
            </w:pPr>
            <w:r/>
            <w:r>
              <w:rPr>
                <w:rFonts w:ascii="宋体" w:hAnsi="宋体" w:eastAsia="宋体"/>
                <w:b w:val="0"/>
                <w:sz w:val="18"/>
              </w:rPr>
              <w:t>设计图案</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你们认为设计图案的第一步应该做什么？；选定基本图形后应通过什么方法设计图案呢？</w:t>
            </w:r>
          </w:p>
        </w:tc>
        <w:tc>
          <w:tcPr>
            <w:tcW w:type="dxa" w:w="1361"/>
          </w:tcPr>
          <w:p>
            <w:pPr>
              <w:spacing w:after="20" w:line="276" w:lineRule="auto"/>
            </w:pPr>
            <w:r/>
            <w:r>
              <w:rPr>
                <w:rFonts w:ascii="宋体" w:hAnsi="宋体" w:eastAsia="宋体"/>
                <w:b w:val="0"/>
                <w:sz w:val="18"/>
              </w:rPr>
              <w:t>18分钟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欣赏图案</w:t>
            </w:r>
          </w:p>
        </w:tc>
        <w:tc>
          <w:tcPr>
            <w:tcW w:type="dxa" w:w="3061"/>
          </w:tcPr>
          <w:p>
            <w:pPr>
              <w:spacing w:after="20" w:line="276" w:lineRule="auto"/>
            </w:pPr>
            <w:r/>
            <w:r>
              <w:rPr>
                <w:rFonts w:ascii="宋体" w:hAnsi="宋体" w:eastAsia="宋体"/>
                <w:b w:val="0"/>
                <w:sz w:val="18"/>
              </w:rPr>
              <w:t>1.课件出示教科书P51上面两幅图案。</w:t>
            </w:r>
          </w:p>
          <w:p>
            <w:pPr>
              <w:spacing w:after="20" w:line="276" w:lineRule="auto"/>
            </w:pPr>
            <w:r>
              <w:rPr>
                <w:rFonts w:ascii="宋体" w:hAnsi="宋体" w:eastAsia="宋体"/>
                <w:b w:val="0"/>
                <w:sz w:val="18"/>
              </w:rPr>
              <w:t>师：同学们，这些图案美吗？它们有什么特点呢？同桌相互讨论一下，你们认为每幅图案是由哪个基本图形经过怎样的变换得到的？</w:t>
            </w:r>
          </w:p>
          <w:p>
            <w:pPr>
              <w:spacing w:after="20" w:line="276" w:lineRule="auto"/>
            </w:pPr>
            <w:r>
              <w:rPr>
                <w:rFonts w:ascii="宋体" w:hAnsi="宋体" w:eastAsia="宋体"/>
                <w:b w:val="0"/>
                <w:sz w:val="18"/>
              </w:rPr>
              <w:t>2.分析图案。</w:t>
            </w:r>
          </w:p>
          <w:p>
            <w:pPr>
              <w:spacing w:after="20" w:line="276" w:lineRule="auto"/>
            </w:pPr>
            <w:r>
              <w:rPr>
                <w:rFonts w:ascii="宋体" w:hAnsi="宋体" w:eastAsia="宋体"/>
                <w:b w:val="0"/>
                <w:sz w:val="18"/>
              </w:rPr>
              <w:t>（1）分析广缎上的纹样。</w:t>
            </w:r>
          </w:p>
          <w:p>
            <w:pPr>
              <w:spacing w:after="20" w:line="276" w:lineRule="auto"/>
            </w:pPr>
            <w:r>
              <w:rPr>
                <w:rFonts w:ascii="宋体" w:hAnsi="宋体" w:eastAsia="宋体"/>
                <w:b w:val="0"/>
                <w:sz w:val="18"/>
              </w:rPr>
              <w:t>师：我们来观察这个广缎上的纹样，它是由什么基本图形组成的？是怎样设计出来的？</w:t>
            </w:r>
          </w:p>
          <w:p>
            <w:pPr>
              <w:spacing w:after="20" w:line="276" w:lineRule="auto"/>
            </w:pPr>
            <w:r>
              <w:rPr>
                <w:rFonts w:ascii="宋体" w:hAnsi="宋体" w:eastAsia="宋体"/>
                <w:b w:val="0"/>
                <w:sz w:val="18"/>
              </w:rPr>
              <w:t>课件将图案进行分解，找到基本图形，动态演示形成过程。</w:t>
            </w:r>
          </w:p>
          <w:p>
            <w:pPr>
              <w:spacing w:after="20" w:line="276" w:lineRule="auto"/>
            </w:pPr>
            <w:r>
              <w:rPr>
                <w:rFonts w:ascii="宋体" w:hAnsi="宋体" w:eastAsia="宋体"/>
                <w:b w:val="0"/>
                <w:sz w:val="18"/>
              </w:rPr>
              <w:t>（2）分析铜镜上的“四山纹”。</w:t>
            </w:r>
          </w:p>
          <w:p>
            <w:pPr>
              <w:spacing w:after="20" w:line="276" w:lineRule="auto"/>
            </w:pPr>
            <w:r>
              <w:rPr>
                <w:rFonts w:ascii="宋体" w:hAnsi="宋体" w:eastAsia="宋体"/>
                <w:b w:val="0"/>
                <w:sz w:val="18"/>
              </w:rPr>
              <w:t>师：这个图案又是由什么基本图形组成的呢？</w:t>
            </w:r>
          </w:p>
          <w:p>
            <w:pPr>
              <w:spacing w:after="20" w:line="276" w:lineRule="auto"/>
            </w:pPr>
            <w:r>
              <w:rPr>
                <w:rFonts w:ascii="宋体" w:hAnsi="宋体" w:eastAsia="宋体"/>
                <w:b w:val="0"/>
                <w:sz w:val="18"/>
              </w:rPr>
              <w:t>师生交流，形成认识：铜镜上的“四山纹”是由“山”字图案旋转形成的。</w:t>
            </w:r>
          </w:p>
          <w:p>
            <w:pPr>
              <w:spacing w:after="20" w:line="276" w:lineRule="auto"/>
            </w:pPr>
            <w:r>
              <w:rPr>
                <w:rFonts w:ascii="宋体" w:hAnsi="宋体" w:eastAsia="宋体"/>
                <w:b w:val="0"/>
                <w:sz w:val="18"/>
              </w:rPr>
              <w:t>课件动态演示图案的形成过程。</w:t>
            </w:r>
          </w:p>
          <w:p>
            <w:pPr>
              <w:spacing w:after="20" w:line="276" w:lineRule="auto"/>
            </w:pPr>
            <w:r>
              <w:rPr>
                <w:rFonts w:ascii="宋体" w:hAnsi="宋体" w:eastAsia="宋体"/>
                <w:b w:val="0"/>
                <w:sz w:val="18"/>
              </w:rPr>
              <w:t>3.揭示课题。</w:t>
            </w:r>
          </w:p>
          <w:p>
            <w:pPr>
              <w:spacing w:after="20" w:line="276" w:lineRule="auto"/>
            </w:pPr>
            <w:r>
              <w:rPr>
                <w:rFonts w:ascii="宋体" w:hAnsi="宋体" w:eastAsia="宋体"/>
                <w:b w:val="0"/>
                <w:sz w:val="18"/>
              </w:rPr>
              <w:t>师：这些美丽的图案看起来很复杂，其实是由简单的图形通过对称、平移或旋转形成的。今天，我们就一起来设计图案。（板书课题：设计图案）</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围绕环节目标组织学习活动，引导学生主动参与、积极思考，核心问题："同学们，这些图案美吗？它们有什么特点呢？同桌相互讨论一下，你们认为每幅图案是由哪个基本图形经过怎样的变换得到的？"</w:t>
            </w:r>
          </w:p>
        </w:tc>
      </w:tr>
      <w:tr>
        <w:tc>
          <w:tcPr>
            <w:tcW w:type="dxa" w:w="1474"/>
          </w:tcPr>
          <w:p>
            <w:pPr>
              <w:spacing w:after="20" w:line="276" w:lineRule="auto"/>
            </w:pPr>
            <w:r>
              <w:rPr>
                <w:b/>
              </w:rPr>
            </w:r>
            <w:r>
              <w:rPr>
                <w:rFonts w:ascii="宋体" w:hAnsi="宋体" w:eastAsia="宋体"/>
                <w:b/>
                <w:sz w:val="18"/>
              </w:rPr>
              <w:t>设计图案</w:t>
            </w:r>
          </w:p>
        </w:tc>
        <w:tc>
          <w:tcPr>
            <w:tcW w:type="dxa" w:w="3061"/>
          </w:tcPr>
          <w:p>
            <w:pPr>
              <w:spacing w:after="20" w:line="276" w:lineRule="auto"/>
            </w:pPr>
            <w:r/>
            <w:r>
              <w:rPr>
                <w:rFonts w:ascii="宋体" w:hAnsi="宋体" w:eastAsia="宋体"/>
                <w:b w:val="0"/>
                <w:sz w:val="18"/>
              </w:rPr>
              <w:t>教师将学生分成4人一组，共同探讨图案的设计方案。</w:t>
            </w:r>
          </w:p>
          <w:p>
            <w:pPr>
              <w:spacing w:after="20" w:line="276" w:lineRule="auto"/>
            </w:pPr>
            <w:r>
              <w:rPr>
                <w:rFonts w:ascii="宋体" w:hAnsi="宋体" w:eastAsia="宋体"/>
                <w:b w:val="0"/>
                <w:sz w:val="18"/>
              </w:rPr>
              <w:t>师：你们认为设计图案的第一步应该做什么？</w:t>
            </w:r>
          </w:p>
          <w:p>
            <w:pPr>
              <w:spacing w:after="20" w:line="276" w:lineRule="auto"/>
            </w:pPr>
            <w:r>
              <w:rPr>
                <w:rFonts w:ascii="宋体" w:hAnsi="宋体" w:eastAsia="宋体"/>
                <w:b w:val="0"/>
                <w:sz w:val="18"/>
              </w:rPr>
              <w:t>师：选定基本图形后应通过什么方法设计图案呢？</w:t>
            </w:r>
          </w:p>
          <w:p>
            <w:pPr>
              <w:spacing w:after="20" w:line="276" w:lineRule="auto"/>
            </w:pPr>
            <w:r>
              <w:rPr>
                <w:rFonts w:ascii="宋体" w:hAnsi="宋体" w:eastAsia="宋体"/>
                <w:b w:val="0"/>
                <w:sz w:val="18"/>
              </w:rPr>
              <w:t>师小结并板书：设计图案时，先选定基本图形，再用对称、平移和旋转等方法，设计自己喜欢的图案。</w:t>
            </w:r>
          </w:p>
          <w:p>
            <w:pPr>
              <w:spacing w:after="20" w:line="276" w:lineRule="auto"/>
            </w:pPr>
            <w:r>
              <w:rPr>
                <w:rFonts w:ascii="宋体" w:hAnsi="宋体" w:eastAsia="宋体"/>
                <w:b w:val="0"/>
                <w:sz w:val="18"/>
              </w:rPr>
              <w:t>2.展示交流，分享图案。</w:t>
            </w:r>
          </w:p>
          <w:p>
            <w:pPr>
              <w:spacing w:after="20" w:line="276" w:lineRule="auto"/>
            </w:pPr>
            <w:r>
              <w:rPr>
                <w:rFonts w:ascii="宋体" w:hAnsi="宋体" w:eastAsia="宋体"/>
                <w:b w:val="0"/>
                <w:sz w:val="18"/>
              </w:rPr>
              <w:t>利用实物投影展示优秀的作品，小组派代表介绍自己的设计思路和方法。</w:t>
            </w:r>
          </w:p>
          <w:p>
            <w:pPr>
              <w:spacing w:after="20" w:line="276" w:lineRule="auto"/>
            </w:pPr>
            <w:r>
              <w:rPr>
                <w:rFonts w:ascii="宋体" w:hAnsi="宋体" w:eastAsia="宋体"/>
                <w:b w:val="0"/>
                <w:sz w:val="18"/>
              </w:rPr>
              <w:t>教师对学生的不同图案进行评价指导，由全班同学共同选出设计最好的小组。</w:t>
            </w:r>
          </w:p>
          <w:p>
            <w:pPr>
              <w:spacing w:after="20" w:line="276" w:lineRule="auto"/>
            </w:pPr>
            <w:r>
              <w:rPr>
                <w:rFonts w:ascii="宋体" w:hAnsi="宋体" w:eastAsia="宋体"/>
                <w:b w:val="0"/>
                <w:sz w:val="18"/>
              </w:rPr>
              <w:t>课堂小结。</w:t>
            </w:r>
          </w:p>
          <w:p>
            <w:pPr>
              <w:spacing w:after="20" w:line="276" w:lineRule="auto"/>
            </w:pPr>
            <w:r>
              <w:rPr>
                <w:rFonts w:ascii="宋体" w:hAnsi="宋体" w:eastAsia="宋体"/>
                <w:b w:val="0"/>
                <w:sz w:val="18"/>
              </w:rPr>
              <w:t>师：这节课你有哪些收获？</w:t>
            </w:r>
          </w:p>
        </w:tc>
        <w:tc>
          <w:tcPr>
            <w:tcW w:type="dxa" w:w="3061"/>
          </w:tcPr>
          <w:p>
            <w:pPr>
              <w:spacing w:after="20" w:line="276" w:lineRule="auto"/>
            </w:pPr>
            <w:r/>
            <w:r>
              <w:rPr>
                <w:rFonts w:ascii="宋体" w:hAnsi="宋体" w:eastAsia="宋体"/>
                <w:b w:val="0"/>
                <w:sz w:val="18"/>
              </w:rPr>
              <w:t>1.小组合作，设计图案。</w:t>
            </w:r>
          </w:p>
          <w:p>
            <w:pPr>
              <w:spacing w:after="20" w:line="276" w:lineRule="auto"/>
            </w:pPr>
            <w:r>
              <w:rPr>
                <w:rFonts w:ascii="宋体" w:hAnsi="宋体" w:eastAsia="宋体"/>
                <w:b w:val="0"/>
                <w:sz w:val="18"/>
              </w:rPr>
              <w:t>第一步应该选定基本图形。</w:t>
            </w:r>
          </w:p>
          <w:p>
            <w:pPr>
              <w:spacing w:after="20" w:line="276" w:lineRule="auto"/>
            </w:pPr>
            <w:r>
              <w:rPr>
                <w:rFonts w:ascii="宋体" w:hAnsi="宋体" w:eastAsia="宋体"/>
                <w:b w:val="0"/>
                <w:sz w:val="18"/>
              </w:rPr>
              <w:t>可以通过对称、平移和旋转设计图案。</w:t>
            </w:r>
          </w:p>
        </w:tc>
        <w:tc>
          <w:tcPr>
            <w:tcW w:type="dxa" w:w="1814"/>
          </w:tcPr>
          <w:p>
            <w:pPr>
              <w:spacing w:after="20" w:line="276" w:lineRule="auto"/>
            </w:pPr>
            <w:r/>
            <w:r>
              <w:rPr>
                <w:rFonts w:ascii="宋体" w:hAnsi="宋体" w:eastAsia="宋体"/>
                <w:b w:val="0"/>
                <w:sz w:val="18"/>
              </w:rPr>
              <w:t>首先通过图案欣赏，分析并找到设计图案的基本图形。充分尊重学生的创新思维，组织学生小组合作，自主设计并绘制出图案。</w:t>
            </w:r>
          </w:p>
        </w:tc>
      </w:tr>
    </w:tbl>
    <w:p>
      <w:pPr>
        <w:spacing w:after="40"/>
      </w:pPr>
    </w:p>
    <w:p>
      <w:pPr>
        <w:spacing w:after="60" w:line="300" w:lineRule="auto"/>
      </w:pPr>
      <w:r>
        <w:rPr>
          <w:rFonts w:ascii="黑体" w:hAnsi="黑体" w:eastAsia="黑体"/>
          <w:b/>
          <w:sz w:val="21"/>
        </w:rPr>
        <w:t>四、板书设计</w:t>
      </w:r>
    </w:p>
    <w:p>
      <w:pPr>
        <w:spacing w:after="40" w:line="300" w:lineRule="auto"/>
      </w:pPr>
      <w:r>
        <w:rPr>
          <w:rFonts w:ascii="宋体" w:hAnsi="宋体" w:eastAsia="宋体"/>
          <w:b w:val="0"/>
          <w:sz w:val="20"/>
        </w:rPr>
        <w:t>设计图案</w:t>
      </w:r>
    </w:p>
    <w:p>
      <w:pPr>
        <w:spacing w:after="40" w:line="300" w:lineRule="auto"/>
      </w:pPr>
      <w:r>
        <w:rPr>
          <w:rFonts w:ascii="宋体" w:hAnsi="宋体" w:eastAsia="宋体"/>
          <w:b w:val="0"/>
          <w:sz w:val="20"/>
        </w:rPr>
        <w:t>方法：①选定基本图形</w:t>
      </w:r>
    </w:p>
    <w:p>
      <w:pPr>
        <w:spacing w:after="40" w:line="300" w:lineRule="auto"/>
      </w:pPr>
      <w:r>
        <w:rPr>
          <w:rFonts w:ascii="宋体" w:hAnsi="宋体" w:eastAsia="宋体"/>
          <w:b w:val="0"/>
          <w:sz w:val="20"/>
        </w:rPr>
        <w:t>②对称、旋转、平移</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教科书P51“设计图案”。</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学生能分析出图案中的基本图形，也能从理论上知道图案的设计方法，但是在画图的过程中，学生还是存在一定的困难，一个是画得比较慢，二是有同学在画的过程中容易错，教学时，需要教师耐心指导。</w:t>
      </w:r>
    </w:p>
    <w:p>
      <w:r>
        <w:br w:type="page"/>
      </w:r>
    </w:p>
    <w:p>
      <w:pPr>
        <w:spacing w:after="80" w:line="300" w:lineRule="auto"/>
      </w:pPr>
      <w:r>
        <w:rPr>
          <w:rFonts w:ascii="黑体" w:hAnsi="黑体" w:eastAsia="黑体"/>
          <w:b/>
          <w:sz w:val="24"/>
        </w:rPr>
        <w:t>二、课时教学方案（第8课时）</w:t>
      </w:r>
    </w:p>
    <w:p>
      <w:pPr>
        <w:spacing w:after="80" w:line="300" w:lineRule="auto"/>
      </w:pPr>
      <w:r>
        <w:rPr>
          <w:rFonts w:ascii="黑体" w:hAnsi="黑体" w:eastAsia="黑体"/>
          <w:b/>
          <w:sz w:val="24"/>
        </w:rPr>
        <w:t>第8课时　整理和复习（练习十）</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第8课时　整理和复习（练习十）</w:t>
            </w:r>
          </w:p>
        </w:tc>
        <w:tc>
          <w:tcPr>
            <w:tcW w:type="dxa" w:w="6009"/>
          </w:tcPr>
          <w:p>
            <w:pPr>
              <w:spacing w:after="20" w:line="276" w:lineRule="auto"/>
            </w:pPr>
            <w:r/>
            <w:r>
              <w:rPr>
                <w:rFonts w:ascii="宋体" w:hAnsi="宋体" w:eastAsia="宋体"/>
                <w:b w:val="0"/>
                <w:sz w:val="20"/>
              </w:rPr>
              <w:t>第4单元 图形的运动</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单元学情：借助操作，学生能认识图形运动的特征，但是运动后的图形以及探索多个图形拼组的运动变化，对于他们来说还是有一定难度的，在教学时要关注到每名学生，帮助他们理解。</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教学内容：教科书P52“整理和复习”，完成教科书P53～54“练习十”。</w:t>
      </w:r>
    </w:p>
    <w:p>
      <w:pPr>
        <w:spacing w:after="80" w:line="300" w:lineRule="auto"/>
        <w:ind w:firstLine="400"/>
      </w:pPr>
      <w:r>
        <w:rPr>
          <w:rFonts w:ascii="宋体" w:hAnsi="宋体" w:eastAsia="宋体"/>
          <w:b w:val="0"/>
          <w:sz w:val="20"/>
        </w:rPr>
        <w:t>教学准备：课件。</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（1）进一步体会图形的变换，感受轴对称、平移和旋转图形的相应特点。</w:t>
      </w:r>
    </w:p>
    <w:p>
      <w:pPr>
        <w:spacing w:after="20" w:line="300" w:lineRule="auto"/>
        <w:ind w:firstLine="400"/>
      </w:pPr>
      <w:r>
        <w:rPr>
          <w:rFonts w:ascii="宋体" w:hAnsi="宋体" w:eastAsia="宋体"/>
          <w:b w:val="0"/>
          <w:sz w:val="20"/>
        </w:rPr>
        <w:t>（2）提高图形变换的操作技能；能运用对称、平移和旋转在方格纸上设计简单的图案。</w:t>
      </w:r>
    </w:p>
    <w:p>
      <w:pPr>
        <w:spacing w:after="20" w:line="300" w:lineRule="auto"/>
      </w:pPr>
      <w:r>
        <w:rPr>
          <w:rFonts w:ascii="宋体" w:hAnsi="宋体" w:eastAsia="宋体"/>
          <w:b w:val="0"/>
          <w:sz w:val="20"/>
        </w:rPr>
        <w:t>教学重点：在方格纸上画出简单图形平移、旋转后的图形以及画出轴对称图形的另一半。</w:t>
      </w:r>
    </w:p>
    <w:p>
      <w:pPr>
        <w:spacing w:after="20" w:line="300" w:lineRule="auto"/>
      </w:pPr>
      <w:r>
        <w:rPr>
          <w:rFonts w:ascii="宋体" w:hAnsi="宋体" w:eastAsia="宋体"/>
          <w:b w:val="0"/>
          <w:sz w:val="20"/>
        </w:rPr>
        <w:t>教学难点：运用对称、平移和旋转设计图案。</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谈话激发，揭示课题</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3分钟</w:t>
            </w:r>
          </w:p>
        </w:tc>
      </w:tr>
      <w:tr>
        <w:tc>
          <w:tcPr>
            <w:tcW w:type="dxa" w:w="2835"/>
          </w:tcPr>
          <w:p>
            <w:pPr>
              <w:spacing w:after="20" w:line="276" w:lineRule="auto"/>
            </w:pPr>
            <w:r/>
            <w:r>
              <w:rPr>
                <w:rFonts w:ascii="宋体" w:hAnsi="宋体" w:eastAsia="宋体"/>
                <w:b w:val="0"/>
                <w:sz w:val="18"/>
              </w:rPr>
              <w:t>梳理重点，形成结构</w:t>
            </w:r>
          </w:p>
        </w:tc>
        <w:tc>
          <w:tcPr>
            <w:tcW w:type="dxa" w:w="1814"/>
          </w:tcPr>
          <w:p>
            <w:pPr>
              <w:spacing w:after="20" w:line="276" w:lineRule="auto"/>
            </w:pPr>
            <w:r/>
            <w:r>
              <w:rPr>
                <w:rFonts w:ascii="宋体" w:hAnsi="宋体" w:eastAsia="宋体"/>
                <w:b w:val="0"/>
                <w:sz w:val="18"/>
              </w:rPr>
              <w:t>教科书、课件、七巧板</w:t>
            </w:r>
          </w:p>
        </w:tc>
        <w:tc>
          <w:tcPr>
            <w:tcW w:type="dxa" w:w="3402"/>
          </w:tcPr>
          <w:p>
            <w:pPr>
              <w:spacing w:after="20" w:line="276" w:lineRule="auto"/>
            </w:pPr>
            <w:r/>
            <w:r>
              <w:rPr>
                <w:rFonts w:ascii="宋体" w:hAnsi="宋体" w:eastAsia="宋体"/>
                <w:b w:val="0"/>
                <w:sz w:val="18"/>
              </w:rPr>
              <w:t>上面图形是轴对称图形吗？轴对称图形有什么特点？；什么是平移呢？</w:t>
            </w:r>
          </w:p>
        </w:tc>
        <w:tc>
          <w:tcPr>
            <w:tcW w:type="dxa" w:w="1361"/>
          </w:tcPr>
          <w:p>
            <w:pPr>
              <w:spacing w:after="20" w:line="276" w:lineRule="auto"/>
            </w:pPr>
            <w:r/>
            <w:r>
              <w:rPr>
                <w:rFonts w:ascii="宋体" w:hAnsi="宋体" w:eastAsia="宋体"/>
                <w:b w:val="0"/>
                <w:sz w:val="18"/>
              </w:rPr>
              <w:t>27分钟</w:t>
            </w:r>
          </w:p>
        </w:tc>
      </w:tr>
      <w:tr>
        <w:tc>
          <w:tcPr>
            <w:tcW w:type="dxa" w:w="2835"/>
          </w:tcPr>
          <w:p>
            <w:pPr>
              <w:spacing w:after="20" w:line="276" w:lineRule="auto"/>
            </w:pPr>
            <w:r/>
            <w:r>
              <w:rPr>
                <w:rFonts w:ascii="宋体" w:hAnsi="宋体" w:eastAsia="宋体"/>
                <w:b w:val="0"/>
                <w:sz w:val="18"/>
              </w:rPr>
              <w:t>实践应用，巩固提升</w:t>
            </w:r>
          </w:p>
        </w:tc>
        <w:tc>
          <w:tcPr>
            <w:tcW w:type="dxa" w:w="1814"/>
          </w:tcPr>
          <w:p>
            <w:pPr>
              <w:spacing w:after="20" w:line="276" w:lineRule="auto"/>
            </w:pPr>
            <w:r/>
            <w:r>
              <w:rPr>
                <w:rFonts w:ascii="宋体" w:hAnsi="宋体" w:eastAsia="宋体"/>
                <w:b w:val="0"/>
                <w:sz w:val="18"/>
              </w:rPr>
              <w:t>教科书、课件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8分钟</w:t>
            </w:r>
          </w:p>
        </w:tc>
      </w:tr>
      <w:tr>
        <w:tc>
          <w:tcPr>
            <w:tcW w:type="dxa" w:w="2835"/>
          </w:tcPr>
          <w:p>
            <w:pPr>
              <w:spacing w:after="20" w:line="276" w:lineRule="auto"/>
            </w:pPr>
            <w:r/>
            <w:r>
              <w:rPr>
                <w:rFonts w:ascii="宋体" w:hAnsi="宋体" w:eastAsia="宋体"/>
                <w:b w:val="0"/>
                <w:sz w:val="18"/>
              </w:rPr>
              <w:t>四、课堂小结</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同学们，通过本节课的整理复习，你有哪些新的收获呢？还有什么问题吗？</w:t>
            </w:r>
          </w:p>
        </w:tc>
        <w:tc>
          <w:tcPr>
            <w:tcW w:type="dxa" w:w="1361"/>
          </w:tcPr>
          <w:p>
            <w:pPr>
              <w:spacing w:after="20" w:line="276" w:lineRule="auto"/>
            </w:pPr>
            <w:r/>
            <w:r>
              <w:rPr>
                <w:rFonts w:ascii="宋体" w:hAnsi="宋体" w:eastAsia="宋体"/>
                <w:b w:val="0"/>
                <w:sz w:val="18"/>
              </w:rPr>
              <w:t>2分钟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谈话激发，揭示课题</w:t>
            </w:r>
          </w:p>
        </w:tc>
        <w:tc>
          <w:tcPr>
            <w:tcW w:type="dxa" w:w="3061"/>
          </w:tcPr>
          <w:p>
            <w:pPr>
              <w:spacing w:after="20" w:line="276" w:lineRule="auto"/>
            </w:pPr>
            <w:r/>
            <w:r>
              <w:rPr>
                <w:rFonts w:ascii="宋体" w:hAnsi="宋体" w:eastAsia="宋体"/>
                <w:b w:val="0"/>
                <w:sz w:val="18"/>
              </w:rPr>
              <w:t>师：本单元学习了轴对称、平移和旋转，今天这节课，我们将对这些内容进行整理和复习。</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创设情境激活学生已有经验，自然引出本课学习内容，激发学习兴趣。</w:t>
            </w:r>
          </w:p>
        </w:tc>
      </w:tr>
      <w:tr>
        <w:tc>
          <w:tcPr>
            <w:tcW w:type="dxa" w:w="1474"/>
          </w:tcPr>
          <w:p>
            <w:pPr>
              <w:spacing w:after="20" w:line="276" w:lineRule="auto"/>
            </w:pPr>
            <w:r>
              <w:rPr>
                <w:b/>
              </w:rPr>
            </w:r>
            <w:r>
              <w:rPr>
                <w:rFonts w:ascii="宋体" w:hAnsi="宋体" w:eastAsia="宋体"/>
                <w:b/>
                <w:sz w:val="18"/>
              </w:rPr>
              <w:t>梳理重点，形成结构</w:t>
            </w:r>
          </w:p>
        </w:tc>
        <w:tc>
          <w:tcPr>
            <w:tcW w:type="dxa" w:w="3061"/>
          </w:tcPr>
          <w:p>
            <w:pPr>
              <w:spacing w:after="20" w:line="276" w:lineRule="auto"/>
            </w:pPr>
            <w:r/>
            <w:r>
              <w:rPr>
                <w:rFonts w:ascii="宋体" w:hAnsi="宋体" w:eastAsia="宋体"/>
                <w:b w:val="0"/>
                <w:sz w:val="18"/>
              </w:rPr>
              <w:t>（一）复习轴对称。</w:t>
            </w:r>
          </w:p>
          <w:p>
            <w:pPr>
              <w:spacing w:after="20" w:line="276" w:lineRule="auto"/>
            </w:pPr>
            <w:r>
              <w:rPr>
                <w:rFonts w:ascii="宋体" w:hAnsi="宋体" w:eastAsia="宋体"/>
                <w:b w:val="0"/>
                <w:sz w:val="18"/>
              </w:rPr>
              <w:t>1.观察图形。</w:t>
            </w:r>
          </w:p>
          <w:p>
            <w:pPr>
              <w:spacing w:after="20" w:line="276" w:lineRule="auto"/>
            </w:pPr>
            <w:r>
              <w:rPr>
                <w:rFonts w:ascii="宋体" w:hAnsi="宋体" w:eastAsia="宋体"/>
                <w:b w:val="0"/>
                <w:sz w:val="18"/>
              </w:rPr>
              <w:t>师：上面图形是轴对称图形吗？轴对称图形有什么特点？</w:t>
            </w:r>
          </w:p>
          <w:p>
            <w:pPr>
              <w:spacing w:after="20" w:line="276" w:lineRule="auto"/>
            </w:pPr>
            <w:r>
              <w:rPr>
                <w:rFonts w:ascii="宋体" w:hAnsi="宋体" w:eastAsia="宋体"/>
                <w:b w:val="0"/>
                <w:sz w:val="18"/>
              </w:rPr>
              <w:t>2.完成教科书P53“练习十”第2题。</w:t>
            </w:r>
          </w:p>
          <w:p>
            <w:pPr>
              <w:spacing w:after="20" w:line="276" w:lineRule="auto"/>
            </w:pPr>
            <w:r>
              <w:rPr>
                <w:rFonts w:ascii="宋体" w:hAnsi="宋体" w:eastAsia="宋体"/>
                <w:b w:val="0"/>
                <w:sz w:val="18"/>
              </w:rPr>
              <w:t>（1）学生自主在教科书上完成。</w:t>
            </w:r>
          </w:p>
          <w:p>
            <w:pPr>
              <w:spacing w:after="20" w:line="276" w:lineRule="auto"/>
            </w:pPr>
            <w:r>
              <w:rPr>
                <w:rFonts w:ascii="宋体" w:hAnsi="宋体" w:eastAsia="宋体"/>
                <w:b w:val="0"/>
                <w:sz w:val="18"/>
              </w:rPr>
              <w:t>（2）展示交流。</w:t>
            </w:r>
          </w:p>
          <w:p>
            <w:pPr>
              <w:spacing w:after="20" w:line="276" w:lineRule="auto"/>
            </w:pPr>
            <w:r>
              <w:rPr>
                <w:rFonts w:ascii="宋体" w:hAnsi="宋体" w:eastAsia="宋体"/>
                <w:b w:val="0"/>
                <w:sz w:val="18"/>
              </w:rPr>
              <w:t>实物投影展示学生的作品，并交流画法。</w:t>
            </w:r>
          </w:p>
          <w:p>
            <w:pPr>
              <w:spacing w:after="20" w:line="276" w:lineRule="auto"/>
            </w:pPr>
            <w:r>
              <w:rPr>
                <w:rFonts w:ascii="宋体" w:hAnsi="宋体" w:eastAsia="宋体"/>
                <w:b w:val="0"/>
                <w:sz w:val="18"/>
              </w:rPr>
              <w:t>（3）课件动态呈现解答过程，并呈现画轴对称图形另一半的方法。</w:t>
            </w:r>
          </w:p>
          <w:p>
            <w:pPr>
              <w:spacing w:after="20" w:line="276" w:lineRule="auto"/>
            </w:pPr>
            <w:r>
              <w:rPr>
                <w:rFonts w:ascii="宋体" w:hAnsi="宋体" w:eastAsia="宋体"/>
                <w:b w:val="0"/>
                <w:sz w:val="18"/>
              </w:rPr>
              <w:t>（二）复习平移。</w:t>
            </w:r>
          </w:p>
          <w:p>
            <w:pPr>
              <w:spacing w:after="20" w:line="276" w:lineRule="auto"/>
            </w:pPr>
            <w:r>
              <w:rPr>
                <w:rFonts w:ascii="宋体" w:hAnsi="宋体" w:eastAsia="宋体"/>
                <w:b w:val="0"/>
                <w:sz w:val="18"/>
              </w:rPr>
              <w:t>1.回顾平移的特征。</w:t>
            </w:r>
          </w:p>
          <w:p>
            <w:pPr>
              <w:spacing w:after="20" w:line="276" w:lineRule="auto"/>
            </w:pPr>
            <w:r>
              <w:rPr>
                <w:rFonts w:ascii="宋体" w:hAnsi="宋体" w:eastAsia="宋体"/>
                <w:b w:val="0"/>
                <w:sz w:val="18"/>
              </w:rPr>
              <w:t>师：什么是平移呢？拿出数学书，放在课桌的左上角，做一做平移运动。</w:t>
            </w:r>
          </w:p>
          <w:p>
            <w:pPr>
              <w:spacing w:after="20" w:line="276" w:lineRule="auto"/>
            </w:pPr>
            <w:r>
              <w:rPr>
                <w:rFonts w:ascii="宋体" w:hAnsi="宋体" w:eastAsia="宋体"/>
                <w:b w:val="0"/>
                <w:sz w:val="18"/>
              </w:rPr>
              <w:t>师：同学们互相看看现在你们的数学书的位置，是一样的吗？这是为什么呢？</w:t>
            </w:r>
          </w:p>
          <w:p>
            <w:pPr>
              <w:spacing w:after="20" w:line="276" w:lineRule="auto"/>
            </w:pPr>
            <w:r>
              <w:rPr>
                <w:rFonts w:ascii="宋体" w:hAnsi="宋体" w:eastAsia="宋体"/>
                <w:b w:val="0"/>
                <w:sz w:val="18"/>
              </w:rPr>
              <w:t>师小结：物体平移的方向和距离决定了物体最终的位置。</w:t>
            </w:r>
          </w:p>
          <w:p>
            <w:pPr>
              <w:spacing w:after="20" w:line="276" w:lineRule="auto"/>
            </w:pPr>
            <w:r>
              <w:rPr>
                <w:rFonts w:ascii="宋体" w:hAnsi="宋体" w:eastAsia="宋体"/>
                <w:b w:val="0"/>
                <w:sz w:val="18"/>
              </w:rPr>
              <w:t>2.完成教科书P53“练习十”第1题。</w:t>
            </w:r>
          </w:p>
          <w:p>
            <w:pPr>
              <w:spacing w:after="20" w:line="276" w:lineRule="auto"/>
            </w:pPr>
            <w:r>
              <w:rPr>
                <w:rFonts w:ascii="宋体" w:hAnsi="宋体" w:eastAsia="宋体"/>
                <w:b w:val="0"/>
                <w:sz w:val="18"/>
              </w:rPr>
              <w:t>（1）学生自主在教科书上画出图形。</w:t>
            </w:r>
          </w:p>
          <w:p>
            <w:pPr>
              <w:spacing w:after="20" w:line="276" w:lineRule="auto"/>
            </w:pPr>
            <w:r>
              <w:rPr>
                <w:rFonts w:ascii="宋体" w:hAnsi="宋体" w:eastAsia="宋体"/>
                <w:b w:val="0"/>
                <w:sz w:val="18"/>
              </w:rPr>
              <w:t>（2）展示交流。</w:t>
            </w:r>
          </w:p>
          <w:p>
            <w:pPr>
              <w:spacing w:after="20" w:line="276" w:lineRule="auto"/>
            </w:pPr>
            <w:r>
              <w:rPr>
                <w:rFonts w:ascii="宋体" w:hAnsi="宋体" w:eastAsia="宋体"/>
                <w:b w:val="0"/>
                <w:sz w:val="18"/>
              </w:rPr>
              <w:t>师：你们是怎么画出平移后的图形的？</w:t>
            </w:r>
          </w:p>
          <w:p>
            <w:pPr>
              <w:spacing w:after="20" w:line="276" w:lineRule="auto"/>
            </w:pPr>
            <w:r>
              <w:rPr>
                <w:rFonts w:ascii="宋体" w:hAnsi="宋体" w:eastAsia="宋体"/>
                <w:b w:val="0"/>
                <w:sz w:val="18"/>
              </w:rPr>
              <w:t>师：在平移时，各个点的移动具有什么特点？</w:t>
            </w:r>
          </w:p>
          <w:p>
            <w:pPr>
              <w:spacing w:after="20" w:line="276" w:lineRule="auto"/>
            </w:pPr>
            <w:r>
              <w:rPr>
                <w:rFonts w:ascii="宋体" w:hAnsi="宋体" w:eastAsia="宋体"/>
                <w:b w:val="0"/>
                <w:sz w:val="18"/>
              </w:rPr>
              <w:t>（三）整理复习旋转。</w:t>
            </w:r>
          </w:p>
          <w:p>
            <w:pPr>
              <w:spacing w:after="20" w:line="276" w:lineRule="auto"/>
            </w:pPr>
            <w:r>
              <w:rPr>
                <w:rFonts w:ascii="宋体" w:hAnsi="宋体" w:eastAsia="宋体"/>
                <w:b w:val="0"/>
                <w:sz w:val="18"/>
              </w:rPr>
              <w:t>1.做手臂操，回顾旋转的特征。</w:t>
            </w:r>
          </w:p>
          <w:p>
            <w:pPr>
              <w:spacing w:after="20" w:line="276" w:lineRule="auto"/>
            </w:pPr>
            <w:r>
              <w:rPr>
                <w:rFonts w:ascii="宋体" w:hAnsi="宋体" w:eastAsia="宋体"/>
                <w:b w:val="0"/>
                <w:sz w:val="18"/>
              </w:rPr>
              <w:t>师：学习辛苦啦！让我们伸出手臂，做做手臂操吧！先伸出你的左臂，平举好，跟着我做一做。谁来说一说，刚才我们的左臂是怎样运动的？</w:t>
            </w:r>
          </w:p>
          <w:p>
            <w:pPr>
              <w:spacing w:after="20" w:line="276" w:lineRule="auto"/>
            </w:pPr>
            <w:r>
              <w:rPr>
                <w:rFonts w:ascii="宋体" w:hAnsi="宋体" w:eastAsia="宋体"/>
                <w:b w:val="0"/>
                <w:sz w:val="18"/>
              </w:rPr>
              <w:t>师小结：绕着一个固定点转动，就是旋转运动。</w:t>
            </w:r>
          </w:p>
          <w:p>
            <w:pPr>
              <w:spacing w:after="20" w:line="276" w:lineRule="auto"/>
            </w:pPr>
            <w:r>
              <w:rPr>
                <w:rFonts w:ascii="宋体" w:hAnsi="宋体" w:eastAsia="宋体"/>
                <w:b w:val="0"/>
                <w:sz w:val="18"/>
              </w:rPr>
              <w:t>2.描述旋转。</w:t>
            </w:r>
          </w:p>
          <w:p>
            <w:pPr>
              <w:spacing w:after="20" w:line="276" w:lineRule="auto"/>
            </w:pPr>
            <w:r>
              <w:rPr>
                <w:rFonts w:ascii="宋体" w:hAnsi="宋体" w:eastAsia="宋体"/>
                <w:b w:val="0"/>
                <w:sz w:val="18"/>
              </w:rPr>
              <w:t>（1）教师手臂旋转做不同动作，学生来描述。</w:t>
            </w:r>
          </w:p>
          <w:p>
            <w:pPr>
              <w:spacing w:after="20" w:line="276" w:lineRule="auto"/>
            </w:pPr>
            <w:r>
              <w:rPr>
                <w:rFonts w:ascii="宋体" w:hAnsi="宋体" w:eastAsia="宋体"/>
                <w:b w:val="0"/>
                <w:sz w:val="18"/>
              </w:rPr>
              <w:t>（2）师生一起按教师的口令做运动。</w:t>
            </w:r>
          </w:p>
          <w:p>
            <w:pPr>
              <w:spacing w:after="20" w:line="276" w:lineRule="auto"/>
            </w:pPr>
            <w:r>
              <w:rPr>
                <w:rFonts w:ascii="宋体" w:hAnsi="宋体" w:eastAsia="宋体"/>
                <w:b w:val="0"/>
                <w:sz w:val="18"/>
              </w:rPr>
              <w:t>师：你们记得旋转的特征是什么吗？</w:t>
            </w:r>
          </w:p>
          <w:p>
            <w:pPr>
              <w:spacing w:after="20" w:line="276" w:lineRule="auto"/>
            </w:pPr>
            <w:r>
              <w:rPr>
                <w:rFonts w:ascii="宋体" w:hAnsi="宋体" w:eastAsia="宋体"/>
                <w:b w:val="0"/>
                <w:sz w:val="18"/>
              </w:rPr>
              <w:t>3.完成教科书P53“练习十”第3题。</w:t>
            </w:r>
          </w:p>
          <w:p>
            <w:pPr>
              <w:spacing w:after="20" w:line="276" w:lineRule="auto"/>
            </w:pPr>
            <w:r>
              <w:rPr>
                <w:rFonts w:ascii="宋体" w:hAnsi="宋体" w:eastAsia="宋体"/>
                <w:b w:val="0"/>
                <w:sz w:val="18"/>
              </w:rPr>
              <w:t>（1）学生独立完成。</w:t>
            </w:r>
          </w:p>
          <w:p>
            <w:pPr>
              <w:spacing w:after="20" w:line="276" w:lineRule="auto"/>
            </w:pPr>
            <w:r>
              <w:rPr>
                <w:rFonts w:ascii="宋体" w:hAnsi="宋体" w:eastAsia="宋体"/>
                <w:b w:val="0"/>
                <w:sz w:val="18"/>
              </w:rPr>
              <w:t>（2）全班集中评价。</w:t>
            </w:r>
          </w:p>
          <w:p>
            <w:pPr>
              <w:spacing w:after="20" w:line="276" w:lineRule="auto"/>
            </w:pPr>
            <w:r>
              <w:rPr>
                <w:rFonts w:ascii="宋体" w:hAnsi="宋体" w:eastAsia="宋体"/>
                <w:b w:val="0"/>
                <w:sz w:val="18"/>
              </w:rPr>
              <w:t>引导学生选择组合图形中的某一条线段，对前后图形进行对比，确定旋转的方向与角度。</w:t>
            </w:r>
          </w:p>
          <w:p>
            <w:pPr>
              <w:spacing w:after="20" w:line="276" w:lineRule="auto"/>
            </w:pPr>
            <w:r>
              <w:rPr>
                <w:rFonts w:ascii="宋体" w:hAnsi="宋体" w:eastAsia="宋体"/>
                <w:b w:val="0"/>
                <w:sz w:val="18"/>
              </w:rPr>
              <w:t>（四）整理复习设计图案。</w:t>
            </w:r>
          </w:p>
          <w:p>
            <w:pPr>
              <w:spacing w:after="20" w:line="276" w:lineRule="auto"/>
            </w:pPr>
            <w:r>
              <w:rPr>
                <w:rFonts w:ascii="宋体" w:hAnsi="宋体" w:eastAsia="宋体"/>
                <w:b w:val="0"/>
                <w:sz w:val="18"/>
              </w:rPr>
              <w:t>1.课件出示教科书P53“练习十”第4题。</w:t>
            </w:r>
          </w:p>
          <w:p>
            <w:pPr>
              <w:spacing w:after="20" w:line="276" w:lineRule="auto"/>
            </w:pPr>
            <w:r>
              <w:rPr>
                <w:rFonts w:ascii="宋体" w:hAnsi="宋体" w:eastAsia="宋体"/>
                <w:b w:val="0"/>
                <w:sz w:val="18"/>
              </w:rPr>
              <w:t>师：我们都玩过七巧板，你能用这副七巧板通过平移或旋转设计一个图案吗？</w:t>
            </w:r>
          </w:p>
          <w:p>
            <w:pPr>
              <w:spacing w:after="20" w:line="276" w:lineRule="auto"/>
            </w:pPr>
            <w:r>
              <w:rPr>
                <w:rFonts w:ascii="宋体" w:hAnsi="宋体" w:eastAsia="宋体"/>
                <w:b w:val="0"/>
                <w:sz w:val="18"/>
              </w:rPr>
              <w:t>（1）请学生在方格纸上画一画拼出的图案，并标出是由哪几块板拼成的。</w:t>
            </w:r>
          </w:p>
          <w:p>
            <w:pPr>
              <w:spacing w:after="20" w:line="276" w:lineRule="auto"/>
            </w:pPr>
            <w:r>
              <w:rPr>
                <w:rFonts w:ascii="宋体" w:hAnsi="宋体" w:eastAsia="宋体"/>
                <w:b w:val="0"/>
                <w:sz w:val="18"/>
              </w:rPr>
              <w:t>（2）同桌之间说一说，每块板是怎样平移或旋转的。</w:t>
            </w:r>
          </w:p>
          <w:p>
            <w:pPr>
              <w:spacing w:after="20" w:line="276" w:lineRule="auto"/>
            </w:pPr>
            <w:r>
              <w:rPr>
                <w:rFonts w:ascii="宋体" w:hAnsi="宋体" w:eastAsia="宋体"/>
                <w:b w:val="0"/>
                <w:sz w:val="18"/>
              </w:rPr>
              <w:t>（3）全班展示交流，课件同步呈现。</w:t>
            </w:r>
          </w:p>
          <w:p>
            <w:pPr>
              <w:spacing w:after="20" w:line="276" w:lineRule="auto"/>
            </w:pPr>
            <w:r>
              <w:rPr>
                <w:rFonts w:ascii="宋体" w:hAnsi="宋体" w:eastAsia="宋体"/>
                <w:b w:val="0"/>
                <w:sz w:val="18"/>
              </w:rPr>
              <w:t>2.归纳七巧板设计图案的方法。</w:t>
            </w:r>
          </w:p>
          <w:p>
            <w:pPr>
              <w:spacing w:after="20" w:line="276" w:lineRule="auto"/>
            </w:pPr>
            <w:r>
              <w:rPr>
                <w:rFonts w:ascii="宋体" w:hAnsi="宋体" w:eastAsia="宋体"/>
                <w:b w:val="0"/>
                <w:sz w:val="18"/>
              </w:rPr>
              <w:t>师：怎样用七巧板设计好看的图案呢？</w:t>
            </w:r>
          </w:p>
          <w:p>
            <w:pPr>
              <w:spacing w:after="20" w:line="276" w:lineRule="auto"/>
            </w:pPr>
            <w:r>
              <w:rPr>
                <w:rFonts w:ascii="宋体" w:hAnsi="宋体" w:eastAsia="宋体"/>
                <w:b w:val="0"/>
                <w:sz w:val="18"/>
              </w:rPr>
              <w:t>师：在设计图案时需要注意什么？</w:t>
            </w:r>
          </w:p>
        </w:tc>
        <w:tc>
          <w:tcPr>
            <w:tcW w:type="dxa" w:w="3061"/>
          </w:tcPr>
          <w:p>
            <w:pPr>
              <w:spacing w:after="20" w:line="276" w:lineRule="auto"/>
            </w:pPr>
            <w:r/>
            <w:r>
              <w:rPr>
                <w:rFonts w:ascii="宋体" w:hAnsi="宋体" w:eastAsia="宋体"/>
                <w:b w:val="0"/>
                <w:sz w:val="18"/>
              </w:rPr>
              <w:t>学生自己订正。</w:t>
            </w:r>
          </w:p>
          <w:p>
            <w:pPr>
              <w:spacing w:after="20" w:line="276" w:lineRule="auto"/>
            </w:pPr>
            <w:r>
              <w:rPr>
                <w:rFonts w:ascii="宋体" w:hAnsi="宋体" w:eastAsia="宋体"/>
                <w:b w:val="0"/>
                <w:sz w:val="18"/>
              </w:rPr>
              <w:t>学生按要求平移数学书。</w:t>
            </w:r>
          </w:p>
          <w:p>
            <w:pPr>
              <w:spacing w:after="20" w:line="276" w:lineRule="auto"/>
            </w:pPr>
            <w:r>
              <w:rPr>
                <w:rFonts w:ascii="宋体" w:hAnsi="宋体" w:eastAsia="宋体"/>
                <w:b w:val="0"/>
                <w:sz w:val="18"/>
              </w:rPr>
              <w:t>不一样，因为移动的方向和距离不一样。</w:t>
            </w:r>
          </w:p>
          <w:p>
            <w:pPr>
              <w:spacing w:after="20" w:line="276" w:lineRule="auto"/>
            </w:pPr>
            <w:r>
              <w:rPr>
                <w:rFonts w:ascii="宋体" w:hAnsi="宋体" w:eastAsia="宋体"/>
                <w:b w:val="0"/>
                <w:sz w:val="18"/>
              </w:rPr>
              <w:t>通过找对应点的方法。</w:t>
            </w:r>
          </w:p>
          <w:p>
            <w:pPr>
              <w:spacing w:after="20" w:line="276" w:lineRule="auto"/>
            </w:pPr>
            <w:r>
              <w:rPr>
                <w:rFonts w:ascii="宋体" w:hAnsi="宋体" w:eastAsia="宋体"/>
                <w:b w:val="0"/>
                <w:sz w:val="18"/>
              </w:rPr>
              <w:t>各个点移动方向相同，移动距离相同。</w:t>
            </w:r>
          </w:p>
          <w:p>
            <w:pPr>
              <w:spacing w:after="20" w:line="276" w:lineRule="auto"/>
            </w:pPr>
            <w:r>
              <w:rPr>
                <w:rFonts w:ascii="宋体" w:hAnsi="宋体" w:eastAsia="宋体"/>
                <w:b w:val="0"/>
                <w:sz w:val="18"/>
              </w:rPr>
              <w:t>对应点都绕旋转中心按同一方向旋转相同的角度，图形旋转前后，位置变了，旋转中心没变，图形的大小、形状不变。</w:t>
            </w:r>
          </w:p>
          <w:p>
            <w:pPr>
              <w:spacing w:after="20" w:line="276" w:lineRule="auto"/>
            </w:pPr>
            <w:r>
              <w:rPr>
                <w:rFonts w:ascii="宋体" w:hAnsi="宋体" w:eastAsia="宋体"/>
                <w:b w:val="0"/>
                <w:sz w:val="18"/>
              </w:rPr>
              <w:t>可以先画出想要拼成的图案形状，再移动七巧板，将七巧板移入画好的图案上。</w:t>
            </w:r>
          </w:p>
          <w:p>
            <w:pPr>
              <w:spacing w:after="20" w:line="276" w:lineRule="auto"/>
            </w:pPr>
            <w:r>
              <w:rPr>
                <w:rFonts w:ascii="宋体" w:hAnsi="宋体" w:eastAsia="宋体"/>
                <w:b w:val="0"/>
                <w:sz w:val="18"/>
              </w:rPr>
              <w:t>各块七巧板四周都是直线，没有曲线，设计的图案四周要是直线的，才能用七巧板拼出来。</w:t>
            </w:r>
          </w:p>
        </w:tc>
        <w:tc>
          <w:tcPr>
            <w:tcW w:type="dxa" w:w="1814"/>
          </w:tcPr>
          <w:p>
            <w:pPr>
              <w:spacing w:after="20" w:line="276" w:lineRule="auto"/>
            </w:pPr>
            <w:r/>
            <w:r>
              <w:rPr>
                <w:rFonts w:ascii="宋体" w:hAnsi="宋体" w:eastAsia="宋体"/>
                <w:b w:val="0"/>
                <w:sz w:val="18"/>
              </w:rPr>
              <w:t>引导学生回顾梳理本课所学，完善认知结构，提升归纳与反思能力，核心问题："上面图形是轴对称图形吗？轴对称图形有什么特点？"</w:t>
            </w:r>
          </w:p>
        </w:tc>
      </w:tr>
      <w:tr>
        <w:tc>
          <w:tcPr>
            <w:tcW w:type="dxa" w:w="1474"/>
          </w:tcPr>
          <w:p>
            <w:pPr>
              <w:spacing w:after="20" w:line="276" w:lineRule="auto"/>
            </w:pPr>
            <w:r>
              <w:rPr>
                <w:b/>
              </w:rPr>
            </w:r>
            <w:r>
              <w:rPr>
                <w:rFonts w:ascii="宋体" w:hAnsi="宋体" w:eastAsia="宋体"/>
                <w:b/>
                <w:sz w:val="18"/>
              </w:rPr>
              <w:t>实践应用，巩固提升</w:t>
            </w:r>
          </w:p>
        </w:tc>
        <w:tc>
          <w:tcPr>
            <w:tcW w:type="dxa" w:w="3061"/>
          </w:tcPr>
          <w:p>
            <w:pPr>
              <w:spacing w:after="20" w:line="276" w:lineRule="auto"/>
            </w:pPr>
            <w:r/>
            <w:r>
              <w:rPr>
                <w:rFonts w:ascii="宋体" w:hAnsi="宋体" w:eastAsia="宋体"/>
                <w:b w:val="0"/>
                <w:sz w:val="18"/>
              </w:rPr>
              <w:t>1.完成教科书P54“练习十”第5题。</w:t>
            </w:r>
          </w:p>
          <w:p>
            <w:pPr>
              <w:spacing w:after="20" w:line="276" w:lineRule="auto"/>
            </w:pPr>
            <w:r>
              <w:rPr>
                <w:rFonts w:ascii="宋体" w:hAnsi="宋体" w:eastAsia="宋体"/>
                <w:b w:val="0"/>
                <w:sz w:val="18"/>
              </w:rPr>
              <w:t>（1）同桌之间互相说说：每组图形经过怎样的运动可以变成一个正方形？</w:t>
            </w:r>
          </w:p>
          <w:p>
            <w:pPr>
              <w:spacing w:after="20" w:line="276" w:lineRule="auto"/>
            </w:pPr>
            <w:r>
              <w:rPr>
                <w:rFonts w:ascii="宋体" w:hAnsi="宋体" w:eastAsia="宋体"/>
                <w:b w:val="0"/>
                <w:sz w:val="18"/>
              </w:rPr>
              <w:t>（2）小组讨论：通过平移或旋转，还能把每组图形分别变成什么图形？</w:t>
            </w:r>
          </w:p>
          <w:p>
            <w:pPr>
              <w:spacing w:after="20" w:line="276" w:lineRule="auto"/>
            </w:pPr>
            <w:r>
              <w:rPr>
                <w:rFonts w:ascii="宋体" w:hAnsi="宋体" w:eastAsia="宋体"/>
                <w:b w:val="0"/>
                <w:sz w:val="18"/>
              </w:rPr>
              <w:t>2.完成教科书P54“练习十”第6题。</w:t>
            </w:r>
          </w:p>
          <w:p>
            <w:pPr>
              <w:spacing w:after="20" w:line="276" w:lineRule="auto"/>
            </w:pPr>
            <w:r>
              <w:rPr>
                <w:rFonts w:ascii="宋体" w:hAnsi="宋体" w:eastAsia="宋体"/>
                <w:b w:val="0"/>
                <w:sz w:val="18"/>
              </w:rPr>
              <w:t>（1）学生自主探索，画出图形的另一半。</w:t>
            </w:r>
          </w:p>
          <w:p>
            <w:pPr>
              <w:spacing w:after="20" w:line="276" w:lineRule="auto"/>
            </w:pPr>
            <w:r>
              <w:rPr>
                <w:rFonts w:ascii="宋体" w:hAnsi="宋体" w:eastAsia="宋体"/>
                <w:b w:val="0"/>
                <w:sz w:val="18"/>
              </w:rPr>
              <w:t>（2）同桌评价，交流。</w:t>
            </w:r>
          </w:p>
          <w:p>
            <w:pPr>
              <w:spacing w:after="20" w:line="276" w:lineRule="auto"/>
            </w:pPr>
            <w:r>
              <w:rPr>
                <w:rFonts w:ascii="宋体" w:hAnsi="宋体" w:eastAsia="宋体"/>
                <w:b w:val="0"/>
                <w:sz w:val="18"/>
              </w:rPr>
              <w:t>（3）全班集中交流。</w:t>
            </w:r>
          </w:p>
          <w:p>
            <w:pPr>
              <w:spacing w:after="20" w:line="276" w:lineRule="auto"/>
            </w:pPr>
            <w:r>
              <w:rPr>
                <w:rFonts w:ascii="宋体" w:hAnsi="宋体" w:eastAsia="宋体"/>
                <w:b w:val="0"/>
                <w:sz w:val="18"/>
              </w:rPr>
              <w:t>展示画得不对的作品，分析错误原因及改正方法。</w:t>
            </w:r>
          </w:p>
          <w:p>
            <w:pPr>
              <w:spacing w:after="20" w:line="276" w:lineRule="auto"/>
            </w:pPr>
            <w:r>
              <w:rPr>
                <w:rFonts w:ascii="宋体" w:hAnsi="宋体" w:eastAsia="宋体"/>
                <w:b w:val="0"/>
                <w:sz w:val="18"/>
              </w:rPr>
              <w:t>（4）课件展示正确画法的过程，并归纳画法。</w:t>
            </w:r>
          </w:p>
        </w:tc>
        <w:tc>
          <w:tcPr>
            <w:tcW w:type="dxa" w:w="3061"/>
          </w:tcPr>
          <w:p>
            <w:pPr>
              <w:spacing w:after="20" w:line="276" w:lineRule="auto"/>
            </w:pPr>
            <w:r/>
            <w:r>
              <w:rPr>
                <w:rFonts w:ascii="宋体" w:hAnsi="宋体" w:eastAsia="宋体"/>
                <w:b w:val="0"/>
                <w:sz w:val="18"/>
              </w:rPr>
              <w:t>学生可能会将每组图形变成不同的图形，只要学生说的变化方式和结果相一致，就给予肯定。</w:t>
            </w:r>
          </w:p>
        </w:tc>
        <w:tc>
          <w:tcPr>
            <w:tcW w:type="dxa" w:w="1814"/>
          </w:tcPr>
          <w:p>
            <w:pPr>
              <w:spacing w:after="20" w:line="276" w:lineRule="auto"/>
            </w:pPr>
            <w:r/>
            <w:r>
              <w:rPr>
                <w:rFonts w:ascii="宋体" w:hAnsi="宋体" w:eastAsia="宋体"/>
                <w:b w:val="0"/>
                <w:sz w:val="18"/>
              </w:rPr>
              <w:t>通过有层次的练习及时反馈学情，巩固新知，培养学生灵活运用知识解决问题的能力。</w:t>
            </w:r>
          </w:p>
        </w:tc>
      </w:tr>
      <w:tr>
        <w:tc>
          <w:tcPr>
            <w:tcW w:type="dxa" w:w="1474"/>
          </w:tcPr>
          <w:p>
            <w:pPr>
              <w:spacing w:after="20" w:line="276" w:lineRule="auto"/>
            </w:pPr>
            <w:r>
              <w:rPr>
                <w:b/>
              </w:rPr>
            </w:r>
            <w:r>
              <w:rPr>
                <w:rFonts w:ascii="宋体" w:hAnsi="宋体" w:eastAsia="宋体"/>
                <w:b/>
                <w:sz w:val="18"/>
              </w:rPr>
              <w:t>四、课堂小结</w:t>
            </w:r>
          </w:p>
        </w:tc>
        <w:tc>
          <w:tcPr>
            <w:tcW w:type="dxa" w:w="3061"/>
          </w:tcPr>
          <w:p>
            <w:pPr>
              <w:spacing w:after="20" w:line="276" w:lineRule="auto"/>
            </w:pPr>
            <w:r/>
            <w:r>
              <w:rPr>
                <w:rFonts w:ascii="宋体" w:hAnsi="宋体" w:eastAsia="宋体"/>
                <w:b w:val="0"/>
                <w:sz w:val="18"/>
              </w:rPr>
              <w:t>师：同学们，通过本节课的整理复习，你有哪些新的收获呢？还有什么问题吗？</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借助具体的练习，分版块复习，让学生巩固本单元的内容。通过提升练习进一步深化学生对本单元内容的理解。</w:t>
            </w:r>
          </w:p>
        </w:tc>
      </w:tr>
    </w:tbl>
    <w:p>
      <w:pPr>
        <w:spacing w:after="40"/>
      </w:pPr>
    </w:p>
    <w:p>
      <w:pPr>
        <w:spacing w:after="60" w:line="300" w:lineRule="auto"/>
      </w:pPr>
      <w:r>
        <w:rPr>
          <w:rFonts w:ascii="黑体" w:hAnsi="黑体" w:eastAsia="黑体"/>
          <w:b/>
          <w:sz w:val="21"/>
        </w:rPr>
        <w:t>四、板书设计</w:t>
      </w:r>
    </w:p>
    <w:p>
      <w:pPr>
        <w:spacing w:after="40" w:line="300" w:lineRule="auto"/>
        <w:ind w:firstLine="400"/>
      </w:pPr>
      <w:r>
        <w:rPr>
          <w:rFonts w:ascii="宋体" w:hAnsi="宋体" w:eastAsia="宋体"/>
          <w:b w:val="0"/>
          <w:sz w:val="20"/>
        </w:rPr>
        <w:t>（本课板书建议结合教学进程以提纲式或图文式呈现：突出课题与核心知识结构，突出重点、帮助理解、布局合理，与教学目标相呼应。）</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教科书P52“整理和复习”，完成教科书P53～54“练习十”。</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在现阶段，学生难以建立轴对称、平移、旋转之间的内在联系。在用七巧板设计图案的时候，他们虽然能拼出不同的图案，但是难以表述或者厘清每块板的运动方式，需要加强学生的综合运用能力。</w:t>
      </w:r>
    </w:p>
    <w:sectPr w:rsidR="00FC693F" w:rsidRPr="0006063C" w:rsidSect="00034616">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