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人教版五年级数学上册</w:t>
      </w:r>
    </w:p>
    <w:p>
      <w:pPr>
        <w:spacing w:after="80" w:line="300" w:lineRule="auto"/>
        <w:jc w:val="center"/>
      </w:pPr>
      <w:r>
        <w:rPr>
          <w:rFonts w:ascii="黑体" w:hAnsi="黑体" w:eastAsia="黑体"/>
          <w:b/>
          <w:sz w:val="26"/>
        </w:rPr>
        <w:t>第7单元 可能性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第7单元 可能性</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统计与概率</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5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的主要内容是初步体验事件发生的确定性和不确定性，学会列举出简单试验所有可能发生的结果，知道随机事件发生的可能性大小是不同的，能对一些简单事件发生的可能性大小进行推测。本单元知识内容的学习对学生后续概率知识的学习有重要作用。</w:t>
      </w:r>
    </w:p>
    <w:p>
      <w:pPr>
        <w:spacing w:after="80" w:line="300" w:lineRule="auto"/>
        <w:ind w:firstLine="400"/>
      </w:pPr>
      <w:r>
        <w:rPr>
          <w:rFonts w:ascii="宋体" w:hAnsi="宋体" w:eastAsia="宋体"/>
          <w:b w:val="0"/>
          <w:sz w:val="20"/>
        </w:rPr>
        <w:t>在教学中要注意：本单元主要是让学生对随机现象初步“体验”和“感受”，因此，教师在引导学生感受“可预测结果现象”“无法预测结果现象”以及“事件发生的可能性大小”时，只要让学生能够结合具体的问题情境，用“一定（肯定）”“不可能”“可能”等词语来描述事件发生的可能性就可以了，不必要求学生使用有关术语进行解释，也不必要求学生求出可能性的具体大小。</w:t>
      </w:r>
    </w:p>
    <w:p>
      <w:pPr>
        <w:spacing w:after="80" w:line="300" w:lineRule="auto"/>
        <w:ind w:firstLine="400"/>
      </w:pPr>
      <w:r>
        <w:rPr>
          <w:rFonts w:ascii="宋体" w:hAnsi="宋体" w:eastAsia="宋体"/>
          <w:b w:val="0"/>
          <w:sz w:val="20"/>
        </w:rPr>
        <w:t>在学习本单元之前，学生对于纷繁的自然与社会中的确定现象与不确定现象有了一些体会。例如，抛一个石块，可预知它必然要下落；在标准大气压下温度低于0℃时，可预知冰不可能融化；掷一枚硬币，我们无法事先确定它落地时会出现正面朝上还是反面朝上。在这些熟悉的生活情境中，引导学生进一步研究“可能性”的相关知识，让学生感受统计与概率的联系，体现数学的应用价值。</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但是现阶段，学生判定的不确定事件都是基于他们自身的生活经验和学习知识基础，对于有些需要严谨推理或者推理较复杂的事件，学生进行预测或判断还是有一定的难度。</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应用意识：能根据可能性的大小设计游戏或者活动方案，对实际问题进行预测或判定。</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第1课时：在熟悉的生活情境中初步体验事件发生的确定性和不确定性。</w:t>
      </w:r>
    </w:p>
    <w:p>
      <w:pPr>
        <w:spacing w:after="20" w:line="300" w:lineRule="auto"/>
        <w:ind w:firstLine="400"/>
      </w:pPr>
      <w:r>
        <w:rPr>
          <w:rFonts w:ascii="宋体" w:hAnsi="宋体" w:eastAsia="宋体"/>
          <w:b w:val="0"/>
          <w:sz w:val="20"/>
        </w:rPr>
        <w:t>第2课时：能说出简单随机现象中所有可能发生的结果，体验事件发生的随机性。</w:t>
      </w:r>
    </w:p>
    <w:p>
      <w:pPr>
        <w:spacing w:after="20" w:line="300" w:lineRule="auto"/>
        <w:ind w:firstLine="400"/>
      </w:pPr>
      <w:r>
        <w:rPr>
          <w:rFonts w:ascii="宋体" w:hAnsi="宋体" w:eastAsia="宋体"/>
          <w:b w:val="0"/>
          <w:sz w:val="20"/>
        </w:rPr>
        <w:t>第3课时：进一步体会不确定现象的特点及事件发生的可能性的大小。</w:t>
      </w:r>
    </w:p>
    <w:p>
      <w:pPr>
        <w:spacing w:after="20" w:line="300" w:lineRule="auto"/>
        <w:ind w:firstLine="400"/>
      </w:pPr>
      <w:r>
        <w:rPr>
          <w:rFonts w:ascii="宋体" w:hAnsi="宋体" w:eastAsia="宋体"/>
          <w:b w:val="0"/>
          <w:sz w:val="20"/>
        </w:rPr>
        <w:t>第4课时：借助游戏情境，经历猜想、试验、验证的过程，巩固“组合”的有关知识，探讨事件发生的可能性大小。</w:t>
      </w:r>
    </w:p>
    <w:p>
      <w:pPr>
        <w:spacing w:after="20" w:line="300" w:lineRule="auto"/>
        <w:ind w:firstLine="400"/>
      </w:pPr>
      <w:r>
        <w:rPr>
          <w:rFonts w:ascii="宋体" w:hAnsi="宋体" w:eastAsia="宋体"/>
          <w:b w:val="0"/>
          <w:sz w:val="20"/>
        </w:rPr>
        <w:t>第5课时：整理本单元所学知识，根据可预测和不可预测的现象会用“一定”“可能”“不可能”等词描述预测结果。</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重视学生的经验和体验，创设贴近学生生活的问题情境。在教学中，不管是在学生熟悉的生活情境还是感兴趣的游戏活动（如掷硬币、摸球、掷骰子等）中，教师都应注意创设各种问题情境，充分调动学生的主动性和积极性，鼓励学生亲自动手试验，在试验中体验事件发生的可能性，让学生在具体的操作活动中进行独立思考并主动与同伴交换自己的想法，引导学生在观察、猜测、试验与交流等数学活动中，充分感受和体验不确定现象和事件发生的可能性，经历知识的形成过程。</w:t>
      </w:r>
    </w:p>
    <w:p>
      <w:pPr>
        <w:spacing w:after="20" w:line="300" w:lineRule="auto"/>
      </w:pPr>
      <w:r>
        <w:rPr>
          <w:rFonts w:ascii="宋体" w:hAnsi="宋体" w:eastAsia="宋体"/>
          <w:b w:val="0"/>
          <w:sz w:val="20"/>
        </w:rPr>
        <w:t>● 将猜想和验证紧密结合，发展学生的随机观念和数据观念。对于可能性的大小，学生很容易根据数据的多少进行判断，但是难以体会到随机性。认为数据多的可能性大，出现的次数一定多。要通过试验让学生体会到，可能性大不一定是出现的次数多。</w:t>
      </w:r>
    </w:p>
    <w:p>
      <w:pPr>
        <w:spacing w:after="20" w:line="300" w:lineRule="auto"/>
      </w:pPr>
      <w:r>
        <w:rPr>
          <w:rFonts w:ascii="宋体" w:hAnsi="宋体" w:eastAsia="宋体"/>
          <w:b w:val="0"/>
          <w:sz w:val="20"/>
        </w:rPr>
        <w:t>● 组织开展简单的实践活动，培养学生的应用意识。由于时间和空间的限制，课堂教学对于培养学生应用意识的作用是有限的，所以在教学本单元时，教师可以适当地设计一些简单的实践活动（如为班级或学校元旦联欢会设计一个摇奖转盘等），将课内外的学习结合起来，使学生感受数学与生活的联系，从而培养学生主动发现生活中的数学问题并应用所学的数学知识进行解释和解决的意识。</w:t>
      </w:r>
    </w:p>
    <w:p>
      <w:pPr>
        <w:spacing w:after="20" w:line="300" w:lineRule="auto"/>
      </w:pPr>
      <w:r>
        <w:rPr>
          <w:rFonts w:ascii="宋体" w:hAnsi="宋体" w:eastAsia="宋体"/>
          <w:b w:val="0"/>
          <w:sz w:val="20"/>
        </w:rPr>
        <w:t>数据意识：结合生活现象感悟事件发生的随机性。知道数据中蕴含的信息，能根据数据进行预测和判断。</w:t>
      </w:r>
    </w:p>
    <w:p>
      <w:pPr>
        <w:spacing w:after="20" w:line="300" w:lineRule="auto"/>
      </w:pPr>
      <w:r>
        <w:rPr>
          <w:rFonts w:ascii="宋体" w:hAnsi="宋体" w:eastAsia="宋体"/>
          <w:b w:val="0"/>
          <w:sz w:val="20"/>
        </w:rPr>
        <w:t>推理意识：能根据事件出现的次数（或多少）推断出事件发生的可能性及可能性的大小。</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事件发生的可能性</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在熟悉的生活情境中初步体验事件发生的确定性和不确定性。</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可能性的大小（1）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能说出简单随机现象中所有可能发生的结果，体验事件发生的随机性。</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可能性的大小（2）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进一步体会不确定现象的特点及事件发生的可能性的大小。</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掷一掷</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借助游戏情境，经历猜想、试验、验证的过程，巩固“组合”的有关知识，探讨事件发生的可能性大小。</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整理和复习（练习二十）</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整理本单元所学知识，根据可预测和不可预测的现象会用“一定”“可能”“不可能”等词描述预测结果。</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事件发生的可能性</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事件发生的可能性</w:t>
            </w:r>
          </w:p>
        </w:tc>
        <w:tc>
          <w:tcPr>
            <w:tcW w:type="dxa" w:w="6009"/>
          </w:tcPr>
          <w:p>
            <w:pPr>
              <w:spacing w:after="20" w:line="276" w:lineRule="auto"/>
            </w:pPr>
            <w:r/>
            <w:r>
              <w:rPr>
                <w:rFonts w:ascii="宋体" w:hAnsi="宋体" w:eastAsia="宋体"/>
                <w:b w:val="0"/>
                <w:sz w:val="20"/>
              </w:rPr>
              <w:t>第7单元 可能性</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单元学情：但是现阶段，学生判定的不确定事件都是基于他们自身的生活经验和学习知识基础，对于有些需要严谨推理或者推理较复杂的事件，学生进行预测或判断还是有一定的难度。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教学内容：教科书P98～99例1，完成教科书P99“做一做”。</w:t>
      </w:r>
    </w:p>
    <w:p>
      <w:pPr>
        <w:spacing w:after="80" w:line="300" w:lineRule="auto"/>
        <w:ind w:firstLine="400"/>
      </w:pPr>
      <w:r>
        <w:rPr>
          <w:rFonts w:ascii="宋体" w:hAnsi="宋体" w:eastAsia="宋体"/>
          <w:b w:val="0"/>
          <w:sz w:val="20"/>
        </w:rPr>
        <w:t>教学准备：课件、“海宝”玩偶、卡片、（学生4人为一组）准备的纸盒和棋子。</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（1）在熟悉的生活情境中初步体验事件发生的确定性和不确定性。</w:t>
      </w:r>
    </w:p>
    <w:p>
      <w:pPr>
        <w:spacing w:after="20" w:line="300" w:lineRule="auto"/>
        <w:ind w:firstLine="400"/>
      </w:pPr>
      <w:r>
        <w:rPr>
          <w:rFonts w:ascii="宋体" w:hAnsi="宋体" w:eastAsia="宋体"/>
          <w:b w:val="0"/>
          <w:sz w:val="20"/>
        </w:rPr>
        <w:t>（2）初步能用“一定”“可能”“不可能”等词语来描述生活中事件发生的可能性，感受数学与生活的联系。</w:t>
      </w:r>
    </w:p>
    <w:p>
      <w:pPr>
        <w:spacing w:after="20" w:line="300" w:lineRule="auto"/>
        <w:ind w:firstLine="400"/>
      </w:pPr>
      <w:r>
        <w:rPr>
          <w:rFonts w:ascii="宋体" w:hAnsi="宋体" w:eastAsia="宋体"/>
          <w:b w:val="0"/>
          <w:sz w:val="20"/>
        </w:rPr>
        <w:t>（3）培养学生思维的严谨性、口头表达能力和小组合作能力。</w:t>
      </w:r>
    </w:p>
    <w:p>
      <w:pPr>
        <w:spacing w:after="20" w:line="300" w:lineRule="auto"/>
      </w:pPr>
      <w:r>
        <w:rPr>
          <w:rFonts w:ascii="宋体" w:hAnsi="宋体" w:eastAsia="宋体"/>
          <w:b w:val="0"/>
          <w:sz w:val="20"/>
        </w:rPr>
        <w:t>教学重点：通过活动让学生充分体验事件发生的确定性和不确定性。</w:t>
      </w:r>
    </w:p>
    <w:p>
      <w:pPr>
        <w:spacing w:after="20" w:line="300" w:lineRule="auto"/>
      </w:pPr>
      <w:r>
        <w:rPr>
          <w:rFonts w:ascii="宋体" w:hAnsi="宋体" w:eastAsia="宋体"/>
          <w:b w:val="0"/>
          <w:sz w:val="20"/>
        </w:rPr>
        <w:t>教学难点：会用“可能”“不可能”正确地描述事件发生的可能性。</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游戏导入，揭示课题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今天我带了一位新朋友和同学们一起来上课。瞧，这是谁呢？；猜猜“海宝”待会会举起哪只手？</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二、合作探究，猜测验证</w:t>
            </w:r>
          </w:p>
        </w:tc>
        <w:tc>
          <w:tcPr>
            <w:tcW w:type="dxa" w:w="1814"/>
          </w:tcPr>
          <w:p>
            <w:pPr>
              <w:spacing w:after="20" w:line="276" w:lineRule="auto"/>
            </w:pPr>
            <w:r/>
            <w:r>
              <w:rPr>
                <w:rFonts w:ascii="宋体" w:hAnsi="宋体" w:eastAsia="宋体"/>
                <w:b w:val="0"/>
                <w:sz w:val="18"/>
              </w:rPr>
              <w:t>课件、教科书、图片</w:t>
            </w:r>
          </w:p>
        </w:tc>
        <w:tc>
          <w:tcPr>
            <w:tcW w:type="dxa" w:w="3402"/>
          </w:tcPr>
          <w:p>
            <w:pPr>
              <w:spacing w:after="20" w:line="276" w:lineRule="auto"/>
            </w:pPr>
            <w:r/>
            <w:r>
              <w:rPr>
                <w:rFonts w:ascii="宋体" w:hAnsi="宋体" w:eastAsia="宋体"/>
                <w:b w:val="0"/>
                <w:sz w:val="18"/>
              </w:rPr>
              <w:t>小明同学第一个抽签，同学们猜一猜，他可能会抽到什么节目呢？；生活中还有很多类似的现象，大家能再举一些例子吗？</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三、总结经验，升华主题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通过三次抽卡片，你知道了什么？</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四、试验操作，深化理解</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从图中你都知道了什么？</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本节课你有什么收获？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游戏导入，揭示课题</w:t>
            </w:r>
          </w:p>
        </w:tc>
        <w:tc>
          <w:tcPr>
            <w:tcW w:type="dxa" w:w="3061"/>
          </w:tcPr>
          <w:p>
            <w:pPr>
              <w:spacing w:after="20" w:line="276" w:lineRule="auto"/>
            </w:pPr>
            <w:r/>
            <w:r>
              <w:rPr>
                <w:rFonts w:ascii="宋体" w:hAnsi="宋体" w:eastAsia="宋体"/>
                <w:b w:val="0"/>
                <w:sz w:val="18"/>
              </w:rPr>
              <w:t>师：今天我带了一位新朋友和同学们一起来上课。瞧，这是谁呢？（展示“海宝”玩偶）</w:t>
            </w:r>
          </w:p>
          <w:p>
            <w:pPr>
              <w:spacing w:after="20" w:line="276" w:lineRule="auto"/>
            </w:pPr>
            <w:r>
              <w:rPr>
                <w:rFonts w:ascii="宋体" w:hAnsi="宋体" w:eastAsia="宋体"/>
                <w:b w:val="0"/>
                <w:sz w:val="18"/>
              </w:rPr>
              <w:t>师：猜猜“海宝”待会会举起哪只手？</w:t>
            </w:r>
          </w:p>
          <w:p>
            <w:pPr>
              <w:spacing w:after="20" w:line="276" w:lineRule="auto"/>
            </w:pPr>
            <w:r>
              <w:rPr>
                <w:rFonts w:ascii="宋体" w:hAnsi="宋体" w:eastAsia="宋体"/>
                <w:b w:val="0"/>
                <w:sz w:val="18"/>
              </w:rPr>
              <w:t>师：其实生活中有许多事情发生的结果是不确定的，可能会这样，也可能会那样。今天我们就一起来学习有关可能性的知识。（板书课题：事件发生的可能性）</w:t>
            </w:r>
          </w:p>
        </w:tc>
        <w:tc>
          <w:tcPr>
            <w:tcW w:type="dxa" w:w="3061"/>
          </w:tcPr>
          <w:p>
            <w:pPr>
              <w:spacing w:after="20" w:line="276" w:lineRule="auto"/>
            </w:pPr>
            <w:r/>
            <w:r>
              <w:rPr>
                <w:rFonts w:ascii="宋体" w:hAnsi="宋体" w:eastAsia="宋体"/>
                <w:b w:val="0"/>
                <w:sz w:val="18"/>
              </w:rPr>
              <w:t>有的学生猜左手，有的学生猜右手。</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创设情境激活学生已有经验，自然引出本课学习内容，激发学习兴趣，核心问题："今天我带了一位新朋友和同学们一起来上课。瞧，这是谁呢？"</w:t>
            </w:r>
          </w:p>
        </w:tc>
      </w:tr>
      <w:tr>
        <w:tc>
          <w:tcPr>
            <w:tcW w:type="dxa" w:w="1474"/>
          </w:tcPr>
          <w:p>
            <w:pPr>
              <w:spacing w:after="20" w:line="276" w:lineRule="auto"/>
            </w:pPr>
            <w:r>
              <w:rPr>
                <w:b/>
              </w:rPr>
            </w:r>
            <w:r>
              <w:rPr>
                <w:rFonts w:ascii="宋体" w:hAnsi="宋体" w:eastAsia="宋体"/>
                <w:b/>
                <w:sz w:val="18"/>
              </w:rPr>
              <w:t>二、合作探究，猜测验证</w:t>
            </w:r>
          </w:p>
        </w:tc>
        <w:tc>
          <w:tcPr>
            <w:tcW w:type="dxa" w:w="3061"/>
          </w:tcPr>
          <w:p>
            <w:pPr>
              <w:spacing w:after="20" w:line="276" w:lineRule="auto"/>
            </w:pPr>
            <w:r/>
            <w:r>
              <w:rPr>
                <w:rFonts w:ascii="宋体" w:hAnsi="宋体" w:eastAsia="宋体"/>
                <w:b w:val="0"/>
                <w:sz w:val="18"/>
              </w:rPr>
              <w:t>1.初步体会“可能”的特点。</w:t>
            </w:r>
          </w:p>
          <w:p>
            <w:pPr>
              <w:spacing w:after="20" w:line="276" w:lineRule="auto"/>
            </w:pPr>
            <w:r>
              <w:rPr>
                <w:rFonts w:ascii="宋体" w:hAnsi="宋体" w:eastAsia="宋体"/>
                <w:b w:val="0"/>
                <w:sz w:val="18"/>
              </w:rPr>
              <w:t>师：刚才我们猜了“海宝”会举起哪只手，下面有三名同学要抽签在联欢会上表演节目，我们一起来看看吧。</w:t>
            </w:r>
          </w:p>
          <w:p>
            <w:pPr>
              <w:spacing w:after="20" w:line="276" w:lineRule="auto"/>
            </w:pPr>
            <w:r>
              <w:rPr>
                <w:rFonts w:ascii="宋体" w:hAnsi="宋体" w:eastAsia="宋体"/>
                <w:b w:val="0"/>
                <w:sz w:val="18"/>
              </w:rPr>
              <w:t>课件出示教科书P98例1相关图片。</w:t>
            </w:r>
          </w:p>
          <w:p>
            <w:pPr>
              <w:spacing w:after="20" w:line="276" w:lineRule="auto"/>
            </w:pPr>
            <w:r>
              <w:rPr>
                <w:rFonts w:ascii="宋体" w:hAnsi="宋体" w:eastAsia="宋体"/>
                <w:b w:val="0"/>
                <w:sz w:val="18"/>
              </w:rPr>
              <w:t>师：小明同学第一个抽签，同学们猜一猜，他可能会抽到什么节目呢？</w:t>
            </w:r>
          </w:p>
          <w:p>
            <w:pPr>
              <w:spacing w:after="20" w:line="276" w:lineRule="auto"/>
            </w:pPr>
            <w:r>
              <w:rPr>
                <w:rFonts w:ascii="宋体" w:hAnsi="宋体" w:eastAsia="宋体"/>
                <w:b w:val="0"/>
                <w:sz w:val="18"/>
              </w:rPr>
              <w:t>师：同学们，拿出我们课前准备好的卡片模拟一下这个游戏，可以多重复几次，再来看看我们的猜测对不对。</w:t>
            </w:r>
          </w:p>
          <w:p>
            <w:pPr>
              <w:spacing w:after="20" w:line="276" w:lineRule="auto"/>
            </w:pPr>
            <w:r>
              <w:rPr>
                <w:rFonts w:ascii="宋体" w:hAnsi="宋体" w:eastAsia="宋体"/>
                <w:b w:val="0"/>
                <w:sz w:val="18"/>
              </w:rPr>
              <w:t>师：生活中还有很多类似的现象，大家能再举一些例子吗？</w:t>
            </w:r>
          </w:p>
          <w:p>
            <w:pPr>
              <w:spacing w:after="20" w:line="276" w:lineRule="auto"/>
            </w:pPr>
            <w:r>
              <w:rPr>
                <w:rFonts w:ascii="宋体" w:hAnsi="宋体" w:eastAsia="宋体"/>
                <w:b w:val="0"/>
                <w:sz w:val="18"/>
              </w:rPr>
              <w:t>2.初步体会“不可能”的特点。</w:t>
            </w:r>
          </w:p>
          <w:p>
            <w:pPr>
              <w:spacing w:after="20" w:line="276" w:lineRule="auto"/>
            </w:pPr>
            <w:r>
              <w:rPr>
                <w:rFonts w:ascii="宋体" w:hAnsi="宋体" w:eastAsia="宋体"/>
                <w:b w:val="0"/>
                <w:sz w:val="18"/>
              </w:rPr>
              <w:t>师：小明同学第一个抽签，他抽到了跳舞。现在只剩下两张卡片了。小丽同学第二个抽签，她可能会抽到什么呢？（课件出示教科书P99例1相关图片）</w:t>
            </w:r>
          </w:p>
          <w:p>
            <w:pPr>
              <w:spacing w:after="20" w:line="276" w:lineRule="auto"/>
            </w:pPr>
            <w:r>
              <w:rPr>
                <w:rFonts w:ascii="宋体" w:hAnsi="宋体" w:eastAsia="宋体"/>
                <w:b w:val="0"/>
                <w:sz w:val="18"/>
              </w:rPr>
              <w:t>师：那么这次她可不可能抽到跳舞呢？为什么？</w:t>
            </w:r>
          </w:p>
          <w:p>
            <w:pPr>
              <w:spacing w:after="20" w:line="276" w:lineRule="auto"/>
            </w:pPr>
            <w:r>
              <w:rPr>
                <w:rFonts w:ascii="宋体" w:hAnsi="宋体" w:eastAsia="宋体"/>
                <w:b w:val="0"/>
                <w:sz w:val="18"/>
              </w:rPr>
              <w:t>3.初步体会“一定”的特点。</w:t>
            </w:r>
          </w:p>
          <w:p>
            <w:pPr>
              <w:spacing w:after="20" w:line="276" w:lineRule="auto"/>
            </w:pPr>
            <w:r>
              <w:rPr>
                <w:rFonts w:ascii="宋体" w:hAnsi="宋体" w:eastAsia="宋体"/>
                <w:b w:val="0"/>
                <w:sz w:val="18"/>
              </w:rPr>
              <w:t>师：小丽同学抽到了朗诵，现在只剩下最后一张卡片了，接下来小红同学会抽到什么呢？能确定吗？为什么？</w:t>
            </w:r>
          </w:p>
        </w:tc>
        <w:tc>
          <w:tcPr>
            <w:tcW w:type="dxa" w:w="3061"/>
          </w:tcPr>
          <w:p>
            <w:pPr>
              <w:spacing w:after="20" w:line="276" w:lineRule="auto"/>
            </w:pPr>
            <w:r/>
            <w:r>
              <w:rPr>
                <w:rFonts w:ascii="宋体" w:hAnsi="宋体" w:eastAsia="宋体"/>
                <w:b w:val="0"/>
                <w:sz w:val="18"/>
              </w:rPr>
              <w:t>学生积极交流。</w:t>
            </w:r>
          </w:p>
          <w:p>
            <w:pPr>
              <w:spacing w:after="20" w:line="276" w:lineRule="auto"/>
            </w:pPr>
            <w:r>
              <w:rPr>
                <w:rFonts w:ascii="宋体" w:hAnsi="宋体" w:eastAsia="宋体"/>
                <w:b w:val="0"/>
                <w:sz w:val="18"/>
              </w:rPr>
              <w:t>学生实践，全班交流。</w:t>
            </w:r>
          </w:p>
          <w:p>
            <w:pPr>
              <w:spacing w:after="20" w:line="276" w:lineRule="auto"/>
            </w:pPr>
            <w:r>
              <w:rPr>
                <w:rFonts w:ascii="宋体" w:hAnsi="宋体" w:eastAsia="宋体"/>
                <w:b w:val="0"/>
                <w:sz w:val="18"/>
              </w:rPr>
              <w:t>可能抽到唱歌，也可能抽到朗诵。</w:t>
            </w:r>
          </w:p>
          <w:p>
            <w:pPr>
              <w:spacing w:after="20" w:line="276" w:lineRule="auto"/>
            </w:pPr>
            <w:r>
              <w:rPr>
                <w:rFonts w:ascii="宋体" w:hAnsi="宋体" w:eastAsia="宋体"/>
                <w:b w:val="0"/>
                <w:sz w:val="18"/>
              </w:rPr>
              <w:t>这次不可能抽到跳舞，因为没有跳舞了。</w:t>
            </w:r>
          </w:p>
          <w:p>
            <w:pPr>
              <w:spacing w:after="20" w:line="276" w:lineRule="auto"/>
            </w:pPr>
            <w:r>
              <w:rPr>
                <w:rFonts w:ascii="宋体" w:hAnsi="宋体" w:eastAsia="宋体"/>
                <w:b w:val="0"/>
                <w:sz w:val="18"/>
              </w:rPr>
              <w:t>学生交流后，动手抽卡片，验证猜测。</w:t>
            </w:r>
          </w:p>
          <w:p>
            <w:pPr>
              <w:spacing w:after="20" w:line="276" w:lineRule="auto"/>
            </w:pPr>
            <w:r>
              <w:rPr>
                <w:rFonts w:ascii="宋体" w:hAnsi="宋体" w:eastAsia="宋体"/>
                <w:b w:val="0"/>
                <w:sz w:val="18"/>
              </w:rPr>
              <w:t>小红同学会抽到唱歌，能确定，因为只有唱歌了。</w:t>
            </w:r>
          </w:p>
          <w:p>
            <w:pPr>
              <w:spacing w:after="20" w:line="276" w:lineRule="auto"/>
            </w:pPr>
            <w:r>
              <w:rPr>
                <w:rFonts w:ascii="宋体" w:hAnsi="宋体" w:eastAsia="宋体"/>
                <w:b w:val="0"/>
                <w:sz w:val="18"/>
              </w:rPr>
              <w:t>学生交流后，动手抽卡片，验证猜测。</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设计递进式探究活动，引导学生在动手实践与合作交流中经历知识形成过程，突破本课重难点，核心问题："小明同学第一个抽签，同学们猜一猜，他可能会抽到什么节目呢？"</w:t>
            </w:r>
          </w:p>
        </w:tc>
      </w:tr>
      <w:tr>
        <w:tc>
          <w:tcPr>
            <w:tcW w:type="dxa" w:w="1474"/>
          </w:tcPr>
          <w:p>
            <w:pPr>
              <w:spacing w:after="20" w:line="276" w:lineRule="auto"/>
            </w:pPr>
            <w:r>
              <w:rPr>
                <w:b/>
              </w:rPr>
            </w:r>
            <w:r>
              <w:rPr>
                <w:rFonts w:ascii="宋体" w:hAnsi="宋体" w:eastAsia="宋体"/>
                <w:b/>
                <w:sz w:val="18"/>
              </w:rPr>
              <w:t>三、总结经验，升华主题</w:t>
            </w:r>
          </w:p>
        </w:tc>
        <w:tc>
          <w:tcPr>
            <w:tcW w:type="dxa" w:w="3061"/>
          </w:tcPr>
          <w:p>
            <w:pPr>
              <w:spacing w:after="20" w:line="276" w:lineRule="auto"/>
            </w:pPr>
            <w:r/>
            <w:r>
              <w:rPr>
                <w:rFonts w:ascii="宋体" w:hAnsi="宋体" w:eastAsia="宋体"/>
                <w:b w:val="0"/>
                <w:sz w:val="18"/>
              </w:rPr>
              <w:t>师：通过三次抽卡片，你知道了什么？</w:t>
            </w:r>
          </w:p>
          <w:p>
            <w:pPr>
              <w:spacing w:after="20" w:line="276" w:lineRule="auto"/>
            </w:pPr>
            <w:r>
              <w:rPr>
                <w:rFonts w:ascii="宋体" w:hAnsi="宋体" w:eastAsia="宋体"/>
                <w:b w:val="0"/>
                <w:sz w:val="18"/>
              </w:rPr>
              <w:t>师小结：在一定条件下，一些事件的结果是无法预测的，具有不确定性，不确定事件用“可能”来描述；一些事件的结果是可以预测的，具有确定性，确定事件用“不可能”或“一定”来描述。（适时板书）</w:t>
            </w:r>
          </w:p>
        </w:tc>
        <w:tc>
          <w:tcPr>
            <w:tcW w:type="dxa" w:w="3061"/>
          </w:tcPr>
          <w:p>
            <w:pPr>
              <w:spacing w:after="20" w:line="276" w:lineRule="auto"/>
            </w:pPr>
            <w:r/>
            <w:r>
              <w:rPr>
                <w:rFonts w:ascii="宋体" w:hAnsi="宋体" w:eastAsia="宋体"/>
                <w:b w:val="0"/>
                <w:sz w:val="18"/>
              </w:rPr>
              <w:t>小组讨论，指名汇报。</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引导学生回顾梳理本课所学，完善认知结构，提升归纳与反思能力，核心问题："通过三次抽卡片，你知道了什么？"</w:t>
            </w:r>
          </w:p>
        </w:tc>
      </w:tr>
      <w:tr>
        <w:tc>
          <w:tcPr>
            <w:tcW w:type="dxa" w:w="1474"/>
          </w:tcPr>
          <w:p>
            <w:pPr>
              <w:spacing w:after="20" w:line="276" w:lineRule="auto"/>
            </w:pPr>
            <w:r>
              <w:rPr>
                <w:b/>
              </w:rPr>
            </w:r>
            <w:r>
              <w:rPr>
                <w:rFonts w:ascii="宋体" w:hAnsi="宋体" w:eastAsia="宋体"/>
                <w:b/>
                <w:sz w:val="18"/>
              </w:rPr>
              <w:t>四、试验操作，深化理解</w:t>
            </w:r>
          </w:p>
        </w:tc>
        <w:tc>
          <w:tcPr>
            <w:tcW w:type="dxa" w:w="3061"/>
          </w:tcPr>
          <w:p>
            <w:pPr>
              <w:spacing w:after="20" w:line="276" w:lineRule="auto"/>
            </w:pPr>
            <w:r/>
            <w:r>
              <w:rPr>
                <w:rFonts w:ascii="宋体" w:hAnsi="宋体" w:eastAsia="宋体"/>
                <w:b w:val="0"/>
                <w:sz w:val="18"/>
              </w:rPr>
              <w:t>课件出示教科书P99“做一做”。</w:t>
            </w:r>
          </w:p>
          <w:p>
            <w:pPr>
              <w:spacing w:after="20" w:line="276" w:lineRule="auto"/>
            </w:pPr>
            <w:r>
              <w:rPr>
                <w:rFonts w:ascii="宋体" w:hAnsi="宋体" w:eastAsia="宋体"/>
                <w:b w:val="0"/>
                <w:sz w:val="18"/>
              </w:rPr>
              <w:t>师：从图中你都知道了什么？</w:t>
            </w:r>
          </w:p>
        </w:tc>
        <w:tc>
          <w:tcPr>
            <w:tcW w:type="dxa" w:w="3061"/>
          </w:tcPr>
          <w:p>
            <w:pPr>
              <w:spacing w:after="20" w:line="276" w:lineRule="auto"/>
            </w:pPr>
            <w:r/>
            <w:r>
              <w:rPr>
                <w:rFonts w:ascii="宋体" w:hAnsi="宋体" w:eastAsia="宋体"/>
                <w:b w:val="0"/>
                <w:sz w:val="18"/>
              </w:rPr>
              <w:t>学生根据教科书内容积极回答。</w:t>
            </w:r>
          </w:p>
          <w:p>
            <w:pPr>
              <w:spacing w:after="20" w:line="276" w:lineRule="auto"/>
            </w:pPr>
            <w:r>
              <w:rPr>
                <w:rFonts w:ascii="宋体" w:hAnsi="宋体" w:eastAsia="宋体"/>
                <w:b w:val="0"/>
                <w:sz w:val="18"/>
              </w:rPr>
              <w:t>学生分小组开始摸棋子试验。</w:t>
            </w:r>
          </w:p>
          <w:p>
            <w:pPr>
              <w:spacing w:after="20" w:line="276" w:lineRule="auto"/>
            </w:pPr>
            <w:r>
              <w:rPr>
                <w:rFonts w:ascii="宋体" w:hAnsi="宋体" w:eastAsia="宋体"/>
                <w:b w:val="0"/>
                <w:sz w:val="18"/>
              </w:rPr>
              <w:t>汇报交流。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设计递进式探究活动，引导学生在动手实践与合作交流中经历知识形成过程，突破本课重难点，核心问题："从图中你都知道了什么？"</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师：本节课你有什么收获？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把课堂交给学生，让学生大胆去实践，深入地体会所学内容。在整个课堂教学过程中，突出学生的主体地位。</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事件发生的可能性</w:t>
      </w:r>
    </w:p>
    <w:p>
      <w:pPr>
        <w:spacing w:after="40" w:line="300" w:lineRule="auto"/>
      </w:pPr>
      <w:r>
        <w:rPr>
          <w:rFonts w:ascii="宋体" w:hAnsi="宋体" w:eastAsia="宋体"/>
          <w:b w:val="0"/>
          <w:sz w:val="20"/>
        </w:rPr>
        <w:t>不确定事件→可能</w:t>
      </w:r>
    </w:p>
    <w:p>
      <w:pPr>
        <w:spacing w:after="40" w:line="300" w:lineRule="auto"/>
      </w:pPr>
      <w:r>
        <w:rPr>
          <w:rFonts w:ascii="宋体" w:hAnsi="宋体" w:eastAsia="宋体"/>
          <w:b w:val="0"/>
          <w:sz w:val="20"/>
        </w:rPr>
        <w:t>确定事件</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教科书P98～99例1，完成教科书P99“做一做”。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师讲解的内容不多，只是在必要的时候加以适当引导，更多的是让学生合作学习，动手操作和相互交流。学生在这样的氛围中能提高学习的自主性和积极性，积累数学活动经验，体会到学习的乐趣。</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可能性的大小（1）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可能性的大小（1）</w:t>
            </w:r>
          </w:p>
        </w:tc>
        <w:tc>
          <w:tcPr>
            <w:tcW w:type="dxa" w:w="6009"/>
          </w:tcPr>
          <w:p>
            <w:pPr>
              <w:spacing w:after="20" w:line="276" w:lineRule="auto"/>
            </w:pPr>
            <w:r/>
            <w:r>
              <w:rPr>
                <w:rFonts w:ascii="宋体" w:hAnsi="宋体" w:eastAsia="宋体"/>
                <w:b w:val="0"/>
                <w:sz w:val="20"/>
              </w:rPr>
              <w:t>第7单元 可能性</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单元学情：但是现阶段，学生判定的不确定事件都是基于他们自身的生活经验和学习知识基础，对于有些需要严谨推理或者推理较复杂的事件，学生进行预测或判断还是有一定的难度。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教学内容：教科书P100例2，完成教科书P100“做一做”。</w:t>
      </w:r>
    </w:p>
    <w:p>
      <w:pPr>
        <w:spacing w:after="80" w:line="300" w:lineRule="auto"/>
        <w:ind w:firstLine="400"/>
      </w:pPr>
      <w:r>
        <w:rPr>
          <w:rFonts w:ascii="宋体" w:hAnsi="宋体" w:eastAsia="宋体"/>
          <w:b w:val="0"/>
          <w:sz w:val="20"/>
        </w:rPr>
        <w:t>教学准备：课件、抽奖盒、每组按教科书P100例2准备学具盒和棋子、不透明的袋子若干个、不同颜色的球若干个。</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（1）能说出简单随机现象中所有可能发生的结果，体验事件发生的随机性。</w:t>
      </w:r>
    </w:p>
    <w:p>
      <w:pPr>
        <w:spacing w:after="20" w:line="300" w:lineRule="auto"/>
        <w:ind w:firstLine="400"/>
      </w:pPr>
      <w:r>
        <w:rPr>
          <w:rFonts w:ascii="宋体" w:hAnsi="宋体" w:eastAsia="宋体"/>
          <w:b w:val="0"/>
          <w:sz w:val="20"/>
        </w:rPr>
        <w:t>（2）在游戏中感受随机现象结果发生的可能性是有大小的，能对简单随机现象发生的可能性大小进行定性判断。</w:t>
      </w:r>
    </w:p>
    <w:p>
      <w:pPr>
        <w:spacing w:after="20" w:line="300" w:lineRule="auto"/>
        <w:ind w:firstLine="400"/>
      </w:pPr>
      <w:r>
        <w:rPr>
          <w:rFonts w:ascii="宋体" w:hAnsi="宋体" w:eastAsia="宋体"/>
          <w:b w:val="0"/>
          <w:sz w:val="20"/>
        </w:rPr>
        <w:t>（3）进一步培养动手操作、归纳和判断能力。</w:t>
      </w:r>
    </w:p>
    <w:p>
      <w:pPr>
        <w:spacing w:after="20" w:line="300" w:lineRule="auto"/>
      </w:pPr>
      <w:r>
        <w:rPr>
          <w:rFonts w:ascii="宋体" w:hAnsi="宋体" w:eastAsia="宋体"/>
          <w:b w:val="0"/>
          <w:sz w:val="20"/>
        </w:rPr>
        <w:t>教学重点：在具体操作中体会事件发生的可能性是有大小的。</w:t>
      </w:r>
    </w:p>
    <w:p>
      <w:pPr>
        <w:spacing w:after="20" w:line="300" w:lineRule="auto"/>
      </w:pPr>
      <w:r>
        <w:rPr>
          <w:rFonts w:ascii="宋体" w:hAnsi="宋体" w:eastAsia="宋体"/>
          <w:b w:val="0"/>
          <w:sz w:val="20"/>
        </w:rPr>
        <w:t>教学难点：能判断随机事件发生的可能性的大小。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创设情境，激发兴趣</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为什么抽出红色棋子的人数较多？；是不是无论怎么抽，结果都是抽出红色棋子的次数多呢？</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实践验证，探究新知识</w:t>
            </w:r>
          </w:p>
        </w:tc>
        <w:tc>
          <w:tcPr>
            <w:tcW w:type="dxa" w:w="1814"/>
          </w:tcPr>
          <w:p>
            <w:pPr>
              <w:spacing w:after="20" w:line="276" w:lineRule="auto"/>
            </w:pPr>
            <w:r/>
            <w:r>
              <w:rPr>
                <w:rFonts w:ascii="宋体" w:hAnsi="宋体" w:eastAsia="宋体"/>
                <w:b w:val="0"/>
                <w:sz w:val="18"/>
              </w:rPr>
              <w:t>课件、教科书、学具、统计表</w:t>
            </w:r>
          </w:p>
        </w:tc>
        <w:tc>
          <w:tcPr>
            <w:tcW w:type="dxa" w:w="3402"/>
          </w:tcPr>
          <w:p>
            <w:pPr>
              <w:spacing w:after="20" w:line="276" w:lineRule="auto"/>
            </w:pPr>
            <w:r/>
            <w:r>
              <w:rPr>
                <w:rFonts w:ascii="宋体" w:hAnsi="宋体" w:eastAsia="宋体"/>
                <w:b w:val="0"/>
                <w:sz w:val="18"/>
              </w:rPr>
              <w:t>观察统计的结果，你能发现什么？；为什么摸出红色棋子的可能性大？</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实践应用，进一步感悟</w:t>
            </w:r>
          </w:p>
        </w:tc>
        <w:tc>
          <w:tcPr>
            <w:tcW w:type="dxa" w:w="1814"/>
          </w:tcPr>
          <w:p>
            <w:pPr>
              <w:spacing w:after="20" w:line="276" w:lineRule="auto"/>
            </w:pPr>
            <w:r/>
            <w:r>
              <w:rPr>
                <w:rFonts w:ascii="宋体" w:hAnsi="宋体" w:eastAsia="宋体"/>
                <w:b w:val="0"/>
                <w:sz w:val="18"/>
              </w:rPr>
              <w:t>教科书、课件、学具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通过今天的学习，你有什么收获？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创设情境，激发兴趣</w:t>
            </w:r>
          </w:p>
        </w:tc>
        <w:tc>
          <w:tcPr>
            <w:tcW w:type="dxa" w:w="3061"/>
          </w:tcPr>
          <w:p>
            <w:pPr>
              <w:spacing w:after="20" w:line="276" w:lineRule="auto"/>
            </w:pPr>
            <w:r/>
            <w:r>
              <w:rPr>
                <w:rFonts w:ascii="宋体" w:hAnsi="宋体" w:eastAsia="宋体"/>
                <w:b w:val="0"/>
                <w:sz w:val="18"/>
              </w:rPr>
              <w:t>1.通过游戏引起学生对课题的兴趣。</w:t>
            </w:r>
          </w:p>
          <w:p>
            <w:pPr>
              <w:spacing w:after="20" w:line="276" w:lineRule="auto"/>
            </w:pPr>
            <w:r>
              <w:rPr>
                <w:rFonts w:ascii="宋体" w:hAnsi="宋体" w:eastAsia="宋体"/>
                <w:b w:val="0"/>
                <w:sz w:val="18"/>
              </w:rPr>
              <w:t>师：在我们的日常生活中，经常见到各种各样的抽奖活动，今天我们也来做个抽奖游戏。抽奖盒里有红色和蓝色两种棋子，谁要是摸出蓝色的棋子，谁就是今天的“幸运小明星”。</w:t>
            </w:r>
          </w:p>
          <w:p>
            <w:pPr>
              <w:spacing w:after="20" w:line="276" w:lineRule="auto"/>
            </w:pPr>
            <w:r>
              <w:rPr>
                <w:rFonts w:ascii="宋体" w:hAnsi="宋体" w:eastAsia="宋体"/>
                <w:b w:val="0"/>
                <w:sz w:val="18"/>
              </w:rPr>
              <w:t>2.设问解疑，揭示课题。</w:t>
            </w:r>
          </w:p>
          <w:p>
            <w:pPr>
              <w:spacing w:after="20" w:line="276" w:lineRule="auto"/>
            </w:pPr>
            <w:r>
              <w:rPr>
                <w:rFonts w:ascii="宋体" w:hAnsi="宋体" w:eastAsia="宋体"/>
                <w:b w:val="0"/>
                <w:sz w:val="18"/>
              </w:rPr>
              <w:t>师：为什么抽出红色棋子的人数较多？看来这个盒子里还藏着秘密。大家猜一猜这个秘密是什么。</w:t>
            </w:r>
          </w:p>
          <w:p>
            <w:pPr>
              <w:spacing w:after="20" w:line="276" w:lineRule="auto"/>
            </w:pPr>
            <w:r>
              <w:rPr>
                <w:rFonts w:ascii="宋体" w:hAnsi="宋体" w:eastAsia="宋体"/>
                <w:b w:val="0"/>
                <w:sz w:val="18"/>
              </w:rPr>
              <w:t>教师打开盒子，验证学生的猜想。</w:t>
            </w:r>
          </w:p>
          <w:p>
            <w:pPr>
              <w:spacing w:after="20" w:line="276" w:lineRule="auto"/>
            </w:pPr>
            <w:r>
              <w:rPr>
                <w:rFonts w:ascii="宋体" w:hAnsi="宋体" w:eastAsia="宋体"/>
                <w:b w:val="0"/>
                <w:sz w:val="18"/>
              </w:rPr>
              <w:t>师：是不是无论怎么抽，结果都是抽出红色棋子的次数多呢？今天我们一起来继续研究“可能性”。[板书课题：可能性的大小（1）]</w:t>
            </w:r>
          </w:p>
        </w:tc>
        <w:tc>
          <w:tcPr>
            <w:tcW w:type="dxa" w:w="3061"/>
          </w:tcPr>
          <w:p>
            <w:pPr>
              <w:spacing w:after="20" w:line="276" w:lineRule="auto"/>
            </w:pPr>
            <w:r/>
            <w:r>
              <w:rPr>
                <w:rFonts w:ascii="宋体" w:hAnsi="宋体" w:eastAsia="宋体"/>
                <w:b w:val="0"/>
                <w:sz w:val="18"/>
              </w:rPr>
              <w:t>学生积极参与，教师在学生抽完奖统计好后，选出“幸运小明星”。</w:t>
            </w:r>
          </w:p>
          <w:p>
            <w:pPr>
              <w:spacing w:after="20" w:line="276" w:lineRule="auto"/>
            </w:pPr>
            <w:r>
              <w:rPr>
                <w:rFonts w:ascii="宋体" w:hAnsi="宋体" w:eastAsia="宋体"/>
                <w:b w:val="0"/>
                <w:sz w:val="18"/>
              </w:rPr>
              <w:t>盒子里的红色棋子较多。</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创设情境激活学生已有经验，自然引出本课学习内容，激发学习兴趣，核心问题："为什么抽出红色棋子的人数较多？"</w:t>
            </w:r>
          </w:p>
        </w:tc>
      </w:tr>
      <w:tr>
        <w:tc>
          <w:tcPr>
            <w:tcW w:type="dxa" w:w="1474"/>
          </w:tcPr>
          <w:p>
            <w:pPr>
              <w:spacing w:after="20" w:line="276" w:lineRule="auto"/>
            </w:pPr>
            <w:r>
              <w:rPr>
                <w:b/>
              </w:rPr>
            </w:r>
            <w:r>
              <w:rPr>
                <w:rFonts w:ascii="宋体" w:hAnsi="宋体" w:eastAsia="宋体"/>
                <w:b/>
                <w:sz w:val="18"/>
              </w:rPr>
              <w:t>实践验证，探究新知识</w:t>
            </w:r>
          </w:p>
        </w:tc>
        <w:tc>
          <w:tcPr>
            <w:tcW w:type="dxa" w:w="3061"/>
          </w:tcPr>
          <w:p>
            <w:pPr>
              <w:spacing w:after="20" w:line="276" w:lineRule="auto"/>
            </w:pPr>
            <w:r/>
            <w:r>
              <w:rPr>
                <w:rFonts w:ascii="宋体" w:hAnsi="宋体" w:eastAsia="宋体"/>
                <w:b w:val="0"/>
                <w:sz w:val="18"/>
              </w:rPr>
              <w:t>1.体会可能性是有大小的。</w:t>
            </w:r>
          </w:p>
          <w:p>
            <w:pPr>
              <w:spacing w:after="20" w:line="276" w:lineRule="auto"/>
            </w:pPr>
            <w:r>
              <w:rPr>
                <w:rFonts w:ascii="宋体" w:hAnsi="宋体" w:eastAsia="宋体"/>
                <w:b w:val="0"/>
                <w:sz w:val="18"/>
              </w:rPr>
              <w:t>课件出示教科书P100例2相关内容。</w:t>
            </w:r>
          </w:p>
          <w:p>
            <w:pPr>
              <w:spacing w:after="20" w:line="276" w:lineRule="auto"/>
            </w:pPr>
            <w:r>
              <w:rPr>
                <w:rFonts w:ascii="宋体" w:hAnsi="宋体" w:eastAsia="宋体"/>
                <w:b w:val="0"/>
                <w:sz w:val="18"/>
              </w:rPr>
              <w:t>（1）小组内开展活动。</w:t>
            </w:r>
          </w:p>
          <w:p>
            <w:pPr>
              <w:spacing w:after="20" w:line="276" w:lineRule="auto"/>
            </w:pPr>
            <w:r>
              <w:rPr>
                <w:rFonts w:ascii="宋体" w:hAnsi="宋体" w:eastAsia="宋体"/>
                <w:b w:val="0"/>
                <w:sz w:val="18"/>
              </w:rPr>
              <w:t>试验：将4个红色棋子、1个蓝色棋子放入学具盒，小组内轮流摸棋子，把摸出棋子的情况填在统计表内。（课件出示统计表）</w:t>
            </w:r>
          </w:p>
          <w:p>
            <w:pPr>
              <w:spacing w:after="20" w:line="276" w:lineRule="auto"/>
            </w:pPr>
            <w:r>
              <w:rPr>
                <w:rFonts w:ascii="宋体" w:hAnsi="宋体" w:eastAsia="宋体"/>
                <w:b w:val="0"/>
                <w:sz w:val="18"/>
              </w:rPr>
              <w:t>（2）全班交流。</w:t>
            </w:r>
          </w:p>
          <w:p>
            <w:pPr>
              <w:spacing w:after="20" w:line="276" w:lineRule="auto"/>
            </w:pPr>
            <w:r>
              <w:rPr>
                <w:rFonts w:ascii="宋体" w:hAnsi="宋体" w:eastAsia="宋体"/>
                <w:b w:val="0"/>
                <w:sz w:val="18"/>
              </w:rPr>
              <w:t>（3）教师提问，归纳总结。</w:t>
            </w:r>
          </w:p>
          <w:p>
            <w:pPr>
              <w:spacing w:after="20" w:line="276" w:lineRule="auto"/>
            </w:pPr>
            <w:r>
              <w:rPr>
                <w:rFonts w:ascii="宋体" w:hAnsi="宋体" w:eastAsia="宋体"/>
                <w:b w:val="0"/>
                <w:sz w:val="18"/>
              </w:rPr>
              <w:t>师：观察统计的结果，你能发现什么？</w:t>
            </w:r>
          </w:p>
          <w:p>
            <w:pPr>
              <w:spacing w:after="20" w:line="276" w:lineRule="auto"/>
            </w:pPr>
            <w:r>
              <w:rPr>
                <w:rFonts w:ascii="宋体" w:hAnsi="宋体" w:eastAsia="宋体"/>
                <w:b w:val="0"/>
                <w:sz w:val="18"/>
              </w:rPr>
              <w:t>师：为什么摸出红色棋子的可能性大？</w:t>
            </w:r>
          </w:p>
          <w:p>
            <w:pPr>
              <w:spacing w:after="20" w:line="276" w:lineRule="auto"/>
            </w:pPr>
            <w:r>
              <w:rPr>
                <w:rFonts w:ascii="宋体" w:hAnsi="宋体" w:eastAsia="宋体"/>
                <w:b w:val="0"/>
                <w:sz w:val="18"/>
              </w:rPr>
              <w:t>师小结并适时板书：事件发生的可能性有大有小。哪种颜色的棋子多，摸出这种颜色棋子的可能性就大。</w:t>
            </w:r>
          </w:p>
          <w:p>
            <w:pPr>
              <w:spacing w:after="20" w:line="276" w:lineRule="auto"/>
            </w:pPr>
            <w:r>
              <w:rPr>
                <w:rFonts w:ascii="宋体" w:hAnsi="宋体" w:eastAsia="宋体"/>
                <w:b w:val="0"/>
                <w:sz w:val="18"/>
              </w:rPr>
              <w:t>师：如果继续摸下去，是不是一定会摸出红色棋子？</w:t>
            </w:r>
          </w:p>
          <w:p>
            <w:pPr>
              <w:spacing w:after="20" w:line="276" w:lineRule="auto"/>
            </w:pPr>
            <w:r>
              <w:rPr>
                <w:rFonts w:ascii="宋体" w:hAnsi="宋体" w:eastAsia="宋体"/>
                <w:b w:val="0"/>
                <w:sz w:val="18"/>
              </w:rPr>
              <w:t>请各组学生再多摸几次，观察结果，发现两种颜色的棋子都有被摸出。</w:t>
            </w:r>
          </w:p>
          <w:p>
            <w:pPr>
              <w:spacing w:after="20" w:line="276" w:lineRule="auto"/>
            </w:pPr>
            <w:r>
              <w:rPr>
                <w:rFonts w:ascii="宋体" w:hAnsi="宋体" w:eastAsia="宋体"/>
                <w:b w:val="0"/>
                <w:sz w:val="18"/>
              </w:rPr>
              <w:t>2.进行装球活动，体会事件发生的可能性大小与参加的物体数量有关。</w:t>
            </w:r>
          </w:p>
          <w:p>
            <w:pPr>
              <w:spacing w:after="20" w:line="276" w:lineRule="auto"/>
            </w:pPr>
            <w:r>
              <w:rPr>
                <w:rFonts w:ascii="宋体" w:hAnsi="宋体" w:eastAsia="宋体"/>
                <w:b w:val="0"/>
                <w:sz w:val="18"/>
              </w:rPr>
              <w:t>师：往袋子里装6个球，从中任意摸一个球，可能是蓝色球。该怎样装呢？</w:t>
            </w:r>
          </w:p>
          <w:p>
            <w:pPr>
              <w:spacing w:after="20" w:line="276" w:lineRule="auto"/>
            </w:pPr>
            <w:r>
              <w:rPr>
                <w:rFonts w:ascii="宋体" w:hAnsi="宋体" w:eastAsia="宋体"/>
                <w:b w:val="0"/>
                <w:sz w:val="18"/>
              </w:rPr>
              <w:t>教师再增加一个装有6个蓝色球的袋子及一个装有6个其他颜色球的袋子，帮助学生理解“一定”“可能”“不可能”的含义，丰富学生的学习经验。</w:t>
            </w:r>
          </w:p>
          <w:p>
            <w:pPr>
              <w:spacing w:after="20" w:line="276" w:lineRule="auto"/>
            </w:pPr>
            <w:r>
              <w:rPr>
                <w:rFonts w:ascii="宋体" w:hAnsi="宋体" w:eastAsia="宋体"/>
                <w:b w:val="0"/>
                <w:sz w:val="18"/>
              </w:rPr>
              <w:t>师：从上面的试验可以发现，可能性是有大小的，那么可能性的大小和什么有关呢？</w:t>
            </w:r>
          </w:p>
          <w:p>
            <w:pPr>
              <w:spacing w:after="20" w:line="276" w:lineRule="auto"/>
            </w:pPr>
            <w:r>
              <w:rPr>
                <w:rFonts w:ascii="宋体" w:hAnsi="宋体" w:eastAsia="宋体"/>
                <w:b w:val="0"/>
                <w:sz w:val="18"/>
              </w:rPr>
              <w:t>引导学生发现：可能性的大小与在总数中所占数量的多少有关。在总数中占的数量越多，摸到的可能性也就越大；占的数量越少，摸到的可能性也就越小。（适时板书）</w:t>
            </w:r>
          </w:p>
        </w:tc>
        <w:tc>
          <w:tcPr>
            <w:tcW w:type="dxa" w:w="3061"/>
          </w:tcPr>
          <w:p>
            <w:pPr>
              <w:spacing w:after="20" w:line="276" w:lineRule="auto"/>
            </w:pPr>
            <w:r/>
            <w:r>
              <w:rPr>
                <w:rFonts w:ascii="宋体" w:hAnsi="宋体" w:eastAsia="宋体"/>
                <w:b w:val="0"/>
                <w:sz w:val="18"/>
              </w:rPr>
              <w:t>摸出红色棋子的可能性大。</w:t>
            </w:r>
          </w:p>
          <w:p>
            <w:pPr>
              <w:spacing w:after="20" w:line="276" w:lineRule="auto"/>
            </w:pPr>
            <w:r>
              <w:rPr>
                <w:rFonts w:ascii="宋体" w:hAnsi="宋体" w:eastAsia="宋体"/>
                <w:b w:val="0"/>
                <w:sz w:val="18"/>
              </w:rPr>
              <w:t>因为红色棋子的数量较多。</w:t>
            </w:r>
          </w:p>
          <w:p>
            <w:pPr>
              <w:spacing w:after="20" w:line="276" w:lineRule="auto"/>
            </w:pPr>
            <w:r>
              <w:rPr>
                <w:rFonts w:ascii="宋体" w:hAnsi="宋体" w:eastAsia="宋体"/>
                <w:b w:val="0"/>
                <w:sz w:val="18"/>
              </w:rPr>
              <w:t>预设1：一定会摸出红色棋子。</w:t>
            </w:r>
          </w:p>
          <w:p>
            <w:pPr>
              <w:spacing w:after="20" w:line="276" w:lineRule="auto"/>
            </w:pPr>
            <w:r>
              <w:rPr>
                <w:rFonts w:ascii="宋体" w:hAnsi="宋体" w:eastAsia="宋体"/>
                <w:b w:val="0"/>
                <w:sz w:val="18"/>
              </w:rPr>
              <w:t>预设2：不一定会摸出红色棋子。</w:t>
            </w:r>
          </w:p>
          <w:p>
            <w:pPr>
              <w:spacing w:after="20" w:line="276" w:lineRule="auto"/>
            </w:pPr>
            <w:r>
              <w:rPr>
                <w:rFonts w:ascii="宋体" w:hAnsi="宋体" w:eastAsia="宋体"/>
                <w:b w:val="0"/>
                <w:sz w:val="18"/>
              </w:rPr>
              <w:t>只要袋子里蓝色球的数量是1至5个，从中任意一个球，可能是蓝色球。</w:t>
            </w:r>
          </w:p>
          <w:p>
            <w:pPr>
              <w:spacing w:after="20" w:line="276" w:lineRule="auto"/>
            </w:pPr>
            <w:r>
              <w:rPr>
                <w:rFonts w:ascii="宋体" w:hAnsi="宋体" w:eastAsia="宋体"/>
                <w:b w:val="0"/>
                <w:sz w:val="18"/>
              </w:rPr>
              <w:t>学生装球，展示不同的装法。</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设计递进式探究活动，引导学生在动手实践与合作交流中经历知识形成过程，突破本课重难点，核心问题："观察统计的结果，你能发现什么？"</w:t>
            </w:r>
          </w:p>
        </w:tc>
      </w:tr>
      <w:tr>
        <w:tc>
          <w:tcPr>
            <w:tcW w:type="dxa" w:w="1474"/>
          </w:tcPr>
          <w:p>
            <w:pPr>
              <w:spacing w:after="20" w:line="276" w:lineRule="auto"/>
            </w:pPr>
            <w:r>
              <w:rPr>
                <w:b/>
              </w:rPr>
            </w:r>
            <w:r>
              <w:rPr>
                <w:rFonts w:ascii="宋体" w:hAnsi="宋体" w:eastAsia="宋体"/>
                <w:b/>
                <w:sz w:val="18"/>
              </w:rPr>
              <w:t>实践应用，进一步感悟</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学生自主完成教科书P100“做一做”第1、2题，全班集中交流评价。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师：通过今天的学习，你有什么收获？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在具体的操作活动中，通过数据的收集与整理，对比、观察每个小组的数据，让学生体会可能性大小的规律，感受统计与概率之间的联系，培养学生的数据分析观念。</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可能性的大小（1）</w:t>
      </w:r>
    </w:p>
    <w:p>
      <w:pPr>
        <w:spacing w:after="40" w:line="300" w:lineRule="auto"/>
      </w:pPr>
      <w:r>
        <w:rPr>
          <w:rFonts w:ascii="宋体" w:hAnsi="宋体" w:eastAsia="宋体"/>
          <w:b w:val="0"/>
          <w:sz w:val="20"/>
        </w:rPr>
        <w:t>事件发生的可能性有大有小。</w:t>
      </w:r>
    </w:p>
    <w:p>
      <w:pPr>
        <w:spacing w:after="40" w:line="300" w:lineRule="auto"/>
      </w:pPr>
      <w:r>
        <w:rPr>
          <w:rFonts w:ascii="宋体" w:hAnsi="宋体" w:eastAsia="宋体"/>
          <w:b w:val="0"/>
          <w:sz w:val="20"/>
        </w:rPr>
        <w:t>可能性的大小与在总数中所占数量的多少有关。在总数中占的数量越多，摸到的可能性也就越大；占的数量越少，摸到的可能性也就越小。</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教科书P100例2，完成教科书P100“做一做”。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识某些事件发生的可能性的大小，需要在获得直接经验的基础上逐步体会。本节课，学生通过摸棋子和摸球活动，深刻地理解事件发生的可能性，并能对一些事件发生的可能性大小进行简单的判断和推理。</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可能性的大小（2）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可能性的大小（2）</w:t>
            </w:r>
          </w:p>
        </w:tc>
        <w:tc>
          <w:tcPr>
            <w:tcW w:type="dxa" w:w="6009"/>
          </w:tcPr>
          <w:p>
            <w:pPr>
              <w:spacing w:after="20" w:line="276" w:lineRule="auto"/>
            </w:pPr>
            <w:r/>
            <w:r>
              <w:rPr>
                <w:rFonts w:ascii="宋体" w:hAnsi="宋体" w:eastAsia="宋体"/>
                <w:b w:val="0"/>
                <w:sz w:val="20"/>
              </w:rPr>
              <w:t>第7单元 可能性</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单元学情：但是现阶段，学生判定的不确定事件都是基于他们自身的生活经验和学习知识基础，对于有些需要严谨推理或者推理较复杂的事件，学生进行预测或判断还是有一定的难度。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教学内容：教科书P101例3，完成教科书P101“做一做”。</w:t>
      </w:r>
    </w:p>
    <w:p>
      <w:pPr>
        <w:spacing w:after="80" w:line="300" w:lineRule="auto"/>
        <w:ind w:firstLine="400"/>
      </w:pPr>
      <w:r>
        <w:rPr>
          <w:rFonts w:ascii="宋体" w:hAnsi="宋体" w:eastAsia="宋体"/>
          <w:b w:val="0"/>
          <w:sz w:val="20"/>
        </w:rPr>
        <w:t>教学准备：课件、按教科书P101例3准备的盒子。</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（1）进一步体会不确定现象的特点及事件发生的可能性的大小。</w:t>
      </w:r>
    </w:p>
    <w:p>
      <w:pPr>
        <w:spacing w:after="20" w:line="300" w:lineRule="auto"/>
        <w:ind w:firstLine="400"/>
      </w:pPr>
      <w:r>
        <w:rPr>
          <w:rFonts w:ascii="宋体" w:hAnsi="宋体" w:eastAsia="宋体"/>
          <w:b w:val="0"/>
          <w:sz w:val="20"/>
        </w:rPr>
        <w:t>（2）经历事件发生的可能性大小的探索过程，能根据数据推测事件发生的可能性的大小。</w:t>
      </w:r>
    </w:p>
    <w:p>
      <w:pPr>
        <w:spacing w:after="20" w:line="300" w:lineRule="auto"/>
        <w:ind w:firstLine="400"/>
      </w:pPr>
      <w:r>
        <w:rPr>
          <w:rFonts w:ascii="宋体" w:hAnsi="宋体" w:eastAsia="宋体"/>
          <w:b w:val="0"/>
          <w:sz w:val="20"/>
        </w:rPr>
        <w:t>（3）进一步培养求实态度和科学精神。</w:t>
      </w:r>
    </w:p>
    <w:p>
      <w:pPr>
        <w:spacing w:after="20" w:line="300" w:lineRule="auto"/>
      </w:pPr>
      <w:r>
        <w:rPr>
          <w:rFonts w:ascii="宋体" w:hAnsi="宋体" w:eastAsia="宋体"/>
          <w:b w:val="0"/>
          <w:sz w:val="20"/>
        </w:rPr>
        <w:t>教学重点：进一步体会随机现象的统计规律，能根据数据推测事件发生的可能性的大小。</w:t>
      </w:r>
    </w:p>
    <w:p>
      <w:pPr>
        <w:spacing w:after="20" w:line="300" w:lineRule="auto"/>
      </w:pPr>
      <w:r>
        <w:rPr>
          <w:rFonts w:ascii="宋体" w:hAnsi="宋体" w:eastAsia="宋体"/>
          <w:b w:val="0"/>
          <w:sz w:val="20"/>
        </w:rPr>
        <w:t>教学难点：理解随机现象和统计规律之间的关系。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直接揭示课题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自主练习，巩固拓展</w:t>
            </w:r>
          </w:p>
        </w:tc>
        <w:tc>
          <w:tcPr>
            <w:tcW w:type="dxa" w:w="1814"/>
          </w:tcPr>
          <w:p>
            <w:pPr>
              <w:spacing w:after="20" w:line="276" w:lineRule="auto"/>
            </w:pPr>
            <w:r/>
            <w:r>
              <w:rPr>
                <w:rFonts w:ascii="宋体" w:hAnsi="宋体" w:eastAsia="宋体"/>
                <w:b w:val="0"/>
                <w:sz w:val="18"/>
              </w:rPr>
              <w:t>课件、教科书、统计表</w:t>
            </w:r>
          </w:p>
        </w:tc>
        <w:tc>
          <w:tcPr>
            <w:tcW w:type="dxa" w:w="3402"/>
          </w:tcPr>
          <w:p>
            <w:pPr>
              <w:spacing w:after="20" w:line="276" w:lineRule="auto"/>
            </w:pPr>
            <w:r/>
            <w:r>
              <w:rPr>
                <w:rFonts w:ascii="宋体" w:hAnsi="宋体" w:eastAsia="宋体"/>
                <w:b w:val="0"/>
                <w:sz w:val="18"/>
              </w:rPr>
              <w:t>你能从中发现什么？</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实践应用，反馈提升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这节课你有什么收获？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直接揭示课题</w:t>
            </w:r>
          </w:p>
        </w:tc>
        <w:tc>
          <w:tcPr>
            <w:tcW w:type="dxa" w:w="3061"/>
          </w:tcPr>
          <w:p>
            <w:pPr>
              <w:spacing w:after="20" w:line="276" w:lineRule="auto"/>
            </w:pPr>
            <w:r/>
            <w:r>
              <w:rPr>
                <w:rFonts w:ascii="宋体" w:hAnsi="宋体" w:eastAsia="宋体"/>
                <w:b w:val="0"/>
                <w:sz w:val="18"/>
              </w:rPr>
              <w:t>师：通过前面的学习，我们知道了生活中有的事情可能发生，有的事情不可能发生，事情发生的可能性也有大有小。今天我们将进一步研究与可能性的大小有关的问题。[板书课题：可能性的大小（2）]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自主练习，巩固拓展</w:t>
            </w:r>
          </w:p>
        </w:tc>
        <w:tc>
          <w:tcPr>
            <w:tcW w:type="dxa" w:w="3061"/>
          </w:tcPr>
          <w:p>
            <w:pPr>
              <w:spacing w:after="20" w:line="276" w:lineRule="auto"/>
            </w:pPr>
            <w:r/>
            <w:r>
              <w:rPr>
                <w:rFonts w:ascii="宋体" w:hAnsi="宋体" w:eastAsia="宋体"/>
                <w:b w:val="0"/>
                <w:sz w:val="18"/>
              </w:rPr>
              <w:t>1.初步猜想。</w:t>
            </w:r>
          </w:p>
          <w:p>
            <w:pPr>
              <w:spacing w:after="20" w:line="276" w:lineRule="auto"/>
            </w:pPr>
            <w:r>
              <w:rPr>
                <w:rFonts w:ascii="宋体" w:hAnsi="宋体" w:eastAsia="宋体"/>
                <w:b w:val="0"/>
                <w:sz w:val="18"/>
              </w:rPr>
              <w:t>师：我这里有一个盒子，里面有红、黄两种颜色的小球。如果从里面摸球的话，请你们猜一猜摸到哪种颜色的球的可能性大。</w:t>
            </w:r>
          </w:p>
          <w:p>
            <w:pPr>
              <w:spacing w:after="20" w:line="276" w:lineRule="auto"/>
            </w:pPr>
            <w:r>
              <w:rPr>
                <w:rFonts w:ascii="宋体" w:hAnsi="宋体" w:eastAsia="宋体"/>
                <w:b w:val="0"/>
                <w:sz w:val="18"/>
              </w:rPr>
              <w:t>师生交流。</w:t>
            </w:r>
          </w:p>
          <w:p>
            <w:pPr>
              <w:spacing w:after="20" w:line="276" w:lineRule="auto"/>
            </w:pPr>
            <w:r>
              <w:rPr>
                <w:rFonts w:ascii="宋体" w:hAnsi="宋体" w:eastAsia="宋体"/>
                <w:b w:val="0"/>
                <w:sz w:val="18"/>
              </w:rPr>
              <w:t>师：通过之前的学习，我们知道摸一次或两次的结果不一定是准确的，要通过多次操作才能验证。</w:t>
            </w:r>
          </w:p>
          <w:p>
            <w:pPr>
              <w:spacing w:after="20" w:line="276" w:lineRule="auto"/>
            </w:pPr>
            <w:r>
              <w:rPr>
                <w:rFonts w:ascii="宋体" w:hAnsi="宋体" w:eastAsia="宋体"/>
                <w:b w:val="0"/>
                <w:sz w:val="18"/>
              </w:rPr>
              <w:t>课件出示教科书P101例3。</w:t>
            </w:r>
          </w:p>
          <w:p>
            <w:pPr>
              <w:spacing w:after="20" w:line="276" w:lineRule="auto"/>
            </w:pPr>
            <w:r>
              <w:rPr>
                <w:rFonts w:ascii="宋体" w:hAnsi="宋体" w:eastAsia="宋体"/>
                <w:b w:val="0"/>
                <w:sz w:val="18"/>
              </w:rPr>
              <w:t>（1）学生分小组开始摸球试验。</w:t>
            </w:r>
          </w:p>
          <w:p>
            <w:pPr>
              <w:spacing w:after="20" w:line="276" w:lineRule="auto"/>
            </w:pPr>
            <w:r>
              <w:rPr>
                <w:rFonts w:ascii="宋体" w:hAnsi="宋体" w:eastAsia="宋体"/>
                <w:b w:val="0"/>
                <w:sz w:val="18"/>
              </w:rPr>
              <w:t>（2）每组将摸出的球的情况填在统计表内。（课件出示统计表）</w:t>
            </w:r>
          </w:p>
          <w:p>
            <w:pPr>
              <w:spacing w:after="20" w:line="276" w:lineRule="auto"/>
            </w:pPr>
            <w:r>
              <w:rPr>
                <w:rFonts w:ascii="宋体" w:hAnsi="宋体" w:eastAsia="宋体"/>
                <w:b w:val="0"/>
                <w:sz w:val="18"/>
              </w:rPr>
              <w:t>（3）统计各个小组的试验结果，现场收集数据，填写统计表。</w:t>
            </w:r>
          </w:p>
          <w:p>
            <w:pPr>
              <w:spacing w:after="20" w:line="276" w:lineRule="auto"/>
            </w:pPr>
            <w:r>
              <w:rPr>
                <w:rFonts w:ascii="宋体" w:hAnsi="宋体" w:eastAsia="宋体"/>
                <w:b w:val="0"/>
                <w:sz w:val="18"/>
              </w:rPr>
              <w:t>3.总结提炼。</w:t>
            </w:r>
          </w:p>
          <w:p>
            <w:pPr>
              <w:spacing w:after="20" w:line="276" w:lineRule="auto"/>
            </w:pPr>
            <w:r>
              <w:rPr>
                <w:rFonts w:ascii="宋体" w:hAnsi="宋体" w:eastAsia="宋体"/>
                <w:b w:val="0"/>
                <w:sz w:val="18"/>
              </w:rPr>
              <w:t>（1）教师引导学生从以下几个方面进行思考：</w:t>
            </w:r>
          </w:p>
          <w:p>
            <w:pPr>
              <w:spacing w:after="20" w:line="276" w:lineRule="auto"/>
            </w:pPr>
            <w:r>
              <w:rPr>
                <w:rFonts w:ascii="宋体" w:hAnsi="宋体" w:eastAsia="宋体"/>
                <w:b w:val="0"/>
                <w:sz w:val="18"/>
              </w:rPr>
              <w:t>①说说你每次都摸出了哪些颜色的球？</w:t>
            </w:r>
          </w:p>
          <w:p>
            <w:pPr>
              <w:spacing w:after="20" w:line="276" w:lineRule="auto"/>
            </w:pPr>
            <w:r>
              <w:rPr>
                <w:rFonts w:ascii="宋体" w:hAnsi="宋体" w:eastAsia="宋体"/>
                <w:b w:val="0"/>
                <w:sz w:val="18"/>
              </w:rPr>
              <w:t>②观察统计的数据，各个小组的试验结果都一样吗？有什么共同点呢？</w:t>
            </w:r>
          </w:p>
          <w:p>
            <w:pPr>
              <w:spacing w:after="20" w:line="276" w:lineRule="auto"/>
            </w:pPr>
            <w:r>
              <w:rPr>
                <w:rFonts w:ascii="宋体" w:hAnsi="宋体" w:eastAsia="宋体"/>
                <w:b w:val="0"/>
                <w:sz w:val="18"/>
              </w:rPr>
              <w:t>③为什么每个小组都是摸出红色球的次数多，摸出黄色球的次数少？</w:t>
            </w:r>
          </w:p>
          <w:p>
            <w:pPr>
              <w:spacing w:after="20" w:line="276" w:lineRule="auto"/>
            </w:pPr>
            <w:r>
              <w:rPr>
                <w:rFonts w:ascii="宋体" w:hAnsi="宋体" w:eastAsia="宋体"/>
                <w:b w:val="0"/>
                <w:sz w:val="18"/>
              </w:rPr>
              <w:t>④打开盒子来验证自己的猜想！</w:t>
            </w:r>
          </w:p>
          <w:p>
            <w:pPr>
              <w:spacing w:after="20" w:line="276" w:lineRule="auto"/>
            </w:pPr>
            <w:r>
              <w:rPr>
                <w:rFonts w:ascii="宋体" w:hAnsi="宋体" w:eastAsia="宋体"/>
                <w:b w:val="0"/>
                <w:sz w:val="18"/>
              </w:rPr>
              <w:t>（2）提炼。</w:t>
            </w:r>
          </w:p>
          <w:p>
            <w:pPr>
              <w:spacing w:after="20" w:line="276" w:lineRule="auto"/>
            </w:pPr>
            <w:r>
              <w:rPr>
                <w:rFonts w:ascii="宋体" w:hAnsi="宋体" w:eastAsia="宋体"/>
                <w:b w:val="0"/>
                <w:sz w:val="18"/>
              </w:rPr>
              <w:t>教师引导提问：通过刚才的摸球游戏，你能得到什么结论？</w:t>
            </w:r>
          </w:p>
          <w:p>
            <w:pPr>
              <w:spacing w:after="20" w:line="276" w:lineRule="auto"/>
            </w:pPr>
            <w:r>
              <w:rPr>
                <w:rFonts w:ascii="宋体" w:hAnsi="宋体" w:eastAsia="宋体"/>
                <w:b w:val="0"/>
                <w:sz w:val="18"/>
              </w:rPr>
              <w:t>师生共同探讨。</w:t>
            </w:r>
          </w:p>
          <w:p>
            <w:pPr>
              <w:spacing w:after="20" w:line="276" w:lineRule="auto"/>
            </w:pPr>
            <w:r>
              <w:rPr>
                <w:rFonts w:ascii="宋体" w:hAnsi="宋体" w:eastAsia="宋体"/>
                <w:b w:val="0"/>
                <w:sz w:val="18"/>
              </w:rPr>
              <w:t>归纳概括：事件发生的可能性大小一定程度上能反映出物体数量的多少，可能性大，对应的物体数量就多些；可能性小，对应的物体数量就少些。（板书）</w:t>
            </w:r>
          </w:p>
          <w:p>
            <w:pPr>
              <w:spacing w:after="20" w:line="276" w:lineRule="auto"/>
            </w:pPr>
            <w:r>
              <w:rPr>
                <w:rFonts w:ascii="宋体" w:hAnsi="宋体" w:eastAsia="宋体"/>
                <w:b w:val="0"/>
                <w:sz w:val="18"/>
              </w:rPr>
              <w:t>4.深化小结。</w:t>
            </w:r>
          </w:p>
          <w:p>
            <w:pPr>
              <w:spacing w:after="20" w:line="276" w:lineRule="auto"/>
            </w:pPr>
            <w:r>
              <w:rPr>
                <w:rFonts w:ascii="宋体" w:hAnsi="宋体" w:eastAsia="宋体"/>
                <w:b w:val="0"/>
                <w:sz w:val="18"/>
              </w:rPr>
              <w:t>师：请同学们思考一下这些问题。</w:t>
            </w:r>
          </w:p>
          <w:p>
            <w:pPr>
              <w:spacing w:after="20" w:line="276" w:lineRule="auto"/>
            </w:pPr>
            <w:r>
              <w:rPr>
                <w:rFonts w:ascii="宋体" w:hAnsi="宋体" w:eastAsia="宋体"/>
                <w:b w:val="0"/>
                <w:sz w:val="18"/>
              </w:rPr>
              <w:t>出示课件，引导学生思考。</w:t>
            </w:r>
          </w:p>
          <w:p>
            <w:pPr>
              <w:spacing w:after="20" w:line="276" w:lineRule="auto"/>
            </w:pPr>
            <w:r>
              <w:rPr>
                <w:rFonts w:ascii="宋体" w:hAnsi="宋体" w:eastAsia="宋体"/>
                <w:b w:val="0"/>
                <w:sz w:val="18"/>
              </w:rPr>
              <w:t>师：你能从中发现什么？</w:t>
            </w:r>
          </w:p>
          <w:p>
            <w:pPr>
              <w:spacing w:after="20" w:line="276" w:lineRule="auto"/>
            </w:pPr>
            <w:r>
              <w:rPr>
                <w:rFonts w:ascii="宋体" w:hAnsi="宋体" w:eastAsia="宋体"/>
                <w:b w:val="0"/>
                <w:sz w:val="18"/>
              </w:rPr>
              <w:t>师小结：任何事件的发生都有三种情况，即可能、一定、不可能，要学会利用多组数据帮助判断。</w:t>
            </w:r>
          </w:p>
        </w:tc>
        <w:tc>
          <w:tcPr>
            <w:tcW w:type="dxa" w:w="3061"/>
          </w:tcPr>
          <w:p>
            <w:pPr>
              <w:spacing w:after="20" w:line="276" w:lineRule="auto"/>
            </w:pPr>
            <w:r/>
            <w:r>
              <w:rPr>
                <w:rFonts w:ascii="宋体" w:hAnsi="宋体" w:eastAsia="宋体"/>
                <w:b w:val="0"/>
                <w:sz w:val="18"/>
              </w:rPr>
              <w:t>2.小组活动。</w:t>
            </w:r>
          </w:p>
          <w:p>
            <w:pPr>
              <w:spacing w:after="20" w:line="276" w:lineRule="auto"/>
            </w:pPr>
            <w:r>
              <w:rPr>
                <w:rFonts w:ascii="宋体" w:hAnsi="宋体" w:eastAsia="宋体"/>
                <w:b w:val="0"/>
                <w:sz w:val="18"/>
              </w:rPr>
              <w:t>学生小组内交流，教师指名学生回答。</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设计递进式探究活动，引导学生在动手实践与合作交流中经历知识形成过程，突破本课重难点，核心问题："你能从中发现什么？"</w:t>
            </w:r>
          </w:p>
        </w:tc>
      </w:tr>
      <w:tr>
        <w:tc>
          <w:tcPr>
            <w:tcW w:type="dxa" w:w="1474"/>
          </w:tcPr>
          <w:p>
            <w:pPr>
              <w:spacing w:after="20" w:line="276" w:lineRule="auto"/>
            </w:pPr>
            <w:r>
              <w:rPr>
                <w:b/>
              </w:rPr>
            </w:r>
            <w:r>
              <w:rPr>
                <w:rFonts w:ascii="宋体" w:hAnsi="宋体" w:eastAsia="宋体"/>
                <w:b/>
                <w:sz w:val="18"/>
              </w:rPr>
              <w:t>实践应用，反馈提升</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学生自主完成教科书P101“做一做”。</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通过摸球游戏，让学生通过观察试验记录、分析数据及小组讨论交流的活动，体验随机现象的不确定性，进一步感知事件发生的可能性有大有小。</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可能性的大小（2）</w:t>
      </w:r>
    </w:p>
    <w:p>
      <w:pPr>
        <w:spacing w:after="40" w:line="300" w:lineRule="auto"/>
      </w:pPr>
      <w:r>
        <w:rPr>
          <w:rFonts w:ascii="宋体" w:hAnsi="宋体" w:eastAsia="宋体"/>
          <w:b w:val="0"/>
          <w:sz w:val="20"/>
        </w:rPr>
        <w:t>事件发生的可能性大小一定程度上能反映出物体数量的多少，可能性大，对应的物体数量就多些；可能性小，对应的物体数量就少些。</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教科书P101例3，完成教科书P101“做一做”。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【原教学设计反思（供参考）】小组合作时，要注重组内成员的分工，让组长记录数据，其他学生轮流摸球，提醒学生注意保证试验的随机性的方法，让学生在生动活泼的气氛中提高学习效率。</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掷一掷</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掷一掷</w:t>
            </w:r>
          </w:p>
        </w:tc>
        <w:tc>
          <w:tcPr>
            <w:tcW w:type="dxa" w:w="6009"/>
          </w:tcPr>
          <w:p>
            <w:pPr>
              <w:spacing w:after="20" w:line="276" w:lineRule="auto"/>
            </w:pPr>
            <w:r/>
            <w:r>
              <w:rPr>
                <w:rFonts w:ascii="宋体" w:hAnsi="宋体" w:eastAsia="宋体"/>
                <w:b w:val="0"/>
                <w:sz w:val="20"/>
              </w:rPr>
              <w:t>第7单元 可能性</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单元学情：但是现阶段，学生判定的不确定事件都是基于他们自身的生活经验和学习知识基础，对于有些需要严谨推理或者推理较复杂的事件，学生进行预测或判断还是有一定的难度。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教学内容：教科书P104相关内容。</w:t>
      </w:r>
    </w:p>
    <w:p>
      <w:pPr>
        <w:spacing w:after="80" w:line="300" w:lineRule="auto"/>
        <w:ind w:firstLine="400"/>
      </w:pPr>
      <w:r>
        <w:rPr>
          <w:rFonts w:ascii="宋体" w:hAnsi="宋体" w:eastAsia="宋体"/>
          <w:b w:val="0"/>
          <w:sz w:val="20"/>
        </w:rPr>
        <w:t>教学准备：课件、两个骰子。</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（1）借助游戏情境，经历猜想、试验、验证的过程，巩固“组合”的有关知识，探讨事件发生的可能性大小。</w:t>
      </w:r>
    </w:p>
    <w:p>
      <w:pPr>
        <w:spacing w:after="20" w:line="300" w:lineRule="auto"/>
        <w:ind w:firstLine="400"/>
      </w:pPr>
      <w:r>
        <w:rPr>
          <w:rFonts w:ascii="宋体" w:hAnsi="宋体" w:eastAsia="宋体"/>
          <w:b w:val="0"/>
          <w:sz w:val="20"/>
        </w:rPr>
        <w:t>（2）通过在分组游戏等活动中，独立思考、合作交流，培养观察、分析、推理及解决问题的能力，发展随机意识与数据意识。</w:t>
      </w:r>
    </w:p>
    <w:p>
      <w:pPr>
        <w:spacing w:after="20" w:line="300" w:lineRule="auto"/>
        <w:ind w:firstLine="400"/>
      </w:pPr>
      <w:r>
        <w:rPr>
          <w:rFonts w:ascii="宋体" w:hAnsi="宋体" w:eastAsia="宋体"/>
          <w:b w:val="0"/>
          <w:sz w:val="20"/>
        </w:rPr>
        <w:t>（3）在主动参与活动中，提高动手实践能力，激发对数学学习的兴趣。</w:t>
      </w:r>
    </w:p>
    <w:p>
      <w:pPr>
        <w:spacing w:after="20" w:line="300" w:lineRule="auto"/>
      </w:pPr>
      <w:r>
        <w:rPr>
          <w:rFonts w:ascii="宋体" w:hAnsi="宋体" w:eastAsia="宋体"/>
          <w:b w:val="0"/>
          <w:sz w:val="20"/>
        </w:rPr>
        <w:t>教学重点：探讨可能性的大小，体会随机性。</w:t>
      </w:r>
    </w:p>
    <w:p>
      <w:pPr>
        <w:spacing w:after="20" w:line="300" w:lineRule="auto"/>
      </w:pPr>
      <w:r>
        <w:rPr>
          <w:rFonts w:ascii="宋体" w:hAnsi="宋体" w:eastAsia="宋体"/>
          <w:b w:val="0"/>
          <w:sz w:val="20"/>
        </w:rPr>
        <w:t>教学难点：探讨游戏获胜的秘诀。</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新课导入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大家知道骰子吗？随意掷出一个骰子后，朝上面的数字可能是几？</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探究新知识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两个骰子一起掷出去，会得到两个数，将这两个数相加，它们的和可能是多少？；可能是1吗？13呢？为什么？</w:t>
            </w:r>
          </w:p>
        </w:tc>
        <w:tc>
          <w:tcPr>
            <w:tcW w:type="dxa" w:w="1361"/>
          </w:tcPr>
          <w:p>
            <w:pPr>
              <w:spacing w:after="20" w:line="276" w:lineRule="auto"/>
            </w:pPr>
            <w:r/>
            <w:r>
              <w:rPr>
                <w:rFonts w:ascii="宋体" w:hAnsi="宋体" w:eastAsia="宋体"/>
                <w:b w:val="0"/>
                <w:sz w:val="18"/>
              </w:rPr>
              <w:t>32分钟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回顾一下，这节课我们都研究了什么问题？你有哪些收获？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新课导入</w:t>
            </w:r>
          </w:p>
        </w:tc>
        <w:tc>
          <w:tcPr>
            <w:tcW w:type="dxa" w:w="3061"/>
          </w:tcPr>
          <w:p>
            <w:pPr>
              <w:spacing w:after="20" w:line="276" w:lineRule="auto"/>
            </w:pPr>
            <w:r/>
            <w:r>
              <w:rPr>
                <w:rFonts w:ascii="宋体" w:hAnsi="宋体" w:eastAsia="宋体"/>
                <w:b w:val="0"/>
                <w:sz w:val="18"/>
              </w:rPr>
              <w:t>师：大家知道骰子吗？随意掷出一个骰子后，朝上面的数字可能是几？</w:t>
            </w:r>
          </w:p>
          <w:p>
            <w:pPr>
              <w:spacing w:after="20" w:line="276" w:lineRule="auto"/>
            </w:pPr>
            <w:r>
              <w:rPr>
                <w:rFonts w:ascii="宋体" w:hAnsi="宋体" w:eastAsia="宋体"/>
                <w:b w:val="0"/>
                <w:sz w:val="18"/>
              </w:rPr>
              <w:t>师：掷骰子里面也蕴藏着很大的学问，今天我们就来一起掷一掷骰子。（板书课题：*掷一掷）</w:t>
            </w:r>
          </w:p>
        </w:tc>
        <w:tc>
          <w:tcPr>
            <w:tcW w:type="dxa" w:w="3061"/>
          </w:tcPr>
          <w:p>
            <w:pPr>
              <w:spacing w:after="20" w:line="276" w:lineRule="auto"/>
            </w:pPr>
            <w:r/>
            <w:r>
              <w:rPr>
                <w:rFonts w:ascii="宋体" w:hAnsi="宋体" w:eastAsia="宋体"/>
                <w:b w:val="0"/>
                <w:sz w:val="18"/>
              </w:rPr>
              <w:t>知道，朝上面的数字可能是1～6中的任意一个。</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创设情境激活学生已有经验，自然引出本课学习内容，激发学习兴趣，核心问题："大家知道骰子吗？随意掷出一个骰子后，朝上面的数字可能是几？"</w:t>
            </w:r>
          </w:p>
        </w:tc>
      </w:tr>
      <w:tr>
        <w:tc>
          <w:tcPr>
            <w:tcW w:type="dxa" w:w="1474"/>
          </w:tcPr>
          <w:p>
            <w:pPr>
              <w:spacing w:after="20" w:line="276" w:lineRule="auto"/>
            </w:pPr>
            <w:r>
              <w:rPr>
                <w:b/>
              </w:rPr>
            </w:r>
            <w:r>
              <w:rPr>
                <w:rFonts w:ascii="宋体" w:hAnsi="宋体" w:eastAsia="宋体"/>
                <w:b/>
                <w:sz w:val="18"/>
              </w:rPr>
              <w:t>探究新知识</w:t>
            </w:r>
          </w:p>
        </w:tc>
        <w:tc>
          <w:tcPr>
            <w:tcW w:type="dxa" w:w="3061"/>
          </w:tcPr>
          <w:p>
            <w:pPr>
              <w:spacing w:after="20" w:line="276" w:lineRule="auto"/>
            </w:pPr>
            <w:r/>
            <w:r>
              <w:rPr>
                <w:rFonts w:ascii="宋体" w:hAnsi="宋体" w:eastAsia="宋体"/>
                <w:b w:val="0"/>
                <w:sz w:val="18"/>
              </w:rPr>
              <w:t>1.研究两个骰子的组合结果。</w:t>
            </w:r>
          </w:p>
          <w:p>
            <w:pPr>
              <w:spacing w:after="20" w:line="276" w:lineRule="auto"/>
            </w:pPr>
            <w:r>
              <w:rPr>
                <w:rFonts w:ascii="宋体" w:hAnsi="宋体" w:eastAsia="宋体"/>
                <w:b w:val="0"/>
                <w:sz w:val="18"/>
              </w:rPr>
              <w:t>师：两个骰子一起掷出去，会得到两个数，将这两个数相加，它们的和可能是多少？</w:t>
            </w:r>
          </w:p>
          <w:p>
            <w:pPr>
              <w:spacing w:after="20" w:line="276" w:lineRule="auto"/>
            </w:pPr>
            <w:r>
              <w:rPr>
                <w:rFonts w:ascii="宋体" w:hAnsi="宋体" w:eastAsia="宋体"/>
                <w:b w:val="0"/>
                <w:sz w:val="18"/>
              </w:rPr>
              <w:t>教师随机演示。</w:t>
            </w:r>
          </w:p>
          <w:p>
            <w:pPr>
              <w:spacing w:after="20" w:line="276" w:lineRule="auto"/>
            </w:pPr>
            <w:r>
              <w:rPr>
                <w:rFonts w:ascii="宋体" w:hAnsi="宋体" w:eastAsia="宋体"/>
                <w:b w:val="0"/>
                <w:sz w:val="18"/>
              </w:rPr>
              <w:t>师：可能是1吗？13呢？为什么？</w:t>
            </w:r>
          </w:p>
          <w:p>
            <w:pPr>
              <w:spacing w:after="20" w:line="276" w:lineRule="auto"/>
            </w:pPr>
            <w:r>
              <w:rPr>
                <w:rFonts w:ascii="宋体" w:hAnsi="宋体" w:eastAsia="宋体"/>
                <w:b w:val="0"/>
                <w:sz w:val="18"/>
              </w:rPr>
              <w:t>师生交流，两个骰子一起掷出去，两个数字的和可能有哪些情况。</w:t>
            </w:r>
          </w:p>
          <w:p>
            <w:pPr>
              <w:spacing w:after="20" w:line="276" w:lineRule="auto"/>
            </w:pPr>
            <w:r>
              <w:rPr>
                <w:rFonts w:ascii="宋体" w:hAnsi="宋体" w:eastAsia="宋体"/>
                <w:b w:val="0"/>
                <w:sz w:val="18"/>
              </w:rPr>
              <w:t>2.游戏感知。</w:t>
            </w:r>
          </w:p>
          <w:p>
            <w:pPr>
              <w:spacing w:after="20" w:line="276" w:lineRule="auto"/>
            </w:pPr>
            <w:r>
              <w:rPr>
                <w:rFonts w:ascii="宋体" w:hAnsi="宋体" w:eastAsia="宋体"/>
                <w:b w:val="0"/>
                <w:sz w:val="18"/>
              </w:rPr>
              <w:t>师：这节课我们玩一个游戏，两个骰子投掷出来的数的和共有2、3、4、5、6、7、8、9、10、11、12这11种情况。我们把这11种情况分为甲、乙两组，甲组：2、3、4、10、11、12；乙组：5、6、7、8、9。</w:t>
            </w:r>
          </w:p>
          <w:p>
            <w:pPr>
              <w:spacing w:after="20" w:line="276" w:lineRule="auto"/>
            </w:pPr>
            <w:r>
              <w:rPr>
                <w:rFonts w:ascii="宋体" w:hAnsi="宋体" w:eastAsia="宋体"/>
                <w:b w:val="0"/>
                <w:sz w:val="18"/>
              </w:rPr>
              <w:t>师：若掷出来的和是甲组中的数，算同学们赢，若和是乙组中的数，算老师赢。估计一下，谁会赢？为什么？</w:t>
            </w:r>
          </w:p>
          <w:p>
            <w:pPr>
              <w:spacing w:after="20" w:line="276" w:lineRule="auto"/>
            </w:pPr>
            <w:r>
              <w:rPr>
                <w:rFonts w:ascii="宋体" w:hAnsi="宋体" w:eastAsia="宋体"/>
                <w:b w:val="0"/>
                <w:sz w:val="18"/>
              </w:rPr>
              <w:t>教师组织同学们进行游戏活动。</w:t>
            </w:r>
          </w:p>
          <w:p>
            <w:pPr>
              <w:spacing w:after="20" w:line="276" w:lineRule="auto"/>
            </w:pPr>
            <w:r>
              <w:rPr>
                <w:rFonts w:ascii="宋体" w:hAnsi="宋体" w:eastAsia="宋体"/>
                <w:b w:val="0"/>
                <w:sz w:val="18"/>
              </w:rPr>
              <w:t>师：游戏结束了，我赢了，你们有什么疑问吗？</w:t>
            </w:r>
          </w:p>
          <w:p>
            <w:pPr>
              <w:spacing w:after="20" w:line="276" w:lineRule="auto"/>
            </w:pPr>
            <w:r>
              <w:rPr>
                <w:rFonts w:ascii="宋体" w:hAnsi="宋体" w:eastAsia="宋体"/>
                <w:b w:val="0"/>
                <w:sz w:val="18"/>
              </w:rPr>
              <w:t>师生交流讨论。</w:t>
            </w:r>
          </w:p>
          <w:p>
            <w:pPr>
              <w:spacing w:after="20" w:line="276" w:lineRule="auto"/>
            </w:pPr>
            <w:r>
              <w:rPr>
                <w:rFonts w:ascii="宋体" w:hAnsi="宋体" w:eastAsia="宋体"/>
                <w:b w:val="0"/>
                <w:sz w:val="18"/>
              </w:rPr>
              <w:t>师：既然同学们有这么多想法和疑问，那么大家的猜测有没有道理呢？我们再请两名同学来投掷20次，进行第二轮游戏。</w:t>
            </w:r>
          </w:p>
          <w:p>
            <w:pPr>
              <w:spacing w:after="20" w:line="276" w:lineRule="auto"/>
            </w:pPr>
            <w:r>
              <w:rPr>
                <w:rFonts w:ascii="宋体" w:hAnsi="宋体" w:eastAsia="宋体"/>
                <w:b w:val="0"/>
                <w:sz w:val="18"/>
              </w:rPr>
              <w:t>师：这次又是我赢了，这是为什么呢？</w:t>
            </w:r>
          </w:p>
          <w:p>
            <w:pPr>
              <w:spacing w:after="20" w:line="276" w:lineRule="auto"/>
            </w:pPr>
            <w:r>
              <w:rPr>
                <w:rFonts w:ascii="宋体" w:hAnsi="宋体" w:eastAsia="宋体"/>
                <w:b w:val="0"/>
                <w:sz w:val="18"/>
              </w:rPr>
              <w:t>3.结合游戏数据，分析推理。</w:t>
            </w:r>
          </w:p>
          <w:p>
            <w:pPr>
              <w:spacing w:after="20" w:line="276" w:lineRule="auto"/>
            </w:pPr>
            <w:r>
              <w:rPr>
                <w:rFonts w:ascii="宋体" w:hAnsi="宋体" w:eastAsia="宋体"/>
                <w:b w:val="0"/>
                <w:sz w:val="18"/>
              </w:rPr>
              <w:t>师：那我们就来看看数字5，什么情况下两个骰子掷出的数字的和会是5？</w:t>
            </w:r>
          </w:p>
          <w:p>
            <w:pPr>
              <w:spacing w:after="20" w:line="276" w:lineRule="auto"/>
            </w:pPr>
            <w:r>
              <w:rPr>
                <w:rFonts w:ascii="宋体" w:hAnsi="宋体" w:eastAsia="宋体"/>
                <w:b w:val="0"/>
                <w:sz w:val="18"/>
              </w:rPr>
              <w:t>教师引导学生进行小组讨论，运用“组合”知识列出所有可能的情况，探究投掷出各种和的可能性大小。</w:t>
            </w:r>
          </w:p>
          <w:p>
            <w:pPr>
              <w:spacing w:after="20" w:line="276" w:lineRule="auto"/>
            </w:pPr>
            <w:r>
              <w:rPr>
                <w:rFonts w:ascii="宋体" w:hAnsi="宋体" w:eastAsia="宋体"/>
                <w:b w:val="0"/>
                <w:sz w:val="18"/>
              </w:rPr>
              <w:t>师：通过整理，大家发现了什么？</w:t>
            </w:r>
          </w:p>
          <w:p>
            <w:pPr>
              <w:spacing w:after="20" w:line="276" w:lineRule="auto"/>
            </w:pPr>
            <w:r>
              <w:rPr>
                <w:rFonts w:ascii="宋体" w:hAnsi="宋体" w:eastAsia="宋体"/>
                <w:b w:val="0"/>
                <w:sz w:val="18"/>
              </w:rPr>
              <w:t>师生交流并适时板书。</w:t>
            </w:r>
          </w:p>
          <w:p>
            <w:pPr>
              <w:spacing w:after="20" w:line="276" w:lineRule="auto"/>
            </w:pPr>
            <w:r>
              <w:rPr>
                <w:rFonts w:ascii="宋体" w:hAnsi="宋体" w:eastAsia="宋体"/>
                <w:b w:val="0"/>
                <w:sz w:val="18"/>
              </w:rPr>
              <w:t>4.呈现表格，借助数据验证。</w:t>
            </w:r>
          </w:p>
          <w:p>
            <w:pPr>
              <w:spacing w:after="20" w:line="276" w:lineRule="auto"/>
            </w:pPr>
            <w:r>
              <w:rPr>
                <w:rFonts w:ascii="宋体" w:hAnsi="宋体" w:eastAsia="宋体"/>
                <w:b w:val="0"/>
                <w:sz w:val="18"/>
              </w:rPr>
              <w:t>课件出示空白表格。</w:t>
            </w:r>
          </w:p>
          <w:p>
            <w:pPr>
              <w:spacing w:after="20" w:line="276" w:lineRule="auto"/>
            </w:pPr>
            <w:r>
              <w:rPr>
                <w:rFonts w:ascii="宋体" w:hAnsi="宋体" w:eastAsia="宋体"/>
                <w:b w:val="0"/>
                <w:sz w:val="18"/>
              </w:rPr>
              <w:t>师：表格中，横着的1～6代表一个骰子上的数，竖着的1到6代表另一个骰子上的数。横行和竖列相交的地方就是这两个数的和。</w:t>
            </w:r>
          </w:p>
          <w:p>
            <w:pPr>
              <w:spacing w:after="20" w:line="276" w:lineRule="auto"/>
            </w:pPr>
            <w:r>
              <w:rPr>
                <w:rFonts w:ascii="宋体" w:hAnsi="宋体" w:eastAsia="宋体"/>
                <w:b w:val="0"/>
                <w:sz w:val="18"/>
              </w:rPr>
              <w:t>课件展示完成后的表格。</w:t>
            </w:r>
          </w:p>
          <w:p>
            <w:pPr>
              <w:spacing w:after="20" w:line="276" w:lineRule="auto"/>
            </w:pPr>
            <w:r>
              <w:rPr>
                <w:rFonts w:ascii="宋体" w:hAnsi="宋体" w:eastAsia="宋体"/>
                <w:b w:val="0"/>
                <w:sz w:val="18"/>
              </w:rPr>
              <w:t>师：同学们观察一下，能发现什么？</w:t>
            </w:r>
          </w:p>
          <w:p>
            <w:pPr>
              <w:spacing w:after="20" w:line="276" w:lineRule="auto"/>
            </w:pPr>
            <w:r>
              <w:rPr>
                <w:rFonts w:ascii="宋体" w:hAnsi="宋体" w:eastAsia="宋体"/>
                <w:b w:val="0"/>
                <w:sz w:val="18"/>
              </w:rPr>
              <w:t>师：现在知道了为什么老师赢吗？</w:t>
            </w:r>
          </w:p>
        </w:tc>
        <w:tc>
          <w:tcPr>
            <w:tcW w:type="dxa" w:w="3061"/>
          </w:tcPr>
          <w:p>
            <w:pPr>
              <w:spacing w:after="20" w:line="276" w:lineRule="auto"/>
            </w:pPr>
            <w:r/>
            <w:r>
              <w:rPr>
                <w:rFonts w:ascii="宋体" w:hAnsi="宋体" w:eastAsia="宋体"/>
                <w:b w:val="0"/>
                <w:sz w:val="18"/>
              </w:rPr>
              <w:t>同桌交流，汇报结果。</w:t>
            </w:r>
          </w:p>
          <w:p>
            <w:pPr>
              <w:spacing w:after="20" w:line="276" w:lineRule="auto"/>
            </w:pPr>
            <w:r>
              <w:rPr>
                <w:rFonts w:ascii="宋体" w:hAnsi="宋体" w:eastAsia="宋体"/>
                <w:b w:val="0"/>
                <w:sz w:val="18"/>
              </w:rPr>
              <w:t>不可能是1，因为骰子上最小的数字是1，两个骰子一起掷出去，它们的和最小是2；同理，也不可能是13，因为骰子上最大的数字是6，两个骰子一起掷出去，它们的和最大是12。</w:t>
            </w:r>
          </w:p>
          <w:p>
            <w:pPr>
              <w:spacing w:after="20" w:line="276" w:lineRule="auto"/>
            </w:pPr>
            <w:r>
              <w:rPr>
                <w:rFonts w:ascii="宋体" w:hAnsi="宋体" w:eastAsia="宋体"/>
                <w:b w:val="0"/>
                <w:sz w:val="18"/>
              </w:rPr>
              <w:t>两个数的和有11种情况，是2～12中的任意一个数字。</w:t>
            </w:r>
          </w:p>
          <w:p>
            <w:pPr>
              <w:spacing w:after="20" w:line="276" w:lineRule="auto"/>
            </w:pPr>
            <w:r>
              <w:rPr>
                <w:rFonts w:ascii="宋体" w:hAnsi="宋体" w:eastAsia="宋体"/>
                <w:b w:val="0"/>
                <w:sz w:val="18"/>
              </w:rPr>
              <w:t>学生继续进行游戏活动。</w:t>
            </w:r>
          </w:p>
          <w:p>
            <w:pPr>
              <w:spacing w:after="20" w:line="276" w:lineRule="auto"/>
            </w:pPr>
            <w:r>
              <w:rPr>
                <w:rFonts w:ascii="宋体" w:hAnsi="宋体" w:eastAsia="宋体"/>
                <w:b w:val="0"/>
                <w:sz w:val="18"/>
              </w:rPr>
              <w:t>5、6、7、8、9在这个表格中占的格子数是24格，而2、3、4、10、11、12所占格子数是12格。</w:t>
            </w:r>
          </w:p>
          <w:p>
            <w:pPr>
              <w:spacing w:after="20" w:line="276" w:lineRule="auto"/>
            </w:pPr>
            <w:r>
              <w:rPr>
                <w:rFonts w:ascii="宋体" w:hAnsi="宋体" w:eastAsia="宋体"/>
                <w:b w:val="0"/>
                <w:sz w:val="18"/>
              </w:rPr>
              <w:t>虽然甲组数字多，但出现的可能性小，乙组数字少，但出现的可能性大。</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设计递进式探究活动，引导学生在动手实践与合作交流中经历知识形成过程，突破本课重难点，核心问题："两个骰子一起掷出去，会得到两个数，将这两个数相加，它们的和可能是多少？"</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师：回顾一下，这节课我们都研究了什么问题？你有哪些收获？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从掷两个骰子开始，引导学生从不同的角度进行分析，科学验证，探究其中的原理，不仅关注学生如何说理，更要培养学生的数感。</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*掷一掷</w:t>
      </w:r>
    </w:p>
    <w:p>
      <w:pPr>
        <w:spacing w:after="40" w:line="300" w:lineRule="auto"/>
      </w:pPr>
      <w:r>
        <w:rPr>
          <w:rFonts w:ascii="宋体" w:hAnsi="宋体" w:eastAsia="宋体"/>
          <w:b w:val="0"/>
          <w:sz w:val="20"/>
        </w:rPr>
        <w:t>甲组：掷两个骰子点数之和是2、3、4、10、11、12</w:t>
      </w:r>
    </w:p>
    <w:p>
      <w:pPr>
        <w:spacing w:after="40" w:line="300" w:lineRule="auto"/>
      </w:pPr>
      <w:r>
        <w:rPr>
          <w:rFonts w:ascii="宋体" w:hAnsi="宋体" w:eastAsia="宋体"/>
          <w:b w:val="0"/>
          <w:sz w:val="20"/>
        </w:rPr>
        <w:t>（12种组合情况　可能性小）)</w:t>
      </w:r>
    </w:p>
    <w:p>
      <w:pPr>
        <w:spacing w:after="40" w:line="300" w:lineRule="auto"/>
      </w:pPr>
      <w:r>
        <w:rPr>
          <w:rFonts w:ascii="宋体" w:hAnsi="宋体" w:eastAsia="宋体"/>
          <w:b w:val="0"/>
          <w:sz w:val="20"/>
        </w:rPr>
        <w:t>乙组：掷两个骰子点数之和是5、6、7、8、9</w:t>
      </w:r>
    </w:p>
    <w:p>
      <w:pPr>
        <w:spacing w:after="40" w:line="300" w:lineRule="auto"/>
      </w:pPr>
      <w:r>
        <w:rPr>
          <w:rFonts w:ascii="宋体" w:hAnsi="宋体" w:eastAsia="宋体"/>
          <w:b w:val="0"/>
          <w:sz w:val="20"/>
        </w:rPr>
        <w:t>（24种组合情况　可能性大）)</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教科书P104相关内容。</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以问题为载体，通过游戏活动，不断让学生发现问题、提出问题，并用学过的知识分析问题、解决问题，充分经历猜想、试验的过程，通过相对严密的“数学化”过程得出结论，极大地提升了学生对数学探究的兴趣和好奇心。</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整理和复习（练习二十）</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整理和复习（练习二十）</w:t>
            </w:r>
          </w:p>
        </w:tc>
        <w:tc>
          <w:tcPr>
            <w:tcW w:type="dxa" w:w="6009"/>
          </w:tcPr>
          <w:p>
            <w:pPr>
              <w:spacing w:after="20" w:line="276" w:lineRule="auto"/>
            </w:pPr>
            <w:r/>
            <w:r>
              <w:rPr>
                <w:rFonts w:ascii="宋体" w:hAnsi="宋体" w:eastAsia="宋体"/>
                <w:b w:val="0"/>
                <w:sz w:val="20"/>
              </w:rPr>
              <w:t>第7单元 可能性</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单元学情：但是现阶段，学生判定的不确定事件都是基于他们自身的生活经验和学习知识基础，对于有些需要严谨推理或者推理较复杂的事件，学生进行预测或判断还是有一定的难度。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教学内容：教科书P105“整理和复习”，完成教科书P105～106“练习二十”。</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（1）整理本单元所学知识，根据可预测和不可预测的现象会用“一定”“可能”“不可能”等词描述预测结果。</w:t>
      </w:r>
    </w:p>
    <w:p>
      <w:pPr>
        <w:spacing w:after="20" w:line="300" w:lineRule="auto"/>
        <w:ind w:firstLine="400"/>
      </w:pPr>
      <w:r>
        <w:rPr>
          <w:rFonts w:ascii="宋体" w:hAnsi="宋体" w:eastAsia="宋体"/>
          <w:b w:val="0"/>
          <w:sz w:val="20"/>
        </w:rPr>
        <w:t>（2）结合具体的生活现象进一步感悟可能性的大小，能根据试验数据推断可能性的大小，发展数据意识和随机思想。</w:t>
      </w:r>
    </w:p>
    <w:p>
      <w:pPr>
        <w:spacing w:after="20" w:line="300" w:lineRule="auto"/>
      </w:pPr>
      <w:r>
        <w:rPr>
          <w:rFonts w:ascii="宋体" w:hAnsi="宋体" w:eastAsia="宋体"/>
          <w:b w:val="0"/>
          <w:sz w:val="20"/>
        </w:rPr>
        <w:t>教学重点：系统整理本单元的知识，整体认识可能性事件。</w:t>
      </w:r>
    </w:p>
    <w:p>
      <w:pPr>
        <w:spacing w:after="20" w:line="300" w:lineRule="auto"/>
      </w:pPr>
      <w:r>
        <w:rPr>
          <w:rFonts w:ascii="宋体" w:hAnsi="宋体" w:eastAsia="宋体"/>
          <w:b w:val="0"/>
          <w:sz w:val="20"/>
        </w:rPr>
        <w:t>教学难点：按可能性的大小设计简单的方案。</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梳理知识，整体认知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本单元我们学习了哪些有关可能性的知识呢？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可能性</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你能根据上面的知识将生活中的现象分类吗？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基础练习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指导练习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这个说法正确吗？为什么？；谁来展示一下你的游戏方案和圆盘的涂色？</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本节整理复习课，你有哪些新的收获？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梳理知识，整体认知</w:t>
            </w:r>
          </w:p>
        </w:tc>
        <w:tc>
          <w:tcPr>
            <w:tcW w:type="dxa" w:w="3061"/>
          </w:tcPr>
          <w:p>
            <w:pPr>
              <w:spacing w:after="20" w:line="276" w:lineRule="auto"/>
            </w:pPr>
            <w:r/>
            <w:r>
              <w:rPr>
                <w:rFonts w:ascii="宋体" w:hAnsi="宋体" w:eastAsia="宋体"/>
                <w:b w:val="0"/>
                <w:sz w:val="18"/>
              </w:rPr>
              <w:t>师：本单元我们学习了哪些有关可能性的知识呢？[板书课题：整理和复习（练习二十）]</w:t>
            </w:r>
          </w:p>
          <w:p>
            <w:pPr>
              <w:spacing w:after="20" w:line="276" w:lineRule="auto"/>
            </w:pPr>
            <w:r>
              <w:rPr>
                <w:rFonts w:ascii="宋体" w:hAnsi="宋体" w:eastAsia="宋体"/>
                <w:b w:val="0"/>
                <w:sz w:val="18"/>
              </w:rPr>
              <w:t>结合学生的汇报，教师板书：</w:t>
            </w:r>
          </w:p>
        </w:tc>
        <w:tc>
          <w:tcPr>
            <w:tcW w:type="dxa" w:w="3061"/>
          </w:tcPr>
          <w:p>
            <w:pPr>
              <w:spacing w:after="20" w:line="276" w:lineRule="auto"/>
            </w:pPr>
            <w:r/>
            <w:r>
              <w:rPr>
                <w:rFonts w:ascii="宋体" w:hAnsi="宋体" w:eastAsia="宋体"/>
                <w:b w:val="0"/>
                <w:sz w:val="18"/>
              </w:rPr>
              <w:t>学生交流本单元的知识内容。</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引导学生回顾梳理本课所学，完善认知结构，提升归纳与反思能力，核心问题："本单元我们学习了哪些有关可能性的知识呢？"</w:t>
            </w:r>
          </w:p>
        </w:tc>
      </w:tr>
      <w:tr>
        <w:tc>
          <w:tcPr>
            <w:tcW w:type="dxa" w:w="1474"/>
          </w:tcPr>
          <w:p>
            <w:pPr>
              <w:spacing w:after="20" w:line="276" w:lineRule="auto"/>
            </w:pPr>
            <w:r>
              <w:rPr>
                <w:b/>
              </w:rPr>
            </w:r>
            <w:r>
              <w:rPr>
                <w:rFonts w:ascii="宋体" w:hAnsi="宋体" w:eastAsia="宋体"/>
                <w:b/>
                <w:sz w:val="18"/>
              </w:rPr>
              <w:t>可能性</w:t>
            </w:r>
          </w:p>
        </w:tc>
        <w:tc>
          <w:tcPr>
            <w:tcW w:type="dxa" w:w="3061"/>
          </w:tcPr>
          <w:p>
            <w:pPr>
              <w:spacing w:after="20" w:line="276" w:lineRule="auto"/>
            </w:pPr>
            <w:r/>
            <w:r>
              <w:rPr>
                <w:rFonts w:ascii="宋体" w:hAnsi="宋体" w:eastAsia="宋体"/>
                <w:b w:val="0"/>
                <w:sz w:val="18"/>
              </w:rPr>
              <w:t>师：你能根据上面的知识将生活中的现象分类吗？</w:t>
            </w:r>
          </w:p>
          <w:p>
            <w:pPr>
              <w:spacing w:after="20" w:line="276" w:lineRule="auto"/>
            </w:pPr>
            <w:r>
              <w:rPr>
                <w:rFonts w:ascii="宋体" w:hAnsi="宋体" w:eastAsia="宋体"/>
                <w:b w:val="0"/>
                <w:sz w:val="18"/>
              </w:rPr>
              <w:t>师小结并适时板书：生活中的现象按照可能性可以分为两类：可预测结果的现象和无法预测结果的现象。</w:t>
            </w:r>
          </w:p>
        </w:tc>
        <w:tc>
          <w:tcPr>
            <w:tcW w:type="dxa" w:w="3061"/>
          </w:tcPr>
          <w:p>
            <w:pPr>
              <w:spacing w:after="20" w:line="276" w:lineRule="auto"/>
            </w:pPr>
            <w:r/>
            <w:r>
              <w:rPr>
                <w:rFonts w:ascii="宋体" w:hAnsi="宋体" w:eastAsia="宋体"/>
                <w:b w:val="0"/>
                <w:sz w:val="18"/>
              </w:rPr>
              <w:t>小组合作讨论分类。指名学生汇报分类情况。</w:t>
            </w:r>
          </w:p>
        </w:tc>
        <w:tc>
          <w:tcPr>
            <w:tcW w:type="dxa" w:w="1814"/>
          </w:tcPr>
          <w:p>
            <w:pPr>
              <w:spacing w:after="20" w:line="276" w:lineRule="auto"/>
            </w:pPr>
            <w:r/>
            <w:r>
              <w:rPr>
                <w:rFonts w:ascii="宋体" w:hAnsi="宋体" w:eastAsia="宋体"/>
                <w:b w:val="0"/>
                <w:sz w:val="18"/>
              </w:rPr>
              <w:t>围绕环节目标组织学习活动，引导学生主动参与、积极思考，核心问题："你能根据上面的知识将生活中的现象分类吗？"</w:t>
            </w:r>
          </w:p>
        </w:tc>
      </w:tr>
      <w:tr>
        <w:tc>
          <w:tcPr>
            <w:tcW w:type="dxa" w:w="1474"/>
          </w:tcPr>
          <w:p>
            <w:pPr>
              <w:spacing w:after="20" w:line="276" w:lineRule="auto"/>
            </w:pPr>
            <w:r>
              <w:rPr>
                <w:b/>
              </w:rPr>
            </w:r>
            <w:r>
              <w:rPr>
                <w:rFonts w:ascii="宋体" w:hAnsi="宋体" w:eastAsia="宋体"/>
                <w:b/>
                <w:sz w:val="18"/>
              </w:rPr>
              <w:t>基础练习</w:t>
            </w:r>
          </w:p>
        </w:tc>
        <w:tc>
          <w:tcPr>
            <w:tcW w:type="dxa" w:w="3061"/>
          </w:tcPr>
          <w:p>
            <w:pPr>
              <w:spacing w:after="20" w:line="276" w:lineRule="auto"/>
            </w:pPr>
            <w:r/>
            <w:r>
              <w:rPr>
                <w:rFonts w:ascii="宋体" w:hAnsi="宋体" w:eastAsia="宋体"/>
                <w:b w:val="0"/>
                <w:sz w:val="18"/>
              </w:rPr>
              <w:t>1.完成教科书P105“练习二十”第1题。</w:t>
            </w:r>
          </w:p>
          <w:p>
            <w:pPr>
              <w:spacing w:after="20" w:line="276" w:lineRule="auto"/>
            </w:pPr>
            <w:r>
              <w:rPr>
                <w:rFonts w:ascii="宋体" w:hAnsi="宋体" w:eastAsia="宋体"/>
                <w:b w:val="0"/>
                <w:sz w:val="18"/>
              </w:rPr>
              <w:t>（1）学生独立自主在教科书上涂色。</w:t>
            </w:r>
          </w:p>
          <w:p>
            <w:pPr>
              <w:spacing w:after="20" w:line="276" w:lineRule="auto"/>
            </w:pPr>
            <w:r>
              <w:rPr>
                <w:rFonts w:ascii="宋体" w:hAnsi="宋体" w:eastAsia="宋体"/>
                <w:b w:val="0"/>
                <w:sz w:val="18"/>
              </w:rPr>
              <w:t>（2）展示交流，师生评价。</w:t>
            </w:r>
          </w:p>
          <w:p>
            <w:pPr>
              <w:spacing w:after="20" w:line="276" w:lineRule="auto"/>
            </w:pPr>
            <w:r>
              <w:rPr>
                <w:rFonts w:ascii="宋体" w:hAnsi="宋体" w:eastAsia="宋体"/>
                <w:b w:val="0"/>
                <w:sz w:val="18"/>
              </w:rPr>
              <w:t>展示学生的涂色情况，评价是否符合要求，分析对错原因。</w:t>
            </w:r>
          </w:p>
          <w:p>
            <w:pPr>
              <w:spacing w:after="20" w:line="276" w:lineRule="auto"/>
            </w:pPr>
            <w:r>
              <w:rPr>
                <w:rFonts w:ascii="宋体" w:hAnsi="宋体" w:eastAsia="宋体"/>
                <w:b w:val="0"/>
                <w:sz w:val="18"/>
              </w:rPr>
              <w:t>2.完成教科书P106“练习二十”第2题。</w:t>
            </w:r>
          </w:p>
          <w:p>
            <w:pPr>
              <w:spacing w:after="20" w:line="276" w:lineRule="auto"/>
            </w:pPr>
            <w:r>
              <w:rPr>
                <w:rFonts w:ascii="宋体" w:hAnsi="宋体" w:eastAsia="宋体"/>
                <w:b w:val="0"/>
                <w:sz w:val="18"/>
              </w:rPr>
              <w:t>师生交流在哪个盒子里更容易摸到绿球，并说明理由。</w:t>
            </w:r>
          </w:p>
          <w:p>
            <w:pPr>
              <w:spacing w:after="20" w:line="276" w:lineRule="auto"/>
            </w:pPr>
            <w:r>
              <w:rPr>
                <w:rFonts w:ascii="宋体" w:hAnsi="宋体" w:eastAsia="宋体"/>
                <w:b w:val="0"/>
                <w:sz w:val="18"/>
              </w:rPr>
              <w:t>3.完成教科书P106“练习二十”第3题。</w:t>
            </w:r>
          </w:p>
          <w:p>
            <w:pPr>
              <w:spacing w:after="20" w:line="276" w:lineRule="auto"/>
            </w:pPr>
            <w:r>
              <w:rPr>
                <w:rFonts w:ascii="宋体" w:hAnsi="宋体" w:eastAsia="宋体"/>
                <w:b w:val="0"/>
                <w:sz w:val="18"/>
              </w:rPr>
              <w:t>（1）课件出示问题。</w:t>
            </w:r>
          </w:p>
          <w:p>
            <w:pPr>
              <w:spacing w:after="20" w:line="276" w:lineRule="auto"/>
            </w:pPr>
            <w:r>
              <w:rPr>
                <w:rFonts w:ascii="宋体" w:hAnsi="宋体" w:eastAsia="宋体"/>
                <w:b w:val="0"/>
                <w:sz w:val="18"/>
              </w:rPr>
              <w:t>（2）学生独立思考可以怎样涂。</w:t>
            </w:r>
          </w:p>
          <w:p>
            <w:pPr>
              <w:spacing w:after="20" w:line="276" w:lineRule="auto"/>
            </w:pPr>
            <w:r>
              <w:rPr>
                <w:rFonts w:ascii="宋体" w:hAnsi="宋体" w:eastAsia="宋体"/>
                <w:b w:val="0"/>
                <w:sz w:val="18"/>
              </w:rPr>
              <w:t>（3）全班集中交流不同的涂法。</w:t>
            </w:r>
          </w:p>
          <w:p>
            <w:pPr>
              <w:spacing w:after="20" w:line="276" w:lineRule="auto"/>
            </w:pPr>
            <w:r>
              <w:rPr>
                <w:rFonts w:ascii="宋体" w:hAnsi="宋体" w:eastAsia="宋体"/>
                <w:b w:val="0"/>
                <w:sz w:val="18"/>
              </w:rPr>
              <w:t>师生小结：要使掷出红色面朝上的可能性比蓝色面大，可以让涂红色的面的数量比涂蓝色的面的数量多。</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指导练习</w:t>
            </w:r>
          </w:p>
        </w:tc>
        <w:tc>
          <w:tcPr>
            <w:tcW w:type="dxa" w:w="3061"/>
          </w:tcPr>
          <w:p>
            <w:pPr>
              <w:spacing w:after="20" w:line="276" w:lineRule="auto"/>
            </w:pPr>
            <w:r/>
            <w:r>
              <w:rPr>
                <w:rFonts w:ascii="宋体" w:hAnsi="宋体" w:eastAsia="宋体"/>
                <w:b w:val="0"/>
                <w:sz w:val="18"/>
              </w:rPr>
              <w:t>1.完成教科书P106“练习二十”第4题。</w:t>
            </w:r>
          </w:p>
          <w:p>
            <w:pPr>
              <w:spacing w:after="20" w:line="276" w:lineRule="auto"/>
            </w:pPr>
            <w:r>
              <w:rPr>
                <w:rFonts w:ascii="宋体" w:hAnsi="宋体" w:eastAsia="宋体"/>
                <w:b w:val="0"/>
                <w:sz w:val="18"/>
              </w:rPr>
              <w:t>（1）课件出示教科书P106“练习二十”第4题。</w:t>
            </w:r>
          </w:p>
          <w:p>
            <w:pPr>
              <w:spacing w:after="20" w:line="276" w:lineRule="auto"/>
            </w:pPr>
            <w:r>
              <w:rPr>
                <w:rFonts w:ascii="宋体" w:hAnsi="宋体" w:eastAsia="宋体"/>
                <w:b w:val="0"/>
                <w:sz w:val="18"/>
              </w:rPr>
              <w:t>（2）师生交流，逐题进行判断。</w:t>
            </w:r>
          </w:p>
          <w:p>
            <w:pPr>
              <w:spacing w:after="20" w:line="276" w:lineRule="auto"/>
            </w:pPr>
            <w:r>
              <w:rPr>
                <w:rFonts w:ascii="宋体" w:hAnsi="宋体" w:eastAsia="宋体"/>
                <w:b w:val="0"/>
                <w:sz w:val="18"/>
              </w:rPr>
              <w:t>师：这个说法正确吗？为什么？</w:t>
            </w:r>
          </w:p>
          <w:p>
            <w:pPr>
              <w:spacing w:after="20" w:line="276" w:lineRule="auto"/>
            </w:pPr>
            <w:r>
              <w:rPr>
                <w:rFonts w:ascii="宋体" w:hAnsi="宋体" w:eastAsia="宋体"/>
                <w:b w:val="0"/>
                <w:sz w:val="18"/>
              </w:rPr>
              <w:t>引导学生举反例说明说法的不正确。</w:t>
            </w:r>
          </w:p>
          <w:p>
            <w:pPr>
              <w:spacing w:after="20" w:line="276" w:lineRule="auto"/>
            </w:pPr>
            <w:r>
              <w:rPr>
                <w:rFonts w:ascii="宋体" w:hAnsi="宋体" w:eastAsia="宋体"/>
                <w:b w:val="0"/>
                <w:sz w:val="18"/>
              </w:rPr>
              <w:t>2.完成教科书P106“练习二十”第5题。</w:t>
            </w:r>
          </w:p>
          <w:p>
            <w:pPr>
              <w:spacing w:after="20" w:line="276" w:lineRule="auto"/>
            </w:pPr>
            <w:r>
              <w:rPr>
                <w:rFonts w:ascii="宋体" w:hAnsi="宋体" w:eastAsia="宋体"/>
                <w:b w:val="0"/>
                <w:sz w:val="18"/>
              </w:rPr>
              <w:t>（1）师生交流圆盘怎样涂色才是公平的游戏。</w:t>
            </w:r>
          </w:p>
          <w:p>
            <w:pPr>
              <w:spacing w:after="20" w:line="276" w:lineRule="auto"/>
            </w:pPr>
            <w:r>
              <w:rPr>
                <w:rFonts w:ascii="宋体" w:hAnsi="宋体" w:eastAsia="宋体"/>
                <w:b w:val="0"/>
                <w:sz w:val="18"/>
              </w:rPr>
              <w:t>提示：涂色时，需要考虑哪些因素？</w:t>
            </w:r>
          </w:p>
          <w:p>
            <w:pPr>
              <w:spacing w:after="20" w:line="276" w:lineRule="auto"/>
            </w:pPr>
            <w:r>
              <w:rPr>
                <w:rFonts w:ascii="宋体" w:hAnsi="宋体" w:eastAsia="宋体"/>
                <w:b w:val="0"/>
                <w:sz w:val="18"/>
              </w:rPr>
              <w:t>（2）学生独立思考，可以涂几种颜色，将圆盘平均分成多少份，每种颜色涂多少份，如何将圆平均分成需要的份数等。</w:t>
            </w:r>
          </w:p>
          <w:p>
            <w:pPr>
              <w:spacing w:after="20" w:line="276" w:lineRule="auto"/>
            </w:pPr>
            <w:r>
              <w:rPr>
                <w:rFonts w:ascii="宋体" w:hAnsi="宋体" w:eastAsia="宋体"/>
                <w:b w:val="0"/>
                <w:sz w:val="18"/>
              </w:rPr>
              <w:t>（3）学生自主在教科书上涂色。</w:t>
            </w:r>
          </w:p>
          <w:p>
            <w:pPr>
              <w:spacing w:after="20" w:line="276" w:lineRule="auto"/>
            </w:pPr>
            <w:r>
              <w:rPr>
                <w:rFonts w:ascii="宋体" w:hAnsi="宋体" w:eastAsia="宋体"/>
                <w:b w:val="0"/>
                <w:sz w:val="18"/>
              </w:rPr>
              <w:t>（4）全班展示交流。</w:t>
            </w:r>
          </w:p>
          <w:p>
            <w:pPr>
              <w:spacing w:after="20" w:line="276" w:lineRule="auto"/>
            </w:pPr>
            <w:r>
              <w:rPr>
                <w:rFonts w:ascii="宋体" w:hAnsi="宋体" w:eastAsia="宋体"/>
                <w:b w:val="0"/>
                <w:sz w:val="18"/>
              </w:rPr>
              <w:t>师：谁来展示一下你的游戏方案和圆盘的涂色？</w:t>
            </w:r>
          </w:p>
          <w:p>
            <w:pPr>
              <w:spacing w:after="20" w:line="276" w:lineRule="auto"/>
            </w:pPr>
            <w:r>
              <w:rPr>
                <w:rFonts w:ascii="宋体" w:hAnsi="宋体" w:eastAsia="宋体"/>
                <w:b w:val="0"/>
                <w:sz w:val="18"/>
              </w:rPr>
              <w:t>指名学生对着圆盘汇报自己的游戏方案和这样涂的原因。</w:t>
            </w:r>
          </w:p>
          <w:p>
            <w:pPr>
              <w:spacing w:after="20" w:line="276" w:lineRule="auto"/>
            </w:pPr>
            <w:r>
              <w:rPr>
                <w:rFonts w:ascii="宋体" w:hAnsi="宋体" w:eastAsia="宋体"/>
                <w:b w:val="0"/>
                <w:sz w:val="18"/>
              </w:rPr>
              <w:t>师生对方案是否公平及涂色是否正确，进行评价。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通过有层次的练习及时反馈学情，巩固新知，培养学生灵活运用知识解决问题的能力，核心问题："这个说法正确吗？为什么？"</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师：本节整理复习课，你有哪些新的收获？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引导学生在回顾知识的基础上，将本单元的知识点进行归类，从可预测结果和无法预测结果两类来认识可能性，形成知识体系。</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整理和复习（练习二十）</w:t>
      </w:r>
    </w:p>
    <w:p>
      <w:pPr>
        <w:spacing w:after="40" w:line="300" w:lineRule="auto"/>
      </w:pPr>
      <w:r>
        <w:rPr>
          <w:rFonts w:ascii="宋体" w:hAnsi="宋体" w:eastAsia="宋体"/>
          <w:b w:val="0"/>
          <w:sz w:val="20"/>
        </w:rPr>
        <w:t>可预测结果</w:t>
      </w:r>
    </w:p>
    <w:p>
      <w:pPr>
        <w:spacing w:after="40" w:line="300" w:lineRule="auto"/>
      </w:pPr>
      <w:r>
        <w:rPr>
          <w:rFonts w:ascii="宋体" w:hAnsi="宋体" w:eastAsia="宋体"/>
          <w:b w:val="0"/>
          <w:sz w:val="20"/>
        </w:rPr>
        <w:t>↓</w:t>
      </w:r>
    </w:p>
    <w:p>
      <w:pPr>
        <w:spacing w:after="40" w:line="300" w:lineRule="auto"/>
      </w:pPr>
      <w:r>
        <w:rPr>
          <w:rFonts w:ascii="宋体" w:hAnsi="宋体" w:eastAsia="宋体"/>
          <w:b w:val="0"/>
          <w:sz w:val="20"/>
        </w:rPr>
        <w:t>可能性</w:t>
      </w:r>
    </w:p>
    <w:p>
      <w:pPr>
        <w:spacing w:after="40" w:line="300" w:lineRule="auto"/>
      </w:pPr>
      <w:r>
        <w:rPr>
          <w:rFonts w:ascii="宋体" w:hAnsi="宋体" w:eastAsia="宋体"/>
          <w:b w:val="0"/>
          <w:sz w:val="20"/>
        </w:rPr>
        <w:t>↑</w:t>
      </w:r>
    </w:p>
    <w:p>
      <w:pPr>
        <w:spacing w:after="40" w:line="300" w:lineRule="auto"/>
      </w:pPr>
      <w:r>
        <w:rPr>
          <w:rFonts w:ascii="宋体" w:hAnsi="宋体" w:eastAsia="宋体"/>
          <w:b w:val="0"/>
          <w:sz w:val="20"/>
        </w:rPr>
        <w:t>无法预测结果</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教科书P105“整理和复习”，完成教科书P105～106“练习二十”。</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通过练习来看，学生基础知识整体把握得不错。但是在设计公平的游戏方案时，有的学生思维严谨性不够，仅仅是考虑到怎么样可能性才一样，而不能站在游戏公平的角度，考虑参与游戏的人数，圆盘怎样平均分，怎样涂色才公平等角度去设计方案，需要教师指导，给他们积累经验的机会，进而帮助学生更好地巩固知识，提高学生的综合能力。</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