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第3单元 长方体和正方体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长方体和正方体</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第3单元 长方体和正方体</w:t>
      </w:r>
    </w:p>
    <w:p>
      <w:pPr>
        <w:spacing w:after="80" w:line="300" w:lineRule="auto"/>
        <w:ind w:firstLine="400"/>
      </w:pPr>
      <w:r>
        <w:rPr>
          <w:rFonts w:ascii="宋体" w:hAnsi="宋体" w:eastAsia="宋体"/>
          <w:b w:val="0"/>
          <w:sz w:val="20"/>
        </w:rPr>
        <w:t>本单元的内容是在学生已经初步认识了一些简单的立体图形——长方体、正方体、圆柱和球的基础上，比较深入地研究立体图形，是从二维空间到三维空间的一次重要转化，系统学习长方体、正方体的有关知识，是学生发展空间观念的一次飞跃。</w:t>
      </w:r>
    </w:p>
    <w:p>
      <w:pPr>
        <w:spacing w:after="80" w:line="300" w:lineRule="auto"/>
        <w:ind w:firstLine="400"/>
      </w:pPr>
      <w:r>
        <w:rPr>
          <w:rFonts w:ascii="宋体" w:hAnsi="宋体" w:eastAsia="宋体"/>
          <w:b w:val="0"/>
          <w:sz w:val="20"/>
        </w:rPr>
        <w:t>长方体和正方体是最基本的立体图形，通过学习长方体和正方体，可使学生对周围的空间和空间中的物体形成初步的空间观念，是学生进一步学习其他立体图形的基础。另外，长方体和正方体体积的计算，也是形成体积的概念，掌握体积的计量单位和计算各种几何形体体积的基础。</w:t>
      </w:r>
    </w:p>
    <w:p>
      <w:pPr>
        <w:spacing w:after="80" w:line="300" w:lineRule="auto"/>
        <w:ind w:firstLine="400"/>
      </w:pPr>
      <w:r>
        <w:rPr>
          <w:rFonts w:ascii="宋体" w:hAnsi="宋体" w:eastAsia="宋体"/>
          <w:b w:val="0"/>
          <w:sz w:val="20"/>
        </w:rPr>
        <w:t>教科书非常注重与实际生活的联系，结合学生熟悉的事物进行概念理解，注重用所学的知识解决实际问题。分三小节编排：长方体和正方体的认识，主要教学生认识长方体、正方体的特征；长方体和正方体的表面积；长方体和正方体的体积。在“长方体和正方体的体积”一节中，还介绍了容积的概念、体积单位和容积单位间的进率、名数的换算，并探索了某些实物体积的测量方法。</w:t>
      </w:r>
    </w:p>
    <w:p>
      <w:pPr>
        <w:spacing w:after="80" w:line="300" w:lineRule="auto"/>
        <w:ind w:firstLine="400"/>
      </w:pPr>
      <w:r>
        <w:rPr>
          <w:rFonts w:ascii="宋体" w:hAnsi="宋体" w:eastAsia="宋体"/>
          <w:b w:val="0"/>
          <w:sz w:val="20"/>
        </w:rPr>
        <w:t>教学重点是认识长方体和正方体的特征，理解表面积、体积、容积的概念，掌握长方体和正方体的表面积、体积的计算方法，建立体积、容积单位表象，灵活运用所学知识解决简单的实际问题。</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第1课时：在观察、实验、比较中理解体积的概念，了解常用的体积单位，形成表象。</w:t>
      </w:r>
    </w:p>
    <w:p>
      <w:pPr>
        <w:spacing w:after="20" w:line="300" w:lineRule="auto"/>
        <w:ind w:firstLine="400"/>
      </w:pPr>
      <w:r>
        <w:rPr>
          <w:rFonts w:ascii="宋体" w:hAnsi="宋体" w:eastAsia="宋体"/>
          <w:b w:val="0"/>
          <w:sz w:val="20"/>
        </w:rPr>
        <w:t>第2课时：认识长方体的特征，理解长方体的长、宽、高的含义。</w:t>
      </w:r>
    </w:p>
    <w:p>
      <w:pPr>
        <w:spacing w:after="20" w:line="300" w:lineRule="auto"/>
        <w:ind w:firstLine="400"/>
      </w:pPr>
      <w:r>
        <w:rPr>
          <w:rFonts w:ascii="宋体" w:hAnsi="宋体" w:eastAsia="宋体"/>
          <w:b w:val="0"/>
          <w:sz w:val="20"/>
        </w:rPr>
        <w:t>第3课时：通过观察、操作等活动认识正方体，掌握正方体的特征，理解长方体与正方体的联系。</w:t>
      </w:r>
    </w:p>
    <w:p>
      <w:pPr>
        <w:spacing w:after="20" w:line="300" w:lineRule="auto"/>
        <w:ind w:firstLine="400"/>
      </w:pPr>
      <w:r>
        <w:rPr>
          <w:rFonts w:ascii="宋体" w:hAnsi="宋体" w:eastAsia="宋体"/>
          <w:b w:val="0"/>
          <w:sz w:val="20"/>
        </w:rPr>
        <w:t>第4课时：经历长方体和正方体体积计算公式的推导过程，理解和掌握长方体和正方体的体积计算方法。</w:t>
      </w:r>
    </w:p>
    <w:p>
      <w:pPr>
        <w:spacing w:after="20" w:line="300" w:lineRule="auto"/>
        <w:ind w:firstLine="400"/>
      </w:pPr>
      <w:r>
        <w:rPr>
          <w:rFonts w:ascii="宋体" w:hAnsi="宋体" w:eastAsia="宋体"/>
          <w:b w:val="0"/>
          <w:sz w:val="20"/>
        </w:rPr>
        <w:t>第5课时：掌握相邻两个体积单位间的进率，会利用体积单位间的进率进行简单的换算。</w:t>
      </w:r>
    </w:p>
    <w:p>
      <w:pPr>
        <w:spacing w:after="20" w:line="300" w:lineRule="auto"/>
        <w:ind w:firstLine="400"/>
      </w:pPr>
      <w:r>
        <w:rPr>
          <w:rFonts w:ascii="宋体" w:hAnsi="宋体" w:eastAsia="宋体"/>
          <w:b w:val="0"/>
          <w:sz w:val="20"/>
        </w:rPr>
        <w:t>第6课时：结合生活实际情况了解容积的意义，感悟容积和体积的关系，知道容积的计算方法。</w:t>
      </w:r>
    </w:p>
    <w:p>
      <w:pPr>
        <w:spacing w:after="20" w:line="300" w:lineRule="auto"/>
        <w:ind w:firstLine="400"/>
      </w:pPr>
      <w:r>
        <w:rPr>
          <w:rFonts w:ascii="宋体" w:hAnsi="宋体" w:eastAsia="宋体"/>
          <w:b w:val="0"/>
          <w:sz w:val="20"/>
        </w:rPr>
        <w:t>第7课时：通过想象、操作、实验等方法探究不规则物体体积的计算方法，能运用“排水法”计算不规则物体的体积。</w:t>
      </w:r>
    </w:p>
    <w:p>
      <w:pPr>
        <w:spacing w:after="20" w:line="300" w:lineRule="auto"/>
        <w:ind w:firstLine="400"/>
      </w:pPr>
      <w:r>
        <w:rPr>
          <w:rFonts w:ascii="宋体" w:hAnsi="宋体" w:eastAsia="宋体"/>
          <w:b w:val="0"/>
          <w:sz w:val="20"/>
        </w:rPr>
        <w:t>第8课时：认识长方体和正方体的展开图，理解长方体和正方体表面积的概念。</w:t>
      </w:r>
    </w:p>
    <w:p>
      <w:pPr>
        <w:spacing w:after="20" w:line="300" w:lineRule="auto"/>
        <w:ind w:firstLine="400"/>
      </w:pPr>
      <w:r>
        <w:rPr>
          <w:rFonts w:ascii="宋体" w:hAnsi="宋体" w:eastAsia="宋体"/>
          <w:b w:val="0"/>
          <w:sz w:val="20"/>
        </w:rPr>
        <w:t>第9课时：通过探索图形的活动，进一步加深对正方体特征的认识和理解。</w:t>
      </w:r>
    </w:p>
    <w:p>
      <w:pPr>
        <w:spacing w:after="20" w:line="300" w:lineRule="auto"/>
        <w:ind w:firstLine="400"/>
      </w:pPr>
      <w:r>
        <w:rPr>
          <w:rFonts w:ascii="宋体" w:hAnsi="宋体" w:eastAsia="宋体"/>
          <w:b w:val="0"/>
          <w:sz w:val="20"/>
        </w:rPr>
        <w:t>第10课时：通过整理和复习，进一步掌握长方体和正方体的特征，表面积、体积的概念以及相邻体积单位间的进率。能进一步掌握长方体、正方体的表面积和体积的计算方法，并能正确地计算。理解它们的内在联系，并能灵活运用。</w:t>
      </w:r>
    </w:p>
    <w:p>
      <w:pPr>
        <w:spacing w:after="20" w:line="300" w:lineRule="auto"/>
        <w:ind w:firstLine="400"/>
      </w:pPr>
      <w:r>
        <w:rPr>
          <w:rFonts w:ascii="宋体" w:hAnsi="宋体" w:eastAsia="宋体"/>
          <w:b w:val="0"/>
          <w:sz w:val="20"/>
        </w:rPr>
        <w:t>第11课时：进一步认识长方体和正方体的展开图。</w:t>
      </w:r>
    </w:p>
    <w:p>
      <w:pPr>
        <w:spacing w:after="20" w:line="300" w:lineRule="auto"/>
        <w:ind w:firstLine="400"/>
      </w:pPr>
      <w:r>
        <w:rPr>
          <w:rFonts w:ascii="宋体" w:hAnsi="宋体" w:eastAsia="宋体"/>
          <w:b w:val="0"/>
          <w:sz w:val="20"/>
        </w:rPr>
        <w:t>第12课时：进一步巩固体积和体积单位的概念，加深对体积意义的理解。</w:t>
      </w:r>
    </w:p>
    <w:p>
      <w:pPr>
        <w:spacing w:after="20" w:line="300" w:lineRule="auto"/>
        <w:ind w:firstLine="400"/>
      </w:pPr>
      <w:r>
        <w:rPr>
          <w:rFonts w:ascii="宋体" w:hAnsi="宋体" w:eastAsia="宋体"/>
          <w:b w:val="0"/>
          <w:sz w:val="20"/>
        </w:rPr>
        <w:t>第13课时：进一步熟悉体积单位之间的进率，能熟练地进行简单体积单位之间名数的换算。</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充分调动学生已有的知识经验，利用学生熟悉的教学资源，通过指、摸、比、剪、倒、估等操作实验活动认识长方体、正方体的特征，建立体积、容积单位表象，培养、发展学生的空间观念。</w:t>
      </w:r>
    </w:p>
    <w:p>
      <w:pPr>
        <w:spacing w:after="20" w:line="300" w:lineRule="auto"/>
      </w:pPr>
      <w:r>
        <w:rPr>
          <w:rFonts w:ascii="宋体" w:hAnsi="宋体" w:eastAsia="宋体"/>
          <w:b w:val="0"/>
          <w:sz w:val="20"/>
        </w:rPr>
        <w:t>● 表面积、体积的概念是学习长方体、正方体的表面积和体积计算公式的基础。如表面积的计算方法，应着眼于对表面积概念的理解：长方体(或正方体)的表面积指长方体(或正方体)6个面的总面积。同样，体积计算公式的推导，也应着眼于体积概念的理解：求一个物体的体积，就是求这个物体中含有多少个体积单位。教学时，要注重发展学生的空间观念，使学生知其然，并知其所以然。</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体积和体积单位</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在观察、实验、比较中理解体积的概念，了解常用的体积单位，形成表象。</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长方体</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认识长方体的特征，理解长方体的长、宽、高的含义。</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正方体</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通过观察、操作等活动认识正方体，掌握正方体的特征，理解长方体与正方体的联系。</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长方体和正方体的体积</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经历长方体和正方体体积计算公式的推导过程，理解和掌握长方体和正方体的体积计算方法。</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体积单位间的进率</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掌握相邻两个体积单位间的进率，会利用体积单位间的进率进行简单的换算。</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容积和容积单位（1）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结合生活实际情况了解容积的意义，感悟容积和体积的关系，知道容积的计算方法。</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容积和容积单位（2）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通过想象、操作、实验等方法探究不规则物体体积的计算方法，能运用“排水法”计算不规则物体的体积。</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长方体和正方体的表面积</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认识长方体和正方体的展开图，理解长方体和正方体表面积的概念。</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综合与实践 探索图形</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通过探索图形的活动，进一步加深对正方体特征的认识和理解。</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整理和复习，进一步掌握长方体和正方体的特征，表面积、体积的概念以及相邻体积单位间的进率。能进一步掌握长方体、正方体的表面积和体积的计算方法，并能正确地计算。理解它们的内在联系，并能灵活运用。</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进一步认识长方体和正方体的展开图。</w:t>
            </w:r>
          </w:p>
        </w:tc>
      </w:tr>
      <w:tr>
        <w:tc>
          <w:tcPr>
            <w:tcW w:type="dxa" w:w="1020"/>
          </w:tcPr>
          <w:p>
            <w:pPr>
              <w:spacing w:after="20" w:line="276" w:lineRule="auto"/>
            </w:pPr>
            <w:r/>
            <w:r>
              <w:rPr>
                <w:rFonts w:ascii="宋体" w:hAnsi="宋体" w:eastAsia="宋体"/>
                <w:b w:val="0"/>
                <w:sz w:val="18"/>
              </w:rPr>
              <w:t>第12课时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进一步巩固体积和体积单位的概念，加深对体积意义的理解。</w:t>
            </w:r>
          </w:p>
        </w:tc>
      </w:tr>
      <w:tr>
        <w:tc>
          <w:tcPr>
            <w:tcW w:type="dxa" w:w="1020"/>
          </w:tcPr>
          <w:p>
            <w:pPr>
              <w:spacing w:after="20" w:line="276" w:lineRule="auto"/>
            </w:pPr>
            <w:r/>
            <w:r>
              <w:rPr>
                <w:rFonts w:ascii="宋体" w:hAnsi="宋体" w:eastAsia="宋体"/>
                <w:b w:val="0"/>
                <w:sz w:val="18"/>
              </w:rPr>
              <w:t>第13课时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进一步熟悉体积单位之间的进率，能熟练地进行简单体积单位之间名数的换算。</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体积和体积单位</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体积和体积单位</w:t>
            </w:r>
          </w:p>
        </w:tc>
        <w:tc>
          <w:tcPr>
            <w:tcW w:type="dxa" w:w="6009"/>
          </w:tcPr>
          <w:p>
            <w:pPr>
              <w:spacing w:after="20" w:line="276" w:lineRule="auto"/>
            </w:pPr>
            <w:r/>
            <w:r>
              <w:rPr>
                <w:rFonts w:ascii="宋体" w:hAnsi="宋体" w:eastAsia="宋体"/>
                <w:b w:val="0"/>
                <w:sz w:val="20"/>
              </w:rPr>
              <w:t>第3单元 长方体和正方体（长方体和正方体的体积）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教学内容：教科书P27～28的内容，完成教科书P28“做一做”，P32“练习七”中第1、3、4题。</w:t>
      </w:r>
    </w:p>
    <w:p>
      <w:pPr>
        <w:spacing w:after="80" w:line="300" w:lineRule="auto"/>
        <w:ind w:firstLine="400"/>
      </w:pPr>
      <w:r>
        <w:rPr>
          <w:rFonts w:ascii="宋体" w:hAnsi="宋体" w:eastAsia="宋体"/>
          <w:b w:val="0"/>
          <w:sz w:val="20"/>
        </w:rPr>
        <w:t>教学准备：课件，两个同样大小的空杯子，水，2块大小不同的可以放进杯子里的小石头，1立方厘米和1立方分米的正方体。</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（1）在观察、实验、比较中理解体积的概念，了解常用的体积单位，形成表象。</w:t>
      </w:r>
    </w:p>
    <w:p>
      <w:pPr>
        <w:spacing w:after="20" w:line="300" w:lineRule="auto"/>
        <w:ind w:firstLine="400"/>
      </w:pPr>
      <w:r>
        <w:rPr>
          <w:rFonts w:ascii="宋体" w:hAnsi="宋体" w:eastAsia="宋体"/>
          <w:b w:val="0"/>
          <w:sz w:val="20"/>
        </w:rPr>
        <w:t>（2）在实验的过程中培养学生动手实践、合作探究的能力。</w:t>
      </w:r>
    </w:p>
    <w:p>
      <w:pPr>
        <w:spacing w:after="20" w:line="300" w:lineRule="auto"/>
        <w:ind w:firstLine="400"/>
      </w:pPr>
      <w:r>
        <w:rPr>
          <w:rFonts w:ascii="宋体" w:hAnsi="宋体" w:eastAsia="宋体"/>
          <w:b w:val="0"/>
          <w:sz w:val="20"/>
        </w:rPr>
        <w:t>（3）通过丰富、有层次的活动体验，加强学生空间观念的发展，渗透辩证唯物主义的启蒙教育。</w:t>
      </w:r>
    </w:p>
    <w:p>
      <w:pPr>
        <w:spacing w:after="20" w:line="300" w:lineRule="auto"/>
      </w:pPr>
      <w:r>
        <w:rPr>
          <w:rFonts w:ascii="宋体" w:hAnsi="宋体" w:eastAsia="宋体"/>
          <w:b w:val="0"/>
          <w:sz w:val="20"/>
        </w:rPr>
        <w:t>教学重点：理解体积和体积单位的概念。</w:t>
      </w:r>
    </w:p>
    <w:p>
      <w:pPr>
        <w:spacing w:after="20" w:line="300" w:lineRule="auto"/>
      </w:pPr>
      <w:r>
        <w:rPr>
          <w:rFonts w:ascii="宋体" w:hAnsi="宋体" w:eastAsia="宋体"/>
          <w:b w:val="0"/>
          <w:sz w:val="20"/>
        </w:rPr>
        <w:t>教学难点：建立1立方米、1立方分米和1立方厘米的表象。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一、故事导入，感知“体积”</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同学们，还记得《乌鸦喝水》的故事吗？；《乌鸦喝水》讲的是一件什么事情？</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二、实践探索，建立“体积”概念</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你们有什么发现？为什么第一杯中的水没有倒完呢？；同学们观察到了什么？</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三、类比迁移，认识常用的体积单位</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这两个不同的长方体，哪个长方体的体积大，哪个体积小？；同学们，根据1 cm、1 cm2，想一想，1 cm3应该是多大？</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四、实践应用，内化概念</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一、故事导入，感知“体积”</w:t>
            </w:r>
          </w:p>
        </w:tc>
        <w:tc>
          <w:tcPr>
            <w:tcW w:type="dxa" w:w="3061"/>
          </w:tcPr>
          <w:p>
            <w:pPr>
              <w:spacing w:after="20" w:line="276" w:lineRule="auto"/>
            </w:pPr>
            <w:r/>
            <w:r>
              <w:rPr>
                <w:rFonts w:ascii="宋体" w:hAnsi="宋体" w:eastAsia="宋体"/>
                <w:b w:val="0"/>
                <w:sz w:val="18"/>
              </w:rPr>
              <w:t>师：同学们，还记得《乌鸦喝水》的故事吗？</w:t>
            </w:r>
          </w:p>
          <w:p>
            <w:pPr>
              <w:spacing w:after="20" w:line="276" w:lineRule="auto"/>
            </w:pPr>
            <w:r>
              <w:rPr>
                <w:rFonts w:ascii="宋体" w:hAnsi="宋体" w:eastAsia="宋体"/>
                <w:b w:val="0"/>
                <w:sz w:val="18"/>
              </w:rPr>
              <w:t>1．课件播放《乌鸦喝水》的动画故事。</w:t>
            </w:r>
          </w:p>
          <w:p>
            <w:pPr>
              <w:spacing w:after="20" w:line="276" w:lineRule="auto"/>
            </w:pPr>
            <w:r>
              <w:rPr>
                <w:rFonts w:ascii="宋体" w:hAnsi="宋体" w:eastAsia="宋体"/>
                <w:b w:val="0"/>
                <w:sz w:val="18"/>
              </w:rPr>
              <w:t>师：《乌鸦喝水》讲的是一件什么事情？</w:t>
            </w:r>
          </w:p>
          <w:p>
            <w:pPr>
              <w:spacing w:after="20" w:line="276" w:lineRule="auto"/>
            </w:pPr>
            <w:r>
              <w:rPr>
                <w:rFonts w:ascii="宋体" w:hAnsi="宋体" w:eastAsia="宋体"/>
                <w:b w:val="0"/>
                <w:sz w:val="18"/>
              </w:rPr>
              <w:t>2．课件出示教科书P27故事图片，提炼故事的主线。</w:t>
            </w:r>
          </w:p>
          <w:p>
            <w:pPr>
              <w:spacing w:after="20" w:line="276" w:lineRule="auto"/>
            </w:pPr>
            <w:r>
              <w:rPr>
                <w:rFonts w:ascii="宋体" w:hAnsi="宋体" w:eastAsia="宋体"/>
                <w:b w:val="0"/>
                <w:sz w:val="18"/>
              </w:rPr>
              <w:t>师：乌鸦是怎样喝到水的？为什么能喝到水呢？</w:t>
            </w:r>
          </w:p>
          <w:p>
            <w:pPr>
              <w:spacing w:after="20" w:line="276" w:lineRule="auto"/>
            </w:pPr>
            <w:r>
              <w:rPr>
                <w:rFonts w:ascii="宋体" w:hAnsi="宋体" w:eastAsia="宋体"/>
                <w:b w:val="0"/>
                <w:sz w:val="18"/>
              </w:rPr>
              <w:t>师：同学们说得非常好，小石子占了水的位置。这节课我们一起来研究这类问题。(板书课题：体积和体积单位)</w:t>
            </w:r>
          </w:p>
        </w:tc>
        <w:tc>
          <w:tcPr>
            <w:tcW w:type="dxa" w:w="3061"/>
          </w:tcPr>
          <w:p>
            <w:pPr>
              <w:spacing w:after="20" w:line="276" w:lineRule="auto"/>
            </w:pPr>
            <w:r/>
            <w:r>
              <w:rPr>
                <w:rFonts w:ascii="宋体" w:hAnsi="宋体" w:eastAsia="宋体"/>
                <w:b w:val="0"/>
                <w:sz w:val="18"/>
              </w:rPr>
              <w:t>学生能比较简单地讲清楚《乌鸦喝水》的故事。</w:t>
            </w:r>
          </w:p>
          <w:p>
            <w:pPr>
              <w:spacing w:after="20" w:line="276" w:lineRule="auto"/>
            </w:pPr>
            <w:r>
              <w:rPr>
                <w:rFonts w:ascii="宋体" w:hAnsi="宋体" w:eastAsia="宋体"/>
                <w:b w:val="0"/>
                <w:sz w:val="18"/>
              </w:rPr>
              <w:t>学生会说“小石子让水升高”“小石子把水挤上去了”“小石子占了水原来的位置，水面上升”等。</w:t>
            </w:r>
          </w:p>
        </w:tc>
        <w:tc>
          <w:tcPr>
            <w:tcW w:type="dxa" w:w="1814"/>
          </w:tcPr>
          <w:p>
            <w:pPr>
              <w:spacing w:after="20" w:line="276" w:lineRule="auto"/>
            </w:pPr>
            <w:r/>
            <w:r>
              <w:rPr>
                <w:rFonts w:ascii="宋体" w:hAnsi="宋体" w:eastAsia="宋体"/>
                <w:b w:val="0"/>
                <w:sz w:val="18"/>
              </w:rPr>
              <w:t>通过学生熟悉的《乌鸦喝水》的故事，初步感受小石子与水面升高的关系，在讨论交流中感悟物体占有一定的空间，感知物体的体积。</w:t>
            </w:r>
          </w:p>
        </w:tc>
      </w:tr>
      <w:tr>
        <w:tc>
          <w:tcPr>
            <w:tcW w:type="dxa" w:w="1474"/>
          </w:tcPr>
          <w:p>
            <w:pPr>
              <w:spacing w:after="20" w:line="276" w:lineRule="auto"/>
            </w:pPr>
            <w:r>
              <w:rPr>
                <w:b/>
              </w:rPr>
            </w:r>
            <w:r>
              <w:rPr>
                <w:rFonts w:ascii="宋体" w:hAnsi="宋体" w:eastAsia="宋体"/>
                <w:b/>
                <w:sz w:val="18"/>
              </w:rPr>
              <w:t>二、实践探索，建立“体积”概念</w:t>
            </w:r>
          </w:p>
        </w:tc>
        <w:tc>
          <w:tcPr>
            <w:tcW w:type="dxa" w:w="3061"/>
          </w:tcPr>
          <w:p>
            <w:pPr>
              <w:spacing w:after="20" w:line="276" w:lineRule="auto"/>
            </w:pPr>
            <w:r/>
            <w:r>
              <w:rPr>
                <w:rFonts w:ascii="宋体" w:hAnsi="宋体" w:eastAsia="宋体"/>
                <w:b w:val="0"/>
                <w:sz w:val="18"/>
              </w:rPr>
              <w:t>1.实验观察：物体占有空间。</w:t>
            </w:r>
          </w:p>
          <w:p>
            <w:pPr>
              <w:spacing w:after="20" w:line="276" w:lineRule="auto"/>
            </w:pPr>
            <w:r>
              <w:rPr>
                <w:rFonts w:ascii="宋体" w:hAnsi="宋体" w:eastAsia="宋体"/>
                <w:b w:val="0"/>
                <w:sz w:val="18"/>
              </w:rPr>
              <w:t>(1)教师做演示实验。</w:t>
            </w:r>
          </w:p>
          <w:p>
            <w:pPr>
              <w:spacing w:after="20" w:line="276" w:lineRule="auto"/>
            </w:pPr>
            <w:r>
              <w:rPr>
                <w:rFonts w:ascii="宋体" w:hAnsi="宋体" w:eastAsia="宋体"/>
                <w:b w:val="0"/>
                <w:sz w:val="18"/>
              </w:rPr>
              <w:t>师：同学们，请仔细观察老师在做什么。</w:t>
            </w:r>
          </w:p>
          <w:p>
            <w:pPr>
              <w:spacing w:after="20" w:line="276" w:lineRule="auto"/>
            </w:pPr>
            <w:r>
              <w:rPr>
                <w:rFonts w:ascii="宋体" w:hAnsi="宋体" w:eastAsia="宋体"/>
                <w:b w:val="0"/>
                <w:sz w:val="18"/>
              </w:rPr>
              <w:t>第一步：准备两个同样大小的空杯子，将其中一杯装满水。</w:t>
            </w:r>
          </w:p>
          <w:p>
            <w:pPr>
              <w:spacing w:after="20" w:line="276" w:lineRule="auto"/>
            </w:pPr>
            <w:r>
              <w:rPr>
                <w:rFonts w:ascii="宋体" w:hAnsi="宋体" w:eastAsia="宋体"/>
                <w:b w:val="0"/>
                <w:sz w:val="18"/>
              </w:rPr>
              <w:t>第二步：取一块小石头放进空杯子里，将第一杯中的水倒进这个杯子里。</w:t>
            </w:r>
          </w:p>
          <w:p>
            <w:pPr>
              <w:spacing w:after="20" w:line="276" w:lineRule="auto"/>
            </w:pPr>
            <w:r>
              <w:rPr>
                <w:rFonts w:ascii="宋体" w:hAnsi="宋体" w:eastAsia="宋体"/>
                <w:b w:val="0"/>
                <w:sz w:val="18"/>
              </w:rPr>
              <w:t>(2)启发思考。</w:t>
            </w:r>
          </w:p>
          <w:p>
            <w:pPr>
              <w:spacing w:after="20" w:line="276" w:lineRule="auto"/>
            </w:pPr>
            <w:r>
              <w:rPr>
                <w:rFonts w:ascii="宋体" w:hAnsi="宋体" w:eastAsia="宋体"/>
                <w:b w:val="0"/>
                <w:sz w:val="18"/>
              </w:rPr>
              <w:t>师：谁能说说老师做了什么？</w:t>
            </w:r>
          </w:p>
          <w:p>
            <w:pPr>
              <w:spacing w:after="20" w:line="276" w:lineRule="auto"/>
            </w:pPr>
            <w:r>
              <w:rPr>
                <w:rFonts w:ascii="宋体" w:hAnsi="宋体" w:eastAsia="宋体"/>
                <w:b w:val="0"/>
                <w:sz w:val="18"/>
              </w:rPr>
              <w:t>根据学生的回答，课件呈现实验过程。</w:t>
            </w:r>
          </w:p>
          <w:p>
            <w:pPr>
              <w:spacing w:after="20" w:line="276" w:lineRule="auto"/>
            </w:pPr>
            <w:r>
              <w:rPr>
                <w:rFonts w:ascii="宋体" w:hAnsi="宋体" w:eastAsia="宋体"/>
                <w:b w:val="0"/>
                <w:sz w:val="18"/>
              </w:rPr>
              <w:t>师：你们有什么发现？为什么第一杯中的水没有倒完呢？</w:t>
            </w:r>
          </w:p>
          <w:p>
            <w:pPr>
              <w:spacing w:after="20" w:line="276" w:lineRule="auto"/>
            </w:pPr>
            <w:r>
              <w:rPr>
                <w:rFonts w:ascii="宋体" w:hAnsi="宋体" w:eastAsia="宋体"/>
                <w:b w:val="0"/>
                <w:sz w:val="18"/>
              </w:rPr>
              <w:t>2．实验观察：物体所占的空间有大有小。</w:t>
            </w:r>
          </w:p>
          <w:p>
            <w:pPr>
              <w:spacing w:after="20" w:line="276" w:lineRule="auto"/>
            </w:pPr>
            <w:r>
              <w:rPr>
                <w:rFonts w:ascii="宋体" w:hAnsi="宋体" w:eastAsia="宋体"/>
                <w:b w:val="0"/>
                <w:sz w:val="18"/>
              </w:rPr>
              <w:t>(1)教师演示对比实验。</w:t>
            </w:r>
          </w:p>
          <w:p>
            <w:pPr>
              <w:spacing w:after="20" w:line="276" w:lineRule="auto"/>
            </w:pPr>
            <w:r>
              <w:rPr>
                <w:rFonts w:ascii="宋体" w:hAnsi="宋体" w:eastAsia="宋体"/>
                <w:b w:val="0"/>
                <w:sz w:val="18"/>
              </w:rPr>
              <w:t>两次实验前面步骤一样，准备两个同样大小的空杯子，将其中一杯装满水。</w:t>
            </w:r>
          </w:p>
          <w:p>
            <w:pPr>
              <w:spacing w:after="20" w:line="276" w:lineRule="auto"/>
            </w:pPr>
            <w:r>
              <w:rPr>
                <w:rFonts w:ascii="宋体" w:hAnsi="宋体" w:eastAsia="宋体"/>
                <w:b w:val="0"/>
                <w:sz w:val="18"/>
              </w:rPr>
              <w:t>第一次往第二个杯子中放入一块较小的石头。第二次往第二个杯子中放入一块较大的石头。</w:t>
            </w:r>
          </w:p>
          <w:p>
            <w:pPr>
              <w:spacing w:after="20" w:line="276" w:lineRule="auto"/>
            </w:pPr>
            <w:r>
              <w:rPr>
                <w:rFonts w:ascii="宋体" w:hAnsi="宋体" w:eastAsia="宋体"/>
                <w:b w:val="0"/>
                <w:sz w:val="18"/>
              </w:rPr>
              <w:t>两次分别将第一个满杯的水倒入第二个杯子，观察两次倒满后，第一个杯子里剩下的水有多少。</w:t>
            </w:r>
          </w:p>
          <w:p>
            <w:pPr>
              <w:spacing w:after="20" w:line="276" w:lineRule="auto"/>
            </w:pPr>
            <w:r>
              <w:rPr>
                <w:rFonts w:ascii="宋体" w:hAnsi="宋体" w:eastAsia="宋体"/>
                <w:b w:val="0"/>
                <w:sz w:val="18"/>
              </w:rPr>
              <w:t>(2)启发思考。</w:t>
            </w:r>
          </w:p>
          <w:p>
            <w:pPr>
              <w:spacing w:after="20" w:line="276" w:lineRule="auto"/>
            </w:pPr>
            <w:r>
              <w:rPr>
                <w:rFonts w:ascii="宋体" w:hAnsi="宋体" w:eastAsia="宋体"/>
                <w:b w:val="0"/>
                <w:sz w:val="18"/>
              </w:rPr>
              <w:t>师：同学们观察到了什么？</w:t>
            </w:r>
          </w:p>
          <w:p>
            <w:pPr>
              <w:spacing w:after="20" w:line="276" w:lineRule="auto"/>
            </w:pPr>
            <w:r>
              <w:rPr>
                <w:rFonts w:ascii="宋体" w:hAnsi="宋体" w:eastAsia="宋体"/>
                <w:b w:val="0"/>
                <w:sz w:val="18"/>
              </w:rPr>
              <w:t>结合学生的交流，课件提炼两次实验的主要情境。</w:t>
            </w:r>
          </w:p>
          <w:p>
            <w:pPr>
              <w:spacing w:after="20" w:line="276" w:lineRule="auto"/>
            </w:pPr>
            <w:r>
              <w:rPr>
                <w:rFonts w:ascii="宋体" w:hAnsi="宋体" w:eastAsia="宋体"/>
                <w:b w:val="0"/>
                <w:sz w:val="18"/>
              </w:rPr>
              <w:t>师：为什么两次倒水，第一个水杯里剩下的水的多少不同呢？</w:t>
            </w:r>
          </w:p>
          <w:p>
            <w:pPr>
              <w:spacing w:after="20" w:line="276" w:lineRule="auto"/>
            </w:pPr>
            <w:r>
              <w:rPr>
                <w:rFonts w:ascii="宋体" w:hAnsi="宋体" w:eastAsia="宋体"/>
                <w:b w:val="0"/>
                <w:sz w:val="18"/>
              </w:rPr>
              <w:t>3.观察比较物体所占空间的大小。</w:t>
            </w:r>
          </w:p>
          <w:p>
            <w:pPr>
              <w:spacing w:after="20" w:line="276" w:lineRule="auto"/>
            </w:pPr>
            <w:r>
              <w:rPr>
                <w:rFonts w:ascii="宋体" w:hAnsi="宋体" w:eastAsia="宋体"/>
                <w:b w:val="0"/>
                <w:sz w:val="18"/>
              </w:rPr>
              <w:t>课件出示洗衣机、电饭锅和手机的图片。</w:t>
            </w:r>
          </w:p>
          <w:p>
            <w:pPr>
              <w:spacing w:after="20" w:line="276" w:lineRule="auto"/>
            </w:pPr>
            <w:r>
              <w:rPr>
                <w:rFonts w:ascii="宋体" w:hAnsi="宋体" w:eastAsia="宋体"/>
                <w:b w:val="0"/>
                <w:sz w:val="18"/>
              </w:rPr>
              <w:t>师：我把洗衣机装进口袋里，可以吗？(教师边说，边示范装的动作)</w:t>
            </w:r>
          </w:p>
          <w:p>
            <w:pPr>
              <w:spacing w:after="20" w:line="276" w:lineRule="auto"/>
            </w:pPr>
            <w:r>
              <w:rPr>
                <w:rFonts w:ascii="宋体" w:hAnsi="宋体" w:eastAsia="宋体"/>
                <w:b w:val="0"/>
                <w:sz w:val="18"/>
              </w:rPr>
              <w:t>师：我把手机装进口袋里，可以吗？为什么呢？</w:t>
            </w:r>
          </w:p>
          <w:p>
            <w:pPr>
              <w:spacing w:after="20" w:line="276" w:lineRule="auto"/>
            </w:pPr>
            <w:r>
              <w:rPr>
                <w:rFonts w:ascii="宋体" w:hAnsi="宋体" w:eastAsia="宋体"/>
                <w:b w:val="0"/>
                <w:sz w:val="18"/>
              </w:rPr>
              <w:t>师：洗衣机、电饭锅和手机，哪个占的空间大？</w:t>
            </w:r>
          </w:p>
          <w:p>
            <w:pPr>
              <w:spacing w:after="20" w:line="276" w:lineRule="auto"/>
            </w:pPr>
            <w:r>
              <w:rPr>
                <w:rFonts w:ascii="宋体" w:hAnsi="宋体" w:eastAsia="宋体"/>
                <w:b w:val="0"/>
                <w:sz w:val="18"/>
              </w:rPr>
              <w:t>师揭示：物体所占空间的大小叫作物体的体积。(板书)</w:t>
            </w:r>
          </w:p>
          <w:p>
            <w:pPr>
              <w:spacing w:after="20" w:line="276" w:lineRule="auto"/>
            </w:pPr>
            <w:r>
              <w:rPr>
                <w:rFonts w:ascii="宋体" w:hAnsi="宋体" w:eastAsia="宋体"/>
                <w:b w:val="0"/>
                <w:sz w:val="18"/>
              </w:rPr>
              <w:t>师：上面的洗衣机、电饭锅和手机，哪个体积最大？哪个体积最小？</w:t>
            </w:r>
          </w:p>
        </w:tc>
        <w:tc>
          <w:tcPr>
            <w:tcW w:type="dxa" w:w="3061"/>
          </w:tcPr>
          <w:p>
            <w:pPr>
              <w:spacing w:after="20" w:line="276" w:lineRule="auto"/>
            </w:pPr>
            <w:r/>
            <w:r>
              <w:rPr>
                <w:rFonts w:ascii="宋体" w:hAnsi="宋体" w:eastAsia="宋体"/>
                <w:b w:val="0"/>
                <w:sz w:val="18"/>
              </w:rPr>
              <w:t>大多数学生能发现第一杯中的水有剩余，并且能联想到第二杯中的石头占了一部分空间，所以倒不完，但表述上不够规范，教师引导学生正确表达，如：石头占据了水的空间，所以水多出来了。有些学生可能会联想到剩余的水与石头所占的空间一样大，如果出现这种情况，教师可引导学生进一步思考：怎样证明剩下的水与石头占据的空间一样大呢？</w:t>
            </w:r>
          </w:p>
          <w:p>
            <w:pPr>
              <w:spacing w:after="20" w:line="276" w:lineRule="auto"/>
            </w:pPr>
            <w:r>
              <w:rPr>
                <w:rFonts w:ascii="宋体" w:hAnsi="宋体" w:eastAsia="宋体"/>
                <w:b w:val="0"/>
                <w:sz w:val="18"/>
              </w:rPr>
              <w:t>前后两次，因为石头大小不同，第一个杯子里剩下的水的多少也不一样。第二个杯子里的石头小，剩下的水就少；石头大，剩下的水就多。</w:t>
            </w:r>
          </w:p>
          <w:p>
            <w:pPr>
              <w:spacing w:after="20" w:line="276" w:lineRule="auto"/>
            </w:pPr>
            <w:r>
              <w:rPr>
                <w:rFonts w:ascii="宋体" w:hAnsi="宋体" w:eastAsia="宋体"/>
                <w:b w:val="0"/>
                <w:sz w:val="18"/>
              </w:rPr>
              <w:t>把洗衣机装进口袋里，学生一定会觉得不可思议，洗衣机太大，口袋不可能装得下。把手机装进口袋里，学生觉得很常见，因为手机比较小。</w:t>
            </w:r>
          </w:p>
          <w:p>
            <w:pPr>
              <w:spacing w:after="20" w:line="276" w:lineRule="auto"/>
            </w:pPr>
            <w:r>
              <w:rPr>
                <w:rFonts w:ascii="宋体" w:hAnsi="宋体" w:eastAsia="宋体"/>
                <w:b w:val="0"/>
                <w:sz w:val="18"/>
              </w:rPr>
              <w:t>学生能较快说出三者所占空间的大小关系，但说不清如何比较。</w:t>
            </w:r>
          </w:p>
          <w:p>
            <w:pPr>
              <w:spacing w:after="20" w:line="276" w:lineRule="auto"/>
            </w:pPr>
            <w:r>
              <w:rPr>
                <w:rFonts w:ascii="宋体" w:hAnsi="宋体" w:eastAsia="宋体"/>
                <w:b w:val="0"/>
                <w:sz w:val="18"/>
              </w:rPr>
              <w:t>学生凭感性认识很容易判断洗衣机的体积最大，手机的体积最小。</w:t>
            </w:r>
          </w:p>
        </w:tc>
        <w:tc>
          <w:tcPr>
            <w:tcW w:type="dxa" w:w="1814"/>
          </w:tcPr>
          <w:p>
            <w:pPr>
              <w:spacing w:after="20" w:line="276" w:lineRule="auto"/>
            </w:pPr>
            <w:r/>
            <w:r>
              <w:rPr>
                <w:rFonts w:ascii="宋体" w:hAnsi="宋体" w:eastAsia="宋体"/>
                <w:b w:val="0"/>
                <w:sz w:val="18"/>
              </w:rPr>
              <w:t>学生对体积的认识并不是空白，多数学生有一定的生活经验，但这种经验是模糊的、片面的。通过实验活动，了解学生对物体占有空间的感知情况，为构建体积表象提供真实素材。</w:t>
            </w:r>
          </w:p>
          <w:p>
            <w:pPr>
              <w:spacing w:after="20" w:line="276" w:lineRule="auto"/>
            </w:pPr>
            <w:r>
              <w:rPr>
                <w:rFonts w:ascii="宋体" w:hAnsi="宋体" w:eastAsia="宋体"/>
                <w:b w:val="0"/>
                <w:sz w:val="18"/>
              </w:rPr>
              <w:t>直观感受不同大小的物体所占空间的大小是不同的，为“体积”概念积累感性认识。</w:t>
            </w:r>
          </w:p>
          <w:p>
            <w:pPr>
              <w:spacing w:after="20" w:line="276" w:lineRule="auto"/>
            </w:pPr>
            <w:r>
              <w:rPr>
                <w:rFonts w:ascii="宋体" w:hAnsi="宋体" w:eastAsia="宋体"/>
                <w:b w:val="0"/>
                <w:sz w:val="18"/>
              </w:rPr>
              <w:t>给学生熟悉的生活素材，故意制造冲突，让他们认识到物体所占的空间有大有小，物体所占的空间大小就是物体的体积。</w:t>
            </w:r>
          </w:p>
        </w:tc>
      </w:tr>
      <w:tr>
        <w:tc>
          <w:tcPr>
            <w:tcW w:type="dxa" w:w="1474"/>
          </w:tcPr>
          <w:p>
            <w:pPr>
              <w:spacing w:after="20" w:line="276" w:lineRule="auto"/>
            </w:pPr>
            <w:r>
              <w:rPr>
                <w:b/>
              </w:rPr>
            </w:r>
            <w:r>
              <w:rPr>
                <w:rFonts w:ascii="宋体" w:hAnsi="宋体" w:eastAsia="宋体"/>
                <w:b/>
                <w:sz w:val="18"/>
              </w:rPr>
              <w:t>三、类比迁移，认识常用的体积单位</w:t>
            </w:r>
          </w:p>
        </w:tc>
        <w:tc>
          <w:tcPr>
            <w:tcW w:type="dxa" w:w="3061"/>
          </w:tcPr>
          <w:p>
            <w:pPr>
              <w:spacing w:after="20" w:line="276" w:lineRule="auto"/>
            </w:pPr>
            <w:r/>
            <w:r>
              <w:rPr>
                <w:rFonts w:ascii="宋体" w:hAnsi="宋体" w:eastAsia="宋体"/>
                <w:b w:val="0"/>
                <w:sz w:val="18"/>
              </w:rPr>
              <w:t>1.揭示体积单位。</w:t>
            </w:r>
          </w:p>
          <w:p>
            <w:pPr>
              <w:spacing w:after="20" w:line="276" w:lineRule="auto"/>
            </w:pPr>
            <w:r>
              <w:rPr>
                <w:rFonts w:ascii="宋体" w:hAnsi="宋体" w:eastAsia="宋体"/>
                <w:b w:val="0"/>
                <w:sz w:val="18"/>
              </w:rPr>
              <w:t>课件出示两个长方体。</w:t>
            </w:r>
          </w:p>
          <w:p>
            <w:pPr>
              <w:spacing w:after="20" w:line="276" w:lineRule="auto"/>
            </w:pPr>
            <w:r>
              <w:rPr>
                <w:rFonts w:ascii="宋体" w:hAnsi="宋体" w:eastAsia="宋体"/>
                <w:b w:val="0"/>
                <w:sz w:val="18"/>
              </w:rPr>
              <w:t>师：这两个不同的长方体，哪个长方体的体积大，哪个体积小？(无法直观比较)</w:t>
            </w:r>
          </w:p>
          <w:p>
            <w:pPr>
              <w:spacing w:after="20" w:line="276" w:lineRule="auto"/>
            </w:pPr>
            <w:r>
              <w:rPr>
                <w:rFonts w:ascii="宋体" w:hAnsi="宋体" w:eastAsia="宋体"/>
                <w:b w:val="0"/>
                <w:sz w:val="18"/>
              </w:rPr>
              <w:t>在学生回答的基础上，得出：比较两个物体体积的大小，要用统一的体积单位来测量。</w:t>
            </w:r>
          </w:p>
          <w:p>
            <w:pPr>
              <w:spacing w:after="20" w:line="276" w:lineRule="auto"/>
            </w:pPr>
            <w:r>
              <w:rPr>
                <w:rFonts w:ascii="宋体" w:hAnsi="宋体" w:eastAsia="宋体"/>
                <w:b w:val="0"/>
                <w:sz w:val="18"/>
              </w:rPr>
              <w:t>(1)根据已有经验，推出体积单位。</w:t>
            </w:r>
          </w:p>
          <w:p>
            <w:pPr>
              <w:spacing w:after="20" w:line="276" w:lineRule="auto"/>
            </w:pPr>
            <w:r>
              <w:rPr>
                <w:rFonts w:ascii="宋体" w:hAnsi="宋体" w:eastAsia="宋体"/>
                <w:b w:val="0"/>
                <w:sz w:val="18"/>
              </w:rPr>
              <w:t>师：测量物体的长度用长度单位，如米、分米、厘米等；测量物体的面积用面积单位，如平方米、平方分米、平方厘米等；那么测量物体的体积要用什么单位呢？</w:t>
            </w:r>
          </w:p>
          <w:p>
            <w:pPr>
              <w:spacing w:after="20" w:line="276" w:lineRule="auto"/>
            </w:pPr>
            <w:r>
              <w:rPr>
                <w:rFonts w:ascii="宋体" w:hAnsi="宋体" w:eastAsia="宋体"/>
                <w:b w:val="0"/>
                <w:sz w:val="18"/>
              </w:rPr>
              <w:t>(2)介绍体积单位。</w:t>
            </w:r>
          </w:p>
          <w:p>
            <w:pPr>
              <w:spacing w:after="20" w:line="276" w:lineRule="auto"/>
            </w:pPr>
            <w:r>
              <w:rPr>
                <w:rFonts w:ascii="宋体" w:hAnsi="宋体" w:eastAsia="宋体"/>
                <w:b w:val="0"/>
                <w:sz w:val="18"/>
              </w:rPr>
              <w:t>师：计量体积要用体积单位，常用的体积单位有立方厘米、立方分米和立方米，分别写成cm3、dm3和m3。(板书)</w:t>
            </w:r>
          </w:p>
          <w:p>
            <w:pPr>
              <w:spacing w:after="20" w:line="276" w:lineRule="auto"/>
            </w:pPr>
            <w:r>
              <w:rPr>
                <w:rFonts w:ascii="宋体" w:hAnsi="宋体" w:eastAsia="宋体"/>
                <w:b w:val="0"/>
                <w:sz w:val="18"/>
              </w:rPr>
              <w:t>2．建立体积单位的表象。</w:t>
            </w:r>
          </w:p>
          <w:p>
            <w:pPr>
              <w:spacing w:after="20" w:line="276" w:lineRule="auto"/>
            </w:pPr>
            <w:r>
              <w:rPr>
                <w:rFonts w:ascii="宋体" w:hAnsi="宋体" w:eastAsia="宋体"/>
                <w:b w:val="0"/>
                <w:sz w:val="18"/>
              </w:rPr>
              <w:t>(1)认识1 cm3。</w:t>
            </w:r>
          </w:p>
          <w:p>
            <w:pPr>
              <w:spacing w:after="20" w:line="276" w:lineRule="auto"/>
            </w:pPr>
            <w:r>
              <w:rPr>
                <w:rFonts w:ascii="宋体" w:hAnsi="宋体" w:eastAsia="宋体"/>
                <w:b w:val="0"/>
                <w:sz w:val="18"/>
              </w:rPr>
              <w:t>师：同学们，根据1 cm、1 cm2，想一想，1 cm3应该是多大？</w:t>
            </w:r>
          </w:p>
          <w:p>
            <w:pPr>
              <w:spacing w:after="20" w:line="276" w:lineRule="auto"/>
            </w:pPr>
            <w:r>
              <w:rPr>
                <w:rFonts w:ascii="宋体" w:hAnsi="宋体" w:eastAsia="宋体"/>
                <w:b w:val="0"/>
                <w:sz w:val="18"/>
              </w:rPr>
              <w:t>教师出示1立方厘米的小正方体，让学生观察，并介绍，这个小正方体的棱长是1厘米，它的体积就是1立方厘米。</w:t>
            </w:r>
          </w:p>
          <w:p>
            <w:pPr>
              <w:spacing w:after="20" w:line="276" w:lineRule="auto"/>
            </w:pPr>
            <w:r>
              <w:rPr>
                <w:rFonts w:ascii="宋体" w:hAnsi="宋体" w:eastAsia="宋体"/>
                <w:b w:val="0"/>
                <w:sz w:val="18"/>
              </w:rPr>
              <w:t>教师用自己的食指比画：一个手指甲盖的面积大约是1平方厘米，一个手指尖的体积大约是1立方厘米。</w:t>
            </w:r>
          </w:p>
          <w:p>
            <w:pPr>
              <w:spacing w:after="20" w:line="276" w:lineRule="auto"/>
            </w:pPr>
            <w:r>
              <w:rPr>
                <w:rFonts w:ascii="宋体" w:hAnsi="宋体" w:eastAsia="宋体"/>
                <w:b w:val="0"/>
                <w:sz w:val="18"/>
              </w:rPr>
              <w:t>师：生活中有哪些物体的体积大约是1立方厘米呢？</w:t>
            </w:r>
          </w:p>
          <w:p>
            <w:pPr>
              <w:spacing w:after="20" w:line="276" w:lineRule="auto"/>
            </w:pPr>
            <w:r>
              <w:rPr>
                <w:rFonts w:ascii="宋体" w:hAnsi="宋体" w:eastAsia="宋体"/>
                <w:b w:val="0"/>
                <w:sz w:val="18"/>
              </w:rPr>
              <w:t>(2)认识1 dm3。</w:t>
            </w:r>
          </w:p>
          <w:p>
            <w:pPr>
              <w:spacing w:after="20" w:line="276" w:lineRule="auto"/>
            </w:pPr>
            <w:r>
              <w:rPr>
                <w:rFonts w:ascii="宋体" w:hAnsi="宋体" w:eastAsia="宋体"/>
                <w:b w:val="0"/>
                <w:sz w:val="18"/>
              </w:rPr>
              <w:t>教师出示1立方分米的正方体，让学生想一想，它的棱长会是多少。</w:t>
            </w:r>
          </w:p>
          <w:p>
            <w:pPr>
              <w:spacing w:after="20" w:line="276" w:lineRule="auto"/>
            </w:pPr>
            <w:r>
              <w:rPr>
                <w:rFonts w:ascii="宋体" w:hAnsi="宋体" w:eastAsia="宋体"/>
                <w:b w:val="0"/>
                <w:sz w:val="18"/>
              </w:rPr>
              <w:t>师：棱长1 dm的正方体，体积是1 dm3。(板书)</w:t>
            </w:r>
          </w:p>
          <w:p>
            <w:pPr>
              <w:spacing w:after="20" w:line="276" w:lineRule="auto"/>
            </w:pPr>
            <w:r>
              <w:rPr>
                <w:rFonts w:ascii="宋体" w:hAnsi="宋体" w:eastAsia="宋体"/>
                <w:b w:val="0"/>
                <w:sz w:val="18"/>
              </w:rPr>
              <w:t>师：1立方分米多大呢？</w:t>
            </w:r>
          </w:p>
          <w:p>
            <w:pPr>
              <w:spacing w:after="20" w:line="276" w:lineRule="auto"/>
            </w:pPr>
            <w:r>
              <w:rPr>
                <w:rFonts w:ascii="宋体" w:hAnsi="宋体" w:eastAsia="宋体"/>
                <w:b w:val="0"/>
                <w:sz w:val="18"/>
              </w:rPr>
              <w:t>师：找一找生活中哪些物体的体积大约是1立方分米。</w:t>
            </w:r>
          </w:p>
          <w:p>
            <w:pPr>
              <w:spacing w:after="20" w:line="276" w:lineRule="auto"/>
            </w:pPr>
            <w:r>
              <w:rPr>
                <w:rFonts w:ascii="宋体" w:hAnsi="宋体" w:eastAsia="宋体"/>
                <w:b w:val="0"/>
                <w:sz w:val="18"/>
              </w:rPr>
              <w:t>(3)认识1 m3。。</w:t>
            </w:r>
          </w:p>
          <w:p>
            <w:pPr>
              <w:spacing w:after="20" w:line="276" w:lineRule="auto"/>
            </w:pPr>
            <w:r>
              <w:rPr>
                <w:rFonts w:ascii="宋体" w:hAnsi="宋体" w:eastAsia="宋体"/>
                <w:b w:val="0"/>
                <w:sz w:val="18"/>
              </w:rPr>
              <w:t>师生合作动手操作：用3根1 m长的木条在墙角围出一个互成直角的架子。</w:t>
            </w:r>
          </w:p>
          <w:p>
            <w:pPr>
              <w:spacing w:after="20" w:line="276" w:lineRule="auto"/>
            </w:pPr>
            <w:r>
              <w:rPr>
                <w:rFonts w:ascii="宋体" w:hAnsi="宋体" w:eastAsia="宋体"/>
                <w:b w:val="0"/>
                <w:sz w:val="18"/>
              </w:rPr>
              <w:t>教师边比画边说：围起来的这个正方体的体积就是1立方米，谁能说说1立方米多大？</w:t>
            </w:r>
          </w:p>
          <w:p>
            <w:pPr>
              <w:spacing w:after="20" w:line="276" w:lineRule="auto"/>
            </w:pPr>
            <w:r>
              <w:rPr>
                <w:rFonts w:ascii="宋体" w:hAnsi="宋体" w:eastAsia="宋体"/>
                <w:b w:val="0"/>
                <w:sz w:val="18"/>
              </w:rPr>
              <w:t>根据学生交流，教师板书：棱长1 m的正方体，体积是1 m3。</w:t>
            </w:r>
          </w:p>
          <w:p>
            <w:pPr>
              <w:spacing w:after="20" w:line="276" w:lineRule="auto"/>
            </w:pPr>
            <w:r>
              <w:rPr>
                <w:rFonts w:ascii="宋体" w:hAnsi="宋体" w:eastAsia="宋体"/>
                <w:b w:val="0"/>
                <w:sz w:val="18"/>
              </w:rPr>
              <w:t>师：同桌互相说说，生活中哪些物体的体积大约是1 m3?</w:t>
            </w:r>
          </w:p>
        </w:tc>
        <w:tc>
          <w:tcPr>
            <w:tcW w:type="dxa" w:w="3061"/>
          </w:tcPr>
          <w:p>
            <w:pPr>
              <w:spacing w:after="20" w:line="276" w:lineRule="auto"/>
            </w:pPr>
            <w:r/>
            <w:r>
              <w:rPr>
                <w:rFonts w:ascii="宋体" w:hAnsi="宋体" w:eastAsia="宋体"/>
                <w:b w:val="0"/>
                <w:sz w:val="18"/>
              </w:rPr>
              <w:t>学生能较快联想到体积单位，但对体积单位的概念是模糊的。</w:t>
            </w:r>
          </w:p>
          <w:p>
            <w:pPr>
              <w:spacing w:after="20" w:line="276" w:lineRule="auto"/>
            </w:pPr>
            <w:r>
              <w:rPr>
                <w:rFonts w:ascii="宋体" w:hAnsi="宋体" w:eastAsia="宋体"/>
                <w:b w:val="0"/>
                <w:sz w:val="18"/>
              </w:rPr>
              <w:t>学生交流后，教师揭示：棱长1 cm的正方体，体积是1 cm3。(板书)</w:t>
            </w:r>
          </w:p>
          <w:p>
            <w:pPr>
              <w:spacing w:after="20" w:line="276" w:lineRule="auto"/>
            </w:pPr>
            <w:r>
              <w:rPr>
                <w:rFonts w:ascii="宋体" w:hAnsi="宋体" w:eastAsia="宋体"/>
                <w:b w:val="0"/>
                <w:sz w:val="18"/>
              </w:rPr>
              <w:t>学生可能会说魔方中的一块大约是1立方厘米，通过类推，从具体的素材中逐步建立1 cm3的概念。</w:t>
            </w:r>
          </w:p>
          <w:p>
            <w:pPr>
              <w:spacing w:after="20" w:line="276" w:lineRule="auto"/>
            </w:pPr>
            <w:r>
              <w:rPr>
                <w:rFonts w:ascii="宋体" w:hAnsi="宋体" w:eastAsia="宋体"/>
                <w:b w:val="0"/>
                <w:sz w:val="18"/>
              </w:rPr>
              <w:t>学生通过观察，一般都能观测出棱长是1分米。</w:t>
            </w:r>
          </w:p>
          <w:p>
            <w:pPr>
              <w:spacing w:after="20" w:line="276" w:lineRule="auto"/>
            </w:pPr>
            <w:r>
              <w:rPr>
                <w:rFonts w:ascii="宋体" w:hAnsi="宋体" w:eastAsia="宋体"/>
                <w:b w:val="0"/>
                <w:sz w:val="18"/>
              </w:rPr>
              <w:t>粉笔盒、魔方的体积大约是1立方分米。</w:t>
            </w:r>
          </w:p>
          <w:p>
            <w:pPr>
              <w:spacing w:after="20" w:line="276" w:lineRule="auto"/>
            </w:pPr>
            <w:r>
              <w:rPr>
                <w:rFonts w:ascii="宋体" w:hAnsi="宋体" w:eastAsia="宋体"/>
                <w:b w:val="0"/>
                <w:sz w:val="18"/>
              </w:rPr>
              <w:t>有了前面建构1 cm3、1 dm3的经验，学生很容易就能知道棱长1 m的正方体，体积是1 m3。</w:t>
            </w:r>
          </w:p>
        </w:tc>
        <w:tc>
          <w:tcPr>
            <w:tcW w:type="dxa" w:w="1814"/>
          </w:tcPr>
          <w:p>
            <w:pPr>
              <w:spacing w:after="20" w:line="276" w:lineRule="auto"/>
            </w:pPr>
            <w:r/>
            <w:r>
              <w:rPr>
                <w:rFonts w:ascii="宋体" w:hAnsi="宋体" w:eastAsia="宋体"/>
                <w:b w:val="0"/>
                <w:sz w:val="18"/>
              </w:rPr>
              <w:t>用类比的方法，让学生从熟悉的旧知识迁移到新知识，让他们在“线——面——体”的变化中发现规律，初步感知体积单位。</w:t>
            </w:r>
          </w:p>
          <w:p>
            <w:pPr>
              <w:spacing w:after="20" w:line="276" w:lineRule="auto"/>
            </w:pPr>
            <w:r>
              <w:rPr>
                <w:rFonts w:ascii="宋体" w:hAnsi="宋体" w:eastAsia="宋体"/>
                <w:b w:val="0"/>
                <w:sz w:val="18"/>
              </w:rPr>
              <w:t>从长度单位、面积单位到体积单位，建构线、面、体单位之间的联系，降低学生理解的难度，再说说生活中的1立方厘米的物体，丰富学生的具体感知。</w:t>
            </w:r>
          </w:p>
          <w:p>
            <w:pPr>
              <w:spacing w:after="20" w:line="276" w:lineRule="auto"/>
            </w:pPr>
            <w:r>
              <w:rPr>
                <w:rFonts w:ascii="宋体" w:hAnsi="宋体" w:eastAsia="宋体"/>
                <w:b w:val="0"/>
                <w:sz w:val="18"/>
              </w:rPr>
              <w:t>学生对体积的认识有一定的生活经验，但只是知道物体有大小，并不能用数学的语言来表述。通过师生共同摆出一个1 m3的正方体，为构建1 m3提供直观体验，建立1 m3的表象。</w:t>
            </w:r>
          </w:p>
        </w:tc>
      </w:tr>
      <w:tr>
        <w:tc>
          <w:tcPr>
            <w:tcW w:type="dxa" w:w="1474"/>
          </w:tcPr>
          <w:p>
            <w:pPr>
              <w:spacing w:after="20" w:line="276" w:lineRule="auto"/>
            </w:pPr>
            <w:r>
              <w:rPr>
                <w:b/>
              </w:rPr>
            </w:r>
            <w:r>
              <w:rPr>
                <w:rFonts w:ascii="宋体" w:hAnsi="宋体" w:eastAsia="宋体"/>
                <w:b/>
                <w:sz w:val="18"/>
              </w:rPr>
              <w:t>四、实践应用，内化概念</w:t>
            </w:r>
          </w:p>
        </w:tc>
        <w:tc>
          <w:tcPr>
            <w:tcW w:type="dxa" w:w="3061"/>
          </w:tcPr>
          <w:p>
            <w:pPr>
              <w:spacing w:after="20" w:line="276" w:lineRule="auto"/>
            </w:pPr>
            <w:r/>
            <w:r>
              <w:rPr>
                <w:rFonts w:ascii="宋体" w:hAnsi="宋体" w:eastAsia="宋体"/>
                <w:b w:val="0"/>
                <w:sz w:val="18"/>
              </w:rPr>
              <w:t>1.课件出示教科书P32“练习七”第4题。</w:t>
            </w:r>
          </w:p>
          <w:p>
            <w:pPr>
              <w:spacing w:after="20" w:line="276" w:lineRule="auto"/>
            </w:pPr>
            <w:r>
              <w:rPr>
                <w:rFonts w:ascii="宋体" w:hAnsi="宋体" w:eastAsia="宋体"/>
                <w:b w:val="0"/>
                <w:sz w:val="18"/>
              </w:rPr>
              <w:t>2．课件出示教科书P32“练习七”第3题。</w:t>
            </w:r>
          </w:p>
          <w:p>
            <w:pPr>
              <w:spacing w:after="20" w:line="276" w:lineRule="auto"/>
            </w:pPr>
            <w:r>
              <w:rPr>
                <w:rFonts w:ascii="宋体" w:hAnsi="宋体" w:eastAsia="宋体"/>
                <w:b w:val="0"/>
                <w:sz w:val="18"/>
              </w:rPr>
              <w:t>(1)学生选择合适的体积单位。</w:t>
            </w:r>
          </w:p>
          <w:p>
            <w:pPr>
              <w:spacing w:after="20" w:line="276" w:lineRule="auto"/>
            </w:pPr>
            <w:r>
              <w:rPr>
                <w:rFonts w:ascii="宋体" w:hAnsi="宋体" w:eastAsia="宋体"/>
                <w:b w:val="0"/>
                <w:sz w:val="18"/>
              </w:rPr>
              <w:t>(2)反馈评价。</w:t>
            </w:r>
          </w:p>
          <w:p>
            <w:pPr>
              <w:spacing w:after="20" w:line="276" w:lineRule="auto"/>
            </w:pPr>
            <w:r>
              <w:rPr>
                <w:rFonts w:ascii="宋体" w:hAnsi="宋体" w:eastAsia="宋体"/>
                <w:b w:val="0"/>
                <w:sz w:val="18"/>
              </w:rPr>
              <w:t>3．完成教科书P28“做一做”第1题。</w:t>
            </w:r>
          </w:p>
          <w:p>
            <w:pPr>
              <w:spacing w:after="20" w:line="276" w:lineRule="auto"/>
            </w:pPr>
            <w:r>
              <w:rPr>
                <w:rFonts w:ascii="宋体" w:hAnsi="宋体" w:eastAsia="宋体"/>
                <w:b w:val="0"/>
                <w:sz w:val="18"/>
              </w:rPr>
              <w:t>4．完成教科书P28“做一做”第2题和P32“练习七”第1题。</w:t>
            </w:r>
          </w:p>
          <w:p>
            <w:pPr>
              <w:spacing w:after="20" w:line="276" w:lineRule="auto"/>
            </w:pPr>
            <w:r>
              <w:rPr>
                <w:rFonts w:ascii="宋体" w:hAnsi="宋体" w:eastAsia="宋体"/>
                <w:b w:val="0"/>
                <w:sz w:val="18"/>
              </w:rPr>
              <w:t>(1)学生自主解答后，小组交流。</w:t>
            </w:r>
          </w:p>
          <w:p>
            <w:pPr>
              <w:spacing w:after="20" w:line="276" w:lineRule="auto"/>
            </w:pPr>
            <w:r>
              <w:rPr>
                <w:rFonts w:ascii="宋体" w:hAnsi="宋体" w:eastAsia="宋体"/>
                <w:b w:val="0"/>
                <w:sz w:val="18"/>
              </w:rPr>
              <w:t>(2)全班集中评价。</w:t>
            </w:r>
          </w:p>
        </w:tc>
        <w:tc>
          <w:tcPr>
            <w:tcW w:type="dxa" w:w="3061"/>
          </w:tcPr>
          <w:p>
            <w:pPr>
              <w:spacing w:after="20" w:line="276" w:lineRule="auto"/>
            </w:pPr>
            <w:r/>
            <w:r>
              <w:rPr>
                <w:rFonts w:ascii="宋体" w:hAnsi="宋体" w:eastAsia="宋体"/>
                <w:b w:val="0"/>
                <w:sz w:val="18"/>
              </w:rPr>
              <w:t>学生联系生活分别说说见过体积最大、体积最小的物体是什么，并找出体积分别是1 cm3、1 dm3、1 m3的物体。</w:t>
            </w:r>
          </w:p>
          <w:p>
            <w:pPr>
              <w:spacing w:after="20" w:line="276" w:lineRule="auto"/>
            </w:pPr>
            <w:r>
              <w:rPr>
                <w:rFonts w:ascii="宋体" w:hAnsi="宋体" w:eastAsia="宋体"/>
                <w:b w:val="0"/>
                <w:sz w:val="18"/>
              </w:rPr>
              <w:t>刚刚学习体积单位，学生体会还不是很深，可能会选择错误的单位，教师可以在第4题建立1 cm3、1 dm3、1 m3的大小观念基础上引导学生确定集装箱、电饭锅等物体的体积。</w:t>
            </w:r>
          </w:p>
          <w:p>
            <w:pPr>
              <w:spacing w:after="20" w:line="276" w:lineRule="auto"/>
            </w:pPr>
            <w:r>
              <w:rPr>
                <w:rFonts w:ascii="宋体" w:hAnsi="宋体" w:eastAsia="宋体"/>
                <w:b w:val="0"/>
                <w:sz w:val="18"/>
              </w:rPr>
              <w:t>学生自主完成后，教师引导学生认识这几种计量单位的区别与联系。</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师：通过这节课的学习，你们有哪些收获？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体积和体积单位</w:t>
      </w:r>
    </w:p>
    <w:p>
      <w:pPr>
        <w:spacing w:after="40" w:line="300" w:lineRule="auto"/>
      </w:pPr>
      <w:r>
        <w:rPr>
          <w:rFonts w:ascii="宋体" w:hAnsi="宋体" w:eastAsia="宋体"/>
          <w:b w:val="0"/>
          <w:sz w:val="20"/>
        </w:rPr>
        <w:t>物体所占空间的大小叫作物体的体积。</w:t>
      </w:r>
    </w:p>
    <w:p>
      <w:pPr>
        <w:spacing w:after="40" w:line="300" w:lineRule="auto"/>
      </w:pPr>
      <w:r>
        <w:rPr>
          <w:rFonts w:ascii="宋体" w:hAnsi="宋体" w:eastAsia="宋体"/>
          <w:b w:val="0"/>
          <w:sz w:val="20"/>
        </w:rPr>
        <w:t>计量体积要用体积单位，常用的体积单位有立方厘米、立方分米和立方米，分别写成cm3、dm3和m3。</w:t>
      </w:r>
    </w:p>
    <w:p>
      <w:pPr>
        <w:spacing w:after="40" w:line="300" w:lineRule="auto"/>
      </w:pPr>
      <w:r>
        <w:rPr>
          <w:rFonts w:ascii="宋体" w:hAnsi="宋体" w:eastAsia="宋体"/>
          <w:b w:val="0"/>
          <w:sz w:val="20"/>
        </w:rPr>
        <w:t>棱长1 cm的正方体，体积是1 cm3。</w:t>
      </w:r>
    </w:p>
    <w:p>
      <w:pPr>
        <w:spacing w:after="40" w:line="300" w:lineRule="auto"/>
      </w:pPr>
      <w:r>
        <w:rPr>
          <w:rFonts w:ascii="宋体" w:hAnsi="宋体" w:eastAsia="宋体"/>
          <w:b w:val="0"/>
          <w:sz w:val="20"/>
        </w:rPr>
        <w:t>棱长1 dm的正方体，体积是1 dm3。</w:t>
      </w:r>
    </w:p>
    <w:p>
      <w:pPr>
        <w:spacing w:after="40" w:line="300" w:lineRule="auto"/>
      </w:pPr>
      <w:r>
        <w:rPr>
          <w:rFonts w:ascii="宋体" w:hAnsi="宋体" w:eastAsia="宋体"/>
          <w:b w:val="0"/>
          <w:sz w:val="20"/>
        </w:rPr>
        <w:t>棱长1 m的正方体，体积是1 m3。</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教科书P27～28的内容，完成教科书P28“做一做”，P32“练习七”中第1、3、4题。</w:t>
      </w:r>
    </w:p>
    <w:p>
      <w:pPr>
        <w:spacing w:after="40" w:line="300" w:lineRule="auto"/>
        <w:ind w:firstLine="400"/>
      </w:pPr>
      <w:r>
        <w:rPr>
          <w:rFonts w:ascii="宋体" w:hAnsi="宋体" w:eastAsia="宋体"/>
          <w:b w:val="0"/>
          <w:sz w:val="20"/>
        </w:rPr>
        <w:t>② 原设计安排：见“状元成才路”系列丛书《创优作业100分》对应课时作业。 1(1)物体所占( )的大小叫作物体的体积。计量体积常用的单位有( )、 ( )和( )，用字母表示分别是( )、( )和( )。 (2)棱长是( )的正方体的体积是1 cm3；棱长是( )的正方体的体积是1 dm3；棱长是( )的正方体的体积是1 m3。 (3)在括号里填上合适的体积单位。 一个抽纸盒的体积约为2( )。 一个牙膏盒的体积约为180( )。 一节动车车厢的体积约为250( )。 一本故事书的体积约为300( )。 2下面是用棱长为1 cm的小正方体拼成的几何体，它们的体积各是多少？ ( )cm3 ( )cm3 ( )cm3 3用体积都是1 cm3的小正方体拼成一个几何体，从前面、上面和左面看到的图形分别如下图。这个几何体的体积是( )cm3。 参考答案 1．(1)空间 立方厘米 立方分米 立方米 cm3 dm3 m3 (2)1 cm 1 dm 1 m (3)dm3 cm3 m3 cm3 2．10 8 12 3．8eq \x(\a\vs4\al(教学资源),,,INCLUDEPICTURE"慕65.TIF") 【教学笔记】 【教学提示】 对于学生的不同观点，要给予充分的鼓励，并对乌鸦想办法解决问题的举动进行肯定。 【教学提示】 可以将两次剩下的水的高度量一量，使实验更有说服力。 【教学提示】 学生生活经验的限制，导致他们对有些实物的体积不清楚，从而不知道填什么单位。教师要借助一定的标准帮助学生理解。 【教学提示】 充分利用学生身边的实物，帮助学生建立体积单位的表象。</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体积和体积单位的内容比较抽象，是学生空间观念的一次发展和飞跃。本节课通过实验、观察、比较、动手操作等活动，为学生建立模型，形成表象。但体积单位概念的建立，不是仅仅停留在文字上，还需要在后面的学习中不断积累经验，充分感知，才能逐步完善。</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长方体</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长方体</w:t>
            </w:r>
          </w:p>
        </w:tc>
        <w:tc>
          <w:tcPr>
            <w:tcW w:type="dxa" w:w="6009"/>
          </w:tcPr>
          <w:p>
            <w:pPr>
              <w:spacing w:after="20" w:line="276" w:lineRule="auto"/>
            </w:pPr>
            <w:r/>
            <w:r>
              <w:rPr>
                <w:rFonts w:ascii="宋体" w:hAnsi="宋体" w:eastAsia="宋体"/>
                <w:b w:val="0"/>
                <w:sz w:val="20"/>
              </w:rPr>
              <w:t>第3单元 长方体和正方体（长方体和正方体的认识）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教学内容：教科书P18~19的内容，完成教科书P21“练习五”中第1~3题。</w:t>
      </w:r>
    </w:p>
    <w:p>
      <w:pPr>
        <w:spacing w:after="80" w:line="300" w:lineRule="auto"/>
        <w:ind w:firstLine="400"/>
      </w:pPr>
      <w:r>
        <w:rPr>
          <w:rFonts w:ascii="宋体" w:hAnsi="宋体" w:eastAsia="宋体"/>
          <w:b w:val="0"/>
          <w:sz w:val="20"/>
        </w:rPr>
        <w:t>教学准备：课件，长方体学具，长方体框架，不同长度的搭长方体的材料（学生可以自己准备）。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（1）认识长方体的特征，理解长方体的长、宽、高的含义。</w:t>
      </w:r>
    </w:p>
    <w:p>
      <w:pPr>
        <w:spacing w:after="20" w:line="300" w:lineRule="auto"/>
        <w:ind w:firstLine="400"/>
      </w:pPr>
      <w:r>
        <w:rPr>
          <w:rFonts w:ascii="宋体" w:hAnsi="宋体" w:eastAsia="宋体"/>
          <w:b w:val="0"/>
          <w:sz w:val="20"/>
        </w:rPr>
        <w:t>（2）通过观察、想象、动手操作等活动，探索长方体面、棱、顶点的特征，培养学生初步的空间观念和想象能力。</w:t>
      </w:r>
    </w:p>
    <w:p>
      <w:pPr>
        <w:spacing w:after="20" w:line="300" w:lineRule="auto"/>
        <w:ind w:firstLine="400"/>
      </w:pPr>
      <w:r>
        <w:rPr>
          <w:rFonts w:ascii="宋体" w:hAnsi="宋体" w:eastAsia="宋体"/>
          <w:b w:val="0"/>
          <w:sz w:val="20"/>
        </w:rPr>
        <w:t>（3）通过找生活中的长方体，沟通数学与生活的联系，激发学生学习数学的热情。</w:t>
      </w:r>
    </w:p>
    <w:p>
      <w:pPr>
        <w:spacing w:after="20" w:line="300" w:lineRule="auto"/>
      </w:pPr>
      <w:r>
        <w:rPr>
          <w:rFonts w:ascii="宋体" w:hAnsi="宋体" w:eastAsia="宋体"/>
          <w:b w:val="0"/>
          <w:sz w:val="20"/>
        </w:rPr>
        <w:t>教学重点：认识长方体的特征，理解长方体的长、宽、高的含义。</w:t>
      </w:r>
    </w:p>
    <w:p>
      <w:pPr>
        <w:spacing w:after="20" w:line="300" w:lineRule="auto"/>
      </w:pPr>
      <w:r>
        <w:rPr>
          <w:rFonts w:ascii="宋体" w:hAnsi="宋体" w:eastAsia="宋体"/>
          <w:b w:val="0"/>
          <w:sz w:val="20"/>
        </w:rPr>
        <w:t>教学难点：长方体面、棱、顶点的特征。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一、创设情境，引入新课</w:t>
            </w:r>
          </w:p>
        </w:tc>
        <w:tc>
          <w:tcPr>
            <w:tcW w:type="dxa" w:w="1814"/>
          </w:tcPr>
          <w:p>
            <w:pPr>
              <w:spacing w:after="20" w:line="276" w:lineRule="auto"/>
            </w:pPr>
            <w:r/>
            <w:r>
              <w:rPr>
                <w:rFonts w:ascii="宋体" w:hAnsi="宋体" w:eastAsia="宋体"/>
                <w:b w:val="0"/>
                <w:sz w:val="18"/>
              </w:rPr>
              <w:t>课件、教科书、情境图、学具</w:t>
            </w:r>
          </w:p>
        </w:tc>
        <w:tc>
          <w:tcPr>
            <w:tcW w:type="dxa" w:w="3402"/>
          </w:tcPr>
          <w:p>
            <w:pPr>
              <w:spacing w:after="20" w:line="276" w:lineRule="auto"/>
            </w:pPr>
            <w:r/>
            <w:r>
              <w:rPr>
                <w:rFonts w:ascii="宋体" w:hAnsi="宋体" w:eastAsia="宋体"/>
                <w:b w:val="0"/>
                <w:sz w:val="18"/>
              </w:rPr>
              <w:t>我们以前认识了哪些几何图形？；认识这些图形吗？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二、动手操作，认识长方体的面、棱、顶点</w:t>
            </w:r>
          </w:p>
        </w:tc>
        <w:tc>
          <w:tcPr>
            <w:tcW w:type="dxa" w:w="1814"/>
          </w:tcPr>
          <w:p>
            <w:pPr>
              <w:spacing w:after="20" w:line="276" w:lineRule="auto"/>
            </w:pPr>
            <w:r/>
            <w:r>
              <w:rPr>
                <w:rFonts w:ascii="宋体" w:hAnsi="宋体" w:eastAsia="宋体"/>
                <w:b w:val="0"/>
                <w:sz w:val="18"/>
              </w:rPr>
              <w:t>学具、课件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三、研究长方体的特征，教学教科书P18例1</w:t>
            </w:r>
          </w:p>
        </w:tc>
        <w:tc>
          <w:tcPr>
            <w:tcW w:type="dxa" w:w="1814"/>
          </w:tcPr>
          <w:p>
            <w:pPr>
              <w:spacing w:after="20" w:line="276" w:lineRule="auto"/>
            </w:pPr>
            <w:r/>
            <w:r>
              <w:rPr>
                <w:rFonts w:ascii="宋体" w:hAnsi="宋体" w:eastAsia="宋体"/>
                <w:b w:val="0"/>
                <w:sz w:val="18"/>
              </w:rPr>
              <w:t>学具、课件、教科书</w:t>
            </w:r>
          </w:p>
        </w:tc>
        <w:tc>
          <w:tcPr>
            <w:tcW w:type="dxa" w:w="3402"/>
          </w:tcPr>
          <w:p>
            <w:pPr>
              <w:spacing w:after="20" w:line="276" w:lineRule="auto"/>
            </w:pPr>
            <w:r/>
            <w:r>
              <w:rPr>
                <w:rFonts w:ascii="宋体" w:hAnsi="宋体" w:eastAsia="宋体"/>
                <w:b w:val="0"/>
                <w:sz w:val="18"/>
              </w:rPr>
              <w:t>棱和棱的交点是长方体的顶点，数一数，长方体有多少个顶点？；我们分别从面、棱和顶点认识了长方体，大家闭着眼睛想一想，长方体是怎样的？</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五、巩固应用</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你们发现了什么？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本节课我们通过观察、动手操作、想象等活动，认识了长方体，谁能说说长方体有哪些特征？</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一、创设情境，引入新课</w:t>
            </w:r>
          </w:p>
        </w:tc>
        <w:tc>
          <w:tcPr>
            <w:tcW w:type="dxa" w:w="3061"/>
          </w:tcPr>
          <w:p>
            <w:pPr>
              <w:spacing w:after="20" w:line="276" w:lineRule="auto"/>
            </w:pPr>
            <w:r/>
            <w:r>
              <w:rPr>
                <w:rFonts w:ascii="宋体" w:hAnsi="宋体" w:eastAsia="宋体"/>
                <w:b w:val="0"/>
                <w:sz w:val="18"/>
              </w:rPr>
              <w:t>1.回顾学过的图形。</w:t>
            </w:r>
          </w:p>
          <w:p>
            <w:pPr>
              <w:spacing w:after="20" w:line="276" w:lineRule="auto"/>
            </w:pPr>
            <w:r>
              <w:rPr>
                <w:rFonts w:ascii="宋体" w:hAnsi="宋体" w:eastAsia="宋体"/>
                <w:b w:val="0"/>
                <w:sz w:val="18"/>
              </w:rPr>
              <w:t>师：我们以前认识了哪些几何图形？</w:t>
            </w:r>
          </w:p>
          <w:p>
            <w:pPr>
              <w:spacing w:after="20" w:line="276" w:lineRule="auto"/>
            </w:pPr>
            <w:r>
              <w:rPr>
                <w:rFonts w:ascii="宋体" w:hAnsi="宋体" w:eastAsia="宋体"/>
                <w:b w:val="0"/>
                <w:sz w:val="18"/>
              </w:rPr>
              <w:t>师：认识这些图形吗？</w:t>
            </w:r>
          </w:p>
          <w:p>
            <w:pPr>
              <w:spacing w:after="20" w:line="276" w:lineRule="auto"/>
            </w:pPr>
            <w:r>
              <w:rPr>
                <w:rFonts w:ascii="宋体" w:hAnsi="宋体" w:eastAsia="宋体"/>
                <w:b w:val="0"/>
                <w:sz w:val="18"/>
              </w:rPr>
              <w:t>课件先呈现平面图形，再呈现立体图形，学生边说，教师边课件呈现图形名称。</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教师引导学生看教科书P18情境图。</w:t>
            </w:r>
          </w:p>
          <w:p>
            <w:pPr>
              <w:spacing w:after="20" w:line="276" w:lineRule="auto"/>
            </w:pPr>
            <w:r>
              <w:rPr>
                <w:rFonts w:ascii="宋体" w:hAnsi="宋体" w:eastAsia="宋体"/>
                <w:b w:val="0"/>
                <w:sz w:val="18"/>
              </w:rPr>
              <w:t>师：你们看到过这些建筑物吗？它们的形状是什么图形？</w:t>
            </w:r>
          </w:p>
          <w:p>
            <w:pPr>
              <w:spacing w:after="20" w:line="276" w:lineRule="auto"/>
            </w:pPr>
            <w:r>
              <w:rPr>
                <w:rFonts w:ascii="宋体" w:hAnsi="宋体" w:eastAsia="宋体"/>
                <w:b w:val="0"/>
                <w:sz w:val="18"/>
              </w:rPr>
              <w:t>师：生活中，还有哪些物体的形状是长方体？</w:t>
            </w:r>
          </w:p>
          <w:p>
            <w:pPr>
              <w:spacing w:after="20" w:line="276" w:lineRule="auto"/>
            </w:pPr>
            <w:r>
              <w:rPr>
                <w:rFonts w:ascii="宋体" w:hAnsi="宋体" w:eastAsia="宋体"/>
                <w:b w:val="0"/>
                <w:sz w:val="18"/>
              </w:rPr>
              <w:t>师：这节课我们一起来研究长方体。（板书课题：长方体）</w:t>
            </w:r>
          </w:p>
        </w:tc>
        <w:tc>
          <w:tcPr>
            <w:tcW w:type="dxa" w:w="3061"/>
          </w:tcPr>
          <w:p>
            <w:pPr>
              <w:spacing w:after="20" w:line="276" w:lineRule="auto"/>
            </w:pPr>
            <w:r/>
            <w:r>
              <w:rPr>
                <w:rFonts w:ascii="宋体" w:hAnsi="宋体" w:eastAsia="宋体"/>
                <w:b w:val="0"/>
                <w:sz w:val="18"/>
              </w:rPr>
              <w:t>学生说认识的图形。</w:t>
            </w:r>
          </w:p>
          <w:p>
            <w:pPr>
              <w:spacing w:after="20" w:line="276" w:lineRule="auto"/>
            </w:pPr>
            <w:r>
              <w:rPr>
                <w:rFonts w:ascii="宋体" w:hAnsi="宋体" w:eastAsia="宋体"/>
                <w:b w:val="0"/>
                <w:sz w:val="18"/>
              </w:rPr>
              <w:t>国家游泳中心、联合国总部大楼的形状都是长方体。</w:t>
            </w:r>
          </w:p>
          <w:p>
            <w:pPr>
              <w:spacing w:after="20" w:line="276" w:lineRule="auto"/>
            </w:pPr>
            <w:r>
              <w:rPr>
                <w:rFonts w:ascii="宋体" w:hAnsi="宋体" w:eastAsia="宋体"/>
                <w:b w:val="0"/>
                <w:sz w:val="18"/>
              </w:rPr>
              <w:t>学生说出冰柜、抽纸盒、书柜等。</w:t>
            </w:r>
          </w:p>
        </w:tc>
        <w:tc>
          <w:tcPr>
            <w:tcW w:type="dxa" w:w="1814"/>
          </w:tcPr>
          <w:p>
            <w:pPr>
              <w:spacing w:after="20" w:line="276" w:lineRule="auto"/>
            </w:pPr>
            <w:r/>
            <w:r>
              <w:rPr>
                <w:rFonts w:ascii="宋体" w:hAnsi="宋体" w:eastAsia="宋体"/>
                <w:b w:val="0"/>
                <w:sz w:val="18"/>
              </w:rPr>
              <w:t>再现学生学习过的平面图形、立体图形，唤起学生已有的知识经验。通过观察生活场景的主题图，在与平面图形的对比中体会立体图形的特征，给予学生清晰的概念界定——长方体是立体图形。</w:t>
            </w:r>
          </w:p>
        </w:tc>
      </w:tr>
      <w:tr>
        <w:tc>
          <w:tcPr>
            <w:tcW w:type="dxa" w:w="1474"/>
          </w:tcPr>
          <w:p>
            <w:pPr>
              <w:spacing w:after="20" w:line="276" w:lineRule="auto"/>
            </w:pPr>
            <w:r>
              <w:rPr>
                <w:b/>
              </w:rPr>
            </w:r>
            <w:r>
              <w:rPr>
                <w:rFonts w:ascii="宋体" w:hAnsi="宋体" w:eastAsia="宋体"/>
                <w:b/>
                <w:sz w:val="18"/>
              </w:rPr>
              <w:t>二、动手操作，认识长方体的面、棱、顶点</w:t>
            </w:r>
          </w:p>
        </w:tc>
        <w:tc>
          <w:tcPr>
            <w:tcW w:type="dxa" w:w="3061"/>
          </w:tcPr>
          <w:p>
            <w:pPr>
              <w:spacing w:after="20" w:line="276" w:lineRule="auto"/>
            </w:pPr>
            <w:r/>
            <w:r>
              <w:rPr>
                <w:rFonts w:ascii="宋体" w:hAnsi="宋体" w:eastAsia="宋体"/>
                <w:b w:val="0"/>
                <w:sz w:val="18"/>
              </w:rPr>
              <w:t>1.直观认识长方体的面、棱、顶点。</w:t>
            </w:r>
          </w:p>
          <w:p>
            <w:pPr>
              <w:spacing w:after="20" w:line="276" w:lineRule="auto"/>
            </w:pPr>
            <w:r>
              <w:rPr>
                <w:rFonts w:ascii="宋体" w:hAnsi="宋体" w:eastAsia="宋体"/>
                <w:b w:val="0"/>
                <w:sz w:val="18"/>
              </w:rPr>
              <w:t>师：请同学们拿出自己准备的长方体学具，摸一摸，说一说你有什么发现。</w:t>
            </w:r>
          </w:p>
          <w:p>
            <w:pPr>
              <w:spacing w:after="20" w:line="276" w:lineRule="auto"/>
            </w:pPr>
            <w:r>
              <w:rPr>
                <w:rFonts w:ascii="宋体" w:hAnsi="宋体" w:eastAsia="宋体"/>
                <w:b w:val="0"/>
                <w:sz w:val="18"/>
              </w:rPr>
              <w:t>师：请同学们再摸一摸长方体相邻两个面相交的地方有什么。</w:t>
            </w:r>
          </w:p>
          <w:p>
            <w:pPr>
              <w:spacing w:after="20" w:line="276" w:lineRule="auto"/>
            </w:pPr>
            <w:r>
              <w:rPr>
                <w:rFonts w:ascii="宋体" w:hAnsi="宋体" w:eastAsia="宋体"/>
                <w:b w:val="0"/>
                <w:sz w:val="18"/>
              </w:rPr>
              <w:t>师揭示：面和面相交的线段叫作“棱”。（板书：棱）</w:t>
            </w:r>
          </w:p>
          <w:p>
            <w:pPr>
              <w:spacing w:after="20" w:line="276" w:lineRule="auto"/>
            </w:pPr>
            <w:r>
              <w:rPr>
                <w:rFonts w:ascii="宋体" w:hAnsi="宋体" w:eastAsia="宋体"/>
                <w:b w:val="0"/>
                <w:sz w:val="18"/>
              </w:rPr>
              <w:t>师：同学们再摸一摸棱和棱相交的地方有什么。</w:t>
            </w:r>
          </w:p>
          <w:p>
            <w:pPr>
              <w:spacing w:after="20" w:line="276" w:lineRule="auto"/>
            </w:pPr>
            <w:r>
              <w:rPr>
                <w:rFonts w:ascii="宋体" w:hAnsi="宋体" w:eastAsia="宋体"/>
                <w:b w:val="0"/>
                <w:sz w:val="18"/>
              </w:rPr>
              <w:t>师揭示：棱和棱的交点叫作“顶点”。（板书：顶点）</w:t>
            </w:r>
          </w:p>
          <w:p>
            <w:pPr>
              <w:spacing w:after="20" w:line="276" w:lineRule="auto"/>
            </w:pPr>
            <w:r>
              <w:rPr>
                <w:rFonts w:ascii="宋体" w:hAnsi="宋体" w:eastAsia="宋体"/>
                <w:b w:val="0"/>
                <w:sz w:val="18"/>
              </w:rPr>
              <w:t>师说，学生摸，共同在长方体学具上指出面、棱、顶点。</w:t>
            </w:r>
          </w:p>
          <w:p>
            <w:pPr>
              <w:spacing w:after="20" w:line="276" w:lineRule="auto"/>
            </w:pPr>
            <w:r>
              <w:rPr>
                <w:rFonts w:ascii="宋体" w:hAnsi="宋体" w:eastAsia="宋体"/>
                <w:b w:val="0"/>
                <w:sz w:val="18"/>
              </w:rPr>
              <w:t>2.结合图形抽象出面、棱、顶点。</w:t>
            </w:r>
          </w:p>
          <w:p>
            <w:pPr>
              <w:spacing w:after="20" w:line="276" w:lineRule="auto"/>
            </w:pPr>
            <w:r>
              <w:rPr>
                <w:rFonts w:ascii="宋体" w:hAnsi="宋体" w:eastAsia="宋体"/>
                <w:b w:val="0"/>
                <w:sz w:val="18"/>
              </w:rPr>
              <w:t>课件呈现长方体，学生依次说出名称，课件依次呈现面、棱、顶点。</w:t>
            </w:r>
          </w:p>
        </w:tc>
        <w:tc>
          <w:tcPr>
            <w:tcW w:type="dxa" w:w="3061"/>
          </w:tcPr>
          <w:p>
            <w:pPr>
              <w:spacing w:after="20" w:line="276" w:lineRule="auto"/>
            </w:pPr>
            <w:r/>
            <w:r>
              <w:rPr>
                <w:rFonts w:ascii="宋体" w:hAnsi="宋体" w:eastAsia="宋体"/>
                <w:b w:val="0"/>
                <w:sz w:val="18"/>
              </w:rPr>
              <w:t>学生可能会说“长方体有平平的面”。出现不规范的表述，教师可以直接更正，告诉正确的名称。对于“面”，学生比较容易认识，教师根据学生的回答直接板书“面”。</w:t>
            </w:r>
          </w:p>
        </w:tc>
        <w:tc>
          <w:tcPr>
            <w:tcW w:type="dxa" w:w="1814"/>
          </w:tcPr>
          <w:p>
            <w:pPr>
              <w:spacing w:after="20" w:line="276" w:lineRule="auto"/>
            </w:pPr>
            <w:r/>
            <w:r>
              <w:rPr>
                <w:rFonts w:ascii="宋体" w:hAnsi="宋体" w:eastAsia="宋体"/>
                <w:b w:val="0"/>
                <w:sz w:val="18"/>
              </w:rPr>
              <w:t>学生对长方体的认识并不空白，但不会用专业的术语来表述长方体各部分的名称。借用学具让学生直观感知，获得关于面、棱、顶点的正确表象。</w:t>
            </w:r>
          </w:p>
        </w:tc>
      </w:tr>
      <w:tr>
        <w:tc>
          <w:tcPr>
            <w:tcW w:type="dxa" w:w="1474"/>
          </w:tcPr>
          <w:p>
            <w:pPr>
              <w:spacing w:after="20" w:line="276" w:lineRule="auto"/>
            </w:pPr>
            <w:r>
              <w:rPr>
                <w:b/>
              </w:rPr>
            </w:r>
            <w:r>
              <w:rPr>
                <w:rFonts w:ascii="宋体" w:hAnsi="宋体" w:eastAsia="宋体"/>
                <w:b/>
                <w:sz w:val="18"/>
              </w:rPr>
              <w:t>三、研究长方体的特征，教学教科书P18例1</w:t>
            </w:r>
          </w:p>
        </w:tc>
        <w:tc>
          <w:tcPr>
            <w:tcW w:type="dxa" w:w="3061"/>
          </w:tcPr>
          <w:p>
            <w:pPr>
              <w:spacing w:after="20" w:line="276" w:lineRule="auto"/>
            </w:pPr>
            <w:r/>
            <w:r>
              <w:rPr>
                <w:rFonts w:ascii="宋体" w:hAnsi="宋体" w:eastAsia="宋体"/>
                <w:b w:val="0"/>
                <w:sz w:val="18"/>
              </w:rPr>
              <w:t>师：刚才我们认识了长方体的面、棱和顶点，现在请拿出你们的长方体学具，仔细观察长方体的面、棱和顶点，数一数，看一看，量一量，比一比，看看有什么发现。</w:t>
            </w:r>
          </w:p>
          <w:p>
            <w:pPr>
              <w:spacing w:after="20" w:line="276" w:lineRule="auto"/>
            </w:pPr>
            <w:r>
              <w:rPr>
                <w:rFonts w:ascii="宋体" w:hAnsi="宋体" w:eastAsia="宋体"/>
                <w:b w:val="0"/>
                <w:sz w:val="18"/>
              </w:rPr>
              <w:t>（1）认识面。</w:t>
            </w:r>
          </w:p>
          <w:p>
            <w:pPr>
              <w:spacing w:after="20" w:line="276" w:lineRule="auto"/>
            </w:pPr>
            <w:r>
              <w:rPr>
                <w:rFonts w:ascii="宋体" w:hAnsi="宋体" w:eastAsia="宋体"/>
                <w:b w:val="0"/>
                <w:sz w:val="18"/>
              </w:rPr>
              <w:t>师：我们首先来认识面。四人小组研究下面的问题。</w:t>
            </w:r>
          </w:p>
          <w:p>
            <w:pPr>
              <w:spacing w:after="20" w:line="276" w:lineRule="auto"/>
            </w:pPr>
            <w:r>
              <w:rPr>
                <w:rFonts w:ascii="宋体" w:hAnsi="宋体" w:eastAsia="宋体"/>
                <w:b w:val="0"/>
                <w:sz w:val="18"/>
              </w:rPr>
              <w:t>课件出示问题。</w:t>
            </w:r>
          </w:p>
          <w:p>
            <w:pPr>
              <w:spacing w:after="20" w:line="276" w:lineRule="auto"/>
            </w:pPr>
            <w:r>
              <w:rPr>
                <w:rFonts w:ascii="宋体" w:hAnsi="宋体" w:eastAsia="宋体"/>
                <w:b w:val="0"/>
                <w:sz w:val="18"/>
              </w:rPr>
              <w:t>板书：6个每个面是长方形，特殊情况有两个相对的面是正方形。相对的面完全相同。</w:t>
            </w:r>
          </w:p>
          <w:p>
            <w:pPr>
              <w:spacing w:after="20" w:line="276" w:lineRule="auto"/>
            </w:pPr>
            <w:r>
              <w:rPr>
                <w:rFonts w:ascii="宋体" w:hAnsi="宋体" w:eastAsia="宋体"/>
                <w:b w:val="0"/>
                <w:sz w:val="18"/>
              </w:rPr>
              <w:t>（2）认识棱和顶点。</w:t>
            </w:r>
          </w:p>
          <w:p>
            <w:pPr>
              <w:spacing w:after="20" w:line="276" w:lineRule="auto"/>
            </w:pPr>
            <w:r>
              <w:rPr>
                <w:rFonts w:ascii="宋体" w:hAnsi="宋体" w:eastAsia="宋体"/>
                <w:b w:val="0"/>
                <w:sz w:val="18"/>
              </w:rPr>
              <w:t>课件继续出示问题。</w:t>
            </w:r>
          </w:p>
          <w:p>
            <w:pPr>
              <w:spacing w:after="20" w:line="276" w:lineRule="auto"/>
            </w:pPr>
            <w:r>
              <w:rPr>
                <w:rFonts w:ascii="宋体" w:hAnsi="宋体" w:eastAsia="宋体"/>
                <w:b w:val="0"/>
                <w:sz w:val="18"/>
              </w:rPr>
              <w:t>师：拿出长方体，我们一起来数一数，量一量。</w:t>
            </w:r>
          </w:p>
          <w:p>
            <w:pPr>
              <w:spacing w:after="20" w:line="276" w:lineRule="auto"/>
            </w:pPr>
            <w:r>
              <w:rPr>
                <w:rFonts w:ascii="宋体" w:hAnsi="宋体" w:eastAsia="宋体"/>
                <w:b w:val="0"/>
                <w:sz w:val="18"/>
              </w:rPr>
              <w:t>板书：12条相对的棱长度相等。</w:t>
            </w:r>
          </w:p>
          <w:p>
            <w:pPr>
              <w:spacing w:after="20" w:line="276" w:lineRule="auto"/>
            </w:pPr>
            <w:r>
              <w:rPr>
                <w:rFonts w:ascii="宋体" w:hAnsi="宋体" w:eastAsia="宋体"/>
                <w:b w:val="0"/>
                <w:sz w:val="18"/>
              </w:rPr>
              <w:t>师：棱和棱的交点是长方体的顶点，数一数，长方体有多少个顶点？</w:t>
            </w:r>
          </w:p>
          <w:p>
            <w:pPr>
              <w:spacing w:after="20" w:line="276" w:lineRule="auto"/>
            </w:pPr>
            <w:r>
              <w:rPr>
                <w:rFonts w:ascii="宋体" w:hAnsi="宋体" w:eastAsia="宋体"/>
                <w:b w:val="0"/>
                <w:sz w:val="18"/>
              </w:rPr>
              <w:t>2.整体认识长方体的特征。</w:t>
            </w:r>
          </w:p>
          <w:p>
            <w:pPr>
              <w:spacing w:after="20" w:line="276" w:lineRule="auto"/>
            </w:pPr>
            <w:r>
              <w:rPr>
                <w:rFonts w:ascii="宋体" w:hAnsi="宋体" w:eastAsia="宋体"/>
                <w:b w:val="0"/>
                <w:sz w:val="18"/>
              </w:rPr>
              <w:t>师：我们分别从面、棱和顶点认识了长方体，大家闭着眼睛想一想，长方体是怎样的？</w:t>
            </w:r>
          </w:p>
          <w:p>
            <w:pPr>
              <w:spacing w:after="20" w:line="276" w:lineRule="auto"/>
            </w:pPr>
            <w:r>
              <w:rPr>
                <w:rFonts w:ascii="宋体" w:hAnsi="宋体" w:eastAsia="宋体"/>
                <w:b w:val="0"/>
                <w:sz w:val="18"/>
              </w:rPr>
              <w:t>师：谁能把长方体的特征完整地总结一下？</w:t>
            </w:r>
          </w:p>
          <w:p>
            <w:pPr>
              <w:spacing w:after="20" w:line="276" w:lineRule="auto"/>
            </w:pPr>
            <w:r>
              <w:rPr>
                <w:rFonts w:ascii="宋体" w:hAnsi="宋体" w:eastAsia="宋体"/>
                <w:b w:val="0"/>
                <w:sz w:val="18"/>
              </w:rPr>
              <w:t>师小结：长方体一般是由6个长方形（特殊情况下有两个相对的面是正方形）围成的立体图形。在一个长方体中，相对的面完全相同，相对的棱长度相等。</w:t>
            </w:r>
          </w:p>
          <w:p>
            <w:pPr>
              <w:spacing w:after="20" w:line="276" w:lineRule="auto"/>
            </w:pPr>
            <w:r>
              <w:rPr>
                <w:rFonts w:ascii="宋体" w:hAnsi="宋体" w:eastAsia="宋体"/>
                <w:b w:val="0"/>
                <w:sz w:val="18"/>
              </w:rPr>
              <w:t>四、制作长方体框架，认识长方体的长、宽、高，教学教科书P19例2</w:t>
            </w:r>
          </w:p>
          <w:p>
            <w:pPr>
              <w:spacing w:after="20" w:line="276" w:lineRule="auto"/>
            </w:pPr>
            <w:r>
              <w:rPr>
                <w:rFonts w:ascii="宋体" w:hAnsi="宋体" w:eastAsia="宋体"/>
                <w:b w:val="0"/>
                <w:sz w:val="18"/>
              </w:rPr>
              <w:t>1.从“棱”切入，精选材料，引发猜想。</w:t>
            </w:r>
          </w:p>
          <w:p>
            <w:pPr>
              <w:spacing w:after="20" w:line="276" w:lineRule="auto"/>
            </w:pPr>
            <w:r>
              <w:rPr>
                <w:rFonts w:ascii="宋体" w:hAnsi="宋体" w:eastAsia="宋体"/>
                <w:b w:val="0"/>
                <w:sz w:val="18"/>
              </w:rPr>
              <w:t>师：我们已经认识了长方体，如果要用细木条搭一个长方体框架，需要几根细木条？（12根）为什么是12根？给你12根细木条你一定能搭成吗？</w:t>
            </w:r>
          </w:p>
          <w:p>
            <w:pPr>
              <w:spacing w:after="20" w:line="276" w:lineRule="auto"/>
            </w:pPr>
            <w:r>
              <w:rPr>
                <w:rFonts w:ascii="宋体" w:hAnsi="宋体" w:eastAsia="宋体"/>
                <w:b w:val="0"/>
                <w:sz w:val="18"/>
              </w:rPr>
              <w:t>课件出示方案。</w:t>
            </w:r>
          </w:p>
          <w:p>
            <w:pPr>
              <w:spacing w:after="20" w:line="276" w:lineRule="auto"/>
            </w:pPr>
            <w:r>
              <w:rPr>
                <w:rFonts w:ascii="宋体" w:hAnsi="宋体" w:eastAsia="宋体"/>
                <w:b w:val="0"/>
                <w:sz w:val="18"/>
              </w:rPr>
              <w:t>师：仔细观察，上面的三种方案，哪些一定能搭成长方体框架？哪些一定不能？为什么？先仔细想一想。</w:t>
            </w:r>
          </w:p>
          <w:p>
            <w:pPr>
              <w:spacing w:after="20" w:line="276" w:lineRule="auto"/>
            </w:pPr>
            <w:r>
              <w:rPr>
                <w:rFonts w:ascii="宋体" w:hAnsi="宋体" w:eastAsia="宋体"/>
                <w:b w:val="0"/>
                <w:sz w:val="18"/>
              </w:rPr>
              <w:t>师：想好了吗？我们一起来试一试。</w:t>
            </w:r>
          </w:p>
          <w:p>
            <w:pPr>
              <w:spacing w:after="20" w:line="276" w:lineRule="auto"/>
            </w:pPr>
            <w:r>
              <w:rPr>
                <w:rFonts w:ascii="宋体" w:hAnsi="宋体" w:eastAsia="宋体"/>
                <w:b w:val="0"/>
                <w:sz w:val="18"/>
              </w:rPr>
              <w:t>课件出示任务要求。</w:t>
            </w:r>
          </w:p>
          <w:p>
            <w:pPr>
              <w:spacing w:after="20" w:line="276" w:lineRule="auto"/>
            </w:pPr>
            <w:r>
              <w:rPr>
                <w:rFonts w:ascii="宋体" w:hAnsi="宋体" w:eastAsia="宋体"/>
                <w:b w:val="0"/>
                <w:sz w:val="18"/>
              </w:rPr>
              <w:t>3.有序反馈交流，促进对长方体特征的理解。</w:t>
            </w:r>
          </w:p>
          <w:p>
            <w:pPr>
              <w:spacing w:after="20" w:line="276" w:lineRule="auto"/>
            </w:pPr>
            <w:r>
              <w:rPr>
                <w:rFonts w:ascii="宋体" w:hAnsi="宋体" w:eastAsia="宋体"/>
                <w:b w:val="0"/>
                <w:sz w:val="18"/>
              </w:rPr>
              <w:t>（1）反馈“方案2”：初步感知基本特征。</w:t>
            </w:r>
          </w:p>
          <w:p>
            <w:pPr>
              <w:spacing w:after="20" w:line="276" w:lineRule="auto"/>
            </w:pPr>
            <w:r>
              <w:rPr>
                <w:rFonts w:ascii="宋体" w:hAnsi="宋体" w:eastAsia="宋体"/>
                <w:b w:val="0"/>
                <w:sz w:val="18"/>
              </w:rPr>
              <w:t>师：哪个组选择了方案2？搭成了吗？</w:t>
            </w:r>
          </w:p>
          <w:p>
            <w:pPr>
              <w:spacing w:after="20" w:line="276" w:lineRule="auto"/>
            </w:pPr>
            <w:r>
              <w:rPr>
                <w:rFonts w:ascii="宋体" w:hAnsi="宋体" w:eastAsia="宋体"/>
                <w:b w:val="0"/>
                <w:sz w:val="18"/>
              </w:rPr>
              <w:t>师：为什么方案2搭不成长方体框架？</w:t>
            </w:r>
          </w:p>
          <w:p>
            <w:pPr>
              <w:spacing w:after="20" w:line="276" w:lineRule="auto"/>
            </w:pPr>
            <w:r>
              <w:rPr>
                <w:rFonts w:ascii="宋体" w:hAnsi="宋体" w:eastAsia="宋体"/>
                <w:b w:val="0"/>
                <w:sz w:val="18"/>
              </w:rPr>
              <w:t>师小结：长方体有12条棱，分成3组，每组都是4条，这4条长度相等。</w:t>
            </w:r>
          </w:p>
          <w:p>
            <w:pPr>
              <w:spacing w:after="20" w:line="276" w:lineRule="auto"/>
            </w:pPr>
            <w:r>
              <w:rPr>
                <w:rFonts w:ascii="宋体" w:hAnsi="宋体" w:eastAsia="宋体"/>
                <w:b w:val="0"/>
                <w:sz w:val="18"/>
              </w:rPr>
              <w:t>（2）反馈“方案1”：巩固及丰富基本特征，认识长方体的长、宽、高。</w:t>
            </w:r>
          </w:p>
          <w:p>
            <w:pPr>
              <w:spacing w:after="20" w:line="276" w:lineRule="auto"/>
            </w:pPr>
            <w:r>
              <w:rPr>
                <w:rFonts w:ascii="宋体" w:hAnsi="宋体" w:eastAsia="宋体"/>
                <w:b w:val="0"/>
                <w:sz w:val="18"/>
              </w:rPr>
              <w:t>师：哪个组选择了“方案1”？搭成了长方体框架吗？在搭的过程中，有哪些发现？</w:t>
            </w:r>
          </w:p>
          <w:p>
            <w:pPr>
              <w:spacing w:after="20" w:line="276" w:lineRule="auto"/>
            </w:pPr>
            <w:r>
              <w:rPr>
                <w:rFonts w:ascii="宋体" w:hAnsi="宋体" w:eastAsia="宋体"/>
                <w:b w:val="0"/>
                <w:sz w:val="18"/>
              </w:rPr>
              <w:t>①认识长方体的长、宽、高。</w:t>
            </w:r>
          </w:p>
          <w:p>
            <w:pPr>
              <w:spacing w:after="20" w:line="276" w:lineRule="auto"/>
            </w:pPr>
            <w:r>
              <w:rPr>
                <w:rFonts w:ascii="宋体" w:hAnsi="宋体" w:eastAsia="宋体"/>
                <w:b w:val="0"/>
                <w:sz w:val="18"/>
              </w:rPr>
              <w:t>师揭示：相交于同一顶点的3条棱的长度分别叫作长方体的长、宽、高。（课件展示）</w:t>
            </w:r>
          </w:p>
          <w:p>
            <w:pPr>
              <w:spacing w:after="20" w:line="276" w:lineRule="auto"/>
            </w:pPr>
            <w:r>
              <w:rPr>
                <w:rFonts w:ascii="宋体" w:hAnsi="宋体" w:eastAsia="宋体"/>
                <w:b w:val="0"/>
                <w:sz w:val="18"/>
              </w:rPr>
              <w:t>师介绍：长方体的长、宽、高是相对的，一般把前后横着的棱称为长，左右竖着的棱称为高，左右横着的棱称为宽。</w:t>
            </w:r>
          </w:p>
          <w:p>
            <w:pPr>
              <w:spacing w:after="20" w:line="276" w:lineRule="auto"/>
            </w:pPr>
            <w:r>
              <w:rPr>
                <w:rFonts w:ascii="宋体" w:hAnsi="宋体" w:eastAsia="宋体"/>
                <w:b w:val="0"/>
                <w:sz w:val="18"/>
              </w:rPr>
              <w:t>教师横着、竖着、侧着摆放长方体框架，分别让学生指它的长、宽、高。</w:t>
            </w:r>
          </w:p>
          <w:p>
            <w:pPr>
              <w:spacing w:after="20" w:line="276" w:lineRule="auto"/>
            </w:pPr>
            <w:r>
              <w:rPr>
                <w:rFonts w:ascii="宋体" w:hAnsi="宋体" w:eastAsia="宋体"/>
                <w:b w:val="0"/>
                <w:sz w:val="18"/>
              </w:rPr>
              <w:t>②抽象图中的长方体，得出“面”的特征。</w:t>
            </w:r>
          </w:p>
          <w:p>
            <w:pPr>
              <w:spacing w:after="20" w:line="276" w:lineRule="auto"/>
            </w:pPr>
            <w:r>
              <w:rPr>
                <w:rFonts w:ascii="宋体" w:hAnsi="宋体" w:eastAsia="宋体"/>
                <w:b w:val="0"/>
                <w:sz w:val="18"/>
              </w:rPr>
              <w:t>师：如果我们将这个长方体画在书上（课件出示教科书P19右下图），在这个长方体中找到了3条长、3条宽、3条高，还有1条长、1条宽、1条高藏在哪儿呢？</w:t>
            </w:r>
          </w:p>
          <w:p>
            <w:pPr>
              <w:spacing w:after="20" w:line="276" w:lineRule="auto"/>
            </w:pPr>
            <w:r>
              <w:rPr>
                <w:rFonts w:ascii="宋体" w:hAnsi="宋体" w:eastAsia="宋体"/>
                <w:b w:val="0"/>
                <w:sz w:val="18"/>
              </w:rPr>
              <w:t>师：进一步思考，假如把其中1条棱隐藏，你能想象出它原来的样子吗？再隐藏1条呢？请同学们思考：只要留下几条棱就能想象出长方体原来的样子？</w:t>
            </w:r>
          </w:p>
          <w:p>
            <w:pPr>
              <w:spacing w:after="20" w:line="276" w:lineRule="auto"/>
            </w:pPr>
            <w:r>
              <w:rPr>
                <w:rFonts w:ascii="宋体" w:hAnsi="宋体" w:eastAsia="宋体"/>
                <w:b w:val="0"/>
                <w:sz w:val="18"/>
              </w:rPr>
              <w:t>课件上依次隐去1条棱、2条棱、3条棱……</w:t>
            </w:r>
          </w:p>
          <w:p>
            <w:pPr>
              <w:spacing w:after="20" w:line="276" w:lineRule="auto"/>
            </w:pPr>
            <w:r>
              <w:rPr>
                <w:rFonts w:ascii="宋体" w:hAnsi="宋体" w:eastAsia="宋体"/>
                <w:b w:val="0"/>
                <w:sz w:val="18"/>
              </w:rPr>
              <w:t>师：如果这3条棱的长度分别是12cm、10cm、6cm，你能想象出这6个面的大小吗？</w:t>
            </w:r>
          </w:p>
          <w:p>
            <w:pPr>
              <w:spacing w:after="20" w:line="276" w:lineRule="auto"/>
            </w:pPr>
            <w:r>
              <w:rPr>
                <w:rFonts w:ascii="宋体" w:hAnsi="宋体" w:eastAsia="宋体"/>
                <w:b w:val="0"/>
                <w:sz w:val="18"/>
              </w:rPr>
              <w:t>根据学生的交流，课件依次呈现。</w:t>
            </w:r>
          </w:p>
          <w:p>
            <w:pPr>
              <w:spacing w:after="20" w:line="276" w:lineRule="auto"/>
            </w:pPr>
            <w:r>
              <w:rPr>
                <w:rFonts w:ascii="宋体" w:hAnsi="宋体" w:eastAsia="宋体"/>
                <w:b w:val="0"/>
                <w:sz w:val="18"/>
              </w:rPr>
              <w:t>师：你们能想象出哪两个面是相邻的吗？</w:t>
            </w:r>
          </w:p>
          <w:p>
            <w:pPr>
              <w:spacing w:after="20" w:line="276" w:lineRule="auto"/>
            </w:pPr>
            <w:r>
              <w:rPr>
                <w:rFonts w:ascii="宋体" w:hAnsi="宋体" w:eastAsia="宋体"/>
                <w:b w:val="0"/>
                <w:sz w:val="18"/>
              </w:rPr>
              <w:t>（3）反馈“方案3”：拓展长方体的类型，沟通特殊与一般之间的关系。</w:t>
            </w:r>
          </w:p>
          <w:p>
            <w:pPr>
              <w:spacing w:after="20" w:line="276" w:lineRule="auto"/>
            </w:pPr>
            <w:r>
              <w:rPr>
                <w:rFonts w:ascii="宋体" w:hAnsi="宋体" w:eastAsia="宋体"/>
                <w:b w:val="0"/>
                <w:sz w:val="18"/>
              </w:rPr>
              <w:t>师：哪个组选择了方案3？搭成了吗？</w:t>
            </w:r>
          </w:p>
          <w:p>
            <w:pPr>
              <w:spacing w:after="20" w:line="276" w:lineRule="auto"/>
            </w:pPr>
            <w:r>
              <w:rPr>
                <w:rFonts w:ascii="宋体" w:hAnsi="宋体" w:eastAsia="宋体"/>
                <w:b w:val="0"/>
                <w:sz w:val="18"/>
              </w:rPr>
              <w:t>师：这个长方体与方案1搭成的长方体相比，有什么不同？</w:t>
            </w:r>
          </w:p>
          <w:p>
            <w:pPr>
              <w:spacing w:after="20" w:line="276" w:lineRule="auto"/>
            </w:pPr>
            <w:r>
              <w:rPr>
                <w:rFonts w:ascii="宋体" w:hAnsi="宋体" w:eastAsia="宋体"/>
                <w:b w:val="0"/>
                <w:sz w:val="18"/>
              </w:rPr>
              <w:t>让学生拿着自己搭成的长方体介绍哪两个面是正方形，课件演示搭成的长方体。</w:t>
            </w:r>
          </w:p>
          <w:p>
            <w:pPr>
              <w:spacing w:after="20" w:line="276" w:lineRule="auto"/>
            </w:pPr>
            <w:r>
              <w:rPr>
                <w:rFonts w:ascii="宋体" w:hAnsi="宋体" w:eastAsia="宋体"/>
                <w:b w:val="0"/>
                <w:sz w:val="18"/>
              </w:rPr>
              <w:t>师：这样的长方体具有长方体的特征吗？</w:t>
            </w:r>
          </w:p>
        </w:tc>
        <w:tc>
          <w:tcPr>
            <w:tcW w:type="dxa" w:w="3061"/>
          </w:tcPr>
          <w:p>
            <w:pPr>
              <w:spacing w:after="20" w:line="276" w:lineRule="auto"/>
            </w:pPr>
            <w:r/>
            <w:r>
              <w:rPr>
                <w:rFonts w:ascii="宋体" w:hAnsi="宋体" w:eastAsia="宋体"/>
                <w:b w:val="0"/>
                <w:sz w:val="18"/>
              </w:rPr>
              <w:t>1.小组合作探究长方体的特征。</w:t>
            </w:r>
          </w:p>
          <w:p>
            <w:pPr>
              <w:spacing w:after="20" w:line="276" w:lineRule="auto"/>
            </w:pPr>
            <w:r>
              <w:rPr>
                <w:rFonts w:ascii="宋体" w:hAnsi="宋体" w:eastAsia="宋体"/>
                <w:b w:val="0"/>
                <w:sz w:val="18"/>
              </w:rPr>
              <w:t>预设1：长方体都有6个面。教师引导学生数一数，看长方体有几个面。</w:t>
            </w:r>
          </w:p>
          <w:p>
            <w:pPr>
              <w:spacing w:after="20" w:line="276" w:lineRule="auto"/>
            </w:pPr>
            <w:r>
              <w:rPr>
                <w:rFonts w:ascii="宋体" w:hAnsi="宋体" w:eastAsia="宋体"/>
                <w:b w:val="0"/>
                <w:sz w:val="18"/>
              </w:rPr>
              <w:t>预设2：长方体的面都是长方形。这是一种错误认识，教师要让学生辨析，看是不是所有的长方体的6个面都是长方形。并用具体的长方体实物印证：长方体的6个面有的是长方形，有的是正方形。教师追问：长方体最多有几个面是正方形？引导学生认识长方体最多只会有两个面是正方形。</w:t>
            </w:r>
          </w:p>
          <w:p>
            <w:pPr>
              <w:spacing w:after="20" w:line="276" w:lineRule="auto"/>
            </w:pPr>
            <w:r>
              <w:rPr>
                <w:rFonts w:ascii="宋体" w:hAnsi="宋体" w:eastAsia="宋体"/>
                <w:b w:val="0"/>
                <w:sz w:val="18"/>
              </w:rPr>
              <w:t>预设3：长方体中有的面是完全相同的。教师用课件演示，验证学生的发现。</w:t>
            </w:r>
          </w:p>
          <w:p>
            <w:pPr>
              <w:spacing w:after="20" w:line="276" w:lineRule="auto"/>
            </w:pPr>
            <w:r>
              <w:rPr>
                <w:rFonts w:ascii="宋体" w:hAnsi="宋体" w:eastAsia="宋体"/>
                <w:b w:val="0"/>
                <w:sz w:val="18"/>
              </w:rPr>
              <w:t>学生汇报交流，教师板书，课件呈现正确解答。</w:t>
            </w:r>
          </w:p>
          <w:p>
            <w:pPr>
              <w:spacing w:after="20" w:line="276" w:lineRule="auto"/>
            </w:pPr>
            <w:r>
              <w:rPr>
                <w:rFonts w:ascii="宋体" w:hAnsi="宋体" w:eastAsia="宋体"/>
                <w:b w:val="0"/>
                <w:sz w:val="18"/>
              </w:rPr>
              <w:t>预设1：长方体有12条棱。教师拿出长方体框架，示范引导学生按顺序数一数。再让学生拿出自己的学具，同桌之间互相数一数。</w:t>
            </w:r>
          </w:p>
          <w:p>
            <w:pPr>
              <w:spacing w:after="20" w:line="276" w:lineRule="auto"/>
            </w:pPr>
            <w:r>
              <w:rPr>
                <w:rFonts w:ascii="宋体" w:hAnsi="宋体" w:eastAsia="宋体"/>
                <w:b w:val="0"/>
                <w:sz w:val="18"/>
              </w:rPr>
              <w:t>预设2：同一方向的棱长度相等。教师规范学生的表述，介绍“相对的棱”，并用课件演示，比一比，认识相对的棱长度相等。</w:t>
            </w:r>
          </w:p>
          <w:p>
            <w:pPr>
              <w:spacing w:after="20" w:line="276" w:lineRule="auto"/>
            </w:pPr>
            <w:r>
              <w:rPr>
                <w:rFonts w:ascii="宋体" w:hAnsi="宋体" w:eastAsia="宋体"/>
                <w:b w:val="0"/>
                <w:sz w:val="18"/>
              </w:rPr>
              <w:t>学生汇报后，教师板书，课件呈现正确解答。</w:t>
            </w:r>
          </w:p>
          <w:p>
            <w:pPr>
              <w:spacing w:after="20" w:line="276" w:lineRule="auto"/>
            </w:pPr>
            <w:r>
              <w:rPr>
                <w:rFonts w:ascii="宋体" w:hAnsi="宋体" w:eastAsia="宋体"/>
                <w:b w:val="0"/>
                <w:sz w:val="18"/>
              </w:rPr>
              <w:t>学生汇报交流，教师板书：8个</w:t>
            </w:r>
          </w:p>
          <w:p>
            <w:pPr>
              <w:spacing w:after="20" w:line="276" w:lineRule="auto"/>
            </w:pPr>
            <w:r>
              <w:rPr>
                <w:rFonts w:ascii="宋体" w:hAnsi="宋体" w:eastAsia="宋体"/>
                <w:b w:val="0"/>
                <w:sz w:val="18"/>
              </w:rPr>
              <w:t>2.小组合作操作，积累操作和推理经验，验证猜想。</w:t>
            </w:r>
          </w:p>
          <w:p>
            <w:pPr>
              <w:spacing w:after="20" w:line="276" w:lineRule="auto"/>
            </w:pPr>
            <w:r>
              <w:rPr>
                <w:rFonts w:ascii="宋体" w:hAnsi="宋体" w:eastAsia="宋体"/>
                <w:b w:val="0"/>
                <w:sz w:val="18"/>
              </w:rPr>
              <w:t>学生自主操作，尝试搭长方体框架。</w:t>
            </w:r>
          </w:p>
          <w:p>
            <w:pPr>
              <w:spacing w:after="20" w:line="276" w:lineRule="auto"/>
            </w:pPr>
            <w:r>
              <w:rPr>
                <w:rFonts w:ascii="宋体" w:hAnsi="宋体" w:eastAsia="宋体"/>
                <w:b w:val="0"/>
                <w:sz w:val="18"/>
              </w:rPr>
              <w:t>预设1：全班没有同学选择方案2，此时教师要追问：为什么不选择方案2？通过学生“12cm的细木条多了1根，6cm的细木条少了一根”等具体的表述，抽象出12条棱分为3组，每组4条，这4条棱的长度相等。</w:t>
            </w:r>
          </w:p>
          <w:p>
            <w:pPr>
              <w:spacing w:after="20" w:line="276" w:lineRule="auto"/>
            </w:pPr>
            <w:r>
              <w:rPr>
                <w:rFonts w:ascii="宋体" w:hAnsi="宋体" w:eastAsia="宋体"/>
                <w:b w:val="0"/>
                <w:sz w:val="18"/>
              </w:rPr>
              <w:t>预设2：学生选择方案2，但是怎么也搭不成长方体框架。让学生反馈在搭的过程中遇到的困难。</w:t>
            </w:r>
          </w:p>
          <w:p>
            <w:pPr>
              <w:spacing w:after="20" w:line="276" w:lineRule="auto"/>
            </w:pPr>
            <w:r>
              <w:rPr>
                <w:rFonts w:ascii="宋体" w:hAnsi="宋体" w:eastAsia="宋体"/>
                <w:b w:val="0"/>
                <w:sz w:val="18"/>
              </w:rPr>
              <w:t>预设1：每种长度的细木条都有4根。教师引导学生指一指模型。</w:t>
            </w:r>
          </w:p>
          <w:p>
            <w:pPr>
              <w:spacing w:after="20" w:line="276" w:lineRule="auto"/>
            </w:pPr>
            <w:r>
              <w:rPr>
                <w:rFonts w:ascii="宋体" w:hAnsi="宋体" w:eastAsia="宋体"/>
                <w:b w:val="0"/>
                <w:sz w:val="18"/>
              </w:rPr>
              <w:t>预设2：长度相等的4根细木条，放在相对的位置。</w:t>
            </w:r>
          </w:p>
          <w:p>
            <w:pPr>
              <w:spacing w:after="20" w:line="276" w:lineRule="auto"/>
            </w:pPr>
            <w:r>
              <w:rPr>
                <w:rFonts w:ascii="宋体" w:hAnsi="宋体" w:eastAsia="宋体"/>
                <w:b w:val="0"/>
                <w:sz w:val="18"/>
              </w:rPr>
              <w:t>预设3：每组长度相等的细木条是互相平行的。教师利用长方体框架引导学生观察，相对的4根木条互相平行。</w:t>
            </w:r>
          </w:p>
          <w:p>
            <w:pPr>
              <w:spacing w:after="20" w:line="276" w:lineRule="auto"/>
            </w:pPr>
            <w:r>
              <w:rPr>
                <w:rFonts w:ascii="宋体" w:hAnsi="宋体" w:eastAsia="宋体"/>
                <w:b w:val="0"/>
                <w:sz w:val="18"/>
              </w:rPr>
              <w:t>预设4：每个顶点上的3根细木条长度不相等。教师用长方体框架引导学生观察，每个顶点上的3根细木条长度不相等，而且摆放的方向不相同。</w:t>
            </w:r>
          </w:p>
          <w:p>
            <w:pPr>
              <w:spacing w:after="20" w:line="276" w:lineRule="auto"/>
            </w:pPr>
            <w:r>
              <w:rPr>
                <w:rFonts w:ascii="宋体" w:hAnsi="宋体" w:eastAsia="宋体"/>
                <w:b w:val="0"/>
                <w:sz w:val="18"/>
              </w:rPr>
              <w:t>预设5：有的同学可能发现每个顶点上的3根细木条互相垂直。</w:t>
            </w:r>
          </w:p>
          <w:p>
            <w:pPr>
              <w:spacing w:after="20" w:line="276" w:lineRule="auto"/>
            </w:pPr>
            <w:r>
              <w:rPr>
                <w:rFonts w:ascii="宋体" w:hAnsi="宋体" w:eastAsia="宋体"/>
                <w:b w:val="0"/>
                <w:sz w:val="18"/>
              </w:rPr>
              <w:t>学生通过想象，指出被遮挡的长、宽、高，课件辅助用虚线显示。再次标出长、宽、高。</w:t>
            </w:r>
          </w:p>
          <w:p>
            <w:pPr>
              <w:spacing w:after="20" w:line="276" w:lineRule="auto"/>
            </w:pPr>
            <w:r>
              <w:rPr>
                <w:rFonts w:ascii="宋体" w:hAnsi="宋体" w:eastAsia="宋体"/>
                <w:b w:val="0"/>
                <w:sz w:val="18"/>
              </w:rPr>
              <w:t>学生可能会说到3条，教师追问：怎样的3条？</w:t>
            </w:r>
          </w:p>
          <w:p>
            <w:pPr>
              <w:spacing w:after="20" w:line="276" w:lineRule="auto"/>
            </w:pPr>
            <w:r>
              <w:rPr>
                <w:rFonts w:ascii="宋体" w:hAnsi="宋体" w:eastAsia="宋体"/>
                <w:b w:val="0"/>
                <w:sz w:val="18"/>
              </w:rPr>
              <w:t>答案不唯一，与每个面相邻的面有4个，只要学生能说出相邻的理由（任何一个面的长和宽与相邻的面的一条边相等）就行。</w:t>
            </w:r>
          </w:p>
          <w:p>
            <w:pPr>
              <w:spacing w:after="20" w:line="276" w:lineRule="auto"/>
            </w:pPr>
            <w:r>
              <w:rPr>
                <w:rFonts w:ascii="宋体" w:hAnsi="宋体" w:eastAsia="宋体"/>
                <w:b w:val="0"/>
                <w:sz w:val="18"/>
              </w:rPr>
              <w:t>方案1搭成的长方体6个面都是长方形，这里搭成的长方体有两个面是正方形。</w:t>
            </w:r>
          </w:p>
          <w:p>
            <w:pPr>
              <w:spacing w:after="20" w:line="276" w:lineRule="auto"/>
            </w:pPr>
            <w:r>
              <w:rPr>
                <w:rFonts w:ascii="宋体" w:hAnsi="宋体" w:eastAsia="宋体"/>
                <w:b w:val="0"/>
                <w:sz w:val="18"/>
              </w:rPr>
              <w:t>具有长方体的所有特征。</w:t>
            </w:r>
          </w:p>
        </w:tc>
        <w:tc>
          <w:tcPr>
            <w:tcW w:type="dxa" w:w="1814"/>
          </w:tcPr>
          <w:p>
            <w:pPr>
              <w:spacing w:after="20" w:line="276" w:lineRule="auto"/>
            </w:pPr>
            <w:r/>
            <w:r>
              <w:rPr>
                <w:rFonts w:ascii="宋体" w:hAnsi="宋体" w:eastAsia="宋体"/>
                <w:b w:val="0"/>
                <w:sz w:val="18"/>
              </w:rPr>
              <w:t>面、棱、顶点是构成长方体的基本元素，借助学具和课件，调动学生多种感官认识长方体，在观察、操作中认识长方体的特征，帮助学生建立面、棱、顶点三者之间的联系。</w:t>
            </w:r>
          </w:p>
          <w:p>
            <w:pPr>
              <w:spacing w:after="20" w:line="276" w:lineRule="auto"/>
            </w:pPr>
            <w:r>
              <w:rPr>
                <w:rFonts w:ascii="宋体" w:hAnsi="宋体" w:eastAsia="宋体"/>
                <w:b w:val="0"/>
                <w:sz w:val="18"/>
              </w:rPr>
              <w:t>让学生自主选择材料，经历一个猜想、抽象的过程，再通过实践操作验证自己的猜想。</w:t>
            </w:r>
          </w:p>
          <w:p>
            <w:pPr>
              <w:spacing w:after="20" w:line="276" w:lineRule="auto"/>
            </w:pPr>
            <w:r>
              <w:rPr>
                <w:rFonts w:ascii="宋体" w:hAnsi="宋体" w:eastAsia="宋体"/>
                <w:b w:val="0"/>
                <w:sz w:val="18"/>
              </w:rPr>
              <w:t>利用直观学具操作，首先掌握长方体12条棱的长度特点，再用规范的语言给出长、宽、高的定义，有利于学生形成清晰的概念，培养学生的空间观念和推理能力。</w:t>
            </w:r>
          </w:p>
        </w:tc>
      </w:tr>
      <w:tr>
        <w:tc>
          <w:tcPr>
            <w:tcW w:type="dxa" w:w="1474"/>
          </w:tcPr>
          <w:p>
            <w:pPr>
              <w:spacing w:after="20" w:line="276" w:lineRule="auto"/>
            </w:pPr>
            <w:r>
              <w:rPr>
                <w:b/>
              </w:rPr>
            </w:r>
            <w:r>
              <w:rPr>
                <w:rFonts w:ascii="宋体" w:hAnsi="宋体" w:eastAsia="宋体"/>
                <w:b/>
                <w:sz w:val="18"/>
              </w:rPr>
              <w:t>五、巩固应用</w:t>
            </w:r>
          </w:p>
        </w:tc>
        <w:tc>
          <w:tcPr>
            <w:tcW w:type="dxa" w:w="3061"/>
          </w:tcPr>
          <w:p>
            <w:pPr>
              <w:spacing w:after="20" w:line="276" w:lineRule="auto"/>
            </w:pPr>
            <w:r/>
            <w:r>
              <w:rPr>
                <w:rFonts w:ascii="宋体" w:hAnsi="宋体" w:eastAsia="宋体"/>
                <w:b w:val="0"/>
                <w:sz w:val="18"/>
              </w:rPr>
              <w:t>师：在生活中，有很多形如长方体的物体，我们一起去认识一下。</w:t>
            </w:r>
          </w:p>
          <w:p>
            <w:pPr>
              <w:spacing w:after="20" w:line="276" w:lineRule="auto"/>
            </w:pPr>
            <w:r>
              <w:rPr>
                <w:rFonts w:ascii="宋体" w:hAnsi="宋体" w:eastAsia="宋体"/>
                <w:b w:val="0"/>
                <w:sz w:val="18"/>
              </w:rPr>
              <w:t>1.课件出示教科书P21“练习五”第1题。</w:t>
            </w:r>
          </w:p>
          <w:p>
            <w:pPr>
              <w:spacing w:after="20" w:line="276" w:lineRule="auto"/>
            </w:pPr>
            <w:r>
              <w:rPr>
                <w:rFonts w:ascii="宋体" w:hAnsi="宋体" w:eastAsia="宋体"/>
                <w:b w:val="0"/>
                <w:sz w:val="18"/>
              </w:rPr>
              <w:t>教师指名学生回答，全班订正。</w:t>
            </w:r>
          </w:p>
          <w:p>
            <w:pPr>
              <w:spacing w:after="20" w:line="276" w:lineRule="auto"/>
            </w:pPr>
            <w:r>
              <w:rPr>
                <w:rFonts w:ascii="宋体" w:hAnsi="宋体" w:eastAsia="宋体"/>
                <w:b w:val="0"/>
                <w:sz w:val="18"/>
              </w:rPr>
              <w:t>2.课件出示教科书P21“练习五”第2题。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（2）全班反馈评价。</w:t>
            </w:r>
          </w:p>
          <w:p>
            <w:pPr>
              <w:spacing w:after="20" w:line="276" w:lineRule="auto"/>
            </w:pPr>
            <w:r>
              <w:rPr>
                <w:rFonts w:ascii="宋体" w:hAnsi="宋体" w:eastAsia="宋体"/>
                <w:b w:val="0"/>
                <w:sz w:val="18"/>
              </w:rPr>
              <w:t>①展示正确答案但不一定是最优的方法，师生一起分析。</w:t>
            </w:r>
          </w:p>
          <w:p>
            <w:pPr>
              <w:spacing w:after="20" w:line="276" w:lineRule="auto"/>
            </w:pPr>
            <w:r>
              <w:rPr>
                <w:rFonts w:ascii="宋体" w:hAnsi="宋体" w:eastAsia="宋体"/>
                <w:b w:val="0"/>
                <w:sz w:val="18"/>
              </w:rPr>
              <w:t>②展示最优的正确答案，理解这样算的依据。</w:t>
            </w:r>
          </w:p>
          <w:p>
            <w:pPr>
              <w:spacing w:after="20" w:line="276" w:lineRule="auto"/>
            </w:pPr>
            <w:r>
              <w:rPr>
                <w:rFonts w:ascii="宋体" w:hAnsi="宋体" w:eastAsia="宋体"/>
                <w:b w:val="0"/>
                <w:sz w:val="18"/>
              </w:rPr>
              <w:t>③展示错误解答，辨析错在哪里。</w:t>
            </w:r>
          </w:p>
          <w:p>
            <w:pPr>
              <w:spacing w:after="20" w:line="276" w:lineRule="auto"/>
            </w:pPr>
            <w:r>
              <w:rPr>
                <w:rFonts w:ascii="宋体" w:hAnsi="宋体" w:eastAsia="宋体"/>
                <w:b w:val="0"/>
                <w:sz w:val="18"/>
              </w:rPr>
              <w:t>3.课件出示教科书P21“练习五”第3题。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（2）同桌之间互相说说。</w:t>
            </w:r>
          </w:p>
          <w:p>
            <w:pPr>
              <w:spacing w:after="20" w:line="276" w:lineRule="auto"/>
            </w:pPr>
            <w:r>
              <w:rPr>
                <w:rFonts w:ascii="宋体" w:hAnsi="宋体" w:eastAsia="宋体"/>
                <w:b w:val="0"/>
                <w:sz w:val="18"/>
              </w:rPr>
              <w:t>（3）全班交流，课件同步演示。</w:t>
            </w:r>
          </w:p>
          <w:p>
            <w:pPr>
              <w:spacing w:after="20" w:line="276" w:lineRule="auto"/>
            </w:pPr>
            <w:r>
              <w:rPr>
                <w:rFonts w:ascii="宋体" w:hAnsi="宋体" w:eastAsia="宋体"/>
                <w:b w:val="0"/>
                <w:sz w:val="18"/>
              </w:rPr>
              <w:t>师：你们发现了什么？</w:t>
            </w:r>
          </w:p>
        </w:tc>
        <w:tc>
          <w:tcPr>
            <w:tcW w:type="dxa" w:w="3061"/>
          </w:tcPr>
          <w:p>
            <w:pPr>
              <w:spacing w:after="20" w:line="276" w:lineRule="auto"/>
            </w:pPr>
            <w:r/>
            <w:r>
              <w:rPr>
                <w:rFonts w:ascii="宋体" w:hAnsi="宋体" w:eastAsia="宋体"/>
                <w:b w:val="0"/>
                <w:sz w:val="18"/>
              </w:rPr>
              <w:t>学生仔细观察后再互相交流。</w:t>
            </w:r>
          </w:p>
          <w:p>
            <w:pPr>
              <w:spacing w:after="20" w:line="276" w:lineRule="auto"/>
            </w:pPr>
            <w:r>
              <w:rPr>
                <w:rFonts w:ascii="宋体" w:hAnsi="宋体" w:eastAsia="宋体"/>
                <w:b w:val="0"/>
                <w:sz w:val="18"/>
              </w:rPr>
              <w:t>预设1:12条棱依次相加。</w:t>
            </w:r>
          </w:p>
          <w:p>
            <w:pPr>
              <w:spacing w:after="20" w:line="276" w:lineRule="auto"/>
            </w:pPr>
            <w:r>
              <w:rPr>
                <w:rFonts w:ascii="宋体" w:hAnsi="宋体" w:eastAsia="宋体"/>
                <w:b w:val="0"/>
                <w:sz w:val="18"/>
              </w:rPr>
              <w:t>预设2：（40＋30＋20）×4。</w:t>
            </w:r>
          </w:p>
          <w:p>
            <w:pPr>
              <w:spacing w:after="20" w:line="276" w:lineRule="auto"/>
            </w:pPr>
            <w:r>
              <w:rPr>
                <w:rFonts w:ascii="宋体" w:hAnsi="宋体" w:eastAsia="宋体"/>
                <w:b w:val="0"/>
                <w:sz w:val="18"/>
              </w:rPr>
              <w:t>预设3：其他解答。</w:t>
            </w:r>
          </w:p>
          <w:p>
            <w:pPr>
              <w:spacing w:after="20" w:line="276" w:lineRule="auto"/>
            </w:pPr>
            <w:r>
              <w:rPr>
                <w:rFonts w:ascii="宋体" w:hAnsi="宋体" w:eastAsia="宋体"/>
                <w:b w:val="0"/>
                <w:sz w:val="18"/>
              </w:rPr>
              <w:t>学生会发现：相对的棱不仅长度相等，而且互相平行；相邻的棱互相垂直；相交于一个顶点的3条棱两两互相垂直。如果有的学生说不清楚，教师进行引导。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通过有层次的练习及时反馈学情，巩固新知，培养学生灵活运用知识解决问题的能力，核心问题："你们发现了什么？"</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师：本节课我们通过观察、动手操作、想象等活动，认识了长方体，谁能说说长方体有哪些特征？</w:t>
            </w:r>
          </w:p>
        </w:tc>
        <w:tc>
          <w:tcPr>
            <w:tcW w:type="dxa" w:w="3061"/>
          </w:tcPr>
          <w:p>
            <w:pPr>
              <w:spacing w:after="20" w:line="276" w:lineRule="auto"/>
            </w:pPr>
            <w:r/>
            <w:r>
              <w:rPr>
                <w:rFonts w:ascii="宋体" w:hAnsi="宋体" w:eastAsia="宋体"/>
                <w:b w:val="0"/>
                <w:sz w:val="18"/>
              </w:rPr>
              <w:t>每名学生不一定能完整说出所有的特征，教师要引导学生系统整理。</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引导学生回顾梳理本课所学，完善认知结构，提升归纳与反思能力，核心问题："本节课我们通过观察、动手操作、想象等活动，认识了长方体，谁能说说长方体有哪些特征？"</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长方体</w:t>
      </w:r>
    </w:p>
    <w:p>
      <w:pPr>
        <w:spacing w:after="40" w:line="300" w:lineRule="auto"/>
      </w:pPr>
      <w:r>
        <w:rPr>
          <w:rFonts w:ascii="宋体" w:hAnsi="宋体" w:eastAsia="宋体"/>
          <w:b w:val="0"/>
          <w:sz w:val="20"/>
        </w:rPr>
        <w:t>面　　　6个　 每个面是长方形，特殊情况有两个相对的面是正方形。相对的面完全相同。</w:t>
      </w:r>
    </w:p>
    <w:p>
      <w:pPr>
        <w:spacing w:after="40" w:line="300" w:lineRule="auto"/>
      </w:pPr>
      <w:r>
        <w:rPr>
          <w:rFonts w:ascii="宋体" w:hAnsi="宋体" w:eastAsia="宋体"/>
          <w:b w:val="0"/>
          <w:sz w:val="20"/>
        </w:rPr>
        <w:t>棱　　　12条　相对的棱长度相等。</w:t>
      </w:r>
    </w:p>
    <w:p>
      <w:pPr>
        <w:spacing w:after="40" w:line="300" w:lineRule="auto"/>
      </w:pPr>
      <w:r>
        <w:rPr>
          <w:rFonts w:ascii="宋体" w:hAnsi="宋体" w:eastAsia="宋体"/>
          <w:b w:val="0"/>
          <w:sz w:val="20"/>
        </w:rPr>
        <w:t>顶点　　8个</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教科书P18~19的内容，完成教科书P21“练习五”中第1~3题。</w:t>
      </w:r>
    </w:p>
    <w:p>
      <w:pPr>
        <w:spacing w:after="40" w:line="300" w:lineRule="auto"/>
        <w:ind w:firstLine="400"/>
      </w:pPr>
      <w:r>
        <w:rPr>
          <w:rFonts w:ascii="宋体" w:hAnsi="宋体" w:eastAsia="宋体"/>
          <w:b w:val="0"/>
          <w:sz w:val="20"/>
        </w:rPr>
        <w:t>② 原设计安排：见“状元成才路”系列丛书《创优作业100分》对应课时作业。 1小林用一些小棒和橡皮泥球拼搭长方体框架，下面是他已经搭好的一部分。 拼搭这个长方体框架还需要( )根长8 cm的小棒，( )根长4 cm的小棒，( )根长3 cm的小棒，( )个橡皮泥球。 在这个长方体框架外面糊一层薄纸后，左面的长是( )cm，宽是( )cm，面积是( )cm2。 (3)拼搭这个长方体框架一共用去的小棒的总长是( )cm。 2选一选。(将正确答案的序号填在括号里) 新角度有一个长方体形状的物体，从三个不同方向看，看到①、②、③三个长方形，其中：①长26 cm，宽19 cm；②长26 cm，宽0.7 cm；③长19 cm，宽0.7 cm。这个物体最有可能是( )。 橡皮擦 B．数学书 C．文具盒 D．衣柜 用一根长60 cm的铁丝正好可以焊接成一个长是6 cm、宽是5 cm、高是( )cm的长方体框架。 A.4 B．8 C．16 D．19 参考答案 (1)2 1 1 2 (2)4 3 12 (3)60 2.(1)B (2)A 【教学笔记】 【教学笔记】 【教学提示】 学生已学习过平面图形，此处教师可直接介绍“面”。 【教学提示】 感知相对的面完全相同，是学生学习的难点，要充分利用多媒体演示。 【教学提示】 “棱”是后续学习的重要基础，要引导学生按照“上下”“左右”“前后”的顺序数棱的数量，既保证不重复不遗漏，又初步感知相对的棱长度相等这一特征。 【教学提示】 反馈交流过程中，不能只执行教案，而要根据课堂生成的资源灵活处理。 【教学提示】 此环节课堂生成资源很丰富，教师根据学生的发言，有效引导，领悟长方体棱的特征的同时，建立长、宽、高的概念。 【教学提示】 学生能说出“看得见的面”中几条棱的位置关系即可，不要作过高的要求。适当点拨一下，如果有少数学生能发现面的关系，应给予鼓励。</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培养空间观念需要大量的实践活动加以强化，要给予充分的时间让学生进行空间观察、测量、动手操作等活动。教学中通过观察、想象、动手操作、多媒体演示等一系列活动，让师生之间、学生之间形成多向交流互动。在自主探索、合作学习的过程中，学生逐步形成长方体表象，掌握长方体的特征，形成空间观念。</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正方体</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正方体</w:t>
            </w:r>
          </w:p>
        </w:tc>
        <w:tc>
          <w:tcPr>
            <w:tcW w:type="dxa" w:w="6009"/>
          </w:tcPr>
          <w:p>
            <w:pPr>
              <w:spacing w:after="20" w:line="276" w:lineRule="auto"/>
            </w:pPr>
            <w:r/>
            <w:r>
              <w:rPr>
                <w:rFonts w:ascii="宋体" w:hAnsi="宋体" w:eastAsia="宋体"/>
                <w:b w:val="0"/>
                <w:sz w:val="20"/>
              </w:rPr>
              <w:t>第3单元 长方体和正方体（长方体和正方体的认识）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教学内容：教科书P20例3，完成教科书P20“做一做”，P21～22“练习五”中第4、8*题。</w:t>
      </w:r>
    </w:p>
    <w:p>
      <w:pPr>
        <w:spacing w:after="80" w:line="300" w:lineRule="auto"/>
        <w:ind w:firstLine="400"/>
      </w:pPr>
      <w:r>
        <w:rPr>
          <w:rFonts w:ascii="宋体" w:hAnsi="宋体" w:eastAsia="宋体"/>
          <w:b w:val="0"/>
          <w:sz w:val="20"/>
        </w:rPr>
        <w:t>教学准备：课件，正方体学具。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（1）通过观察、操作等活动认识正方体，掌握正方体的特征，理解长方体与正方体的联系。</w:t>
      </w:r>
    </w:p>
    <w:p>
      <w:pPr>
        <w:spacing w:after="20" w:line="300" w:lineRule="auto"/>
        <w:ind w:firstLine="400"/>
      </w:pPr>
      <w:r>
        <w:rPr>
          <w:rFonts w:ascii="宋体" w:hAnsi="宋体" w:eastAsia="宋体"/>
          <w:b w:val="0"/>
          <w:sz w:val="20"/>
        </w:rPr>
        <w:t>（2）经历对正方体特征的探索过程，培养学生观察分析、抽象概括的能力，发展空间观念。</w:t>
      </w:r>
    </w:p>
    <w:p>
      <w:pPr>
        <w:spacing w:after="20" w:line="300" w:lineRule="auto"/>
        <w:ind w:firstLine="400"/>
      </w:pPr>
      <w:r>
        <w:rPr>
          <w:rFonts w:ascii="宋体" w:hAnsi="宋体" w:eastAsia="宋体"/>
          <w:b w:val="0"/>
          <w:sz w:val="20"/>
        </w:rPr>
        <w:t>（3）通过找生活中的正方体，沟通数学与生活的联系，激发学生学习数学的热情。</w:t>
      </w:r>
    </w:p>
    <w:p>
      <w:pPr>
        <w:spacing w:after="20" w:line="300" w:lineRule="auto"/>
      </w:pPr>
      <w:r>
        <w:rPr>
          <w:rFonts w:ascii="宋体" w:hAnsi="宋体" w:eastAsia="宋体"/>
          <w:b w:val="0"/>
          <w:sz w:val="20"/>
        </w:rPr>
        <w:t>教学重点：认识正方体的特征。</w:t>
      </w:r>
    </w:p>
    <w:p>
      <w:pPr>
        <w:spacing w:after="20" w:line="300" w:lineRule="auto"/>
      </w:pPr>
      <w:r>
        <w:rPr>
          <w:rFonts w:ascii="宋体" w:hAnsi="宋体" w:eastAsia="宋体"/>
          <w:b w:val="0"/>
          <w:sz w:val="20"/>
        </w:rPr>
        <w:t>教学难点：理解长方体和正方体的关系。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一、复习旧知识，引入新课</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同学们，上节课我们学习了长方体，谁能说说长方体有哪些特征？；当长方体的长、宽、高都相等的时候，这个长方体变成了什么？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二、动手操作，探究特征</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我们研究正方体的特征时应该从哪些方面去考虑？；正方体的面有什么特征？</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三、观察比较，找到关系</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请同学们观察做出来的长方体和正方体，看看它们有哪些相同点，有哪些不同点。你会从哪些方面进行对比？；根据上面的比较，你能想到正方体与长方体有怎样的关系吗？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四、反馈练习，巩固运用</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今天这节课，大家有什么收获？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一、复习旧知识，引入新课</w:t>
            </w:r>
          </w:p>
        </w:tc>
        <w:tc>
          <w:tcPr>
            <w:tcW w:type="dxa" w:w="3061"/>
          </w:tcPr>
          <w:p>
            <w:pPr>
              <w:spacing w:after="20" w:line="276" w:lineRule="auto"/>
            </w:pPr>
            <w:r/>
            <w:r>
              <w:rPr>
                <w:rFonts w:ascii="宋体" w:hAnsi="宋体" w:eastAsia="宋体"/>
                <w:b w:val="0"/>
                <w:sz w:val="18"/>
              </w:rPr>
              <w:t>1.问题导向，回顾长方体的特征。</w:t>
            </w:r>
          </w:p>
          <w:p>
            <w:pPr>
              <w:spacing w:after="20" w:line="276" w:lineRule="auto"/>
            </w:pPr>
            <w:r>
              <w:rPr>
                <w:rFonts w:ascii="宋体" w:hAnsi="宋体" w:eastAsia="宋体"/>
                <w:b w:val="0"/>
                <w:sz w:val="18"/>
              </w:rPr>
              <w:t>师：同学们，上节课我们学习了长方体，谁能说说长方体有哪些特征？</w:t>
            </w:r>
          </w:p>
          <w:p>
            <w:pPr>
              <w:spacing w:after="20" w:line="276" w:lineRule="auto"/>
            </w:pPr>
            <w:r>
              <w:rPr>
                <w:rFonts w:ascii="宋体" w:hAnsi="宋体" w:eastAsia="宋体"/>
                <w:b w:val="0"/>
                <w:sz w:val="18"/>
              </w:rPr>
              <w:t>课件出示填空题，学生回答。</w:t>
            </w:r>
          </w:p>
          <w:p>
            <w:pPr>
              <w:spacing w:after="20" w:line="276" w:lineRule="auto"/>
            </w:pPr>
            <w:r>
              <w:rPr>
                <w:rFonts w:ascii="宋体" w:hAnsi="宋体" w:eastAsia="宋体"/>
                <w:b w:val="0"/>
                <w:sz w:val="18"/>
              </w:rPr>
              <w:t>2．说说各长方体的长、宽、高，引出本节课所学内容。</w:t>
            </w:r>
          </w:p>
          <w:p>
            <w:pPr>
              <w:spacing w:after="20" w:line="276" w:lineRule="auto"/>
            </w:pPr>
            <w:r>
              <w:rPr>
                <w:rFonts w:ascii="宋体" w:hAnsi="宋体" w:eastAsia="宋体"/>
                <w:b w:val="0"/>
                <w:sz w:val="18"/>
              </w:rPr>
              <w:t>课件出示问题。</w:t>
            </w:r>
          </w:p>
          <w:p>
            <w:pPr>
              <w:spacing w:after="20" w:line="276" w:lineRule="auto"/>
            </w:pPr>
            <w:r>
              <w:rPr>
                <w:rFonts w:ascii="宋体" w:hAnsi="宋体" w:eastAsia="宋体"/>
                <w:b w:val="0"/>
                <w:sz w:val="18"/>
              </w:rPr>
              <w:t>师：当长方体的长、宽、高都相等的时候，这个长方体变成了什么？</w:t>
            </w:r>
          </w:p>
          <w:p>
            <w:pPr>
              <w:spacing w:after="20" w:line="276" w:lineRule="auto"/>
            </w:pPr>
            <w:r>
              <w:rPr>
                <w:rFonts w:ascii="宋体" w:hAnsi="宋体" w:eastAsia="宋体"/>
                <w:b w:val="0"/>
                <w:sz w:val="18"/>
              </w:rPr>
              <w:t>本节课，我们就来学习和研究正方体的特征。(板书课题：正方体）</w:t>
            </w:r>
          </w:p>
        </w:tc>
        <w:tc>
          <w:tcPr>
            <w:tcW w:type="dxa" w:w="3061"/>
          </w:tcPr>
          <w:p>
            <w:pPr>
              <w:spacing w:after="20" w:line="276" w:lineRule="auto"/>
            </w:pPr>
            <w:r/>
            <w:r>
              <w:rPr>
                <w:rFonts w:ascii="宋体" w:hAnsi="宋体" w:eastAsia="宋体"/>
                <w:b w:val="0"/>
                <w:sz w:val="18"/>
              </w:rPr>
              <w:t>学生分别说出每个长方体的长、宽、高。</w:t>
            </w:r>
          </w:p>
        </w:tc>
        <w:tc>
          <w:tcPr>
            <w:tcW w:type="dxa" w:w="1814"/>
          </w:tcPr>
          <w:p>
            <w:pPr>
              <w:spacing w:after="20" w:line="276" w:lineRule="auto"/>
            </w:pPr>
            <w:r/>
            <w:r>
              <w:rPr>
                <w:rFonts w:ascii="宋体" w:hAnsi="宋体" w:eastAsia="宋体"/>
                <w:b w:val="0"/>
                <w:sz w:val="18"/>
              </w:rPr>
              <w:t>回顾长方体的特征，说出长方体的长、宽、高，初步感受长方体和正方体之间的联系。</w:t>
            </w:r>
          </w:p>
        </w:tc>
      </w:tr>
      <w:tr>
        <w:tc>
          <w:tcPr>
            <w:tcW w:type="dxa" w:w="1474"/>
          </w:tcPr>
          <w:p>
            <w:pPr>
              <w:spacing w:after="20" w:line="276" w:lineRule="auto"/>
            </w:pPr>
            <w:r>
              <w:rPr>
                <w:b/>
              </w:rPr>
            </w:r>
            <w:r>
              <w:rPr>
                <w:rFonts w:ascii="宋体" w:hAnsi="宋体" w:eastAsia="宋体"/>
                <w:b/>
                <w:sz w:val="18"/>
              </w:rPr>
              <w:t>二、动手操作，探究特征</w:t>
            </w:r>
          </w:p>
        </w:tc>
        <w:tc>
          <w:tcPr>
            <w:tcW w:type="dxa" w:w="3061"/>
          </w:tcPr>
          <w:p>
            <w:pPr>
              <w:spacing w:after="20" w:line="276" w:lineRule="auto"/>
            </w:pPr>
            <w:r/>
            <w:r>
              <w:rPr>
                <w:rFonts w:ascii="宋体" w:hAnsi="宋体" w:eastAsia="宋体"/>
                <w:b w:val="0"/>
                <w:sz w:val="18"/>
              </w:rPr>
              <w:t>1.启发思考，明确研究目标。</w:t>
            </w:r>
          </w:p>
          <w:p>
            <w:pPr>
              <w:spacing w:after="20" w:line="276" w:lineRule="auto"/>
            </w:pPr>
            <w:r>
              <w:rPr>
                <w:rFonts w:ascii="宋体" w:hAnsi="宋体" w:eastAsia="宋体"/>
                <w:b w:val="0"/>
                <w:sz w:val="18"/>
              </w:rPr>
              <w:t>师：我们研究正方体的特征时应该从哪些方面去考虑？</w:t>
            </w:r>
          </w:p>
          <w:p>
            <w:pPr>
              <w:spacing w:after="20" w:line="276" w:lineRule="auto"/>
            </w:pPr>
            <w:r>
              <w:rPr>
                <w:rFonts w:ascii="宋体" w:hAnsi="宋体" w:eastAsia="宋体"/>
                <w:b w:val="0"/>
                <w:sz w:val="18"/>
              </w:rPr>
              <w:t>师：请拿出准备好的正方体，看看正方体有哪些特征。看一看、量一量、比一比、数一数，把你的发现记录下来。</w:t>
            </w:r>
          </w:p>
          <w:p>
            <w:pPr>
              <w:spacing w:after="20" w:line="276" w:lineRule="auto"/>
            </w:pPr>
            <w:r>
              <w:rPr>
                <w:rFonts w:ascii="宋体" w:hAnsi="宋体" w:eastAsia="宋体"/>
                <w:b w:val="0"/>
                <w:sz w:val="18"/>
              </w:rPr>
              <w:t>请学生到讲台前，手指正方体模型，按“面、棱、顶点”的特征有序地数一数，摸一摸。</w:t>
            </w:r>
          </w:p>
          <w:p>
            <w:pPr>
              <w:spacing w:after="20" w:line="276" w:lineRule="auto"/>
            </w:pPr>
            <w:r>
              <w:rPr>
                <w:rFonts w:ascii="宋体" w:hAnsi="宋体" w:eastAsia="宋体"/>
                <w:b w:val="0"/>
                <w:sz w:val="18"/>
              </w:rPr>
              <w:t>(1)面的特征。</w:t>
            </w:r>
          </w:p>
          <w:p>
            <w:pPr>
              <w:spacing w:after="20" w:line="276" w:lineRule="auto"/>
            </w:pPr>
            <w:r>
              <w:rPr>
                <w:rFonts w:ascii="宋体" w:hAnsi="宋体" w:eastAsia="宋体"/>
                <w:b w:val="0"/>
                <w:sz w:val="18"/>
              </w:rPr>
              <w:t>师：正方体的面有什么特征？</w:t>
            </w:r>
          </w:p>
          <w:p>
            <w:pPr>
              <w:spacing w:after="20" w:line="276" w:lineRule="auto"/>
            </w:pPr>
            <w:r>
              <w:rPr>
                <w:rFonts w:ascii="宋体" w:hAnsi="宋体" w:eastAsia="宋体"/>
                <w:b w:val="0"/>
                <w:sz w:val="18"/>
              </w:rPr>
              <w:t>结合学生的交流，课件演示6个面重合。</w:t>
            </w:r>
          </w:p>
          <w:p>
            <w:pPr>
              <w:spacing w:after="20" w:line="276" w:lineRule="auto"/>
            </w:pPr>
            <w:r>
              <w:rPr>
                <w:rFonts w:ascii="宋体" w:hAnsi="宋体" w:eastAsia="宋体"/>
                <w:b w:val="0"/>
                <w:sz w:val="18"/>
              </w:rPr>
              <w:t>(2)棱的特征。</w:t>
            </w:r>
          </w:p>
          <w:p>
            <w:pPr>
              <w:spacing w:after="20" w:line="276" w:lineRule="auto"/>
            </w:pPr>
            <w:r>
              <w:rPr>
                <w:rFonts w:ascii="宋体" w:hAnsi="宋体" w:eastAsia="宋体"/>
                <w:b w:val="0"/>
                <w:sz w:val="18"/>
              </w:rPr>
              <w:t>师：正方体的棱有什么特征？</w:t>
            </w:r>
          </w:p>
          <w:p>
            <w:pPr>
              <w:spacing w:after="20" w:line="276" w:lineRule="auto"/>
            </w:pPr>
            <w:r>
              <w:rPr>
                <w:rFonts w:ascii="宋体" w:hAnsi="宋体" w:eastAsia="宋体"/>
                <w:b w:val="0"/>
                <w:sz w:val="18"/>
              </w:rPr>
              <w:t>结合学生的交流，课件演示正方体12条棱重合。</w:t>
            </w:r>
          </w:p>
          <w:p>
            <w:pPr>
              <w:spacing w:after="20" w:line="276" w:lineRule="auto"/>
            </w:pPr>
            <w:r>
              <w:rPr>
                <w:rFonts w:ascii="宋体" w:hAnsi="宋体" w:eastAsia="宋体"/>
                <w:b w:val="0"/>
                <w:sz w:val="18"/>
              </w:rPr>
              <w:t>(3)顶点。</w:t>
            </w:r>
          </w:p>
          <w:p>
            <w:pPr>
              <w:spacing w:after="20" w:line="276" w:lineRule="auto"/>
            </w:pPr>
            <w:r>
              <w:rPr>
                <w:rFonts w:ascii="宋体" w:hAnsi="宋体" w:eastAsia="宋体"/>
                <w:b w:val="0"/>
                <w:sz w:val="18"/>
              </w:rPr>
              <w:t>师：正方体有多少个顶点？</w:t>
            </w:r>
          </w:p>
          <w:p>
            <w:pPr>
              <w:spacing w:after="20" w:line="276" w:lineRule="auto"/>
            </w:pPr>
            <w:r>
              <w:rPr>
                <w:rFonts w:ascii="宋体" w:hAnsi="宋体" w:eastAsia="宋体"/>
                <w:b w:val="0"/>
                <w:sz w:val="18"/>
              </w:rPr>
              <w:t>请同学们剪下教科书附页中的图样，做一个长方体和一个正方体，再量出各棱的长度。</w:t>
            </w:r>
          </w:p>
        </w:tc>
        <w:tc>
          <w:tcPr>
            <w:tcW w:type="dxa" w:w="3061"/>
          </w:tcPr>
          <w:p>
            <w:pPr>
              <w:spacing w:after="20" w:line="276" w:lineRule="auto"/>
            </w:pPr>
            <w:r/>
            <w:r>
              <w:rPr>
                <w:rFonts w:ascii="宋体" w:hAnsi="宋体" w:eastAsia="宋体"/>
                <w:b w:val="0"/>
                <w:sz w:val="18"/>
              </w:rPr>
              <w:t>根据认识长方体的经验，也应该从面、棱、顶点这三个方面去考虑。</w:t>
            </w:r>
          </w:p>
          <w:p>
            <w:pPr>
              <w:spacing w:after="20" w:line="276" w:lineRule="auto"/>
            </w:pPr>
            <w:r>
              <w:rPr>
                <w:rFonts w:ascii="宋体" w:hAnsi="宋体" w:eastAsia="宋体"/>
                <w:b w:val="0"/>
                <w:sz w:val="18"/>
              </w:rPr>
              <w:t>2.学生利用正方体学具小组合作探究。</w:t>
            </w:r>
          </w:p>
          <w:p>
            <w:pPr>
              <w:spacing w:after="20" w:line="276" w:lineRule="auto"/>
            </w:pPr>
            <w:r>
              <w:rPr>
                <w:rFonts w:ascii="宋体" w:hAnsi="宋体" w:eastAsia="宋体"/>
                <w:b w:val="0"/>
                <w:sz w:val="18"/>
              </w:rPr>
              <w:t>3．交流反馈，展示学生的结论和验证的方法。</w:t>
            </w:r>
          </w:p>
          <w:p>
            <w:pPr>
              <w:spacing w:after="20" w:line="276" w:lineRule="auto"/>
            </w:pPr>
            <w:r>
              <w:rPr>
                <w:rFonts w:ascii="宋体" w:hAnsi="宋体" w:eastAsia="宋体"/>
                <w:b w:val="0"/>
                <w:sz w:val="18"/>
              </w:rPr>
              <w:t>正方体有6个面，每个面都是正方形，大小都相等。(板书)</w:t>
            </w:r>
          </w:p>
          <w:p>
            <w:pPr>
              <w:spacing w:after="20" w:line="276" w:lineRule="auto"/>
            </w:pPr>
            <w:r>
              <w:rPr>
                <w:rFonts w:ascii="宋体" w:hAnsi="宋体" w:eastAsia="宋体"/>
                <w:b w:val="0"/>
                <w:sz w:val="18"/>
              </w:rPr>
              <w:t>正方体有12条棱，每条棱长度相等。(板书)</w:t>
            </w:r>
          </w:p>
          <w:p>
            <w:pPr>
              <w:spacing w:after="20" w:line="276" w:lineRule="auto"/>
            </w:pPr>
            <w:r>
              <w:rPr>
                <w:rFonts w:ascii="宋体" w:hAnsi="宋体" w:eastAsia="宋体"/>
                <w:b w:val="0"/>
                <w:sz w:val="18"/>
              </w:rPr>
              <w:t>正方体有8个顶点。(板书)</w:t>
            </w:r>
          </w:p>
          <w:p>
            <w:pPr>
              <w:spacing w:after="20" w:line="276" w:lineRule="auto"/>
            </w:pPr>
            <w:r>
              <w:rPr>
                <w:rFonts w:ascii="宋体" w:hAnsi="宋体" w:eastAsia="宋体"/>
                <w:b w:val="0"/>
                <w:sz w:val="18"/>
              </w:rPr>
              <w:t>4．动手操作，制作长方体和正方体。</w:t>
            </w:r>
          </w:p>
        </w:tc>
        <w:tc>
          <w:tcPr>
            <w:tcW w:type="dxa" w:w="1814"/>
          </w:tcPr>
          <w:p>
            <w:pPr>
              <w:spacing w:after="20" w:line="276" w:lineRule="auto"/>
            </w:pPr>
            <w:r/>
            <w:r>
              <w:rPr>
                <w:rFonts w:ascii="宋体" w:hAnsi="宋体" w:eastAsia="宋体"/>
                <w:b w:val="0"/>
                <w:sz w:val="18"/>
              </w:rPr>
              <w:t>由于学生已经认识了长方体，无论探究方法还是相关知识都比较熟悉，让学生自主交流。</w:t>
            </w:r>
          </w:p>
          <w:p>
            <w:pPr>
              <w:spacing w:after="20" w:line="276" w:lineRule="auto"/>
            </w:pPr>
            <w:r>
              <w:rPr>
                <w:rFonts w:ascii="宋体" w:hAnsi="宋体" w:eastAsia="宋体"/>
                <w:b w:val="0"/>
                <w:sz w:val="18"/>
              </w:rPr>
              <w:t>通过动手操作、观察、分析、推理，学生自主认识正方体，归纳正方体的特征。再通过制作长方体和正方体，进一步感知它们的特征，也为后面学习表面积打下基础。</w:t>
            </w:r>
          </w:p>
        </w:tc>
      </w:tr>
      <w:tr>
        <w:tc>
          <w:tcPr>
            <w:tcW w:type="dxa" w:w="1474"/>
          </w:tcPr>
          <w:p>
            <w:pPr>
              <w:spacing w:after="20" w:line="276" w:lineRule="auto"/>
            </w:pPr>
            <w:r>
              <w:rPr>
                <w:b/>
              </w:rPr>
            </w:r>
            <w:r>
              <w:rPr>
                <w:rFonts w:ascii="宋体" w:hAnsi="宋体" w:eastAsia="宋体"/>
                <w:b/>
                <w:sz w:val="18"/>
              </w:rPr>
              <w:t>三、观察比较，找到关系</w:t>
            </w:r>
          </w:p>
        </w:tc>
        <w:tc>
          <w:tcPr>
            <w:tcW w:type="dxa" w:w="3061"/>
          </w:tcPr>
          <w:p>
            <w:pPr>
              <w:spacing w:after="20" w:line="276" w:lineRule="auto"/>
            </w:pPr>
            <w:r/>
            <w:r>
              <w:rPr>
                <w:rFonts w:ascii="宋体" w:hAnsi="宋体" w:eastAsia="宋体"/>
                <w:b w:val="0"/>
                <w:sz w:val="18"/>
              </w:rPr>
              <w:t>1.找异同点。</w:t>
            </w:r>
          </w:p>
          <w:p>
            <w:pPr>
              <w:spacing w:after="20" w:line="276" w:lineRule="auto"/>
            </w:pPr>
            <w:r>
              <w:rPr>
                <w:rFonts w:ascii="宋体" w:hAnsi="宋体" w:eastAsia="宋体"/>
                <w:b w:val="0"/>
                <w:sz w:val="18"/>
              </w:rPr>
              <w:t>师：请同学们观察做出来的长方体和正方体，看看它们有哪些相同点，有哪些不同点。你会从哪些方面进行对比？</w:t>
            </w:r>
          </w:p>
          <w:p>
            <w:pPr>
              <w:spacing w:after="20" w:line="276" w:lineRule="auto"/>
            </w:pPr>
            <w:r>
              <w:rPr>
                <w:rFonts w:ascii="宋体" w:hAnsi="宋体" w:eastAsia="宋体"/>
                <w:b w:val="0"/>
                <w:sz w:val="18"/>
              </w:rPr>
              <w:t>合作探究，并在小组内交流，讨论结果(完成下面的表格)。</w:t>
            </w:r>
          </w:p>
          <w:p>
            <w:pPr>
              <w:spacing w:after="20" w:line="276" w:lineRule="auto"/>
            </w:pPr>
            <w:r>
              <w:rPr>
                <w:rFonts w:ascii="宋体" w:hAnsi="宋体" w:eastAsia="宋体"/>
                <w:b w:val="0"/>
                <w:sz w:val="18"/>
              </w:rPr>
              <w:t>2．揭示长方体、正方体的关系。</w:t>
            </w:r>
          </w:p>
          <w:p>
            <w:pPr>
              <w:spacing w:after="20" w:line="276" w:lineRule="auto"/>
            </w:pPr>
            <w:r>
              <w:rPr>
                <w:rFonts w:ascii="宋体" w:hAnsi="宋体" w:eastAsia="宋体"/>
                <w:b w:val="0"/>
                <w:sz w:val="18"/>
              </w:rPr>
              <w:t>师：根据上面的比较，你能想到正方体与长方体有怎样的关系吗？</w:t>
            </w:r>
          </w:p>
          <w:p>
            <w:pPr>
              <w:spacing w:after="20" w:line="276" w:lineRule="auto"/>
            </w:pPr>
            <w:r>
              <w:rPr>
                <w:rFonts w:ascii="宋体" w:hAnsi="宋体" w:eastAsia="宋体"/>
                <w:b w:val="0"/>
                <w:sz w:val="18"/>
              </w:rPr>
              <w:t>师：看一看长方体的特征正方体是否都有？正方体是不是还具有长方体所没有的一些特征？可见正方体是个什么样的长方体？</w:t>
            </w:r>
          </w:p>
          <w:p>
            <w:pPr>
              <w:spacing w:after="20" w:line="276" w:lineRule="auto"/>
            </w:pPr>
            <w:r>
              <w:rPr>
                <w:rFonts w:ascii="宋体" w:hAnsi="宋体" w:eastAsia="宋体"/>
                <w:b w:val="0"/>
                <w:sz w:val="18"/>
              </w:rPr>
              <w:t>师：可以用一个集合图来表示它们之间的关系。板书：</w:t>
            </w:r>
          </w:p>
          <w:p>
            <w:pPr>
              <w:spacing w:after="20" w:line="276" w:lineRule="auto"/>
            </w:pPr>
            <w:r>
              <w:rPr>
                <w:rFonts w:ascii="宋体" w:hAnsi="宋体" w:eastAsia="宋体"/>
                <w:b w:val="0"/>
                <w:sz w:val="18"/>
              </w:rPr>
              <w:t>师：我们把长、宽、高都相等的长方体叫作正方体或者立方体。</w:t>
            </w:r>
          </w:p>
        </w:tc>
        <w:tc>
          <w:tcPr>
            <w:tcW w:type="dxa" w:w="3061"/>
          </w:tcPr>
          <w:p>
            <w:pPr>
              <w:spacing w:after="20" w:line="276" w:lineRule="auto"/>
            </w:pPr>
            <w:r/>
            <w:r>
              <w:rPr>
                <w:rFonts w:ascii="宋体" w:hAnsi="宋体" w:eastAsia="宋体"/>
                <w:b w:val="0"/>
                <w:sz w:val="18"/>
              </w:rPr>
              <w:t>学生汇报，教师归纳小结，将表格补充完整。</w:t>
            </w:r>
          </w:p>
          <w:p>
            <w:pPr>
              <w:spacing w:after="20" w:line="276" w:lineRule="auto"/>
            </w:pPr>
            <w:r>
              <w:rPr>
                <w:rFonts w:ascii="宋体" w:hAnsi="宋体" w:eastAsia="宋体"/>
                <w:b w:val="0"/>
                <w:sz w:val="18"/>
              </w:rPr>
              <w:t>学生明确正方体是特殊的长方体，是一个长、宽、高都相等的长方体。</w:t>
            </w:r>
          </w:p>
        </w:tc>
        <w:tc>
          <w:tcPr>
            <w:tcW w:type="dxa" w:w="1814"/>
          </w:tcPr>
          <w:p>
            <w:pPr>
              <w:spacing w:after="20" w:line="276" w:lineRule="auto"/>
            </w:pPr>
            <w:r/>
            <w:r>
              <w:rPr>
                <w:rFonts w:ascii="宋体" w:hAnsi="宋体" w:eastAsia="宋体"/>
                <w:b w:val="0"/>
                <w:sz w:val="18"/>
              </w:rPr>
              <w:t>比较辨析是认识事物的重要方法之一。将正方体和长方体进行比较，一方面加深认识，另一方面，在比较中构建长方体和正方体的关系，体会正方体是特殊的长方体。</w:t>
            </w:r>
          </w:p>
        </w:tc>
      </w:tr>
      <w:tr>
        <w:tc>
          <w:tcPr>
            <w:tcW w:type="dxa" w:w="1474"/>
          </w:tcPr>
          <w:p>
            <w:pPr>
              <w:spacing w:after="20" w:line="276" w:lineRule="auto"/>
            </w:pPr>
            <w:r>
              <w:rPr>
                <w:b/>
              </w:rPr>
            </w:r>
            <w:r>
              <w:rPr>
                <w:rFonts w:ascii="宋体" w:hAnsi="宋体" w:eastAsia="宋体"/>
                <w:b/>
                <w:sz w:val="18"/>
              </w:rPr>
              <w:t>四、反馈练习，巩固运用</w:t>
            </w:r>
          </w:p>
        </w:tc>
        <w:tc>
          <w:tcPr>
            <w:tcW w:type="dxa" w:w="3061"/>
          </w:tcPr>
          <w:p>
            <w:pPr>
              <w:spacing w:after="20" w:line="276" w:lineRule="auto"/>
            </w:pPr>
            <w:r/>
            <w:r>
              <w:rPr>
                <w:rFonts w:ascii="宋体" w:hAnsi="宋体" w:eastAsia="宋体"/>
                <w:b w:val="0"/>
                <w:sz w:val="18"/>
              </w:rPr>
              <w:t>1.课件出示教科书P20“做一做”。</w:t>
            </w:r>
          </w:p>
          <w:p>
            <w:pPr>
              <w:spacing w:after="20" w:line="276" w:lineRule="auto"/>
            </w:pPr>
            <w:r>
              <w:rPr>
                <w:rFonts w:ascii="宋体" w:hAnsi="宋体" w:eastAsia="宋体"/>
                <w:b w:val="0"/>
                <w:sz w:val="18"/>
              </w:rPr>
              <w:t>(2)交流展示，课件呈现正确解答。</w:t>
            </w:r>
          </w:p>
          <w:p>
            <w:pPr>
              <w:spacing w:after="20" w:line="276" w:lineRule="auto"/>
            </w:pPr>
            <w:r>
              <w:rPr>
                <w:rFonts w:ascii="宋体" w:hAnsi="宋体" w:eastAsia="宋体"/>
                <w:b w:val="0"/>
                <w:sz w:val="18"/>
              </w:rPr>
              <w:t>2．课件出示教科书P21“练习五”第4题。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(2)全班集中交流、反馈评价，通过课件展示正确解答。</w:t>
            </w:r>
          </w:p>
          <w:p>
            <w:pPr>
              <w:spacing w:after="20" w:line="276" w:lineRule="auto"/>
            </w:pPr>
            <w:r>
              <w:rPr>
                <w:rFonts w:ascii="宋体" w:hAnsi="宋体" w:eastAsia="宋体"/>
                <w:b w:val="0"/>
                <w:sz w:val="18"/>
              </w:rPr>
              <w:t>3．课件出示教科书P22“练习五”第8*题。</w:t>
            </w:r>
          </w:p>
          <w:p>
            <w:pPr>
              <w:spacing w:after="20" w:line="276" w:lineRule="auto"/>
            </w:pPr>
            <w:r>
              <w:rPr>
                <w:rFonts w:ascii="宋体" w:hAnsi="宋体" w:eastAsia="宋体"/>
                <w:b w:val="0"/>
                <w:sz w:val="18"/>
              </w:rPr>
              <w:t>(1)学生独立思考并解答。</w:t>
            </w:r>
          </w:p>
          <w:p>
            <w:pPr>
              <w:spacing w:after="20" w:line="276" w:lineRule="auto"/>
            </w:pPr>
            <w:r>
              <w:rPr>
                <w:rFonts w:ascii="宋体" w:hAnsi="宋体" w:eastAsia="宋体"/>
                <w:b w:val="0"/>
                <w:sz w:val="18"/>
              </w:rPr>
              <w:t>(2)集中讨论。</w:t>
            </w:r>
          </w:p>
        </w:tc>
        <w:tc>
          <w:tcPr>
            <w:tcW w:type="dxa" w:w="3061"/>
          </w:tcPr>
          <w:p>
            <w:pPr>
              <w:spacing w:after="20" w:line="276" w:lineRule="auto"/>
            </w:pPr>
            <w:r/>
            <w:r>
              <w:rPr>
                <w:rFonts w:ascii="宋体" w:hAnsi="宋体" w:eastAsia="宋体"/>
                <w:b w:val="0"/>
                <w:sz w:val="18"/>
              </w:rPr>
              <w:t>预设1：观察哪面出现的次数最多，根据第一个图，知道I和A、E不是对面，根据第二个图，可知I和F不是对面，根据第三个图，可知I和C不是对面，那么I只能和D是对面；而A跟I、D、E、F不是对面，那么A的对面就是C了；最后，E的对面就是F了。</w:t>
            </w:r>
          </w:p>
          <w:p>
            <w:pPr>
              <w:spacing w:after="20" w:line="276" w:lineRule="auto"/>
            </w:pPr>
            <w:r>
              <w:rPr>
                <w:rFonts w:ascii="宋体" w:hAnsi="宋体" w:eastAsia="宋体"/>
                <w:b w:val="0"/>
                <w:sz w:val="18"/>
              </w:rPr>
              <w:t>预设2：根据三个图可以知道，如果I在上面，那么A、C、E、F就是侧面，I的对面就是D，A、C、E、F都在侧面，而A与E、F相邻，那么A的对面就是C了，E的对面就是F了。</w:t>
            </w:r>
          </w:p>
          <w:p>
            <w:pPr>
              <w:spacing w:after="20" w:line="276" w:lineRule="auto"/>
            </w:pPr>
            <w:r>
              <w:rPr>
                <w:rFonts w:ascii="宋体" w:hAnsi="宋体" w:eastAsia="宋体"/>
                <w:b w:val="0"/>
                <w:sz w:val="18"/>
              </w:rPr>
              <w:t>预设3：根据三个图可以知道，如果I在上面，那么A、C、E、F就是侧面，而且按逆时针方向数，依次是A、E、C、F，所以A的对面是C，E的对面是F，I的对面是D。</w:t>
            </w:r>
          </w:p>
        </w:tc>
        <w:tc>
          <w:tcPr>
            <w:tcW w:type="dxa" w:w="1814"/>
          </w:tcPr>
          <w:p>
            <w:pPr>
              <w:spacing w:after="20" w:line="276" w:lineRule="auto"/>
            </w:pPr>
            <w:r/>
            <w:r>
              <w:rPr>
                <w:rFonts w:ascii="宋体" w:hAnsi="宋体" w:eastAsia="宋体"/>
                <w:b w:val="0"/>
                <w:sz w:val="18"/>
              </w:rPr>
              <w:t>巩固对正方体的特征的认识，并运用特征解决问题。</w:t>
            </w:r>
          </w:p>
          <w:p>
            <w:pPr>
              <w:spacing w:after="20" w:line="276" w:lineRule="auto"/>
            </w:pPr>
            <w:r>
              <w:rPr>
                <w:rFonts w:ascii="宋体" w:hAnsi="宋体" w:eastAsia="宋体"/>
                <w:b w:val="0"/>
                <w:sz w:val="18"/>
              </w:rPr>
              <w:t>这是一道拓展性的题目，旨在发展学生的推理能力和空间观念。</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师：今天这节课，大家有什么收获？</w:t>
            </w:r>
          </w:p>
        </w:tc>
        <w:tc>
          <w:tcPr>
            <w:tcW w:type="dxa" w:w="3061"/>
          </w:tcPr>
          <w:p>
            <w:pPr>
              <w:spacing w:after="20" w:line="276" w:lineRule="auto"/>
            </w:pPr>
            <w:r/>
            <w:r>
              <w:rPr>
                <w:rFonts w:ascii="宋体" w:hAnsi="宋体" w:eastAsia="宋体"/>
                <w:b w:val="0"/>
                <w:sz w:val="18"/>
              </w:rPr>
              <w:t>引导学生回顾正方体的特征，厘清正方体和长方体的区别与联系。</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引导学生回顾梳理本课所学，完善认知结构，提升归纳与反思能力，核心问题："今天这节课，大家有什么收获？"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正方体</w:t>
      </w:r>
    </w:p>
    <w:p>
      <w:pPr>
        <w:spacing w:after="40" w:line="300" w:lineRule="auto"/>
      </w:pPr>
      <w:r>
        <w:rPr>
          <w:rFonts w:ascii="宋体" w:hAnsi="宋体" w:eastAsia="宋体"/>
          <w:b w:val="0"/>
          <w:sz w:val="20"/>
        </w:rPr>
        <w:t>正方体有6个面，每个面都是正方形，大小都相等。</w:t>
      </w:r>
    </w:p>
    <w:p>
      <w:pPr>
        <w:spacing w:after="40" w:line="300" w:lineRule="auto"/>
      </w:pPr>
      <w:r>
        <w:rPr>
          <w:rFonts w:ascii="宋体" w:hAnsi="宋体" w:eastAsia="宋体"/>
          <w:b w:val="0"/>
          <w:sz w:val="20"/>
        </w:rPr>
        <w:t>正方体有12条棱，每条棱长度相等。</w:t>
      </w:r>
    </w:p>
    <w:p>
      <w:pPr>
        <w:spacing w:after="40" w:line="300" w:lineRule="auto"/>
      </w:pPr>
      <w:r>
        <w:rPr>
          <w:rFonts w:ascii="宋体" w:hAnsi="宋体" w:eastAsia="宋体"/>
          <w:b w:val="0"/>
          <w:sz w:val="20"/>
        </w:rPr>
        <w:t>正方体有8个顶点。</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教科书P20例3，完成教科书P20“做一做”，P21～22“练习五”中第4、8*题。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学生对正方体已有初步认识，在此对直接说出最后一个图形是正方体的学生要给予肯定。 【教学提示】 学生已经有了活动经验，所以此处要放手让学生汇报，教师适时点拨或以问题导向即可。 【教学提示】 不仅要关注结果，更要关注学生的思维过程，如第8*题会有不同的思考方法，只要是正确的就要给予肯定。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为学生提供充分的数学活动和交流的时间。首先在复习长方体的特征后，引导学生把学习长方体的特征的方法迁移到学习正方体的特征上来，放手让学生独立探究，合作交流，在动手实践的过程中自己探索得出正方体的特征，运用比较的方法理解图形间的联系和区别，找到长方体和正方体的相同点和不同点，明确它们的内在联系，培养学生的自主探索能力。</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长方体和正方体的体积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长方体和正方体的体积</w:t>
            </w:r>
          </w:p>
        </w:tc>
        <w:tc>
          <w:tcPr>
            <w:tcW w:type="dxa" w:w="6009"/>
          </w:tcPr>
          <w:p>
            <w:pPr>
              <w:spacing w:after="20" w:line="276" w:lineRule="auto"/>
            </w:pPr>
            <w:r/>
            <w:r>
              <w:rPr>
                <w:rFonts w:ascii="宋体" w:hAnsi="宋体" w:eastAsia="宋体"/>
                <w:b w:val="0"/>
                <w:sz w:val="20"/>
              </w:rPr>
              <w:t>第3单元 长方体和正方体（长方体和正方体的体积）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教学内容：教科书P29～31例1，完成教科书P31“做一做”。</w:t>
      </w:r>
    </w:p>
    <w:p>
      <w:pPr>
        <w:spacing w:after="80" w:line="300" w:lineRule="auto"/>
        <w:ind w:firstLine="400"/>
      </w:pPr>
      <w:r>
        <w:rPr>
          <w:rFonts w:ascii="宋体" w:hAnsi="宋体" w:eastAsia="宋体"/>
          <w:b w:val="0"/>
          <w:sz w:val="20"/>
        </w:rPr>
        <w:t>教学准备：课件，12个棱长为1 cm的小正方体。</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（1）经历长方体和正方体体积计算公式的推导过程，理解和掌握长方体和正方体的体积计算方法。</w:t>
      </w:r>
    </w:p>
    <w:p>
      <w:pPr>
        <w:spacing w:after="20" w:line="300" w:lineRule="auto"/>
        <w:ind w:firstLine="400"/>
      </w:pPr>
      <w:r>
        <w:rPr>
          <w:rFonts w:ascii="宋体" w:hAnsi="宋体" w:eastAsia="宋体"/>
          <w:b w:val="0"/>
          <w:sz w:val="20"/>
        </w:rPr>
        <w:t>（2）通过自主探索和合作交流，培养学生分析、比较、类推、归纳的能力，进一步发展学生的空间观念。</w:t>
      </w:r>
    </w:p>
    <w:p>
      <w:pPr>
        <w:spacing w:after="20" w:line="300" w:lineRule="auto"/>
        <w:ind w:firstLine="400"/>
      </w:pPr>
      <w:r>
        <w:rPr>
          <w:rFonts w:ascii="宋体" w:hAnsi="宋体" w:eastAsia="宋体"/>
          <w:b w:val="0"/>
          <w:sz w:val="20"/>
        </w:rPr>
        <w:t>（3）能运用长方体和正方体的体积公式解决简单的实际问题，感悟数学来源于生活，应用于生活。</w:t>
      </w:r>
    </w:p>
    <w:p>
      <w:pPr>
        <w:spacing w:after="20" w:line="300" w:lineRule="auto"/>
      </w:pPr>
      <w:r>
        <w:rPr>
          <w:rFonts w:ascii="宋体" w:hAnsi="宋体" w:eastAsia="宋体"/>
          <w:b w:val="0"/>
          <w:sz w:val="20"/>
        </w:rPr>
        <w:t>教学重点：理解并掌握长方体和正方体体积的计算方法。</w:t>
      </w:r>
    </w:p>
    <w:p>
      <w:pPr>
        <w:spacing w:after="20" w:line="300" w:lineRule="auto"/>
      </w:pPr>
      <w:r>
        <w:rPr>
          <w:rFonts w:ascii="宋体" w:hAnsi="宋体" w:eastAsia="宋体"/>
          <w:b w:val="0"/>
          <w:sz w:val="20"/>
        </w:rPr>
        <w:t>教学难点：理解长方体和正方体体积计算公式的推导过程。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一、情境导入，探索新知</w:t>
            </w:r>
          </w:p>
        </w:tc>
        <w:tc>
          <w:tcPr>
            <w:tcW w:type="dxa" w:w="1814"/>
          </w:tcPr>
          <w:p>
            <w:pPr>
              <w:spacing w:after="20" w:line="276" w:lineRule="auto"/>
            </w:pPr>
            <w:r/>
            <w:r>
              <w:rPr>
                <w:rFonts w:ascii="宋体" w:hAnsi="宋体" w:eastAsia="宋体"/>
                <w:b w:val="0"/>
                <w:sz w:val="18"/>
              </w:rPr>
              <w:t>课件、图片、小正方体</w:t>
            </w:r>
          </w:p>
        </w:tc>
        <w:tc>
          <w:tcPr>
            <w:tcW w:type="dxa" w:w="3402"/>
          </w:tcPr>
          <w:p>
            <w:pPr>
              <w:spacing w:after="20" w:line="276" w:lineRule="auto"/>
            </w:pPr>
            <w:r/>
            <w:r>
              <w:rPr>
                <w:rFonts w:ascii="宋体" w:hAnsi="宋体" w:eastAsia="宋体"/>
                <w:b w:val="0"/>
                <w:sz w:val="18"/>
              </w:rPr>
              <w:t>同学们，什么叫体积？常用的体积单位有哪些？你能比画出1 cm3、1 dm3、1 m3的大小吗？；昨天，我到超市买了一箱饮料和一块香皂，怎样才能知道它们的体积大小呢？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二、动手操作，探究长方体和正方体的体积计算方法</w:t>
            </w:r>
          </w:p>
        </w:tc>
        <w:tc>
          <w:tcPr>
            <w:tcW w:type="dxa" w:w="1814"/>
          </w:tcPr>
          <w:p>
            <w:pPr>
              <w:spacing w:after="20" w:line="276" w:lineRule="auto"/>
            </w:pPr>
            <w:r/>
            <w:r>
              <w:rPr>
                <w:rFonts w:ascii="宋体" w:hAnsi="宋体" w:eastAsia="宋体"/>
                <w:b w:val="0"/>
                <w:sz w:val="18"/>
              </w:rPr>
              <w:t>小正方体、课件</w:t>
            </w:r>
          </w:p>
        </w:tc>
        <w:tc>
          <w:tcPr>
            <w:tcW w:type="dxa" w:w="3402"/>
          </w:tcPr>
          <w:p>
            <w:pPr>
              <w:spacing w:after="20" w:line="276" w:lineRule="auto"/>
            </w:pPr>
            <w:r/>
            <w:r>
              <w:rPr>
                <w:rFonts w:ascii="宋体" w:hAnsi="宋体" w:eastAsia="宋体"/>
                <w:b w:val="0"/>
                <w:sz w:val="18"/>
              </w:rPr>
              <w:t>怎样计算长方体的体积呢？；同学们静静思考一下，如果要测算较大的长方体的体积，需要全部摆出每个小正方体才能知道它的体积吗？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三、理解应用，巩固提高</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从图中你们能找出哪些已知条件？；要求一个长方体的体积必须知道什么？求正方体的体积呢？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四、深化理解，统一公式</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为什么长方体和正方体的体积计算公式都可以用“底面积×高”来表示？这个公式用字母怎么表示？</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五、实践应用，内化知识</w:t>
            </w:r>
          </w:p>
        </w:tc>
        <w:tc>
          <w:tcPr>
            <w:tcW w:type="dxa" w:w="1814"/>
          </w:tcPr>
          <w:p>
            <w:pPr>
              <w:spacing w:after="20" w:line="276" w:lineRule="auto"/>
            </w:pPr>
            <w:r/>
            <w:r>
              <w:rPr>
                <w:rFonts w:ascii="宋体" w:hAnsi="宋体" w:eastAsia="宋体"/>
                <w:b w:val="0"/>
                <w:sz w:val="18"/>
              </w:rPr>
              <w:t>教科书、课件、小正方体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通过这节课的学习，你们对长方体、正方体有了哪些新的认识？计算长方体体积和计算正方体体积有哪些相同和不同之处？</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一、情境导入，探索新知</w:t>
            </w:r>
          </w:p>
        </w:tc>
        <w:tc>
          <w:tcPr>
            <w:tcW w:type="dxa" w:w="3061"/>
          </w:tcPr>
          <w:p>
            <w:pPr>
              <w:spacing w:after="20" w:line="276" w:lineRule="auto"/>
            </w:pPr>
            <w:r/>
            <w:r>
              <w:rPr>
                <w:rFonts w:ascii="宋体" w:hAnsi="宋体" w:eastAsia="宋体"/>
                <w:b w:val="0"/>
                <w:sz w:val="18"/>
              </w:rPr>
              <w:t>师：同学们，什么叫体积？常用的体积单位有哪些？你能比画出1 cm3、1 dm3、1 m3的大小吗？</w:t>
            </w:r>
          </w:p>
          <w:p>
            <w:pPr>
              <w:spacing w:after="20" w:line="276" w:lineRule="auto"/>
            </w:pPr>
            <w:r>
              <w:rPr>
                <w:rFonts w:ascii="宋体" w:hAnsi="宋体" w:eastAsia="宋体"/>
                <w:b w:val="0"/>
                <w:sz w:val="18"/>
              </w:rPr>
              <w:t>师：昨天，我到超市买了一箱饮料和一块香皂，怎样才能知道它们的体积大小呢？</w:t>
            </w:r>
          </w:p>
          <w:p>
            <w:pPr>
              <w:spacing w:after="20" w:line="276" w:lineRule="auto"/>
            </w:pPr>
            <w:r>
              <w:rPr>
                <w:rFonts w:ascii="宋体" w:hAnsi="宋体" w:eastAsia="宋体"/>
                <w:b w:val="0"/>
                <w:sz w:val="18"/>
              </w:rPr>
              <w:t>课件出示图片。</w:t>
            </w:r>
          </w:p>
          <w:p>
            <w:pPr>
              <w:spacing w:after="20" w:line="276" w:lineRule="auto"/>
            </w:pPr>
            <w:r>
              <w:rPr>
                <w:rFonts w:ascii="宋体" w:hAnsi="宋体" w:eastAsia="宋体"/>
                <w:b w:val="0"/>
                <w:sz w:val="18"/>
              </w:rPr>
              <w:t>师：同学们真聪明，你们有什么好办法测量出它们的体积吗？</w:t>
            </w:r>
          </w:p>
          <w:p>
            <w:pPr>
              <w:spacing w:after="20" w:line="276" w:lineRule="auto"/>
            </w:pPr>
            <w:r>
              <w:rPr>
                <w:rFonts w:ascii="宋体" w:hAnsi="宋体" w:eastAsia="宋体"/>
                <w:b w:val="0"/>
                <w:sz w:val="18"/>
              </w:rPr>
              <w:t>师：这节课我们一起来研究长方体和正方体的体积。(板书课题：长方体和正方体的体积)</w:t>
            </w:r>
          </w:p>
        </w:tc>
        <w:tc>
          <w:tcPr>
            <w:tcW w:type="dxa" w:w="3061"/>
          </w:tcPr>
          <w:p>
            <w:pPr>
              <w:spacing w:after="20" w:line="276" w:lineRule="auto"/>
            </w:pPr>
            <w:r/>
            <w:r>
              <w:rPr>
                <w:rFonts w:ascii="宋体" w:hAnsi="宋体" w:eastAsia="宋体"/>
                <w:b w:val="0"/>
                <w:sz w:val="18"/>
              </w:rPr>
              <w:t>学生基本上都能回答出这些问题，教师适当补充。</w:t>
            </w:r>
          </w:p>
          <w:p>
            <w:pPr>
              <w:spacing w:after="20" w:line="276" w:lineRule="auto"/>
            </w:pPr>
            <w:r>
              <w:rPr>
                <w:rFonts w:ascii="宋体" w:hAnsi="宋体" w:eastAsia="宋体"/>
                <w:b w:val="0"/>
                <w:sz w:val="18"/>
              </w:rPr>
              <w:t>学生会说到“把香皂切成一个个1 cm3的小正方体”“根据饮料箱子的长、宽、高估一估大约是多少个1 cm3的小正方体”等方法，但还想不到只要知道长方体的长、宽、高，沿长、宽、高摆1 cm3的小正方体就可以推算物体的体积。</w:t>
            </w:r>
          </w:p>
        </w:tc>
        <w:tc>
          <w:tcPr>
            <w:tcW w:type="dxa" w:w="1814"/>
          </w:tcPr>
          <w:p>
            <w:pPr>
              <w:spacing w:after="20" w:line="276" w:lineRule="auto"/>
            </w:pPr>
            <w:r/>
            <w:r>
              <w:rPr>
                <w:rFonts w:ascii="宋体" w:hAnsi="宋体" w:eastAsia="宋体"/>
                <w:b w:val="0"/>
                <w:sz w:val="18"/>
              </w:rPr>
              <w:t>创设与生活密切相关的问题情境，让学生在观察、猜想、比较的过程中明确本节课的研究方向和目标。</w:t>
            </w:r>
          </w:p>
        </w:tc>
      </w:tr>
      <w:tr>
        <w:tc>
          <w:tcPr>
            <w:tcW w:type="dxa" w:w="1474"/>
          </w:tcPr>
          <w:p>
            <w:pPr>
              <w:spacing w:after="20" w:line="276" w:lineRule="auto"/>
            </w:pPr>
            <w:r>
              <w:rPr>
                <w:b/>
              </w:rPr>
            </w:r>
            <w:r>
              <w:rPr>
                <w:rFonts w:ascii="宋体" w:hAnsi="宋体" w:eastAsia="宋体"/>
                <w:b/>
                <w:sz w:val="18"/>
              </w:rPr>
              <w:t>二、动手操作，探究长方体和正方体的体积计算方法</w:t>
            </w:r>
          </w:p>
        </w:tc>
        <w:tc>
          <w:tcPr>
            <w:tcW w:type="dxa" w:w="3061"/>
          </w:tcPr>
          <w:p>
            <w:pPr>
              <w:spacing w:after="20" w:line="276" w:lineRule="auto"/>
            </w:pPr>
            <w:r/>
            <w:r>
              <w:rPr>
                <w:rFonts w:ascii="宋体" w:hAnsi="宋体" w:eastAsia="宋体"/>
                <w:b w:val="0"/>
                <w:sz w:val="18"/>
              </w:rPr>
              <w:t>1.启发思考。</w:t>
            </w:r>
          </w:p>
          <w:p>
            <w:pPr>
              <w:spacing w:after="20" w:line="276" w:lineRule="auto"/>
            </w:pPr>
            <w:r>
              <w:rPr>
                <w:rFonts w:ascii="宋体" w:hAnsi="宋体" w:eastAsia="宋体"/>
                <w:b w:val="0"/>
                <w:sz w:val="18"/>
              </w:rPr>
              <w:t>师：怎样计算长方体的体积呢？</w:t>
            </w:r>
          </w:p>
          <w:p>
            <w:pPr>
              <w:spacing w:after="20" w:line="276" w:lineRule="auto"/>
            </w:pPr>
            <w:r>
              <w:rPr>
                <w:rFonts w:ascii="宋体" w:hAnsi="宋体" w:eastAsia="宋体"/>
                <w:b w:val="0"/>
                <w:sz w:val="18"/>
              </w:rPr>
              <w:t>师：我们可以通过实验研究，发现规律。</w:t>
            </w:r>
          </w:p>
          <w:p>
            <w:pPr>
              <w:spacing w:after="20" w:line="276" w:lineRule="auto"/>
            </w:pPr>
            <w:r>
              <w:rPr>
                <w:rFonts w:ascii="宋体" w:hAnsi="宋体" w:eastAsia="宋体"/>
                <w:b w:val="0"/>
                <w:sz w:val="18"/>
              </w:rPr>
              <w:t>2．操作实验。</w:t>
            </w:r>
          </w:p>
          <w:p>
            <w:pPr>
              <w:spacing w:after="20" w:line="276" w:lineRule="auto"/>
            </w:pPr>
            <w:r>
              <w:rPr>
                <w:rFonts w:ascii="宋体" w:hAnsi="宋体" w:eastAsia="宋体"/>
                <w:b w:val="0"/>
                <w:sz w:val="18"/>
              </w:rPr>
              <w:t>(1)学生分组合作摆不同形状的长方体。</w:t>
            </w:r>
          </w:p>
          <w:p>
            <w:pPr>
              <w:spacing w:after="20" w:line="276" w:lineRule="auto"/>
            </w:pPr>
            <w:r>
              <w:rPr>
                <w:rFonts w:ascii="宋体" w:hAnsi="宋体" w:eastAsia="宋体"/>
                <w:b w:val="0"/>
                <w:sz w:val="18"/>
              </w:rPr>
              <w:t>用12个棱长为1 cm的小正方体拼摆不同形状的长方体，它们的长、宽、高各是多少？体积又是多少呢？四人一个小组，一起动手操作并填写表格。</w:t>
            </w:r>
          </w:p>
          <w:p>
            <w:pPr>
              <w:spacing w:after="20" w:line="276" w:lineRule="auto"/>
            </w:pPr>
            <w:r>
              <w:rPr>
                <w:rFonts w:ascii="宋体" w:hAnsi="宋体" w:eastAsia="宋体"/>
                <w:b w:val="0"/>
                <w:sz w:val="18"/>
              </w:rPr>
              <w:t>(2)汇报操作过程，师生一起完成表格。</w:t>
            </w:r>
          </w:p>
          <w:p>
            <w:pPr>
              <w:spacing w:after="20" w:line="276" w:lineRule="auto"/>
            </w:pPr>
            <w:r>
              <w:rPr>
                <w:rFonts w:ascii="宋体" w:hAnsi="宋体" w:eastAsia="宋体"/>
                <w:b w:val="0"/>
                <w:sz w:val="18"/>
              </w:rPr>
              <w:t>师：同学们静静思考一下，如果要测算较大的长方体的体积，需要全部摆出每个小正方体才能知道它的体积吗？</w:t>
            </w:r>
          </w:p>
          <w:p>
            <w:pPr>
              <w:spacing w:after="20" w:line="276" w:lineRule="auto"/>
            </w:pPr>
            <w:r>
              <w:rPr>
                <w:rFonts w:ascii="宋体" w:hAnsi="宋体" w:eastAsia="宋体"/>
                <w:b w:val="0"/>
                <w:sz w:val="18"/>
              </w:rPr>
              <w:t>3．思考讨论，发现规律。</w:t>
            </w:r>
          </w:p>
          <w:p>
            <w:pPr>
              <w:spacing w:after="20" w:line="276" w:lineRule="auto"/>
            </w:pPr>
            <w:r>
              <w:rPr>
                <w:rFonts w:ascii="宋体" w:hAnsi="宋体" w:eastAsia="宋体"/>
                <w:b w:val="0"/>
                <w:sz w:val="18"/>
              </w:rPr>
              <w:t>师：观察这个表格，你们发现了什么？</w:t>
            </w:r>
          </w:p>
          <w:p>
            <w:pPr>
              <w:spacing w:after="20" w:line="276" w:lineRule="auto"/>
            </w:pPr>
            <w:r>
              <w:rPr>
                <w:rFonts w:ascii="宋体" w:hAnsi="宋体" w:eastAsia="宋体"/>
                <w:b w:val="0"/>
                <w:sz w:val="18"/>
              </w:rPr>
              <w:t>师：你认为长方体的体积该怎么计算呢？</w:t>
            </w:r>
          </w:p>
          <w:p>
            <w:pPr>
              <w:spacing w:after="20" w:line="276" w:lineRule="auto"/>
            </w:pPr>
            <w:r>
              <w:rPr>
                <w:rFonts w:ascii="宋体" w:hAnsi="宋体" w:eastAsia="宋体"/>
                <w:b w:val="0"/>
                <w:sz w:val="18"/>
              </w:rPr>
              <w:t>师小结：长方体的体积＝每行小正方体的个数×行数×层数(板书)，每行有多少个1 cm3的小正方体，长就是多少厘米；有多少行，宽就是多少厘米；有多少层，高就是多少厘米。所以，长方体的体积＝长×宽×高。</w:t>
            </w:r>
          </w:p>
          <w:p>
            <w:pPr>
              <w:spacing w:after="20" w:line="276" w:lineRule="auto"/>
            </w:pPr>
            <w:r>
              <w:rPr>
                <w:rFonts w:ascii="宋体" w:hAnsi="宋体" w:eastAsia="宋体"/>
                <w:b w:val="0"/>
                <w:sz w:val="18"/>
              </w:rPr>
              <w:t>板书：长方体的体积＝长×宽×高</w:t>
            </w:r>
          </w:p>
          <w:p>
            <w:pPr>
              <w:spacing w:after="20" w:line="276" w:lineRule="auto"/>
            </w:pPr>
            <w:r>
              <w:rPr>
                <w:rFonts w:ascii="宋体" w:hAnsi="宋体" w:eastAsia="宋体"/>
                <w:b w:val="0"/>
                <w:sz w:val="18"/>
              </w:rPr>
              <w:t>师：如果用V表示长方体的体积，a表示长方体的长，b表示长方体的宽，h表示长方体的高，那么长方体的体积计算公式还可以怎样表示？同桌之间互相说一说。</w:t>
            </w:r>
          </w:p>
          <w:p>
            <w:pPr>
              <w:spacing w:after="20" w:line="276" w:lineRule="auto"/>
            </w:pPr>
            <w:r>
              <w:rPr>
                <w:rFonts w:ascii="宋体" w:hAnsi="宋体" w:eastAsia="宋体"/>
                <w:b w:val="0"/>
                <w:sz w:val="18"/>
              </w:rPr>
              <w:t>板书：V＝abh</w:t>
            </w:r>
          </w:p>
          <w:p>
            <w:pPr>
              <w:spacing w:after="20" w:line="276" w:lineRule="auto"/>
            </w:pPr>
            <w:r>
              <w:rPr>
                <w:rFonts w:ascii="宋体" w:hAnsi="宋体" w:eastAsia="宋体"/>
                <w:b w:val="0"/>
                <w:sz w:val="18"/>
              </w:rPr>
              <w:t>4．迁移类推，推导出正方体的体积计算方法。</w:t>
            </w:r>
          </w:p>
          <w:p>
            <w:pPr>
              <w:spacing w:after="20" w:line="276" w:lineRule="auto"/>
            </w:pPr>
            <w:r>
              <w:rPr>
                <w:rFonts w:ascii="宋体" w:hAnsi="宋体" w:eastAsia="宋体"/>
                <w:b w:val="0"/>
                <w:sz w:val="18"/>
              </w:rPr>
              <w:t>(1)师：大家想一想，正方体的体积可以怎样计算？与长方体体积的计算方法有什么相同和不同之处？</w:t>
            </w:r>
          </w:p>
          <w:p>
            <w:pPr>
              <w:spacing w:after="20" w:line="276" w:lineRule="auto"/>
            </w:pPr>
            <w:r>
              <w:rPr>
                <w:rFonts w:ascii="宋体" w:hAnsi="宋体" w:eastAsia="宋体"/>
                <w:b w:val="0"/>
                <w:sz w:val="18"/>
              </w:rPr>
              <w:t>师：正方体的体积公式可以怎样表示呢？用你喜欢的方式来书写，同桌互相交流。</w:t>
            </w:r>
          </w:p>
          <w:p>
            <w:pPr>
              <w:spacing w:after="20" w:line="276" w:lineRule="auto"/>
            </w:pPr>
            <w:r>
              <w:rPr>
                <w:rFonts w:ascii="宋体" w:hAnsi="宋体" w:eastAsia="宋体"/>
                <w:b w:val="0"/>
                <w:sz w:val="18"/>
              </w:rPr>
              <w:t>师生一起交流归纳正方体的体积计算公式。</w:t>
            </w:r>
          </w:p>
          <w:p>
            <w:pPr>
              <w:spacing w:after="20" w:line="276" w:lineRule="auto"/>
            </w:pPr>
            <w:r>
              <w:rPr>
                <w:rFonts w:ascii="宋体" w:hAnsi="宋体" w:eastAsia="宋体"/>
                <w:b w:val="0"/>
                <w:sz w:val="18"/>
              </w:rPr>
              <w:t>板书：正方体的体积＝棱长×棱长×棱长　V＝a3</w:t>
            </w:r>
          </w:p>
          <w:p>
            <w:pPr>
              <w:spacing w:after="20" w:line="276" w:lineRule="auto"/>
            </w:pPr>
            <w:r>
              <w:rPr>
                <w:rFonts w:ascii="宋体" w:hAnsi="宋体" w:eastAsia="宋体"/>
                <w:b w:val="0"/>
                <w:sz w:val="18"/>
              </w:rPr>
              <w:t>(2)理解a3。</w:t>
            </w:r>
          </w:p>
          <w:p>
            <w:pPr>
              <w:spacing w:after="20" w:line="276" w:lineRule="auto"/>
            </w:pPr>
            <w:r>
              <w:rPr>
                <w:rFonts w:ascii="宋体" w:hAnsi="宋体" w:eastAsia="宋体"/>
                <w:b w:val="0"/>
                <w:sz w:val="18"/>
              </w:rPr>
              <w:t>师：a3读作“a的立方”或“a的3次方”，一起读一读。</w:t>
            </w:r>
          </w:p>
          <w:p>
            <w:pPr>
              <w:spacing w:after="20" w:line="276" w:lineRule="auto"/>
            </w:pPr>
            <w:r>
              <w:rPr>
                <w:rFonts w:ascii="宋体" w:hAnsi="宋体" w:eastAsia="宋体"/>
                <w:b w:val="0"/>
                <w:sz w:val="18"/>
              </w:rPr>
              <w:t>师：a3表示什么意思？</w:t>
            </w:r>
          </w:p>
        </w:tc>
        <w:tc>
          <w:tcPr>
            <w:tcW w:type="dxa" w:w="3061"/>
          </w:tcPr>
          <w:p>
            <w:pPr>
              <w:spacing w:after="20" w:line="276" w:lineRule="auto"/>
            </w:pPr>
            <w:r/>
            <w:r>
              <w:rPr>
                <w:rFonts w:ascii="宋体" w:hAnsi="宋体" w:eastAsia="宋体"/>
                <w:b w:val="0"/>
                <w:sz w:val="18"/>
              </w:rPr>
              <w:t>有前面的学习经验，学生会想到切割长方体来数体积单位的个数的方法计算长方体的体积。</w:t>
            </w:r>
          </w:p>
          <w:p>
            <w:pPr>
              <w:spacing w:after="20" w:line="276" w:lineRule="auto"/>
            </w:pPr>
            <w:r>
              <w:rPr>
                <w:rFonts w:ascii="宋体" w:hAnsi="宋体" w:eastAsia="宋体"/>
                <w:b w:val="0"/>
                <w:sz w:val="18"/>
              </w:rPr>
              <w:t>学生分组合作能很快摆出4种不同的长方体：①长12 cm、宽1 cm、高1 cm；②长4 cm、宽1 cm、高3 cm；③长6 cm、宽2 cm、高1 cm；④长3 cm、宽2 cm、高2 cm。</w:t>
            </w:r>
          </w:p>
          <w:p>
            <w:pPr>
              <w:spacing w:after="20" w:line="276" w:lineRule="auto"/>
            </w:pPr>
            <w:r>
              <w:rPr>
                <w:rFonts w:ascii="宋体" w:hAnsi="宋体" w:eastAsia="宋体"/>
                <w:b w:val="0"/>
                <w:sz w:val="18"/>
              </w:rPr>
              <w:t>学生的空间想象力有差异，不一定全部同学都能想到，但是一定会有少数同学知道，只要摆出一行、一列、一竖列(层数)的小正方体就能知道。</w:t>
            </w:r>
          </w:p>
          <w:p>
            <w:pPr>
              <w:spacing w:after="20" w:line="276" w:lineRule="auto"/>
            </w:pPr>
            <w:r>
              <w:rPr>
                <w:rFonts w:ascii="宋体" w:hAnsi="宋体" w:eastAsia="宋体"/>
                <w:b w:val="0"/>
                <w:sz w:val="18"/>
              </w:rPr>
              <w:t>通过观察、分析，有的学生会发现，不管怎样摆，体积都是12 cm3，还有的学生发现长方体的长、宽、高就是所摆小正方体每行的个数、行数和层数。</w:t>
            </w:r>
          </w:p>
          <w:p>
            <w:pPr>
              <w:spacing w:after="20" w:line="276" w:lineRule="auto"/>
            </w:pPr>
            <w:r>
              <w:rPr>
                <w:rFonts w:ascii="宋体" w:hAnsi="宋体" w:eastAsia="宋体"/>
                <w:b w:val="0"/>
                <w:sz w:val="18"/>
              </w:rPr>
              <w:t>学生很容易说出“长方体的体积＝长×宽×高”，但是“为什么”，学生不一定清楚，教师要引导学生理解到位。</w:t>
            </w:r>
          </w:p>
          <w:p>
            <w:pPr>
              <w:spacing w:after="20" w:line="276" w:lineRule="auto"/>
            </w:pPr>
            <w:r>
              <w:rPr>
                <w:rFonts w:ascii="宋体" w:hAnsi="宋体" w:eastAsia="宋体"/>
                <w:b w:val="0"/>
                <w:sz w:val="18"/>
              </w:rPr>
              <w:t>有些学生理解这两种量之间的转化关系是有障碍的，可借助课件演示或反复实物操作帮助他们建立表象，逐步理解。</w:t>
            </w:r>
          </w:p>
          <w:p>
            <w:pPr>
              <w:spacing w:after="20" w:line="276" w:lineRule="auto"/>
            </w:pPr>
            <w:r>
              <w:rPr>
                <w:rFonts w:ascii="宋体" w:hAnsi="宋体" w:eastAsia="宋体"/>
                <w:b w:val="0"/>
                <w:sz w:val="18"/>
              </w:rPr>
              <w:t>学生想到正方体是特殊的长方体，也会想到正方体的体积也是长、宽、高相乘，还有学生会想到正方体的长、宽、高都相等，所以应是三条棱长相乘。</w:t>
            </w:r>
          </w:p>
          <w:p>
            <w:pPr>
              <w:spacing w:after="20" w:line="276" w:lineRule="auto"/>
            </w:pPr>
            <w:r>
              <w:rPr>
                <w:rFonts w:ascii="宋体" w:hAnsi="宋体" w:eastAsia="宋体"/>
                <w:b w:val="0"/>
                <w:sz w:val="18"/>
              </w:rPr>
              <w:t>多数学生能正确表示正方体的体积计算公式，许多学生选择用字母来表示公式。</w:t>
            </w:r>
          </w:p>
          <w:p>
            <w:pPr>
              <w:spacing w:after="20" w:line="276" w:lineRule="auto"/>
            </w:pPr>
            <w:r>
              <w:rPr>
                <w:rFonts w:ascii="宋体" w:hAnsi="宋体" w:eastAsia="宋体"/>
                <w:b w:val="0"/>
                <w:sz w:val="18"/>
              </w:rPr>
              <w:t>a3表示3个a相乘。部分学生可能将a3与3a混淆，教师注意引导区分。</w:t>
            </w:r>
          </w:p>
        </w:tc>
        <w:tc>
          <w:tcPr>
            <w:tcW w:type="dxa" w:w="1814"/>
          </w:tcPr>
          <w:p>
            <w:pPr>
              <w:spacing w:after="20" w:line="276" w:lineRule="auto"/>
            </w:pPr>
            <w:r/>
            <w:r>
              <w:rPr>
                <w:rFonts w:ascii="宋体" w:hAnsi="宋体" w:eastAsia="宋体"/>
                <w:b w:val="0"/>
                <w:sz w:val="18"/>
              </w:rPr>
              <w:t>通过操作活动，唤醒学生已有的知识经验，激发学生探究如何计算长方体体积的兴趣，在观察比较中逐步获得成长，为推导体积计算公式搭好平台。</w:t>
            </w:r>
          </w:p>
          <w:p>
            <w:pPr>
              <w:spacing w:after="20" w:line="276" w:lineRule="auto"/>
            </w:pPr>
            <w:r>
              <w:rPr>
                <w:rFonts w:ascii="宋体" w:hAnsi="宋体" w:eastAsia="宋体"/>
                <w:b w:val="0"/>
                <w:sz w:val="18"/>
              </w:rPr>
              <w:t>通过一系列的数学活动，从一个一个地数小正方体的个数得出体积，再发现只摆长、宽、高就能推算出长方体的体积，最后体会到只要量一量长、宽、高就能计算出体积。从实际操作到简化操作再到想象操作，使学生的思维能力不断提升，由直观到抽象，引导学生自主发现规律，推导出长方体和正方体的体积计算公式，帮助他们较好地建立空间感。</w:t>
            </w:r>
          </w:p>
          <w:p>
            <w:pPr>
              <w:spacing w:after="20" w:line="276" w:lineRule="auto"/>
            </w:pPr>
            <w:r>
              <w:rPr>
                <w:rFonts w:ascii="宋体" w:hAnsi="宋体" w:eastAsia="宋体"/>
                <w:b w:val="0"/>
                <w:sz w:val="18"/>
              </w:rPr>
              <w:t>促使学生自主学习，让他们体验数学严密而巧妙的逻辑推理关系。</w:t>
            </w:r>
          </w:p>
          <w:p>
            <w:pPr>
              <w:spacing w:after="20" w:line="276" w:lineRule="auto"/>
            </w:pPr>
            <w:r>
              <w:rPr>
                <w:rFonts w:ascii="宋体" w:hAnsi="宋体" w:eastAsia="宋体"/>
                <w:b w:val="0"/>
                <w:sz w:val="18"/>
              </w:rPr>
              <w:t>3次方是新一级运算，学生第一次接触，通过读、写、算加深对其意义的理解。</w:t>
            </w:r>
          </w:p>
        </w:tc>
      </w:tr>
      <w:tr>
        <w:tc>
          <w:tcPr>
            <w:tcW w:type="dxa" w:w="1474"/>
          </w:tcPr>
          <w:p>
            <w:pPr>
              <w:spacing w:after="20" w:line="276" w:lineRule="auto"/>
            </w:pPr>
            <w:r>
              <w:rPr>
                <w:b/>
              </w:rPr>
            </w:r>
            <w:r>
              <w:rPr>
                <w:rFonts w:ascii="宋体" w:hAnsi="宋体" w:eastAsia="宋体"/>
                <w:b/>
                <w:sz w:val="18"/>
              </w:rPr>
              <w:t>三、理解应用，巩固提高</w:t>
            </w:r>
          </w:p>
        </w:tc>
        <w:tc>
          <w:tcPr>
            <w:tcW w:type="dxa" w:w="3061"/>
          </w:tcPr>
          <w:p>
            <w:pPr>
              <w:spacing w:after="20" w:line="276" w:lineRule="auto"/>
            </w:pPr>
            <w:r/>
            <w:r>
              <w:rPr>
                <w:rFonts w:ascii="宋体" w:hAnsi="宋体" w:eastAsia="宋体"/>
                <w:b w:val="0"/>
                <w:sz w:val="18"/>
              </w:rPr>
              <w:t>课件出示教科书P30例1。</w:t>
            </w:r>
          </w:p>
          <w:p>
            <w:pPr>
              <w:spacing w:after="20" w:line="276" w:lineRule="auto"/>
            </w:pPr>
            <w:r>
              <w:rPr>
                <w:rFonts w:ascii="宋体" w:hAnsi="宋体" w:eastAsia="宋体"/>
                <w:b w:val="0"/>
                <w:sz w:val="18"/>
              </w:rPr>
              <w:t>(1)观察图形，从图中读出数学信息。</w:t>
            </w:r>
          </w:p>
          <w:p>
            <w:pPr>
              <w:spacing w:after="20" w:line="276" w:lineRule="auto"/>
            </w:pPr>
            <w:r>
              <w:rPr>
                <w:rFonts w:ascii="宋体" w:hAnsi="宋体" w:eastAsia="宋体"/>
                <w:b w:val="0"/>
                <w:sz w:val="18"/>
              </w:rPr>
              <w:t>师：从图中你们能找出哪些已知条件？</w:t>
            </w:r>
          </w:p>
          <w:p>
            <w:pPr>
              <w:spacing w:after="20" w:line="276" w:lineRule="auto"/>
            </w:pPr>
            <w:r>
              <w:rPr>
                <w:rFonts w:ascii="宋体" w:hAnsi="宋体" w:eastAsia="宋体"/>
                <w:b w:val="0"/>
                <w:sz w:val="18"/>
              </w:rPr>
              <w:t>(2)分析并计算。</w:t>
            </w:r>
          </w:p>
          <w:p>
            <w:pPr>
              <w:spacing w:after="20" w:line="276" w:lineRule="auto"/>
            </w:pPr>
            <w:r>
              <w:rPr>
                <w:rFonts w:ascii="宋体" w:hAnsi="宋体" w:eastAsia="宋体"/>
                <w:b w:val="0"/>
                <w:sz w:val="18"/>
              </w:rPr>
              <w:t>师：要求一个长方体的体积必须知道什么？求正方体的体积呢？</w:t>
            </w:r>
          </w:p>
          <w:p>
            <w:pPr>
              <w:spacing w:after="20" w:line="276" w:lineRule="auto"/>
            </w:pPr>
            <w:r>
              <w:rPr>
                <w:rFonts w:ascii="宋体" w:hAnsi="宋体" w:eastAsia="宋体"/>
                <w:b w:val="0"/>
                <w:sz w:val="18"/>
              </w:rPr>
              <w:t>(3)根据公式完成计算并检查。</w:t>
            </w:r>
          </w:p>
        </w:tc>
        <w:tc>
          <w:tcPr>
            <w:tcW w:type="dxa" w:w="3061"/>
          </w:tcPr>
          <w:p>
            <w:pPr>
              <w:spacing w:after="20" w:line="276" w:lineRule="auto"/>
            </w:pPr>
            <w:r/>
            <w:r>
              <w:rPr>
                <w:rFonts w:ascii="宋体" w:hAnsi="宋体" w:eastAsia="宋体"/>
                <w:b w:val="0"/>
                <w:sz w:val="18"/>
              </w:rPr>
              <w:t>大多数学生能正确利用公式直接求出长方体和正方体的体积。</w:t>
            </w:r>
          </w:p>
        </w:tc>
        <w:tc>
          <w:tcPr>
            <w:tcW w:type="dxa" w:w="1814"/>
          </w:tcPr>
          <w:p>
            <w:pPr>
              <w:spacing w:after="20" w:line="276" w:lineRule="auto"/>
            </w:pPr>
            <w:r/>
            <w:r>
              <w:rPr>
                <w:rFonts w:ascii="宋体" w:hAnsi="宋体" w:eastAsia="宋体"/>
                <w:b w:val="0"/>
                <w:sz w:val="18"/>
              </w:rPr>
              <w:t>给学生学以致用的机会，通过解决实际问题巩固计算方法。</w:t>
            </w:r>
          </w:p>
        </w:tc>
      </w:tr>
      <w:tr>
        <w:tc>
          <w:tcPr>
            <w:tcW w:type="dxa" w:w="1474"/>
          </w:tcPr>
          <w:p>
            <w:pPr>
              <w:spacing w:after="20" w:line="276" w:lineRule="auto"/>
            </w:pPr>
            <w:r>
              <w:rPr>
                <w:b/>
              </w:rPr>
            </w:r>
            <w:r>
              <w:rPr>
                <w:rFonts w:ascii="宋体" w:hAnsi="宋体" w:eastAsia="宋体"/>
                <w:b/>
                <w:sz w:val="18"/>
              </w:rPr>
              <w:t>四、深化理解，统一公式</w:t>
            </w:r>
          </w:p>
        </w:tc>
        <w:tc>
          <w:tcPr>
            <w:tcW w:type="dxa" w:w="3061"/>
          </w:tcPr>
          <w:p>
            <w:pPr>
              <w:spacing w:after="20" w:line="276" w:lineRule="auto"/>
            </w:pPr>
            <w:r/>
            <w:r>
              <w:rPr>
                <w:rFonts w:ascii="宋体" w:hAnsi="宋体" w:eastAsia="宋体"/>
                <w:b w:val="0"/>
                <w:sz w:val="18"/>
              </w:rPr>
              <w:t>思考：什么叫底面积？长方体和正方体的底面积怎么求？</w:t>
            </w:r>
          </w:p>
          <w:p>
            <w:pPr>
              <w:spacing w:after="20" w:line="276" w:lineRule="auto"/>
            </w:pPr>
            <w:r>
              <w:rPr>
                <w:rFonts w:ascii="宋体" w:hAnsi="宋体" w:eastAsia="宋体"/>
                <w:b w:val="0"/>
                <w:sz w:val="18"/>
              </w:rPr>
              <w:t>师：为什么长方体和正方体的体积计算公式都可以用“底面积×高”来表示？这个公式用字母怎么表示？</w:t>
            </w:r>
          </w:p>
          <w:p>
            <w:pPr>
              <w:spacing w:after="20" w:line="276" w:lineRule="auto"/>
            </w:pPr>
            <w:r>
              <w:rPr>
                <w:rFonts w:ascii="宋体" w:hAnsi="宋体" w:eastAsia="宋体"/>
                <w:b w:val="0"/>
                <w:sz w:val="18"/>
              </w:rPr>
              <w:t>课件呈现内在联系。</w:t>
            </w:r>
          </w:p>
          <w:p>
            <w:pPr>
              <w:spacing w:after="20" w:line="276" w:lineRule="auto"/>
            </w:pPr>
            <w:r>
              <w:rPr>
                <w:rFonts w:ascii="宋体" w:hAnsi="宋体" w:eastAsia="宋体"/>
                <w:b w:val="0"/>
                <w:sz w:val="18"/>
              </w:rPr>
              <w:t>板书：长方体(或正方体)的体积＝底面积×高　V＝Sh</w:t>
            </w:r>
          </w:p>
        </w:tc>
        <w:tc>
          <w:tcPr>
            <w:tcW w:type="dxa" w:w="3061"/>
          </w:tcPr>
          <w:p>
            <w:pPr>
              <w:spacing w:after="20" w:line="276" w:lineRule="auto"/>
            </w:pPr>
            <w:r/>
            <w:r>
              <w:rPr>
                <w:rFonts w:ascii="宋体" w:hAnsi="宋体" w:eastAsia="宋体"/>
                <w:b w:val="0"/>
                <w:sz w:val="18"/>
              </w:rPr>
              <w:t>1.学生自学教科书P31内容。</w:t>
            </w:r>
          </w:p>
          <w:p>
            <w:pPr>
              <w:spacing w:after="20" w:line="276" w:lineRule="auto"/>
            </w:pPr>
            <w:r>
              <w:rPr>
                <w:rFonts w:ascii="宋体" w:hAnsi="宋体" w:eastAsia="宋体"/>
                <w:b w:val="0"/>
                <w:sz w:val="18"/>
              </w:rPr>
              <w:t>长方体或正方体底面的面积叫作底面积。长方体的底面积＝长×宽，正方体的底面积＝棱长×棱长。</w:t>
            </w:r>
          </w:p>
          <w:p>
            <w:pPr>
              <w:spacing w:after="20" w:line="276" w:lineRule="auto"/>
            </w:pPr>
            <w:r>
              <w:rPr>
                <w:rFonts w:ascii="宋体" w:hAnsi="宋体" w:eastAsia="宋体"/>
                <w:b w:val="0"/>
                <w:sz w:val="18"/>
              </w:rPr>
              <w:t>2．汇报自学收获。</w:t>
            </w:r>
          </w:p>
          <w:p>
            <w:pPr>
              <w:spacing w:after="20" w:line="276" w:lineRule="auto"/>
            </w:pPr>
            <w:r>
              <w:rPr>
                <w:rFonts w:ascii="宋体" w:hAnsi="宋体" w:eastAsia="宋体"/>
                <w:b w:val="0"/>
                <w:sz w:val="18"/>
              </w:rPr>
              <w:t>学生结合长方体和正方体的体积计算公式很快发现，长方体的体积＝长×宽×高＝底面积×高，正方体的体积＝棱长×棱长×棱长＝底面积×棱长＝底面积×高。用S表示底面积，h表示高，V表示体积，则V＝Sh。</w:t>
            </w:r>
          </w:p>
          <w:p>
            <w:pPr>
              <w:spacing w:after="20" w:line="276" w:lineRule="auto"/>
            </w:pPr>
            <w:r>
              <w:rPr>
                <w:rFonts w:ascii="宋体" w:hAnsi="宋体" w:eastAsia="宋体"/>
                <w:b w:val="0"/>
                <w:sz w:val="18"/>
              </w:rPr>
              <w:t>学生能理解“底面积”是什么，但少数学生对“为什么长方体(或正方体)体积等于底面积乘高”还是有疑惑的。</w:t>
            </w:r>
          </w:p>
        </w:tc>
        <w:tc>
          <w:tcPr>
            <w:tcW w:type="dxa" w:w="1814"/>
          </w:tcPr>
          <w:p>
            <w:pPr>
              <w:spacing w:after="20" w:line="276" w:lineRule="auto"/>
            </w:pPr>
            <w:r/>
            <w:r>
              <w:rPr>
                <w:rFonts w:ascii="宋体" w:hAnsi="宋体" w:eastAsia="宋体"/>
                <w:b w:val="0"/>
                <w:sz w:val="18"/>
              </w:rPr>
              <w:t>用自学的方式，让学生独立发现并理解体积计算公式的实际含义。</w:t>
            </w:r>
          </w:p>
        </w:tc>
      </w:tr>
      <w:tr>
        <w:tc>
          <w:tcPr>
            <w:tcW w:type="dxa" w:w="1474"/>
          </w:tcPr>
          <w:p>
            <w:pPr>
              <w:spacing w:after="20" w:line="276" w:lineRule="auto"/>
            </w:pPr>
            <w:r>
              <w:rPr>
                <w:b/>
              </w:rPr>
            </w:r>
            <w:r>
              <w:rPr>
                <w:rFonts w:ascii="宋体" w:hAnsi="宋体" w:eastAsia="宋体"/>
                <w:b/>
                <w:sz w:val="18"/>
              </w:rPr>
              <w:t>五、实践应用，内化知识</w:t>
            </w:r>
          </w:p>
        </w:tc>
        <w:tc>
          <w:tcPr>
            <w:tcW w:type="dxa" w:w="3061"/>
          </w:tcPr>
          <w:p>
            <w:pPr>
              <w:spacing w:after="20" w:line="276" w:lineRule="auto"/>
            </w:pPr>
            <w:r/>
            <w:r>
              <w:rPr>
                <w:rFonts w:ascii="宋体" w:hAnsi="宋体" w:eastAsia="宋体"/>
                <w:b w:val="0"/>
                <w:sz w:val="18"/>
              </w:rPr>
              <w:t>2．解答课前提出的问题：怎样知道饮料箱、香皂的体积是多少？</w:t>
            </w:r>
          </w:p>
        </w:tc>
        <w:tc>
          <w:tcPr>
            <w:tcW w:type="dxa" w:w="3061"/>
          </w:tcPr>
          <w:p>
            <w:pPr>
              <w:spacing w:after="20" w:line="276" w:lineRule="auto"/>
            </w:pPr>
            <w:r/>
            <w:r>
              <w:rPr>
                <w:rFonts w:ascii="宋体" w:hAnsi="宋体" w:eastAsia="宋体"/>
                <w:b w:val="0"/>
                <w:sz w:val="18"/>
              </w:rPr>
              <w:t>1.学生独立完成教科书P31“做一做”。</w:t>
            </w:r>
          </w:p>
          <w:p>
            <w:pPr>
              <w:spacing w:after="20" w:line="276" w:lineRule="auto"/>
            </w:pPr>
            <w:r>
              <w:rPr>
                <w:rFonts w:ascii="宋体" w:hAnsi="宋体" w:eastAsia="宋体"/>
                <w:b w:val="0"/>
                <w:sz w:val="18"/>
              </w:rPr>
              <w:t>多数学生能正确列式计算，在应用中理解巩固。</w:t>
            </w:r>
          </w:p>
          <w:p>
            <w:pPr>
              <w:spacing w:after="20" w:line="276" w:lineRule="auto"/>
            </w:pPr>
            <w:r>
              <w:rPr>
                <w:rFonts w:ascii="宋体" w:hAnsi="宋体" w:eastAsia="宋体"/>
                <w:b w:val="0"/>
                <w:sz w:val="18"/>
              </w:rPr>
              <w:t>学生自主解答后展示交流。</w:t>
            </w:r>
          </w:p>
        </w:tc>
        <w:tc>
          <w:tcPr>
            <w:tcW w:type="dxa" w:w="1814"/>
          </w:tcPr>
          <w:p>
            <w:pPr>
              <w:spacing w:after="20" w:line="276" w:lineRule="auto"/>
            </w:pPr>
            <w:r/>
            <w:r>
              <w:rPr>
                <w:rFonts w:ascii="宋体" w:hAnsi="宋体" w:eastAsia="宋体"/>
                <w:b w:val="0"/>
                <w:sz w:val="18"/>
              </w:rPr>
              <w:t>让学生在学以致用中掌握长方体体积的计算方法，培养学生的应用意识。</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师：通过这节课的学习，你们对长方体、正方体有了哪些新的认识？计算长方体体积和计算正方体体积有哪些相同和不同之处？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引导学生回顾梳理本课所学，完善认知结构，提升归纳与反思能力，核心问题："通过这节课的学习，你们对长方体、正方体有了哪些新的认识？计算长方体体积和计算正方体体积有哪些相同和不同之处？"</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教科书P29～31例1，完成教科书P31“做一做”。</w:t>
      </w:r>
    </w:p>
    <w:p>
      <w:pPr>
        <w:spacing w:after="40" w:line="300" w:lineRule="auto"/>
        <w:ind w:firstLine="400"/>
      </w:pPr>
      <w:r>
        <w:rPr>
          <w:rFonts w:ascii="宋体" w:hAnsi="宋体" w:eastAsia="宋体"/>
          <w:b w:val="0"/>
          <w:sz w:val="20"/>
        </w:rPr>
        <w:t>② 原设计安排：见“状元成才路”系列丛书《创优作业100分》对应课时作业。 计算下面各立体图形的体积。 参考答案 10×4×5＝200(cm3) 7×7×7＝343(m3) 60×18＝1080(dm3)eq \x(\a\vs4\al(教学资源),,,INCLUDEPICTURE"慕69.TIF") 【教学笔记】 【教学提示】 不要急于让学生动手操作，先多让学生说说有哪些方法可以知道长方体的体积。 【教学提示】 没有学具的可以让学生说，教师演示操作，或者用课件演示。 【教学提示】 要引导学生将每行、每列、每层的小正方体的个数与长方体的长、宽、高建立联系。 【教学提示】 学生自学时，教师教一些方法，如划重点、做记号等。</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利用教具的演示和学生的动手操作，让学生用12个1立方厘米的小正方体拼摆出不同的长方体，并把长、宽、高的数据填入表格中，引导学生思考每行、每列、每层所摆小正方体的个数分别与长方体的长、宽、高有什么关系，学生通过观察比较，发现长方体体积的计算公式。本节课发展了学生的空间观念，加深了学生对长 方体体积计算公式的理解。通过“做一做”的结果来看，本节课达到了预期的效果。</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体积单位间的进率</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体积单位间的进率</w:t>
            </w:r>
          </w:p>
        </w:tc>
        <w:tc>
          <w:tcPr>
            <w:tcW w:type="dxa" w:w="6009"/>
          </w:tcPr>
          <w:p>
            <w:pPr>
              <w:spacing w:after="20" w:line="276" w:lineRule="auto"/>
            </w:pPr>
            <w:r/>
            <w:r>
              <w:rPr>
                <w:rFonts w:ascii="宋体" w:hAnsi="宋体" w:eastAsia="宋体"/>
                <w:b w:val="0"/>
                <w:sz w:val="20"/>
              </w:rPr>
              <w:t>第3单元 长方体和正方体（长方体和正方体的体积）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教学内容：教科书P34～35例2～4，完成教科书P35“做一做”和P36“练习八”中第1题。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（1）掌握相邻两个体积单位间的进率，会利用体积单位间的进率进行简单的换算。</w:t>
      </w:r>
    </w:p>
    <w:p>
      <w:pPr>
        <w:spacing w:after="20" w:line="300" w:lineRule="auto"/>
        <w:ind w:firstLine="400"/>
      </w:pPr>
      <w:r>
        <w:rPr>
          <w:rFonts w:ascii="宋体" w:hAnsi="宋体" w:eastAsia="宋体"/>
          <w:b w:val="0"/>
          <w:sz w:val="20"/>
        </w:rPr>
        <w:t>（2）经历相邻体积单位换算的推导过程，培养学生的探究能力和迁移类推能力。</w:t>
      </w:r>
    </w:p>
    <w:p>
      <w:pPr>
        <w:spacing w:after="20" w:line="300" w:lineRule="auto"/>
        <w:ind w:firstLine="400"/>
      </w:pPr>
      <w:r>
        <w:rPr>
          <w:rFonts w:ascii="宋体" w:hAnsi="宋体" w:eastAsia="宋体"/>
          <w:b w:val="0"/>
          <w:sz w:val="20"/>
        </w:rPr>
        <w:t>（3）在正确应用体积单位间的进率进行名数的换算，解决简单实际问题的过程中，体会数学的应用价值。</w:t>
      </w:r>
    </w:p>
    <w:p>
      <w:pPr>
        <w:spacing w:after="20" w:line="300" w:lineRule="auto"/>
      </w:pPr>
      <w:r>
        <w:rPr>
          <w:rFonts w:ascii="宋体" w:hAnsi="宋体" w:eastAsia="宋体"/>
          <w:b w:val="0"/>
          <w:sz w:val="20"/>
        </w:rPr>
        <w:t>教学重点：体积单位间名数的换算。</w:t>
      </w:r>
    </w:p>
    <w:p>
      <w:pPr>
        <w:spacing w:after="20" w:line="300" w:lineRule="auto"/>
      </w:pPr>
      <w:r>
        <w:rPr>
          <w:rFonts w:ascii="宋体" w:hAnsi="宋体" w:eastAsia="宋体"/>
          <w:b w:val="0"/>
          <w:sz w:val="20"/>
        </w:rPr>
        <w:t>教学难点：低级名数换算成高级名数时小数点的位置移动。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同学们还记得我们已经学过哪些常用的长度单位吗？你知道相邻两个长度单位间的进率是多少吗？；我们还学过哪些常用的面积单位呢？相邻两个面积单位间的进率是多少呢？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二、直观演示，推算进率</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到现在为止，我们已经学习了哪些长度单位、面积单位、体积单位？</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三、理解应用，巩固提高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高级单位的数换算成低级单位的数，怎么换算？；这里是由低级单位的数换算成高级单位的数。低级单位的数换算成高级单位的数怎么换算呢？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四、体积单位换算的实际应用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用立方厘米作牛奶包装箱的体积单位合适吗？你觉得哪个单位更合适？为什么？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五、实际运用，巩固提升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通过这节课的学习，你们对体积单位有了哪些新的认识？在进行各种计量单位的换算时，要注意些什么？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一、复习旧知识，引入新课</w:t>
            </w:r>
          </w:p>
        </w:tc>
        <w:tc>
          <w:tcPr>
            <w:tcW w:type="dxa" w:w="3061"/>
          </w:tcPr>
          <w:p>
            <w:pPr>
              <w:spacing w:after="20" w:line="276" w:lineRule="auto"/>
            </w:pPr>
            <w:r/>
            <w:r>
              <w:rPr>
                <w:rFonts w:ascii="宋体" w:hAnsi="宋体" w:eastAsia="宋体"/>
                <w:b w:val="0"/>
                <w:sz w:val="18"/>
              </w:rPr>
              <w:t>师：同学们还记得我们已经学过哪些常用的长度单位吗？你知道相邻两个长度单位间的进率是多少吗？</w:t>
            </w:r>
          </w:p>
          <w:p>
            <w:pPr>
              <w:spacing w:after="20" w:line="276" w:lineRule="auto"/>
            </w:pPr>
            <w:r>
              <w:rPr>
                <w:rFonts w:ascii="宋体" w:hAnsi="宋体" w:eastAsia="宋体"/>
                <w:b w:val="0"/>
                <w:sz w:val="18"/>
              </w:rPr>
              <w:t>师：我们还学过哪些常用的面积单位呢？相邻两个面积单位间的进率是多少呢？</w:t>
            </w:r>
          </w:p>
          <w:p>
            <w:pPr>
              <w:spacing w:after="20" w:line="276" w:lineRule="auto"/>
            </w:pPr>
            <w:r>
              <w:rPr>
                <w:rFonts w:ascii="宋体" w:hAnsi="宋体" w:eastAsia="宋体"/>
                <w:b w:val="0"/>
                <w:sz w:val="18"/>
              </w:rPr>
              <w:t>师：常用的体积单位有哪些呢？</w:t>
            </w:r>
          </w:p>
          <w:p>
            <w:pPr>
              <w:spacing w:after="20" w:line="276" w:lineRule="auto"/>
            </w:pPr>
            <w:r>
              <w:rPr>
                <w:rFonts w:ascii="宋体" w:hAnsi="宋体" w:eastAsia="宋体"/>
                <w:b w:val="0"/>
                <w:sz w:val="18"/>
              </w:rPr>
              <w:t>师：猜想一下相邻两个体积单位间的进率可能是多少呢？这节课我们就一起来研究体积单位间的进率。(板书课题：体积单位间的进率)</w:t>
            </w:r>
          </w:p>
        </w:tc>
        <w:tc>
          <w:tcPr>
            <w:tcW w:type="dxa" w:w="3061"/>
          </w:tcPr>
          <w:p>
            <w:pPr>
              <w:spacing w:after="20" w:line="276" w:lineRule="auto"/>
            </w:pPr>
            <w:r/>
            <w:r>
              <w:rPr>
                <w:rFonts w:ascii="宋体" w:hAnsi="宋体" w:eastAsia="宋体"/>
                <w:b w:val="0"/>
                <w:sz w:val="18"/>
              </w:rPr>
              <w:t>对于长度单位、面积单位，学生已经很熟悉，能熟练地回答；对于体积单位，有些学生会联系相邻的长度单位、面积单位的进率分别是10、100进行猜想。</w:t>
            </w:r>
          </w:p>
        </w:tc>
        <w:tc>
          <w:tcPr>
            <w:tcW w:type="dxa" w:w="1814"/>
          </w:tcPr>
          <w:p>
            <w:pPr>
              <w:spacing w:after="20" w:line="276" w:lineRule="auto"/>
            </w:pPr>
            <w:r/>
            <w:r>
              <w:rPr>
                <w:rFonts w:ascii="宋体" w:hAnsi="宋体" w:eastAsia="宋体"/>
                <w:b w:val="0"/>
                <w:sz w:val="18"/>
              </w:rPr>
              <w:t>让学生在猜想、比较的过程中激发探究欲望，自觉调动已学过的知识经验，为后面的学习作铺垫。</w:t>
            </w:r>
          </w:p>
        </w:tc>
      </w:tr>
      <w:tr>
        <w:tc>
          <w:tcPr>
            <w:tcW w:type="dxa" w:w="1474"/>
          </w:tcPr>
          <w:p>
            <w:pPr>
              <w:spacing w:after="20" w:line="276" w:lineRule="auto"/>
            </w:pPr>
            <w:r>
              <w:rPr>
                <w:b/>
              </w:rPr>
            </w:r>
            <w:r>
              <w:rPr>
                <w:rFonts w:ascii="宋体" w:hAnsi="宋体" w:eastAsia="宋体"/>
                <w:b/>
                <w:sz w:val="18"/>
              </w:rPr>
              <w:t>二、直观演示，推算进率</w:t>
            </w:r>
          </w:p>
        </w:tc>
        <w:tc>
          <w:tcPr>
            <w:tcW w:type="dxa" w:w="3061"/>
          </w:tcPr>
          <w:p>
            <w:pPr>
              <w:spacing w:after="20" w:line="276" w:lineRule="auto"/>
            </w:pPr>
            <w:r/>
            <w:r>
              <w:rPr>
                <w:rFonts w:ascii="宋体" w:hAnsi="宋体" w:eastAsia="宋体"/>
                <w:b w:val="0"/>
                <w:sz w:val="18"/>
              </w:rPr>
              <w:t>1.探究发现，直观感知1 dm3＝1000 cm3。</w:t>
            </w:r>
          </w:p>
          <w:p>
            <w:pPr>
              <w:spacing w:after="20" w:line="276" w:lineRule="auto"/>
            </w:pPr>
            <w:r>
              <w:rPr>
                <w:rFonts w:ascii="宋体" w:hAnsi="宋体" w:eastAsia="宋体"/>
                <w:b w:val="0"/>
                <w:sz w:val="18"/>
              </w:rPr>
              <w:t>(1)课件出示教科书P34例2。</w:t>
            </w:r>
          </w:p>
          <w:p>
            <w:pPr>
              <w:spacing w:after="20" w:line="276" w:lineRule="auto"/>
            </w:pPr>
            <w:r>
              <w:rPr>
                <w:rFonts w:ascii="宋体" w:hAnsi="宋体" w:eastAsia="宋体"/>
                <w:b w:val="0"/>
                <w:sz w:val="18"/>
              </w:rPr>
              <w:t>(2)展示交流，完成进率推算。</w:t>
            </w:r>
          </w:p>
          <w:p>
            <w:pPr>
              <w:spacing w:after="20" w:line="276" w:lineRule="auto"/>
            </w:pPr>
            <w:r>
              <w:rPr>
                <w:rFonts w:ascii="宋体" w:hAnsi="宋体" w:eastAsia="宋体"/>
                <w:b w:val="0"/>
                <w:sz w:val="18"/>
              </w:rPr>
              <w:t>结合学生的交流，课件呈现直观图形。</w:t>
            </w:r>
          </w:p>
          <w:p>
            <w:pPr>
              <w:spacing w:after="20" w:line="276" w:lineRule="auto"/>
            </w:pPr>
            <w:r>
              <w:rPr>
                <w:rFonts w:ascii="宋体" w:hAnsi="宋体" w:eastAsia="宋体"/>
                <w:b w:val="0"/>
                <w:sz w:val="18"/>
              </w:rPr>
              <w:t>(3)归纳。</w:t>
            </w:r>
          </w:p>
          <w:p>
            <w:pPr>
              <w:spacing w:after="20" w:line="276" w:lineRule="auto"/>
            </w:pPr>
            <w:r>
              <w:rPr>
                <w:rFonts w:ascii="宋体" w:hAnsi="宋体" w:eastAsia="宋体"/>
                <w:b w:val="0"/>
                <w:sz w:val="18"/>
              </w:rPr>
              <w:t>师生归纳：1 dm3＝1000 cm3(板书)</w:t>
            </w:r>
          </w:p>
          <w:p>
            <w:pPr>
              <w:spacing w:after="20" w:line="276" w:lineRule="auto"/>
            </w:pPr>
            <w:r>
              <w:rPr>
                <w:rFonts w:ascii="宋体" w:hAnsi="宋体" w:eastAsia="宋体"/>
                <w:b w:val="0"/>
                <w:sz w:val="18"/>
              </w:rPr>
              <w:t>2.迁移推理，推算1 m3等于多少立方分米。</w:t>
            </w:r>
          </w:p>
          <w:p>
            <w:pPr>
              <w:spacing w:after="20" w:line="276" w:lineRule="auto"/>
            </w:pPr>
            <w:r>
              <w:rPr>
                <w:rFonts w:ascii="宋体" w:hAnsi="宋体" w:eastAsia="宋体"/>
                <w:b w:val="0"/>
                <w:sz w:val="18"/>
              </w:rPr>
              <w:t>(1)学生自主推算。</w:t>
            </w:r>
          </w:p>
          <w:p>
            <w:pPr>
              <w:spacing w:after="20" w:line="276" w:lineRule="auto"/>
            </w:pPr>
            <w:r>
              <w:rPr>
                <w:rFonts w:ascii="宋体" w:hAnsi="宋体" w:eastAsia="宋体"/>
                <w:b w:val="0"/>
                <w:sz w:val="18"/>
              </w:rPr>
              <w:t>(2)学生交流，课件同步展示。</w:t>
            </w:r>
          </w:p>
          <w:p>
            <w:pPr>
              <w:spacing w:after="20" w:line="276" w:lineRule="auto"/>
            </w:pPr>
            <w:r>
              <w:rPr>
                <w:rFonts w:ascii="宋体" w:hAnsi="宋体" w:eastAsia="宋体"/>
                <w:b w:val="0"/>
                <w:sz w:val="18"/>
              </w:rPr>
              <w:t>师生归纳：1 m3＝1000 dm3(板书)</w:t>
            </w:r>
          </w:p>
          <w:p>
            <w:pPr>
              <w:spacing w:after="20" w:line="276" w:lineRule="auto"/>
            </w:pPr>
            <w:r>
              <w:rPr>
                <w:rFonts w:ascii="宋体" w:hAnsi="宋体" w:eastAsia="宋体"/>
                <w:b w:val="0"/>
                <w:sz w:val="18"/>
              </w:rPr>
              <w:t>3.整理计量单位。</w:t>
            </w:r>
          </w:p>
          <w:p>
            <w:pPr>
              <w:spacing w:after="20" w:line="276" w:lineRule="auto"/>
            </w:pPr>
            <w:r>
              <w:rPr>
                <w:rFonts w:ascii="宋体" w:hAnsi="宋体" w:eastAsia="宋体"/>
                <w:b w:val="0"/>
                <w:sz w:val="18"/>
              </w:rPr>
              <w:t>师：到现在为止，我们已经学习了哪些长度单位、面积单位、体积单位？</w:t>
            </w:r>
          </w:p>
          <w:p>
            <w:pPr>
              <w:spacing w:after="20" w:line="276" w:lineRule="auto"/>
            </w:pPr>
            <w:r>
              <w:rPr>
                <w:rFonts w:ascii="宋体" w:hAnsi="宋体" w:eastAsia="宋体"/>
                <w:b w:val="0"/>
                <w:sz w:val="18"/>
              </w:rPr>
              <w:t>(1)学生独立完成表格。</w:t>
            </w:r>
          </w:p>
          <w:p>
            <w:pPr>
              <w:spacing w:after="20" w:line="276" w:lineRule="auto"/>
            </w:pPr>
            <w:r>
              <w:rPr>
                <w:rFonts w:ascii="宋体" w:hAnsi="宋体" w:eastAsia="宋体"/>
                <w:b w:val="0"/>
                <w:sz w:val="18"/>
              </w:rPr>
              <w:t>(2)学生交流，课件呈现完整的表格。</w:t>
            </w:r>
          </w:p>
        </w:tc>
        <w:tc>
          <w:tcPr>
            <w:tcW w:type="dxa" w:w="3061"/>
          </w:tcPr>
          <w:p>
            <w:pPr>
              <w:spacing w:after="20" w:line="276" w:lineRule="auto"/>
            </w:pPr>
            <w:r/>
            <w:r>
              <w:rPr>
                <w:rFonts w:ascii="宋体" w:hAnsi="宋体" w:eastAsia="宋体"/>
                <w:b w:val="0"/>
                <w:sz w:val="18"/>
              </w:rPr>
              <w:t>预设1：棱长1 dm，1 dm＝10 cm，所以沿着棱长切，可以分成10×10×10＝1000(个)棱长为1 cm、体积是1 cm3的小正方体。</w:t>
            </w:r>
          </w:p>
          <w:p>
            <w:pPr>
              <w:spacing w:after="20" w:line="276" w:lineRule="auto"/>
            </w:pPr>
            <w:r>
              <w:rPr>
                <w:rFonts w:ascii="宋体" w:hAnsi="宋体" w:eastAsia="宋体"/>
                <w:b w:val="0"/>
                <w:sz w:val="18"/>
              </w:rPr>
              <w:t>预设2：这个正方体的底面积是1 dm2，就是100 cm2，高是10 cm，所以体积是100×10＝1000 (cm3)。</w:t>
            </w:r>
          </w:p>
          <w:p>
            <w:pPr>
              <w:spacing w:after="20" w:line="276" w:lineRule="auto"/>
            </w:pPr>
            <w:r>
              <w:rPr>
                <w:rFonts w:ascii="宋体" w:hAnsi="宋体" w:eastAsia="宋体"/>
                <w:b w:val="0"/>
                <w:sz w:val="18"/>
              </w:rPr>
              <w:t>预设1：1 m＝10 dm，10×10×10＝1000(dm3)。</w:t>
            </w:r>
          </w:p>
          <w:p>
            <w:pPr>
              <w:spacing w:after="20" w:line="276" w:lineRule="auto"/>
            </w:pPr>
            <w:r>
              <w:rPr>
                <w:rFonts w:ascii="宋体" w:hAnsi="宋体" w:eastAsia="宋体"/>
                <w:b w:val="0"/>
                <w:sz w:val="18"/>
              </w:rPr>
              <w:t>预设2：1 m2＝100 dm2，底面积就是100 dm2，100×10＝1000(dm3)。</w:t>
            </w:r>
          </w:p>
          <w:p>
            <w:pPr>
              <w:spacing w:after="20" w:line="276" w:lineRule="auto"/>
            </w:pPr>
            <w:r>
              <w:rPr>
                <w:rFonts w:ascii="宋体" w:hAnsi="宋体" w:eastAsia="宋体"/>
                <w:b w:val="0"/>
                <w:sz w:val="18"/>
              </w:rPr>
              <w:t>学生交流后课件出示教科书P34下面表格。</w:t>
            </w:r>
          </w:p>
        </w:tc>
        <w:tc>
          <w:tcPr>
            <w:tcW w:type="dxa" w:w="1814"/>
          </w:tcPr>
          <w:p>
            <w:pPr>
              <w:spacing w:after="20" w:line="276" w:lineRule="auto"/>
            </w:pPr>
            <w:r/>
            <w:r>
              <w:rPr>
                <w:rFonts w:ascii="宋体" w:hAnsi="宋体" w:eastAsia="宋体"/>
                <w:b w:val="0"/>
                <w:sz w:val="18"/>
              </w:rPr>
              <w:t>有些学生对于理解这两种量之间的转化关系是有障碍的，可借助课件演示或反复实物操作帮助他们建立表象，逐步理解。</w:t>
            </w:r>
          </w:p>
          <w:p>
            <w:pPr>
              <w:spacing w:after="20" w:line="276" w:lineRule="auto"/>
            </w:pPr>
            <w:r>
              <w:rPr>
                <w:rFonts w:ascii="宋体" w:hAnsi="宋体" w:eastAsia="宋体"/>
                <w:b w:val="0"/>
                <w:sz w:val="18"/>
              </w:rPr>
              <w:t>引导学生利用类推的思路自主推导，完成进率推算，建构相邻两个体积单位间进率的模型。</w:t>
            </w:r>
          </w:p>
          <w:p>
            <w:pPr>
              <w:spacing w:after="20" w:line="276" w:lineRule="auto"/>
            </w:pPr>
            <w:r>
              <w:rPr>
                <w:rFonts w:ascii="宋体" w:hAnsi="宋体" w:eastAsia="宋体"/>
                <w:b w:val="0"/>
                <w:sz w:val="18"/>
              </w:rPr>
              <w:t>将长度单位、面积单位和体积单位及其相邻单位间的进率进行整理，促进知识的系统化。</w:t>
            </w:r>
          </w:p>
        </w:tc>
      </w:tr>
      <w:tr>
        <w:tc>
          <w:tcPr>
            <w:tcW w:type="dxa" w:w="1474"/>
          </w:tcPr>
          <w:p>
            <w:pPr>
              <w:spacing w:after="20" w:line="276" w:lineRule="auto"/>
            </w:pPr>
            <w:r>
              <w:rPr>
                <w:b/>
              </w:rPr>
            </w:r>
            <w:r>
              <w:rPr>
                <w:rFonts w:ascii="宋体" w:hAnsi="宋体" w:eastAsia="宋体"/>
                <w:b/>
                <w:sz w:val="18"/>
              </w:rPr>
              <w:t>三、理解应用，巩固提高</w:t>
            </w:r>
          </w:p>
        </w:tc>
        <w:tc>
          <w:tcPr>
            <w:tcW w:type="dxa" w:w="3061"/>
          </w:tcPr>
          <w:p>
            <w:pPr>
              <w:spacing w:after="20" w:line="276" w:lineRule="auto"/>
            </w:pPr>
            <w:r/>
            <w:r>
              <w:rPr>
                <w:rFonts w:ascii="宋体" w:hAnsi="宋体" w:eastAsia="宋体"/>
                <w:b w:val="0"/>
                <w:sz w:val="18"/>
              </w:rPr>
              <w:t>1.课件出示教科书P35例3(1)。</w:t>
            </w:r>
          </w:p>
          <w:p>
            <w:pPr>
              <w:spacing w:after="20" w:line="276" w:lineRule="auto"/>
            </w:pPr>
            <w:r>
              <w:rPr>
                <w:rFonts w:ascii="宋体" w:hAnsi="宋体" w:eastAsia="宋体"/>
                <w:b w:val="0"/>
                <w:sz w:val="18"/>
              </w:rPr>
              <w:t>师：因为1 m3比1 dm3大，所以将单位为m3的数换算成以dm3为单位的数，我们称之为高级单位的数换算成低级单位的数。</w:t>
            </w:r>
          </w:p>
          <w:p>
            <w:pPr>
              <w:spacing w:after="20" w:line="276" w:lineRule="auto"/>
            </w:pPr>
            <w:r>
              <w:rPr>
                <w:rFonts w:ascii="宋体" w:hAnsi="宋体" w:eastAsia="宋体"/>
                <w:b w:val="0"/>
                <w:sz w:val="18"/>
              </w:rPr>
              <w:t>师：高级单位的数换算成低级单位的数，怎么换算？</w:t>
            </w:r>
          </w:p>
          <w:p>
            <w:pPr>
              <w:spacing w:after="20" w:line="276" w:lineRule="auto"/>
            </w:pPr>
            <w:r>
              <w:rPr>
                <w:rFonts w:ascii="宋体" w:hAnsi="宋体" w:eastAsia="宋体"/>
                <w:b w:val="0"/>
                <w:sz w:val="18"/>
              </w:rPr>
              <w:t>教师引导学生概括：高级单位的数换算成低级单位的数乘进率，即高级单位的数低级单位的数。(师板书简洁表达方式)</w:t>
            </w:r>
          </w:p>
          <w:p>
            <w:pPr>
              <w:spacing w:after="20" w:line="276" w:lineRule="auto"/>
            </w:pPr>
            <w:r>
              <w:rPr>
                <w:rFonts w:ascii="宋体" w:hAnsi="宋体" w:eastAsia="宋体"/>
                <w:b w:val="0"/>
                <w:sz w:val="18"/>
              </w:rPr>
              <w:t>2．课件出示教科书P35例3(2)。</w:t>
            </w:r>
          </w:p>
          <w:p>
            <w:pPr>
              <w:spacing w:after="20" w:line="276" w:lineRule="auto"/>
            </w:pPr>
            <w:r>
              <w:rPr>
                <w:rFonts w:ascii="宋体" w:hAnsi="宋体" w:eastAsia="宋体"/>
                <w:b w:val="0"/>
                <w:sz w:val="18"/>
              </w:rPr>
              <w:t>师：这里是由低级单位的数换算成高级单位的数。低级单位的数换算成高级单位的数怎么换算呢？</w:t>
            </w:r>
          </w:p>
          <w:p>
            <w:pPr>
              <w:spacing w:after="20" w:line="276" w:lineRule="auto"/>
            </w:pPr>
            <w:r>
              <w:rPr>
                <w:rFonts w:ascii="宋体" w:hAnsi="宋体" w:eastAsia="宋体"/>
                <w:b w:val="0"/>
                <w:sz w:val="18"/>
              </w:rPr>
              <w:t>教师引导学生概括：低级单位的数换算成高级单位的数除以进率，即低级单位的数高级单位的数。(师板书简洁表达方式)</w:t>
            </w:r>
          </w:p>
          <w:p>
            <w:pPr>
              <w:spacing w:after="20" w:line="276" w:lineRule="auto"/>
            </w:pPr>
            <w:r>
              <w:rPr>
                <w:rFonts w:ascii="宋体" w:hAnsi="宋体" w:eastAsia="宋体"/>
                <w:b w:val="0"/>
                <w:sz w:val="18"/>
              </w:rPr>
              <w:t>师小结：高级单位的数换算成低级单位的数乘进率，低级单位的数换算成高级单位的数除以进率。(板书：高级单位的数低级单位的数)</w:t>
            </w:r>
          </w:p>
        </w:tc>
        <w:tc>
          <w:tcPr>
            <w:tcW w:type="dxa" w:w="3061"/>
          </w:tcPr>
          <w:p>
            <w:pPr>
              <w:spacing w:after="20" w:line="276" w:lineRule="auto"/>
            </w:pPr>
            <w:r/>
            <w:r>
              <w:rPr>
                <w:rFonts w:ascii="宋体" w:hAnsi="宋体" w:eastAsia="宋体"/>
                <w:b w:val="0"/>
                <w:sz w:val="18"/>
              </w:rPr>
              <w:t>同桌之间交流讨论。</w:t>
            </w:r>
          </w:p>
          <w:p>
            <w:pPr>
              <w:spacing w:after="20" w:line="276" w:lineRule="auto"/>
            </w:pPr>
            <w:r>
              <w:rPr>
                <w:rFonts w:ascii="宋体" w:hAnsi="宋体" w:eastAsia="宋体"/>
                <w:b w:val="0"/>
                <w:sz w:val="18"/>
              </w:rPr>
              <w:t>1 m3＝1000 dm3，3.8×1000＝3800，所以3.8 m3＝3800 dm3。</w:t>
            </w:r>
          </w:p>
          <w:p>
            <w:pPr>
              <w:spacing w:after="20" w:line="276" w:lineRule="auto"/>
            </w:pPr>
            <w:r>
              <w:rPr>
                <w:rFonts w:ascii="宋体" w:hAnsi="宋体" w:eastAsia="宋体"/>
                <w:b w:val="0"/>
                <w:sz w:val="18"/>
              </w:rPr>
              <w:t>同桌之间交流讨论。</w:t>
            </w:r>
          </w:p>
          <w:p>
            <w:pPr>
              <w:spacing w:after="20" w:line="276" w:lineRule="auto"/>
            </w:pPr>
            <w:r>
              <w:rPr>
                <w:rFonts w:ascii="宋体" w:hAnsi="宋体" w:eastAsia="宋体"/>
                <w:b w:val="0"/>
                <w:sz w:val="18"/>
              </w:rPr>
              <w:t>3．学生独立完成教科书P35“做一做”第1题。</w:t>
            </w:r>
          </w:p>
          <w:p>
            <w:pPr>
              <w:spacing w:after="20" w:line="276" w:lineRule="auto"/>
            </w:pPr>
            <w:r>
              <w:rPr>
                <w:rFonts w:ascii="宋体" w:hAnsi="宋体" w:eastAsia="宋体"/>
                <w:b w:val="0"/>
                <w:sz w:val="18"/>
              </w:rPr>
              <w:t>学生独立完成后交流，引导学生说说怎么想的，怎么做的。</w:t>
            </w:r>
          </w:p>
          <w:p>
            <w:pPr>
              <w:spacing w:after="20" w:line="276" w:lineRule="auto"/>
            </w:pPr>
            <w:r>
              <w:rPr>
                <w:rFonts w:ascii="宋体" w:hAnsi="宋体" w:eastAsia="宋体"/>
                <w:b w:val="0"/>
                <w:sz w:val="18"/>
              </w:rPr>
              <w:t>有较强数感的学生对于此类换算无障碍，但有些学生会把这两种换算弄混淆。</w:t>
            </w:r>
          </w:p>
        </w:tc>
        <w:tc>
          <w:tcPr>
            <w:tcW w:type="dxa" w:w="1814"/>
          </w:tcPr>
          <w:p>
            <w:pPr>
              <w:spacing w:after="20" w:line="276" w:lineRule="auto"/>
            </w:pPr>
            <w:r/>
            <w:r>
              <w:rPr>
                <w:rFonts w:ascii="宋体" w:hAnsi="宋体" w:eastAsia="宋体"/>
                <w:b w:val="0"/>
                <w:sz w:val="18"/>
              </w:rPr>
              <w:t>引导学生掌握体积单位换算的基本方法，鼓励他们灵活使用各种方法进行换算。</w:t>
            </w:r>
          </w:p>
          <w:p>
            <w:pPr>
              <w:spacing w:after="20" w:line="276" w:lineRule="auto"/>
            </w:pPr>
            <w:r>
              <w:rPr>
                <w:rFonts w:ascii="宋体" w:hAnsi="宋体" w:eastAsia="宋体"/>
                <w:b w:val="0"/>
                <w:sz w:val="18"/>
              </w:rPr>
              <w:t>（尊重学生的认知特点，选用dm3或m3作单位都给予肯定。【学情预设】1 dm3＝1000 cm3，2400÷1000＝2.4，所以2400 cm3＝2.4 dm3。）</w:t>
            </w:r>
          </w:p>
        </w:tc>
      </w:tr>
      <w:tr>
        <w:tc>
          <w:tcPr>
            <w:tcW w:type="dxa" w:w="1474"/>
          </w:tcPr>
          <w:p>
            <w:pPr>
              <w:spacing w:after="20" w:line="276" w:lineRule="auto"/>
            </w:pPr>
            <w:r>
              <w:rPr>
                <w:b/>
              </w:rPr>
            </w:r>
            <w:r>
              <w:rPr>
                <w:rFonts w:ascii="宋体" w:hAnsi="宋体" w:eastAsia="宋体"/>
                <w:b/>
                <w:sz w:val="18"/>
              </w:rPr>
              <w:t>四、体积单位换算的实际应用</w:t>
            </w:r>
          </w:p>
        </w:tc>
        <w:tc>
          <w:tcPr>
            <w:tcW w:type="dxa" w:w="3061"/>
          </w:tcPr>
          <w:p>
            <w:pPr>
              <w:spacing w:after="20" w:line="276" w:lineRule="auto"/>
            </w:pPr>
            <w:r/>
            <w:r>
              <w:rPr>
                <w:rFonts w:ascii="宋体" w:hAnsi="宋体" w:eastAsia="宋体"/>
                <w:b w:val="0"/>
                <w:sz w:val="18"/>
              </w:rPr>
              <w:t>课件出示教科书P35例4。</w:t>
            </w:r>
          </w:p>
          <w:p>
            <w:pPr>
              <w:spacing w:after="20" w:line="276" w:lineRule="auto"/>
            </w:pPr>
            <w:r>
              <w:rPr>
                <w:rFonts w:ascii="宋体" w:hAnsi="宋体" w:eastAsia="宋体"/>
                <w:b w:val="0"/>
                <w:sz w:val="18"/>
              </w:rPr>
              <w:t>(1)学生观察牛奶包装箱，找出计算体积所需的数据。</w:t>
            </w:r>
          </w:p>
          <w:p>
            <w:pPr>
              <w:spacing w:after="20" w:line="276" w:lineRule="auto"/>
            </w:pPr>
            <w:r>
              <w:rPr>
                <w:rFonts w:ascii="宋体" w:hAnsi="宋体" w:eastAsia="宋体"/>
                <w:b w:val="0"/>
                <w:sz w:val="18"/>
              </w:rPr>
              <w:t>(2)学生自主解答。</w:t>
            </w:r>
          </w:p>
          <w:p>
            <w:pPr>
              <w:spacing w:after="20" w:line="276" w:lineRule="auto"/>
            </w:pPr>
            <w:r>
              <w:rPr>
                <w:rFonts w:ascii="宋体" w:hAnsi="宋体" w:eastAsia="宋体"/>
                <w:b w:val="0"/>
                <w:sz w:val="18"/>
              </w:rPr>
              <w:t>(3)交流汇报。</w:t>
            </w:r>
          </w:p>
          <w:p>
            <w:pPr>
              <w:spacing w:after="20" w:line="276" w:lineRule="auto"/>
            </w:pPr>
            <w:r>
              <w:rPr>
                <w:rFonts w:ascii="宋体" w:hAnsi="宋体" w:eastAsia="宋体"/>
                <w:b w:val="0"/>
                <w:sz w:val="18"/>
              </w:rPr>
              <w:t>板书：V＝abh＝50×30×40＝60000( cm3)</w:t>
            </w:r>
          </w:p>
          <w:p>
            <w:pPr>
              <w:spacing w:after="20" w:line="276" w:lineRule="auto"/>
            </w:pPr>
            <w:r>
              <w:rPr>
                <w:rFonts w:ascii="宋体" w:hAnsi="宋体" w:eastAsia="宋体"/>
                <w:b w:val="0"/>
                <w:sz w:val="18"/>
              </w:rPr>
              <w:t>(4)师：用立方厘米作牛奶包装箱的体积单位合适吗？你觉得哪个单位更合适？为什么？</w:t>
            </w:r>
          </w:p>
        </w:tc>
        <w:tc>
          <w:tcPr>
            <w:tcW w:type="dxa" w:w="3061"/>
          </w:tcPr>
          <w:p>
            <w:pPr>
              <w:spacing w:after="20" w:line="276" w:lineRule="auto"/>
            </w:pPr>
            <w:r/>
            <w:r>
              <w:rPr>
                <w:rFonts w:ascii="宋体" w:hAnsi="宋体" w:eastAsia="宋体"/>
                <w:b w:val="0"/>
                <w:sz w:val="18"/>
              </w:rPr>
              <w:t>学生交流，教师板书：60000 cm3＝60 dm3＝0.06 m3</w:t>
            </w:r>
          </w:p>
          <w:p>
            <w:pPr>
              <w:spacing w:after="20" w:line="276" w:lineRule="auto"/>
            </w:pPr>
            <w:r>
              <w:rPr>
                <w:rFonts w:ascii="宋体" w:hAnsi="宋体" w:eastAsia="宋体"/>
                <w:b w:val="0"/>
                <w:sz w:val="18"/>
              </w:rPr>
              <w:t>当学生发现用立方厘米作单位数据较大时，自然能想到换算单位。有的学生觉得用dm3比较好，有的学生觉得用m3比较好。</w:t>
            </w:r>
          </w:p>
        </w:tc>
        <w:tc>
          <w:tcPr>
            <w:tcW w:type="dxa" w:w="1814"/>
          </w:tcPr>
          <w:p>
            <w:pPr>
              <w:spacing w:after="20" w:line="276" w:lineRule="auto"/>
            </w:pPr>
            <w:r/>
            <w:r>
              <w:rPr>
                <w:rFonts w:ascii="宋体" w:hAnsi="宋体" w:eastAsia="宋体"/>
                <w:b w:val="0"/>
                <w:sz w:val="18"/>
              </w:rPr>
              <w:t>引导学生根据实际情况进行体积单位换算，培养使用合适单位表示数量的习惯。</w:t>
            </w:r>
          </w:p>
        </w:tc>
      </w:tr>
      <w:tr>
        <w:tc>
          <w:tcPr>
            <w:tcW w:type="dxa" w:w="1474"/>
          </w:tcPr>
          <w:p>
            <w:pPr>
              <w:spacing w:after="20" w:line="276" w:lineRule="auto"/>
            </w:pPr>
            <w:r>
              <w:rPr>
                <w:b/>
              </w:rPr>
            </w:r>
            <w:r>
              <w:rPr>
                <w:rFonts w:ascii="宋体" w:hAnsi="宋体" w:eastAsia="宋体"/>
                <w:b/>
                <w:sz w:val="18"/>
              </w:rPr>
              <w:t>五、实际运用，巩固提升</w:t>
            </w:r>
          </w:p>
        </w:tc>
        <w:tc>
          <w:tcPr>
            <w:tcW w:type="dxa" w:w="3061"/>
          </w:tcPr>
          <w:p>
            <w:pPr>
              <w:spacing w:after="20" w:line="276" w:lineRule="auto"/>
            </w:pPr>
            <w:r/>
            <w:r>
              <w:rPr>
                <w:rFonts w:ascii="宋体" w:hAnsi="宋体" w:eastAsia="宋体"/>
                <w:b w:val="0"/>
                <w:sz w:val="18"/>
              </w:rPr>
              <w:t>1.完成教科书P35“做一做”第2题。</w:t>
            </w:r>
          </w:p>
          <w:p>
            <w:pPr>
              <w:spacing w:after="20" w:line="276" w:lineRule="auto"/>
            </w:pPr>
            <w:r>
              <w:rPr>
                <w:rFonts w:ascii="宋体" w:hAnsi="宋体" w:eastAsia="宋体"/>
                <w:b w:val="0"/>
                <w:sz w:val="18"/>
              </w:rPr>
              <w:t>2．完成教科书P36“练习八”第1题。</w:t>
            </w:r>
          </w:p>
          <w:p>
            <w:pPr>
              <w:spacing w:after="20" w:line="276" w:lineRule="auto"/>
            </w:pPr>
            <w:r>
              <w:rPr>
                <w:rFonts w:ascii="宋体" w:hAnsi="宋体" w:eastAsia="宋体"/>
                <w:b w:val="0"/>
                <w:sz w:val="18"/>
              </w:rPr>
              <w:t>3.课件出示习题。</w:t>
            </w:r>
          </w:p>
        </w:tc>
        <w:tc>
          <w:tcPr>
            <w:tcW w:type="dxa" w:w="3061"/>
          </w:tcPr>
          <w:p>
            <w:pPr>
              <w:spacing w:after="20" w:line="276" w:lineRule="auto"/>
            </w:pPr>
            <w:r/>
            <w:r>
              <w:rPr>
                <w:rFonts w:ascii="宋体" w:hAnsi="宋体" w:eastAsia="宋体"/>
                <w:b w:val="0"/>
                <w:sz w:val="18"/>
              </w:rPr>
              <w:t>学生独立完成后展示交流。</w:t>
            </w:r>
          </w:p>
          <w:p>
            <w:pPr>
              <w:spacing w:after="20" w:line="276" w:lineRule="auto"/>
            </w:pPr>
            <w:r>
              <w:rPr>
                <w:rFonts w:ascii="宋体" w:hAnsi="宋体" w:eastAsia="宋体"/>
                <w:b w:val="0"/>
                <w:sz w:val="18"/>
              </w:rPr>
              <w:t>预设1：学生没有统一单位，直接计算15×24×3＝1080(m3)。让学生评价对错，若错了，分析错在哪里，及时更正。</w:t>
            </w:r>
          </w:p>
          <w:p>
            <w:pPr>
              <w:spacing w:after="20" w:line="276" w:lineRule="auto"/>
            </w:pPr>
            <w:r>
              <w:rPr>
                <w:rFonts w:ascii="宋体" w:hAnsi="宋体" w:eastAsia="宋体"/>
                <w:b w:val="0"/>
                <w:sz w:val="18"/>
              </w:rPr>
              <w:t>预设2：各边长统一单位为“米”，再进行计算。</w:t>
            </w:r>
          </w:p>
          <w:p>
            <w:pPr>
              <w:spacing w:after="20" w:line="276" w:lineRule="auto"/>
            </w:pPr>
            <w:r>
              <w:rPr>
                <w:rFonts w:ascii="宋体" w:hAnsi="宋体" w:eastAsia="宋体"/>
                <w:b w:val="0"/>
                <w:sz w:val="18"/>
              </w:rPr>
              <w:t>有少数学生弄不清单位间的进率或者将乘进率和除以进率弄混淆了，教师引导更正，并强化方法。</w:t>
            </w:r>
          </w:p>
          <w:p>
            <w:pPr>
              <w:spacing w:after="20" w:line="276" w:lineRule="auto"/>
            </w:pPr>
            <w:r>
              <w:rPr>
                <w:rFonts w:ascii="宋体" w:hAnsi="宋体" w:eastAsia="宋体"/>
                <w:b w:val="0"/>
                <w:sz w:val="18"/>
              </w:rPr>
              <w:t>本道题中的棱长涉及3个长度单位，学生容易混淆，除了解答时要仔细，更要注意最后的单位是“立方分米”，允许学生用不同的方法解答。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师：通过这节课的学习，你们对体积单位有了哪些新的认识？在进行各种计量单位的换算时，要注意些什么？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引导学生回顾梳理本课所学，完善认知结构，提升归纳与反思能力，核心问题："通过这节课的学习，你们对体积单位有了哪些新的认识？在进行各种计量单位的换算时，要注意些什么？"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教科书P34～35例2～4，完成教科书P35“做一做”和P36“练习八”中第1题。</w:t>
      </w:r>
    </w:p>
    <w:p>
      <w:pPr>
        <w:spacing w:after="40" w:line="300" w:lineRule="auto"/>
        <w:ind w:firstLine="400"/>
      </w:pPr>
      <w:r>
        <w:rPr>
          <w:rFonts w:ascii="宋体" w:hAnsi="宋体" w:eastAsia="宋体"/>
          <w:b w:val="0"/>
          <w:sz w:val="20"/>
        </w:rPr>
        <w:t>② 原设计安排：见“状元成才路”系列丛书《创优作业100分》对应课时作业。 1.(1)棱长为1 m的正方体，体积是1 m3，它也可以看成棱长是10 dm的正方体，它的体积是( )dm3，所以1 m3＝( )dm3。 (2)6.5 m3＝( )dm3 15 cm3＝( )dm3 0.03 dm2＝( )cm2 6．25 m3＝( )m3( )dm3 3 dm350 cm3＝( )dm3＝( )cm3 秦始皇兵马俑被誉为“世界第八大奇迹”。其中最早发现的一号俑坑近似长方 体，东西长23000 cm，南北宽6200 cm，深约500 cm。挖一个这样的坑，大约可以挖出( )m3的土。 2要在一块长25 m、宽9 m的长方形地面上铺一层6 cm厚的沙土。一辆车每次能运1.5 m3的沙土，所需的沙土至少需要用这辆车运送多少次？ 参考答案 1．(1)1000 1000 (2)6500 0.015 3 6 250 3.05 3050 (3)71300 2．6 cm＝0.06 m 25×9×0.06＝13.5(m3) 13.5÷1.5＝9(次)eq \x(\a\vs4\al(教学资源),,,INCLUDEPICTURE"慕76.TIF" INCLUDEPICTURE"知76.TIF") 【教学笔记】 【教学提示】 允许学生用不同的方法理解进率。 【教学提示】 学生有单位换算的经验，只是这里的进率不同，但方法是相同的，放手让学生换算。 【教学提示】 尊重学生的认知特点，选用dm3或m3作单位都给予肯定。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前面学习了长度单位、面积单位之间的换算，本节课引导学生利用前面的知识猜想体积单位间的换算，并经历相邻体积单位换算的推导过程，旨在培养学生的探究能力和迁移能力，掌握高级单位与低级单位间的互换。教师通过例题的讲解与练习的巩固，组织学生多角度思考和交流，将前后所学的知识逐步归纳成体系，形成知识链，所以本节课的内容对于学生来说并不难理解，关键是让学生掌握方法，避免混淆。</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容积和容积单位（1）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容积和容积单位（1）</w:t>
            </w:r>
          </w:p>
        </w:tc>
        <w:tc>
          <w:tcPr>
            <w:tcW w:type="dxa" w:w="6009"/>
          </w:tcPr>
          <w:p>
            <w:pPr>
              <w:spacing w:after="20" w:line="276" w:lineRule="auto"/>
            </w:pPr>
            <w:r/>
            <w:r>
              <w:rPr>
                <w:rFonts w:ascii="宋体" w:hAnsi="宋体" w:eastAsia="宋体"/>
                <w:b w:val="0"/>
                <w:sz w:val="20"/>
              </w:rPr>
              <w:t>第3单元 长方体和正方体（长方体和正方体的体积）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教学内容：教科书P38例5，完成教科书P38“做一做”和P40“练习九”中第1～6题。</w:t>
      </w:r>
    </w:p>
    <w:p>
      <w:pPr>
        <w:spacing w:after="80" w:line="300" w:lineRule="auto"/>
        <w:ind w:firstLine="400"/>
      </w:pPr>
      <w:r>
        <w:rPr>
          <w:rFonts w:ascii="宋体" w:hAnsi="宋体" w:eastAsia="宋体"/>
          <w:b w:val="0"/>
          <w:sz w:val="20"/>
        </w:rPr>
        <w:t>教学准备：课件，10 mL药水瓶，250 mL果汁瓶，1 L饮料瓶，量筒，烧杯，一瓶矿泉水，纸杯几个。</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（1）结合生活实际情况了解容积的意义，感悟容积和体积的关系，知道容积的计算方法。</w:t>
      </w:r>
    </w:p>
    <w:p>
      <w:pPr>
        <w:spacing w:after="20" w:line="300" w:lineRule="auto"/>
        <w:ind w:firstLine="400"/>
      </w:pPr>
      <w:r>
        <w:rPr>
          <w:rFonts w:ascii="宋体" w:hAnsi="宋体" w:eastAsia="宋体"/>
          <w:b w:val="0"/>
          <w:sz w:val="20"/>
        </w:rPr>
        <w:t>（2）在体验和操作活动中认识容积单位，初步建立1 L和1 mL的表象，知道1 L＝1000 mL，1 L＝1 dm3，1 mL＝1 cm3。</w:t>
      </w:r>
    </w:p>
    <w:p>
      <w:pPr>
        <w:spacing w:after="20" w:line="300" w:lineRule="auto"/>
      </w:pPr>
      <w:r>
        <w:rPr>
          <w:rFonts w:ascii="宋体" w:hAnsi="宋体" w:eastAsia="宋体"/>
          <w:b w:val="0"/>
          <w:sz w:val="20"/>
        </w:rPr>
        <w:t>教学重点：了解容积所表示的具体含义，认识升和毫升。</w:t>
      </w:r>
    </w:p>
    <w:p>
      <w:pPr>
        <w:spacing w:after="20" w:line="300" w:lineRule="auto"/>
      </w:pPr>
      <w:r>
        <w:rPr>
          <w:rFonts w:ascii="宋体" w:hAnsi="宋体" w:eastAsia="宋体"/>
          <w:b w:val="0"/>
          <w:sz w:val="20"/>
        </w:rPr>
        <w:t>教学难点：标准合理地进行简单的估测。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一、联系实际引入新知</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你们见过这些物体吗？它们有什么共同点？</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二、自主探究，建构容积概念</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生活中哪些物品可以装东西？请你说一说，什么是它们的容积？</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三、实践操作，认识容积单位</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（出示250mL果汁瓶）250mL果汁是这么多，100mL大约是多少？；（出示1L饮料瓶）这么多就是1L，1L相当于几个250mL？</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四、迁移类推，掌握容积计算方法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物体的体积和容积有哪些相同的地方和不同的地方？</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五、巩固深化</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这节课学习了什么？你们有什么收获？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一、联系实际引入新知</w:t>
            </w:r>
          </w:p>
        </w:tc>
        <w:tc>
          <w:tcPr>
            <w:tcW w:type="dxa" w:w="3061"/>
          </w:tcPr>
          <w:p>
            <w:pPr>
              <w:spacing w:after="20" w:line="276" w:lineRule="auto"/>
            </w:pPr>
            <w:r/>
            <w:r>
              <w:rPr>
                <w:rFonts w:ascii="宋体" w:hAnsi="宋体" w:eastAsia="宋体"/>
                <w:b w:val="0"/>
                <w:sz w:val="18"/>
              </w:rPr>
              <w:t>1.课件出示集装箱、空纸盒、饭盒图片。</w:t>
            </w:r>
          </w:p>
          <w:p>
            <w:pPr>
              <w:spacing w:after="20" w:line="276" w:lineRule="auto"/>
            </w:pPr>
            <w:r>
              <w:rPr>
                <w:rFonts w:ascii="宋体" w:hAnsi="宋体" w:eastAsia="宋体"/>
                <w:b w:val="0"/>
                <w:sz w:val="18"/>
              </w:rPr>
              <w:t>师：你们见过这些物体吗？它们有什么共同点？</w:t>
            </w:r>
          </w:p>
          <w:p>
            <w:pPr>
              <w:spacing w:after="20" w:line="276" w:lineRule="auto"/>
            </w:pPr>
            <w:r>
              <w:rPr>
                <w:rFonts w:ascii="宋体" w:hAnsi="宋体" w:eastAsia="宋体"/>
                <w:b w:val="0"/>
                <w:sz w:val="18"/>
              </w:rPr>
              <w:t>师：对！这些物体都能容纳其他物体。</w:t>
            </w:r>
          </w:p>
          <w:p>
            <w:pPr>
              <w:spacing w:after="20" w:line="276" w:lineRule="auto"/>
            </w:pPr>
            <w:r>
              <w:rPr>
                <w:rFonts w:ascii="宋体" w:hAnsi="宋体" w:eastAsia="宋体"/>
                <w:b w:val="0"/>
                <w:sz w:val="18"/>
              </w:rPr>
              <w:t>2．初步感知盒子容积的含义，引出课题。</w:t>
            </w:r>
          </w:p>
          <w:p>
            <w:pPr>
              <w:spacing w:after="20" w:line="276" w:lineRule="auto"/>
            </w:pPr>
            <w:r>
              <w:rPr>
                <w:rFonts w:ascii="宋体" w:hAnsi="宋体" w:eastAsia="宋体"/>
                <w:b w:val="0"/>
                <w:sz w:val="18"/>
              </w:rPr>
              <w:t>课件出示太空舱、粮仓。</w:t>
            </w:r>
          </w:p>
          <w:p>
            <w:pPr>
              <w:spacing w:after="20" w:line="276" w:lineRule="auto"/>
            </w:pPr>
            <w:r>
              <w:rPr>
                <w:rFonts w:ascii="宋体" w:hAnsi="宋体" w:eastAsia="宋体"/>
                <w:b w:val="0"/>
                <w:sz w:val="18"/>
              </w:rPr>
              <w:t>教师揭示：像太空舱、粮仓、油桶、盒子等所能容纳物体的体积，通常叫作它们的容积。(板书)</w:t>
            </w:r>
          </w:p>
          <w:p>
            <w:pPr>
              <w:spacing w:after="20" w:line="276" w:lineRule="auto"/>
            </w:pPr>
            <w:r>
              <w:rPr>
                <w:rFonts w:ascii="宋体" w:hAnsi="宋体" w:eastAsia="宋体"/>
                <w:b w:val="0"/>
                <w:sz w:val="18"/>
              </w:rPr>
              <w:t>师：本节课我们就一起来学习容积和容积单位。[板书课题：容积和容积单位(1)]</w:t>
            </w:r>
          </w:p>
        </w:tc>
        <w:tc>
          <w:tcPr>
            <w:tcW w:type="dxa" w:w="3061"/>
          </w:tcPr>
          <w:p>
            <w:pPr>
              <w:spacing w:after="20" w:line="276" w:lineRule="auto"/>
            </w:pPr>
            <w:r/>
            <w:r>
              <w:rPr>
                <w:rFonts w:ascii="宋体" w:hAnsi="宋体" w:eastAsia="宋体"/>
                <w:b w:val="0"/>
                <w:sz w:val="18"/>
              </w:rPr>
              <w:t>学生可能会说这些物体都能装东西。</w:t>
            </w:r>
          </w:p>
        </w:tc>
        <w:tc>
          <w:tcPr>
            <w:tcW w:type="dxa" w:w="1814"/>
          </w:tcPr>
          <w:p>
            <w:pPr>
              <w:spacing w:after="20" w:line="276" w:lineRule="auto"/>
            </w:pPr>
            <w:r/>
            <w:r>
              <w:rPr>
                <w:rFonts w:ascii="宋体" w:hAnsi="宋体" w:eastAsia="宋体"/>
                <w:b w:val="0"/>
                <w:sz w:val="18"/>
              </w:rPr>
              <w:t>通过学生交流讨论，加强容积与生活的联系，勾起学生对生活中同类现象的回忆，直接揭示本节课的学习内容。</w:t>
            </w:r>
          </w:p>
        </w:tc>
      </w:tr>
      <w:tr>
        <w:tc>
          <w:tcPr>
            <w:tcW w:type="dxa" w:w="1474"/>
          </w:tcPr>
          <w:p>
            <w:pPr>
              <w:spacing w:after="20" w:line="276" w:lineRule="auto"/>
            </w:pPr>
            <w:r>
              <w:rPr>
                <w:b/>
              </w:rPr>
            </w:r>
            <w:r>
              <w:rPr>
                <w:rFonts w:ascii="宋体" w:hAnsi="宋体" w:eastAsia="宋体"/>
                <w:b/>
                <w:sz w:val="18"/>
              </w:rPr>
              <w:t>二、自主探究，建构容积概念</w:t>
            </w:r>
          </w:p>
        </w:tc>
        <w:tc>
          <w:tcPr>
            <w:tcW w:type="dxa" w:w="3061"/>
          </w:tcPr>
          <w:p>
            <w:pPr>
              <w:spacing w:after="20" w:line="276" w:lineRule="auto"/>
            </w:pPr>
            <w:r/>
            <w:r>
              <w:rPr>
                <w:rFonts w:ascii="宋体" w:hAnsi="宋体" w:eastAsia="宋体"/>
                <w:b w:val="0"/>
                <w:sz w:val="18"/>
              </w:rPr>
              <w:t>1.丰富表象，认识容积概念。</w:t>
            </w:r>
          </w:p>
          <w:p>
            <w:pPr>
              <w:spacing w:after="20" w:line="276" w:lineRule="auto"/>
            </w:pPr>
            <w:r>
              <w:rPr>
                <w:rFonts w:ascii="宋体" w:hAnsi="宋体" w:eastAsia="宋体"/>
                <w:b w:val="0"/>
                <w:sz w:val="18"/>
              </w:rPr>
              <w:t>师：生活中哪些物品可以装东西？请你说一说，什么是它们的容积？</w:t>
            </w:r>
          </w:p>
          <w:p>
            <w:pPr>
              <w:spacing w:after="20" w:line="276" w:lineRule="auto"/>
            </w:pPr>
            <w:r>
              <w:rPr>
                <w:rFonts w:ascii="宋体" w:hAnsi="宋体" w:eastAsia="宋体"/>
                <w:b w:val="0"/>
                <w:sz w:val="18"/>
              </w:rPr>
              <w:t>课件出示图片：水杯、箱子、油桶、饮料瓶、仓库。</w:t>
            </w:r>
          </w:p>
          <w:p>
            <w:pPr>
              <w:spacing w:after="20" w:line="276" w:lineRule="auto"/>
            </w:pPr>
            <w:r>
              <w:rPr>
                <w:rFonts w:ascii="宋体" w:hAnsi="宋体" w:eastAsia="宋体"/>
                <w:b w:val="0"/>
                <w:sz w:val="18"/>
              </w:rPr>
              <w:t>2.课件出示判断题，深化概念。</w:t>
            </w:r>
          </w:p>
        </w:tc>
        <w:tc>
          <w:tcPr>
            <w:tcW w:type="dxa" w:w="3061"/>
          </w:tcPr>
          <w:p>
            <w:pPr>
              <w:spacing w:after="20" w:line="276" w:lineRule="auto"/>
            </w:pPr>
            <w:r/>
            <w:r>
              <w:rPr>
                <w:rFonts w:ascii="宋体" w:hAnsi="宋体" w:eastAsia="宋体"/>
                <w:b w:val="0"/>
                <w:sz w:val="18"/>
              </w:rPr>
              <w:t>学生分组交流。</w:t>
            </w:r>
          </w:p>
          <w:p>
            <w:pPr>
              <w:spacing w:after="20" w:line="276" w:lineRule="auto"/>
            </w:pPr>
            <w:r>
              <w:rPr>
                <w:rFonts w:ascii="宋体" w:hAnsi="宋体" w:eastAsia="宋体"/>
                <w:b w:val="0"/>
                <w:sz w:val="18"/>
              </w:rPr>
              <w:t>学生对水杯、箱子、油桶等相对较小的容器能容纳的物体体积比较容易理解，但对仓库的容积有一定的理解难度。教师可以结合住房来解释容积。</w:t>
            </w:r>
          </w:p>
          <w:p>
            <w:pPr>
              <w:spacing w:after="20" w:line="276" w:lineRule="auto"/>
            </w:pPr>
            <w:r>
              <w:rPr>
                <w:rFonts w:ascii="宋体" w:hAnsi="宋体" w:eastAsia="宋体"/>
                <w:b w:val="0"/>
                <w:sz w:val="18"/>
              </w:rPr>
              <w:t>学生独立思考后指名汇报，集体评议。</w:t>
            </w:r>
          </w:p>
        </w:tc>
        <w:tc>
          <w:tcPr>
            <w:tcW w:type="dxa" w:w="1814"/>
          </w:tcPr>
          <w:p>
            <w:pPr>
              <w:spacing w:after="20" w:line="276" w:lineRule="auto"/>
            </w:pPr>
            <w:r/>
            <w:r>
              <w:rPr>
                <w:rFonts w:ascii="宋体" w:hAnsi="宋体" w:eastAsia="宋体"/>
                <w:b w:val="0"/>
                <w:sz w:val="18"/>
              </w:rPr>
              <w:t>通过几个具体的实例，让学生进一步认识到：当物体刚好把容器内部的空间占满，这时物体的体积就是容器的容积，由此概括容积的概念。</w:t>
            </w:r>
          </w:p>
          <w:p>
            <w:pPr>
              <w:spacing w:after="20" w:line="276" w:lineRule="auto"/>
            </w:pPr>
            <w:r>
              <w:rPr>
                <w:rFonts w:ascii="宋体" w:hAnsi="宋体" w:eastAsia="宋体"/>
                <w:b w:val="0"/>
                <w:sz w:val="18"/>
              </w:rPr>
              <w:t>在引导学生判断对错时加深对容积概念的理解，其中第（2）题从反面深化学生对容积本质的理解，第（3）题则进一步帮助学生感悟体积与容积的区别与联系。</w:t>
            </w:r>
          </w:p>
        </w:tc>
      </w:tr>
      <w:tr>
        <w:tc>
          <w:tcPr>
            <w:tcW w:type="dxa" w:w="1474"/>
          </w:tcPr>
          <w:p>
            <w:pPr>
              <w:spacing w:after="20" w:line="276" w:lineRule="auto"/>
            </w:pPr>
            <w:r>
              <w:rPr>
                <w:b/>
              </w:rPr>
            </w:r>
            <w:r>
              <w:rPr>
                <w:rFonts w:ascii="宋体" w:hAnsi="宋体" w:eastAsia="宋体"/>
                <w:b/>
                <w:sz w:val="18"/>
              </w:rPr>
              <w:t>三、实践操作，认识容积单位</w:t>
            </w:r>
          </w:p>
        </w:tc>
        <w:tc>
          <w:tcPr>
            <w:tcW w:type="dxa" w:w="3061"/>
          </w:tcPr>
          <w:p>
            <w:pPr>
              <w:spacing w:after="20" w:line="276" w:lineRule="auto"/>
            </w:pPr>
            <w:r/>
            <w:r>
              <w:rPr>
                <w:rFonts w:ascii="宋体" w:hAnsi="宋体" w:eastAsia="宋体"/>
                <w:b w:val="0"/>
                <w:sz w:val="18"/>
              </w:rPr>
              <w:t>1.初步认识容积单位。</w:t>
            </w:r>
          </w:p>
          <w:p>
            <w:pPr>
              <w:spacing w:after="20" w:line="276" w:lineRule="auto"/>
            </w:pPr>
            <w:r>
              <w:rPr>
                <w:rFonts w:ascii="宋体" w:hAnsi="宋体" w:eastAsia="宋体"/>
                <w:b w:val="0"/>
                <w:sz w:val="18"/>
              </w:rPr>
              <w:t>师：计量容积一般用体积单位，如箱子的容积约是8dm3,火车一节车厢的容积约是350m3。</w:t>
            </w:r>
          </w:p>
          <w:p>
            <w:pPr>
              <w:spacing w:after="20" w:line="276" w:lineRule="auto"/>
            </w:pPr>
            <w:r>
              <w:rPr>
                <w:rFonts w:ascii="宋体" w:hAnsi="宋体" w:eastAsia="宋体"/>
                <w:b w:val="0"/>
                <w:sz w:val="18"/>
              </w:rPr>
              <w:t>师：计量液体的体积，常用升和毫升来表示。</w:t>
            </w:r>
          </w:p>
          <w:p>
            <w:pPr>
              <w:spacing w:after="20" w:line="276" w:lineRule="auto"/>
            </w:pPr>
            <w:r>
              <w:rPr>
                <w:rFonts w:ascii="宋体" w:hAnsi="宋体" w:eastAsia="宋体"/>
                <w:b w:val="0"/>
                <w:sz w:val="18"/>
              </w:rPr>
              <w:t>教师介绍并板书：计量容积一般用体积单位。计量液体（如水、油等）的体积常用容积单位升和毫升，也可以写成L和mL。</w:t>
            </w:r>
          </w:p>
          <w:p>
            <w:pPr>
              <w:spacing w:after="20" w:line="276" w:lineRule="auto"/>
            </w:pPr>
            <w:r>
              <w:rPr>
                <w:rFonts w:ascii="宋体" w:hAnsi="宋体" w:eastAsia="宋体"/>
                <w:b w:val="0"/>
                <w:sz w:val="18"/>
              </w:rPr>
              <w:t>2.通过观察比较，建立1升、1毫升和100毫升的表象。</w:t>
            </w:r>
          </w:p>
          <w:p>
            <w:pPr>
              <w:spacing w:after="20" w:line="276" w:lineRule="auto"/>
            </w:pPr>
            <w:r>
              <w:rPr>
                <w:rFonts w:ascii="宋体" w:hAnsi="宋体" w:eastAsia="宋体"/>
                <w:b w:val="0"/>
                <w:sz w:val="18"/>
              </w:rPr>
              <w:t>（1）教师出示课前准备好的10mL药水瓶、250mL果汁瓶、1L饮料瓶让学生观察。</w:t>
            </w:r>
          </w:p>
          <w:p>
            <w:pPr>
              <w:spacing w:after="20" w:line="276" w:lineRule="auto"/>
            </w:pPr>
            <w:r>
              <w:rPr>
                <w:rFonts w:ascii="宋体" w:hAnsi="宋体" w:eastAsia="宋体"/>
                <w:b w:val="0"/>
                <w:sz w:val="18"/>
              </w:rPr>
              <w:t>师：这瓶药水是10mL，想一想1mL是多少，比一比。</w:t>
            </w:r>
          </w:p>
          <w:p>
            <w:pPr>
              <w:spacing w:after="20" w:line="276" w:lineRule="auto"/>
            </w:pPr>
            <w:r>
              <w:rPr>
                <w:rFonts w:ascii="宋体" w:hAnsi="宋体" w:eastAsia="宋体"/>
                <w:b w:val="0"/>
                <w:sz w:val="18"/>
              </w:rPr>
              <w:t>师：（出示250mL果汁瓶）250mL果汁是这么多，100mL大约是多少？</w:t>
            </w:r>
          </w:p>
          <w:p>
            <w:pPr>
              <w:spacing w:after="20" w:line="276" w:lineRule="auto"/>
            </w:pPr>
            <w:r>
              <w:rPr>
                <w:rFonts w:ascii="宋体" w:hAnsi="宋体" w:eastAsia="宋体"/>
                <w:b w:val="0"/>
                <w:sz w:val="18"/>
              </w:rPr>
              <w:t>师：（出示1L饮料瓶）这么多就是1L，1L相当于几个250mL？</w:t>
            </w:r>
          </w:p>
          <w:p>
            <w:pPr>
              <w:spacing w:after="20" w:line="276" w:lineRule="auto"/>
            </w:pPr>
            <w:r>
              <w:rPr>
                <w:rFonts w:ascii="宋体" w:hAnsi="宋体" w:eastAsia="宋体"/>
                <w:b w:val="0"/>
                <w:sz w:val="18"/>
              </w:rPr>
              <w:t>（2）用量筒或烧杯度量。</w:t>
            </w:r>
          </w:p>
          <w:p>
            <w:pPr>
              <w:spacing w:after="20" w:line="276" w:lineRule="auto"/>
            </w:pPr>
            <w:r>
              <w:rPr>
                <w:rFonts w:ascii="宋体" w:hAnsi="宋体" w:eastAsia="宋体"/>
                <w:b w:val="0"/>
                <w:sz w:val="18"/>
              </w:rPr>
              <w:t>师：测量液体的多少，有专门的测量工具，如量筒或烧杯（出示课件），量筒和烧杯都有大小不同的规格，根据实际需要选择。</w:t>
            </w:r>
          </w:p>
          <w:p>
            <w:pPr>
              <w:spacing w:after="20" w:line="276" w:lineRule="auto"/>
            </w:pPr>
            <w:r>
              <w:rPr>
                <w:rFonts w:ascii="宋体" w:hAnsi="宋体" w:eastAsia="宋体"/>
                <w:b w:val="0"/>
                <w:sz w:val="18"/>
              </w:rPr>
              <w:t>师：倒入液体后，水面对准刻度几，就是几毫升或几升。</w:t>
            </w:r>
          </w:p>
          <w:p>
            <w:pPr>
              <w:spacing w:after="20" w:line="276" w:lineRule="auto"/>
            </w:pPr>
            <w:r>
              <w:rPr>
                <w:rFonts w:ascii="宋体" w:hAnsi="宋体" w:eastAsia="宋体"/>
                <w:b w:val="0"/>
                <w:sz w:val="18"/>
              </w:rPr>
              <w:t>教师演示用量筒或烧杯测量出1升、1毫升和100毫升液体的量，让学生观察。</w:t>
            </w:r>
          </w:p>
          <w:p>
            <w:pPr>
              <w:spacing w:after="20" w:line="276" w:lineRule="auto"/>
            </w:pPr>
            <w:r>
              <w:rPr>
                <w:rFonts w:ascii="宋体" w:hAnsi="宋体" w:eastAsia="宋体"/>
                <w:b w:val="0"/>
                <w:sz w:val="18"/>
              </w:rPr>
              <w:t>3.掌握升与毫升之间的进率。</w:t>
            </w:r>
          </w:p>
          <w:p>
            <w:pPr>
              <w:spacing w:after="20" w:line="276" w:lineRule="auto"/>
            </w:pPr>
            <w:r>
              <w:rPr>
                <w:rFonts w:ascii="宋体" w:hAnsi="宋体" w:eastAsia="宋体"/>
                <w:b w:val="0"/>
                <w:sz w:val="18"/>
              </w:rPr>
              <w:t>教师介绍：1L=1dm3，1mL＝1cm3。（板书）</w:t>
            </w:r>
          </w:p>
          <w:p>
            <w:pPr>
              <w:spacing w:after="20" w:line="276" w:lineRule="auto"/>
            </w:pPr>
            <w:r>
              <w:rPr>
                <w:rFonts w:ascii="宋体" w:hAnsi="宋体" w:eastAsia="宋体"/>
                <w:b w:val="0"/>
                <w:sz w:val="18"/>
              </w:rPr>
              <w:t>师：知道为什么“1L=1000mL”吗？</w:t>
            </w:r>
          </w:p>
          <w:p>
            <w:pPr>
              <w:spacing w:after="20" w:line="276" w:lineRule="auto"/>
            </w:pPr>
            <w:r>
              <w:rPr>
                <w:rFonts w:ascii="宋体" w:hAnsi="宋体" w:eastAsia="宋体"/>
                <w:b w:val="0"/>
                <w:sz w:val="18"/>
              </w:rPr>
              <w:t>4.演示活动，感知容积单位的实际大小。</w:t>
            </w:r>
          </w:p>
          <w:p>
            <w:pPr>
              <w:spacing w:after="20" w:line="276" w:lineRule="auto"/>
            </w:pPr>
            <w:r>
              <w:rPr>
                <w:rFonts w:ascii="宋体" w:hAnsi="宋体" w:eastAsia="宋体"/>
                <w:b w:val="0"/>
                <w:sz w:val="18"/>
              </w:rPr>
              <w:t>课件出示教科书P38“做一做”。</w:t>
            </w:r>
          </w:p>
          <w:p>
            <w:pPr>
              <w:spacing w:after="20" w:line="276" w:lineRule="auto"/>
            </w:pPr>
            <w:r>
              <w:rPr>
                <w:rFonts w:ascii="宋体" w:hAnsi="宋体" w:eastAsia="宋体"/>
                <w:b w:val="0"/>
                <w:sz w:val="18"/>
              </w:rPr>
              <w:t>（1）师：说一说哪些物品上标有毫升、升。</w:t>
            </w:r>
          </w:p>
          <w:p>
            <w:pPr>
              <w:spacing w:after="20" w:line="276" w:lineRule="auto"/>
            </w:pPr>
            <w:r>
              <w:rPr>
                <w:rFonts w:ascii="宋体" w:hAnsi="宋体" w:eastAsia="宋体"/>
                <w:b w:val="0"/>
                <w:sz w:val="18"/>
              </w:rPr>
              <w:t>课件出示日常生活中的物品，如一袋牛奶、一瓶洗衣液，并标出净含量的标识。</w:t>
            </w:r>
          </w:p>
          <w:p>
            <w:pPr>
              <w:spacing w:after="20" w:line="276" w:lineRule="auto"/>
            </w:pPr>
            <w:r>
              <w:rPr>
                <w:rFonts w:ascii="宋体" w:hAnsi="宋体" w:eastAsia="宋体"/>
                <w:b w:val="0"/>
                <w:sz w:val="18"/>
              </w:rPr>
              <w:t>（2）师：估计一下：一纸杯水大约有多少毫升?几纸杯水大约是1L?</w:t>
            </w:r>
          </w:p>
        </w:tc>
        <w:tc>
          <w:tcPr>
            <w:tcW w:type="dxa" w:w="3061"/>
          </w:tcPr>
          <w:p>
            <w:pPr>
              <w:spacing w:after="20" w:line="276" w:lineRule="auto"/>
            </w:pPr>
            <w:r/>
            <w:r>
              <w:rPr>
                <w:rFonts w:ascii="宋体" w:hAnsi="宋体" w:eastAsia="宋体"/>
                <w:b w:val="0"/>
                <w:sz w:val="18"/>
              </w:rPr>
              <w:t>学生通过比较、推理，基本能比画出1升、1毫升和100毫升液体的量。再通过量筒或烧杯测量，建立相对标准的计量单位。</w:t>
            </w:r>
          </w:p>
          <w:p>
            <w:pPr>
              <w:spacing w:after="20" w:line="276" w:lineRule="auto"/>
            </w:pPr>
            <w:r>
              <w:rPr>
                <w:rFonts w:ascii="宋体" w:hAnsi="宋体" w:eastAsia="宋体"/>
                <w:b w:val="0"/>
                <w:sz w:val="18"/>
              </w:rPr>
              <w:t>学生根据容积和体积单位间的关系，解释：1L=1dm3，1mL＝1cm3，1dm3＝1000cm3，所以1L=1000mL。（板书）</w:t>
            </w:r>
          </w:p>
          <w:p>
            <w:pPr>
              <w:spacing w:after="20" w:line="276" w:lineRule="auto"/>
            </w:pPr>
            <w:r>
              <w:rPr>
                <w:rFonts w:ascii="宋体" w:hAnsi="宋体" w:eastAsia="宋体"/>
                <w:b w:val="0"/>
                <w:sz w:val="18"/>
              </w:rPr>
              <w:t>学生会结合具体的数量体会到：一瓶矿泉水有550mL，能倒满2个纸杯，还有剩余，那么一纸杯水大约有200mL，5纸杯水大约是1L。</w:t>
            </w:r>
          </w:p>
        </w:tc>
        <w:tc>
          <w:tcPr>
            <w:tcW w:type="dxa" w:w="1814"/>
          </w:tcPr>
          <w:p>
            <w:pPr>
              <w:spacing w:after="20" w:line="276" w:lineRule="auto"/>
            </w:pPr>
            <w:r/>
            <w:r>
              <w:rPr>
                <w:rFonts w:ascii="宋体" w:hAnsi="宋体" w:eastAsia="宋体"/>
                <w:b w:val="0"/>
                <w:sz w:val="18"/>
              </w:rPr>
              <w:t>通过现实的容积进行比较推理，再直观感受，让学生建立1升、1毫升和100毫升液体的量的表象。</w:t>
            </w:r>
          </w:p>
          <w:p>
            <w:pPr>
              <w:spacing w:after="20" w:line="276" w:lineRule="auto"/>
            </w:pPr>
            <w:r>
              <w:rPr>
                <w:rFonts w:ascii="宋体" w:hAnsi="宋体" w:eastAsia="宋体"/>
                <w:b w:val="0"/>
                <w:sz w:val="18"/>
              </w:rPr>
              <w:t>本环节重点突破两点：一是帮助学生建立标准，通过看一看、记一记，建立1L、1mL、100mL、200mL的表象。二是指导学生借助标准进行估测。估测的物品都是生活中常见的物品，为以后的估测建立新的标准。</w:t>
            </w:r>
          </w:p>
        </w:tc>
      </w:tr>
      <w:tr>
        <w:tc>
          <w:tcPr>
            <w:tcW w:type="dxa" w:w="1474"/>
          </w:tcPr>
          <w:p>
            <w:pPr>
              <w:spacing w:after="20" w:line="276" w:lineRule="auto"/>
            </w:pPr>
            <w:r>
              <w:rPr>
                <w:b/>
              </w:rPr>
            </w:r>
            <w:r>
              <w:rPr>
                <w:rFonts w:ascii="宋体" w:hAnsi="宋体" w:eastAsia="宋体"/>
                <w:b/>
                <w:sz w:val="18"/>
              </w:rPr>
              <w:t>四、迁移类推，掌握容积计算方法</w:t>
            </w:r>
          </w:p>
        </w:tc>
        <w:tc>
          <w:tcPr>
            <w:tcW w:type="dxa" w:w="3061"/>
          </w:tcPr>
          <w:p>
            <w:pPr>
              <w:spacing w:after="20" w:line="276" w:lineRule="auto"/>
            </w:pPr>
            <w:r/>
            <w:r>
              <w:rPr>
                <w:rFonts w:ascii="宋体" w:hAnsi="宋体" w:eastAsia="宋体"/>
                <w:b w:val="0"/>
                <w:sz w:val="18"/>
              </w:rPr>
              <w:t>课件出示教科书P38例5。</w:t>
            </w:r>
          </w:p>
          <w:p>
            <w:pPr>
              <w:spacing w:after="20" w:line="276" w:lineRule="auto"/>
            </w:pPr>
            <w:r>
              <w:rPr>
                <w:rFonts w:ascii="宋体" w:hAnsi="宋体" w:eastAsia="宋体"/>
                <w:b w:val="0"/>
                <w:sz w:val="18"/>
              </w:rPr>
              <w:t>（1）指名汇报，集体评议。</w:t>
            </w:r>
          </w:p>
          <w:p>
            <w:pPr>
              <w:spacing w:after="20" w:line="276" w:lineRule="auto"/>
            </w:pPr>
            <w:r>
              <w:rPr>
                <w:rFonts w:ascii="宋体" w:hAnsi="宋体" w:eastAsia="宋体"/>
                <w:b w:val="0"/>
                <w:sz w:val="18"/>
              </w:rPr>
              <w:t>（2）比较体积和容积的计算方法。</w:t>
            </w:r>
          </w:p>
          <w:p>
            <w:pPr>
              <w:spacing w:after="20" w:line="276" w:lineRule="auto"/>
            </w:pPr>
            <w:r>
              <w:rPr>
                <w:rFonts w:ascii="宋体" w:hAnsi="宋体" w:eastAsia="宋体"/>
                <w:b w:val="0"/>
                <w:sz w:val="18"/>
              </w:rPr>
              <w:t>师：物体的体积和容积有哪些相同的地方和不同的地方？</w:t>
            </w:r>
          </w:p>
        </w:tc>
        <w:tc>
          <w:tcPr>
            <w:tcW w:type="dxa" w:w="3061"/>
          </w:tcPr>
          <w:p>
            <w:pPr>
              <w:spacing w:after="20" w:line="276" w:lineRule="auto"/>
            </w:pPr>
            <w:r/>
            <w:r>
              <w:rPr>
                <w:rFonts w:ascii="宋体" w:hAnsi="宋体" w:eastAsia="宋体"/>
                <w:b w:val="0"/>
                <w:sz w:val="18"/>
              </w:rPr>
              <w:t>学生交流后集中归纳，课件展示。</w:t>
            </w:r>
          </w:p>
          <w:p>
            <w:pPr>
              <w:spacing w:after="20" w:line="276" w:lineRule="auto"/>
            </w:pPr>
            <w:r>
              <w:rPr>
                <w:rFonts w:ascii="宋体" w:hAnsi="宋体" w:eastAsia="宋体"/>
                <w:b w:val="0"/>
                <w:sz w:val="18"/>
              </w:rPr>
              <w:t>计算容积的方法与体积的方法完全相同，学生解答起来比较容易，只是注意引导学生将体积单位换算成容积单位。对比体积和容积，学生也会很清晰。</w:t>
            </w:r>
          </w:p>
        </w:tc>
        <w:tc>
          <w:tcPr>
            <w:tcW w:type="dxa" w:w="1814"/>
          </w:tcPr>
          <w:p>
            <w:pPr>
              <w:spacing w:after="20" w:line="276" w:lineRule="auto"/>
            </w:pPr>
            <w:r/>
            <w:r>
              <w:rPr>
                <w:rFonts w:ascii="宋体" w:hAnsi="宋体" w:eastAsia="宋体"/>
                <w:b w:val="0"/>
                <w:sz w:val="18"/>
              </w:rPr>
              <w:t>围绕环节目标组织学习活动，引导学生主动参与、积极思考，核心问题："物体的体积和容积有哪些相同的地方和不同的地方？"</w:t>
            </w:r>
          </w:p>
        </w:tc>
      </w:tr>
      <w:tr>
        <w:tc>
          <w:tcPr>
            <w:tcW w:type="dxa" w:w="1474"/>
          </w:tcPr>
          <w:p>
            <w:pPr>
              <w:spacing w:after="20" w:line="276" w:lineRule="auto"/>
            </w:pPr>
            <w:r>
              <w:rPr>
                <w:b/>
              </w:rPr>
            </w:r>
            <w:r>
              <w:rPr>
                <w:rFonts w:ascii="宋体" w:hAnsi="宋体" w:eastAsia="宋体"/>
                <w:b/>
                <w:sz w:val="18"/>
              </w:rPr>
              <w:t>五、巩固深化</w:t>
            </w:r>
          </w:p>
        </w:tc>
        <w:tc>
          <w:tcPr>
            <w:tcW w:type="dxa" w:w="3061"/>
          </w:tcPr>
          <w:p>
            <w:pPr>
              <w:spacing w:after="20" w:line="276" w:lineRule="auto"/>
            </w:pPr>
            <w:r/>
            <w:r>
              <w:rPr>
                <w:rFonts w:ascii="宋体" w:hAnsi="宋体" w:eastAsia="宋体"/>
                <w:b w:val="0"/>
                <w:sz w:val="18"/>
              </w:rPr>
              <w:t>1.完成教科书P40“练习九”第1~3题。</w:t>
            </w:r>
          </w:p>
          <w:p>
            <w:pPr>
              <w:spacing w:after="20" w:line="276" w:lineRule="auto"/>
            </w:pPr>
            <w:r>
              <w:rPr>
                <w:rFonts w:ascii="宋体" w:hAnsi="宋体" w:eastAsia="宋体"/>
                <w:b w:val="0"/>
                <w:sz w:val="18"/>
              </w:rPr>
              <w:t>2.完成教科书P40“练习九”第4、5、6题。</w:t>
            </w:r>
          </w:p>
        </w:tc>
        <w:tc>
          <w:tcPr>
            <w:tcW w:type="dxa" w:w="3061"/>
          </w:tcPr>
          <w:p>
            <w:pPr>
              <w:spacing w:after="20" w:line="276" w:lineRule="auto"/>
            </w:pPr>
            <w:r/>
            <w:r>
              <w:rPr>
                <w:rFonts w:ascii="宋体" w:hAnsi="宋体" w:eastAsia="宋体"/>
                <w:b w:val="0"/>
                <w:sz w:val="18"/>
              </w:rPr>
              <w:t>学生独立在教科书上填写，完成后集中交流。</w:t>
            </w:r>
          </w:p>
          <w:p>
            <w:pPr>
              <w:spacing w:after="20" w:line="276" w:lineRule="auto"/>
            </w:pPr>
            <w:r>
              <w:rPr>
                <w:rFonts w:ascii="宋体" w:hAnsi="宋体" w:eastAsia="宋体"/>
                <w:b w:val="0"/>
                <w:sz w:val="18"/>
              </w:rPr>
              <w:t>学生独立完成后集中评价。</w:t>
            </w:r>
          </w:p>
        </w:tc>
        <w:tc>
          <w:tcPr>
            <w:tcW w:type="dxa" w:w="1814"/>
          </w:tcPr>
          <w:p>
            <w:pPr>
              <w:spacing w:after="20" w:line="276" w:lineRule="auto"/>
            </w:pPr>
            <w:r/>
            <w:r>
              <w:rPr>
                <w:rFonts w:ascii="宋体" w:hAnsi="宋体" w:eastAsia="宋体"/>
                <w:b w:val="0"/>
                <w:sz w:val="18"/>
              </w:rPr>
              <w:t>不同层次的练习，目的与侧重点各不相同。巩固容积单位及单位换算，并用容积计算方法解决实际问题。</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师：这节课学习了什么？你们有什么收获？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引导学生回顾梳理本课所学，完善认知结构，提升归纳与反思能力，核心问题："这节课学习了什么？你们有什么收获？"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容积和容积单位（1）</w:t>
      </w:r>
    </w:p>
    <w:p>
      <w:pPr>
        <w:spacing w:after="40" w:line="300" w:lineRule="auto"/>
      </w:pPr>
      <w:r>
        <w:rPr>
          <w:rFonts w:ascii="宋体" w:hAnsi="宋体" w:eastAsia="宋体"/>
          <w:b w:val="0"/>
          <w:sz w:val="20"/>
        </w:rPr>
        <w:t>像太空舱、粮仓、油桶、盒子等所能容纳物体的体积，通常叫作它们的容积。</w:t>
      </w:r>
    </w:p>
    <w:p>
      <w:pPr>
        <w:spacing w:after="40" w:line="300" w:lineRule="auto"/>
      </w:pPr>
      <w:r>
        <w:rPr>
          <w:rFonts w:ascii="宋体" w:hAnsi="宋体" w:eastAsia="宋体"/>
          <w:b w:val="0"/>
          <w:sz w:val="20"/>
        </w:rPr>
        <w:t>计量容积一般用体积单位。</w:t>
      </w:r>
    </w:p>
    <w:p>
      <w:pPr>
        <w:spacing w:after="40" w:line="300" w:lineRule="auto"/>
      </w:pPr>
      <w:r>
        <w:rPr>
          <w:rFonts w:ascii="宋体" w:hAnsi="宋体" w:eastAsia="宋体"/>
          <w:b w:val="0"/>
          <w:sz w:val="20"/>
        </w:rPr>
        <w:t>计量液体（如水、油等）的体积常用容积单位升和毫升，也可以写成L和mL。</w:t>
      </w:r>
    </w:p>
    <w:p>
      <w:pPr>
        <w:spacing w:after="40" w:line="300" w:lineRule="auto"/>
      </w:pPr>
      <w:r>
        <w:rPr>
          <w:rFonts w:ascii="宋体" w:hAnsi="宋体" w:eastAsia="宋体"/>
          <w:b w:val="0"/>
          <w:sz w:val="20"/>
        </w:rPr>
        <w:t>1L=1dm31mL＝1cm31L=1000mL</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教科书P38例5，完成教科书P38“做一做”和P40“练习九”中第1～6题。</w:t>
      </w:r>
    </w:p>
    <w:p>
      <w:pPr>
        <w:spacing w:after="40" w:line="300" w:lineRule="auto"/>
        <w:ind w:firstLine="400"/>
      </w:pPr>
      <w:r>
        <w:rPr>
          <w:rFonts w:ascii="宋体" w:hAnsi="宋体" w:eastAsia="宋体"/>
          <w:b w:val="0"/>
          <w:sz w:val="20"/>
        </w:rPr>
        <w:t>② 原设计安排：见“状元成才路”系列丛书《创优作业100分》对应课时作业。 在括号里填上合适的容积单位。 2选一选。(将正确答案的序号填在括号里) (1)1个水壶能装水2.5 L，“2.5 L”指的是这个水壶的（）。 A．体积 B．质量 C．表面积 D．容积 (2)一个木箱能容纳40 dm3的物体，这个木箱的体积（）40 dm3。 A．大于 B．等于 C．小于 D．不能确定 (3)一个长方体水箱从里面量长0.6 m，宽0.4 m，高0.3 m，这个水箱可以装（）L水。 A．0.072 B．0.72 C．7.2 D．72 参考答案 1．mL mL L m3 2．(1)D (2)A (3)D 【教学笔记】 【教学提示】 杯子有大有小，教学时根据实际确定数据。 【教学提示】 学生容易将容器的体积与容积混淆,教学时，要借助实物加以区分，帮助学生建立正确的概念。</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在日常生活中对许多容器已经是司空见惯，对容器中所能容纳的物体的体积也积累了一定的感性经验，所以让学生自己举例说说生活中物体的容积，建立容积的概念会比较容易。让学生操作1升、1毫升水有多少的实验，亲身感知容积单位的大小，形成感性的认识，再通过体积单位和容积单位的关系，进一步理解容积单位。整个过程中，学生动手做、动脑想、动嘴说，调动多种感官，教学预期、目标都得到落实。</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容积和容积单位（2）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容积和容积单位（2）</w:t>
            </w:r>
          </w:p>
        </w:tc>
        <w:tc>
          <w:tcPr>
            <w:tcW w:type="dxa" w:w="6009"/>
          </w:tcPr>
          <w:p>
            <w:pPr>
              <w:spacing w:after="20" w:line="276" w:lineRule="auto"/>
            </w:pPr>
            <w:r/>
            <w:r>
              <w:rPr>
                <w:rFonts w:ascii="宋体" w:hAnsi="宋体" w:eastAsia="宋体"/>
                <w:b w:val="0"/>
                <w:sz w:val="20"/>
              </w:rPr>
              <w:t>第3单元 长方体和正方体（长方体和正方体的体积）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教学内容：教科书P39例6，完成教科书P41“练习九”中第7～13*题。</w:t>
      </w:r>
    </w:p>
    <w:p>
      <w:pPr>
        <w:spacing w:after="80" w:line="300" w:lineRule="auto"/>
        <w:ind w:firstLine="400"/>
      </w:pPr>
      <w:r>
        <w:rPr>
          <w:rFonts w:ascii="宋体" w:hAnsi="宋体" w:eastAsia="宋体"/>
          <w:b w:val="0"/>
          <w:sz w:val="20"/>
        </w:rPr>
        <w:t>教学准备：课件，土豆，烧杯，橡皮泥，适量的水。</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（1）通过想象、操作、实验等方法探究不规则物体体积的计算方法，能运用“排水法”计算不规则物体的体积。</w:t>
      </w:r>
    </w:p>
    <w:p>
      <w:pPr>
        <w:spacing w:after="20" w:line="300" w:lineRule="auto"/>
        <w:ind w:firstLine="400"/>
      </w:pPr>
      <w:r>
        <w:rPr>
          <w:rFonts w:ascii="宋体" w:hAnsi="宋体" w:eastAsia="宋体"/>
          <w:b w:val="0"/>
          <w:sz w:val="20"/>
        </w:rPr>
        <w:t>（2）经历探究测量不规则物体体积方法的过程，体验“等积变形”的转化过程，获得综合运用所学知识解决问题的活动经验和具体方法，培养小组的合作精神、创新精神和解决问题的能力。</w:t>
      </w:r>
    </w:p>
    <w:p>
      <w:pPr>
        <w:spacing w:after="20" w:line="300" w:lineRule="auto"/>
      </w:pPr>
      <w:r>
        <w:rPr>
          <w:rFonts w:ascii="宋体" w:hAnsi="宋体" w:eastAsia="宋体"/>
          <w:b w:val="0"/>
          <w:sz w:val="20"/>
        </w:rPr>
        <w:t>教学重点：探究不规则物体体积的计算方法。</w:t>
      </w:r>
    </w:p>
    <w:p>
      <w:pPr>
        <w:spacing w:after="20" w:line="300" w:lineRule="auto"/>
      </w:pPr>
      <w:r>
        <w:rPr>
          <w:rFonts w:ascii="宋体" w:hAnsi="宋体" w:eastAsia="宋体"/>
          <w:b w:val="0"/>
          <w:sz w:val="20"/>
        </w:rPr>
        <w:t>教学难点：在实验过程中积累活动经验，灵活选择合适的测量方法。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一、情境导入，激发问题意识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前面我们学习了长方体和正方体，大家会计算它们的体积吗？；同学们看，这是什么？你们能计算出它的体积吗？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二、启发诱导，实验探究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你从图中读到了什么信息？要解决什么问题？；这些不规则物体的体积该怎么计算呢？你有什么好办法吗？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三、巩固应用，发展能力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你读到了哪些信息？要解决什么问题？；该怎么解答呢？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一、情境导入，激发问题意识</w:t>
            </w:r>
          </w:p>
        </w:tc>
        <w:tc>
          <w:tcPr>
            <w:tcW w:type="dxa" w:w="3061"/>
          </w:tcPr>
          <w:p>
            <w:pPr>
              <w:spacing w:after="20" w:line="276" w:lineRule="auto"/>
            </w:pPr>
            <w:r/>
            <w:r>
              <w:rPr>
                <w:rFonts w:ascii="宋体" w:hAnsi="宋体" w:eastAsia="宋体"/>
                <w:b w:val="0"/>
                <w:sz w:val="18"/>
              </w:rPr>
              <w:t>师：前面我们学习了长方体和正方体，大家会计算它们的体积吗？</w:t>
            </w:r>
          </w:p>
          <w:p>
            <w:pPr>
              <w:spacing w:after="20" w:line="276" w:lineRule="auto"/>
            </w:pPr>
            <w:r>
              <w:rPr>
                <w:rFonts w:ascii="宋体" w:hAnsi="宋体" w:eastAsia="宋体"/>
                <w:b w:val="0"/>
                <w:sz w:val="18"/>
              </w:rPr>
              <w:t>师：规则的物体我们可以用公式计算出体积，但是生活中很多物体都不是规则的。</w:t>
            </w:r>
          </w:p>
          <w:p>
            <w:pPr>
              <w:spacing w:after="20" w:line="276" w:lineRule="auto"/>
            </w:pPr>
            <w:r>
              <w:rPr>
                <w:rFonts w:ascii="宋体" w:hAnsi="宋体" w:eastAsia="宋体"/>
                <w:b w:val="0"/>
                <w:sz w:val="18"/>
              </w:rPr>
              <w:t>出示一个土豆。</w:t>
            </w:r>
          </w:p>
          <w:p>
            <w:pPr>
              <w:spacing w:after="20" w:line="276" w:lineRule="auto"/>
            </w:pPr>
            <w:r>
              <w:rPr>
                <w:rFonts w:ascii="宋体" w:hAnsi="宋体" w:eastAsia="宋体"/>
                <w:b w:val="0"/>
                <w:sz w:val="18"/>
              </w:rPr>
              <w:t>师：同学们看，这是什么？你们能计算出它的体积吗？</w:t>
            </w:r>
          </w:p>
          <w:p>
            <w:pPr>
              <w:spacing w:after="20" w:line="276" w:lineRule="auto"/>
            </w:pPr>
            <w:r>
              <w:rPr>
                <w:rFonts w:ascii="宋体" w:hAnsi="宋体" w:eastAsia="宋体"/>
                <w:b w:val="0"/>
                <w:sz w:val="18"/>
              </w:rPr>
              <w:t>引导学生思考，不规则物体的体积该怎么求。</w:t>
            </w:r>
          </w:p>
          <w:p>
            <w:pPr>
              <w:spacing w:after="20" w:line="276" w:lineRule="auto"/>
            </w:pPr>
            <w:r>
              <w:rPr>
                <w:rFonts w:ascii="宋体" w:hAnsi="宋体" w:eastAsia="宋体"/>
                <w:b w:val="0"/>
                <w:sz w:val="18"/>
              </w:rPr>
              <w:t>师：同学们真会动脑筋，通过切一切，将不规则的土豆变成了一个规则的形体。但是切掉部分的体积又该怎么求呢？今天我们就一起来探究“不规则物体的体积”的计算方法。[板书课题：容积和容积单位(2)]</w:t>
            </w:r>
          </w:p>
        </w:tc>
        <w:tc>
          <w:tcPr>
            <w:tcW w:type="dxa" w:w="3061"/>
          </w:tcPr>
          <w:p>
            <w:pPr>
              <w:spacing w:after="20" w:line="276" w:lineRule="auto"/>
            </w:pPr>
            <w:r/>
            <w:r>
              <w:rPr>
                <w:rFonts w:ascii="宋体" w:hAnsi="宋体" w:eastAsia="宋体"/>
                <w:b w:val="0"/>
                <w:sz w:val="18"/>
              </w:rPr>
              <w:t>有的学生可能想到将土豆四周切一切，变成长方体或正方体。</w:t>
            </w:r>
          </w:p>
        </w:tc>
        <w:tc>
          <w:tcPr>
            <w:tcW w:type="dxa" w:w="1814"/>
          </w:tcPr>
          <w:p>
            <w:pPr>
              <w:spacing w:after="20" w:line="276" w:lineRule="auto"/>
            </w:pPr>
            <w:r/>
            <w:r>
              <w:rPr>
                <w:rFonts w:ascii="宋体" w:hAnsi="宋体" w:eastAsia="宋体"/>
                <w:b w:val="0"/>
                <w:sz w:val="18"/>
              </w:rPr>
              <w:t>根据小学生的心理特点和年龄特征设计情境，创设愉悦的教学氛围。以学生常见的物体引出“转化”的数学思想方法，沟通新旧知识间的内在联系。</w:t>
            </w:r>
          </w:p>
        </w:tc>
      </w:tr>
      <w:tr>
        <w:tc>
          <w:tcPr>
            <w:tcW w:type="dxa" w:w="1474"/>
          </w:tcPr>
          <w:p>
            <w:pPr>
              <w:spacing w:after="20" w:line="276" w:lineRule="auto"/>
            </w:pPr>
            <w:r>
              <w:rPr>
                <w:b/>
              </w:rPr>
            </w:r>
            <w:r>
              <w:rPr>
                <w:rFonts w:ascii="宋体" w:hAnsi="宋体" w:eastAsia="宋体"/>
                <w:b/>
                <w:sz w:val="18"/>
              </w:rPr>
              <w:t>二、启发诱导，实验探究</w:t>
            </w:r>
          </w:p>
        </w:tc>
        <w:tc>
          <w:tcPr>
            <w:tcW w:type="dxa" w:w="3061"/>
          </w:tcPr>
          <w:p>
            <w:pPr>
              <w:spacing w:after="20" w:line="276" w:lineRule="auto"/>
            </w:pPr>
            <w:r/>
            <w:r>
              <w:rPr>
                <w:rFonts w:ascii="宋体" w:hAnsi="宋体" w:eastAsia="宋体"/>
                <w:b w:val="0"/>
                <w:sz w:val="18"/>
              </w:rPr>
              <w:t>1.课件出示教科书P39例6。</w:t>
            </w:r>
          </w:p>
          <w:p>
            <w:pPr>
              <w:spacing w:after="20" w:line="276" w:lineRule="auto"/>
            </w:pPr>
            <w:r>
              <w:rPr>
                <w:rFonts w:ascii="宋体" w:hAnsi="宋体" w:eastAsia="宋体"/>
                <w:b w:val="0"/>
                <w:sz w:val="18"/>
              </w:rPr>
              <w:t>2．阅读理解题意。</w:t>
            </w:r>
          </w:p>
          <w:p>
            <w:pPr>
              <w:spacing w:after="20" w:line="276" w:lineRule="auto"/>
            </w:pPr>
            <w:r>
              <w:rPr>
                <w:rFonts w:ascii="宋体" w:hAnsi="宋体" w:eastAsia="宋体"/>
                <w:b w:val="0"/>
                <w:sz w:val="18"/>
              </w:rPr>
              <w:t>师：你从图中读到了什么信息？要解决什么问题？</w:t>
            </w:r>
          </w:p>
          <w:p>
            <w:pPr>
              <w:spacing w:after="20" w:line="276" w:lineRule="auto"/>
            </w:pPr>
            <w:r>
              <w:rPr>
                <w:rFonts w:ascii="宋体" w:hAnsi="宋体" w:eastAsia="宋体"/>
                <w:b w:val="0"/>
                <w:sz w:val="18"/>
              </w:rPr>
              <w:t>3.分析与解答。</w:t>
            </w:r>
          </w:p>
          <w:p>
            <w:pPr>
              <w:spacing w:after="20" w:line="276" w:lineRule="auto"/>
            </w:pPr>
            <w:r>
              <w:rPr>
                <w:rFonts w:ascii="宋体" w:hAnsi="宋体" w:eastAsia="宋体"/>
                <w:b w:val="0"/>
                <w:sz w:val="18"/>
              </w:rPr>
              <w:t>(1)探讨方法。</w:t>
            </w:r>
          </w:p>
          <w:p>
            <w:pPr>
              <w:spacing w:after="20" w:line="276" w:lineRule="auto"/>
            </w:pPr>
            <w:r>
              <w:rPr>
                <w:rFonts w:ascii="宋体" w:hAnsi="宋体" w:eastAsia="宋体"/>
                <w:b w:val="0"/>
                <w:sz w:val="18"/>
              </w:rPr>
              <w:t>师：这些不规则物体的体积该怎么计算呢？你有什么好办法吗？</w:t>
            </w:r>
          </w:p>
          <w:p>
            <w:pPr>
              <w:spacing w:after="20" w:line="276" w:lineRule="auto"/>
            </w:pPr>
            <w:r>
              <w:rPr>
                <w:rFonts w:ascii="宋体" w:hAnsi="宋体" w:eastAsia="宋体"/>
                <w:b w:val="0"/>
                <w:sz w:val="18"/>
              </w:rPr>
              <w:t>引导学生在小组内交流讨论，指名汇报，集体评议方法的可行性。</w:t>
            </w:r>
          </w:p>
          <w:p>
            <w:pPr>
              <w:spacing w:after="20" w:line="276" w:lineRule="auto"/>
            </w:pPr>
            <w:r>
              <w:rPr>
                <w:rFonts w:ascii="宋体" w:hAnsi="宋体" w:eastAsia="宋体"/>
                <w:b w:val="0"/>
                <w:sz w:val="18"/>
              </w:rPr>
              <w:t>(2)实验探究。</w:t>
            </w:r>
          </w:p>
          <w:p>
            <w:pPr>
              <w:spacing w:after="20" w:line="276" w:lineRule="auto"/>
            </w:pPr>
            <w:r>
              <w:rPr>
                <w:rFonts w:ascii="宋体" w:hAnsi="宋体" w:eastAsia="宋体"/>
                <w:b w:val="0"/>
                <w:sz w:val="18"/>
              </w:rPr>
              <w:t>师：到底这些物体的体积是多少呢？根据你们刚才的方法，我们一起来动手做实验。同学们仔细观察，填写好实验报告单。(学生每人一份；或课件出示，学生现场制作。)</w:t>
            </w:r>
          </w:p>
          <w:p>
            <w:pPr>
              <w:spacing w:after="20" w:line="276" w:lineRule="auto"/>
            </w:pPr>
            <w:r>
              <w:rPr>
                <w:rFonts w:ascii="宋体" w:hAnsi="宋体" w:eastAsia="宋体"/>
                <w:b w:val="0"/>
                <w:sz w:val="18"/>
              </w:rPr>
              <w:t>①研究橡皮泥体积的计算方法。</w:t>
            </w:r>
          </w:p>
          <w:p>
            <w:pPr>
              <w:spacing w:after="20" w:line="276" w:lineRule="auto"/>
            </w:pPr>
            <w:r>
              <w:rPr>
                <w:rFonts w:ascii="宋体" w:hAnsi="宋体" w:eastAsia="宋体"/>
                <w:b w:val="0"/>
                <w:sz w:val="18"/>
              </w:rPr>
              <w:t>师：大家说，求橡皮泥的体积用什么方法比较好？</w:t>
            </w:r>
          </w:p>
          <w:p>
            <w:pPr>
              <w:spacing w:after="20" w:line="276" w:lineRule="auto"/>
            </w:pPr>
            <w:r>
              <w:rPr>
                <w:rFonts w:ascii="宋体" w:hAnsi="宋体" w:eastAsia="宋体"/>
                <w:b w:val="0"/>
                <w:sz w:val="18"/>
              </w:rPr>
              <w:t>教师请一名同学上台捏压橡皮泥。</w:t>
            </w:r>
          </w:p>
          <w:p>
            <w:pPr>
              <w:spacing w:after="20" w:line="276" w:lineRule="auto"/>
            </w:pPr>
            <w:r>
              <w:rPr>
                <w:rFonts w:ascii="宋体" w:hAnsi="宋体" w:eastAsia="宋体"/>
                <w:b w:val="0"/>
                <w:sz w:val="18"/>
              </w:rPr>
              <w:t>师：现在变成了什么图形？(长方体)</w:t>
            </w:r>
          </w:p>
          <w:p>
            <w:pPr>
              <w:spacing w:after="20" w:line="276" w:lineRule="auto"/>
            </w:pPr>
            <w:r>
              <w:rPr>
                <w:rFonts w:ascii="宋体" w:hAnsi="宋体" w:eastAsia="宋体"/>
                <w:b w:val="0"/>
                <w:sz w:val="18"/>
              </w:rPr>
              <w:t>师：要计算这个长方体的体积，需要知道哪些数据？</w:t>
            </w:r>
          </w:p>
          <w:p>
            <w:pPr>
              <w:spacing w:after="20" w:line="276" w:lineRule="auto"/>
            </w:pPr>
            <w:r>
              <w:rPr>
                <w:rFonts w:ascii="宋体" w:hAnsi="宋体" w:eastAsia="宋体"/>
                <w:b w:val="0"/>
                <w:sz w:val="18"/>
              </w:rPr>
              <w:t>一名学生测量，其他同学记录数据。</w:t>
            </w:r>
          </w:p>
          <w:p>
            <w:pPr>
              <w:spacing w:after="20" w:line="276" w:lineRule="auto"/>
            </w:pPr>
            <w:r>
              <w:rPr>
                <w:rFonts w:ascii="宋体" w:hAnsi="宋体" w:eastAsia="宋体"/>
                <w:b w:val="0"/>
                <w:sz w:val="18"/>
              </w:rPr>
              <w:t>师：这个长方体的体积跟刚才不规则的橡皮泥的体积有什么关系呢？</w:t>
            </w:r>
          </w:p>
          <w:p>
            <w:pPr>
              <w:spacing w:after="20" w:line="276" w:lineRule="auto"/>
            </w:pPr>
            <w:r>
              <w:rPr>
                <w:rFonts w:ascii="宋体" w:hAnsi="宋体" w:eastAsia="宋体"/>
                <w:b w:val="0"/>
                <w:sz w:val="18"/>
              </w:rPr>
              <w:t>②研究土豆体积的计算方法。</w:t>
            </w:r>
          </w:p>
          <w:p>
            <w:pPr>
              <w:spacing w:after="20" w:line="276" w:lineRule="auto"/>
            </w:pPr>
            <w:r>
              <w:rPr>
                <w:rFonts w:ascii="宋体" w:hAnsi="宋体" w:eastAsia="宋体"/>
                <w:b w:val="0"/>
                <w:sz w:val="18"/>
              </w:rPr>
              <w:t>师：土豆也能捏压成长方体吗？(不行)</w:t>
            </w:r>
          </w:p>
          <w:p>
            <w:pPr>
              <w:spacing w:after="20" w:line="276" w:lineRule="auto"/>
            </w:pPr>
            <w:r>
              <w:rPr>
                <w:rFonts w:ascii="宋体" w:hAnsi="宋体" w:eastAsia="宋体"/>
                <w:b w:val="0"/>
                <w:sz w:val="18"/>
              </w:rPr>
              <w:t>师：求它的体积用什么方法比较好呢？</w:t>
            </w:r>
          </w:p>
          <w:p>
            <w:pPr>
              <w:spacing w:after="20" w:line="276" w:lineRule="auto"/>
            </w:pPr>
            <w:r>
              <w:rPr>
                <w:rFonts w:ascii="宋体" w:hAnsi="宋体" w:eastAsia="宋体"/>
                <w:b w:val="0"/>
                <w:sz w:val="18"/>
              </w:rPr>
              <w:t>师：同学们的这些方法都非常好，都是用了转化的方法。下面我们一起来用这两种方法试试。</w:t>
            </w:r>
          </w:p>
          <w:p>
            <w:pPr>
              <w:spacing w:after="20" w:line="276" w:lineRule="auto"/>
            </w:pPr>
            <w:r>
              <w:rPr>
                <w:rFonts w:ascii="宋体" w:hAnsi="宋体" w:eastAsia="宋体"/>
                <w:b w:val="0"/>
                <w:sz w:val="18"/>
              </w:rPr>
              <w:t>教师做演示实验并板书主要的方法及实验步骤，学生观察，填写报告单。</w:t>
            </w:r>
          </w:p>
          <w:p>
            <w:pPr>
              <w:spacing w:after="20" w:line="276" w:lineRule="auto"/>
            </w:pPr>
            <w:r>
              <w:rPr>
                <w:rFonts w:ascii="宋体" w:hAnsi="宋体" w:eastAsia="宋体"/>
                <w:b w:val="0"/>
                <w:sz w:val="18"/>
              </w:rPr>
              <w:t>(3)汇报实验结果，集中展示交流。</w:t>
            </w:r>
          </w:p>
          <w:p>
            <w:pPr>
              <w:spacing w:after="20" w:line="276" w:lineRule="auto"/>
            </w:pPr>
            <w:r>
              <w:rPr>
                <w:rFonts w:ascii="宋体" w:hAnsi="宋体" w:eastAsia="宋体"/>
                <w:b w:val="0"/>
                <w:sz w:val="18"/>
              </w:rPr>
              <w:t>师：我们用不同的方法求出了橡皮泥、土豆的体积，你喜欢哪种方法？为什么？</w:t>
            </w:r>
          </w:p>
          <w:p>
            <w:pPr>
              <w:spacing w:after="20" w:line="276" w:lineRule="auto"/>
            </w:pPr>
            <w:r>
              <w:rPr>
                <w:rFonts w:ascii="宋体" w:hAnsi="宋体" w:eastAsia="宋体"/>
                <w:b w:val="0"/>
                <w:sz w:val="18"/>
              </w:rPr>
              <w:t>师：在用排水法测量时，为什么上升(或下降)的水的体积就是土豆的体积？</w:t>
            </w:r>
          </w:p>
          <w:p>
            <w:pPr>
              <w:spacing w:after="20" w:line="276" w:lineRule="auto"/>
            </w:pPr>
            <w:r>
              <w:rPr>
                <w:rFonts w:ascii="宋体" w:hAnsi="宋体" w:eastAsia="宋体"/>
                <w:b w:val="0"/>
                <w:sz w:val="18"/>
              </w:rPr>
              <w:t>引导学生思考发现，不论是用捏压的方法、排水法还是溢水法，都是将不规则的物体转化成规则的物体进行计算，进一步感受“转化”这种重要的数学思想方法。</w:t>
            </w:r>
          </w:p>
          <w:p>
            <w:pPr>
              <w:spacing w:after="20" w:line="276" w:lineRule="auto"/>
            </w:pPr>
            <w:r>
              <w:rPr>
                <w:rFonts w:ascii="宋体" w:hAnsi="宋体" w:eastAsia="宋体"/>
                <w:b w:val="0"/>
                <w:sz w:val="18"/>
              </w:rPr>
              <w:t>4.回顾与反思。</w:t>
            </w:r>
          </w:p>
          <w:p>
            <w:pPr>
              <w:spacing w:after="20" w:line="276" w:lineRule="auto"/>
            </w:pPr>
            <w:r>
              <w:rPr>
                <w:rFonts w:ascii="宋体" w:hAnsi="宋体" w:eastAsia="宋体"/>
                <w:b w:val="0"/>
                <w:sz w:val="18"/>
              </w:rPr>
              <w:t>师：用排水法求不规则物体的体积需要记录哪些数据？还要注意哪些问题？</w:t>
            </w:r>
          </w:p>
          <w:p>
            <w:pPr>
              <w:spacing w:after="20" w:line="276" w:lineRule="auto"/>
            </w:pPr>
            <w:r>
              <w:rPr>
                <w:rFonts w:ascii="宋体" w:hAnsi="宋体" w:eastAsia="宋体"/>
                <w:b w:val="0"/>
                <w:sz w:val="18"/>
              </w:rPr>
              <w:t>师：同学们，你们知道吗？在很久很久以前，科学家阿基米德曾经用这种方法测出了一个王冠的体积。</w:t>
            </w:r>
          </w:p>
          <w:p>
            <w:pPr>
              <w:spacing w:after="20" w:line="276" w:lineRule="auto"/>
            </w:pPr>
            <w:r>
              <w:rPr>
                <w:rFonts w:ascii="宋体" w:hAnsi="宋体" w:eastAsia="宋体"/>
                <w:b w:val="0"/>
                <w:sz w:val="18"/>
              </w:rPr>
              <w:t>课件讲述阿基米德测量王冠体积的故事。</w:t>
            </w:r>
          </w:p>
          <w:p>
            <w:pPr>
              <w:spacing w:after="20" w:line="276" w:lineRule="auto"/>
            </w:pPr>
            <w:r>
              <w:rPr>
                <w:rFonts w:ascii="宋体" w:hAnsi="宋体" w:eastAsia="宋体"/>
                <w:b w:val="0"/>
                <w:sz w:val="18"/>
              </w:rPr>
              <w:t>师：可以利用上面的方法测量乒乓球、冰块的体积吗？为什么？</w:t>
            </w:r>
          </w:p>
          <w:p>
            <w:pPr>
              <w:spacing w:after="20" w:line="276" w:lineRule="auto"/>
            </w:pPr>
            <w:r>
              <w:rPr>
                <w:rFonts w:ascii="宋体" w:hAnsi="宋体" w:eastAsia="宋体"/>
                <w:b w:val="0"/>
                <w:sz w:val="18"/>
              </w:rPr>
              <w:t>师：怎样测量一颗图钉的体积呢？</w:t>
            </w:r>
          </w:p>
        </w:tc>
        <w:tc>
          <w:tcPr>
            <w:tcW w:type="dxa" w:w="3061"/>
          </w:tcPr>
          <w:p>
            <w:pPr>
              <w:spacing w:after="20" w:line="276" w:lineRule="auto"/>
            </w:pPr>
            <w:r/>
            <w:r>
              <w:rPr>
                <w:rFonts w:ascii="宋体" w:hAnsi="宋体" w:eastAsia="宋体"/>
                <w:b w:val="0"/>
                <w:sz w:val="18"/>
              </w:rPr>
              <w:t>这些物体的形状是不规则的，要求不规则物体的体积。</w:t>
            </w:r>
          </w:p>
          <w:p>
            <w:pPr>
              <w:spacing w:after="20" w:line="276" w:lineRule="auto"/>
            </w:pPr>
            <w:r>
              <w:rPr>
                <w:rFonts w:ascii="宋体" w:hAnsi="宋体" w:eastAsia="宋体"/>
                <w:b w:val="0"/>
                <w:sz w:val="18"/>
              </w:rPr>
              <w:t>将橡皮泥捏成规则物体，将土豆没入装水的容器……再测量相关数据计算体积。</w:t>
            </w:r>
          </w:p>
          <w:p>
            <w:pPr>
              <w:spacing w:after="20" w:line="276" w:lineRule="auto"/>
            </w:pPr>
            <w:r>
              <w:rPr>
                <w:rFonts w:ascii="宋体" w:hAnsi="宋体" w:eastAsia="宋体"/>
                <w:b w:val="0"/>
                <w:sz w:val="18"/>
              </w:rPr>
              <w:t>学生一致认为捏压。</w:t>
            </w:r>
          </w:p>
          <w:p>
            <w:pPr>
              <w:spacing w:after="20" w:line="276" w:lineRule="auto"/>
            </w:pPr>
            <w:r>
              <w:rPr>
                <w:rFonts w:ascii="宋体" w:hAnsi="宋体" w:eastAsia="宋体"/>
                <w:b w:val="0"/>
                <w:sz w:val="18"/>
              </w:rPr>
              <w:t>形状发生了变化，但是体积不变。</w:t>
            </w:r>
          </w:p>
          <w:p>
            <w:pPr>
              <w:spacing w:after="20" w:line="276" w:lineRule="auto"/>
            </w:pPr>
            <w:r>
              <w:rPr>
                <w:rFonts w:ascii="宋体" w:hAnsi="宋体" w:eastAsia="宋体"/>
                <w:b w:val="0"/>
                <w:sz w:val="18"/>
              </w:rPr>
              <w:t>学生记录橡皮泥的数据，计算橡皮泥的体积，完成报告单。</w:t>
            </w:r>
          </w:p>
          <w:p>
            <w:pPr>
              <w:spacing w:after="20" w:line="276" w:lineRule="auto"/>
            </w:pPr>
            <w:r>
              <w:rPr>
                <w:rFonts w:ascii="宋体" w:hAnsi="宋体" w:eastAsia="宋体"/>
                <w:b w:val="0"/>
                <w:sz w:val="18"/>
              </w:rPr>
              <w:t>预设1：用排水法。先往烧杯中倒入一部分水，再将土豆放入烧杯中，完全浸没在水里(水不溢出来)。水面上升后的总体积减去原来水的体积，就是土豆的体积。</w:t>
            </w:r>
          </w:p>
          <w:p>
            <w:pPr>
              <w:spacing w:after="20" w:line="276" w:lineRule="auto"/>
            </w:pPr>
            <w:r>
              <w:rPr>
                <w:rFonts w:ascii="宋体" w:hAnsi="宋体" w:eastAsia="宋体"/>
                <w:b w:val="0"/>
                <w:sz w:val="18"/>
              </w:rPr>
              <w:t>预设2：把土豆放在烧杯中，再往烧杯里倒水，等水完全浸没土豆后(水不溢出来)，记下此时水的刻度。取出土豆，再看水的刻度，前面的刻度减去后面的刻度就是土豆的体积。</w:t>
            </w:r>
          </w:p>
          <w:p>
            <w:pPr>
              <w:spacing w:after="20" w:line="276" w:lineRule="auto"/>
            </w:pPr>
            <w:r>
              <w:rPr>
                <w:rFonts w:ascii="宋体" w:hAnsi="宋体" w:eastAsia="宋体"/>
                <w:b w:val="0"/>
                <w:sz w:val="18"/>
              </w:rPr>
              <w:t>需要记录水里未放物体时的体积以及放入不规则物体后的总体积。要使物体全部浸入水中(水不溢出来)。</w:t>
            </w:r>
          </w:p>
          <w:p>
            <w:pPr>
              <w:spacing w:after="20" w:line="276" w:lineRule="auto"/>
            </w:pPr>
            <w:r>
              <w:rPr>
                <w:rFonts w:ascii="宋体" w:hAnsi="宋体" w:eastAsia="宋体"/>
                <w:b w:val="0"/>
                <w:sz w:val="18"/>
              </w:rPr>
              <w:t>不能用排水法测量乒乓球和冰块的体积。因为乒乓球不会沉入水中，而冰块融化后又与水融合在一起了。</w:t>
            </w:r>
          </w:p>
          <w:p>
            <w:pPr>
              <w:spacing w:after="20" w:line="276" w:lineRule="auto"/>
            </w:pPr>
            <w:r>
              <w:rPr>
                <w:rFonts w:ascii="宋体" w:hAnsi="宋体" w:eastAsia="宋体"/>
                <w:b w:val="0"/>
                <w:sz w:val="18"/>
              </w:rPr>
              <w:t>一颗图钉的体积非常小，如果还是用水来做实验的话，很难看到水面发生的变化。这里教师可以先组织学生广泛讨论，如学生仍有困难，可提示先测量若干颗图钉的体积，再计算一颗图钉的体积。</w:t>
            </w:r>
          </w:p>
        </w:tc>
        <w:tc>
          <w:tcPr>
            <w:tcW w:type="dxa" w:w="1814"/>
          </w:tcPr>
          <w:p>
            <w:pPr>
              <w:spacing w:after="20" w:line="276" w:lineRule="auto"/>
            </w:pPr>
            <w:r/>
            <w:r>
              <w:rPr>
                <w:rFonts w:ascii="宋体" w:hAnsi="宋体" w:eastAsia="宋体"/>
                <w:b w:val="0"/>
                <w:sz w:val="18"/>
              </w:rPr>
              <w:t>学生第一次接触到计算不规则物体的体积，以小组交流为主，集体商议为辅，鼓励学生大胆猜想。通过讨论交流，让学生之间不同的思路进行碰撞，并在不断深入的思考中相互接纳，使想法更完善。</w:t>
            </w:r>
          </w:p>
          <w:p>
            <w:pPr>
              <w:spacing w:after="20" w:line="276" w:lineRule="auto"/>
            </w:pPr>
            <w:r>
              <w:rPr>
                <w:rFonts w:ascii="宋体" w:hAnsi="宋体" w:eastAsia="宋体"/>
                <w:b w:val="0"/>
                <w:sz w:val="18"/>
              </w:rPr>
              <w:t>在实验探究中要求学生填写实验报告单，有助于厘清学生的思路，使得他们充分感知、领悟“转化”思想，经历并记录“转化”实践的全过程，在讨论交流中感受各种“等积变形”的转化过程，体现了数学课特有的“味道”。</w:t>
            </w:r>
          </w:p>
          <w:p>
            <w:pPr>
              <w:spacing w:after="20" w:line="276" w:lineRule="auto"/>
            </w:pPr>
            <w:r>
              <w:rPr>
                <w:rFonts w:ascii="宋体" w:hAnsi="宋体" w:eastAsia="宋体"/>
                <w:b w:val="0"/>
                <w:sz w:val="18"/>
              </w:rPr>
              <w:t>一方面对解决问题的过程进行反思，另一方面思考这些解决策略与方法是否对所有的情况都合适，进一步明确解决这类问题的方法。</w:t>
            </w:r>
          </w:p>
          <w:p>
            <w:pPr>
              <w:spacing w:after="20" w:line="276" w:lineRule="auto"/>
            </w:pPr>
            <w:r>
              <w:rPr>
                <w:rFonts w:ascii="宋体" w:hAnsi="宋体" w:eastAsia="宋体"/>
                <w:b w:val="0"/>
                <w:sz w:val="18"/>
              </w:rPr>
              <w:t>这个问题对于学生而言有一定的难度，虽然教师不可避免地给予了学生提示，但这种提示绝不是停留在某道题目上，而是为学生打开了某类方法的“一扇窗”。</w:t>
            </w:r>
          </w:p>
        </w:tc>
      </w:tr>
      <w:tr>
        <w:tc>
          <w:tcPr>
            <w:tcW w:type="dxa" w:w="1474"/>
          </w:tcPr>
          <w:p>
            <w:pPr>
              <w:spacing w:after="20" w:line="276" w:lineRule="auto"/>
            </w:pPr>
            <w:r>
              <w:rPr>
                <w:b/>
              </w:rPr>
            </w:r>
            <w:r>
              <w:rPr>
                <w:rFonts w:ascii="宋体" w:hAnsi="宋体" w:eastAsia="宋体"/>
                <w:b/>
                <w:sz w:val="18"/>
              </w:rPr>
              <w:t>三、巩固应用，发展能力</w:t>
            </w:r>
          </w:p>
        </w:tc>
        <w:tc>
          <w:tcPr>
            <w:tcW w:type="dxa" w:w="3061"/>
          </w:tcPr>
          <w:p>
            <w:pPr>
              <w:spacing w:after="20" w:line="276" w:lineRule="auto"/>
            </w:pPr>
            <w:r/>
            <w:r>
              <w:rPr>
                <w:rFonts w:ascii="宋体" w:hAnsi="宋体" w:eastAsia="宋体"/>
                <w:b w:val="0"/>
                <w:sz w:val="18"/>
              </w:rPr>
              <w:t>1.完成教科书P41“练习九”第7~12题。</w:t>
            </w:r>
          </w:p>
          <w:p>
            <w:pPr>
              <w:spacing w:after="20" w:line="276" w:lineRule="auto"/>
            </w:pPr>
            <w:r>
              <w:rPr>
                <w:rFonts w:ascii="宋体" w:hAnsi="宋体" w:eastAsia="宋体"/>
                <w:b w:val="0"/>
                <w:sz w:val="18"/>
              </w:rPr>
              <w:t>(1)学生独立思考解答。</w:t>
            </w:r>
          </w:p>
          <w:p>
            <w:pPr>
              <w:spacing w:after="20" w:line="276" w:lineRule="auto"/>
            </w:pPr>
            <w:r>
              <w:rPr>
                <w:rFonts w:ascii="宋体" w:hAnsi="宋体" w:eastAsia="宋体"/>
                <w:b w:val="0"/>
                <w:sz w:val="18"/>
              </w:rPr>
              <w:t>(2)指名汇报，集中反馈。</w:t>
            </w:r>
          </w:p>
          <w:p>
            <w:pPr>
              <w:spacing w:after="20" w:line="276" w:lineRule="auto"/>
            </w:pPr>
            <w:r>
              <w:rPr>
                <w:rFonts w:ascii="宋体" w:hAnsi="宋体" w:eastAsia="宋体"/>
                <w:b w:val="0"/>
                <w:sz w:val="18"/>
              </w:rPr>
              <w:t>2．课件出示教科书P41“练习九”第13*题。</w:t>
            </w:r>
          </w:p>
          <w:p>
            <w:pPr>
              <w:spacing w:after="20" w:line="276" w:lineRule="auto"/>
            </w:pPr>
            <w:r>
              <w:rPr>
                <w:rFonts w:ascii="宋体" w:hAnsi="宋体" w:eastAsia="宋体"/>
                <w:b w:val="0"/>
                <w:sz w:val="18"/>
              </w:rPr>
              <w:t>师：你读到了哪些信息？要解决什么问题？</w:t>
            </w:r>
          </w:p>
          <w:p>
            <w:pPr>
              <w:spacing w:after="20" w:line="276" w:lineRule="auto"/>
            </w:pPr>
            <w:r>
              <w:rPr>
                <w:rFonts w:ascii="宋体" w:hAnsi="宋体" w:eastAsia="宋体"/>
                <w:b w:val="0"/>
                <w:sz w:val="18"/>
              </w:rPr>
              <w:t>师：该怎么解答呢？</w:t>
            </w:r>
          </w:p>
        </w:tc>
        <w:tc>
          <w:tcPr>
            <w:tcW w:type="dxa" w:w="3061"/>
          </w:tcPr>
          <w:p>
            <w:pPr>
              <w:spacing w:after="20" w:line="276" w:lineRule="auto"/>
            </w:pPr>
            <w:r/>
            <w:r>
              <w:rPr>
                <w:rFonts w:ascii="宋体" w:hAnsi="宋体" w:eastAsia="宋体"/>
                <w:b w:val="0"/>
                <w:sz w:val="18"/>
              </w:rPr>
              <w:t>放进1个大球和1个小球后，水溢出了12 mL，放进1个大球和4个小球后水溢出了24 mL。求大球的体积。</w:t>
            </w:r>
          </w:p>
          <w:p>
            <w:pPr>
              <w:spacing w:after="20" w:line="276" w:lineRule="auto"/>
            </w:pPr>
            <w:r>
              <w:rPr>
                <w:rFonts w:ascii="宋体" w:hAnsi="宋体" w:eastAsia="宋体"/>
                <w:b w:val="0"/>
                <w:sz w:val="18"/>
              </w:rPr>
              <w:t>学生自主解答后集中反馈。</w:t>
            </w:r>
          </w:p>
          <w:p>
            <w:pPr>
              <w:spacing w:after="20" w:line="276" w:lineRule="auto"/>
            </w:pPr>
            <w:r>
              <w:rPr>
                <w:rFonts w:ascii="宋体" w:hAnsi="宋体" w:eastAsia="宋体"/>
                <w:b w:val="0"/>
                <w:sz w:val="18"/>
              </w:rPr>
              <w:t>预设1：因为1个大球和1个小球的体积等于12 mL水的体积，加入3个小球后，几个球的体积等于24 mL水的体积，所以3个小球的体积就等于12 mL水的体积，每个小球的体积就等于4 mL水的体积。大球的体积是12－4＝8(mL)＝8(cm3)。</w:t>
            </w:r>
          </w:p>
          <w:p>
            <w:pPr>
              <w:spacing w:after="20" w:line="276" w:lineRule="auto"/>
            </w:pPr>
            <w:r>
              <w:rPr>
                <w:rFonts w:ascii="宋体" w:hAnsi="宋体" w:eastAsia="宋体"/>
                <w:b w:val="0"/>
                <w:sz w:val="18"/>
              </w:rPr>
              <w:t>预设2：因为1个大球和1个小球的体积等于12 mL水的体积，1个大球和4个小球的体积等于24 mL水的体积，所以3个小球的体积就等于12 mL水的体积，每个小球的体积就等于4 mL水的体积。大球的体积是24－4×4＝8(mL)＝8(cm3)。</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通过有层次的练习及时反馈学情，巩固新知，培养学生灵活运用知识解决问题的能力，核心问题："你读到了哪些信息？要解决什么问题？"</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容积和容积单位(2)</w:t>
      </w:r>
    </w:p>
    <w:p>
      <w:pPr>
        <w:spacing w:after="40" w:line="300" w:lineRule="auto"/>
      </w:pPr>
      <w:r>
        <w:rPr>
          <w:rFonts w:ascii="宋体" w:hAnsi="宋体" w:eastAsia="宋体"/>
          <w:b w:val="0"/>
          <w:sz w:val="20"/>
        </w:rPr>
        <w:t>捏压：转化成长方体或正方体。</w:t>
      </w:r>
    </w:p>
    <w:p>
      <w:pPr>
        <w:spacing w:after="40" w:line="300" w:lineRule="auto"/>
      </w:pPr>
      <w:r>
        <w:rPr>
          <w:rFonts w:ascii="宋体" w:hAnsi="宋体" w:eastAsia="宋体"/>
          <w:b w:val="0"/>
          <w:sz w:val="20"/>
        </w:rPr>
        <w:t>排水法：把物体完全浸没在水里，上升部分水的体积就是不规则物体的体积。</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教科书P39例6，完成教科书P41“练习九”中第7～13*题。</w:t>
      </w:r>
    </w:p>
    <w:p>
      <w:pPr>
        <w:spacing w:after="40" w:line="300" w:lineRule="auto"/>
        <w:ind w:firstLine="400"/>
      </w:pPr>
      <w:r>
        <w:rPr>
          <w:rFonts w:ascii="宋体" w:hAnsi="宋体" w:eastAsia="宋体"/>
          <w:b w:val="0"/>
          <w:sz w:val="20"/>
        </w:rPr>
        <w:t>② 原设计安排：见“状元成才路”系列丛书《创优作业100分》对应课时作业。 1下图中红薯的体积是多少？ 方法一：水和红薯的体积： 取出红薯后水的体积： 红薯的体积： 方法二：水下降部分的体积： 红薯的体积＝ 2填一填。 (1)有一个装有一些水的长方体玻璃缸，从里面量长10 cm，宽8 cm。往这个玻璃缸里放入一个柿子，水面上升了2 cm(水淹没柿子且未溢出)，这个柿子的体积是( )cm3。 (2)状状把一个体积是15 cm3的铁球放入一个长4 cm、宽3 cm的盛有水的长方体容器中，铁球被水全部淹没(水未溢出)，水面会上升( )cm。 3一个长方体玻璃容器，从里面量长和宽都是2 dm，里面装有5.6 L水。将一个鹅卵石完全浸没在水中，水未溢出，这时水深15 cm。这个鹅卵石的体积是多少？ 参考答案 1．12×12×8＝1152(cm3) 12×12×7＝1008(cm3) 1152－1008＝144(cm3) 水下降部分的体积 12×12×(8－7)＝144(cm3) 2．(1)160 (2)1.25 3．5.6 L＝5.6 dm3 15 cm＝1.5 dm 2×2×1.5－5.6＝0.4(dm3)eq \x(\a\vs4\al(教学资源),,,INCLUDEPICTURE"慕87.TIF" ) 【教学笔记】 【教学提示】 橡皮泥可以捏成规则的长方体或正方体，土豆不能变形。教师要充分理解教科书选择这两种物体的意图，并用好教科书。 【教学提示】 演示实验时，一定要组织学生认真观察，由学生提供观察到的数据。</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时，教师引导学生发现：不规则物体的体积必须要转化成规则物体的体积才能求出来，变形和排水法都是比较好的方法。由于实验器材有限，本节课教师做演示实验，学生观察，但是为了充分发挥实验的作用，教师让学生填写实验报告单，一方面是引导学生仔细观察实验，用数据说话；另一方面，学生通过填写实验报告单，亲身经历“等积变形”的过程，经历越丰富，获得的解决问题的经验越深刻，教学效果越好。</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长方体和正方体的表面积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长方体和正方体的表面积</w:t>
            </w:r>
          </w:p>
        </w:tc>
        <w:tc>
          <w:tcPr>
            <w:tcW w:type="dxa" w:w="6009"/>
          </w:tcPr>
          <w:p>
            <w:pPr>
              <w:spacing w:after="20" w:line="276" w:lineRule="auto"/>
            </w:pPr>
            <w:r/>
            <w:r>
              <w:rPr>
                <w:rFonts w:ascii="宋体" w:hAnsi="宋体" w:eastAsia="宋体"/>
                <w:b w:val="0"/>
                <w:sz w:val="20"/>
              </w:rPr>
              <w:t>第3单元 长方体和正方体（长方体和正方体的表面积）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教学内容：教科书P23～24例1，完成教科书P23“做一做”，P24“做一做”，P25“练习六”中第2～4题。</w:t>
      </w:r>
    </w:p>
    <w:p>
      <w:pPr>
        <w:spacing w:after="80" w:line="300" w:lineRule="auto"/>
        <w:ind w:firstLine="400"/>
      </w:pPr>
      <w:r>
        <w:rPr>
          <w:rFonts w:ascii="宋体" w:hAnsi="宋体" w:eastAsia="宋体"/>
          <w:b w:val="0"/>
          <w:sz w:val="20"/>
        </w:rPr>
        <w:t>教学准备：课件，长方体和正方体纸盒(可展开)，长方体教具。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（1）认识长方体和正方体的展开图，理解长方体和正方体表面积的概念。</w:t>
      </w:r>
    </w:p>
    <w:p>
      <w:pPr>
        <w:spacing w:after="20" w:line="300" w:lineRule="auto"/>
        <w:ind w:firstLine="400"/>
      </w:pPr>
      <w:r>
        <w:rPr>
          <w:rFonts w:ascii="宋体" w:hAnsi="宋体" w:eastAsia="宋体"/>
          <w:b w:val="0"/>
          <w:sz w:val="20"/>
        </w:rPr>
        <w:t>（2）能根据长方体和正方体的特征，探索并掌握长方体和正方体表面积的计算方法。</w:t>
      </w:r>
    </w:p>
    <w:p>
      <w:pPr>
        <w:spacing w:after="20" w:line="300" w:lineRule="auto"/>
        <w:ind w:firstLine="400"/>
      </w:pPr>
      <w:r>
        <w:rPr>
          <w:rFonts w:ascii="宋体" w:hAnsi="宋体" w:eastAsia="宋体"/>
          <w:b w:val="0"/>
          <w:sz w:val="20"/>
        </w:rPr>
        <w:t>（3）在探究长方体和正方体表面积计算方法的过程中，培养学生的分析能力，发展学生的空间观念。</w:t>
      </w:r>
    </w:p>
    <w:p>
      <w:pPr>
        <w:spacing w:after="20" w:line="300" w:lineRule="auto"/>
      </w:pPr>
      <w:r>
        <w:rPr>
          <w:rFonts w:ascii="宋体" w:hAnsi="宋体" w:eastAsia="宋体"/>
          <w:b w:val="0"/>
          <w:sz w:val="20"/>
        </w:rPr>
        <w:t>教学重点：理解并掌握长方体和正方体表面积的计算方法。</w:t>
      </w:r>
    </w:p>
    <w:p>
      <w:pPr>
        <w:spacing w:after="20" w:line="300" w:lineRule="auto"/>
      </w:pPr>
      <w:r>
        <w:rPr>
          <w:rFonts w:ascii="宋体" w:hAnsi="宋体" w:eastAsia="宋体"/>
          <w:b w:val="0"/>
          <w:sz w:val="20"/>
        </w:rPr>
        <w:t>教学难点：应用表面积计算方法解决实际问题，培养学生的空间想象力。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什么是长方体的长、宽、高？什么是正方体的棱长？</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二、制作长方体和正方体的展开图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仔细想一想，哪些面的面积相等？；每个面的面积怎样求？每个面的长和宽与长方体的长、宽、高有什么关系？</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三、联系实际，尝试求长方体的表面积</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谁能用自己的话说一说什么叫作长方体或正方体的表面积？；比较这三种方法，你认为计算长方体的表面积关键是找什么？这三种方法你喜欢哪一种？</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四、独立探究，发现正方体表面积的计算方法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正方体表面积的计算方法是怎样的？</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五、变式练习，巩固应用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请举例说说，生活中什么情况下会用到长方体或正方体的表面积知识？</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（导入）</w:t>
            </w:r>
          </w:p>
        </w:tc>
        <w:tc>
          <w:tcPr>
            <w:tcW w:type="dxa" w:w="3061"/>
          </w:tcPr>
          <w:p>
            <w:pPr>
              <w:spacing w:after="20" w:line="276" w:lineRule="auto"/>
            </w:pPr>
            <w:r/>
            <w:r>
              <w:rPr>
                <w:rFonts w:ascii="宋体" w:hAnsi="宋体" w:eastAsia="宋体"/>
                <w:b w:val="0"/>
                <w:sz w:val="18"/>
              </w:rPr>
              <w:t>回顾旧知识</w:t>
            </w:r>
          </w:p>
          <w:p>
            <w:pPr>
              <w:spacing w:after="20" w:line="276" w:lineRule="auto"/>
            </w:pPr>
            <w:r>
              <w:rPr>
                <w:rFonts w:ascii="宋体" w:hAnsi="宋体" w:eastAsia="宋体"/>
                <w:b w:val="0"/>
                <w:sz w:val="18"/>
              </w:rPr>
              <w:t>师：什么是长方体的长、宽、高？什么是正方体的棱长？</w:t>
            </w:r>
          </w:p>
          <w:p>
            <w:pPr>
              <w:spacing w:after="20" w:line="276" w:lineRule="auto"/>
            </w:pPr>
            <w:r>
              <w:rPr>
                <w:rFonts w:ascii="宋体" w:hAnsi="宋体" w:eastAsia="宋体"/>
                <w:b w:val="0"/>
                <w:sz w:val="18"/>
              </w:rPr>
              <w:t>师：请指出长方体纸盒的长、宽、高，并说出长方体的特征。指出正方体的棱长并说出正方体的特征。</w:t>
            </w:r>
          </w:p>
          <w:p>
            <w:pPr>
              <w:spacing w:after="20" w:line="276" w:lineRule="auto"/>
            </w:pPr>
            <w:r>
              <w:rPr>
                <w:rFonts w:ascii="宋体" w:hAnsi="宋体" w:eastAsia="宋体"/>
                <w:b w:val="0"/>
                <w:sz w:val="18"/>
              </w:rPr>
              <w:t>教师出示长方体和正方体教具，让学生边指边说。</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简单复习长方体和正方体的基本特征和组成要素，为学习新知识打基础。</w:t>
            </w:r>
          </w:p>
        </w:tc>
      </w:tr>
      <w:tr>
        <w:tc>
          <w:tcPr>
            <w:tcW w:type="dxa" w:w="1474"/>
          </w:tcPr>
          <w:p>
            <w:pPr>
              <w:spacing w:after="20" w:line="276" w:lineRule="auto"/>
            </w:pPr>
            <w:r>
              <w:rPr>
                <w:b/>
              </w:rPr>
            </w:r>
            <w:r>
              <w:rPr>
                <w:rFonts w:ascii="宋体" w:hAnsi="宋体" w:eastAsia="宋体"/>
                <w:b/>
                <w:sz w:val="18"/>
              </w:rPr>
              <w:t>二、制作长方体和正方体的展开图</w:t>
            </w:r>
          </w:p>
        </w:tc>
        <w:tc>
          <w:tcPr>
            <w:tcW w:type="dxa" w:w="3061"/>
          </w:tcPr>
          <w:p>
            <w:pPr>
              <w:spacing w:after="20" w:line="276" w:lineRule="auto"/>
            </w:pPr>
            <w:r/>
            <w:r>
              <w:rPr>
                <w:rFonts w:ascii="宋体" w:hAnsi="宋体" w:eastAsia="宋体"/>
                <w:b w:val="0"/>
                <w:sz w:val="18"/>
              </w:rPr>
              <w:t>1.教师指导，完成长方体纸盒展开图。</w:t>
            </w:r>
          </w:p>
          <w:p>
            <w:pPr>
              <w:spacing w:after="20" w:line="276" w:lineRule="auto"/>
            </w:pPr>
            <w:r>
              <w:rPr>
                <w:rFonts w:ascii="宋体" w:hAnsi="宋体" w:eastAsia="宋体"/>
                <w:b w:val="0"/>
                <w:sz w:val="18"/>
              </w:rPr>
              <w:t>师：请同学们拿出准备好的长方体纸盒，把它沿着棱剪开。要求剪开后，各面要连在一起。</w:t>
            </w:r>
          </w:p>
          <w:p>
            <w:pPr>
              <w:spacing w:after="20" w:line="276" w:lineRule="auto"/>
            </w:pPr>
            <w:r>
              <w:rPr>
                <w:rFonts w:ascii="宋体" w:hAnsi="宋体" w:eastAsia="宋体"/>
                <w:b w:val="0"/>
                <w:sz w:val="18"/>
              </w:rPr>
              <w:t>教师指导学生将一个长方体纸盒剪开，呈现展开图。边剪边观察，剪到能展开即可。</w:t>
            </w:r>
          </w:p>
          <w:p>
            <w:pPr>
              <w:spacing w:after="20" w:line="276" w:lineRule="auto"/>
            </w:pPr>
            <w:r>
              <w:rPr>
                <w:rFonts w:ascii="宋体" w:hAnsi="宋体" w:eastAsia="宋体"/>
                <w:b w:val="0"/>
                <w:sz w:val="18"/>
              </w:rPr>
              <w:t>3.探究长方体的展开图。</w:t>
            </w:r>
          </w:p>
          <w:p>
            <w:pPr>
              <w:spacing w:after="20" w:line="276" w:lineRule="auto"/>
            </w:pPr>
            <w:r>
              <w:rPr>
                <w:rFonts w:ascii="宋体" w:hAnsi="宋体" w:eastAsia="宋体"/>
                <w:b w:val="0"/>
                <w:sz w:val="18"/>
              </w:rPr>
              <w:t>(1)对应长方体，明确展开图的6个面。</w:t>
            </w:r>
          </w:p>
          <w:p>
            <w:pPr>
              <w:spacing w:after="20" w:line="276" w:lineRule="auto"/>
            </w:pPr>
            <w:r>
              <w:rPr>
                <w:rFonts w:ascii="宋体" w:hAnsi="宋体" w:eastAsia="宋体"/>
                <w:b w:val="0"/>
                <w:sz w:val="18"/>
              </w:rPr>
              <w:t>师：请同学们在自己的展开图中，分别用“上、下、前、后、左、右”标明6个面。</w:t>
            </w:r>
          </w:p>
          <w:p>
            <w:pPr>
              <w:spacing w:after="20" w:line="276" w:lineRule="auto"/>
            </w:pPr>
            <w:r>
              <w:rPr>
                <w:rFonts w:ascii="宋体" w:hAnsi="宋体" w:eastAsia="宋体"/>
                <w:b w:val="0"/>
                <w:sz w:val="18"/>
              </w:rPr>
              <w:t>(2)引发思考，探究长方体展开图每个面与长方体的关系。</w:t>
            </w:r>
          </w:p>
          <w:p>
            <w:pPr>
              <w:spacing w:after="20" w:line="276" w:lineRule="auto"/>
            </w:pPr>
            <w:r>
              <w:rPr>
                <w:rFonts w:ascii="宋体" w:hAnsi="宋体" w:eastAsia="宋体"/>
                <w:b w:val="0"/>
                <w:sz w:val="18"/>
              </w:rPr>
              <w:t>课件出示思考问题。</w:t>
            </w:r>
          </w:p>
          <w:p>
            <w:pPr>
              <w:spacing w:after="20" w:line="276" w:lineRule="auto"/>
            </w:pPr>
            <w:r>
              <w:rPr>
                <w:rFonts w:ascii="宋体" w:hAnsi="宋体" w:eastAsia="宋体"/>
                <w:b w:val="0"/>
                <w:sz w:val="18"/>
              </w:rPr>
              <w:t>师：仔细想一想，哪些面的面积相等？</w:t>
            </w:r>
          </w:p>
          <w:p>
            <w:pPr>
              <w:spacing w:after="20" w:line="276" w:lineRule="auto"/>
            </w:pPr>
            <w:r>
              <w:rPr>
                <w:rFonts w:ascii="宋体" w:hAnsi="宋体" w:eastAsia="宋体"/>
                <w:b w:val="0"/>
                <w:sz w:val="18"/>
              </w:rPr>
              <w:t>师：每个面的面积怎样求？每个面的长和宽与长方体的长、宽、高有什么关系？</w:t>
            </w:r>
          </w:p>
          <w:p>
            <w:pPr>
              <w:spacing w:after="20" w:line="276" w:lineRule="auto"/>
            </w:pPr>
            <w:r>
              <w:rPr>
                <w:rFonts w:ascii="宋体" w:hAnsi="宋体" w:eastAsia="宋体"/>
                <w:b w:val="0"/>
                <w:sz w:val="18"/>
              </w:rPr>
              <w:t>结合学生的探讨，引导学生归纳(课件呈现)。</w:t>
            </w:r>
          </w:p>
          <w:p>
            <w:pPr>
              <w:spacing w:after="20" w:line="276" w:lineRule="auto"/>
            </w:pPr>
            <w:r>
              <w:rPr>
                <w:rFonts w:ascii="宋体" w:hAnsi="宋体" w:eastAsia="宋体"/>
                <w:b w:val="0"/>
                <w:sz w:val="18"/>
              </w:rPr>
              <w:t>4．探究正方体的展开图。</w:t>
            </w:r>
          </w:p>
          <w:p>
            <w:pPr>
              <w:spacing w:after="20" w:line="276" w:lineRule="auto"/>
            </w:pPr>
            <w:r>
              <w:rPr>
                <w:rFonts w:ascii="宋体" w:hAnsi="宋体" w:eastAsia="宋体"/>
                <w:b w:val="0"/>
                <w:sz w:val="18"/>
              </w:rPr>
              <w:t>(1)展示不同的展开图。</w:t>
            </w:r>
          </w:p>
          <w:p>
            <w:pPr>
              <w:spacing w:after="20" w:line="276" w:lineRule="auto"/>
            </w:pPr>
            <w:r>
              <w:rPr>
                <w:rFonts w:ascii="宋体" w:hAnsi="宋体" w:eastAsia="宋体"/>
                <w:b w:val="0"/>
                <w:sz w:val="18"/>
              </w:rPr>
              <w:t>(2)想象哪些是正方体的展开图。</w:t>
            </w:r>
          </w:p>
          <w:p>
            <w:pPr>
              <w:spacing w:after="20" w:line="276" w:lineRule="auto"/>
            </w:pPr>
            <w:r>
              <w:rPr>
                <w:rFonts w:ascii="宋体" w:hAnsi="宋体" w:eastAsia="宋体"/>
                <w:b w:val="0"/>
                <w:sz w:val="18"/>
              </w:rPr>
              <w:t>课件出示教科书P23“做一做”。</w:t>
            </w:r>
          </w:p>
        </w:tc>
        <w:tc>
          <w:tcPr>
            <w:tcW w:type="dxa" w:w="3061"/>
          </w:tcPr>
          <w:p>
            <w:pPr>
              <w:spacing w:after="20" w:line="276" w:lineRule="auto"/>
            </w:pPr>
            <w:r/>
            <w:r>
              <w:rPr>
                <w:rFonts w:ascii="宋体" w:hAnsi="宋体" w:eastAsia="宋体"/>
                <w:b w:val="0"/>
                <w:sz w:val="18"/>
              </w:rPr>
              <w:t>学生准备两个一样大小的长方体纸盒，其中一个剪开，另一个不动，方便后面对照找出各个面。</w:t>
            </w:r>
          </w:p>
          <w:p>
            <w:pPr>
              <w:spacing w:after="20" w:line="276" w:lineRule="auto"/>
            </w:pPr>
            <w:r>
              <w:rPr>
                <w:rFonts w:ascii="宋体" w:hAnsi="宋体" w:eastAsia="宋体"/>
                <w:b w:val="0"/>
                <w:sz w:val="18"/>
              </w:rPr>
              <w:t>可能会有部分学生在剪的时候沿所有棱都剪开，导致部分面从整个图形中分离出来，出现这种情形没有关系，学生经历了这个过程，就会明白每个面最多只能沿三条棱剪下来，这样才会和整个展开图相连。可以让学生多带几个长方体纸盒，出现错误时就可以再尝试一次。</w:t>
            </w:r>
          </w:p>
          <w:p>
            <w:pPr>
              <w:spacing w:after="20" w:line="276" w:lineRule="auto"/>
            </w:pPr>
            <w:r>
              <w:rPr>
                <w:rFonts w:ascii="宋体" w:hAnsi="宋体" w:eastAsia="宋体"/>
                <w:b w:val="0"/>
                <w:sz w:val="18"/>
              </w:rPr>
              <w:t>2.学生尝试，完成长方体纸盒展开图。</w:t>
            </w:r>
          </w:p>
          <w:p>
            <w:pPr>
              <w:spacing w:after="20" w:line="276" w:lineRule="auto"/>
            </w:pPr>
            <w:r>
              <w:rPr>
                <w:rFonts w:ascii="宋体" w:hAnsi="宋体" w:eastAsia="宋体"/>
                <w:b w:val="0"/>
                <w:sz w:val="18"/>
              </w:rPr>
              <w:t>学生展示交流后，课件展示长方体的展开图。</w:t>
            </w:r>
          </w:p>
          <w:p>
            <w:pPr>
              <w:spacing w:after="20" w:line="276" w:lineRule="auto"/>
            </w:pPr>
            <w:r>
              <w:rPr>
                <w:rFonts w:ascii="宋体" w:hAnsi="宋体" w:eastAsia="宋体"/>
                <w:b w:val="0"/>
                <w:sz w:val="18"/>
              </w:rPr>
              <w:t>“上、下、前、后、左、右”是相对的，关键是要求学生找到相对的面。为了便于将每个面的长和宽与长方体的长、宽、高对应起来，引导学生确定面向自己的面为前面，上面的面为上面。</w:t>
            </w:r>
          </w:p>
          <w:p>
            <w:pPr>
              <w:spacing w:after="20" w:line="276" w:lineRule="auto"/>
            </w:pPr>
            <w:r>
              <w:rPr>
                <w:rFonts w:ascii="宋体" w:hAnsi="宋体" w:eastAsia="宋体"/>
                <w:b w:val="0"/>
                <w:sz w:val="18"/>
              </w:rPr>
              <w:t>部分学生可能回答第二个问题会有困难，可以引导学生将某个具体的面与原长方体对照，从而清晰知道这个面的长、宽分别相当于长方体长、宽、高的哪部分。</w:t>
            </w:r>
          </w:p>
          <w:p>
            <w:pPr>
              <w:spacing w:after="20" w:line="276" w:lineRule="auto"/>
            </w:pPr>
            <w:r>
              <w:rPr>
                <w:rFonts w:ascii="宋体" w:hAnsi="宋体" w:eastAsia="宋体"/>
                <w:b w:val="0"/>
                <w:sz w:val="18"/>
              </w:rPr>
              <w:t>学生自主完成后展示交流。</w:t>
            </w:r>
          </w:p>
        </w:tc>
        <w:tc>
          <w:tcPr>
            <w:tcW w:type="dxa" w:w="1814"/>
          </w:tcPr>
          <w:p>
            <w:pPr>
              <w:spacing w:after="20" w:line="276" w:lineRule="auto"/>
            </w:pPr>
            <w:r/>
            <w:r>
              <w:rPr>
                <w:rFonts w:ascii="宋体" w:hAnsi="宋体" w:eastAsia="宋体"/>
                <w:b w:val="0"/>
                <w:sz w:val="18"/>
              </w:rPr>
              <w:t>引导学生动手操作，加强几何直观意识，便于把展开后的每个面与展开前的每个面的位置对应起来，更清楚地看出长方体相对的面的面积相等，每个面的长和宽与长方体的长、宽、高之间的关系。</w:t>
            </w:r>
          </w:p>
          <w:p>
            <w:pPr>
              <w:spacing w:after="20" w:line="276" w:lineRule="auto"/>
            </w:pPr>
            <w:r>
              <w:rPr>
                <w:rFonts w:ascii="宋体" w:hAnsi="宋体" w:eastAsia="宋体"/>
                <w:b w:val="0"/>
                <w:sz w:val="18"/>
              </w:rPr>
              <w:t>通过展示交流，让学生知道，正方体的展开图并不是唯一的。通过想象，辨认正方体的展开图，培养学生的想象能力和空间观念。</w:t>
            </w:r>
          </w:p>
        </w:tc>
      </w:tr>
      <w:tr>
        <w:tc>
          <w:tcPr>
            <w:tcW w:type="dxa" w:w="1474"/>
          </w:tcPr>
          <w:p>
            <w:pPr>
              <w:spacing w:after="20" w:line="276" w:lineRule="auto"/>
            </w:pPr>
            <w:r>
              <w:rPr>
                <w:b/>
              </w:rPr>
            </w:r>
            <w:r>
              <w:rPr>
                <w:rFonts w:ascii="宋体" w:hAnsi="宋体" w:eastAsia="宋体"/>
                <w:b/>
                <w:sz w:val="18"/>
              </w:rPr>
              <w:t>三、联系实际，尝试求长方体的表面积</w:t>
            </w:r>
          </w:p>
        </w:tc>
        <w:tc>
          <w:tcPr>
            <w:tcW w:type="dxa" w:w="3061"/>
          </w:tcPr>
          <w:p>
            <w:pPr>
              <w:spacing w:after="20" w:line="276" w:lineRule="auto"/>
            </w:pPr>
            <w:r/>
            <w:r>
              <w:rPr>
                <w:rFonts w:ascii="宋体" w:hAnsi="宋体" w:eastAsia="宋体"/>
                <w:b w:val="0"/>
                <w:sz w:val="18"/>
              </w:rPr>
              <w:t>1.建构长方体和正方体表面积的概念。</w:t>
            </w:r>
          </w:p>
          <w:p>
            <w:pPr>
              <w:spacing w:after="20" w:line="276" w:lineRule="auto"/>
            </w:pPr>
            <w:r>
              <w:rPr>
                <w:rFonts w:ascii="宋体" w:hAnsi="宋体" w:eastAsia="宋体"/>
                <w:b w:val="0"/>
                <w:sz w:val="18"/>
              </w:rPr>
              <w:t>师：谁能用自己的话说一说什么叫作长方体或正方体的表面积？(板书课题：长方体和正方体的表面积)</w:t>
            </w:r>
          </w:p>
          <w:p>
            <w:pPr>
              <w:spacing w:after="20" w:line="276" w:lineRule="auto"/>
            </w:pPr>
            <w:r>
              <w:rPr>
                <w:rFonts w:ascii="宋体" w:hAnsi="宋体" w:eastAsia="宋体"/>
                <w:b w:val="0"/>
                <w:sz w:val="18"/>
              </w:rPr>
              <w:t>板书：长方体或正方体6个面的面积之和，叫作它的表面积。</w:t>
            </w:r>
          </w:p>
          <w:p>
            <w:pPr>
              <w:spacing w:after="20" w:line="276" w:lineRule="auto"/>
            </w:pPr>
            <w:r>
              <w:rPr>
                <w:rFonts w:ascii="宋体" w:hAnsi="宋体" w:eastAsia="宋体"/>
                <w:b w:val="0"/>
                <w:sz w:val="18"/>
              </w:rPr>
              <w:t>2．根据概念自主探索长方体的表面积计算方法。</w:t>
            </w:r>
          </w:p>
          <w:p>
            <w:pPr>
              <w:spacing w:after="20" w:line="276" w:lineRule="auto"/>
            </w:pPr>
            <w:r>
              <w:rPr>
                <w:rFonts w:ascii="宋体" w:hAnsi="宋体" w:eastAsia="宋体"/>
                <w:b w:val="0"/>
                <w:sz w:val="18"/>
              </w:rPr>
              <w:t>(1)课件出示教科书P24例1。</w:t>
            </w:r>
          </w:p>
          <w:p>
            <w:pPr>
              <w:spacing w:after="20" w:line="276" w:lineRule="auto"/>
            </w:pPr>
            <w:r>
              <w:rPr>
                <w:rFonts w:ascii="宋体" w:hAnsi="宋体" w:eastAsia="宋体"/>
                <w:b w:val="0"/>
                <w:sz w:val="18"/>
              </w:rPr>
              <w:t>(2)学生读题、思考，先观察长方体保温箱，完成填空部分，再交流汇报。</w:t>
            </w:r>
          </w:p>
          <w:p>
            <w:pPr>
              <w:spacing w:after="20" w:line="276" w:lineRule="auto"/>
            </w:pPr>
            <w:r>
              <w:rPr>
                <w:rFonts w:ascii="宋体" w:hAnsi="宋体" w:eastAsia="宋体"/>
                <w:b w:val="0"/>
                <w:sz w:val="18"/>
              </w:rPr>
              <w:t>上、下每个面，长________，宽________，面积是________；</w:t>
            </w:r>
          </w:p>
          <w:p>
            <w:pPr>
              <w:spacing w:after="20" w:line="276" w:lineRule="auto"/>
            </w:pPr>
            <w:r>
              <w:rPr>
                <w:rFonts w:ascii="宋体" w:hAnsi="宋体" w:eastAsia="宋体"/>
                <w:b w:val="0"/>
                <w:sz w:val="18"/>
              </w:rPr>
              <w:t>前、后每个面，长________，宽________，面积是________；</w:t>
            </w:r>
          </w:p>
          <w:p>
            <w:pPr>
              <w:spacing w:after="20" w:line="276" w:lineRule="auto"/>
            </w:pPr>
            <w:r>
              <w:rPr>
                <w:rFonts w:ascii="宋体" w:hAnsi="宋体" w:eastAsia="宋体"/>
                <w:b w:val="0"/>
                <w:sz w:val="18"/>
              </w:rPr>
              <w:t>左、右每个面，长________，宽________，面积是________。</w:t>
            </w:r>
          </w:p>
          <w:p>
            <w:pPr>
              <w:spacing w:after="20" w:line="276" w:lineRule="auto"/>
            </w:pPr>
            <w:r>
              <w:rPr>
                <w:rFonts w:ascii="宋体" w:hAnsi="宋体" w:eastAsia="宋体"/>
                <w:b w:val="0"/>
                <w:sz w:val="18"/>
              </w:rPr>
              <w:t>(3)学生独立求长方体的表面积。</w:t>
            </w:r>
          </w:p>
          <w:p>
            <w:pPr>
              <w:spacing w:after="20" w:line="276" w:lineRule="auto"/>
            </w:pPr>
            <w:r>
              <w:rPr>
                <w:rFonts w:ascii="宋体" w:hAnsi="宋体" w:eastAsia="宋体"/>
                <w:b w:val="0"/>
                <w:sz w:val="18"/>
              </w:rPr>
              <w:t>(4)师生展示交流，学生上台板演，教师提炼方法。</w:t>
            </w:r>
          </w:p>
          <w:p>
            <w:pPr>
              <w:spacing w:after="20" w:line="276" w:lineRule="auto"/>
            </w:pPr>
            <w:r>
              <w:rPr>
                <w:rFonts w:ascii="宋体" w:hAnsi="宋体" w:eastAsia="宋体"/>
                <w:b w:val="0"/>
                <w:sz w:val="18"/>
              </w:rPr>
              <w:t>方法一：长方体的表面积＝6个面的面积和。</w:t>
            </w:r>
          </w:p>
          <w:p>
            <w:pPr>
              <w:spacing w:after="20" w:line="276" w:lineRule="auto"/>
            </w:pPr>
            <w:r>
              <w:rPr>
                <w:rFonts w:ascii="宋体" w:hAnsi="宋体" w:eastAsia="宋体"/>
                <w:b w:val="0"/>
                <w:sz w:val="18"/>
              </w:rPr>
              <w:t>6×5＋6×5＋6×4＋6×4＋5×4＋5×4</w:t>
            </w:r>
          </w:p>
          <w:p>
            <w:pPr>
              <w:spacing w:after="20" w:line="276" w:lineRule="auto"/>
            </w:pPr>
            <w:r>
              <w:rPr>
                <w:rFonts w:ascii="宋体" w:hAnsi="宋体" w:eastAsia="宋体"/>
                <w:b w:val="0"/>
                <w:sz w:val="18"/>
              </w:rPr>
              <w:t>＝30＋30＋24＋24＋20＋20</w:t>
            </w:r>
          </w:p>
          <w:p>
            <w:pPr>
              <w:spacing w:after="20" w:line="276" w:lineRule="auto"/>
            </w:pPr>
            <w:r>
              <w:rPr>
                <w:rFonts w:ascii="宋体" w:hAnsi="宋体" w:eastAsia="宋体"/>
                <w:b w:val="0"/>
                <w:sz w:val="18"/>
              </w:rPr>
              <w:t>＝148(dm2)</w:t>
            </w:r>
          </w:p>
          <w:p>
            <w:pPr>
              <w:spacing w:after="20" w:line="276" w:lineRule="auto"/>
            </w:pPr>
            <w:r>
              <w:rPr>
                <w:rFonts w:ascii="宋体" w:hAnsi="宋体" w:eastAsia="宋体"/>
                <w:b w:val="0"/>
                <w:sz w:val="18"/>
              </w:rPr>
              <w:t>方法二：长方体的表面积＝上、下两个面的面积和＋前、后两个面的面积和＋左、右两个面的面积和。</w:t>
            </w:r>
          </w:p>
          <w:p>
            <w:pPr>
              <w:spacing w:after="20" w:line="276" w:lineRule="auto"/>
            </w:pPr>
            <w:r>
              <w:rPr>
                <w:rFonts w:ascii="宋体" w:hAnsi="宋体" w:eastAsia="宋体"/>
                <w:b w:val="0"/>
                <w:sz w:val="18"/>
              </w:rPr>
              <w:t>6×5×2＋6×4×2＋5×4×2</w:t>
            </w:r>
          </w:p>
          <w:p>
            <w:pPr>
              <w:spacing w:after="20" w:line="276" w:lineRule="auto"/>
            </w:pPr>
            <w:r>
              <w:rPr>
                <w:rFonts w:ascii="宋体" w:hAnsi="宋体" w:eastAsia="宋体"/>
                <w:b w:val="0"/>
                <w:sz w:val="18"/>
              </w:rPr>
              <w:t>＝60＋48＋40</w:t>
            </w:r>
          </w:p>
          <w:p>
            <w:pPr>
              <w:spacing w:after="20" w:line="276" w:lineRule="auto"/>
            </w:pPr>
            <w:r>
              <w:rPr>
                <w:rFonts w:ascii="宋体" w:hAnsi="宋体" w:eastAsia="宋体"/>
                <w:b w:val="0"/>
                <w:sz w:val="18"/>
              </w:rPr>
              <w:t>＝148(dm2)</w:t>
            </w:r>
          </w:p>
          <w:p>
            <w:pPr>
              <w:spacing w:after="20" w:line="276" w:lineRule="auto"/>
            </w:pPr>
            <w:r>
              <w:rPr>
                <w:rFonts w:ascii="宋体" w:hAnsi="宋体" w:eastAsia="宋体"/>
                <w:b w:val="0"/>
                <w:sz w:val="18"/>
              </w:rPr>
              <w:t>方法三：长方体的表面积＝(上面的面积＋前面的面积＋左面的面积)×2。</w:t>
            </w:r>
          </w:p>
          <w:p>
            <w:pPr>
              <w:spacing w:after="20" w:line="276" w:lineRule="auto"/>
            </w:pPr>
            <w:r>
              <w:rPr>
                <w:rFonts w:ascii="宋体" w:hAnsi="宋体" w:eastAsia="宋体"/>
                <w:b w:val="0"/>
                <w:sz w:val="18"/>
              </w:rPr>
              <w:t>(6×5＋6×4＋5×4)×2</w:t>
            </w:r>
          </w:p>
          <w:p>
            <w:pPr>
              <w:spacing w:after="20" w:line="276" w:lineRule="auto"/>
            </w:pPr>
            <w:r>
              <w:rPr>
                <w:rFonts w:ascii="宋体" w:hAnsi="宋体" w:eastAsia="宋体"/>
                <w:b w:val="0"/>
                <w:sz w:val="18"/>
              </w:rPr>
              <w:t>＝74×2</w:t>
            </w:r>
          </w:p>
          <w:p>
            <w:pPr>
              <w:spacing w:after="20" w:line="276" w:lineRule="auto"/>
            </w:pPr>
            <w:r>
              <w:rPr>
                <w:rFonts w:ascii="宋体" w:hAnsi="宋体" w:eastAsia="宋体"/>
                <w:b w:val="0"/>
                <w:sz w:val="18"/>
              </w:rPr>
              <w:t>＝148(dm2)</w:t>
            </w:r>
          </w:p>
          <w:p>
            <w:pPr>
              <w:spacing w:after="20" w:line="276" w:lineRule="auto"/>
            </w:pPr>
            <w:r>
              <w:rPr>
                <w:rFonts w:ascii="宋体" w:hAnsi="宋体" w:eastAsia="宋体"/>
                <w:b w:val="0"/>
                <w:sz w:val="18"/>
              </w:rPr>
              <w:t>3．归纳长方体表面积的计算方法。</w:t>
            </w:r>
          </w:p>
          <w:p>
            <w:pPr>
              <w:spacing w:after="20" w:line="276" w:lineRule="auto"/>
            </w:pPr>
            <w:r>
              <w:rPr>
                <w:rFonts w:ascii="宋体" w:hAnsi="宋体" w:eastAsia="宋体"/>
                <w:b w:val="0"/>
                <w:sz w:val="18"/>
              </w:rPr>
              <w:t>师：比较这三种方法，你认为计算长方体的表面积关键是找什么？这三种方法你喜欢哪一种？</w:t>
            </w:r>
          </w:p>
          <w:p>
            <w:pPr>
              <w:spacing w:after="20" w:line="276" w:lineRule="auto"/>
            </w:pPr>
            <w:r>
              <w:rPr>
                <w:rFonts w:ascii="宋体" w:hAnsi="宋体" w:eastAsia="宋体"/>
                <w:b w:val="0"/>
                <w:sz w:val="18"/>
              </w:rPr>
              <w:t>师：想一想，长方体的表面积该怎么计算呢？</w:t>
            </w:r>
          </w:p>
          <w:p>
            <w:pPr>
              <w:spacing w:after="20" w:line="276" w:lineRule="auto"/>
            </w:pPr>
            <w:r>
              <w:rPr>
                <w:rFonts w:ascii="宋体" w:hAnsi="宋体" w:eastAsia="宋体"/>
                <w:b w:val="0"/>
                <w:sz w:val="18"/>
              </w:rPr>
              <w:t>教师板书：长方体的表面积＝长×宽×2＋长×高×2＋宽×高×2</w:t>
            </w:r>
          </w:p>
          <w:p>
            <w:pPr>
              <w:spacing w:after="20" w:line="276" w:lineRule="auto"/>
            </w:pPr>
            <w:r>
              <w:rPr>
                <w:rFonts w:ascii="宋体" w:hAnsi="宋体" w:eastAsia="宋体"/>
                <w:b w:val="0"/>
                <w:sz w:val="18"/>
              </w:rPr>
              <w:t>＝(长×宽＋长×高＋宽×高)×2</w:t>
            </w:r>
          </w:p>
          <w:p>
            <w:pPr>
              <w:spacing w:after="20" w:line="276" w:lineRule="auto"/>
            </w:pPr>
            <w:r>
              <w:rPr>
                <w:rFonts w:ascii="宋体" w:hAnsi="宋体" w:eastAsia="宋体"/>
                <w:b w:val="0"/>
                <w:sz w:val="18"/>
              </w:rPr>
              <w:t>S表＝2(ab＋ah＋bh)</w:t>
            </w:r>
          </w:p>
        </w:tc>
        <w:tc>
          <w:tcPr>
            <w:tcW w:type="dxa" w:w="3061"/>
          </w:tcPr>
          <w:p>
            <w:pPr>
              <w:spacing w:after="20" w:line="276" w:lineRule="auto"/>
            </w:pPr>
            <w:r/>
            <w:r>
              <w:rPr>
                <w:rFonts w:ascii="宋体" w:hAnsi="宋体" w:eastAsia="宋体"/>
                <w:b w:val="0"/>
                <w:sz w:val="18"/>
              </w:rPr>
              <w:t>6个面的面积相加；上、下两个面的面积和加上前、后两个面的面积和，再加上左、右两个面的面积和；先算出上下、左右、前后当中的各一个面的面积，相加后再乘2。</w:t>
            </w:r>
          </w:p>
          <w:p>
            <w:pPr>
              <w:spacing w:after="20" w:line="276" w:lineRule="auto"/>
            </w:pPr>
            <w:r>
              <w:rPr>
                <w:rFonts w:ascii="宋体" w:hAnsi="宋体" w:eastAsia="宋体"/>
                <w:b w:val="0"/>
                <w:sz w:val="18"/>
              </w:rPr>
              <w:t>计算长方体的表面积关键要知道长方体的长、宽、高，三种方法中学生一般不会选择第一种。</w:t>
            </w:r>
          </w:p>
          <w:p>
            <w:pPr>
              <w:spacing w:after="20" w:line="276" w:lineRule="auto"/>
            </w:pPr>
            <w:r>
              <w:rPr>
                <w:rFonts w:ascii="宋体" w:hAnsi="宋体" w:eastAsia="宋体"/>
                <w:b w:val="0"/>
                <w:sz w:val="18"/>
              </w:rPr>
              <w:t>学生分小组讨论后，归纳出计算方法。</w:t>
            </w:r>
          </w:p>
        </w:tc>
        <w:tc>
          <w:tcPr>
            <w:tcW w:type="dxa" w:w="1814"/>
          </w:tcPr>
          <w:p>
            <w:pPr>
              <w:spacing w:after="20" w:line="276" w:lineRule="auto"/>
            </w:pPr>
            <w:r/>
            <w:r>
              <w:rPr>
                <w:rFonts w:ascii="宋体" w:hAnsi="宋体" w:eastAsia="宋体"/>
                <w:b w:val="0"/>
                <w:sz w:val="18"/>
              </w:rPr>
              <w:t>为了避免计算过于机械，教科书没有总结长方体表面积的计算公式，但是并不意味着学生不需要掌握公式。教学时，让学生结合具体的问题，由具体到抽象，由个性到优化，经历计算公式的形成过程，在理解的基础上掌握计算方法。</w:t>
            </w:r>
          </w:p>
        </w:tc>
      </w:tr>
      <w:tr>
        <w:tc>
          <w:tcPr>
            <w:tcW w:type="dxa" w:w="1474"/>
          </w:tcPr>
          <w:p>
            <w:pPr>
              <w:spacing w:after="20" w:line="276" w:lineRule="auto"/>
            </w:pPr>
            <w:r>
              <w:rPr>
                <w:b/>
              </w:rPr>
            </w:r>
            <w:r>
              <w:rPr>
                <w:rFonts w:ascii="宋体" w:hAnsi="宋体" w:eastAsia="宋体"/>
                <w:b/>
                <w:sz w:val="18"/>
              </w:rPr>
              <w:t>四、独立探究，发现正方体表面积的计算方法</w:t>
            </w:r>
          </w:p>
        </w:tc>
        <w:tc>
          <w:tcPr>
            <w:tcW w:type="dxa" w:w="3061"/>
          </w:tcPr>
          <w:p>
            <w:pPr>
              <w:spacing w:after="20" w:line="276" w:lineRule="auto"/>
            </w:pPr>
            <w:r/>
            <w:r>
              <w:rPr>
                <w:rFonts w:ascii="宋体" w:hAnsi="宋体" w:eastAsia="宋体"/>
                <w:b w:val="0"/>
                <w:sz w:val="18"/>
              </w:rPr>
              <w:t>1.课件出示教科书P24例1“想一想”。</w:t>
            </w:r>
          </w:p>
          <w:p>
            <w:pPr>
              <w:spacing w:after="20" w:line="276" w:lineRule="auto"/>
            </w:pPr>
            <w:r>
              <w:rPr>
                <w:rFonts w:ascii="宋体" w:hAnsi="宋体" w:eastAsia="宋体"/>
                <w:b w:val="0"/>
                <w:sz w:val="18"/>
              </w:rPr>
              <w:t>3．展示交流汇报。</w:t>
            </w:r>
          </w:p>
          <w:p>
            <w:pPr>
              <w:spacing w:after="20" w:line="276" w:lineRule="auto"/>
            </w:pPr>
            <w:r>
              <w:rPr>
                <w:rFonts w:ascii="宋体" w:hAnsi="宋体" w:eastAsia="宋体"/>
                <w:b w:val="0"/>
                <w:sz w:val="18"/>
              </w:rPr>
              <w:t>4．归纳正方体表面积的计算方法。</w:t>
            </w:r>
          </w:p>
          <w:p>
            <w:pPr>
              <w:spacing w:after="20" w:line="276" w:lineRule="auto"/>
            </w:pPr>
            <w:r>
              <w:rPr>
                <w:rFonts w:ascii="宋体" w:hAnsi="宋体" w:eastAsia="宋体"/>
                <w:b w:val="0"/>
                <w:sz w:val="18"/>
              </w:rPr>
              <w:t>师：正方体表面积的计算方法是怎样的？</w:t>
            </w:r>
          </w:p>
          <w:p>
            <w:pPr>
              <w:spacing w:after="20" w:line="276" w:lineRule="auto"/>
            </w:pPr>
            <w:r>
              <w:rPr>
                <w:rFonts w:ascii="宋体" w:hAnsi="宋体" w:eastAsia="宋体"/>
                <w:b w:val="0"/>
                <w:sz w:val="18"/>
              </w:rPr>
              <w:t>正方体的表面积＝棱长×棱长×6　　　S表＝6a2</w:t>
            </w:r>
          </w:p>
        </w:tc>
        <w:tc>
          <w:tcPr>
            <w:tcW w:type="dxa" w:w="3061"/>
          </w:tcPr>
          <w:p>
            <w:pPr>
              <w:spacing w:after="20" w:line="276" w:lineRule="auto"/>
            </w:pPr>
            <w:r/>
            <w:r>
              <w:rPr>
                <w:rFonts w:ascii="宋体" w:hAnsi="宋体" w:eastAsia="宋体"/>
                <w:b w:val="0"/>
                <w:sz w:val="18"/>
              </w:rPr>
              <w:t>2．学生讨论并自主解答。</w:t>
            </w:r>
          </w:p>
          <w:p>
            <w:pPr>
              <w:spacing w:after="20" w:line="276" w:lineRule="auto"/>
            </w:pPr>
            <w:r>
              <w:rPr>
                <w:rFonts w:ascii="宋体" w:hAnsi="宋体" w:eastAsia="宋体"/>
                <w:b w:val="0"/>
                <w:sz w:val="18"/>
              </w:rPr>
              <w:t>可能有少数学生继续用长方体的表面积计算方法，但是大部分学生会直接用一个面的面积乘6。</w:t>
            </w:r>
          </w:p>
          <w:p>
            <w:pPr>
              <w:spacing w:after="20" w:line="276" w:lineRule="auto"/>
            </w:pPr>
            <w:r>
              <w:rPr>
                <w:rFonts w:ascii="宋体" w:hAnsi="宋体" w:eastAsia="宋体"/>
                <w:b w:val="0"/>
                <w:sz w:val="18"/>
              </w:rPr>
              <w:t>学生交流，课件展示，教师板书：</w:t>
            </w:r>
          </w:p>
        </w:tc>
        <w:tc>
          <w:tcPr>
            <w:tcW w:type="dxa" w:w="1814"/>
          </w:tcPr>
          <w:p>
            <w:pPr>
              <w:spacing w:after="20" w:line="276" w:lineRule="auto"/>
            </w:pPr>
            <w:r/>
            <w:r>
              <w:rPr>
                <w:rFonts w:ascii="宋体" w:hAnsi="宋体" w:eastAsia="宋体"/>
                <w:b w:val="0"/>
                <w:sz w:val="18"/>
              </w:rPr>
              <w:t>学生通过前面的动手操作完成长方体和正方体的展开图，从而对于两者的表面积的意义已经很明确，学习中教师也略做了指导。而正方体是特殊的长方体，所有的棱长都相等，所以完全放手让学生独立解决非常必要，可以培养他们对比类推的能力。</w:t>
            </w:r>
          </w:p>
        </w:tc>
      </w:tr>
      <w:tr>
        <w:tc>
          <w:tcPr>
            <w:tcW w:type="dxa" w:w="1474"/>
          </w:tcPr>
          <w:p>
            <w:pPr>
              <w:spacing w:after="20" w:line="276" w:lineRule="auto"/>
            </w:pPr>
            <w:r>
              <w:rPr>
                <w:b/>
              </w:rPr>
            </w:r>
            <w:r>
              <w:rPr>
                <w:rFonts w:ascii="宋体" w:hAnsi="宋体" w:eastAsia="宋体"/>
                <w:b/>
                <w:sz w:val="18"/>
              </w:rPr>
              <w:t>五、变式练习，巩固应用</w:t>
            </w:r>
          </w:p>
        </w:tc>
        <w:tc>
          <w:tcPr>
            <w:tcW w:type="dxa" w:w="3061"/>
          </w:tcPr>
          <w:p>
            <w:pPr>
              <w:spacing w:after="20" w:line="276" w:lineRule="auto"/>
            </w:pPr>
            <w:r/>
            <w:r>
              <w:rPr>
                <w:rFonts w:ascii="宋体" w:hAnsi="宋体" w:eastAsia="宋体"/>
                <w:b w:val="0"/>
                <w:sz w:val="18"/>
              </w:rPr>
              <w:t>1.课件出示教科书P25“练习六”第2题。</w:t>
            </w:r>
          </w:p>
          <w:p>
            <w:pPr>
              <w:spacing w:after="20" w:line="276" w:lineRule="auto"/>
            </w:pPr>
            <w:r>
              <w:rPr>
                <w:rFonts w:ascii="宋体" w:hAnsi="宋体" w:eastAsia="宋体"/>
                <w:b w:val="0"/>
                <w:sz w:val="18"/>
              </w:rPr>
              <w:t>(1)学生在教科书上完成。</w:t>
            </w:r>
          </w:p>
          <w:p>
            <w:pPr>
              <w:spacing w:after="20" w:line="276" w:lineRule="auto"/>
            </w:pPr>
            <w:r>
              <w:rPr>
                <w:rFonts w:ascii="宋体" w:hAnsi="宋体" w:eastAsia="宋体"/>
                <w:b w:val="0"/>
                <w:sz w:val="18"/>
              </w:rPr>
              <w:t>(2)全班交流，课件展示。</w:t>
            </w:r>
          </w:p>
          <w:p>
            <w:pPr>
              <w:spacing w:after="20" w:line="276" w:lineRule="auto"/>
            </w:pPr>
            <w:r>
              <w:rPr>
                <w:rFonts w:ascii="宋体" w:hAnsi="宋体" w:eastAsia="宋体"/>
                <w:b w:val="0"/>
                <w:sz w:val="18"/>
              </w:rPr>
              <w:t>2．课件出示教科书P25“练习六”第3题。</w:t>
            </w:r>
          </w:p>
          <w:p>
            <w:pPr>
              <w:spacing w:after="20" w:line="276" w:lineRule="auto"/>
            </w:pPr>
            <w:r>
              <w:rPr>
                <w:rFonts w:ascii="宋体" w:hAnsi="宋体" w:eastAsia="宋体"/>
                <w:b w:val="0"/>
                <w:sz w:val="18"/>
              </w:rPr>
              <w:t>3．课件出示教科书P25“练习六”第4题。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4．课件出示教科书P24“做一做”。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(2)交流讨论。</w:t>
            </w:r>
          </w:p>
          <w:p>
            <w:pPr>
              <w:spacing w:after="20" w:line="276" w:lineRule="auto"/>
            </w:pPr>
            <w:r>
              <w:rPr>
                <w:rFonts w:ascii="宋体" w:hAnsi="宋体" w:eastAsia="宋体"/>
                <w:b w:val="0"/>
                <w:sz w:val="18"/>
              </w:rPr>
              <w:t>教师引导学生将实际问题与长方体的表面积建立联系，运用公式进行计算。</w:t>
            </w:r>
          </w:p>
        </w:tc>
        <w:tc>
          <w:tcPr>
            <w:tcW w:type="dxa" w:w="3061"/>
          </w:tcPr>
          <w:p>
            <w:pPr>
              <w:spacing w:after="20" w:line="276" w:lineRule="auto"/>
            </w:pPr>
            <w:r/>
            <w:r>
              <w:rPr>
                <w:rFonts w:ascii="宋体" w:hAnsi="宋体" w:eastAsia="宋体"/>
                <w:b w:val="0"/>
                <w:sz w:val="18"/>
              </w:rPr>
              <w:t>学生独立完成后再交流展示。</w:t>
            </w:r>
          </w:p>
        </w:tc>
        <w:tc>
          <w:tcPr>
            <w:tcW w:type="dxa" w:w="1814"/>
          </w:tcPr>
          <w:p>
            <w:pPr>
              <w:spacing w:after="20" w:line="276" w:lineRule="auto"/>
            </w:pPr>
            <w:r/>
            <w:r>
              <w:rPr>
                <w:rFonts w:ascii="宋体" w:hAnsi="宋体" w:eastAsia="宋体"/>
                <w:b w:val="0"/>
                <w:sz w:val="18"/>
              </w:rPr>
              <w:t>进一步巩固本节课的知识，明白具体情况具体分析，培养解决实际问题的能力，同时使学生在解决问题的过程中，经历立体图形、平面图形之间的转换，培养空间观念。</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师：请举例说说，生活中什么情况下会用到长方体或正方体的表面积知识？</w:t>
            </w:r>
          </w:p>
          <w:p>
            <w:pPr>
              <w:spacing w:after="20" w:line="276" w:lineRule="auto"/>
            </w:pPr>
            <w:r>
              <w:rPr>
                <w:rFonts w:ascii="宋体" w:hAnsi="宋体" w:eastAsia="宋体"/>
                <w:b w:val="0"/>
                <w:sz w:val="18"/>
              </w:rPr>
              <w:t>引导学生整理本节课所学内容。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引导学生回顾梳理本课所学，完善认知结构，提升归纳与反思能力，核心问题："请举例说说，生活中什么情况下会用到长方体或正方体的表面积知识？"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长方体和正方体的表面积</w:t>
      </w:r>
    </w:p>
    <w:p>
      <w:pPr>
        <w:spacing w:after="40" w:line="300" w:lineRule="auto"/>
      </w:pPr>
      <w:r>
        <w:rPr>
          <w:rFonts w:ascii="宋体" w:hAnsi="宋体" w:eastAsia="宋体"/>
          <w:b w:val="0"/>
          <w:sz w:val="20"/>
        </w:rPr>
        <w:t>长方体或正方体6个面的面积之和，叫作它的表面积。</w:t>
      </w:r>
    </w:p>
    <w:p>
      <w:pPr>
        <w:spacing w:after="40" w:line="300" w:lineRule="auto"/>
      </w:pPr>
      <w:r>
        <w:rPr>
          <w:rFonts w:ascii="宋体" w:hAnsi="宋体" w:eastAsia="宋体"/>
          <w:b w:val="0"/>
          <w:sz w:val="20"/>
        </w:rPr>
        <w:t>长方体的表面积＝长×宽×2＋长×高×2＋宽×高×2＝(长×宽＋长×高＋宽×高)×2　S表＝2(ab＋ah＋bh)</w:t>
      </w:r>
    </w:p>
    <w:p>
      <w:pPr>
        <w:spacing w:after="40" w:line="300" w:lineRule="auto"/>
      </w:pPr>
      <w:r>
        <w:rPr>
          <w:rFonts w:ascii="宋体" w:hAnsi="宋体" w:eastAsia="宋体"/>
          <w:b w:val="0"/>
          <w:sz w:val="20"/>
        </w:rPr>
        <w:t>正方体的表面积＝棱长×棱长×6　S表＝6a2</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教科书P23～24例1，完成教科书P23“做一做”，P24“做一做”，P25“练习六”中第2～4题。</w:t>
      </w:r>
    </w:p>
    <w:p>
      <w:pPr>
        <w:spacing w:after="40" w:line="300" w:lineRule="auto"/>
        <w:ind w:firstLine="400"/>
      </w:pPr>
      <w:r>
        <w:rPr>
          <w:rFonts w:ascii="宋体" w:hAnsi="宋体" w:eastAsia="宋体"/>
          <w:b w:val="0"/>
          <w:sz w:val="20"/>
        </w:rPr>
        <w:t>② 原设计安排：见“状元成才路”系列丛书《创优作业100分》对应课时作业。 1折叠后，下面哪些图形能围成长方体或正方体？在括号里画“√”。 2计算下面长方体和正方体的表面积。 (1)上、下每个面的面积是： 前、后每个面的面积是： 左、右每个面的面积是： 长方体的表面积是： (2)每个面的面积是： 正方体的表面积是： 参考答案 1．(√) ( ) (√) ( ) (√) 2．(1)20×10＝200(cm2) 20×8＝160(cm2) 10×8＝80(cm2) 200×2＋160×2＋80×2＝880(cm2)或(200＋160＋80)×2＝880(cm2) (2)8×8＝64(cm2) 64×6＝384(cm2)eq \x(\a\vs4\al(教学资源),,,INCLUDEPICTURE"慕57.TIF" INCLUDEPICTURE"录57.TIF" INCLUDEPICTURE"知57.TIF") 200×2＋160×2＋80×2＝880(cm2) (200＋160＋80)×2＝880(cm2) 2．8×8＝64(cm2) 64×6＝384(cm2) 3.148 二、(20×12＋20×8＋12×8)×2＝992(cm2) 992×1.2＝1190.4(cm2) 【教学笔记】 【教学提示】 为了预防学生剪时出错，教师要求学生剪慢一点，沿着一条棱剪开后，想清楚再沿另一条棱剪。 【教学提示】 长方体的摆放方式不同，对应的上、下、前、后、左、右面也不同，教师要提醒学生长方体各个面的面积计算要根据实际情况进行。 【教学提示】 三种方法本质上是一样的，可以运用简便计算方法相互转换。教师要引导学生发现这三种方法之间的内在联系，进一步理解表面积的意义。 【教学提示】 学生在解决实际问题时，教师注意引导学生明确实际求哪个面的面积。</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从学生已有的知识经验出发，给学生充分观察和动手操作的机会，通过学生自己动手把一个长方体和正方体纸盒的6个面展开，让学生在观察和操作中将抽象的知识与实物模型结合起来，建立表象，感知表面积的意义。在此基础上引导学生在探索中发现和总结长方体和正方体表面积的计算方法，培养学生的探究能力和创新思维，发展空间观念。</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综合与实践 探索图形</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综合与实践 探索图形</w:t>
            </w:r>
          </w:p>
        </w:tc>
        <w:tc>
          <w:tcPr>
            <w:tcW w:type="dxa" w:w="6009"/>
          </w:tcPr>
          <w:p>
            <w:pPr>
              <w:spacing w:after="20" w:line="276" w:lineRule="auto"/>
            </w:pPr>
            <w:r/>
            <w:r>
              <w:rPr>
                <w:rFonts w:ascii="宋体" w:hAnsi="宋体" w:eastAsia="宋体"/>
                <w:b w:val="0"/>
                <w:sz w:val="20"/>
              </w:rPr>
              <w:t>第3单元 长方体和正方体</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教学内容：教科书P44的内容。</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（1）通过探索图形的活动，进一步加深对正方体特征的认识和理解。</w:t>
      </w:r>
    </w:p>
    <w:p>
      <w:pPr>
        <w:spacing w:after="20" w:line="300" w:lineRule="auto"/>
        <w:ind w:firstLine="400"/>
      </w:pPr>
      <w:r>
        <w:rPr>
          <w:rFonts w:ascii="宋体" w:hAnsi="宋体" w:eastAsia="宋体"/>
          <w:b w:val="0"/>
          <w:sz w:val="20"/>
        </w:rPr>
        <w:t>（2）通过观察、列表、想象等方式探索、发现图形分类计数问题中的规律，体会化繁为简解决问题的策略，培养学生的空间想象力。</w:t>
      </w:r>
    </w:p>
    <w:p>
      <w:pPr>
        <w:spacing w:after="20" w:line="300" w:lineRule="auto"/>
        <w:ind w:firstLine="400"/>
      </w:pPr>
      <w:r>
        <w:rPr>
          <w:rFonts w:ascii="宋体" w:hAnsi="宋体" w:eastAsia="宋体"/>
          <w:b w:val="0"/>
          <w:sz w:val="20"/>
        </w:rPr>
        <w:t>（3）体会分类、数形结合、归纳、推理、模型等数学思想。</w:t>
      </w:r>
    </w:p>
    <w:p>
      <w:pPr>
        <w:spacing w:after="20" w:line="300" w:lineRule="auto"/>
      </w:pPr>
      <w:r>
        <w:rPr>
          <w:rFonts w:ascii="宋体" w:hAnsi="宋体" w:eastAsia="宋体"/>
          <w:b w:val="0"/>
          <w:sz w:val="20"/>
        </w:rPr>
        <w:t>教学重点：学会从简单的情况中找规律，解决复杂的问题时运用化繁为简的思想方法。</w:t>
      </w:r>
    </w:p>
    <w:p>
      <w:pPr>
        <w:spacing w:after="20" w:line="300" w:lineRule="auto"/>
      </w:pPr>
      <w:r>
        <w:rPr>
          <w:rFonts w:ascii="宋体" w:hAnsi="宋体" w:eastAsia="宋体"/>
          <w:b w:val="0"/>
          <w:sz w:val="20"/>
        </w:rPr>
        <w:t>教学难点：探究规律，归纳方法。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一、复习旧知识，提出问题</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这是什么图形？；正方体有哪些特征？</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二、探究活动，寻找规律</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三面涂色的小正方体有几个？在什么位置？；两面涂色的小正方体有几个？在什么位置？</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三、大胆猜测，总结规律</w:t>
            </w:r>
          </w:p>
        </w:tc>
        <w:tc>
          <w:tcPr>
            <w:tcW w:type="dxa" w:w="1814"/>
          </w:tcPr>
          <w:p>
            <w:pPr>
              <w:spacing w:after="20" w:line="276" w:lineRule="auto"/>
            </w:pPr>
            <w:r/>
            <w:r>
              <w:rPr>
                <w:rFonts w:ascii="宋体" w:hAnsi="宋体" w:eastAsia="宋体"/>
                <w:b w:val="0"/>
                <w:sz w:val="18"/>
              </w:rPr>
              <w:t>小正方体、课件</w:t>
            </w:r>
          </w:p>
        </w:tc>
        <w:tc>
          <w:tcPr>
            <w:tcW w:type="dxa" w:w="3402"/>
          </w:tcPr>
          <w:p>
            <w:pPr>
              <w:spacing w:after="20" w:line="276" w:lineRule="auto"/>
            </w:pPr>
            <w:r/>
            <w:r>
              <w:rPr>
                <w:rFonts w:ascii="宋体" w:hAnsi="宋体" w:eastAsia="宋体"/>
                <w:b w:val="0"/>
                <w:sz w:val="18"/>
              </w:rPr>
              <w:t>照这样的规律，你们能猜想一下第④个、第⑤个大正方体中四类小正方体的个数情况吗？；每类小正方体的个数有什么规律呢？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四、回顾例题，建构模型</w:t>
            </w:r>
          </w:p>
        </w:tc>
        <w:tc>
          <w:tcPr>
            <w:tcW w:type="dxa" w:w="1814"/>
          </w:tcPr>
          <w:p>
            <w:pPr>
              <w:spacing w:after="20" w:line="276" w:lineRule="auto"/>
            </w:pPr>
            <w:r/>
            <w:r>
              <w:rPr>
                <w:rFonts w:ascii="宋体" w:hAnsi="宋体" w:eastAsia="宋体"/>
                <w:b w:val="0"/>
                <w:sz w:val="18"/>
              </w:rPr>
              <w:t>小正方体、课件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五、分层练习，巩固迁移</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按照这样的规律，摆第5个几何体需要多少个小正方体？；如果把这几个几何体的表面涂上颜色，你能根据涂色的情况给这些小正方体分类吗？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通过这节课的学习，你们明白了什么？还有什么疑问吗？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一、复习旧知识，提出问题</w:t>
            </w:r>
          </w:p>
        </w:tc>
        <w:tc>
          <w:tcPr>
            <w:tcW w:type="dxa" w:w="3061"/>
          </w:tcPr>
          <w:p>
            <w:pPr>
              <w:spacing w:after="20" w:line="276" w:lineRule="auto"/>
            </w:pPr>
            <w:r/>
            <w:r>
              <w:rPr>
                <w:rFonts w:ascii="宋体" w:hAnsi="宋体" w:eastAsia="宋体"/>
                <w:b w:val="0"/>
                <w:sz w:val="18"/>
              </w:rPr>
              <w:t>1.复习正方体的特征。</w:t>
            </w:r>
          </w:p>
          <w:p>
            <w:pPr>
              <w:spacing w:after="20" w:line="276" w:lineRule="auto"/>
            </w:pPr>
            <w:r>
              <w:rPr>
                <w:rFonts w:ascii="宋体" w:hAnsi="宋体" w:eastAsia="宋体"/>
                <w:b w:val="0"/>
                <w:sz w:val="18"/>
              </w:rPr>
              <w:t>课件出示一个棱长为1 dm的正方体。</w:t>
            </w:r>
          </w:p>
          <w:p>
            <w:pPr>
              <w:spacing w:after="20" w:line="276" w:lineRule="auto"/>
            </w:pPr>
            <w:r>
              <w:rPr>
                <w:rFonts w:ascii="宋体" w:hAnsi="宋体" w:eastAsia="宋体"/>
                <w:b w:val="0"/>
                <w:sz w:val="18"/>
              </w:rPr>
              <w:t>师：这是什么图形？</w:t>
            </w:r>
          </w:p>
          <w:p>
            <w:pPr>
              <w:spacing w:after="20" w:line="276" w:lineRule="auto"/>
            </w:pPr>
            <w:r>
              <w:rPr>
                <w:rFonts w:ascii="宋体" w:hAnsi="宋体" w:eastAsia="宋体"/>
                <w:b w:val="0"/>
                <w:sz w:val="18"/>
              </w:rPr>
              <w:t>师：正方体有哪些特征？</w:t>
            </w:r>
          </w:p>
          <w:p>
            <w:pPr>
              <w:spacing w:after="20" w:line="276" w:lineRule="auto"/>
            </w:pPr>
            <w:r>
              <w:rPr>
                <w:rFonts w:ascii="宋体" w:hAnsi="宋体" w:eastAsia="宋体"/>
                <w:b w:val="0"/>
                <w:sz w:val="18"/>
              </w:rPr>
              <w:t>2．引出问题。</w:t>
            </w:r>
          </w:p>
          <w:p>
            <w:pPr>
              <w:spacing w:after="20" w:line="276" w:lineRule="auto"/>
            </w:pPr>
            <w:r>
              <w:rPr>
                <w:rFonts w:ascii="宋体" w:hAnsi="宋体" w:eastAsia="宋体"/>
                <w:b w:val="0"/>
                <w:sz w:val="18"/>
              </w:rPr>
              <w:t>课件演示：把这个正方体切割成棱长为1 cm的小正方体。</w:t>
            </w:r>
          </w:p>
          <w:p>
            <w:pPr>
              <w:spacing w:after="20" w:line="276" w:lineRule="auto"/>
            </w:pPr>
            <w:r>
              <w:rPr>
                <w:rFonts w:ascii="宋体" w:hAnsi="宋体" w:eastAsia="宋体"/>
                <w:b w:val="0"/>
                <w:sz w:val="18"/>
              </w:rPr>
              <w:t>师：如果把它切成棱长为1 cm的小正方体，可以切成多少个？</w:t>
            </w:r>
          </w:p>
          <w:p>
            <w:pPr>
              <w:spacing w:after="20" w:line="276" w:lineRule="auto"/>
            </w:pPr>
            <w:r>
              <w:rPr>
                <w:rFonts w:ascii="宋体" w:hAnsi="宋体" w:eastAsia="宋体"/>
                <w:b w:val="0"/>
                <w:sz w:val="18"/>
              </w:rPr>
              <w:t>师：如果把这个大正方体的表面涂上红色，需要涂几个面？(课件演示：把大正方体6个面涂上红色。)</w:t>
            </w:r>
          </w:p>
          <w:p>
            <w:pPr>
              <w:spacing w:after="20" w:line="276" w:lineRule="auto"/>
            </w:pPr>
            <w:r>
              <w:rPr>
                <w:rFonts w:ascii="宋体" w:hAnsi="宋体" w:eastAsia="宋体"/>
                <w:b w:val="0"/>
                <w:sz w:val="18"/>
              </w:rPr>
              <w:t>师：想一想，这些小正方体会有几个面是红色的？如果根据涂色的情况给这些小正方体分类，你会分成几类？</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师：每一类小正方体分别有多少个呢？请你来数一数，有什么感觉？</w:t>
            </w:r>
          </w:p>
          <w:p>
            <w:pPr>
              <w:spacing w:after="20" w:line="276" w:lineRule="auto"/>
            </w:pPr>
            <w:r>
              <w:rPr>
                <w:rFonts w:ascii="宋体" w:hAnsi="宋体" w:eastAsia="宋体"/>
                <w:b w:val="0"/>
                <w:sz w:val="18"/>
              </w:rPr>
              <w:t>师：这个图形太复杂了，怎样才能解决这个问题呢？你们有好的办法吗？</w:t>
            </w:r>
          </w:p>
          <w:p>
            <w:pPr>
              <w:spacing w:after="20" w:line="276" w:lineRule="auto"/>
            </w:pPr>
            <w:r>
              <w:rPr>
                <w:rFonts w:ascii="宋体" w:hAnsi="宋体" w:eastAsia="宋体"/>
                <w:b w:val="0"/>
                <w:sz w:val="18"/>
              </w:rPr>
              <w:t>师：这节课，我们一起继续探索有关图形的问题。(板书课题：探索图形)</w:t>
            </w:r>
          </w:p>
        </w:tc>
        <w:tc>
          <w:tcPr>
            <w:tcW w:type="dxa" w:w="3061"/>
          </w:tcPr>
          <w:p>
            <w:pPr>
              <w:spacing w:after="20" w:line="276" w:lineRule="auto"/>
            </w:pPr>
            <w:r/>
            <w:r>
              <w:rPr>
                <w:rFonts w:ascii="宋体" w:hAnsi="宋体" w:eastAsia="宋体"/>
                <w:b w:val="0"/>
                <w:sz w:val="18"/>
              </w:rPr>
              <w:t>由于前面刚刚学过长方体和正方体的相关知识，所以学生对于正方体的特征应该能够正确表述。</w:t>
            </w:r>
          </w:p>
          <w:p>
            <w:pPr>
              <w:spacing w:after="20" w:line="276" w:lineRule="auto"/>
            </w:pPr>
            <w:r>
              <w:rPr>
                <w:rFonts w:ascii="宋体" w:hAnsi="宋体" w:eastAsia="宋体"/>
                <w:b w:val="0"/>
                <w:sz w:val="18"/>
              </w:rPr>
              <w:t>分为四类：三面涂色的，两面涂色的，一面涂色的和没有涂色的。</w:t>
            </w:r>
          </w:p>
          <w:p>
            <w:pPr>
              <w:spacing w:after="20" w:line="276" w:lineRule="auto"/>
            </w:pPr>
            <w:r>
              <w:rPr>
                <w:rFonts w:ascii="宋体" w:hAnsi="宋体" w:eastAsia="宋体"/>
                <w:b w:val="0"/>
                <w:sz w:val="18"/>
              </w:rPr>
              <w:t>稍微给点时间让学生数一下，发现很复杂。</w:t>
            </w:r>
          </w:p>
          <w:p>
            <w:pPr>
              <w:spacing w:after="20" w:line="276" w:lineRule="auto"/>
            </w:pPr>
            <w:r>
              <w:rPr>
                <w:rFonts w:ascii="宋体" w:hAnsi="宋体" w:eastAsia="宋体"/>
                <w:b w:val="0"/>
                <w:sz w:val="18"/>
              </w:rPr>
              <w:t>学生已经会计算长方体和正方体的体积，会进行体积单位的换算，所以学生能够很快计算出“切成多少个小正方体”，但求“每一类小正方体分别有多少个”则有些困难，需要教师引导学生去寻找解决问题的策略并化繁为简。</w:t>
            </w:r>
          </w:p>
        </w:tc>
        <w:tc>
          <w:tcPr>
            <w:tcW w:type="dxa" w:w="1814"/>
          </w:tcPr>
          <w:p>
            <w:pPr>
              <w:spacing w:after="20" w:line="276" w:lineRule="auto"/>
            </w:pPr>
            <w:r/>
            <w:r>
              <w:rPr>
                <w:rFonts w:ascii="宋体" w:hAnsi="宋体" w:eastAsia="宋体"/>
                <w:b w:val="0"/>
                <w:sz w:val="18"/>
              </w:rPr>
              <w:t>通过回忆和阐述，巩固正方体的特征。</w:t>
            </w:r>
          </w:p>
          <w:p>
            <w:pPr>
              <w:spacing w:after="20" w:line="276" w:lineRule="auto"/>
            </w:pPr>
            <w:r>
              <w:rPr>
                <w:rFonts w:ascii="宋体" w:hAnsi="宋体" w:eastAsia="宋体"/>
                <w:b w:val="0"/>
                <w:sz w:val="18"/>
              </w:rPr>
              <w:t>创设问题情境，引出“四类小正方体各有多少个”的问题。让学生充分感受到用已有知识和经验解决不了，从而产生认知冲突，促使学生主动思考新的方法，化繁为简、探索规律，进而掌握解决问题的策略。</w:t>
            </w:r>
          </w:p>
        </w:tc>
      </w:tr>
      <w:tr>
        <w:tc>
          <w:tcPr>
            <w:tcW w:type="dxa" w:w="1474"/>
          </w:tcPr>
          <w:p>
            <w:pPr>
              <w:spacing w:after="20" w:line="276" w:lineRule="auto"/>
            </w:pPr>
            <w:r>
              <w:rPr>
                <w:b/>
              </w:rPr>
            </w:r>
            <w:r>
              <w:rPr>
                <w:rFonts w:ascii="宋体" w:hAnsi="宋体" w:eastAsia="宋体"/>
                <w:b/>
                <w:sz w:val="18"/>
              </w:rPr>
              <w:t>二、探究活动，寻找规律</w:t>
            </w:r>
          </w:p>
        </w:tc>
        <w:tc>
          <w:tcPr>
            <w:tcW w:type="dxa" w:w="3061"/>
          </w:tcPr>
          <w:p>
            <w:pPr>
              <w:spacing w:after="20" w:line="276" w:lineRule="auto"/>
            </w:pPr>
            <w:r/>
            <w:r>
              <w:rPr>
                <w:rFonts w:ascii="宋体" w:hAnsi="宋体" w:eastAsia="宋体"/>
                <w:b w:val="0"/>
                <w:sz w:val="18"/>
              </w:rPr>
              <w:t>1.合作探究。</w:t>
            </w:r>
          </w:p>
          <w:p>
            <w:pPr>
              <w:spacing w:after="20" w:line="276" w:lineRule="auto"/>
            </w:pPr>
            <w:r>
              <w:rPr>
                <w:rFonts w:ascii="宋体" w:hAnsi="宋体" w:eastAsia="宋体"/>
                <w:b w:val="0"/>
                <w:sz w:val="18"/>
              </w:rPr>
              <w:t>师：让我们从最简单的图形开始，看看你们有什么发现。</w:t>
            </w:r>
          </w:p>
          <w:p>
            <w:pPr>
              <w:spacing w:after="20" w:line="276" w:lineRule="auto"/>
            </w:pPr>
            <w:r>
              <w:rPr>
                <w:rFonts w:ascii="宋体" w:hAnsi="宋体" w:eastAsia="宋体"/>
                <w:b w:val="0"/>
                <w:sz w:val="18"/>
              </w:rPr>
              <w:t>课件出示以下3个图形。</w:t>
            </w:r>
          </w:p>
          <w:p>
            <w:pPr>
              <w:spacing w:after="20" w:line="276" w:lineRule="auto"/>
            </w:pPr>
            <w:r>
              <w:rPr>
                <w:rFonts w:ascii="宋体" w:hAnsi="宋体" w:eastAsia="宋体"/>
                <w:b w:val="0"/>
                <w:sz w:val="18"/>
              </w:rPr>
              <w:t>师：请每个小组4人相互合作，完成以下任务。</w:t>
            </w:r>
          </w:p>
          <w:p>
            <w:pPr>
              <w:spacing w:after="20" w:line="276" w:lineRule="auto"/>
            </w:pPr>
            <w:r>
              <w:rPr>
                <w:rFonts w:ascii="宋体" w:hAnsi="宋体" w:eastAsia="宋体"/>
                <w:b w:val="0"/>
                <w:sz w:val="18"/>
              </w:rPr>
              <w:t>课件显示活动要求：</w:t>
            </w:r>
          </w:p>
          <w:p>
            <w:pPr>
              <w:spacing w:after="20" w:line="276" w:lineRule="auto"/>
            </w:pPr>
            <w:r>
              <w:rPr>
                <w:rFonts w:ascii="宋体" w:hAnsi="宋体" w:eastAsia="宋体"/>
                <w:b w:val="0"/>
                <w:sz w:val="18"/>
              </w:rPr>
              <w:t>(1)学生分组上台汇报，教师注意及时追问以下问题：(课件同步呈现，学生汇报结果)</w:t>
            </w:r>
          </w:p>
          <w:p>
            <w:pPr>
              <w:spacing w:after="20" w:line="276" w:lineRule="auto"/>
            </w:pPr>
            <w:r>
              <w:rPr>
                <w:rFonts w:ascii="宋体" w:hAnsi="宋体" w:eastAsia="宋体"/>
                <w:b w:val="0"/>
                <w:sz w:val="18"/>
              </w:rPr>
              <w:t>师：三面涂色的小正方体有几个？在什么位置？</w:t>
            </w:r>
          </w:p>
          <w:p>
            <w:pPr>
              <w:spacing w:after="20" w:line="276" w:lineRule="auto"/>
            </w:pPr>
            <w:r>
              <w:rPr>
                <w:rFonts w:ascii="宋体" w:hAnsi="宋体" w:eastAsia="宋体"/>
                <w:b w:val="0"/>
                <w:sz w:val="18"/>
              </w:rPr>
              <w:t>师：两面涂色的小正方体有几个？在什么位置？</w:t>
            </w:r>
          </w:p>
          <w:p>
            <w:pPr>
              <w:spacing w:after="20" w:line="276" w:lineRule="auto"/>
            </w:pPr>
            <w:r>
              <w:rPr>
                <w:rFonts w:ascii="宋体" w:hAnsi="宋体" w:eastAsia="宋体"/>
                <w:b w:val="0"/>
                <w:sz w:val="18"/>
              </w:rPr>
              <w:t>师：一面涂色的小正方体有几个？在什么位置？</w:t>
            </w:r>
          </w:p>
          <w:p>
            <w:pPr>
              <w:spacing w:after="20" w:line="276" w:lineRule="auto"/>
            </w:pPr>
            <w:r>
              <w:rPr>
                <w:rFonts w:ascii="宋体" w:hAnsi="宋体" w:eastAsia="宋体"/>
                <w:b w:val="0"/>
                <w:sz w:val="18"/>
              </w:rPr>
              <w:t>师：没有涂色的小正方体有几个？在什么位置？你是怎么算出来的？</w:t>
            </w:r>
          </w:p>
          <w:p>
            <w:pPr>
              <w:spacing w:after="20" w:line="276" w:lineRule="auto"/>
            </w:pPr>
            <w:r>
              <w:rPr>
                <w:rFonts w:ascii="宋体" w:hAnsi="宋体" w:eastAsia="宋体"/>
                <w:b w:val="0"/>
                <w:sz w:val="18"/>
              </w:rPr>
              <w:t>(2)初步发现规律。</w:t>
            </w:r>
          </w:p>
          <w:p>
            <w:pPr>
              <w:spacing w:after="20" w:line="276" w:lineRule="auto"/>
            </w:pPr>
            <w:r>
              <w:rPr>
                <w:rFonts w:ascii="宋体" w:hAnsi="宋体" w:eastAsia="宋体"/>
                <w:b w:val="0"/>
                <w:sz w:val="18"/>
              </w:rPr>
              <w:t>结合学生的汇报，课件呈现数据。</w:t>
            </w:r>
          </w:p>
          <w:p>
            <w:pPr>
              <w:spacing w:after="20" w:line="276" w:lineRule="auto"/>
            </w:pPr>
            <w:r>
              <w:rPr>
                <w:rFonts w:ascii="宋体" w:hAnsi="宋体" w:eastAsia="宋体"/>
                <w:b w:val="0"/>
                <w:sz w:val="18"/>
              </w:rPr>
              <w:t>师：仔细观察这些数据，各类小正方体的个数变化有什么规律？</w:t>
            </w:r>
          </w:p>
        </w:tc>
        <w:tc>
          <w:tcPr>
            <w:tcW w:type="dxa" w:w="3061"/>
          </w:tcPr>
          <w:p>
            <w:pPr>
              <w:spacing w:after="20" w:line="276" w:lineRule="auto"/>
            </w:pPr>
            <w:r/>
            <w:r>
              <w:rPr>
                <w:rFonts w:ascii="宋体" w:hAnsi="宋体" w:eastAsia="宋体"/>
                <w:b w:val="0"/>
                <w:sz w:val="18"/>
              </w:rPr>
              <w:t>因为提供的是最简单的3种情况，所以学生在合作的基础上应该能够完成任务。需要注意的是，要提醒学生在数的时候拿好正方体，有序地数，不要重复和遗漏。</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学生的汇报有可能从不同类小正方体所在的位置来回答，即：三面涂色的小正方体都在原来大正方体顶点的位置上，两面涂色的小正方体都在原来大正方体的棱的中间位置上，一面涂色的小正方体都在原来大正方体的面的中间，没有涂色的小正方体都在原来大正方体的里面。也有可能从各类小正方体的个数来回答，即：三个正方体中，三面涂色的小正方体都是8个；两面涂色的小正方体，正方体①没有，正方体②有12个，正方体③有24个；一面涂色的小正方体，正方体①没有，正方体②有6个，正方体③有24个；没有涂色的小正方体，正方体①没有，正方体②有1个，正方体③有8个。</w:t>
            </w:r>
          </w:p>
          <w:p>
            <w:pPr>
              <w:spacing w:after="20" w:line="276" w:lineRule="auto"/>
            </w:pPr>
            <w:r>
              <w:rPr>
                <w:rFonts w:ascii="宋体" w:hAnsi="宋体" w:eastAsia="宋体"/>
                <w:b w:val="0"/>
                <w:sz w:val="18"/>
              </w:rPr>
              <w:t>在数量变化的规律和原因的分析上，学生也许有困难，教师可以结合表格上的数据和物体模型，让学生一边看，一边数，一边分析。</w:t>
            </w:r>
          </w:p>
        </w:tc>
        <w:tc>
          <w:tcPr>
            <w:tcW w:type="dxa" w:w="1814"/>
          </w:tcPr>
          <w:p>
            <w:pPr>
              <w:spacing w:after="20" w:line="276" w:lineRule="auto"/>
            </w:pPr>
            <w:r/>
            <w:r>
              <w:rPr>
                <w:rFonts w:ascii="宋体" w:hAnsi="宋体" w:eastAsia="宋体"/>
                <w:b w:val="0"/>
                <w:sz w:val="18"/>
              </w:rPr>
              <w:t>设计的3个问题是有层次的，先是观察各类小正方体所在的位置，接着数一数有多少个，最后是寻找规律，分析原因。这样的设计有利于帮助学生积累分析图形的经验，也有利于帮助学生进行空间想象，培养空间观念。</w:t>
            </w:r>
          </w:p>
          <w:p>
            <w:pPr>
              <w:spacing w:after="20" w:line="276" w:lineRule="auto"/>
            </w:pPr>
            <w:r>
              <w:rPr>
                <w:rFonts w:ascii="宋体" w:hAnsi="宋体" w:eastAsia="宋体"/>
                <w:b w:val="0"/>
                <w:sz w:val="18"/>
              </w:rPr>
              <w:t>通过数据统计，引导学生分析各类小正方体的位置、数量、规律，在对比中培养学生有序思考的能力和空间想象力。</w:t>
            </w:r>
          </w:p>
        </w:tc>
      </w:tr>
      <w:tr>
        <w:tc>
          <w:tcPr>
            <w:tcW w:type="dxa" w:w="1474"/>
          </w:tcPr>
          <w:p>
            <w:pPr>
              <w:spacing w:after="20" w:line="276" w:lineRule="auto"/>
            </w:pPr>
            <w:r>
              <w:rPr>
                <w:b/>
              </w:rPr>
            </w:r>
            <w:r>
              <w:rPr>
                <w:rFonts w:ascii="宋体" w:hAnsi="宋体" w:eastAsia="宋体"/>
                <w:b/>
                <w:sz w:val="18"/>
              </w:rPr>
              <w:t>三、大胆猜测，总结规律</w:t>
            </w:r>
          </w:p>
        </w:tc>
        <w:tc>
          <w:tcPr>
            <w:tcW w:type="dxa" w:w="3061"/>
          </w:tcPr>
          <w:p>
            <w:pPr>
              <w:spacing w:after="20" w:line="276" w:lineRule="auto"/>
            </w:pPr>
            <w:r/>
            <w:r>
              <w:rPr>
                <w:rFonts w:ascii="宋体" w:hAnsi="宋体" w:eastAsia="宋体"/>
                <w:b w:val="0"/>
                <w:sz w:val="18"/>
              </w:rPr>
              <w:t>1.师：照这样的规律，你们能猜想一下第④个、第⑤个大正方体中四类小正方体的个数情况吗？请将结果填在下表中。</w:t>
            </w:r>
          </w:p>
          <w:p>
            <w:pPr>
              <w:spacing w:after="20" w:line="276" w:lineRule="auto"/>
            </w:pPr>
            <w:r>
              <w:rPr>
                <w:rFonts w:ascii="宋体" w:hAnsi="宋体" w:eastAsia="宋体"/>
                <w:b w:val="0"/>
                <w:sz w:val="18"/>
              </w:rPr>
              <w:t>课件出示图形。</w:t>
            </w:r>
          </w:p>
          <w:p>
            <w:pPr>
              <w:spacing w:after="20" w:line="276" w:lineRule="auto"/>
            </w:pPr>
            <w:r>
              <w:rPr>
                <w:rFonts w:ascii="宋体" w:hAnsi="宋体" w:eastAsia="宋体"/>
                <w:b w:val="0"/>
                <w:sz w:val="18"/>
              </w:rPr>
              <w:t>2.总结归纳。</w:t>
            </w:r>
          </w:p>
          <w:p>
            <w:pPr>
              <w:spacing w:after="20" w:line="276" w:lineRule="auto"/>
            </w:pPr>
            <w:r>
              <w:rPr>
                <w:rFonts w:ascii="宋体" w:hAnsi="宋体" w:eastAsia="宋体"/>
                <w:b w:val="0"/>
                <w:sz w:val="18"/>
              </w:rPr>
              <w:t>师：每类小正方体的个数有什么规律呢？</w:t>
            </w:r>
          </w:p>
          <w:p>
            <w:pPr>
              <w:spacing w:after="20" w:line="276" w:lineRule="auto"/>
            </w:pPr>
            <w:r>
              <w:rPr>
                <w:rFonts w:ascii="宋体" w:hAnsi="宋体" w:eastAsia="宋体"/>
                <w:b w:val="0"/>
                <w:sz w:val="18"/>
              </w:rPr>
              <w:t>师生共同归纳总结。</w:t>
            </w:r>
          </w:p>
          <w:p>
            <w:pPr>
              <w:spacing w:after="20" w:line="276" w:lineRule="auto"/>
            </w:pPr>
            <w:r>
              <w:rPr>
                <w:rFonts w:ascii="宋体" w:hAnsi="宋体" w:eastAsia="宋体"/>
                <w:b w:val="0"/>
                <w:sz w:val="18"/>
              </w:rPr>
              <w:t>(1)三面涂色的小正方体都在大正方体的顶点的位置。因为正方体有8个顶点，所以都有8个三面涂色的小正方体。</w:t>
            </w:r>
          </w:p>
          <w:p>
            <w:pPr>
              <w:spacing w:after="20" w:line="276" w:lineRule="auto"/>
            </w:pPr>
            <w:r>
              <w:rPr>
                <w:rFonts w:ascii="宋体" w:hAnsi="宋体" w:eastAsia="宋体"/>
                <w:b w:val="0"/>
                <w:sz w:val="18"/>
              </w:rPr>
              <w:t>(2)两面涂色的小正方体在大正方体棱上除去两端的位置，因为正方体有12条棱，所以有[(每条棱上小正方体的个数－2)×12]个。</w:t>
            </w:r>
          </w:p>
          <w:p>
            <w:pPr>
              <w:spacing w:after="20" w:line="276" w:lineRule="auto"/>
            </w:pPr>
            <w:r>
              <w:rPr>
                <w:rFonts w:ascii="宋体" w:hAnsi="宋体" w:eastAsia="宋体"/>
                <w:b w:val="0"/>
                <w:sz w:val="18"/>
              </w:rPr>
              <w:t>(3)一面涂色的小正方体在大正方体的每个面除去周边一圈的位置，因为正方体有6个面，所以有[(每条棱上小正方体的个数－2)2×6]个。</w:t>
            </w:r>
          </w:p>
          <w:p>
            <w:pPr>
              <w:spacing w:after="20" w:line="276" w:lineRule="auto"/>
            </w:pPr>
            <w:r>
              <w:rPr>
                <w:rFonts w:ascii="宋体" w:hAnsi="宋体" w:eastAsia="宋体"/>
                <w:b w:val="0"/>
                <w:sz w:val="18"/>
              </w:rPr>
              <w:t>(4)没有涂色的小正方体在大正方体除去表面一层的位置，所以有[(每条棱上小正方体的个数－2)3]个，或(总个数－三面涂色的个数－两面涂色的个数－一面涂色的个数)个。</w:t>
            </w:r>
          </w:p>
          <w:p>
            <w:pPr>
              <w:spacing w:after="20" w:line="276" w:lineRule="auto"/>
            </w:pPr>
            <w:r>
              <w:rPr>
                <w:rFonts w:ascii="宋体" w:hAnsi="宋体" w:eastAsia="宋体"/>
                <w:b w:val="0"/>
                <w:sz w:val="18"/>
              </w:rPr>
              <w:t>师：如果把棱长为n的大正方体涂色，切割成棱长为1的小正方体，三面涂色、两面涂色、一面涂色和没有涂色的小正方体各有多少个？</w:t>
            </w:r>
          </w:p>
          <w:p>
            <w:pPr>
              <w:spacing w:after="20" w:line="276" w:lineRule="auto"/>
            </w:pPr>
            <w:r>
              <w:rPr>
                <w:rFonts w:ascii="宋体" w:hAnsi="宋体" w:eastAsia="宋体"/>
                <w:b w:val="0"/>
                <w:sz w:val="18"/>
              </w:rPr>
              <w:t>引导学生学会用字母表示各类小正方体的个数：(板书)</w:t>
            </w:r>
          </w:p>
          <w:p>
            <w:pPr>
              <w:spacing w:after="20" w:line="276" w:lineRule="auto"/>
            </w:pPr>
            <w:r>
              <w:rPr>
                <w:rFonts w:ascii="宋体" w:hAnsi="宋体" w:eastAsia="宋体"/>
                <w:b w:val="0"/>
                <w:sz w:val="18"/>
              </w:rPr>
              <w:t>三面涂色的小正方体个数＝8</w:t>
            </w:r>
          </w:p>
          <w:p>
            <w:pPr>
              <w:spacing w:after="20" w:line="276" w:lineRule="auto"/>
            </w:pPr>
            <w:r>
              <w:rPr>
                <w:rFonts w:ascii="宋体" w:hAnsi="宋体" w:eastAsia="宋体"/>
                <w:b w:val="0"/>
                <w:sz w:val="18"/>
              </w:rPr>
              <w:t>两面涂色的小正方体个数＝(n－2)×12</w:t>
            </w:r>
          </w:p>
          <w:p>
            <w:pPr>
              <w:spacing w:after="20" w:line="276" w:lineRule="auto"/>
            </w:pPr>
            <w:r>
              <w:rPr>
                <w:rFonts w:ascii="宋体" w:hAnsi="宋体" w:eastAsia="宋体"/>
                <w:b w:val="0"/>
                <w:sz w:val="18"/>
              </w:rPr>
              <w:t>一面涂色的小正方体个数＝(n－2)2×6</w:t>
            </w:r>
          </w:p>
          <w:p>
            <w:pPr>
              <w:spacing w:after="20" w:line="276" w:lineRule="auto"/>
            </w:pPr>
            <w:r>
              <w:rPr>
                <w:rFonts w:ascii="宋体" w:hAnsi="宋体" w:eastAsia="宋体"/>
                <w:b w:val="0"/>
                <w:sz w:val="18"/>
              </w:rPr>
              <w:t>没有涂色的小正方体个数＝(n－2)3</w:t>
            </w:r>
          </w:p>
        </w:tc>
        <w:tc>
          <w:tcPr>
            <w:tcW w:type="dxa" w:w="3061"/>
          </w:tcPr>
          <w:p>
            <w:pPr>
              <w:spacing w:after="20" w:line="276" w:lineRule="auto"/>
            </w:pPr>
            <w:r/>
            <w:r>
              <w:rPr>
                <w:rFonts w:ascii="宋体" w:hAnsi="宋体" w:eastAsia="宋体"/>
                <w:b w:val="0"/>
                <w:sz w:val="18"/>
              </w:rPr>
              <w:t>学生根据规律填写表格，汇报结果，教师课件演示，验证结果。</w:t>
            </w:r>
          </w:p>
          <w:p>
            <w:pPr>
              <w:spacing w:after="20" w:line="276" w:lineRule="auto"/>
            </w:pPr>
            <w:r>
              <w:rPr>
                <w:rFonts w:ascii="宋体" w:hAnsi="宋体" w:eastAsia="宋体"/>
                <w:b w:val="0"/>
                <w:sz w:val="18"/>
              </w:rPr>
              <w:t>有了前面的探索，学生应该能够根据规律分析出各类小正方体各有多少个，进而归纳出各类小正方体数量的计算公式，初步建立模型。</w:t>
            </w:r>
          </w:p>
        </w:tc>
        <w:tc>
          <w:tcPr>
            <w:tcW w:type="dxa" w:w="1814"/>
          </w:tcPr>
          <w:p>
            <w:pPr>
              <w:spacing w:after="20" w:line="276" w:lineRule="auto"/>
            </w:pPr>
            <w:r/>
            <w:r>
              <w:rPr>
                <w:rFonts w:ascii="宋体" w:hAnsi="宋体" w:eastAsia="宋体"/>
                <w:b w:val="0"/>
                <w:sz w:val="18"/>
              </w:rPr>
              <w:t>通过第一轮的自主探究，学生初步发现了规律，但还不能完全确定，此番经过两次预测和验证，再次证明规律的正确性。使学生经历“发现规律——验证猜想——总结归纳——应用规律”的全过程，从而让学生学会探索规律的方法，积累数学活动经验，在活动中培养学生观察、分析、抽象和概括的能力。</w:t>
            </w:r>
          </w:p>
        </w:tc>
      </w:tr>
      <w:tr>
        <w:tc>
          <w:tcPr>
            <w:tcW w:type="dxa" w:w="1474"/>
          </w:tcPr>
          <w:p>
            <w:pPr>
              <w:spacing w:after="20" w:line="276" w:lineRule="auto"/>
            </w:pPr>
            <w:r>
              <w:rPr>
                <w:b/>
              </w:rPr>
            </w:r>
            <w:r>
              <w:rPr>
                <w:rFonts w:ascii="宋体" w:hAnsi="宋体" w:eastAsia="宋体"/>
                <w:b/>
                <w:sz w:val="18"/>
              </w:rPr>
              <w:t>四、回顾例题，建构模型</w:t>
            </w:r>
          </w:p>
        </w:tc>
        <w:tc>
          <w:tcPr>
            <w:tcW w:type="dxa" w:w="3061"/>
          </w:tcPr>
          <w:p>
            <w:pPr>
              <w:spacing w:after="20" w:line="276" w:lineRule="auto"/>
            </w:pPr>
            <w:r/>
            <w:r>
              <w:rPr>
                <w:rFonts w:ascii="宋体" w:hAnsi="宋体" w:eastAsia="宋体"/>
                <w:b w:val="0"/>
                <w:sz w:val="18"/>
              </w:rPr>
              <w:t>师：现在知道把棱长为1 dm的正方体切割成棱长为1 cm的小正方体，一共有1000个小正方体，其中三面涂色、两面涂色、一面涂色和没有涂色的小正方体各有几个吗？</w:t>
            </w:r>
          </w:p>
        </w:tc>
        <w:tc>
          <w:tcPr>
            <w:tcW w:type="dxa" w:w="3061"/>
          </w:tcPr>
          <w:p>
            <w:pPr>
              <w:spacing w:after="20" w:line="276" w:lineRule="auto"/>
            </w:pPr>
            <w:r/>
            <w:r>
              <w:rPr>
                <w:rFonts w:ascii="宋体" w:hAnsi="宋体" w:eastAsia="宋体"/>
                <w:b w:val="0"/>
                <w:sz w:val="18"/>
              </w:rPr>
              <w:t>经过了前面的学习和应用，学生应该能够独立完成并得出三面涂色的小正方体有8个，两面涂色的小正方体有(10－2)×12＝96(个)，一面涂色的小正方体有(10－2)2×6＝384(个)，没有涂色的小正方体有(10－2)3＝512(个)。</w:t>
            </w:r>
          </w:p>
        </w:tc>
        <w:tc>
          <w:tcPr>
            <w:tcW w:type="dxa" w:w="1814"/>
          </w:tcPr>
          <w:p>
            <w:pPr>
              <w:spacing w:after="20" w:line="276" w:lineRule="auto"/>
            </w:pPr>
            <w:r/>
            <w:r>
              <w:rPr>
                <w:rFonts w:ascii="宋体" w:hAnsi="宋体" w:eastAsia="宋体"/>
                <w:b w:val="0"/>
                <w:sz w:val="18"/>
              </w:rPr>
              <w:t>引领学生体会从简单的问题入手，能帮助我们解决疑难的问题，体会化繁为简的妙用，同时感受探索规律、建立模型的过程，进而有效解决同类问题。</w:t>
            </w:r>
          </w:p>
        </w:tc>
      </w:tr>
      <w:tr>
        <w:tc>
          <w:tcPr>
            <w:tcW w:type="dxa" w:w="1474"/>
          </w:tcPr>
          <w:p>
            <w:pPr>
              <w:spacing w:after="20" w:line="276" w:lineRule="auto"/>
            </w:pPr>
            <w:r>
              <w:rPr>
                <w:b/>
              </w:rPr>
            </w:r>
            <w:r>
              <w:rPr>
                <w:rFonts w:ascii="宋体" w:hAnsi="宋体" w:eastAsia="宋体"/>
                <w:b/>
                <w:sz w:val="18"/>
              </w:rPr>
              <w:t>五、分层练习，巩固迁移</w:t>
            </w:r>
          </w:p>
        </w:tc>
        <w:tc>
          <w:tcPr>
            <w:tcW w:type="dxa" w:w="3061"/>
          </w:tcPr>
          <w:p>
            <w:pPr>
              <w:spacing w:after="20" w:line="276" w:lineRule="auto"/>
            </w:pPr>
            <w:r/>
            <w:r>
              <w:rPr>
                <w:rFonts w:ascii="宋体" w:hAnsi="宋体" w:eastAsia="宋体"/>
                <w:b w:val="0"/>
                <w:sz w:val="18"/>
              </w:rPr>
              <w:t>1.课件出示下面的图形。</w:t>
            </w:r>
          </w:p>
          <w:p>
            <w:pPr>
              <w:spacing w:after="20" w:line="276" w:lineRule="auto"/>
            </w:pPr>
            <w:r>
              <w:rPr>
                <w:rFonts w:ascii="宋体" w:hAnsi="宋体" w:eastAsia="宋体"/>
                <w:b w:val="0"/>
                <w:sz w:val="18"/>
              </w:rPr>
              <w:t>师生交流，总结规律。</w:t>
            </w:r>
          </w:p>
          <w:p>
            <w:pPr>
              <w:spacing w:after="20" w:line="276" w:lineRule="auto"/>
            </w:pPr>
            <w:r>
              <w:rPr>
                <w:rFonts w:ascii="宋体" w:hAnsi="宋体" w:eastAsia="宋体"/>
                <w:b w:val="0"/>
                <w:sz w:val="18"/>
              </w:rPr>
              <w:t>从上往下数</w:t>
            </w:r>
          </w:p>
          <w:p>
            <w:pPr>
              <w:spacing w:after="20" w:line="276" w:lineRule="auto"/>
            </w:pPr>
            <w:r>
              <w:rPr>
                <w:rFonts w:ascii="宋体" w:hAnsi="宋体" w:eastAsia="宋体"/>
                <w:b w:val="0"/>
                <w:sz w:val="18"/>
              </w:rPr>
              <w:t>第一层：1个</w:t>
            </w:r>
          </w:p>
          <w:p>
            <w:pPr>
              <w:spacing w:after="20" w:line="276" w:lineRule="auto"/>
            </w:pPr>
            <w:r>
              <w:rPr>
                <w:rFonts w:ascii="宋体" w:hAnsi="宋体" w:eastAsia="宋体"/>
                <w:b w:val="0"/>
                <w:sz w:val="18"/>
              </w:rPr>
              <w:t>第二层：(1＋2)个</w:t>
            </w:r>
          </w:p>
          <w:p>
            <w:pPr>
              <w:spacing w:after="20" w:line="276" w:lineRule="auto"/>
            </w:pPr>
            <w:r>
              <w:rPr>
                <w:rFonts w:ascii="宋体" w:hAnsi="宋体" w:eastAsia="宋体"/>
                <w:b w:val="0"/>
                <w:sz w:val="18"/>
              </w:rPr>
              <w:t>第三层：(1＋2＋3)个</w:t>
            </w:r>
          </w:p>
          <w:p>
            <w:pPr>
              <w:spacing w:after="20" w:line="276" w:lineRule="auto"/>
            </w:pPr>
            <w:r>
              <w:rPr>
                <w:rFonts w:ascii="宋体" w:hAnsi="宋体" w:eastAsia="宋体"/>
                <w:b w:val="0"/>
                <w:sz w:val="18"/>
              </w:rPr>
              <w:t>第四层：(1＋2＋3＋4)个</w:t>
            </w:r>
          </w:p>
          <w:p>
            <w:pPr>
              <w:spacing w:after="20" w:line="276" w:lineRule="auto"/>
            </w:pPr>
            <w:r>
              <w:rPr>
                <w:rFonts w:ascii="宋体" w:hAnsi="宋体" w:eastAsia="宋体"/>
                <w:b w:val="0"/>
                <w:sz w:val="18"/>
              </w:rPr>
              <w:t>第1个几何体小正方体总数：1＋(1＋2)＝4(个)</w:t>
            </w:r>
          </w:p>
          <w:p>
            <w:pPr>
              <w:spacing w:after="20" w:line="276" w:lineRule="auto"/>
            </w:pPr>
            <w:r>
              <w:rPr>
                <w:rFonts w:ascii="宋体" w:hAnsi="宋体" w:eastAsia="宋体"/>
                <w:b w:val="0"/>
                <w:sz w:val="18"/>
              </w:rPr>
              <w:t>第2个几何体小正方体总数：1＋(1＋2)＋(1＋2＋3)＝10(个)</w:t>
            </w:r>
          </w:p>
          <w:p>
            <w:pPr>
              <w:spacing w:after="20" w:line="276" w:lineRule="auto"/>
            </w:pPr>
            <w:r>
              <w:rPr>
                <w:rFonts w:ascii="宋体" w:hAnsi="宋体" w:eastAsia="宋体"/>
                <w:b w:val="0"/>
                <w:sz w:val="18"/>
              </w:rPr>
              <w:t>第3个几何体小正方体总数：1＋(1＋2)＋(1＋2＋3)＋(1＋2＋3＋4)＝20(个)</w:t>
            </w:r>
          </w:p>
          <w:p>
            <w:pPr>
              <w:spacing w:after="20" w:line="276" w:lineRule="auto"/>
            </w:pPr>
            <w:r>
              <w:rPr>
                <w:rFonts w:ascii="宋体" w:hAnsi="宋体" w:eastAsia="宋体"/>
                <w:b w:val="0"/>
                <w:sz w:val="18"/>
              </w:rPr>
              <w:t>2．师：按照这样的规律，摆第5个几何体需要多少个小正方体？</w:t>
            </w:r>
          </w:p>
          <w:p>
            <w:pPr>
              <w:spacing w:after="20" w:line="276" w:lineRule="auto"/>
            </w:pPr>
            <w:r>
              <w:rPr>
                <w:rFonts w:ascii="宋体" w:hAnsi="宋体" w:eastAsia="宋体"/>
                <w:b w:val="0"/>
                <w:sz w:val="18"/>
              </w:rPr>
              <w:t>3．师：如果把这几个几何体的表面涂上颜色，你能根据涂色的情况给这些小正方体分类吗？</w:t>
            </w:r>
          </w:p>
        </w:tc>
        <w:tc>
          <w:tcPr>
            <w:tcW w:type="dxa" w:w="3061"/>
          </w:tcPr>
          <w:p>
            <w:pPr>
              <w:spacing w:after="20" w:line="276" w:lineRule="auto"/>
            </w:pPr>
            <w:r/>
            <w:r>
              <w:rPr>
                <w:rFonts w:ascii="宋体" w:hAnsi="宋体" w:eastAsia="宋体"/>
                <w:b w:val="0"/>
                <w:sz w:val="18"/>
              </w:rPr>
              <w:t>经过了前面的学习和应用，学生应该能够完成，如果学生有困难，可以让他们先分组交流再尝试解决。</w:t>
            </w:r>
          </w:p>
        </w:tc>
        <w:tc>
          <w:tcPr>
            <w:tcW w:type="dxa" w:w="1814"/>
          </w:tcPr>
          <w:p>
            <w:pPr>
              <w:spacing w:after="20" w:line="276" w:lineRule="auto"/>
            </w:pPr>
            <w:r/>
            <w:r>
              <w:rPr>
                <w:rFonts w:ascii="宋体" w:hAnsi="宋体" w:eastAsia="宋体"/>
                <w:b w:val="0"/>
                <w:sz w:val="18"/>
              </w:rPr>
              <w:t>利用前面积累的经验和方法解决新的问题，进一步提高学生解决问题的策略意识和能力。</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师：通过这节课的学习，你们明白了什么？还有什么疑问吗？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让学生谈谈学习的收获和困惑作为全课的总结，给学生一个自我梳理、自我反思、自我总结的机会，引领学生体会学习中应用到的各类数学思想。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探索图形</w:t>
      </w:r>
    </w:p>
    <w:p>
      <w:pPr>
        <w:spacing w:after="40" w:line="300" w:lineRule="auto"/>
      </w:pPr>
      <w:r>
        <w:rPr>
          <w:rFonts w:ascii="宋体" w:hAnsi="宋体" w:eastAsia="宋体"/>
          <w:b w:val="0"/>
          <w:sz w:val="20"/>
        </w:rPr>
        <w:t>三面涂色的小正方体个数＝8</w:t>
      </w:r>
    </w:p>
    <w:p>
      <w:pPr>
        <w:spacing w:after="40" w:line="300" w:lineRule="auto"/>
      </w:pPr>
      <w:r>
        <w:rPr>
          <w:rFonts w:ascii="宋体" w:hAnsi="宋体" w:eastAsia="宋体"/>
          <w:b w:val="0"/>
          <w:sz w:val="20"/>
        </w:rPr>
        <w:t>两面涂色的小正方体个数＝(n－2)×12</w:t>
      </w:r>
    </w:p>
    <w:p>
      <w:pPr>
        <w:spacing w:after="40" w:line="300" w:lineRule="auto"/>
      </w:pPr>
      <w:r>
        <w:rPr>
          <w:rFonts w:ascii="宋体" w:hAnsi="宋体" w:eastAsia="宋体"/>
          <w:b w:val="0"/>
          <w:sz w:val="20"/>
        </w:rPr>
        <w:t>一面涂色的小正方体个数＝(n－2)2×6</w:t>
      </w:r>
    </w:p>
    <w:p>
      <w:pPr>
        <w:spacing w:after="40" w:line="300" w:lineRule="auto"/>
      </w:pPr>
      <w:r>
        <w:rPr>
          <w:rFonts w:ascii="宋体" w:hAnsi="宋体" w:eastAsia="宋体"/>
          <w:b w:val="0"/>
          <w:sz w:val="20"/>
        </w:rPr>
        <w:t>没有涂色的小正方体个数＝(n－2)3</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教科书P44的内容。</w:t>
      </w:r>
    </w:p>
    <w:p>
      <w:pPr>
        <w:spacing w:after="40" w:line="300" w:lineRule="auto"/>
        <w:ind w:firstLine="400"/>
      </w:pPr>
      <w:r>
        <w:rPr>
          <w:rFonts w:ascii="宋体" w:hAnsi="宋体" w:eastAsia="宋体"/>
          <w:b w:val="0"/>
          <w:sz w:val="20"/>
        </w:rPr>
        <w:t>② 原设计安排：见“状元成才路”系列丛书《创优作业100分》对应课时作业。 一个正方体，先把它的每个面都涂上红色，再切成棱长是1 cm的小正方体。已知两面涂色的小正方体有96个，这个正方体的体积是多少立方厘米？ 参考答案 96÷12＝8(个) (8＋2)×1＝10(cm) 10×10×10＝1000(cm3) 【教学笔记】 【教学提示】 求没有涂色的小正方体有多少个是学生比较难以想到的，教师适当引导。 【教学提示】 当学生有不同的想法时，教师请其他学生分析可行性。 【教学提示】 要照顾到不同层面的学生，在交流时，同学相互补充，逐步完善。 【教学提示】 从前面三个大正方体中已经发现了各类小正方体的个数规律，这里主要是运用规律进行推理。交流时，引导学生说说每个数据是怎么来的。 【教学提示】 此类题也是探索规律，但跟前面的活动有区别。先让学生自主探索，发现规律，再运用规律。</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综合与实践”是学生比较喜欢的学习活动，要给予学生充分的时间和空间，让全体学生参与，在看一看、数一数、想一想、说一说等活动中，自己去探索图形中的奥秘，以达到巩固相关知识、培养空间想象力的目标。本节课中，学生分组合作，数一数、比一比，通过表格分析数据发现规律，再运用规律。活动内容比较丰富，也积累了探索规律的活动经验。</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整理和复习</w:t>
            </w:r>
          </w:p>
        </w:tc>
        <w:tc>
          <w:tcPr>
            <w:tcW w:type="dxa" w:w="6009"/>
          </w:tcPr>
          <w:p>
            <w:pPr>
              <w:spacing w:after="20" w:line="276" w:lineRule="auto"/>
            </w:pPr>
            <w:r/>
            <w:r>
              <w:rPr>
                <w:rFonts w:ascii="宋体" w:hAnsi="宋体" w:eastAsia="宋体"/>
                <w:b w:val="0"/>
                <w:sz w:val="20"/>
              </w:rPr>
              <w:t>第3单元 长方体和正方体</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教学内容：教科书P42的内容及教科书P43“练习十”中第1～4题。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整理和复习，进一步掌握长方体和正方体的特征，表面积、体积的概念以及相邻体积单位间的进率。能进一步掌握长方体、正方体的表面积和体积的计算方法，并能正确地计算。理解它们的内在联系，并能灵活运用。</w:t>
      </w:r>
    </w:p>
    <w:p>
      <w:pPr>
        <w:spacing w:after="20" w:line="300" w:lineRule="auto"/>
        <w:ind w:firstLine="400"/>
      </w:pPr>
      <w:r>
        <w:rPr>
          <w:rFonts w:ascii="宋体" w:hAnsi="宋体" w:eastAsia="宋体"/>
          <w:b w:val="0"/>
          <w:sz w:val="20"/>
        </w:rPr>
        <w:t>（2）在学生对这些形体认识和理解的基础上，进一步培养空间观念，让学生在解决实际问题的过程中，感受数学在生活中的作用，体会数学的价值，进一步培养学生的合作意识和创新精神。</w:t>
      </w:r>
    </w:p>
    <w:p>
      <w:pPr>
        <w:spacing w:after="20" w:line="300" w:lineRule="auto"/>
      </w:pPr>
      <w:r>
        <w:rPr>
          <w:rFonts w:ascii="宋体" w:hAnsi="宋体" w:eastAsia="宋体"/>
          <w:b w:val="0"/>
          <w:sz w:val="20"/>
        </w:rPr>
        <w:t>教学重点：学生对知识进行自我梳理，灵活运用知识解决实际问题。</w:t>
      </w:r>
    </w:p>
    <w:p>
      <w:pPr>
        <w:spacing w:after="20" w:line="300" w:lineRule="auto"/>
      </w:pPr>
      <w:r>
        <w:rPr>
          <w:rFonts w:ascii="宋体" w:hAnsi="宋体" w:eastAsia="宋体"/>
          <w:b w:val="0"/>
          <w:sz w:val="20"/>
        </w:rPr>
        <w:t>教学难点：本节课的教学重点也是教学难点。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同学们，仔细回顾一下，本单元我们学习了哪些知识？</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二、小组合作，构建知识体系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第一块是长方体和正方体的特征，一般从哪几个方面进行描述？；第二块是测量，也就是长方体和正方体的表面积、体积及容积。(板书)一般从哪些方面研究？</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三、内化理解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长方体和正方体是什么关系呢？；你们发现了什么？</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四、联系实际，强化应用巩固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你们发现了什么规律？；宫灯的外侧具体是指哪部分？需要算几个面的面积？</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本单元学习完了，你们有什么收获？；还有哪些需要完善的地方呢？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（导入）</w:t>
            </w:r>
          </w:p>
        </w:tc>
        <w:tc>
          <w:tcPr>
            <w:tcW w:type="dxa" w:w="3061"/>
          </w:tcPr>
          <w:p>
            <w:pPr>
              <w:spacing w:after="20" w:line="276" w:lineRule="auto"/>
            </w:pPr>
            <w:r/>
            <w:r>
              <w:rPr>
                <w:rFonts w:ascii="宋体" w:hAnsi="宋体" w:eastAsia="宋体"/>
                <w:b w:val="0"/>
                <w:sz w:val="18"/>
              </w:rPr>
              <w:t>谈话引入，直接揭示课题</w:t>
            </w:r>
          </w:p>
          <w:p>
            <w:pPr>
              <w:spacing w:after="20" w:line="276" w:lineRule="auto"/>
            </w:pPr>
            <w:r>
              <w:rPr>
                <w:rFonts w:ascii="宋体" w:hAnsi="宋体" w:eastAsia="宋体"/>
                <w:b w:val="0"/>
                <w:sz w:val="18"/>
              </w:rPr>
              <w:t>师：同学们，仔细回顾一下，本单元我们学习了哪些知识？</w:t>
            </w:r>
          </w:p>
          <w:p>
            <w:pPr>
              <w:spacing w:after="20" w:line="276" w:lineRule="auto"/>
            </w:pPr>
            <w:r>
              <w:rPr>
                <w:rFonts w:ascii="宋体" w:hAnsi="宋体" w:eastAsia="宋体"/>
                <w:b w:val="0"/>
                <w:sz w:val="18"/>
              </w:rPr>
              <w:t>板书：长方体和正方体</w:t>
            </w:r>
          </w:p>
          <w:p>
            <w:pPr>
              <w:spacing w:after="20" w:line="276" w:lineRule="auto"/>
            </w:pPr>
            <w:r>
              <w:rPr>
                <w:rFonts w:ascii="宋体" w:hAnsi="宋体" w:eastAsia="宋体"/>
                <w:b w:val="0"/>
                <w:sz w:val="18"/>
              </w:rPr>
              <w:t>师：本节课我们从这几个方面对本单元进行整理和复习。(板书课题：整理和复习。)</w:t>
            </w:r>
          </w:p>
        </w:tc>
        <w:tc>
          <w:tcPr>
            <w:tcW w:type="dxa" w:w="3061"/>
          </w:tcPr>
          <w:p>
            <w:pPr>
              <w:spacing w:after="20" w:line="276" w:lineRule="auto"/>
            </w:pPr>
            <w:r/>
            <w:r>
              <w:rPr>
                <w:rFonts w:ascii="宋体" w:hAnsi="宋体" w:eastAsia="宋体"/>
                <w:b w:val="0"/>
                <w:sz w:val="18"/>
              </w:rPr>
              <w:t>五年级的学生已经有了一定的知识梳理和概括的能力，大部分学生应该能够按照本单元学习的顺序梳理出关于长方体和正方体的特征、表面积、体积、体积单位、容积和容积单位、不规则物体体积的求法等知识。</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创设情境激活学生已有经验，自然引出本课学习内容，激发学习兴趣，核心问题："同学们，仔细回顾一下，本单元我们学习了哪些知识？"</w:t>
            </w:r>
          </w:p>
        </w:tc>
      </w:tr>
      <w:tr>
        <w:tc>
          <w:tcPr>
            <w:tcW w:type="dxa" w:w="1474"/>
          </w:tcPr>
          <w:p>
            <w:pPr>
              <w:spacing w:after="20" w:line="276" w:lineRule="auto"/>
            </w:pPr>
            <w:r>
              <w:rPr>
                <w:b/>
              </w:rPr>
            </w:r>
            <w:r>
              <w:rPr>
                <w:rFonts w:ascii="宋体" w:hAnsi="宋体" w:eastAsia="宋体"/>
                <w:b/>
                <w:sz w:val="18"/>
              </w:rPr>
              <w:t>二、小组合作，构建知识体系</w:t>
            </w:r>
          </w:p>
        </w:tc>
        <w:tc>
          <w:tcPr>
            <w:tcW w:type="dxa" w:w="3061"/>
          </w:tcPr>
          <w:p>
            <w:pPr>
              <w:spacing w:after="20" w:line="276" w:lineRule="auto"/>
            </w:pPr>
            <w:r/>
            <w:r>
              <w:rPr>
                <w:rFonts w:ascii="宋体" w:hAnsi="宋体" w:eastAsia="宋体"/>
                <w:b w:val="0"/>
                <w:sz w:val="18"/>
              </w:rPr>
              <w:t>1.教师引导，形成明确的整理目标。</w:t>
            </w:r>
          </w:p>
          <w:p>
            <w:pPr>
              <w:spacing w:after="20" w:line="276" w:lineRule="auto"/>
            </w:pPr>
            <w:r>
              <w:rPr>
                <w:rFonts w:ascii="宋体" w:hAnsi="宋体" w:eastAsia="宋体"/>
                <w:b w:val="0"/>
                <w:sz w:val="18"/>
              </w:rPr>
              <w:t>师：本单元的知识点比较多，我们可以分两块进行。</w:t>
            </w:r>
          </w:p>
          <w:p>
            <w:pPr>
              <w:spacing w:after="20" w:line="276" w:lineRule="auto"/>
            </w:pPr>
            <w:r>
              <w:rPr>
                <w:rFonts w:ascii="宋体" w:hAnsi="宋体" w:eastAsia="宋体"/>
                <w:b w:val="0"/>
                <w:sz w:val="18"/>
              </w:rPr>
              <w:t>师：第一块是长方体和正方体的特征，一般从哪几个方面进行描述？(板书：特征)</w:t>
            </w:r>
          </w:p>
          <w:p>
            <w:pPr>
              <w:spacing w:after="20" w:line="276" w:lineRule="auto"/>
            </w:pPr>
            <w:r>
              <w:rPr>
                <w:rFonts w:ascii="宋体" w:hAnsi="宋体" w:eastAsia="宋体"/>
                <w:b w:val="0"/>
                <w:sz w:val="18"/>
              </w:rPr>
              <w:t>师：第二块是测量，也就是长方体和正方体的表面积、体积及容积。(板书)一般从哪些方面研究？</w:t>
            </w:r>
          </w:p>
          <w:p>
            <w:pPr>
              <w:spacing w:after="20" w:line="276" w:lineRule="auto"/>
            </w:pPr>
            <w:r>
              <w:rPr>
                <w:rFonts w:ascii="宋体" w:hAnsi="宋体" w:eastAsia="宋体"/>
                <w:b w:val="0"/>
                <w:sz w:val="18"/>
              </w:rPr>
              <w:t>师：我们现在就从这两块进行整理，用自己的方式将内容呈现出来。</w:t>
            </w:r>
          </w:p>
          <w:p>
            <w:pPr>
              <w:spacing w:after="20" w:line="276" w:lineRule="auto"/>
            </w:pPr>
            <w:r>
              <w:rPr>
                <w:rFonts w:ascii="宋体" w:hAnsi="宋体" w:eastAsia="宋体"/>
                <w:b w:val="0"/>
                <w:sz w:val="18"/>
              </w:rPr>
              <w:t>于知识的系统构建。</w:t>
            </w:r>
          </w:p>
          <w:p>
            <w:pPr>
              <w:spacing w:after="20" w:line="276" w:lineRule="auto"/>
            </w:pPr>
            <w:r>
              <w:rPr>
                <w:rFonts w:ascii="宋体" w:hAnsi="宋体" w:eastAsia="宋体"/>
                <w:b w:val="0"/>
                <w:sz w:val="18"/>
              </w:rPr>
              <w:t>教师以一至两名学生整理的作品为基础，在学生交流展示的基础上进一步完善表格。(课件呈现)</w:t>
            </w:r>
          </w:p>
        </w:tc>
        <w:tc>
          <w:tcPr>
            <w:tcW w:type="dxa" w:w="3061"/>
          </w:tcPr>
          <w:p>
            <w:pPr>
              <w:spacing w:after="20" w:line="276" w:lineRule="auto"/>
            </w:pPr>
            <w:r/>
            <w:r>
              <w:rPr>
                <w:rFonts w:ascii="宋体" w:hAnsi="宋体" w:eastAsia="宋体"/>
                <w:b w:val="0"/>
                <w:sz w:val="18"/>
              </w:rPr>
              <w:t>学生交流后，教师板书：面、棱、顶点。</w:t>
            </w:r>
          </w:p>
          <w:p>
            <w:pPr>
              <w:spacing w:after="20" w:line="276" w:lineRule="auto"/>
            </w:pPr>
            <w:r>
              <w:rPr>
                <w:rFonts w:ascii="宋体" w:hAnsi="宋体" w:eastAsia="宋体"/>
                <w:b w:val="0"/>
                <w:sz w:val="18"/>
              </w:rPr>
              <w:t>学生交流后，教师板书：定义、计算方法、常用单位。</w:t>
            </w:r>
          </w:p>
          <w:p>
            <w:pPr>
              <w:spacing w:after="20" w:line="276" w:lineRule="auto"/>
            </w:pPr>
            <w:r>
              <w:rPr>
                <w:rFonts w:ascii="宋体" w:hAnsi="宋体" w:eastAsia="宋体"/>
                <w:b w:val="0"/>
                <w:sz w:val="18"/>
              </w:rPr>
              <w:t>本单元知识比较多且零散，学生为了呈现清楚，可能大多会采取表格的形式，当然也会有其他形式。</w:t>
            </w:r>
          </w:p>
          <w:p>
            <w:pPr>
              <w:spacing w:after="20" w:line="276" w:lineRule="auto"/>
            </w:pPr>
            <w:r>
              <w:rPr>
                <w:rFonts w:ascii="宋体" w:hAnsi="宋体" w:eastAsia="宋体"/>
                <w:b w:val="0"/>
                <w:sz w:val="18"/>
              </w:rPr>
              <w:t>2．学生独立整理或同桌合作完成。</w:t>
            </w:r>
          </w:p>
        </w:tc>
        <w:tc>
          <w:tcPr>
            <w:tcW w:type="dxa" w:w="1814"/>
          </w:tcPr>
          <w:p>
            <w:pPr>
              <w:spacing w:after="20" w:line="276" w:lineRule="auto"/>
            </w:pPr>
            <w:r/>
            <w:r>
              <w:rPr>
                <w:rFonts w:ascii="宋体" w:hAnsi="宋体" w:eastAsia="宋体"/>
                <w:b w:val="0"/>
                <w:sz w:val="18"/>
              </w:rPr>
              <w:t>整理和复习是对本单元知识的梳理与巩固，教师通过提问的方式，给学生明确的导向，降低学生自主整理的难度。在此基础上，学生再自主整理，有利</w:t>
            </w:r>
          </w:p>
          <w:p>
            <w:pPr>
              <w:spacing w:after="20" w:line="276" w:lineRule="auto"/>
            </w:pPr>
            <w:r>
              <w:rPr>
                <w:rFonts w:ascii="宋体" w:hAnsi="宋体" w:eastAsia="宋体"/>
                <w:b w:val="0"/>
                <w:sz w:val="18"/>
              </w:rPr>
              <w:t>让学生自己回忆和整理知识，有利于他们主动梳理头脑中原有的知识体系，加强理解知识间的内在联系。师生交流，生生互动，规范优化整理内容和呈现方式，有利于学生更清晰地建构知识体系，积累整理和复习的经验。</w:t>
            </w:r>
          </w:p>
        </w:tc>
      </w:tr>
      <w:tr>
        <w:tc>
          <w:tcPr>
            <w:tcW w:type="dxa" w:w="1474"/>
          </w:tcPr>
          <w:p>
            <w:pPr>
              <w:spacing w:after="20" w:line="276" w:lineRule="auto"/>
            </w:pPr>
            <w:r>
              <w:rPr>
                <w:b/>
              </w:rPr>
            </w:r>
            <w:r>
              <w:rPr>
                <w:rFonts w:ascii="宋体" w:hAnsi="宋体" w:eastAsia="宋体"/>
                <w:b/>
                <w:sz w:val="18"/>
              </w:rPr>
              <w:t>三、内化理解</w:t>
            </w:r>
          </w:p>
        </w:tc>
        <w:tc>
          <w:tcPr>
            <w:tcW w:type="dxa" w:w="3061"/>
          </w:tcPr>
          <w:p>
            <w:pPr>
              <w:spacing w:after="20" w:line="276" w:lineRule="auto"/>
            </w:pPr>
            <w:r/>
            <w:r>
              <w:rPr>
                <w:rFonts w:ascii="宋体" w:hAnsi="宋体" w:eastAsia="宋体"/>
                <w:b w:val="0"/>
                <w:sz w:val="18"/>
              </w:rPr>
              <w:t>1.课件出示长方体和正方体，内化特征。</w:t>
            </w:r>
          </w:p>
          <w:p>
            <w:pPr>
              <w:spacing w:after="20" w:line="276" w:lineRule="auto"/>
            </w:pPr>
            <w:r>
              <w:rPr>
                <w:rFonts w:ascii="宋体" w:hAnsi="宋体" w:eastAsia="宋体"/>
                <w:b w:val="0"/>
                <w:sz w:val="18"/>
              </w:rPr>
              <w:t>(1)学生在教科书P42的图中标出长度相等的棱、大小相等的面。</w:t>
            </w:r>
          </w:p>
          <w:p>
            <w:pPr>
              <w:spacing w:after="20" w:line="276" w:lineRule="auto"/>
            </w:pPr>
            <w:r>
              <w:rPr>
                <w:rFonts w:ascii="宋体" w:hAnsi="宋体" w:eastAsia="宋体"/>
                <w:b w:val="0"/>
                <w:sz w:val="18"/>
              </w:rPr>
              <w:t>(2)互相交流，课件展示。</w:t>
            </w:r>
          </w:p>
          <w:p>
            <w:pPr>
              <w:spacing w:after="20" w:line="276" w:lineRule="auto"/>
            </w:pPr>
            <w:r>
              <w:rPr>
                <w:rFonts w:ascii="宋体" w:hAnsi="宋体" w:eastAsia="宋体"/>
                <w:b w:val="0"/>
                <w:sz w:val="18"/>
              </w:rPr>
              <w:t>2．结合图形，理解长方体和正方体的相关知识。</w:t>
            </w:r>
          </w:p>
          <w:p>
            <w:pPr>
              <w:spacing w:after="20" w:line="276" w:lineRule="auto"/>
            </w:pPr>
            <w:r>
              <w:rPr>
                <w:rFonts w:ascii="宋体" w:hAnsi="宋体" w:eastAsia="宋体"/>
                <w:b w:val="0"/>
                <w:sz w:val="18"/>
              </w:rPr>
              <w:t>(1)用图表示长方体和正方体的关系，并说一说理由。</w:t>
            </w:r>
          </w:p>
          <w:p>
            <w:pPr>
              <w:spacing w:after="20" w:line="276" w:lineRule="auto"/>
            </w:pPr>
            <w:r>
              <w:rPr>
                <w:rFonts w:ascii="宋体" w:hAnsi="宋体" w:eastAsia="宋体"/>
                <w:b w:val="0"/>
                <w:sz w:val="18"/>
              </w:rPr>
              <w:t>师：长方体和正方体是什么关系呢？</w:t>
            </w:r>
          </w:p>
          <w:p>
            <w:pPr>
              <w:spacing w:after="20" w:line="276" w:lineRule="auto"/>
            </w:pPr>
            <w:r>
              <w:rPr>
                <w:rFonts w:ascii="宋体" w:hAnsi="宋体" w:eastAsia="宋体"/>
                <w:b w:val="0"/>
                <w:sz w:val="18"/>
              </w:rPr>
              <w:t>课件出示关系图。</w:t>
            </w:r>
          </w:p>
          <w:p>
            <w:pPr>
              <w:spacing w:after="20" w:line="276" w:lineRule="auto"/>
            </w:pPr>
            <w:r>
              <w:rPr>
                <w:rFonts w:ascii="宋体" w:hAnsi="宋体" w:eastAsia="宋体"/>
                <w:b w:val="0"/>
                <w:sz w:val="18"/>
              </w:rPr>
              <w:t>(2)在长方体中分别指出与上色的棱平行的棱和与它相交且垂直的棱。</w:t>
            </w:r>
          </w:p>
          <w:p>
            <w:pPr>
              <w:spacing w:after="20" w:line="276" w:lineRule="auto"/>
            </w:pPr>
            <w:r>
              <w:rPr>
                <w:rFonts w:ascii="宋体" w:hAnsi="宋体" w:eastAsia="宋体"/>
                <w:b w:val="0"/>
                <w:sz w:val="18"/>
              </w:rPr>
              <w:t>课件出示长方体，并标示出符合条件的棱。</w:t>
            </w:r>
          </w:p>
          <w:p>
            <w:pPr>
              <w:spacing w:after="20" w:line="276" w:lineRule="auto"/>
            </w:pPr>
            <w:r>
              <w:rPr>
                <w:rFonts w:ascii="宋体" w:hAnsi="宋体" w:eastAsia="宋体"/>
                <w:b w:val="0"/>
                <w:sz w:val="18"/>
              </w:rPr>
              <w:t>师：你们发现了什么？</w:t>
            </w:r>
          </w:p>
          <w:p>
            <w:pPr>
              <w:spacing w:after="20" w:line="276" w:lineRule="auto"/>
            </w:pPr>
            <w:r>
              <w:rPr>
                <w:rFonts w:ascii="宋体" w:hAnsi="宋体" w:eastAsia="宋体"/>
                <w:b w:val="0"/>
                <w:sz w:val="18"/>
              </w:rPr>
              <w:t>(3)回忆计算长方体表面积的方法以及探索体积计算公式的过程，想一想关键是要知道什么。计算体积和容积有什么相同点和不同点？</w:t>
            </w:r>
          </w:p>
          <w:p>
            <w:pPr>
              <w:spacing w:after="20" w:line="276" w:lineRule="auto"/>
            </w:pPr>
            <w:r>
              <w:rPr>
                <w:rFonts w:ascii="宋体" w:hAnsi="宋体" w:eastAsia="宋体"/>
                <w:b w:val="0"/>
                <w:sz w:val="18"/>
              </w:rPr>
              <w:t>3．复习不规则物体的体积计算方法。</w:t>
            </w:r>
          </w:p>
          <w:p>
            <w:pPr>
              <w:spacing w:after="20" w:line="276" w:lineRule="auto"/>
            </w:pPr>
            <w:r>
              <w:rPr>
                <w:rFonts w:ascii="宋体" w:hAnsi="宋体" w:eastAsia="宋体"/>
                <w:b w:val="0"/>
                <w:sz w:val="18"/>
              </w:rPr>
              <w:t>课件出示教科书P42第2题。</w:t>
            </w:r>
          </w:p>
        </w:tc>
        <w:tc>
          <w:tcPr>
            <w:tcW w:type="dxa" w:w="3061"/>
          </w:tcPr>
          <w:p>
            <w:pPr>
              <w:spacing w:after="20" w:line="276" w:lineRule="auto"/>
            </w:pPr>
            <w:r/>
            <w:r>
              <w:rPr>
                <w:rFonts w:ascii="宋体" w:hAnsi="宋体" w:eastAsia="宋体"/>
                <w:b w:val="0"/>
                <w:sz w:val="18"/>
              </w:rPr>
              <w:t>正方体是特殊的长方体；正方体具备长方体所有的特征，是长、宽、高都相等的特殊长方体；它们的体积都可以用底面积乘高来计算。</w:t>
            </w:r>
          </w:p>
          <w:p>
            <w:pPr>
              <w:spacing w:after="20" w:line="276" w:lineRule="auto"/>
            </w:pPr>
            <w:r>
              <w:rPr>
                <w:rFonts w:ascii="宋体" w:hAnsi="宋体" w:eastAsia="宋体"/>
                <w:b w:val="0"/>
                <w:sz w:val="18"/>
              </w:rPr>
              <w:t>与上色的棱平行的棱都互相平行；与上色的棱相交且垂直的棱互相平行或垂直。</w:t>
            </w:r>
          </w:p>
          <w:p>
            <w:pPr>
              <w:spacing w:after="20" w:line="276" w:lineRule="auto"/>
            </w:pPr>
            <w:r>
              <w:rPr>
                <w:rFonts w:ascii="宋体" w:hAnsi="宋体" w:eastAsia="宋体"/>
                <w:b w:val="0"/>
                <w:sz w:val="18"/>
              </w:rPr>
              <w:t>关键是要知道长方体的长、宽、高；体积与容积的计算方法一样，物体形状规则时，测量相关数据，利用公式计算；物体形状不规则时，想办法转化为规则的形状，常用“排水法”转化。计算体积时从物体外部测量，计算容积时从物体内部测量。</w:t>
            </w:r>
          </w:p>
          <w:p>
            <w:pPr>
              <w:spacing w:after="20" w:line="276" w:lineRule="auto"/>
            </w:pPr>
            <w:r>
              <w:rPr>
                <w:rFonts w:ascii="宋体" w:hAnsi="宋体" w:eastAsia="宋体"/>
                <w:b w:val="0"/>
                <w:sz w:val="18"/>
              </w:rPr>
              <w:t>测量玻璃球的体积可以用“排水法”，测量绿豆的体积也可以用“排水法”，但1粒绿豆体积太小，水面上升得不明显，可以多放一些绿豆在水中，如100粒、200粒，求出总体积后再除以数量，就得到每粒绿豆的体积。</w:t>
            </w:r>
          </w:p>
        </w:tc>
        <w:tc>
          <w:tcPr>
            <w:tcW w:type="dxa" w:w="1814"/>
          </w:tcPr>
          <w:p>
            <w:pPr>
              <w:spacing w:after="20" w:line="276" w:lineRule="auto"/>
            </w:pPr>
            <w:r/>
            <w:r>
              <w:rPr>
                <w:rFonts w:ascii="宋体" w:hAnsi="宋体" w:eastAsia="宋体"/>
                <w:b w:val="0"/>
                <w:sz w:val="18"/>
              </w:rPr>
              <w:t>在前一个环节的基础上，对长方体和正方体的相关知识描述更具体化，引导学生不仅关注结论和公式，更关注知识的形成过程。</w:t>
            </w:r>
          </w:p>
          <w:p>
            <w:pPr>
              <w:spacing w:after="20" w:line="276" w:lineRule="auto"/>
            </w:pPr>
            <w:r>
              <w:rPr>
                <w:rFonts w:ascii="宋体" w:hAnsi="宋体" w:eastAsia="宋体"/>
                <w:b w:val="0"/>
                <w:sz w:val="18"/>
              </w:rPr>
              <w:t>在任务中回顾用“排水法”测量体积的方法。</w:t>
            </w:r>
          </w:p>
        </w:tc>
      </w:tr>
      <w:tr>
        <w:tc>
          <w:tcPr>
            <w:tcW w:type="dxa" w:w="1474"/>
          </w:tcPr>
          <w:p>
            <w:pPr>
              <w:spacing w:after="20" w:line="276" w:lineRule="auto"/>
            </w:pPr>
            <w:r>
              <w:rPr>
                <w:b/>
              </w:rPr>
            </w:r>
            <w:r>
              <w:rPr>
                <w:rFonts w:ascii="宋体" w:hAnsi="宋体" w:eastAsia="宋体"/>
                <w:b/>
                <w:sz w:val="18"/>
              </w:rPr>
              <w:t>四、联系实际，强化应用巩固</w:t>
            </w:r>
          </w:p>
        </w:tc>
        <w:tc>
          <w:tcPr>
            <w:tcW w:type="dxa" w:w="3061"/>
          </w:tcPr>
          <w:p>
            <w:pPr>
              <w:spacing w:after="20" w:line="276" w:lineRule="auto"/>
            </w:pPr>
            <w:r/>
            <w:r>
              <w:rPr>
                <w:rFonts w:ascii="宋体" w:hAnsi="宋体" w:eastAsia="宋体"/>
                <w:b w:val="0"/>
                <w:sz w:val="18"/>
              </w:rPr>
              <w:t>1.完成教科书P43“练习十”第1题。</w:t>
            </w:r>
          </w:p>
          <w:p>
            <w:pPr>
              <w:spacing w:after="20" w:line="276" w:lineRule="auto"/>
            </w:pPr>
            <w:r>
              <w:rPr>
                <w:rFonts w:ascii="宋体" w:hAnsi="宋体" w:eastAsia="宋体"/>
                <w:b w:val="0"/>
                <w:sz w:val="18"/>
              </w:rPr>
              <w:t>师：为了表述方便，可将立体图形的每个面标上“前面”“后面”“上面”“下面”“左面”“右面”等字样。</w:t>
            </w:r>
          </w:p>
          <w:p>
            <w:pPr>
              <w:spacing w:after="20" w:line="276" w:lineRule="auto"/>
            </w:pPr>
            <w:r>
              <w:rPr>
                <w:rFonts w:ascii="宋体" w:hAnsi="宋体" w:eastAsia="宋体"/>
                <w:b w:val="0"/>
                <w:sz w:val="18"/>
              </w:rPr>
              <w:t>师生交流，说一说每个图是怎样展开的。</w:t>
            </w:r>
          </w:p>
          <w:p>
            <w:pPr>
              <w:spacing w:after="20" w:line="276" w:lineRule="auto"/>
            </w:pPr>
            <w:r>
              <w:rPr>
                <w:rFonts w:ascii="宋体" w:hAnsi="宋体" w:eastAsia="宋体"/>
                <w:b w:val="0"/>
                <w:sz w:val="18"/>
              </w:rPr>
              <w:t>2．完成教科书P43“练习十”第2题。</w:t>
            </w:r>
          </w:p>
          <w:p>
            <w:pPr>
              <w:spacing w:after="20" w:line="276" w:lineRule="auto"/>
            </w:pPr>
            <w:r>
              <w:rPr>
                <w:rFonts w:ascii="宋体" w:hAnsi="宋体" w:eastAsia="宋体"/>
                <w:b w:val="0"/>
                <w:sz w:val="18"/>
              </w:rPr>
              <w:t>(1)学生独立在教科书上完成。</w:t>
            </w:r>
          </w:p>
          <w:p>
            <w:pPr>
              <w:spacing w:after="20" w:line="276" w:lineRule="auto"/>
            </w:pPr>
            <w:r>
              <w:rPr>
                <w:rFonts w:ascii="宋体" w:hAnsi="宋体" w:eastAsia="宋体"/>
                <w:b w:val="0"/>
                <w:sz w:val="18"/>
              </w:rPr>
              <w:t>(2)展示结果后深入探讨。</w:t>
            </w:r>
          </w:p>
          <w:p>
            <w:pPr>
              <w:spacing w:after="20" w:line="276" w:lineRule="auto"/>
            </w:pPr>
            <w:r>
              <w:rPr>
                <w:rFonts w:ascii="宋体" w:hAnsi="宋体" w:eastAsia="宋体"/>
                <w:b w:val="0"/>
                <w:sz w:val="18"/>
              </w:rPr>
              <w:t>师：你们发现了什么规律？</w:t>
            </w:r>
          </w:p>
          <w:p>
            <w:pPr>
              <w:spacing w:after="20" w:line="276" w:lineRule="auto"/>
            </w:pPr>
            <w:r>
              <w:rPr>
                <w:rFonts w:ascii="宋体" w:hAnsi="宋体" w:eastAsia="宋体"/>
                <w:b w:val="0"/>
                <w:sz w:val="18"/>
              </w:rPr>
              <w:t>3．完成教科书P43“练习十”第3题。</w:t>
            </w:r>
          </w:p>
          <w:p>
            <w:pPr>
              <w:spacing w:after="20" w:line="276" w:lineRule="auto"/>
            </w:pPr>
            <w:r>
              <w:rPr>
                <w:rFonts w:ascii="宋体" w:hAnsi="宋体" w:eastAsia="宋体"/>
                <w:b w:val="0"/>
                <w:sz w:val="18"/>
              </w:rPr>
              <w:t>4．完成教科书P43“练习十”第4题。</w:t>
            </w:r>
          </w:p>
          <w:p>
            <w:pPr>
              <w:spacing w:after="20" w:line="276" w:lineRule="auto"/>
            </w:pPr>
            <w:r>
              <w:rPr>
                <w:rFonts w:ascii="宋体" w:hAnsi="宋体" w:eastAsia="宋体"/>
                <w:b w:val="0"/>
                <w:sz w:val="18"/>
              </w:rPr>
              <w:t>(1)课件呈现问题。</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(3)集体反馈评价。</w:t>
            </w:r>
          </w:p>
          <w:p>
            <w:pPr>
              <w:spacing w:after="20" w:line="276" w:lineRule="auto"/>
            </w:pPr>
            <w:r>
              <w:rPr>
                <w:rFonts w:ascii="宋体" w:hAnsi="宋体" w:eastAsia="宋体"/>
                <w:b w:val="0"/>
                <w:sz w:val="18"/>
              </w:rPr>
              <w:t>师：宫灯的外侧具体是指哪部分？需要算几个面的面积？</w:t>
            </w:r>
          </w:p>
          <w:p>
            <w:pPr>
              <w:spacing w:after="20" w:line="276" w:lineRule="auto"/>
            </w:pPr>
            <w:r>
              <w:rPr>
                <w:rFonts w:ascii="宋体" w:hAnsi="宋体" w:eastAsia="宋体"/>
                <w:b w:val="0"/>
                <w:sz w:val="18"/>
              </w:rPr>
              <w:t>师：观察上、下两个长方体的侧边4个面，有什么发现？</w:t>
            </w:r>
          </w:p>
          <w:p>
            <w:pPr>
              <w:spacing w:after="20" w:line="276" w:lineRule="auto"/>
            </w:pPr>
            <w:r>
              <w:rPr>
                <w:rFonts w:ascii="宋体" w:hAnsi="宋体" w:eastAsia="宋体"/>
                <w:b w:val="0"/>
                <w:sz w:val="18"/>
              </w:rPr>
              <w:t>师：计算外饰面一共要花多少钱，该怎样列式呢？</w:t>
            </w:r>
          </w:p>
          <w:p>
            <w:pPr>
              <w:spacing w:after="20" w:line="276" w:lineRule="auto"/>
            </w:pPr>
            <w:r>
              <w:rPr>
                <w:rFonts w:ascii="宋体" w:hAnsi="宋体" w:eastAsia="宋体"/>
                <w:b w:val="0"/>
                <w:sz w:val="18"/>
              </w:rPr>
              <w:t>引导学生先列算式，不计算。</w:t>
            </w:r>
          </w:p>
          <w:p>
            <w:pPr>
              <w:spacing w:after="20" w:line="276" w:lineRule="auto"/>
            </w:pPr>
            <w:r>
              <w:rPr>
                <w:rFonts w:ascii="宋体" w:hAnsi="宋体" w:eastAsia="宋体"/>
                <w:b w:val="0"/>
                <w:sz w:val="18"/>
              </w:rPr>
              <w:t>师：列式为(66×20＋46×80)×4×25，计算出总面积，单位是平方厘米，换算单位后，再乘单价18元求出总价钱。</w:t>
            </w:r>
          </w:p>
          <w:p>
            <w:pPr>
              <w:spacing w:after="20" w:line="276" w:lineRule="auto"/>
            </w:pPr>
            <w:r>
              <w:rPr>
                <w:rFonts w:ascii="宋体" w:hAnsi="宋体" w:eastAsia="宋体"/>
                <w:b w:val="0"/>
                <w:sz w:val="18"/>
              </w:rPr>
              <w:t>师：在解决实际问题时，还有什么需要注意的吗？</w:t>
            </w:r>
          </w:p>
          <w:p>
            <w:pPr>
              <w:spacing w:after="20" w:line="276" w:lineRule="auto"/>
            </w:pPr>
            <w:r>
              <w:rPr>
                <w:rFonts w:ascii="宋体" w:hAnsi="宋体" w:eastAsia="宋体"/>
                <w:b w:val="0"/>
                <w:sz w:val="18"/>
              </w:rPr>
              <w:t>5．完成教科书P42“思考题”。</w:t>
            </w:r>
          </w:p>
          <w:p>
            <w:pPr>
              <w:spacing w:after="20" w:line="276" w:lineRule="auto"/>
            </w:pPr>
            <w:r>
              <w:rPr>
                <w:rFonts w:ascii="宋体" w:hAnsi="宋体" w:eastAsia="宋体"/>
                <w:b w:val="0"/>
                <w:sz w:val="18"/>
              </w:rPr>
              <w:t>(1)学生自主解答后，汇报交流。</w:t>
            </w:r>
          </w:p>
          <w:p>
            <w:pPr>
              <w:spacing w:after="20" w:line="276" w:lineRule="auto"/>
            </w:pPr>
            <w:r>
              <w:rPr>
                <w:rFonts w:ascii="宋体" w:hAnsi="宋体" w:eastAsia="宋体"/>
                <w:b w:val="0"/>
                <w:sz w:val="18"/>
              </w:rPr>
              <w:t>(2)其他同学是怎么想的？</w:t>
            </w:r>
          </w:p>
          <w:p>
            <w:pPr>
              <w:spacing w:after="20" w:line="276" w:lineRule="auto"/>
            </w:pPr>
            <w:r>
              <w:rPr>
                <w:rFonts w:ascii="宋体" w:hAnsi="宋体" w:eastAsia="宋体"/>
                <w:b w:val="0"/>
                <w:sz w:val="18"/>
              </w:rPr>
              <w:t>(3)它们的体积是多少？怎么求出来的呢？</w:t>
            </w:r>
          </w:p>
        </w:tc>
        <w:tc>
          <w:tcPr>
            <w:tcW w:type="dxa" w:w="3061"/>
          </w:tcPr>
          <w:p>
            <w:pPr>
              <w:spacing w:after="20" w:line="276" w:lineRule="auto"/>
            </w:pPr>
            <w:r/>
            <w:r>
              <w:rPr>
                <w:rFonts w:ascii="宋体" w:hAnsi="宋体" w:eastAsia="宋体"/>
                <w:b w:val="0"/>
                <w:sz w:val="18"/>
              </w:rPr>
              <w:t>由于哪条棱对应哪个面不好表述，学生交流时有困难，可以让学生对着图形用手指比画，或者让学生将剪开的痕迹在图上画出来。</w:t>
            </w:r>
          </w:p>
          <w:p>
            <w:pPr>
              <w:spacing w:after="20" w:line="276" w:lineRule="auto"/>
            </w:pPr>
            <w:r>
              <w:rPr>
                <w:rFonts w:ascii="宋体" w:hAnsi="宋体" w:eastAsia="宋体"/>
                <w:b w:val="0"/>
                <w:sz w:val="18"/>
              </w:rPr>
              <w:t>学生会发现：长方体长、宽、高都变为原来的2倍，它的表面积变为原来的4倍，体积变为原来的8倍。</w:t>
            </w:r>
          </w:p>
          <w:p>
            <w:pPr>
              <w:spacing w:after="20" w:line="276" w:lineRule="auto"/>
            </w:pPr>
            <w:r>
              <w:rPr>
                <w:rFonts w:ascii="宋体" w:hAnsi="宋体" w:eastAsia="宋体"/>
                <w:b w:val="0"/>
                <w:sz w:val="18"/>
              </w:rPr>
              <w:t>学生独立完成后交流展示。</w:t>
            </w:r>
          </w:p>
          <w:p>
            <w:pPr>
              <w:spacing w:after="20" w:line="276" w:lineRule="auto"/>
            </w:pPr>
            <w:r>
              <w:rPr>
                <w:rFonts w:ascii="宋体" w:hAnsi="宋体" w:eastAsia="宋体"/>
                <w:b w:val="0"/>
                <w:sz w:val="18"/>
              </w:rPr>
              <w:t>这4个面都是完全相同的，所以面积也是完全相等的。</w:t>
            </w:r>
          </w:p>
          <w:p>
            <w:pPr>
              <w:spacing w:after="20" w:line="276" w:lineRule="auto"/>
            </w:pPr>
            <w:r>
              <w:rPr>
                <w:rFonts w:ascii="宋体" w:hAnsi="宋体" w:eastAsia="宋体"/>
                <w:b w:val="0"/>
                <w:sz w:val="18"/>
              </w:rPr>
              <w:t>注意面积单位间的换算，体积单位间的换算，在计算表面积时想清楚实际要算几个面的面积。</w:t>
            </w:r>
          </w:p>
        </w:tc>
        <w:tc>
          <w:tcPr>
            <w:tcW w:type="dxa" w:w="1814"/>
          </w:tcPr>
          <w:p>
            <w:pPr>
              <w:spacing w:after="20" w:line="276" w:lineRule="auto"/>
            </w:pPr>
            <w:r/>
            <w:r>
              <w:rPr>
                <w:rFonts w:ascii="宋体" w:hAnsi="宋体" w:eastAsia="宋体"/>
                <w:b w:val="0"/>
                <w:sz w:val="18"/>
              </w:rPr>
              <w:t>由立体图形到平面图形是发展学生空间观念很重要的载体，通过描述，让学生头脑中想象操作的过程。</w:t>
            </w:r>
          </w:p>
          <w:p>
            <w:pPr>
              <w:spacing w:after="20" w:line="276" w:lineRule="auto"/>
            </w:pPr>
            <w:r>
              <w:rPr>
                <w:rFonts w:ascii="宋体" w:hAnsi="宋体" w:eastAsia="宋体"/>
                <w:b w:val="0"/>
                <w:sz w:val="18"/>
              </w:rPr>
              <w:t>通过基本的专项练习进一步复习有关长方体和正方体表面积、体积的计算方法，发现表面积、体积与长、宽、高之间的倍数关系。</w:t>
            </w:r>
          </w:p>
          <w:p>
            <w:pPr>
              <w:spacing w:after="20" w:line="276" w:lineRule="auto"/>
            </w:pPr>
            <w:r>
              <w:rPr>
                <w:rFonts w:ascii="宋体" w:hAnsi="宋体" w:eastAsia="宋体"/>
                <w:b w:val="0"/>
                <w:sz w:val="18"/>
              </w:rPr>
              <w:t>教科书设计的典型练习题内涵丰富，既培养了学生的观察能力，也注重了计算方法的训练，教师要深入挖掘这个内涵，使之得到很好的运用。</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师：本单元学习完了，你们有什么收获？</w:t>
            </w:r>
          </w:p>
          <w:p>
            <w:pPr>
              <w:spacing w:after="20" w:line="276" w:lineRule="auto"/>
            </w:pPr>
            <w:r>
              <w:rPr>
                <w:rFonts w:ascii="宋体" w:hAnsi="宋体" w:eastAsia="宋体"/>
                <w:b w:val="0"/>
                <w:sz w:val="18"/>
              </w:rPr>
              <w:t>师：还有哪些需要完善的地方呢？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引导学生回顾梳理本课所学，完善认知结构，提升归纳与反思能力，核心问题："本单元学习完了，你们有什么收获？"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教科书P42的内容及教科书P43“练习十”中第1～4题。</w:t>
      </w:r>
    </w:p>
    <w:p>
      <w:pPr>
        <w:spacing w:after="40" w:line="300" w:lineRule="auto"/>
        <w:ind w:firstLine="400"/>
      </w:pPr>
      <w:r>
        <w:rPr>
          <w:rFonts w:ascii="宋体" w:hAnsi="宋体" w:eastAsia="宋体"/>
          <w:b w:val="0"/>
          <w:sz w:val="20"/>
        </w:rPr>
        <w:t>② 原设计安排：见“状元成才路”系列丛书《创优作业100分》对应课时作业。 选一选。(将正确答案的序号填在括号里) (1)传统文化“望闻问切”是中医诊断疾病的方法，其中“切”的内容之一就是把脉，而把脉常用到的一种工具是脉枕，将其放在病人腕下，起衬垫作用。一个民国粉彩人物瓷脉枕呈长方体，体积为1.4～1.5 dm3，它的体积可能是( )。 A．144 cm3 B．1044 cm3 C．1 dm3440 cm3 D．0.0144 m3 (2)如图给出了一个正方体展开后其中的5个面，还有一个面可能是( )。 A．① B．② C．③ D．④ (3)易错题从如图所示三种规格的纸板(数量足够)中选6张做成一个长方体(长、宽、高不都相等)，这个长方体的体积是( )cm3。 A．45 B．60 C．80 D．36 参考答案 (1)C (2)D (3)A 【教学笔记】 【教学提示】 教师不要刻意要求某种形式，重在引导学生有顺序、有条理地进行整理。 【教学提示】 可以让学生课前整理，本节课注重展示交流。 【教学提示】 不仅仅关注结果，更要引导学生回顾一下长方体表面积计算公式、体积计算公式的推导过程。 【教学提示】 有时解决问题的方法不唯一。教师要关注学生的思考过程，将多种方法进行比较，让学生感悟、优化自己的方法。</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内容比较多，让学生课前进行整理为本节课节省了很多的时间，在展示交流时充分让学生表达。在小组交流的基础上，再请学生代表向全班汇报，其他同学认真倾听，对汇报不全的地方做好补充，对不够合理的整理进行修改和完善。既调动了学生主动学习的积极性，又能比较全面系统地整理，加深学生对所学知识的理解，构建知识网络。</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练习课</w:t>
            </w:r>
          </w:p>
        </w:tc>
        <w:tc>
          <w:tcPr>
            <w:tcW w:type="dxa" w:w="6009"/>
          </w:tcPr>
          <w:p>
            <w:pPr>
              <w:spacing w:after="20" w:line="276" w:lineRule="auto"/>
            </w:pPr>
            <w:r/>
            <w:r>
              <w:rPr>
                <w:rFonts w:ascii="宋体" w:hAnsi="宋体" w:eastAsia="宋体"/>
                <w:b w:val="0"/>
                <w:sz w:val="20"/>
              </w:rPr>
              <w:t>第3单元 长方体和正方体（长方体和正方体的表面积）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教学内容：教科书P25～26“练习六”中第1题、第5～13题。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（1）进一步认识长方体和正方体的展开图。</w:t>
      </w:r>
    </w:p>
    <w:p>
      <w:pPr>
        <w:spacing w:after="20" w:line="300" w:lineRule="auto"/>
        <w:ind w:firstLine="400"/>
      </w:pPr>
      <w:r>
        <w:rPr>
          <w:rFonts w:ascii="宋体" w:hAnsi="宋体" w:eastAsia="宋体"/>
          <w:b w:val="0"/>
          <w:sz w:val="20"/>
        </w:rPr>
        <w:t>（2）巩固长方体和正方体的表面积计算方法，形成技能。</w:t>
      </w:r>
    </w:p>
    <w:p>
      <w:pPr>
        <w:spacing w:after="20" w:line="300" w:lineRule="auto"/>
        <w:ind w:firstLine="400"/>
      </w:pPr>
      <w:r>
        <w:rPr>
          <w:rFonts w:ascii="宋体" w:hAnsi="宋体" w:eastAsia="宋体"/>
          <w:b w:val="0"/>
          <w:sz w:val="20"/>
        </w:rPr>
        <w:t>（3）灵活运用计算方法解决一些简单的实际问题，培养学生分析问题、解决问题的能力。</w:t>
      </w:r>
    </w:p>
    <w:p>
      <w:pPr>
        <w:spacing w:after="20" w:line="300" w:lineRule="auto"/>
      </w:pPr>
      <w:r>
        <w:rPr>
          <w:rFonts w:ascii="宋体" w:hAnsi="宋体" w:eastAsia="宋体"/>
          <w:b w:val="0"/>
          <w:sz w:val="20"/>
        </w:rPr>
        <w:t>教学重点：掌握长方体和正方体的表面积计算方法，形成技能。</w:t>
      </w:r>
    </w:p>
    <w:p>
      <w:pPr>
        <w:spacing w:after="20" w:line="300" w:lineRule="auto"/>
      </w:pPr>
      <w:r>
        <w:rPr>
          <w:rFonts w:ascii="宋体" w:hAnsi="宋体" w:eastAsia="宋体"/>
          <w:b w:val="0"/>
          <w:sz w:val="20"/>
        </w:rPr>
        <w:t>教学难点：灵活运用长方体和正方体的表面积计算方法解决实际问题。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一、长方体和正方体的展开图练习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二、具体问题具体分析，解决实际问题</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这张商标纸的面积至少有多少平方厘米？求的是哪几个面的面积？；生活中计算长方体或者正方体物体的表面积时，可能有些面是不需要计算的。请举例说说，哪些情况下不算？具体是哪些面不算？</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三、探究组合图形的表面积计算方法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从图文中，你们知道了哪些数学信息？；涂黄色油漆的是哪几个面？每个面的长和宽各是多少？</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四、自主解答，形成技能</w:t>
            </w:r>
          </w:p>
        </w:tc>
        <w:tc>
          <w:tcPr>
            <w:tcW w:type="dxa" w:w="1814"/>
          </w:tcPr>
          <w:p>
            <w:pPr>
              <w:spacing w:after="20" w:line="276" w:lineRule="auto"/>
            </w:pPr>
            <w:r/>
            <w:r>
              <w:rPr>
                <w:rFonts w:ascii="宋体" w:hAnsi="宋体" w:eastAsia="宋体"/>
                <w:b w:val="0"/>
                <w:sz w:val="18"/>
              </w:rPr>
              <w:t>教科书、教科书P25～26、课件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一、长方体和正方体的展开图练习</w:t>
            </w:r>
          </w:p>
        </w:tc>
        <w:tc>
          <w:tcPr>
            <w:tcW w:type="dxa" w:w="3061"/>
          </w:tcPr>
          <w:p>
            <w:pPr>
              <w:spacing w:after="20" w:line="276" w:lineRule="auto"/>
            </w:pPr>
            <w:r/>
            <w:r>
              <w:rPr>
                <w:rFonts w:ascii="宋体" w:hAnsi="宋体" w:eastAsia="宋体"/>
                <w:b w:val="0"/>
                <w:sz w:val="18"/>
              </w:rPr>
              <w:t>1.辨析长方体的展开图。</w:t>
            </w:r>
          </w:p>
          <w:p>
            <w:pPr>
              <w:spacing w:after="20" w:line="276" w:lineRule="auto"/>
            </w:pPr>
            <w:r>
              <w:rPr>
                <w:rFonts w:ascii="宋体" w:hAnsi="宋体" w:eastAsia="宋体"/>
                <w:b w:val="0"/>
                <w:sz w:val="18"/>
              </w:rPr>
              <w:t>(1)课件依次出示以下两道题。</w:t>
            </w:r>
          </w:p>
          <w:p>
            <w:pPr>
              <w:spacing w:after="20" w:line="276" w:lineRule="auto"/>
            </w:pPr>
            <w:r>
              <w:rPr>
                <w:rFonts w:ascii="宋体" w:hAnsi="宋体" w:eastAsia="宋体"/>
                <w:b w:val="0"/>
                <w:sz w:val="18"/>
              </w:rPr>
              <w:t>(2)先让学生独立思考，再交流解答。</w:t>
            </w:r>
          </w:p>
          <w:p>
            <w:pPr>
              <w:spacing w:after="20" w:line="276" w:lineRule="auto"/>
            </w:pPr>
            <w:r>
              <w:rPr>
                <w:rFonts w:ascii="宋体" w:hAnsi="宋体" w:eastAsia="宋体"/>
                <w:b w:val="0"/>
                <w:sz w:val="18"/>
              </w:rPr>
              <w:t>2．巩固认识正方体的展开图。</w:t>
            </w:r>
          </w:p>
          <w:p>
            <w:pPr>
              <w:spacing w:after="20" w:line="276" w:lineRule="auto"/>
            </w:pPr>
            <w:r>
              <w:rPr>
                <w:rFonts w:ascii="宋体" w:hAnsi="宋体" w:eastAsia="宋体"/>
                <w:b w:val="0"/>
                <w:sz w:val="18"/>
              </w:rPr>
              <w:t>(1)课件出示。</w:t>
            </w:r>
          </w:p>
          <w:p>
            <w:pPr>
              <w:spacing w:after="20" w:line="276" w:lineRule="auto"/>
            </w:pPr>
            <w:r>
              <w:rPr>
                <w:rFonts w:ascii="宋体" w:hAnsi="宋体" w:eastAsia="宋体"/>
                <w:b w:val="0"/>
                <w:sz w:val="18"/>
              </w:rPr>
              <w:t>(2)学生自由发言，进行辨析，找到正确答案。</w:t>
            </w:r>
          </w:p>
          <w:p>
            <w:pPr>
              <w:spacing w:after="20" w:line="276" w:lineRule="auto"/>
            </w:pPr>
            <w:r>
              <w:rPr>
                <w:rFonts w:ascii="宋体" w:hAnsi="宋体" w:eastAsia="宋体"/>
                <w:b w:val="0"/>
                <w:sz w:val="18"/>
              </w:rPr>
              <w:t>3.找相对的面、棱。</w:t>
            </w:r>
          </w:p>
          <w:p>
            <w:pPr>
              <w:spacing w:after="20" w:line="276" w:lineRule="auto"/>
            </w:pPr>
            <w:r>
              <w:rPr>
                <w:rFonts w:ascii="宋体" w:hAnsi="宋体" w:eastAsia="宋体"/>
                <w:b w:val="0"/>
                <w:sz w:val="18"/>
              </w:rPr>
              <w:t>(1)课件出示教科书P25“练习六”第1题。</w:t>
            </w:r>
          </w:p>
          <w:p>
            <w:pPr>
              <w:spacing w:after="20" w:line="276" w:lineRule="auto"/>
            </w:pPr>
            <w:r>
              <w:rPr>
                <w:rFonts w:ascii="宋体" w:hAnsi="宋体" w:eastAsia="宋体"/>
                <w:b w:val="0"/>
                <w:sz w:val="18"/>
              </w:rPr>
              <w:t>(2)学生在教科书上独立完成。</w:t>
            </w:r>
          </w:p>
          <w:p>
            <w:pPr>
              <w:spacing w:after="20" w:line="276" w:lineRule="auto"/>
            </w:pPr>
            <w:r>
              <w:rPr>
                <w:rFonts w:ascii="宋体" w:hAnsi="宋体" w:eastAsia="宋体"/>
                <w:b w:val="0"/>
                <w:sz w:val="18"/>
              </w:rPr>
              <w:t>(3)全班集中交流展示，课件同步呈现。</w:t>
            </w:r>
          </w:p>
        </w:tc>
        <w:tc>
          <w:tcPr>
            <w:tcW w:type="dxa" w:w="3061"/>
          </w:tcPr>
          <w:p>
            <w:pPr>
              <w:spacing w:after="20" w:line="276" w:lineRule="auto"/>
            </w:pPr>
            <w:r/>
            <w:r>
              <w:rPr>
                <w:rFonts w:ascii="宋体" w:hAnsi="宋体" w:eastAsia="宋体"/>
                <w:b w:val="0"/>
                <w:sz w:val="18"/>
              </w:rPr>
              <w:t>因为涉及对应的面、棱，不同的剪开方法，有不同的展开图，本题的答案不唯一。教师要关注学生的不同思维和不同结果。</w:t>
            </w:r>
          </w:p>
        </w:tc>
        <w:tc>
          <w:tcPr>
            <w:tcW w:type="dxa" w:w="1814"/>
          </w:tcPr>
          <w:p>
            <w:pPr>
              <w:spacing w:after="20" w:line="276" w:lineRule="auto"/>
            </w:pPr>
            <w:r/>
            <w:r>
              <w:rPr>
                <w:rFonts w:ascii="宋体" w:hAnsi="宋体" w:eastAsia="宋体"/>
                <w:b w:val="0"/>
                <w:sz w:val="18"/>
              </w:rPr>
              <w:t>对于哪些图形能围成长方体、正方体，有的学生会感到比较困难，这个也是学生将二维图形与三维图形进行转化的重要内容，多次练习，帮助积累推理思维经验和培养想象能力。</w:t>
            </w:r>
          </w:p>
        </w:tc>
      </w:tr>
      <w:tr>
        <w:tc>
          <w:tcPr>
            <w:tcW w:type="dxa" w:w="1474"/>
          </w:tcPr>
          <w:p>
            <w:pPr>
              <w:spacing w:after="20" w:line="276" w:lineRule="auto"/>
            </w:pPr>
            <w:r>
              <w:rPr>
                <w:b/>
              </w:rPr>
            </w:r>
            <w:r>
              <w:rPr>
                <w:rFonts w:ascii="宋体" w:hAnsi="宋体" w:eastAsia="宋体"/>
                <w:b/>
                <w:sz w:val="18"/>
              </w:rPr>
              <w:t>二、具体问题具体分析，解决实际问题</w:t>
            </w:r>
          </w:p>
        </w:tc>
        <w:tc>
          <w:tcPr>
            <w:tcW w:type="dxa" w:w="3061"/>
          </w:tcPr>
          <w:p>
            <w:pPr>
              <w:spacing w:after="20" w:line="276" w:lineRule="auto"/>
            </w:pPr>
            <w:r/>
            <w:r>
              <w:rPr>
                <w:rFonts w:ascii="宋体" w:hAnsi="宋体" w:eastAsia="宋体"/>
                <w:b w:val="0"/>
                <w:sz w:val="18"/>
              </w:rPr>
              <w:t>1.分析探究教科书P25“练习六”第5题。</w:t>
            </w:r>
          </w:p>
          <w:p>
            <w:pPr>
              <w:spacing w:after="20" w:line="276" w:lineRule="auto"/>
            </w:pPr>
            <w:r>
              <w:rPr>
                <w:rFonts w:ascii="宋体" w:hAnsi="宋体" w:eastAsia="宋体"/>
                <w:b w:val="0"/>
                <w:sz w:val="18"/>
              </w:rPr>
              <w:t>(1)课件出示问题，学生自主解答。</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师：这张商标纸的面积至少有多少平方厘米？求的是哪几个面的面积？</w:t>
            </w:r>
          </w:p>
          <w:p>
            <w:pPr>
              <w:spacing w:after="20" w:line="276" w:lineRule="auto"/>
            </w:pPr>
            <w:r>
              <w:rPr>
                <w:rFonts w:ascii="宋体" w:hAnsi="宋体" w:eastAsia="宋体"/>
                <w:b w:val="0"/>
                <w:sz w:val="18"/>
              </w:rPr>
              <w:t>师小结：这张商标纸的面积是饼干盒前、后、左、右4个面的面积之和。</w:t>
            </w:r>
          </w:p>
          <w:p>
            <w:pPr>
              <w:spacing w:after="20" w:line="276" w:lineRule="auto"/>
            </w:pPr>
            <w:r>
              <w:rPr>
                <w:rFonts w:ascii="宋体" w:hAnsi="宋体" w:eastAsia="宋体"/>
                <w:b w:val="0"/>
                <w:sz w:val="18"/>
              </w:rPr>
              <w:t>2．分析探究教科书P26“练习六”第10题。</w:t>
            </w:r>
          </w:p>
          <w:p>
            <w:pPr>
              <w:spacing w:after="20" w:line="276" w:lineRule="auto"/>
            </w:pPr>
            <w:r>
              <w:rPr>
                <w:rFonts w:ascii="宋体" w:hAnsi="宋体" w:eastAsia="宋体"/>
                <w:b w:val="0"/>
                <w:sz w:val="18"/>
              </w:rPr>
              <w:t>(1)课件呈现问题。</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针对学生的错误，分析错在哪里，该如何更正。</w:t>
            </w:r>
          </w:p>
          <w:p>
            <w:pPr>
              <w:spacing w:after="20" w:line="276" w:lineRule="auto"/>
            </w:pPr>
            <w:r>
              <w:rPr>
                <w:rFonts w:ascii="宋体" w:hAnsi="宋体" w:eastAsia="宋体"/>
                <w:b w:val="0"/>
                <w:sz w:val="18"/>
              </w:rPr>
              <w:t>3．归纳提升。</w:t>
            </w:r>
          </w:p>
          <w:p>
            <w:pPr>
              <w:spacing w:after="20" w:line="276" w:lineRule="auto"/>
            </w:pPr>
            <w:r>
              <w:rPr>
                <w:rFonts w:ascii="宋体" w:hAnsi="宋体" w:eastAsia="宋体"/>
                <w:b w:val="0"/>
                <w:sz w:val="18"/>
              </w:rPr>
              <w:t>师：生活中计算长方体或者正方体物体的表面积时，可能有些面是不需要计算的。请举例说说，哪些情况下不算？具体是哪些面不算？</w:t>
            </w:r>
          </w:p>
        </w:tc>
        <w:tc>
          <w:tcPr>
            <w:tcW w:type="dxa" w:w="3061"/>
          </w:tcPr>
          <w:p>
            <w:pPr>
              <w:spacing w:after="20" w:line="276" w:lineRule="auto"/>
            </w:pPr>
            <w:r/>
            <w:r>
              <w:rPr>
                <w:rFonts w:ascii="宋体" w:hAnsi="宋体" w:eastAsia="宋体"/>
                <w:b w:val="0"/>
                <w:sz w:val="18"/>
              </w:rPr>
              <w:t>大部分学生都能知道不用算的两个面的面积具体是用哪两个数据相乘的，至于有困难的学生仍可借助学具演示，引导学生理解上、下两个面的长是长方体的长，上、下两个面的宽是长方体的宽，这两个面的面积不用算。</w:t>
            </w:r>
          </w:p>
          <w:p>
            <w:pPr>
              <w:spacing w:after="20" w:line="276" w:lineRule="auto"/>
            </w:pPr>
            <w:r>
              <w:rPr>
                <w:rFonts w:ascii="宋体" w:hAnsi="宋体" w:eastAsia="宋体"/>
                <w:b w:val="0"/>
                <w:sz w:val="18"/>
              </w:rPr>
              <w:t>本题不能直接套用公式计算，学生在交流时，教师要引导学生厘清解决问题的思路：首先确定是求几个面、哪几个面，再寻找求这几个面要知道哪些数学信息，最后列式计算。</w:t>
            </w:r>
          </w:p>
          <w:p>
            <w:pPr>
              <w:spacing w:after="20" w:line="276" w:lineRule="auto"/>
            </w:pPr>
            <w:r>
              <w:rPr>
                <w:rFonts w:ascii="宋体" w:hAnsi="宋体" w:eastAsia="宋体"/>
                <w:b w:val="0"/>
                <w:sz w:val="18"/>
              </w:rPr>
              <w:t>预设1：直接求出5个面的面积再相加。</w:t>
            </w:r>
          </w:p>
          <w:p>
            <w:pPr>
              <w:spacing w:after="20" w:line="276" w:lineRule="auto"/>
            </w:pPr>
            <w:r>
              <w:rPr>
                <w:rFonts w:ascii="宋体" w:hAnsi="宋体" w:eastAsia="宋体"/>
                <w:b w:val="0"/>
                <w:sz w:val="18"/>
              </w:rPr>
              <w:t>预设2：先用公式求出6个面的总面积再减去上面的面积。</w:t>
            </w:r>
          </w:p>
          <w:p>
            <w:pPr>
              <w:spacing w:after="20" w:line="276" w:lineRule="auto"/>
            </w:pPr>
            <w:r>
              <w:rPr>
                <w:rFonts w:ascii="宋体" w:hAnsi="宋体" w:eastAsia="宋体"/>
                <w:b w:val="0"/>
                <w:sz w:val="18"/>
              </w:rPr>
              <w:t>预设3：学生可能弄错了某个面对应的长和宽。</w:t>
            </w:r>
          </w:p>
        </w:tc>
        <w:tc>
          <w:tcPr>
            <w:tcW w:type="dxa" w:w="1814"/>
          </w:tcPr>
          <w:p>
            <w:pPr>
              <w:spacing w:after="20" w:line="276" w:lineRule="auto"/>
            </w:pPr>
            <w:r/>
            <w:r>
              <w:rPr>
                <w:rFonts w:ascii="宋体" w:hAnsi="宋体" w:eastAsia="宋体"/>
                <w:b w:val="0"/>
                <w:sz w:val="18"/>
              </w:rPr>
              <w:t>这两道题都是应用长方体的表面积的计算方法解决问题，但是都要具体问题具体分析。第5题明确要求“上、下面不贴”，第10题明确要求“四周和底面贴”。这两题都是要学生结合现实生活的实际情况，灵活运用长方体表面积的计算方法解答，最后引导学生结合实际归纳，培养学生具体问题具体分析的能力。</w:t>
            </w:r>
          </w:p>
        </w:tc>
      </w:tr>
      <w:tr>
        <w:tc>
          <w:tcPr>
            <w:tcW w:type="dxa" w:w="1474"/>
          </w:tcPr>
          <w:p>
            <w:pPr>
              <w:spacing w:after="20" w:line="276" w:lineRule="auto"/>
            </w:pPr>
            <w:r>
              <w:rPr>
                <w:b/>
              </w:rPr>
            </w:r>
            <w:r>
              <w:rPr>
                <w:rFonts w:ascii="宋体" w:hAnsi="宋体" w:eastAsia="宋体"/>
                <w:b/>
                <w:sz w:val="18"/>
              </w:rPr>
              <w:t>三、探究组合图形的表面积计算方法</w:t>
            </w:r>
          </w:p>
        </w:tc>
        <w:tc>
          <w:tcPr>
            <w:tcW w:type="dxa" w:w="3061"/>
          </w:tcPr>
          <w:p>
            <w:pPr>
              <w:spacing w:after="20" w:line="276" w:lineRule="auto"/>
            </w:pPr>
            <w:r/>
            <w:r>
              <w:rPr>
                <w:rFonts w:ascii="宋体" w:hAnsi="宋体" w:eastAsia="宋体"/>
                <w:b w:val="0"/>
                <w:sz w:val="18"/>
              </w:rPr>
              <w:t>1.以教科书P26“练习六”第12题为例，探究组合图形表面积的计算方法。</w:t>
            </w:r>
          </w:p>
          <w:p>
            <w:pPr>
              <w:spacing w:after="20" w:line="276" w:lineRule="auto"/>
            </w:pPr>
            <w:r>
              <w:rPr>
                <w:rFonts w:ascii="宋体" w:hAnsi="宋体" w:eastAsia="宋体"/>
                <w:b w:val="0"/>
                <w:sz w:val="18"/>
              </w:rPr>
              <w:t>(1)课件出示问题。</w:t>
            </w:r>
          </w:p>
          <w:p>
            <w:pPr>
              <w:spacing w:after="20" w:line="276" w:lineRule="auto"/>
            </w:pPr>
            <w:r>
              <w:rPr>
                <w:rFonts w:ascii="宋体" w:hAnsi="宋体" w:eastAsia="宋体"/>
                <w:b w:val="0"/>
                <w:sz w:val="18"/>
              </w:rPr>
              <w:t>(2)收集信息，理解题意。</w:t>
            </w:r>
          </w:p>
          <w:p>
            <w:pPr>
              <w:spacing w:after="20" w:line="276" w:lineRule="auto"/>
            </w:pPr>
            <w:r>
              <w:rPr>
                <w:rFonts w:ascii="宋体" w:hAnsi="宋体" w:eastAsia="宋体"/>
                <w:b w:val="0"/>
                <w:sz w:val="18"/>
              </w:rPr>
              <w:t>师：从图文中，你们知道了哪些数学信息？</w:t>
            </w:r>
          </w:p>
          <w:p>
            <w:pPr>
              <w:spacing w:after="20" w:line="276" w:lineRule="auto"/>
            </w:pPr>
            <w:r>
              <w:rPr>
                <w:rFonts w:ascii="宋体" w:hAnsi="宋体" w:eastAsia="宋体"/>
                <w:b w:val="0"/>
                <w:sz w:val="18"/>
              </w:rPr>
              <w:t>师：涂黄色油漆的是哪几个面？每个面的长和宽各是多少？</w:t>
            </w:r>
          </w:p>
          <w:p>
            <w:pPr>
              <w:spacing w:after="20" w:line="276" w:lineRule="auto"/>
            </w:pPr>
            <w:r>
              <w:rPr>
                <w:rFonts w:ascii="宋体" w:hAnsi="宋体" w:eastAsia="宋体"/>
                <w:b w:val="0"/>
                <w:sz w:val="18"/>
              </w:rPr>
              <w:t>师：涂红色油漆的是哪几个面？每个面的长和宽各是多少？</w:t>
            </w:r>
          </w:p>
          <w:p>
            <w:pPr>
              <w:spacing w:after="20" w:line="276" w:lineRule="auto"/>
            </w:pPr>
            <w:r>
              <w:rPr>
                <w:rFonts w:ascii="宋体" w:hAnsi="宋体" w:eastAsia="宋体"/>
                <w:b w:val="0"/>
                <w:sz w:val="18"/>
              </w:rPr>
              <w:t>(3)学生自主解答。</w:t>
            </w:r>
          </w:p>
          <w:p>
            <w:pPr>
              <w:spacing w:after="20" w:line="276" w:lineRule="auto"/>
            </w:pPr>
            <w:r>
              <w:rPr>
                <w:rFonts w:ascii="宋体" w:hAnsi="宋体" w:eastAsia="宋体"/>
                <w:b w:val="0"/>
                <w:sz w:val="18"/>
              </w:rPr>
              <w:t>(4)全班展示交流。</w:t>
            </w:r>
          </w:p>
          <w:p>
            <w:pPr>
              <w:spacing w:after="20" w:line="276" w:lineRule="auto"/>
            </w:pPr>
            <w:r>
              <w:rPr>
                <w:rFonts w:ascii="宋体" w:hAnsi="宋体" w:eastAsia="宋体"/>
                <w:b w:val="0"/>
                <w:sz w:val="18"/>
              </w:rPr>
              <w:t>师：你是怎样想的？怎样做的？</w:t>
            </w:r>
          </w:p>
          <w:p>
            <w:pPr>
              <w:spacing w:after="20" w:line="276" w:lineRule="auto"/>
            </w:pPr>
            <w:r>
              <w:rPr>
                <w:rFonts w:ascii="宋体" w:hAnsi="宋体" w:eastAsia="宋体"/>
                <w:b w:val="0"/>
                <w:sz w:val="18"/>
              </w:rPr>
              <w:t>2．提升归纳。</w:t>
            </w:r>
          </w:p>
          <w:p>
            <w:pPr>
              <w:spacing w:after="20" w:line="276" w:lineRule="auto"/>
            </w:pPr>
            <w:r>
              <w:rPr>
                <w:rFonts w:ascii="宋体" w:hAnsi="宋体" w:eastAsia="宋体"/>
                <w:b w:val="0"/>
                <w:sz w:val="18"/>
              </w:rPr>
              <w:t>师：求较复杂的组合立体图形的表面积时，我们要注意些什么？</w:t>
            </w:r>
          </w:p>
          <w:p>
            <w:pPr>
              <w:spacing w:after="20" w:line="276" w:lineRule="auto"/>
            </w:pPr>
            <w:r>
              <w:rPr>
                <w:rFonts w:ascii="宋体" w:hAnsi="宋体" w:eastAsia="宋体"/>
                <w:b w:val="0"/>
                <w:sz w:val="18"/>
              </w:rPr>
              <w:t>师小结：要分析问题中的数学信息，特别是找出隐藏的信息；具体问题具体分析，看看求的是哪几个面，每个面的长和宽各是多少；选择合适的方法进行计算。</w:t>
            </w:r>
          </w:p>
        </w:tc>
        <w:tc>
          <w:tcPr>
            <w:tcW w:type="dxa" w:w="3061"/>
          </w:tcPr>
          <w:p>
            <w:pPr>
              <w:spacing w:after="20" w:line="276" w:lineRule="auto"/>
            </w:pPr>
            <w:r/>
            <w:r>
              <w:rPr>
                <w:rFonts w:ascii="宋体" w:hAnsi="宋体" w:eastAsia="宋体"/>
                <w:b w:val="0"/>
                <w:sz w:val="18"/>
              </w:rPr>
              <w:t>本题中有很多隐藏的数学信息，如两个图形重叠的部分不用涂漆，前后两面涂黄色油漆，左边的面虽然没有画出来，但是是露在外面的，也要涂红色油漆等等，这些信息要引导学生都读出来。</w:t>
            </w:r>
          </w:p>
          <w:p>
            <w:pPr>
              <w:spacing w:after="20" w:line="276" w:lineRule="auto"/>
            </w:pPr>
            <w:r>
              <w:rPr>
                <w:rFonts w:ascii="宋体" w:hAnsi="宋体" w:eastAsia="宋体"/>
                <w:b w:val="0"/>
                <w:sz w:val="18"/>
              </w:rPr>
              <w:t>涂黄色油漆的面比较直观，每个面的长和宽都比较清晰，学生相对容易求出来，但是要注意乘2；涂红色油漆的面不是正面，相对比较复杂，学生可能一部分一部分地求，也可能运用平移法解答。</w:t>
            </w:r>
          </w:p>
          <w:p>
            <w:pPr>
              <w:spacing w:after="20" w:line="276" w:lineRule="auto"/>
            </w:pPr>
            <w:r>
              <w:rPr>
                <w:rFonts w:ascii="宋体" w:hAnsi="宋体" w:eastAsia="宋体"/>
                <w:b w:val="0"/>
                <w:sz w:val="18"/>
              </w:rPr>
              <w:t>关注学生的思维过程，对于错误的解法不要回避，而是分析纠正。</w:t>
            </w:r>
          </w:p>
        </w:tc>
        <w:tc>
          <w:tcPr>
            <w:tcW w:type="dxa" w:w="1814"/>
          </w:tcPr>
          <w:p>
            <w:pPr>
              <w:spacing w:after="20" w:line="276" w:lineRule="auto"/>
            </w:pPr>
            <w:r/>
            <w:r>
              <w:rPr>
                <w:rFonts w:ascii="宋体" w:hAnsi="宋体" w:eastAsia="宋体"/>
                <w:b w:val="0"/>
                <w:sz w:val="18"/>
              </w:rPr>
              <w:t>组合图形的表面积信息量比较大，需要考虑的因素比较多，有利于培养学生的分析、推理、空间想象等综合能力。在此通过教师有效地引导，让学生归纳方法、积累经验。</w:t>
            </w:r>
          </w:p>
        </w:tc>
      </w:tr>
      <w:tr>
        <w:tc>
          <w:tcPr>
            <w:tcW w:type="dxa" w:w="1474"/>
          </w:tcPr>
          <w:p>
            <w:pPr>
              <w:spacing w:after="20" w:line="276" w:lineRule="auto"/>
            </w:pPr>
            <w:r>
              <w:rPr>
                <w:b/>
              </w:rPr>
            </w:r>
            <w:r>
              <w:rPr>
                <w:rFonts w:ascii="宋体" w:hAnsi="宋体" w:eastAsia="宋体"/>
                <w:b/>
                <w:sz w:val="18"/>
              </w:rPr>
              <w:t>四、自主解答，形成技能</w:t>
            </w:r>
          </w:p>
        </w:tc>
        <w:tc>
          <w:tcPr>
            <w:tcW w:type="dxa" w:w="3061"/>
          </w:tcPr>
          <w:p>
            <w:pPr>
              <w:spacing w:after="20" w:line="276" w:lineRule="auto"/>
            </w:pPr>
            <w:r/>
            <w:r>
              <w:rPr>
                <w:rFonts w:ascii="宋体" w:hAnsi="宋体" w:eastAsia="宋体"/>
                <w:b w:val="0"/>
                <w:sz w:val="18"/>
              </w:rPr>
              <w:t>2.自主解答教科书P26“练习六”第13题，解答后全班交流汇报。</w:t>
            </w:r>
          </w:p>
        </w:tc>
        <w:tc>
          <w:tcPr>
            <w:tcW w:type="dxa" w:w="3061"/>
          </w:tcPr>
          <w:p>
            <w:pPr>
              <w:spacing w:after="20" w:line="276" w:lineRule="auto"/>
            </w:pPr>
            <w:r/>
            <w:r>
              <w:rPr>
                <w:rFonts w:ascii="宋体" w:hAnsi="宋体" w:eastAsia="宋体"/>
                <w:b w:val="0"/>
                <w:sz w:val="18"/>
              </w:rPr>
              <w:t>1.学生自主完成教科书P25～26“练习六”第6、7、8、9、11题，教师巡视指导，学生解答后汇报交流。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教科书P25～26“练习六”中第1题、第5～13题。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当学生有不同的结果时，教师要耐心倾听学生是怎么想的。 【教学提示】 先放手让学生自主解答，在展示交流时发现问题，再指导订正。 【教学提示】 教师引导学生独立审题，摘录重要信息，注意题目中的隐藏条件。</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联系长方体、正方体的特征，引导学生利用已有的知识和生活经验在活动中去寻求问题的答案，让每一名学生都参与到研究学习中，在研究的过程中提高探究的能力。但由于计算量比较大，有些学生的计算速度跟不上，再加上有的问题比较复杂，特别是第12题，需要考虑的因素较多，还有部分学生在课堂上没有完全领会，还需要课后进一步练习。</w:t>
      </w:r>
    </w:p>
    <w:p>
      <w:r>
        <w:br w:type="page"/>
      </w:r>
    </w:p>
    <w:p>
      <w:pPr>
        <w:spacing w:after="80" w:line="300" w:lineRule="auto"/>
      </w:pPr>
      <w:r>
        <w:rPr>
          <w:rFonts w:ascii="黑体" w:hAnsi="黑体" w:eastAsia="黑体"/>
          <w:b/>
          <w:sz w:val="24"/>
        </w:rPr>
        <w:t>二、课时教学方案（第12课时）</w:t>
      </w:r>
    </w:p>
    <w:p>
      <w:pPr>
        <w:spacing w:after="80" w:line="300" w:lineRule="auto"/>
      </w:pPr>
      <w:r>
        <w:rPr>
          <w:rFonts w:ascii="黑体" w:hAnsi="黑体" w:eastAsia="黑体"/>
          <w:b/>
          <w:sz w:val="24"/>
        </w:rPr>
        <w:t>第12课时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第12课时　练习课</w:t>
            </w:r>
          </w:p>
        </w:tc>
        <w:tc>
          <w:tcPr>
            <w:tcW w:type="dxa" w:w="6009"/>
          </w:tcPr>
          <w:p>
            <w:pPr>
              <w:spacing w:after="20" w:line="276" w:lineRule="auto"/>
            </w:pPr>
            <w:r/>
            <w:r>
              <w:rPr>
                <w:rFonts w:ascii="宋体" w:hAnsi="宋体" w:eastAsia="宋体"/>
                <w:b w:val="0"/>
                <w:sz w:val="20"/>
              </w:rPr>
              <w:t>第3单元 长方体和正方体（长方体和正方体的体积）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教学内容：教科书P32～33“练习七”中第2题、第5～12题。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（1）进一步巩固体积和体积单位的概念，加深对体积意义的理解。</w:t>
      </w:r>
    </w:p>
    <w:p>
      <w:pPr>
        <w:spacing w:after="20" w:line="300" w:lineRule="auto"/>
        <w:ind w:firstLine="400"/>
      </w:pPr>
      <w:r>
        <w:rPr>
          <w:rFonts w:ascii="宋体" w:hAnsi="宋体" w:eastAsia="宋体"/>
          <w:b w:val="0"/>
          <w:sz w:val="20"/>
        </w:rPr>
        <w:t>（2）进一步巩固长方体、正方体的体积计算方法，会运用长方体和正方体的体积计算公式解决简单的实际问题。</w:t>
      </w:r>
    </w:p>
    <w:p>
      <w:pPr>
        <w:spacing w:after="20" w:line="300" w:lineRule="auto"/>
        <w:ind w:firstLine="400"/>
      </w:pPr>
      <w:r>
        <w:rPr>
          <w:rFonts w:ascii="宋体" w:hAnsi="宋体" w:eastAsia="宋体"/>
          <w:b w:val="0"/>
          <w:sz w:val="20"/>
        </w:rPr>
        <w:t>（3）感悟数学来源于生活，应用于生活，激发对数学的热情。</w:t>
      </w:r>
    </w:p>
    <w:p>
      <w:pPr>
        <w:spacing w:after="20" w:line="300" w:lineRule="auto"/>
      </w:pPr>
      <w:r>
        <w:rPr>
          <w:rFonts w:ascii="宋体" w:hAnsi="宋体" w:eastAsia="宋体"/>
          <w:b w:val="0"/>
          <w:sz w:val="20"/>
        </w:rPr>
        <w:t>教学重点：进一步巩固长方体、正方体的体积计算方法。</w:t>
      </w:r>
    </w:p>
    <w:p>
      <w:pPr>
        <w:spacing w:after="20" w:line="300" w:lineRule="auto"/>
      </w:pPr>
      <w:r>
        <w:rPr>
          <w:rFonts w:ascii="宋体" w:hAnsi="宋体" w:eastAsia="宋体"/>
          <w:b w:val="0"/>
          <w:sz w:val="20"/>
        </w:rPr>
        <w:t>教学难点：运用长方体和正方体的体积计算公式解决简单的实际问题。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一、复习回顾，落实基础</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二、以题为例，巩固基础知识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从题中你们知道了哪些数学信息？</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三、综合应用，拓展提升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知道哪些信息？要求什么问题？；这根木料的体积怎么求？</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四、学生自主练习</w:t>
            </w:r>
          </w:p>
        </w:tc>
        <w:tc>
          <w:tcPr>
            <w:tcW w:type="dxa" w:w="1814"/>
          </w:tcPr>
          <w:p>
            <w:pPr>
              <w:spacing w:after="20" w:line="276" w:lineRule="auto"/>
            </w:pPr>
            <w:r/>
            <w:r>
              <w:rPr>
                <w:rFonts w:ascii="宋体" w:hAnsi="宋体" w:eastAsia="宋体"/>
                <w:b w:val="0"/>
                <w:sz w:val="18"/>
              </w:rPr>
              <w:t>课件、教科书P32～33</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通过练习，你们有哪些新的收获呢？</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一、复习回顾，落实基础</w:t>
            </w:r>
          </w:p>
        </w:tc>
        <w:tc>
          <w:tcPr>
            <w:tcW w:type="dxa" w:w="3061"/>
          </w:tcPr>
          <w:p>
            <w:pPr>
              <w:spacing w:after="20" w:line="276" w:lineRule="auto"/>
            </w:pPr>
            <w:r/>
            <w:r>
              <w:rPr>
                <w:rFonts w:ascii="宋体" w:hAnsi="宋体" w:eastAsia="宋体"/>
                <w:b w:val="0"/>
                <w:sz w:val="18"/>
              </w:rPr>
              <w:t>课件出示填空题，学生口答，课件显示答案。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二、以题为例，巩固基础知识</w:t>
            </w:r>
          </w:p>
        </w:tc>
        <w:tc>
          <w:tcPr>
            <w:tcW w:type="dxa" w:w="3061"/>
          </w:tcPr>
          <w:p>
            <w:pPr>
              <w:spacing w:after="20" w:line="276" w:lineRule="auto"/>
            </w:pPr>
            <w:r/>
            <w:r>
              <w:rPr>
                <w:rFonts w:ascii="宋体" w:hAnsi="宋体" w:eastAsia="宋体"/>
                <w:b w:val="0"/>
                <w:sz w:val="18"/>
              </w:rPr>
              <w:t>1.课件出示教科书P32“练习七”第5题。</w:t>
            </w:r>
          </w:p>
          <w:p>
            <w:pPr>
              <w:spacing w:after="20" w:line="276" w:lineRule="auto"/>
            </w:pPr>
            <w:r>
              <w:rPr>
                <w:rFonts w:ascii="宋体" w:hAnsi="宋体" w:eastAsia="宋体"/>
                <w:b w:val="0"/>
                <w:sz w:val="18"/>
              </w:rPr>
              <w:t>(1)学生独立思考。</w:t>
            </w:r>
          </w:p>
          <w:p>
            <w:pPr>
              <w:spacing w:after="20" w:line="276" w:lineRule="auto"/>
            </w:pPr>
            <w:r>
              <w:rPr>
                <w:rFonts w:ascii="宋体" w:hAnsi="宋体" w:eastAsia="宋体"/>
                <w:b w:val="0"/>
                <w:sz w:val="18"/>
              </w:rPr>
              <w:t>(2)汇报交流，集中展示。</w:t>
            </w:r>
          </w:p>
          <w:p>
            <w:pPr>
              <w:spacing w:after="20" w:line="276" w:lineRule="auto"/>
            </w:pPr>
            <w:r>
              <w:rPr>
                <w:rFonts w:ascii="宋体" w:hAnsi="宋体" w:eastAsia="宋体"/>
                <w:b w:val="0"/>
                <w:sz w:val="18"/>
              </w:rPr>
              <w:t>2．课件出示教科书P33“练习七”第8题。</w:t>
            </w:r>
          </w:p>
          <w:p>
            <w:pPr>
              <w:spacing w:after="20" w:line="276" w:lineRule="auto"/>
            </w:pPr>
            <w:r>
              <w:rPr>
                <w:rFonts w:ascii="宋体" w:hAnsi="宋体" w:eastAsia="宋体"/>
                <w:b w:val="0"/>
                <w:sz w:val="18"/>
              </w:rPr>
              <w:t>引导学生整理信息。</w:t>
            </w:r>
          </w:p>
          <w:p>
            <w:pPr>
              <w:spacing w:after="20" w:line="276" w:lineRule="auto"/>
            </w:pPr>
            <w:r>
              <w:rPr>
                <w:rFonts w:ascii="宋体" w:hAnsi="宋体" w:eastAsia="宋体"/>
                <w:b w:val="0"/>
                <w:sz w:val="18"/>
              </w:rPr>
              <w:t>师：从题中你们知道了哪些数学信息？</w:t>
            </w:r>
          </w:p>
        </w:tc>
        <w:tc>
          <w:tcPr>
            <w:tcW w:type="dxa" w:w="3061"/>
          </w:tcPr>
          <w:p>
            <w:pPr>
              <w:spacing w:after="20" w:line="276" w:lineRule="auto"/>
            </w:pPr>
            <w:r/>
            <w:r>
              <w:rPr>
                <w:rFonts w:ascii="宋体" w:hAnsi="宋体" w:eastAsia="宋体"/>
                <w:b w:val="0"/>
                <w:sz w:val="18"/>
              </w:rPr>
              <w:t>学生已经学习了长方体和正方体的体积计算，很容易想到怎么变成长方体。</w:t>
            </w:r>
          </w:p>
          <w:p>
            <w:pPr>
              <w:spacing w:after="20" w:line="276" w:lineRule="auto"/>
            </w:pPr>
            <w:r>
              <w:rPr>
                <w:rFonts w:ascii="宋体" w:hAnsi="宋体" w:eastAsia="宋体"/>
                <w:b w:val="0"/>
                <w:sz w:val="18"/>
              </w:rPr>
              <w:t>学生知道土坑的长、宽、深度，对于“方”，很多学生不熟悉，教师借机介绍生活常识，1方＝1立方米。</w:t>
            </w:r>
          </w:p>
        </w:tc>
        <w:tc>
          <w:tcPr>
            <w:tcW w:type="dxa" w:w="1814"/>
          </w:tcPr>
          <w:p>
            <w:pPr>
              <w:spacing w:after="20" w:line="276" w:lineRule="auto"/>
            </w:pPr>
            <w:r/>
            <w:r>
              <w:rPr>
                <w:rFonts w:ascii="宋体" w:hAnsi="宋体" w:eastAsia="宋体"/>
                <w:b w:val="0"/>
                <w:sz w:val="18"/>
              </w:rPr>
              <w:t>对体积意义进行巩固，体会体积相同的物体形状可以不同。</w:t>
            </w:r>
          </w:p>
          <w:p>
            <w:pPr>
              <w:spacing w:after="20" w:line="276" w:lineRule="auto"/>
            </w:pPr>
            <w:r>
              <w:rPr>
                <w:rFonts w:ascii="宋体" w:hAnsi="宋体" w:eastAsia="宋体"/>
                <w:b w:val="0"/>
                <w:sz w:val="18"/>
              </w:rPr>
              <w:t>引导学生利用长方体体积的计算公式解决实际问题。</w:t>
            </w:r>
          </w:p>
        </w:tc>
      </w:tr>
      <w:tr>
        <w:tc>
          <w:tcPr>
            <w:tcW w:type="dxa" w:w="1474"/>
          </w:tcPr>
          <w:p>
            <w:pPr>
              <w:spacing w:after="20" w:line="276" w:lineRule="auto"/>
            </w:pPr>
            <w:r>
              <w:rPr>
                <w:b/>
              </w:rPr>
            </w:r>
            <w:r>
              <w:rPr>
                <w:rFonts w:ascii="宋体" w:hAnsi="宋体" w:eastAsia="宋体"/>
                <w:b/>
                <w:sz w:val="18"/>
              </w:rPr>
              <w:t>三、综合应用，拓展提升</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2．阅读理解题意。</w:t>
            </w:r>
          </w:p>
          <w:p>
            <w:pPr>
              <w:spacing w:after="20" w:line="276" w:lineRule="auto"/>
            </w:pPr>
            <w:r>
              <w:rPr>
                <w:rFonts w:ascii="宋体" w:hAnsi="宋体" w:eastAsia="宋体"/>
                <w:b w:val="0"/>
                <w:sz w:val="18"/>
              </w:rPr>
              <w:t>师：知道哪些信息？要求什么问题？</w:t>
            </w:r>
          </w:p>
          <w:p>
            <w:pPr>
              <w:spacing w:after="20" w:line="276" w:lineRule="auto"/>
            </w:pPr>
            <w:r>
              <w:rPr>
                <w:rFonts w:ascii="宋体" w:hAnsi="宋体" w:eastAsia="宋体"/>
                <w:b w:val="0"/>
                <w:sz w:val="18"/>
              </w:rPr>
              <w:t>师：这根木料的体积怎么求？</w:t>
            </w:r>
          </w:p>
          <w:p>
            <w:pPr>
              <w:spacing w:after="20" w:line="276" w:lineRule="auto"/>
            </w:pPr>
            <w:r>
              <w:rPr>
                <w:rFonts w:ascii="宋体" w:hAnsi="宋体" w:eastAsia="宋体"/>
                <w:b w:val="0"/>
                <w:sz w:val="18"/>
              </w:rPr>
              <w:t>4．展示交流。</w:t>
            </w:r>
          </w:p>
          <w:p>
            <w:pPr>
              <w:spacing w:after="20" w:line="276" w:lineRule="auto"/>
            </w:pPr>
            <w:r>
              <w:rPr>
                <w:rFonts w:ascii="宋体" w:hAnsi="宋体" w:eastAsia="宋体"/>
                <w:b w:val="0"/>
                <w:sz w:val="18"/>
              </w:rPr>
              <w:t>师：你是怎么解答的？</w:t>
            </w:r>
          </w:p>
          <w:p>
            <w:pPr>
              <w:spacing w:after="20" w:line="276" w:lineRule="auto"/>
            </w:pPr>
            <w:r>
              <w:rPr>
                <w:rFonts w:ascii="宋体" w:hAnsi="宋体" w:eastAsia="宋体"/>
                <w:b w:val="0"/>
                <w:sz w:val="18"/>
              </w:rPr>
              <w:t>师追问：100÷4中4是哪来的？为什么要除以4？商代表什么？</w:t>
            </w:r>
          </w:p>
          <w:p>
            <w:pPr>
              <w:spacing w:after="20" w:line="276" w:lineRule="auto"/>
            </w:pPr>
            <w:r>
              <w:rPr>
                <w:rFonts w:ascii="宋体" w:hAnsi="宋体" w:eastAsia="宋体"/>
                <w:b w:val="0"/>
                <w:sz w:val="18"/>
              </w:rPr>
              <w:t>5．归纳提升。</w:t>
            </w:r>
          </w:p>
          <w:p>
            <w:pPr>
              <w:spacing w:after="20" w:line="276" w:lineRule="auto"/>
            </w:pPr>
            <w:r>
              <w:rPr>
                <w:rFonts w:ascii="宋体" w:hAnsi="宋体" w:eastAsia="宋体"/>
                <w:b w:val="0"/>
                <w:sz w:val="18"/>
              </w:rPr>
              <w:t>师：在实际问题中，有些题没有直接告诉长方体的长、宽、高，但是要求长方体的体积，该怎么办呢？</w:t>
            </w:r>
          </w:p>
          <w:p>
            <w:pPr>
              <w:spacing w:after="20" w:line="276" w:lineRule="auto"/>
            </w:pPr>
            <w:r>
              <w:rPr>
                <w:rFonts w:ascii="宋体" w:hAnsi="宋体" w:eastAsia="宋体"/>
                <w:b w:val="0"/>
                <w:sz w:val="18"/>
              </w:rPr>
              <w:t>师小结：综合分析信息，推理出长方体的长、宽、高或者底面积，再运用公式解答。</w:t>
            </w:r>
          </w:p>
        </w:tc>
        <w:tc>
          <w:tcPr>
            <w:tcW w:type="dxa" w:w="3061"/>
          </w:tcPr>
          <w:p>
            <w:pPr>
              <w:spacing w:after="20" w:line="276" w:lineRule="auto"/>
            </w:pPr>
            <w:r/>
            <w:r>
              <w:rPr>
                <w:rFonts w:ascii="宋体" w:hAnsi="宋体" w:eastAsia="宋体"/>
                <w:b w:val="0"/>
                <w:sz w:val="18"/>
              </w:rPr>
              <w:t>3．学生独立解答。</w:t>
            </w:r>
          </w:p>
          <w:p>
            <w:pPr>
              <w:spacing w:after="20" w:line="276" w:lineRule="auto"/>
            </w:pPr>
            <w:r>
              <w:rPr>
                <w:rFonts w:ascii="宋体" w:hAnsi="宋体" w:eastAsia="宋体"/>
                <w:b w:val="0"/>
                <w:sz w:val="18"/>
              </w:rPr>
              <w:t>如果按照长方体体积计算公式解答，长方体的宽、高都不知道，不能直接计算；长方体的底面积也不知道，也不能用通用的公式计算，所以学生解答起来有点难度。</w:t>
            </w:r>
          </w:p>
          <w:p>
            <w:pPr>
              <w:spacing w:after="20" w:line="276" w:lineRule="auto"/>
            </w:pPr>
            <w:r>
              <w:rPr>
                <w:rFonts w:ascii="宋体" w:hAnsi="宋体" w:eastAsia="宋体"/>
                <w:b w:val="0"/>
                <w:sz w:val="18"/>
              </w:rPr>
              <w:t>100÷4＝25(dm2)　25×15＝375(dm3)</w:t>
            </w:r>
          </w:p>
        </w:tc>
        <w:tc>
          <w:tcPr>
            <w:tcW w:type="dxa" w:w="1814"/>
          </w:tcPr>
          <w:p>
            <w:pPr>
              <w:spacing w:after="20" w:line="276" w:lineRule="auto"/>
            </w:pPr>
            <w:r/>
            <w:r>
              <w:rPr>
                <w:rFonts w:ascii="宋体" w:hAnsi="宋体" w:eastAsia="宋体"/>
                <w:b w:val="0"/>
                <w:sz w:val="18"/>
              </w:rPr>
              <w:t>根据学生的实际情况，对典型错误分析错因、纠错。</w:t>
            </w:r>
          </w:p>
          <w:p>
            <w:pPr>
              <w:spacing w:after="20" w:line="276" w:lineRule="auto"/>
            </w:pPr>
            <w:r>
              <w:rPr>
                <w:rFonts w:ascii="宋体" w:hAnsi="宋体" w:eastAsia="宋体"/>
                <w:b w:val="0"/>
                <w:sz w:val="18"/>
              </w:rPr>
              <w:t>这是一道综合性较强的问题，教科书中没有此类问题，但是在考试中经常出现，需要学生发挥空间想象力，找到增加的面积是哪几个面的面积之和，跟长方体的体积有什么关系，从而拓宽学生的视野，积累解题经验。</w:t>
            </w:r>
          </w:p>
        </w:tc>
      </w:tr>
      <w:tr>
        <w:tc>
          <w:tcPr>
            <w:tcW w:type="dxa" w:w="1474"/>
          </w:tcPr>
          <w:p>
            <w:pPr>
              <w:spacing w:after="20" w:line="276" w:lineRule="auto"/>
            </w:pPr>
            <w:r>
              <w:rPr>
                <w:b/>
              </w:rPr>
            </w:r>
            <w:r>
              <w:rPr>
                <w:rFonts w:ascii="宋体" w:hAnsi="宋体" w:eastAsia="宋体"/>
                <w:b/>
                <w:sz w:val="18"/>
              </w:rPr>
              <w:t>四、学生自主练习</w:t>
            </w:r>
          </w:p>
        </w:tc>
        <w:tc>
          <w:tcPr>
            <w:tcW w:type="dxa" w:w="3061"/>
          </w:tcPr>
          <w:p>
            <w:pPr>
              <w:spacing w:after="20" w:line="276" w:lineRule="auto"/>
            </w:pPr>
            <w:r/>
            <w:r>
              <w:rPr>
                <w:rFonts w:ascii="宋体" w:hAnsi="宋体" w:eastAsia="宋体"/>
                <w:b w:val="0"/>
                <w:sz w:val="18"/>
              </w:rPr>
              <w:t>2．完成后集中评价。</w:t>
            </w:r>
          </w:p>
          <w:p>
            <w:pPr>
              <w:spacing w:after="20" w:line="276" w:lineRule="auto"/>
            </w:pPr>
            <w:r>
              <w:rPr>
                <w:rFonts w:ascii="宋体" w:hAnsi="宋体" w:eastAsia="宋体"/>
                <w:b w:val="0"/>
                <w:sz w:val="18"/>
              </w:rPr>
              <w:t>师生逐题交流讨论，课件同步展示答案。</w:t>
            </w:r>
          </w:p>
        </w:tc>
        <w:tc>
          <w:tcPr>
            <w:tcW w:type="dxa" w:w="3061"/>
          </w:tcPr>
          <w:p>
            <w:pPr>
              <w:spacing w:after="20" w:line="276" w:lineRule="auto"/>
            </w:pPr>
            <w:r/>
            <w:r>
              <w:rPr>
                <w:rFonts w:ascii="宋体" w:hAnsi="宋体" w:eastAsia="宋体"/>
                <w:b w:val="0"/>
                <w:sz w:val="18"/>
              </w:rPr>
              <w:t>1.学生独立完成教科书P32～33“练习七”第2、6、7、9、10、11、12题。</w:t>
            </w:r>
          </w:p>
          <w:p>
            <w:pPr>
              <w:spacing w:after="20" w:line="276" w:lineRule="auto"/>
            </w:pPr>
            <w:r>
              <w:rPr>
                <w:rFonts w:ascii="宋体" w:hAnsi="宋体" w:eastAsia="宋体"/>
                <w:b w:val="0"/>
                <w:sz w:val="18"/>
              </w:rPr>
              <w:t>习题相对比较多，学生需要较长的时间解答。</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师：通过练习，你们有哪些新的收获呢？</w:t>
            </w:r>
          </w:p>
        </w:tc>
        <w:tc>
          <w:tcPr>
            <w:tcW w:type="dxa" w:w="3061"/>
          </w:tcPr>
          <w:p>
            <w:pPr>
              <w:spacing w:after="20" w:line="276" w:lineRule="auto"/>
            </w:pPr>
            <w:r/>
            <w:r>
              <w:rPr>
                <w:rFonts w:ascii="宋体" w:hAnsi="宋体" w:eastAsia="宋体"/>
                <w:b w:val="0"/>
                <w:sz w:val="18"/>
              </w:rPr>
              <w:t>知道了1方是多少；不能直接用公式计算体积的，要经过推理找出长方体的长、宽、高或底面积。</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引导学生回顾梳理本课所学，完善认知结构，提升归纳与反思能力，核心问题："通过练习，你们有哪些新的收获呢？"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教科书P32～33“练习七”中第2题、第5～12题。</w:t>
      </w:r>
    </w:p>
    <w:p>
      <w:pPr>
        <w:spacing w:after="40" w:line="300" w:lineRule="auto"/>
        <w:ind w:firstLine="400"/>
      </w:pPr>
      <w:r>
        <w:rPr>
          <w:rFonts w:ascii="宋体" w:hAnsi="宋体" w:eastAsia="宋体"/>
          <w:b w:val="0"/>
          <w:sz w:val="20"/>
        </w:rPr>
        <w:t>② 原设计安排：见“状元成才路”系列丛书《创优作业100分》对应课时作业。 1选一选。(将正确答案的序号填在括号里) (1)下面说法正确的有( )个。 ①棱长为6 cm的正方体，它的表面积和体积相等。 ②底面积相等的两个正方体，它们的体积一定相等。 ③棱长总和相等的两个长方体，它们的体积一定相等。 ④一个长方体的长、宽、高都扩大到原来的2倍，它的体积就扩大到原来的8倍。 A．1 B．2 C．3 D．4 (2)一个长方体，长a cm，宽b cm，高h cm。如果长和高不变，宽增加3 cm，那么体积增加( )cm3；如果长和宽不变，高增加3 cm，那么体积增加( )cm3。 A．3ab B．3ah C．3bh D．3abh (3)有9 cm长的小棒3根，7 cm长的小棒8根，4 cm长的小棒5根，从中选一些小棒搭成一个长方体框架并在外面贴一层薄膜，这个长方体的体积是 cm3。 A．196 B．252 C．225 D．567 2泥塑是我国传统民间艺术之一，它以泥土为原料，手工捏制成形。成成将一块棱长为6 cm的正方体彩泥捏成了一个底面积是24 cm2的长方体，这个长方体的高是多少厘米？ 3一根长4 m的长方体木料被截成4段后，表面积增加了36 dm2(如下图)。这根木料的体积是多少？ 4把一个长9 cm、宽6 cm、高7 cm的长方体木块截成一个体积最大的正方体木块。截成的正方体木块的体积是多少？剩余部分的体积是多少？ 参考答案 1．(1)B (2)B A (3)A 2．6×6×6÷24＝9(cm) 3．4 m＝40 dm 36÷6×40＝240(dm3) 4．截成的正方体木块的棱长是6 cm。 6×6×6＝216(cm3) 9×6×7－216＝162(cm3)eq \x(\a\vs4\al(教学资源),,,INCLUDEPICTURE"慕72.TIF") 【教学笔记】 【教学提示】 此题学生计算并不难，关键是单位的统一。读信息时，让学生在交流中体会要统一单位。 【教学提示】 有少数学生独立解答有困难，可以组织小组合作解答，或者向其他同学请教。</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从本节练习课看，大部分学生对没有直接给出长方体的长、宽、高或底面积，但要求体积的题型有了一定的认识及了解，并能很好地解决此类型的题。少数学生不能很快理解，需要教师耐心指导，有针对性地讲解。学生的基础知识落实得比较到位，但是学生做题的速度都不是很快，还需要加强训练。本节课的教学效果基本达到预期。</w:t>
      </w:r>
    </w:p>
    <w:p>
      <w:r>
        <w:br w:type="page"/>
      </w:r>
    </w:p>
    <w:p>
      <w:pPr>
        <w:spacing w:after="80" w:line="300" w:lineRule="auto"/>
      </w:pPr>
      <w:r>
        <w:rPr>
          <w:rFonts w:ascii="黑体" w:hAnsi="黑体" w:eastAsia="黑体"/>
          <w:b/>
          <w:sz w:val="24"/>
        </w:rPr>
        <w:t>二、课时教学方案（第13课时）</w:t>
      </w:r>
    </w:p>
    <w:p>
      <w:pPr>
        <w:spacing w:after="80" w:line="300" w:lineRule="auto"/>
      </w:pPr>
      <w:r>
        <w:rPr>
          <w:rFonts w:ascii="黑体" w:hAnsi="黑体" w:eastAsia="黑体"/>
          <w:b/>
          <w:sz w:val="24"/>
        </w:rPr>
        <w:t>第13课时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第13课时　练习课</w:t>
            </w:r>
          </w:p>
        </w:tc>
        <w:tc>
          <w:tcPr>
            <w:tcW w:type="dxa" w:w="6009"/>
          </w:tcPr>
          <w:p>
            <w:pPr>
              <w:spacing w:after="20" w:line="276" w:lineRule="auto"/>
            </w:pPr>
            <w:r/>
            <w:r>
              <w:rPr>
                <w:rFonts w:ascii="宋体" w:hAnsi="宋体" w:eastAsia="宋体"/>
                <w:b w:val="0"/>
                <w:sz w:val="20"/>
              </w:rPr>
              <w:t>第3单元 长方体和正方体（长方体和正方体的体积）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学习本单元内容之前，学生已经能够直观地认识一些平面图形和立体图形，能从生活中找到大量的立体图形素材，并能通过这些素材发现一些基本特征。本单元是在此基础上系统学习长方体和正方体的有关知识。其中，表面积是学生对面积概念的拓展，体积对学生来说更是一个全新的概念，且学生对“物体占有一定的空间”这句话的理解有一定的困难。因此，教学时要充分利用故事、实验、比较等方法，让学生切实感悟到物体占有空间，不同物体所占空间有大有小，从而深刻地理解体积的含义，为后面学习圆柱的体积计算作铺垫。</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教学内容：教科书P36～37“练习八”中第2～10*题。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（1）进一步熟悉体积单位之间的进率，能熟练地进行简单体积单位之间名数的换算。</w:t>
      </w:r>
    </w:p>
    <w:p>
      <w:pPr>
        <w:spacing w:after="20" w:line="300" w:lineRule="auto"/>
        <w:ind w:firstLine="400"/>
      </w:pPr>
      <w:r>
        <w:rPr>
          <w:rFonts w:ascii="宋体" w:hAnsi="宋体" w:eastAsia="宋体"/>
          <w:b w:val="0"/>
          <w:sz w:val="20"/>
        </w:rPr>
        <w:t>（2）会正确地用体积单位间的进率进行名数的换算，并解决一些简单的实际问题。</w:t>
      </w:r>
    </w:p>
    <w:p>
      <w:pPr>
        <w:spacing w:after="20" w:line="300" w:lineRule="auto"/>
        <w:ind w:firstLine="400"/>
      </w:pPr>
      <w:r>
        <w:rPr>
          <w:rFonts w:ascii="宋体" w:hAnsi="宋体" w:eastAsia="宋体"/>
          <w:b w:val="0"/>
          <w:sz w:val="20"/>
        </w:rPr>
        <w:t>（3）培养学生的观察、比较、分析等能力，养成良好的学习习惯。</w:t>
      </w:r>
    </w:p>
    <w:p>
      <w:pPr>
        <w:spacing w:after="20" w:line="300" w:lineRule="auto"/>
      </w:pPr>
      <w:r>
        <w:rPr>
          <w:rFonts w:ascii="宋体" w:hAnsi="宋体" w:eastAsia="宋体"/>
          <w:b w:val="0"/>
          <w:sz w:val="20"/>
        </w:rPr>
        <w:t>教学重点：掌握名数的换算方法。</w:t>
      </w:r>
    </w:p>
    <w:p>
      <w:pPr>
        <w:spacing w:after="20" w:line="300" w:lineRule="auto"/>
      </w:pPr>
      <w:r>
        <w:rPr>
          <w:rFonts w:ascii="宋体" w:hAnsi="宋体" w:eastAsia="宋体"/>
          <w:b w:val="0"/>
          <w:sz w:val="20"/>
        </w:rPr>
        <w:t>教学难点：灵活运用名数换算解决简单的实际问题。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一、基础复习回顾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我们学习了哪些体积单位？它们之间的进率是怎样的？</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二、以题为例，感悟策略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都解答出来了吗？谁能与大家分享一下你的解题方法？；装得下吗？为什么？</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三、综合应用，灵活选择计量单位</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制作这个水族箱需要用多少平方米的玻璃，是求什么？体积呢？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四、实际应用，拓展提升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五、自主练习</w:t>
            </w:r>
          </w:p>
        </w:tc>
        <w:tc>
          <w:tcPr>
            <w:tcW w:type="dxa" w:w="1814"/>
          </w:tcPr>
          <w:p>
            <w:pPr>
              <w:spacing w:after="20" w:line="276" w:lineRule="auto"/>
            </w:pPr>
            <w:r/>
            <w:r>
              <w:rPr>
                <w:rFonts w:ascii="宋体" w:hAnsi="宋体" w:eastAsia="宋体"/>
                <w:b w:val="0"/>
                <w:sz w:val="18"/>
              </w:rPr>
              <w:t>教科书P36～37、课件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同学们，通过本节练习课，你们有哪些新的收获呢？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一、基础复习回顾</w:t>
            </w:r>
          </w:p>
        </w:tc>
        <w:tc>
          <w:tcPr>
            <w:tcW w:type="dxa" w:w="3061"/>
          </w:tcPr>
          <w:p>
            <w:pPr>
              <w:spacing w:after="20" w:line="276" w:lineRule="auto"/>
            </w:pPr>
            <w:r/>
            <w:r>
              <w:rPr>
                <w:rFonts w:ascii="宋体" w:hAnsi="宋体" w:eastAsia="宋体"/>
                <w:b w:val="0"/>
                <w:sz w:val="18"/>
              </w:rPr>
              <w:t>1.回顾体积单位间的进率。</w:t>
            </w:r>
          </w:p>
          <w:p>
            <w:pPr>
              <w:spacing w:after="20" w:line="276" w:lineRule="auto"/>
            </w:pPr>
            <w:r>
              <w:rPr>
                <w:rFonts w:ascii="宋体" w:hAnsi="宋体" w:eastAsia="宋体"/>
                <w:b w:val="0"/>
                <w:sz w:val="18"/>
              </w:rPr>
              <w:t>师：我们学习了哪些体积单位？它们之间的进率是怎样的？</w:t>
            </w:r>
          </w:p>
          <w:p>
            <w:pPr>
              <w:spacing w:after="20" w:line="276" w:lineRule="auto"/>
            </w:pPr>
            <w:r>
              <w:rPr>
                <w:rFonts w:ascii="宋体" w:hAnsi="宋体" w:eastAsia="宋体"/>
                <w:b w:val="0"/>
                <w:sz w:val="18"/>
              </w:rPr>
              <w:t>教师归纳：1 dm3＝1000 cm3，1 m3＝1000 dm3。</w:t>
            </w:r>
          </w:p>
          <w:p>
            <w:pPr>
              <w:spacing w:after="20" w:line="276" w:lineRule="auto"/>
            </w:pPr>
            <w:r>
              <w:rPr>
                <w:rFonts w:ascii="宋体" w:hAnsi="宋体" w:eastAsia="宋体"/>
                <w:b w:val="0"/>
                <w:sz w:val="18"/>
              </w:rPr>
              <w:t>2．课件出示问题，学生口答。</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创设情境激活学生已有经验，自然引出本课学习内容，激发学习兴趣，核心问题："我们学习了哪些体积单位？它们之间的进率是怎样的？"</w:t>
            </w:r>
          </w:p>
        </w:tc>
      </w:tr>
      <w:tr>
        <w:tc>
          <w:tcPr>
            <w:tcW w:type="dxa" w:w="1474"/>
          </w:tcPr>
          <w:p>
            <w:pPr>
              <w:spacing w:after="20" w:line="276" w:lineRule="auto"/>
            </w:pPr>
            <w:r>
              <w:rPr>
                <w:b/>
              </w:rPr>
            </w:r>
            <w:r>
              <w:rPr>
                <w:rFonts w:ascii="宋体" w:hAnsi="宋体" w:eastAsia="宋体"/>
                <w:b/>
                <w:sz w:val="18"/>
              </w:rPr>
              <w:t>二、以题为例，感悟策略</w:t>
            </w:r>
          </w:p>
        </w:tc>
        <w:tc>
          <w:tcPr>
            <w:tcW w:type="dxa" w:w="3061"/>
          </w:tcPr>
          <w:p>
            <w:pPr>
              <w:spacing w:after="20" w:line="276" w:lineRule="auto"/>
            </w:pPr>
            <w:r/>
            <w:r>
              <w:rPr>
                <w:rFonts w:ascii="宋体" w:hAnsi="宋体" w:eastAsia="宋体"/>
                <w:b w:val="0"/>
                <w:sz w:val="18"/>
              </w:rPr>
              <w:t>1.课件出示教科书P36“练习八”第2题。</w:t>
            </w:r>
          </w:p>
          <w:p>
            <w:pPr>
              <w:spacing w:after="20" w:line="276" w:lineRule="auto"/>
            </w:pPr>
            <w:r>
              <w:rPr>
                <w:rFonts w:ascii="宋体" w:hAnsi="宋体" w:eastAsia="宋体"/>
                <w:b w:val="0"/>
                <w:sz w:val="18"/>
              </w:rPr>
              <w:t>(1)学生自主读题，整理数学信息。</w:t>
            </w:r>
          </w:p>
          <w:p>
            <w:pPr>
              <w:spacing w:after="20" w:line="276" w:lineRule="auto"/>
            </w:pPr>
            <w:r>
              <w:rPr>
                <w:rFonts w:ascii="宋体" w:hAnsi="宋体" w:eastAsia="宋体"/>
                <w:b w:val="0"/>
                <w:sz w:val="18"/>
              </w:rPr>
              <w:t>(2)学生自主解答。</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师：都解答出来了吗？谁能与大家分享一下你的解题方法？</w:t>
            </w:r>
          </w:p>
          <w:p>
            <w:pPr>
              <w:spacing w:after="20" w:line="276" w:lineRule="auto"/>
            </w:pPr>
            <w:r>
              <w:rPr>
                <w:rFonts w:ascii="宋体" w:hAnsi="宋体" w:eastAsia="宋体"/>
                <w:b w:val="0"/>
                <w:sz w:val="18"/>
              </w:rPr>
              <w:t>11.76 dm3＝11760 cm3，25×16×18＝7200(cm3)，7200 cm3＜11760 cm3，所以装得进去。</w:t>
            </w:r>
          </w:p>
          <w:p>
            <w:pPr>
              <w:spacing w:after="20" w:line="276" w:lineRule="auto"/>
            </w:pPr>
            <w:r>
              <w:rPr>
                <w:rFonts w:ascii="宋体" w:hAnsi="宋体" w:eastAsia="宋体"/>
                <w:b w:val="0"/>
                <w:sz w:val="18"/>
              </w:rPr>
              <w:t>2.对比练习，请同学们快速解答。</w:t>
            </w:r>
          </w:p>
          <w:p>
            <w:pPr>
              <w:spacing w:after="20" w:line="276" w:lineRule="auto"/>
            </w:pPr>
            <w:r>
              <w:rPr>
                <w:rFonts w:ascii="宋体" w:hAnsi="宋体" w:eastAsia="宋体"/>
                <w:b w:val="0"/>
                <w:sz w:val="18"/>
              </w:rPr>
              <w:t>(1)课件出示问题。</w:t>
            </w:r>
          </w:p>
          <w:p>
            <w:pPr>
              <w:spacing w:after="20" w:line="276" w:lineRule="auto"/>
            </w:pPr>
            <w:r>
              <w:rPr>
                <w:rFonts w:ascii="宋体" w:hAnsi="宋体" w:eastAsia="宋体"/>
                <w:b w:val="0"/>
                <w:sz w:val="18"/>
              </w:rPr>
              <w:t>(2)展示学生的解答方法。</w:t>
            </w:r>
          </w:p>
          <w:p>
            <w:pPr>
              <w:spacing w:after="20" w:line="276" w:lineRule="auto"/>
            </w:pPr>
            <w:r>
              <w:rPr>
                <w:rFonts w:ascii="宋体" w:hAnsi="宋体" w:eastAsia="宋体"/>
                <w:b w:val="0"/>
                <w:sz w:val="18"/>
              </w:rPr>
              <w:t>师：装得下吗？为什么？</w:t>
            </w:r>
          </w:p>
          <w:p>
            <w:pPr>
              <w:spacing w:after="20" w:line="276" w:lineRule="auto"/>
            </w:pPr>
            <w:r>
              <w:rPr>
                <w:rFonts w:ascii="宋体" w:hAnsi="宋体" w:eastAsia="宋体"/>
                <w:b w:val="0"/>
                <w:sz w:val="18"/>
              </w:rPr>
              <w:t>方法一：8.96 dm3＝8960 cm3，25×15×21＝7875(cm3)，7875 cm3＜8960 cm3，所以装得下。</w:t>
            </w:r>
          </w:p>
          <w:p>
            <w:pPr>
              <w:spacing w:after="20" w:line="276" w:lineRule="auto"/>
            </w:pPr>
            <w:r>
              <w:rPr>
                <w:rFonts w:ascii="宋体" w:hAnsi="宋体" w:eastAsia="宋体"/>
                <w:b w:val="0"/>
                <w:sz w:val="18"/>
              </w:rPr>
              <w:t>方法二：25×15×21＝7875(cm3)，7875 cm3＝7.875 dm3，7.875 dm3＜8.96 dm3，所以装得下。</w:t>
            </w:r>
          </w:p>
          <w:p>
            <w:pPr>
              <w:spacing w:after="20" w:line="276" w:lineRule="auto"/>
            </w:pPr>
            <w:r>
              <w:rPr>
                <w:rFonts w:ascii="宋体" w:hAnsi="宋体" w:eastAsia="宋体"/>
                <w:b w:val="0"/>
                <w:sz w:val="18"/>
              </w:rPr>
              <w:t>方法三：8.96 dm3＝8960 cm3，8960÷(28×20)＝16(cm)，28 cm＞25 cm，20 cm＞15 cm，16 cm＜21 cm，所以装不下。</w:t>
            </w:r>
          </w:p>
          <w:p>
            <w:pPr>
              <w:spacing w:after="20" w:line="276" w:lineRule="auto"/>
            </w:pPr>
            <w:r>
              <w:rPr>
                <w:rFonts w:ascii="宋体" w:hAnsi="宋体" w:eastAsia="宋体"/>
                <w:b w:val="0"/>
                <w:sz w:val="18"/>
              </w:rPr>
              <w:t>(3)辨析质疑，深化理解。</w:t>
            </w:r>
          </w:p>
          <w:p>
            <w:pPr>
              <w:spacing w:after="20" w:line="276" w:lineRule="auto"/>
            </w:pPr>
            <w:r>
              <w:rPr>
                <w:rFonts w:ascii="宋体" w:hAnsi="宋体" w:eastAsia="宋体"/>
                <w:b w:val="0"/>
                <w:sz w:val="18"/>
              </w:rPr>
              <w:t>师：同学们用不同的方法解答，得到了不同的结论，老师觉得都有道理，到底是装得下还是装不下呢？要说出理由才能让人信服。</w:t>
            </w:r>
          </w:p>
          <w:p>
            <w:pPr>
              <w:spacing w:after="20" w:line="276" w:lineRule="auto"/>
            </w:pPr>
            <w:r>
              <w:rPr>
                <w:rFonts w:ascii="宋体" w:hAnsi="宋体" w:eastAsia="宋体"/>
                <w:b w:val="0"/>
                <w:sz w:val="18"/>
              </w:rPr>
              <w:t>(4)对比分析，优化方法。</w:t>
            </w:r>
          </w:p>
          <w:p>
            <w:pPr>
              <w:spacing w:after="20" w:line="276" w:lineRule="auto"/>
            </w:pPr>
            <w:r>
              <w:rPr>
                <w:rFonts w:ascii="宋体" w:hAnsi="宋体" w:eastAsia="宋体"/>
                <w:b w:val="0"/>
                <w:sz w:val="18"/>
              </w:rPr>
              <w:t>师：回头再看看前面的第2题，我们用不同的方法解决了这个问题，你认为解答这类问题用哪种方法好？为什么？</w:t>
            </w:r>
          </w:p>
        </w:tc>
        <w:tc>
          <w:tcPr>
            <w:tcW w:type="dxa" w:w="3061"/>
          </w:tcPr>
          <w:p>
            <w:pPr>
              <w:spacing w:after="20" w:line="276" w:lineRule="auto"/>
            </w:pPr>
            <w:r/>
            <w:r>
              <w:rPr>
                <w:rFonts w:ascii="宋体" w:hAnsi="宋体" w:eastAsia="宋体"/>
                <w:b w:val="0"/>
                <w:sz w:val="18"/>
              </w:rPr>
              <w:t>学生能从中读到数学信息，知道包装盒的长、宽和体积，知道玻璃器皿的长、宽、高，求这个玻璃器皿是否装得进去长方体包装盒。</w:t>
            </w:r>
          </w:p>
          <w:p>
            <w:pPr>
              <w:spacing w:after="20" w:line="276" w:lineRule="auto"/>
            </w:pPr>
            <w:r>
              <w:rPr>
                <w:rFonts w:ascii="宋体" w:hAnsi="宋体" w:eastAsia="宋体"/>
                <w:b w:val="0"/>
                <w:sz w:val="18"/>
              </w:rPr>
              <w:t>预设1：直接算出玻璃器皿的体积，将体积单位换算为dm3，看它的体积是否比包装盒的体积11.76 dm3小。25×16×18＝7200( cm3)＝7.2(dm3)，7.2 dm3＜11.76 dm3，所以装得进去。</w:t>
            </w:r>
          </w:p>
          <w:p>
            <w:pPr>
              <w:spacing w:after="20" w:line="276" w:lineRule="auto"/>
            </w:pPr>
            <w:r>
              <w:rPr>
                <w:rFonts w:ascii="宋体" w:hAnsi="宋体" w:eastAsia="宋体"/>
                <w:b w:val="0"/>
                <w:sz w:val="18"/>
              </w:rPr>
              <w:t>预设2：因为玻璃器皿的长、宽、高的单位都是厘米，所以先将包装盒的体积单位换算成立方厘米，再算出玻璃器皿的体积，比较玻璃器皿和包装盒的体积大小。</w:t>
            </w:r>
          </w:p>
          <w:p>
            <w:pPr>
              <w:spacing w:after="20" w:line="276" w:lineRule="auto"/>
            </w:pPr>
            <w:r>
              <w:rPr>
                <w:rFonts w:ascii="宋体" w:hAnsi="宋体" w:eastAsia="宋体"/>
                <w:b w:val="0"/>
                <w:sz w:val="18"/>
              </w:rPr>
              <w:t>预设3：从已知的信息知道包装盒的长和宽比玻璃器皿的长和宽都要长，就看包装盒的高是否比玻璃器皿的高长。11.76 dm3＝11760 cm3，11760÷28÷20＝21(cm)，21 cm＞18 cm，所以装得进去。</w:t>
            </w:r>
          </w:p>
          <w:p>
            <w:pPr>
              <w:spacing w:after="20" w:line="276" w:lineRule="auto"/>
            </w:pPr>
            <w:r>
              <w:rPr>
                <w:rFonts w:ascii="宋体" w:hAnsi="宋体" w:eastAsia="宋体"/>
                <w:b w:val="0"/>
                <w:sz w:val="18"/>
              </w:rPr>
              <w:t>学生快速解答后展示交流。</w:t>
            </w:r>
          </w:p>
          <w:p>
            <w:pPr>
              <w:spacing w:after="20" w:line="276" w:lineRule="auto"/>
            </w:pPr>
            <w:r>
              <w:rPr>
                <w:rFonts w:ascii="宋体" w:hAnsi="宋体" w:eastAsia="宋体"/>
                <w:b w:val="0"/>
                <w:sz w:val="18"/>
              </w:rPr>
              <w:t>学生有的说装得下，有的说装不下。</w:t>
            </w:r>
          </w:p>
          <w:p>
            <w:pPr>
              <w:spacing w:after="20" w:line="276" w:lineRule="auto"/>
            </w:pPr>
            <w:r>
              <w:rPr>
                <w:rFonts w:ascii="宋体" w:hAnsi="宋体" w:eastAsia="宋体"/>
                <w:b w:val="0"/>
                <w:sz w:val="18"/>
              </w:rPr>
              <w:t>学生边说，课件同步呈现解答方法。</w:t>
            </w:r>
          </w:p>
          <w:p>
            <w:pPr>
              <w:spacing w:after="20" w:line="276" w:lineRule="auto"/>
            </w:pPr>
            <w:r>
              <w:rPr>
                <w:rFonts w:ascii="宋体" w:hAnsi="宋体" w:eastAsia="宋体"/>
                <w:b w:val="0"/>
                <w:sz w:val="18"/>
              </w:rPr>
              <w:t>学生通过交流意识到，是否装得下，仅仅看体积大小是不行的，只有包装盒的长、宽、高都大于玻璃器皿的长、宽、高才行，从而确定方法三才是对的，所以装不下。</w:t>
            </w:r>
          </w:p>
          <w:p>
            <w:pPr>
              <w:spacing w:after="20" w:line="276" w:lineRule="auto"/>
            </w:pPr>
            <w:r>
              <w:rPr>
                <w:rFonts w:ascii="宋体" w:hAnsi="宋体" w:eastAsia="宋体"/>
                <w:b w:val="0"/>
                <w:sz w:val="18"/>
              </w:rPr>
              <w:t>教师引导学生理解，根据实际情况，方法一和方法二都不是很可靠，因为就算包装盒的体积大于玻璃器皿的体积，如果包装盒的高小于玻璃器皿的高，也是装不下的。</w:t>
            </w:r>
          </w:p>
        </w:tc>
        <w:tc>
          <w:tcPr>
            <w:tcW w:type="dxa" w:w="1814"/>
          </w:tcPr>
          <w:p>
            <w:pPr>
              <w:spacing w:after="20" w:line="276" w:lineRule="auto"/>
            </w:pPr>
            <w:r/>
            <w:r>
              <w:rPr>
                <w:rFonts w:ascii="宋体" w:hAnsi="宋体" w:eastAsia="宋体"/>
                <w:b w:val="0"/>
                <w:sz w:val="18"/>
              </w:rPr>
              <w:t>这两个问题都涉及体积单位的换算，巩固体积单位的进率，提升换算的能力。同时，设计两道对比练习，让学生体会解决问题的策略，积累解决问题的经验。</w:t>
            </w:r>
          </w:p>
        </w:tc>
      </w:tr>
      <w:tr>
        <w:tc>
          <w:tcPr>
            <w:tcW w:type="dxa" w:w="1474"/>
          </w:tcPr>
          <w:p>
            <w:pPr>
              <w:spacing w:after="20" w:line="276" w:lineRule="auto"/>
            </w:pPr>
            <w:r>
              <w:rPr>
                <w:b/>
              </w:rPr>
            </w:r>
            <w:r>
              <w:rPr>
                <w:rFonts w:ascii="宋体" w:hAnsi="宋体" w:eastAsia="宋体"/>
                <w:b/>
                <w:sz w:val="18"/>
              </w:rPr>
              <w:t>三、综合应用，灵活选择计量单位</w:t>
            </w:r>
          </w:p>
        </w:tc>
        <w:tc>
          <w:tcPr>
            <w:tcW w:type="dxa" w:w="3061"/>
          </w:tcPr>
          <w:p>
            <w:pPr>
              <w:spacing w:after="20" w:line="276" w:lineRule="auto"/>
            </w:pPr>
            <w:r/>
            <w:r>
              <w:rPr>
                <w:rFonts w:ascii="宋体" w:hAnsi="宋体" w:eastAsia="宋体"/>
                <w:b w:val="0"/>
                <w:sz w:val="18"/>
              </w:rPr>
              <w:t>课件出示教科书P36“练习八”第5题。</w:t>
            </w:r>
          </w:p>
          <w:p>
            <w:pPr>
              <w:spacing w:after="20" w:line="276" w:lineRule="auto"/>
            </w:pPr>
            <w:r>
              <w:rPr>
                <w:rFonts w:ascii="宋体" w:hAnsi="宋体" w:eastAsia="宋体"/>
                <w:b w:val="0"/>
                <w:sz w:val="18"/>
              </w:rPr>
              <w:t>(1)学生自主解答，教师个别指导。</w:t>
            </w:r>
          </w:p>
          <w:p>
            <w:pPr>
              <w:spacing w:after="20" w:line="276" w:lineRule="auto"/>
            </w:pPr>
            <w:r>
              <w:rPr>
                <w:rFonts w:ascii="宋体" w:hAnsi="宋体" w:eastAsia="宋体"/>
                <w:b w:val="0"/>
                <w:sz w:val="18"/>
              </w:rPr>
              <w:t>(2)集中展示交流。</w:t>
            </w:r>
          </w:p>
          <w:p>
            <w:pPr>
              <w:spacing w:after="20" w:line="276" w:lineRule="auto"/>
            </w:pPr>
            <w:r>
              <w:rPr>
                <w:rFonts w:ascii="宋体" w:hAnsi="宋体" w:eastAsia="宋体"/>
                <w:b w:val="0"/>
                <w:sz w:val="18"/>
              </w:rPr>
              <w:t>师：制作这个水族箱需要用多少平方米的玻璃，是求什么？体积呢？</w:t>
            </w:r>
          </w:p>
        </w:tc>
        <w:tc>
          <w:tcPr>
            <w:tcW w:type="dxa" w:w="3061"/>
          </w:tcPr>
          <w:p>
            <w:pPr>
              <w:spacing w:after="20" w:line="276" w:lineRule="auto"/>
            </w:pPr>
            <w:r/>
            <w:r>
              <w:rPr>
                <w:rFonts w:ascii="宋体" w:hAnsi="宋体" w:eastAsia="宋体"/>
                <w:b w:val="0"/>
                <w:sz w:val="18"/>
              </w:rPr>
              <w:t>大多数学生都知道：制作这个水族箱需要用多少平方米的玻璃就是求水族箱的前后面、左右面和下面的面积之和，也可以用长方体水族箱的6个面的面积和减去上面的面积；体积就是水族箱的长、宽、高之积。</w:t>
            </w:r>
          </w:p>
        </w:tc>
        <w:tc>
          <w:tcPr>
            <w:tcW w:type="dxa" w:w="1814"/>
          </w:tcPr>
          <w:p>
            <w:pPr>
              <w:spacing w:after="20" w:line="276" w:lineRule="auto"/>
            </w:pPr>
            <w:r/>
            <w:r>
              <w:rPr>
                <w:rFonts w:ascii="宋体" w:hAnsi="宋体" w:eastAsia="宋体"/>
                <w:b w:val="0"/>
                <w:sz w:val="18"/>
              </w:rPr>
              <w:t>这道题涉及长方体的表面积和体积，而且表面积要根据实际确定，综合性比较强，能有效感受长方体测量的相关知识的区别与联系，进一步巩固和理解面积单位和体积单位，能正确运用与换算。</w:t>
            </w:r>
          </w:p>
        </w:tc>
      </w:tr>
      <w:tr>
        <w:tc>
          <w:tcPr>
            <w:tcW w:type="dxa" w:w="1474"/>
          </w:tcPr>
          <w:p>
            <w:pPr>
              <w:spacing w:after="20" w:line="276" w:lineRule="auto"/>
            </w:pPr>
            <w:r>
              <w:rPr>
                <w:b/>
              </w:rPr>
            </w:r>
            <w:r>
              <w:rPr>
                <w:rFonts w:ascii="宋体" w:hAnsi="宋体" w:eastAsia="宋体"/>
                <w:b/>
                <w:sz w:val="18"/>
              </w:rPr>
              <w:t>四、实际应用，拓展提升</w:t>
            </w:r>
          </w:p>
        </w:tc>
        <w:tc>
          <w:tcPr>
            <w:tcW w:type="dxa" w:w="3061"/>
          </w:tcPr>
          <w:p>
            <w:pPr>
              <w:spacing w:after="20" w:line="276" w:lineRule="auto"/>
            </w:pPr>
            <w:r/>
            <w:r>
              <w:rPr>
                <w:rFonts w:ascii="宋体" w:hAnsi="宋体" w:eastAsia="宋体"/>
                <w:b w:val="0"/>
                <w:sz w:val="18"/>
              </w:rPr>
              <w:t>课件出示教科书P37“练习八”第10*题。</w:t>
            </w:r>
          </w:p>
          <w:p>
            <w:pPr>
              <w:spacing w:after="20" w:line="276" w:lineRule="auto"/>
            </w:pPr>
            <w:r>
              <w:rPr>
                <w:rFonts w:ascii="宋体" w:hAnsi="宋体" w:eastAsia="宋体"/>
                <w:b w:val="0"/>
                <w:sz w:val="18"/>
              </w:rPr>
              <w:t>(1)小组合作探究。</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(3)课件呈现完整答案。</w:t>
            </w:r>
          </w:p>
        </w:tc>
        <w:tc>
          <w:tcPr>
            <w:tcW w:type="dxa" w:w="3061"/>
          </w:tcPr>
          <w:p>
            <w:pPr>
              <w:spacing w:after="20" w:line="276" w:lineRule="auto"/>
            </w:pPr>
            <w:r/>
            <w:r>
              <w:rPr>
                <w:rFonts w:ascii="宋体" w:hAnsi="宋体" w:eastAsia="宋体"/>
                <w:b w:val="0"/>
                <w:sz w:val="18"/>
              </w:rPr>
              <w:t>学生可能会列式计算：30×30×30÷(20×20×10)＝6.75(盒)，得到最多能装6盒。教师要引导学生思考，6盒是不是一定装得下？怎么样装才能装得下？</w:t>
            </w:r>
          </w:p>
        </w:tc>
        <w:tc>
          <w:tcPr>
            <w:tcW w:type="dxa" w:w="1814"/>
          </w:tcPr>
          <w:p>
            <w:pPr>
              <w:spacing w:after="20" w:line="276" w:lineRule="auto"/>
            </w:pPr>
            <w:r/>
            <w:r>
              <w:rPr>
                <w:rFonts w:ascii="宋体" w:hAnsi="宋体" w:eastAsia="宋体"/>
                <w:b w:val="0"/>
                <w:sz w:val="18"/>
              </w:rPr>
              <w:t>这是一道实际问题，对于学生来说，有一定的难度。在解答过程中，注重引导学生讨论方法，让学生感受到仅仅列式是不够的，要具体问题具体分析。同时，在研究怎样装的过程中，培养学生的几何直观能力。</w:t>
            </w:r>
          </w:p>
        </w:tc>
      </w:tr>
      <w:tr>
        <w:tc>
          <w:tcPr>
            <w:tcW w:type="dxa" w:w="1474"/>
          </w:tcPr>
          <w:p>
            <w:pPr>
              <w:spacing w:after="20" w:line="276" w:lineRule="auto"/>
            </w:pPr>
            <w:r>
              <w:rPr>
                <w:b/>
              </w:rPr>
            </w:r>
            <w:r>
              <w:rPr>
                <w:rFonts w:ascii="宋体" w:hAnsi="宋体" w:eastAsia="宋体"/>
                <w:b/>
                <w:sz w:val="18"/>
              </w:rPr>
              <w:t>五、自主练习</w:t>
            </w:r>
          </w:p>
        </w:tc>
        <w:tc>
          <w:tcPr>
            <w:tcW w:type="dxa" w:w="3061"/>
          </w:tcPr>
          <w:p>
            <w:pPr>
              <w:spacing w:after="20" w:line="276" w:lineRule="auto"/>
            </w:pPr>
            <w:r/>
            <w:r>
              <w:rPr>
                <w:rFonts w:ascii="宋体" w:hAnsi="宋体" w:eastAsia="宋体"/>
                <w:b w:val="0"/>
                <w:sz w:val="18"/>
              </w:rPr>
              <w:t>2.集中交流，评价反馈。</w:t>
            </w:r>
          </w:p>
        </w:tc>
        <w:tc>
          <w:tcPr>
            <w:tcW w:type="dxa" w:w="3061"/>
          </w:tcPr>
          <w:p>
            <w:pPr>
              <w:spacing w:after="20" w:line="276" w:lineRule="auto"/>
            </w:pPr>
            <w:r/>
            <w:r>
              <w:rPr>
                <w:rFonts w:ascii="宋体" w:hAnsi="宋体" w:eastAsia="宋体"/>
                <w:b w:val="0"/>
                <w:sz w:val="18"/>
              </w:rPr>
              <w:t>1.学生独立完成教科书P36～37“练习八”第3、4、6、7、8、9题。</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师：同学们，通过本节练习课，你们有哪些新的收获呢？</w:t>
            </w:r>
          </w:p>
        </w:tc>
        <w:tc>
          <w:tcPr>
            <w:tcW w:type="dxa" w:w="3061"/>
          </w:tcPr>
          <w:p>
            <w:pPr>
              <w:spacing w:after="20" w:line="276" w:lineRule="auto"/>
            </w:pPr>
            <w:r/>
            <w:r>
              <w:rPr>
                <w:rFonts w:ascii="宋体" w:hAnsi="宋体" w:eastAsia="宋体"/>
                <w:b w:val="0"/>
                <w:sz w:val="18"/>
              </w:rPr>
              <w:t>学生可能会说，要具体问题具体分析，区分清楚面积单位和体积单位，选择合适的单位，等等。</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引导学生回顾梳理本课所学，完善认知结构，提升归纳与反思能力，核心问题："同学们，通过本节练习课，你们有哪些新的收获呢？"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教科书P36～37“练习八”中第2～10*题。</w:t>
      </w:r>
    </w:p>
    <w:p>
      <w:pPr>
        <w:spacing w:after="40" w:line="300" w:lineRule="auto"/>
        <w:ind w:firstLine="400"/>
      </w:pPr>
      <w:r>
        <w:rPr>
          <w:rFonts w:ascii="宋体" w:hAnsi="宋体" w:eastAsia="宋体"/>
          <w:b w:val="0"/>
          <w:sz w:val="20"/>
        </w:rPr>
        <w:t>② 原设计安排：见“状元成才路”系列丛书《创优作业100分》对应课时作业。 1选一选。(将正确答案的序号填在括号里) (1)下面4个选项的数据中，( )与其他3个数据不相等。 A．365000 cm3 B．3650 dm3 C．3650000 cm3 D．3.65 m3 (2)一个长方体空水槽，宽1.2 m，往里面倒入0.9 m3的水，这时水深15 cm。这个长方体水槽长( )。 A．5 m B．5 cm C．5 dm D．0.05 m 2.某航空公司规定，体积超过20 cm×40 cm×55 cm的行李(含任一对应的边超标)需要托运。成老师出差返回，乘坐飞机时携带了一个长34 cm、宽15 cm、体积为30.6 dm3的行李箱，需要办理托运吗？请通过计算说明理由。 参考答案 1．(1)A (2)A 2．30.6 dm3＝30600 cm3 30600÷34÷15＝60(cm) 20&gt;15，40&gt;34，55&lt;60，需要办理托运。eq \x(\a\vs4\al(教学资源),,,INCLUDEPICTURE"慕79.TIF") 【教学笔记】 【教学提示】 本题数据比较多，有少数学生不知道从哪里入手，教师要进行个别引导。 【教学提示】 针对学生的不同解法、不同结果，教师不要急于下结论，让学生辨析。</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本节课的练习，发现同学们对面积单位、体积单位的换算都掌握得比较好。但在具体问题具体分析这块，还有待加强。特别是第10题，对学生有一定的挑战，教学时可引导学生先讨论解决这类问题的方法，引导学生思考，建立如何摆放的表象。针对有困难的学生，可用课件帮助学生理解，从而突破难点。由于没有教具让学生实际动手操作，学生理解起来还是有难度，要加强学生几何直观的培养。</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