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人教版五年级数学下册</w:t>
      </w:r>
    </w:p>
    <w:p>
      <w:pPr>
        <w:spacing w:after="80" w:line="300" w:lineRule="auto"/>
        <w:jc w:val="center"/>
      </w:pPr>
      <w:r>
        <w:rPr>
          <w:rFonts w:ascii="黑体" w:hAnsi="黑体" w:eastAsia="黑体"/>
          <w:b/>
          <w:sz w:val="26"/>
        </w:rPr>
        <w:t>第4单元 分数的意义和性质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第4单元 分数的意义和性质</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19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单元开启课、活动探索课、自主整理课、专题练习课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第4单元 分数的意义和性质</w:t>
      </w:r>
    </w:p>
    <w:p>
      <w:pPr>
        <w:spacing w:after="80" w:line="300" w:lineRule="auto"/>
        <w:ind w:firstLine="400"/>
      </w:pPr>
      <w:r>
        <w:rPr>
          <w:rFonts w:ascii="宋体" w:hAnsi="宋体" w:eastAsia="宋体"/>
          <w:b w:val="0"/>
          <w:sz w:val="20"/>
        </w:rPr>
        <w:t>本单元是学生系统学习分数的开始，引导学生在已有的基础上，由感性认识上升到理性认识。教学内容包括：分数的意义、分数与除法的关系、真分数和假分数、分数的基本性质、最大公因数与约分、最小公倍数与通分以及分数和小数的互化。其中重点是理解分数的意义，明确分数与除法的关系，理解和掌握分数的基本性质；难点是运用公因数(公倍数)、最大公因数(最小公倍数)解决实际问题。</w:t>
      </w:r>
    </w:p>
    <w:p>
      <w:pPr>
        <w:spacing w:after="80" w:line="300" w:lineRule="auto"/>
        <w:ind w:firstLine="400"/>
      </w:pPr>
      <w:r>
        <w:rPr>
          <w:rFonts w:ascii="宋体" w:hAnsi="宋体" w:eastAsia="宋体"/>
          <w:b w:val="0"/>
          <w:sz w:val="20"/>
        </w:rPr>
        <w:t>在小学数学里，认识分数是学生数概念的一次重要扩展。教科书在揭示分数概念时，让学生多角度了解产生分数的现实背景与揭示分数的来源，促进学生对分数本质的理解。如分数概念的建立，教科书从分数的产生、分数与除法的关系等几个方面诠释，引导学生理解分数的意义。同时，教科书特别注重加强新旧知识的联系，从而帮助学生促进知识的迁移，理解与分数有关的基本概念，掌握必要的约分、通分以及分数和小数互化的技能，不断完善认知结构，为后面系统学习分数四则运算、学会应用分数知识解决一系列实际问题打下必要的基础。</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第1课时：结合具体情境，了解分数的产生，理解分数的意义。</w:t>
      </w:r>
    </w:p>
    <w:p>
      <w:pPr>
        <w:spacing w:after="20" w:line="300" w:lineRule="auto"/>
        <w:ind w:firstLine="400"/>
      </w:pPr>
      <w:r>
        <w:rPr>
          <w:rFonts w:ascii="宋体" w:hAnsi="宋体" w:eastAsia="宋体"/>
          <w:b w:val="0"/>
          <w:sz w:val="20"/>
        </w:rPr>
        <w:t>第2课时：理解两个数的公因数和最大公因数的意义。掌握求两个数的公因数和最大公因数的方法，能熟练地求两个数的最大公因数。</w:t>
      </w:r>
    </w:p>
    <w:p>
      <w:pPr>
        <w:spacing w:after="20" w:line="300" w:lineRule="auto"/>
        <w:ind w:firstLine="400"/>
      </w:pPr>
      <w:r>
        <w:rPr>
          <w:rFonts w:ascii="宋体" w:hAnsi="宋体" w:eastAsia="宋体"/>
          <w:b w:val="0"/>
          <w:sz w:val="20"/>
        </w:rPr>
        <w:t>第3课时：理解两个数的公倍数和最小公倍数的意义；掌握求两个数的公倍数和最小公倍数的方法。</w:t>
      </w:r>
    </w:p>
    <w:p>
      <w:pPr>
        <w:spacing w:after="20" w:line="300" w:lineRule="auto"/>
        <w:ind w:firstLine="400"/>
      </w:pPr>
      <w:r>
        <w:rPr>
          <w:rFonts w:ascii="宋体" w:hAnsi="宋体" w:eastAsia="宋体"/>
          <w:b w:val="0"/>
          <w:sz w:val="20"/>
        </w:rPr>
        <w:t>第4课时：理解、掌握真分数和假分数的意义和特征，能辨别真分数和假分数。了解带分数的概念，知道假分数可以写成整数或带分数。</w:t>
      </w:r>
    </w:p>
    <w:p>
      <w:pPr>
        <w:spacing w:after="20" w:line="300" w:lineRule="auto"/>
        <w:ind w:firstLine="400"/>
      </w:pPr>
      <w:r>
        <w:rPr>
          <w:rFonts w:ascii="宋体" w:hAnsi="宋体" w:eastAsia="宋体"/>
          <w:b w:val="0"/>
          <w:sz w:val="20"/>
        </w:rPr>
        <w:t>第5课时：结合具体情境，理解分数与除法之间的关系，会用分数表示两个数相除的商。</w:t>
      </w:r>
    </w:p>
    <w:p>
      <w:pPr>
        <w:spacing w:after="20" w:line="300" w:lineRule="auto"/>
        <w:ind w:firstLine="400"/>
      </w:pPr>
      <w:r>
        <w:rPr>
          <w:rFonts w:ascii="宋体" w:hAnsi="宋体" w:eastAsia="宋体"/>
          <w:b w:val="0"/>
          <w:sz w:val="20"/>
        </w:rPr>
        <w:t>第6课时：进一步理解公因数和最大公因数的意义，掌握运用公因数的知识解决生活中简单的实际问题的方法。</w:t>
      </w:r>
    </w:p>
    <w:p>
      <w:pPr>
        <w:spacing w:after="20" w:line="300" w:lineRule="auto"/>
        <w:ind w:firstLine="400"/>
      </w:pPr>
      <w:r>
        <w:rPr>
          <w:rFonts w:ascii="宋体" w:hAnsi="宋体" w:eastAsia="宋体"/>
          <w:b w:val="0"/>
          <w:sz w:val="20"/>
        </w:rPr>
        <w:t>第7课时：初步了解两个数的公倍数和最小公倍数在生活中的实际应用。</w:t>
      </w:r>
    </w:p>
    <w:p>
      <w:pPr>
        <w:spacing w:after="20" w:line="300" w:lineRule="auto"/>
        <w:ind w:firstLine="400"/>
      </w:pPr>
      <w:r>
        <w:rPr>
          <w:rFonts w:ascii="宋体" w:hAnsi="宋体" w:eastAsia="宋体"/>
          <w:b w:val="0"/>
          <w:sz w:val="20"/>
        </w:rPr>
        <w:t>第8课时：理解和掌握带分数的意义及特征，知道带分数是一部分假分数的另一种书写形式。掌握假分数化成整数或带分数的方法，能正确地把假分数化成整数或带分数。</w:t>
      </w:r>
    </w:p>
    <w:p>
      <w:pPr>
        <w:spacing w:after="20" w:line="300" w:lineRule="auto"/>
        <w:ind w:firstLine="400"/>
      </w:pPr>
      <w:r>
        <w:rPr>
          <w:rFonts w:ascii="宋体" w:hAnsi="宋体" w:eastAsia="宋体"/>
          <w:b w:val="0"/>
          <w:sz w:val="20"/>
        </w:rPr>
        <w:t>第9课时：进一步理解分数与除法的关系，并运用这一关系解决有关的实际问题。</w:t>
      </w:r>
    </w:p>
    <w:p>
      <w:pPr>
        <w:spacing w:after="20" w:line="300" w:lineRule="auto"/>
        <w:ind w:firstLine="400"/>
      </w:pPr>
      <w:r>
        <w:rPr>
          <w:rFonts w:ascii="宋体" w:hAnsi="宋体" w:eastAsia="宋体"/>
          <w:b w:val="0"/>
          <w:sz w:val="20"/>
        </w:rPr>
        <w:t>第10课时：理解约分和最简分数的意义，进一步加深对分数的基本性质、公因数、最大公因数的认识。探究并掌握约分的方法，能灵活运用所学知识正确约分。</w:t>
      </w:r>
    </w:p>
    <w:p>
      <w:pPr>
        <w:spacing w:after="20" w:line="300" w:lineRule="auto"/>
        <w:ind w:firstLine="400"/>
      </w:pPr>
      <w:r>
        <w:rPr>
          <w:rFonts w:ascii="宋体" w:hAnsi="宋体" w:eastAsia="宋体"/>
          <w:b w:val="0"/>
          <w:sz w:val="20"/>
        </w:rPr>
        <w:t>第11课时：知道通分的意义，掌握通分的方法，能比较分子和分母都不相同的分数的大小。</w:t>
      </w:r>
    </w:p>
    <w:p>
      <w:pPr>
        <w:spacing w:after="20" w:line="300" w:lineRule="auto"/>
        <w:ind w:firstLine="400"/>
      </w:pPr>
      <w:r>
        <w:rPr>
          <w:rFonts w:ascii="宋体" w:hAnsi="宋体" w:eastAsia="宋体"/>
          <w:b w:val="0"/>
          <w:sz w:val="20"/>
        </w:rPr>
        <w:t>第12课时：通过经历预测猜想——实验分析——合情推理——探究创造的过程，理解和掌握分数的基本性质。</w:t>
      </w:r>
    </w:p>
    <w:p>
      <w:pPr>
        <w:spacing w:after="20" w:line="300" w:lineRule="auto"/>
        <w:ind w:firstLine="400"/>
      </w:pPr>
      <w:r>
        <w:rPr>
          <w:rFonts w:ascii="宋体" w:hAnsi="宋体" w:eastAsia="宋体"/>
          <w:b w:val="0"/>
          <w:sz w:val="20"/>
        </w:rPr>
        <w:t>第13课时：引导学生经历分数与小数互化方法的探究过程，能正确、熟练地进行分数和小数的互化。</w:t>
      </w:r>
    </w:p>
    <w:p>
      <w:pPr>
        <w:spacing w:after="20" w:line="300" w:lineRule="auto"/>
        <w:ind w:firstLine="400"/>
      </w:pPr>
      <w:r>
        <w:rPr>
          <w:rFonts w:ascii="宋体" w:hAnsi="宋体" w:eastAsia="宋体"/>
          <w:b w:val="0"/>
          <w:sz w:val="20"/>
        </w:rPr>
        <w:t>第14课时：进一步理解和掌握有关分数的知识以及它们之间的联系。</w:t>
      </w:r>
    </w:p>
    <w:p>
      <w:pPr>
        <w:spacing w:after="20" w:line="300" w:lineRule="auto"/>
        <w:ind w:firstLine="400"/>
      </w:pPr>
      <w:r>
        <w:rPr>
          <w:rFonts w:ascii="宋体" w:hAnsi="宋体" w:eastAsia="宋体"/>
          <w:b w:val="0"/>
          <w:sz w:val="20"/>
        </w:rPr>
        <w:t>第15课时：进一步理解并掌握分数的意义，巩固单位“1”的概念。</w:t>
      </w:r>
    </w:p>
    <w:p>
      <w:pPr>
        <w:spacing w:after="20" w:line="300" w:lineRule="auto"/>
        <w:ind w:firstLine="400"/>
      </w:pPr>
      <w:r>
        <w:rPr>
          <w:rFonts w:ascii="宋体" w:hAnsi="宋体" w:eastAsia="宋体"/>
          <w:b w:val="0"/>
          <w:sz w:val="20"/>
        </w:rPr>
        <w:t>第16课时：进一步理解和掌握分数的基本性质，运用分数的基本性质解决简单的实际问题。</w:t>
      </w:r>
    </w:p>
    <w:p>
      <w:pPr>
        <w:spacing w:after="20" w:line="300" w:lineRule="auto"/>
        <w:ind w:firstLine="400"/>
      </w:pPr>
      <w:r>
        <w:rPr>
          <w:rFonts w:ascii="宋体" w:hAnsi="宋体" w:eastAsia="宋体"/>
          <w:b w:val="0"/>
          <w:sz w:val="20"/>
        </w:rPr>
        <w:t>第17课时：进一步理解约分的根据是分数的基本性质，掌握约分的技能，感受约分的应用价值。</w:t>
      </w:r>
    </w:p>
    <w:p>
      <w:pPr>
        <w:spacing w:after="20" w:line="300" w:lineRule="auto"/>
        <w:ind w:firstLine="400"/>
      </w:pPr>
      <w:r>
        <w:rPr>
          <w:rFonts w:ascii="宋体" w:hAnsi="宋体" w:eastAsia="宋体"/>
          <w:b w:val="0"/>
          <w:sz w:val="20"/>
        </w:rPr>
        <w:t>第18课时：进一步理解通分的意义，熟练掌握通分的方法，并能进行两个以上分数的通分。</w:t>
      </w:r>
    </w:p>
    <w:p>
      <w:pPr>
        <w:spacing w:after="20" w:line="300" w:lineRule="auto"/>
        <w:ind w:firstLine="400"/>
      </w:pPr>
      <w:r>
        <w:rPr>
          <w:rFonts w:ascii="宋体" w:hAnsi="宋体" w:eastAsia="宋体"/>
          <w:b w:val="0"/>
          <w:sz w:val="20"/>
        </w:rPr>
        <w:t>第19课时：进一步巩固对分数和小数互化方法的理解。</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重视概念的形成过程，揭示知识与方法的内在联系。教学中，必须重视单位“1”和分数单位这两个概念，以及分数与除法关系的认识。因为这三个知识点是完整分数概念的重要组成部分，而且它们本身又比较抽象。所以教学时，应注意由具体到抽象，由个别到一般，适当展开概念的形成过程，帮助学生在过程中获得感悟，自己建构这些概念的意义。</w:t>
      </w:r>
    </w:p>
    <w:p>
      <w:pPr>
        <w:spacing w:after="20" w:line="300" w:lineRule="auto"/>
      </w:pPr>
      <w:r>
        <w:rPr>
          <w:rFonts w:ascii="宋体" w:hAnsi="宋体" w:eastAsia="宋体"/>
          <w:b w:val="0"/>
          <w:sz w:val="20"/>
        </w:rPr>
        <w:t>● 及时抽象概括，建构数学概念的意义。在充分展开直观教学的同时，还要注意不能只让学生的认知始终停留在直观水平上，否则会妨碍学生对所学知识的理解和应用。在学生获得足够的感性认识经验的同时，要及时地引导学生从图示、实例中抽象、概括出数学概念，及时建构起数学概念的意义。</w:t>
      </w:r>
    </w:p>
    <w:p>
      <w:pPr>
        <w:spacing w:after="20" w:line="300" w:lineRule="auto"/>
      </w:pPr>
      <w:r>
        <w:rPr>
          <w:rFonts w:ascii="宋体" w:hAnsi="宋体" w:eastAsia="宋体"/>
          <w:b w:val="0"/>
          <w:sz w:val="20"/>
        </w:rPr>
        <w:t>● 有机联系知识与方法，在理解的基础上掌握方法。本单元学习中，约分与通分、假分数化为带分数和整数、分数和小数的互化等方法看似内容繁多，但是归结为基础知识，揭示出知识与方法的联系后，就比较容易在理解的基础上掌握方法。教师在教学中要重视指导学生在关注学习方法的同时明白操作后面的算理，凸显出方法获得的过程。</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分数的产生和意义</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结合具体情境，了解分数的产生，理解分数的意义。</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最大公因数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理解两个数的公因数和最大公因数的意义。掌握求两个数的公因数和最大公因数的方法，能熟练地求两个数的最大公因数。</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最小公倍数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理解两个数的公倍数和最小公倍数的意义；掌握求两个数的公倍数和最小公倍数的方法。</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真分数和假分数（1）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理解、掌握真分数和假分数的意义和特征，能辨别真分数和假分数。了解带分数的概念，知道假分数可以写成整数或带分数。</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分数与除法（1）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结合具体情境，理解分数与除法之间的关系，会用分数表示两个数相除的商。</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最大公因数的应用</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进一步理解公因数和最大公因数的意义，掌握运用公因数的知识解决生活中简单的实际问题的方法。</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最小公倍数的应用</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初步了解两个数的公倍数和最小公倍数在生活中的实际应用。</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真分数和假分数（2）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理解和掌握带分数的意义及特征，知道带分数是一部分假分数的另一种书写形式。掌握假分数化成整数或带分数的方法，能正确地把假分数化成整数或带分数。</w:t>
            </w:r>
          </w:p>
        </w:tc>
      </w:tr>
      <w:tr>
        <w:tc>
          <w:tcPr>
            <w:tcW w:type="dxa" w:w="1020"/>
          </w:tcPr>
          <w:p>
            <w:pPr>
              <w:spacing w:after="20" w:line="276" w:lineRule="auto"/>
            </w:pPr>
            <w:r/>
            <w:r>
              <w:rPr>
                <w:rFonts w:ascii="宋体" w:hAnsi="宋体" w:eastAsia="宋体"/>
                <w:b w:val="0"/>
                <w:sz w:val="18"/>
              </w:rPr>
              <w:t>第9课时</w:t>
            </w:r>
          </w:p>
        </w:tc>
        <w:tc>
          <w:tcPr>
            <w:tcW w:type="dxa" w:w="3061"/>
          </w:tcPr>
          <w:p>
            <w:pPr>
              <w:spacing w:after="20" w:line="276" w:lineRule="auto"/>
            </w:pPr>
            <w:r/>
            <w:r>
              <w:rPr>
                <w:rFonts w:ascii="宋体" w:hAnsi="宋体" w:eastAsia="宋体"/>
                <w:b w:val="0"/>
                <w:sz w:val="18"/>
              </w:rPr>
              <w:t>分数与除法（2）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进一步理解分数与除法的关系，并运用这一关系解决有关的实际问题。</w:t>
            </w:r>
          </w:p>
        </w:tc>
      </w:tr>
      <w:tr>
        <w:tc>
          <w:tcPr>
            <w:tcW w:type="dxa" w:w="1020"/>
          </w:tcPr>
          <w:p>
            <w:pPr>
              <w:spacing w:after="20" w:line="276" w:lineRule="auto"/>
            </w:pPr>
            <w:r/>
            <w:r>
              <w:rPr>
                <w:rFonts w:ascii="宋体" w:hAnsi="宋体" w:eastAsia="宋体"/>
                <w:b w:val="0"/>
                <w:sz w:val="18"/>
              </w:rPr>
              <w:t>第10课时</w:t>
            </w:r>
          </w:p>
        </w:tc>
        <w:tc>
          <w:tcPr>
            <w:tcW w:type="dxa" w:w="3061"/>
          </w:tcPr>
          <w:p>
            <w:pPr>
              <w:spacing w:after="20" w:line="276" w:lineRule="auto"/>
            </w:pPr>
            <w:r/>
            <w:r>
              <w:rPr>
                <w:rFonts w:ascii="宋体" w:hAnsi="宋体" w:eastAsia="宋体"/>
                <w:b w:val="0"/>
                <w:sz w:val="18"/>
              </w:rPr>
              <w:t>约分</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理解约分和最简分数的意义，进一步加深对分数的基本性质、公因数、最大公因数的认识。探究并掌握约分的方法，能灵活运用所学知识正确约分。</w:t>
            </w:r>
          </w:p>
        </w:tc>
      </w:tr>
      <w:tr>
        <w:tc>
          <w:tcPr>
            <w:tcW w:type="dxa" w:w="1020"/>
          </w:tcPr>
          <w:p>
            <w:pPr>
              <w:spacing w:after="20" w:line="276" w:lineRule="auto"/>
            </w:pPr>
            <w:r/>
            <w:r>
              <w:rPr>
                <w:rFonts w:ascii="宋体" w:hAnsi="宋体" w:eastAsia="宋体"/>
                <w:b w:val="0"/>
                <w:sz w:val="18"/>
              </w:rPr>
              <w:t>第11课时</w:t>
            </w:r>
          </w:p>
        </w:tc>
        <w:tc>
          <w:tcPr>
            <w:tcW w:type="dxa" w:w="3061"/>
          </w:tcPr>
          <w:p>
            <w:pPr>
              <w:spacing w:after="20" w:line="276" w:lineRule="auto"/>
            </w:pPr>
            <w:r/>
            <w:r>
              <w:rPr>
                <w:rFonts w:ascii="宋体" w:hAnsi="宋体" w:eastAsia="宋体"/>
                <w:b w:val="0"/>
                <w:sz w:val="18"/>
              </w:rPr>
              <w:t>通分</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知道通分的意义，掌握通分的方法，能比较分子和分母都不相同的分数的大小。</w:t>
            </w:r>
          </w:p>
        </w:tc>
      </w:tr>
      <w:tr>
        <w:tc>
          <w:tcPr>
            <w:tcW w:type="dxa" w:w="1020"/>
          </w:tcPr>
          <w:p>
            <w:pPr>
              <w:spacing w:after="20" w:line="276" w:lineRule="auto"/>
            </w:pPr>
            <w:r/>
            <w:r>
              <w:rPr>
                <w:rFonts w:ascii="宋体" w:hAnsi="宋体" w:eastAsia="宋体"/>
                <w:b w:val="0"/>
                <w:sz w:val="18"/>
              </w:rPr>
              <w:t>第12课时</w:t>
            </w:r>
          </w:p>
        </w:tc>
        <w:tc>
          <w:tcPr>
            <w:tcW w:type="dxa" w:w="3061"/>
          </w:tcPr>
          <w:p>
            <w:pPr>
              <w:spacing w:after="20" w:line="276" w:lineRule="auto"/>
            </w:pPr>
            <w:r/>
            <w:r>
              <w:rPr>
                <w:rFonts w:ascii="宋体" w:hAnsi="宋体" w:eastAsia="宋体"/>
                <w:b w:val="0"/>
                <w:sz w:val="18"/>
              </w:rPr>
              <w:t>分数的基本性质</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通过经历预测猜想——实验分析——合情推理——探究创造的过程，理解和掌握分数的基本性质。</w:t>
            </w:r>
          </w:p>
        </w:tc>
      </w:tr>
      <w:tr>
        <w:tc>
          <w:tcPr>
            <w:tcW w:type="dxa" w:w="1020"/>
          </w:tcPr>
          <w:p>
            <w:pPr>
              <w:spacing w:after="20" w:line="276" w:lineRule="auto"/>
            </w:pPr>
            <w:r/>
            <w:r>
              <w:rPr>
                <w:rFonts w:ascii="宋体" w:hAnsi="宋体" w:eastAsia="宋体"/>
                <w:b w:val="0"/>
                <w:sz w:val="18"/>
              </w:rPr>
              <w:t>第13课时</w:t>
            </w:r>
          </w:p>
        </w:tc>
        <w:tc>
          <w:tcPr>
            <w:tcW w:type="dxa" w:w="3061"/>
          </w:tcPr>
          <w:p>
            <w:pPr>
              <w:spacing w:after="20" w:line="276" w:lineRule="auto"/>
            </w:pPr>
            <w:r/>
            <w:r>
              <w:rPr>
                <w:rFonts w:ascii="宋体" w:hAnsi="宋体" w:eastAsia="宋体"/>
                <w:b w:val="0"/>
                <w:sz w:val="18"/>
              </w:rPr>
              <w:t>分数和小数的互化</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引导学生经历分数与小数互化方法的探究过程，能正确、熟练地进行分数和小数的互化。</w:t>
            </w:r>
          </w:p>
        </w:tc>
      </w:tr>
      <w:tr>
        <w:tc>
          <w:tcPr>
            <w:tcW w:type="dxa" w:w="1020"/>
          </w:tcPr>
          <w:p>
            <w:pPr>
              <w:spacing w:after="20" w:line="276" w:lineRule="auto"/>
            </w:pPr>
            <w:r/>
            <w:r>
              <w:rPr>
                <w:rFonts w:ascii="宋体" w:hAnsi="宋体" w:eastAsia="宋体"/>
                <w:b w:val="0"/>
                <w:sz w:val="18"/>
              </w:rPr>
              <w:t>第14课时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进一步理解和掌握有关分数的知识以及它们之间的联系。</w:t>
            </w:r>
          </w:p>
        </w:tc>
      </w:tr>
      <w:tr>
        <w:tc>
          <w:tcPr>
            <w:tcW w:type="dxa" w:w="1020"/>
          </w:tcPr>
          <w:p>
            <w:pPr>
              <w:spacing w:after="20" w:line="276" w:lineRule="auto"/>
            </w:pPr>
            <w:r/>
            <w:r>
              <w:rPr>
                <w:rFonts w:ascii="宋体" w:hAnsi="宋体" w:eastAsia="宋体"/>
                <w:b w:val="0"/>
                <w:sz w:val="18"/>
              </w:rPr>
              <w:t>第15课时</w:t>
            </w:r>
          </w:p>
        </w:tc>
        <w:tc>
          <w:tcPr>
            <w:tcW w:type="dxa" w:w="3061"/>
          </w:tcPr>
          <w:p>
            <w:pPr>
              <w:spacing w:after="20" w:line="276" w:lineRule="auto"/>
            </w:pPr>
            <w:r/>
            <w:r>
              <w:rPr>
                <w:rFonts w:ascii="宋体" w:hAnsi="宋体" w:eastAsia="宋体"/>
                <w:b w:val="0"/>
                <w:sz w:val="18"/>
              </w:rPr>
              <w:t>练习课</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进一步理解并掌握分数的意义，巩固单位“1”的概念。</w:t>
            </w:r>
          </w:p>
        </w:tc>
      </w:tr>
      <w:tr>
        <w:tc>
          <w:tcPr>
            <w:tcW w:type="dxa" w:w="1020"/>
          </w:tcPr>
          <w:p>
            <w:pPr>
              <w:spacing w:after="20" w:line="276" w:lineRule="auto"/>
            </w:pPr>
            <w:r/>
            <w:r>
              <w:rPr>
                <w:rFonts w:ascii="宋体" w:hAnsi="宋体" w:eastAsia="宋体"/>
                <w:b w:val="0"/>
                <w:sz w:val="18"/>
              </w:rPr>
              <w:t>第16课时</w:t>
            </w:r>
          </w:p>
        </w:tc>
        <w:tc>
          <w:tcPr>
            <w:tcW w:type="dxa" w:w="3061"/>
          </w:tcPr>
          <w:p>
            <w:pPr>
              <w:spacing w:after="20" w:line="276" w:lineRule="auto"/>
            </w:pPr>
            <w:r/>
            <w:r>
              <w:rPr>
                <w:rFonts w:ascii="宋体" w:hAnsi="宋体" w:eastAsia="宋体"/>
                <w:b w:val="0"/>
                <w:sz w:val="18"/>
              </w:rPr>
              <w:t>练习课</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进一步理解和掌握分数的基本性质，运用分数的基本性质解决简单的实际问题。</w:t>
            </w:r>
          </w:p>
        </w:tc>
      </w:tr>
      <w:tr>
        <w:tc>
          <w:tcPr>
            <w:tcW w:type="dxa" w:w="1020"/>
          </w:tcPr>
          <w:p>
            <w:pPr>
              <w:spacing w:after="20" w:line="276" w:lineRule="auto"/>
            </w:pPr>
            <w:r/>
            <w:r>
              <w:rPr>
                <w:rFonts w:ascii="宋体" w:hAnsi="宋体" w:eastAsia="宋体"/>
                <w:b w:val="0"/>
                <w:sz w:val="18"/>
              </w:rPr>
              <w:t>第17课时</w:t>
            </w:r>
          </w:p>
        </w:tc>
        <w:tc>
          <w:tcPr>
            <w:tcW w:type="dxa" w:w="3061"/>
          </w:tcPr>
          <w:p>
            <w:pPr>
              <w:spacing w:after="20" w:line="276" w:lineRule="auto"/>
            </w:pPr>
            <w:r/>
            <w:r>
              <w:rPr>
                <w:rFonts w:ascii="宋体" w:hAnsi="宋体" w:eastAsia="宋体"/>
                <w:b w:val="0"/>
                <w:sz w:val="18"/>
              </w:rPr>
              <w:t>练习课</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进一步理解约分的根据是分数的基本性质，掌握约分的技能，感受约分的应用价值。</w:t>
            </w:r>
          </w:p>
        </w:tc>
      </w:tr>
      <w:tr>
        <w:tc>
          <w:tcPr>
            <w:tcW w:type="dxa" w:w="1020"/>
          </w:tcPr>
          <w:p>
            <w:pPr>
              <w:spacing w:after="20" w:line="276" w:lineRule="auto"/>
            </w:pPr>
            <w:r/>
            <w:r>
              <w:rPr>
                <w:rFonts w:ascii="宋体" w:hAnsi="宋体" w:eastAsia="宋体"/>
                <w:b w:val="0"/>
                <w:sz w:val="18"/>
              </w:rPr>
              <w:t>第18课时</w:t>
            </w:r>
          </w:p>
        </w:tc>
        <w:tc>
          <w:tcPr>
            <w:tcW w:type="dxa" w:w="3061"/>
          </w:tcPr>
          <w:p>
            <w:pPr>
              <w:spacing w:after="20" w:line="276" w:lineRule="auto"/>
            </w:pPr>
            <w:r/>
            <w:r>
              <w:rPr>
                <w:rFonts w:ascii="宋体" w:hAnsi="宋体" w:eastAsia="宋体"/>
                <w:b w:val="0"/>
                <w:sz w:val="18"/>
              </w:rPr>
              <w:t>练习课</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进一步理解通分的意义，熟练掌握通分的方法，并能进行两个以上分数的通分。</w:t>
            </w:r>
          </w:p>
        </w:tc>
      </w:tr>
      <w:tr>
        <w:tc>
          <w:tcPr>
            <w:tcW w:type="dxa" w:w="1020"/>
          </w:tcPr>
          <w:p>
            <w:pPr>
              <w:spacing w:after="20" w:line="276" w:lineRule="auto"/>
            </w:pPr>
            <w:r/>
            <w:r>
              <w:rPr>
                <w:rFonts w:ascii="宋体" w:hAnsi="宋体" w:eastAsia="宋体"/>
                <w:b w:val="0"/>
                <w:sz w:val="18"/>
              </w:rPr>
              <w:t>第19课时</w:t>
            </w:r>
          </w:p>
        </w:tc>
        <w:tc>
          <w:tcPr>
            <w:tcW w:type="dxa" w:w="3061"/>
          </w:tcPr>
          <w:p>
            <w:pPr>
              <w:spacing w:after="20" w:line="276" w:lineRule="auto"/>
            </w:pPr>
            <w:r/>
            <w:r>
              <w:rPr>
                <w:rFonts w:ascii="宋体" w:hAnsi="宋体" w:eastAsia="宋体"/>
                <w:b w:val="0"/>
                <w:sz w:val="18"/>
              </w:rPr>
              <w:t>练习课</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进一步巩固对分数和小数互化方法的理解。</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分数的产生和意义</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分数的产生和意义</w:t>
            </w:r>
          </w:p>
        </w:tc>
        <w:tc>
          <w:tcPr>
            <w:tcW w:type="dxa" w:w="6009"/>
          </w:tcPr>
          <w:p>
            <w:pPr>
              <w:spacing w:after="20" w:line="276" w:lineRule="auto"/>
            </w:pPr>
            <w:r/>
            <w:r>
              <w:rPr>
                <w:rFonts w:ascii="宋体" w:hAnsi="宋体" w:eastAsia="宋体"/>
                <w:b w:val="0"/>
                <w:sz w:val="20"/>
              </w:rPr>
              <w:t>第4单元 分数的意义和性质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教学内容：教科书P45及P46例1，完成教科书P47“做一做”中第1～3题。</w:t>
      </w:r>
    </w:p>
    <w:p>
      <w:pPr>
        <w:spacing w:after="80" w:line="300" w:lineRule="auto"/>
        <w:ind w:firstLine="400"/>
      </w:pPr>
      <w:r>
        <w:rPr>
          <w:rFonts w:ascii="宋体" w:hAnsi="宋体" w:eastAsia="宋体"/>
          <w:b w:val="0"/>
          <w:sz w:val="20"/>
        </w:rPr>
        <w:t>教学准备：课件，米尺，一根绳子，正方形、圆形纸片，彩色磁扣。</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（1）结合具体情境，了解分数的产生，理解分数的意义。</w:t>
      </w:r>
    </w:p>
    <w:p>
      <w:pPr>
        <w:spacing w:after="20" w:line="300" w:lineRule="auto"/>
        <w:ind w:firstLine="400"/>
      </w:pPr>
      <w:r>
        <w:rPr>
          <w:rFonts w:ascii="宋体" w:hAnsi="宋体" w:eastAsia="宋体"/>
          <w:b w:val="0"/>
          <w:sz w:val="20"/>
        </w:rPr>
        <w:t>（2）理解单位“1”和分数单位的含义。</w:t>
      </w:r>
    </w:p>
    <w:p>
      <w:pPr>
        <w:spacing w:after="20" w:line="300" w:lineRule="auto"/>
        <w:ind w:firstLine="400"/>
      </w:pPr>
      <w:r>
        <w:rPr>
          <w:rFonts w:ascii="宋体" w:hAnsi="宋体" w:eastAsia="宋体"/>
          <w:b w:val="0"/>
          <w:sz w:val="20"/>
        </w:rPr>
        <w:t>（3）在理解分数意义的过程中，渗透比较、数形结合等数学思想方法，培养学生的抽象概括能力。</w:t>
      </w:r>
    </w:p>
    <w:p>
      <w:pPr>
        <w:spacing w:after="20" w:line="300" w:lineRule="auto"/>
      </w:pPr>
      <w:r>
        <w:rPr>
          <w:rFonts w:ascii="宋体" w:hAnsi="宋体" w:eastAsia="宋体"/>
          <w:b w:val="0"/>
          <w:sz w:val="20"/>
        </w:rPr>
        <w:t>教学重点：理解分数的意义。</w:t>
      </w:r>
    </w:p>
    <w:p>
      <w:pPr>
        <w:spacing w:after="20" w:line="300" w:lineRule="auto"/>
      </w:pPr>
      <w:r>
        <w:rPr>
          <w:rFonts w:ascii="宋体" w:hAnsi="宋体" w:eastAsia="宋体"/>
          <w:b w:val="0"/>
          <w:sz w:val="20"/>
        </w:rPr>
        <w:t>教学难点：理解单位“1”和分数单位。</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一、实际测量，体会分数产生的意义</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测量结果能不能用整数表示？；每人平均分到几个苹果？几个月饼？几包饼干？</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二、举例探究分数的意义</w:t>
            </w:r>
          </w:p>
        </w:tc>
        <w:tc>
          <w:tcPr>
            <w:tcW w:type="dxa" w:w="1814"/>
          </w:tcPr>
          <w:p>
            <w:pPr>
              <w:spacing w:after="20" w:line="276" w:lineRule="auto"/>
            </w:pPr>
            <w:r/>
            <w:r>
              <w:rPr>
                <w:rFonts w:ascii="宋体" w:hAnsi="宋体" w:eastAsia="宋体"/>
                <w:b w:val="0"/>
                <w:sz w:val="18"/>
              </w:rPr>
              <w:t>课件、教科书、图片、线段图</w:t>
            </w:r>
          </w:p>
        </w:tc>
        <w:tc>
          <w:tcPr>
            <w:tcW w:type="dxa" w:w="3402"/>
          </w:tcPr>
          <w:p>
            <w:pPr>
              <w:spacing w:after="20" w:line="276" w:lineRule="auto"/>
            </w:pPr>
            <w:r/>
            <w:r>
              <w:rPr>
                <w:rFonts w:ascii="宋体" w:hAnsi="宋体" w:eastAsia="宋体"/>
                <w:b w:val="0"/>
                <w:sz w:val="18"/>
              </w:rPr>
              <w:t>你是怎样表示出的 EMBED Equation.DSMT4  ？怎么想的？；在刚才的活动中，粽子和月饼的数量都是整个的，为什么都能用分数表示呢？</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三、实践应用，巩固提升</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本节课的学习，你们有哪些新的收获？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一、实际测量，体会分数产生的意义</w:t>
            </w:r>
          </w:p>
        </w:tc>
        <w:tc>
          <w:tcPr>
            <w:tcW w:type="dxa" w:w="3061"/>
          </w:tcPr>
          <w:p>
            <w:pPr>
              <w:spacing w:after="20" w:line="276" w:lineRule="auto"/>
            </w:pPr>
            <w:r/>
            <w:r>
              <w:rPr>
                <w:rFonts w:ascii="宋体" w:hAnsi="宋体" w:eastAsia="宋体"/>
                <w:b w:val="0"/>
                <w:sz w:val="18"/>
              </w:rPr>
              <w:t>1.提出活动任务。</w:t>
            </w:r>
          </w:p>
          <w:p>
            <w:pPr>
              <w:spacing w:after="20" w:line="276" w:lineRule="auto"/>
            </w:pPr>
            <w:r>
              <w:rPr>
                <w:rFonts w:ascii="宋体" w:hAnsi="宋体" w:eastAsia="宋体"/>
                <w:b w:val="0"/>
                <w:sz w:val="18"/>
              </w:rPr>
              <w:t>请一名学生用米尺测量黑板的长，并用“米”作单位说一说。</w:t>
            </w:r>
          </w:p>
          <w:p>
            <w:pPr>
              <w:spacing w:after="20" w:line="276" w:lineRule="auto"/>
            </w:pPr>
            <w:r>
              <w:rPr>
                <w:rFonts w:ascii="宋体" w:hAnsi="宋体" w:eastAsia="宋体"/>
                <w:b w:val="0"/>
                <w:sz w:val="18"/>
              </w:rPr>
              <w:t>师：同学们仔细观察，看看黑板的长是多少米。</w:t>
            </w:r>
          </w:p>
          <w:p>
            <w:pPr>
              <w:spacing w:after="20" w:line="276" w:lineRule="auto"/>
            </w:pPr>
            <w:r>
              <w:rPr>
                <w:rFonts w:ascii="宋体" w:hAnsi="宋体" w:eastAsia="宋体"/>
                <w:b w:val="0"/>
                <w:sz w:val="18"/>
              </w:rPr>
              <w:t>师：测量结果能不能用整数表示？</w:t>
            </w:r>
          </w:p>
          <w:p>
            <w:pPr>
              <w:spacing w:after="20" w:line="276" w:lineRule="auto"/>
            </w:pPr>
            <w:r>
              <w:rPr>
                <w:rFonts w:ascii="宋体" w:hAnsi="宋体" w:eastAsia="宋体"/>
                <w:b w:val="0"/>
                <w:sz w:val="18"/>
              </w:rPr>
              <w:t>3．揭示分数产生的意义。</w:t>
            </w:r>
          </w:p>
          <w:p>
            <w:pPr>
              <w:spacing w:after="20" w:line="276" w:lineRule="auto"/>
            </w:pPr>
            <w:r>
              <w:rPr>
                <w:rFonts w:ascii="宋体" w:hAnsi="宋体" w:eastAsia="宋体"/>
                <w:b w:val="0"/>
                <w:sz w:val="18"/>
              </w:rPr>
              <w:t>师：在古代，人们就已经遇到了这样的问题。(教师用一根打了结的绳子演示古人测量的情况。)</w:t>
            </w:r>
          </w:p>
          <w:p>
            <w:pPr>
              <w:spacing w:after="20" w:line="276" w:lineRule="auto"/>
            </w:pPr>
            <w:r>
              <w:rPr>
                <w:rFonts w:ascii="宋体" w:hAnsi="宋体" w:eastAsia="宋体"/>
                <w:b w:val="0"/>
                <w:sz w:val="18"/>
              </w:rPr>
              <w:t>师：在我们的日常生活中平均分配一些物品，常常会遇到不能用整数表示的情况。课件出示教科书P45下面的插图：两个小朋友平分一个苹果、一个月饼、一包饼干，每人分到的能用整数表示吗？</w:t>
            </w:r>
          </w:p>
          <w:p>
            <w:pPr>
              <w:spacing w:after="20" w:line="276" w:lineRule="auto"/>
            </w:pPr>
            <w:r>
              <w:rPr>
                <w:rFonts w:ascii="宋体" w:hAnsi="宋体" w:eastAsia="宋体"/>
                <w:b w:val="0"/>
                <w:sz w:val="18"/>
              </w:rPr>
              <w:t>师：每人平均分到几个苹果？几个月饼？几包饼干？</w:t>
            </w:r>
          </w:p>
          <w:p>
            <w:pPr>
              <w:spacing w:after="20" w:line="276" w:lineRule="auto"/>
            </w:pPr>
            <w:r>
              <w:rPr>
                <w:rFonts w:ascii="宋体" w:hAnsi="宋体" w:eastAsia="宋体"/>
                <w:b w:val="0"/>
                <w:sz w:val="18"/>
              </w:rPr>
              <w:t>师：像这样在测量或分物时，往往不能得到整数的结果，就产生了分数。</w:t>
            </w:r>
          </w:p>
          <w:p>
            <w:pPr>
              <w:spacing w:after="20" w:line="276" w:lineRule="auto"/>
            </w:pPr>
            <w:r>
              <w:rPr>
                <w:rFonts w:ascii="宋体" w:hAnsi="宋体" w:eastAsia="宋体"/>
                <w:b w:val="0"/>
                <w:sz w:val="18"/>
              </w:rPr>
              <w:t>4．揭示课题。</w:t>
            </w:r>
          </w:p>
          <w:p>
            <w:pPr>
              <w:spacing w:after="20" w:line="276" w:lineRule="auto"/>
            </w:pPr>
            <w:r>
              <w:rPr>
                <w:rFonts w:ascii="宋体" w:hAnsi="宋体" w:eastAsia="宋体"/>
                <w:b w:val="0"/>
                <w:sz w:val="18"/>
              </w:rPr>
              <w:t>师：本节课，我们一起来探究分数的意义。(板书课题：分数的产生和意义)</w:t>
            </w:r>
          </w:p>
        </w:tc>
        <w:tc>
          <w:tcPr>
            <w:tcW w:type="dxa" w:w="3061"/>
          </w:tcPr>
          <w:p>
            <w:pPr>
              <w:spacing w:after="20" w:line="276" w:lineRule="auto"/>
            </w:pPr>
            <w:r/>
            <w:r>
              <w:rPr>
                <w:rFonts w:ascii="宋体" w:hAnsi="宋体" w:eastAsia="宋体"/>
                <w:b w:val="0"/>
                <w:sz w:val="18"/>
              </w:rPr>
              <w:t>有的学生会说得不到整米数，有的会说是几米几分米。</w:t>
            </w:r>
          </w:p>
          <w:p>
            <w:pPr>
              <w:spacing w:after="20" w:line="276" w:lineRule="auto"/>
            </w:pPr>
            <w:r>
              <w:rPr>
                <w:rFonts w:ascii="宋体" w:hAnsi="宋体" w:eastAsia="宋体"/>
                <w:b w:val="0"/>
                <w:sz w:val="18"/>
              </w:rPr>
              <w:t>2．全班讨论，感受分数产生的意义。</w:t>
            </w:r>
          </w:p>
          <w:p>
            <w:pPr>
              <w:spacing w:after="20" w:line="276" w:lineRule="auto"/>
            </w:pPr>
            <w:r>
              <w:rPr>
                <w:rFonts w:ascii="宋体" w:hAnsi="宋体" w:eastAsia="宋体"/>
                <w:b w:val="0"/>
                <w:sz w:val="18"/>
              </w:rPr>
              <w:t>学生可能会谈到黑板的最后一小段，由于它不够1米，直接用1米行不通，只能用更小的单位，最后用分米和厘米表示出了这条线段的长；也可能会联想到用“1”这一标准去量，可能得到整数，不够“1”时，量出的结果就不能用整数表示。</w:t>
            </w:r>
          </w:p>
          <w:p>
            <w:pPr>
              <w:spacing w:after="20" w:line="276" w:lineRule="auto"/>
            </w:pPr>
            <w:r>
              <w:rPr>
                <w:rFonts w:ascii="宋体" w:hAnsi="宋体" w:eastAsia="宋体"/>
                <w:b w:val="0"/>
                <w:sz w:val="18"/>
              </w:rPr>
              <w:t>有了前面的知识基础，学生知道每人平均分到个 EMBED Equation.DSMT4  苹果， EMBED Equation.DSMT4  个月饼， EMBED Equation.DSMT4  包饼干。</w:t>
            </w:r>
          </w:p>
        </w:tc>
        <w:tc>
          <w:tcPr>
            <w:tcW w:type="dxa" w:w="1814"/>
          </w:tcPr>
          <w:p>
            <w:pPr>
              <w:spacing w:after="20" w:line="276" w:lineRule="auto"/>
            </w:pPr>
            <w:r/>
            <w:r>
              <w:rPr>
                <w:rFonts w:ascii="宋体" w:hAnsi="宋体" w:eastAsia="宋体"/>
                <w:b w:val="0"/>
                <w:sz w:val="18"/>
              </w:rPr>
              <w:t>让学生量黑板有多长，拓宽了学生的探究空间，学生会尝试根据实际自觉地“分”，创建更小的单位进行度量。教师介绍教科书上的故事及分数的产生，在这个过程中既让学生经历了分数产生的过程，也让学生体会到分数单位和分数产生的必要性。</w:t>
            </w:r>
          </w:p>
        </w:tc>
      </w:tr>
      <w:tr>
        <w:tc>
          <w:tcPr>
            <w:tcW w:type="dxa" w:w="1474"/>
          </w:tcPr>
          <w:p>
            <w:pPr>
              <w:spacing w:after="20" w:line="276" w:lineRule="auto"/>
            </w:pPr>
            <w:r>
              <w:rPr>
                <w:b/>
              </w:rPr>
            </w:r>
            <w:r>
              <w:rPr>
                <w:rFonts w:ascii="宋体" w:hAnsi="宋体" w:eastAsia="宋体"/>
                <w:b/>
                <w:sz w:val="18"/>
              </w:rPr>
              <w:t>二、举例探究分数的意义</w:t>
            </w:r>
          </w:p>
        </w:tc>
        <w:tc>
          <w:tcPr>
            <w:tcW w:type="dxa" w:w="3061"/>
          </w:tcPr>
          <w:p>
            <w:pPr>
              <w:spacing w:after="20" w:line="276" w:lineRule="auto"/>
            </w:pPr>
            <w:r/>
            <w:r>
              <w:rPr>
                <w:rFonts w:ascii="宋体" w:hAnsi="宋体" w:eastAsia="宋体"/>
                <w:b w:val="0"/>
                <w:sz w:val="18"/>
              </w:rPr>
              <w:t>师：前面我们学习了 EMBED Equation.DSMT4  ，你们能用自己的方式表示出 EMBED Equation.DSMT4  吗？</w:t>
            </w:r>
          </w:p>
          <w:p>
            <w:pPr>
              <w:spacing w:after="20" w:line="276" w:lineRule="auto"/>
            </w:pPr>
            <w:r>
              <w:rPr>
                <w:rFonts w:ascii="宋体" w:hAnsi="宋体" w:eastAsia="宋体"/>
                <w:b w:val="0"/>
                <w:sz w:val="18"/>
              </w:rPr>
              <w:t>(1)学生独立操作。</w:t>
            </w:r>
          </w:p>
          <w:p>
            <w:pPr>
              <w:spacing w:after="20" w:line="276" w:lineRule="auto"/>
            </w:pPr>
            <w:r>
              <w:rPr>
                <w:rFonts w:ascii="宋体" w:hAnsi="宋体" w:eastAsia="宋体"/>
                <w:b w:val="0"/>
                <w:sz w:val="18"/>
              </w:rPr>
              <w:t>(2)教师选择典型的作品贴在黑板上。</w:t>
            </w:r>
          </w:p>
          <w:p>
            <w:pPr>
              <w:spacing w:after="20" w:line="276" w:lineRule="auto"/>
            </w:pPr>
            <w:r>
              <w:rPr>
                <w:rFonts w:ascii="宋体" w:hAnsi="宋体" w:eastAsia="宋体"/>
                <w:b w:val="0"/>
                <w:sz w:val="18"/>
              </w:rPr>
              <w:t>师：你是怎样表示出的 EMBED Equation.DSMT4  ？怎么想的？</w:t>
            </w:r>
          </w:p>
          <w:p>
            <w:pPr>
              <w:spacing w:after="20" w:line="276" w:lineRule="auto"/>
            </w:pPr>
            <w:r>
              <w:rPr>
                <w:rFonts w:ascii="宋体" w:hAnsi="宋体" w:eastAsia="宋体"/>
                <w:b w:val="0"/>
                <w:sz w:val="18"/>
              </w:rPr>
              <w:t>2．抽象分数的意义。</w:t>
            </w:r>
          </w:p>
          <w:p>
            <w:pPr>
              <w:spacing w:after="20" w:line="276" w:lineRule="auto"/>
            </w:pPr>
            <w:r>
              <w:rPr>
                <w:rFonts w:ascii="宋体" w:hAnsi="宋体" w:eastAsia="宋体"/>
                <w:b w:val="0"/>
                <w:sz w:val="18"/>
              </w:rPr>
              <w:t>课件出示教科书P46例1前2幅图。</w:t>
            </w:r>
          </w:p>
          <w:p>
            <w:pPr>
              <w:spacing w:after="20" w:line="276" w:lineRule="auto"/>
            </w:pPr>
            <w:r>
              <w:rPr>
                <w:rFonts w:ascii="宋体" w:hAnsi="宋体" w:eastAsia="宋体"/>
                <w:b w:val="0"/>
                <w:sz w:val="18"/>
              </w:rPr>
              <w:t>(1)师：我们刚刚用一个图形或一条线段表示了 EMBED Equation.DSMT4  ，那么用一些物体能表示 EMBED Equation.DSMT4  吗？还能表示其他分数吗？仔细观察图片，说一说。</w:t>
            </w:r>
          </w:p>
          <w:p>
            <w:pPr>
              <w:spacing w:after="20" w:line="276" w:lineRule="auto"/>
            </w:pPr>
            <w:r>
              <w:rPr>
                <w:rFonts w:ascii="宋体" w:hAnsi="宋体" w:eastAsia="宋体"/>
                <w:b w:val="0"/>
                <w:sz w:val="18"/>
              </w:rPr>
              <w:t>(2)归纳分数的意义。</w:t>
            </w:r>
          </w:p>
          <w:p>
            <w:pPr>
              <w:spacing w:after="20" w:line="276" w:lineRule="auto"/>
            </w:pPr>
            <w:r>
              <w:rPr>
                <w:rFonts w:ascii="宋体" w:hAnsi="宋体" w:eastAsia="宋体"/>
                <w:b w:val="0"/>
                <w:sz w:val="18"/>
              </w:rPr>
              <w:t>师：在刚才的活动中，粽子和月饼的数量都是整个的，为什么都能用分数表示呢？</w:t>
            </w:r>
          </w:p>
          <w:p>
            <w:pPr>
              <w:spacing w:after="20" w:line="276" w:lineRule="auto"/>
            </w:pPr>
            <w:r>
              <w:rPr>
                <w:rFonts w:ascii="宋体" w:hAnsi="宋体" w:eastAsia="宋体"/>
                <w:b w:val="0"/>
                <w:sz w:val="18"/>
              </w:rPr>
              <w:t>师：同学们说得真棒！结合这些内容，你们觉得什么是分数呢？</w:t>
            </w:r>
          </w:p>
          <w:p>
            <w:pPr>
              <w:spacing w:after="20" w:line="276" w:lineRule="auto"/>
            </w:pPr>
            <w:r>
              <w:rPr>
                <w:rFonts w:ascii="宋体" w:hAnsi="宋体" w:eastAsia="宋体"/>
                <w:b w:val="0"/>
                <w:sz w:val="18"/>
              </w:rPr>
              <w:t>课件呈现并板书：一个物体、一个计量单位或是一些物体等都可以看作一个整体。把这个整体平均分成若干份，这样的一份或几份都可以用分数来表示。</w:t>
            </w:r>
          </w:p>
          <w:p>
            <w:pPr>
              <w:spacing w:after="20" w:line="276" w:lineRule="auto"/>
            </w:pPr>
            <w:r>
              <w:rPr>
                <w:rFonts w:ascii="宋体" w:hAnsi="宋体" w:eastAsia="宋体"/>
                <w:b w:val="0"/>
                <w:sz w:val="18"/>
              </w:rPr>
              <w:t>(3)认识单位“1”。</w:t>
            </w:r>
          </w:p>
          <w:p>
            <w:pPr>
              <w:spacing w:after="20" w:line="276" w:lineRule="auto"/>
            </w:pPr>
            <w:r>
              <w:rPr>
                <w:rFonts w:ascii="宋体" w:hAnsi="宋体" w:eastAsia="宋体"/>
                <w:b w:val="0"/>
                <w:sz w:val="18"/>
              </w:rPr>
              <w:t>教师介绍：一个整体可以用自然数1来表示，我们通常把它叫作单位“1”。(课件呈现并板书)</w:t>
            </w:r>
          </w:p>
          <w:p>
            <w:pPr>
              <w:spacing w:after="20" w:line="276" w:lineRule="auto"/>
            </w:pPr>
            <w:r>
              <w:rPr>
                <w:rFonts w:ascii="宋体" w:hAnsi="宋体" w:eastAsia="宋体"/>
                <w:b w:val="0"/>
                <w:sz w:val="18"/>
              </w:rPr>
              <w:t>师：谁能说说什么是单位“1”？生活中哪些量可以看作单位“1”？</w:t>
            </w:r>
          </w:p>
          <w:p>
            <w:pPr>
              <w:spacing w:after="20" w:line="276" w:lineRule="auto"/>
            </w:pPr>
            <w:r>
              <w:rPr>
                <w:rFonts w:ascii="宋体" w:hAnsi="宋体" w:eastAsia="宋体"/>
                <w:b w:val="0"/>
                <w:sz w:val="18"/>
              </w:rPr>
              <w:t>3．理解分数单位的意义。</w:t>
            </w:r>
          </w:p>
          <w:p>
            <w:pPr>
              <w:spacing w:after="20" w:line="276" w:lineRule="auto"/>
            </w:pPr>
            <w:r>
              <w:rPr>
                <w:rFonts w:ascii="宋体" w:hAnsi="宋体" w:eastAsia="宋体"/>
                <w:b w:val="0"/>
                <w:sz w:val="18"/>
              </w:rPr>
              <w:t>(1)课件出示教科书P46例1第3幅图。</w:t>
            </w:r>
          </w:p>
          <w:p>
            <w:pPr>
              <w:spacing w:after="20" w:line="276" w:lineRule="auto"/>
            </w:pPr>
            <w:r>
              <w:rPr>
                <w:rFonts w:ascii="宋体" w:hAnsi="宋体" w:eastAsia="宋体"/>
                <w:b w:val="0"/>
                <w:sz w:val="18"/>
              </w:rPr>
              <w:t>师：分完了粽子和月饼，你们会分这盒糖吗？</w:t>
            </w:r>
          </w:p>
          <w:p>
            <w:pPr>
              <w:spacing w:after="20" w:line="276" w:lineRule="auto"/>
            </w:pPr>
            <w:r>
              <w:rPr>
                <w:rFonts w:ascii="宋体" w:hAnsi="宋体" w:eastAsia="宋体"/>
                <w:b w:val="0"/>
                <w:sz w:val="18"/>
              </w:rPr>
              <w:t>师：同学们仔细观察，同样是分一盒糖，为什么会得到不同的分数呢？</w:t>
            </w:r>
          </w:p>
          <w:p>
            <w:pPr>
              <w:spacing w:after="20" w:line="276" w:lineRule="auto"/>
            </w:pPr>
            <w:r>
              <w:rPr>
                <w:rFonts w:ascii="宋体" w:hAnsi="宋体" w:eastAsia="宋体"/>
                <w:b w:val="0"/>
                <w:sz w:val="18"/>
              </w:rPr>
              <w:t>师：如果不知道这盒糖有多少颗，平均分成4份，3份是这盒糖的几分之几呢？</w:t>
            </w:r>
          </w:p>
          <w:p>
            <w:pPr>
              <w:spacing w:after="20" w:line="276" w:lineRule="auto"/>
            </w:pPr>
            <w:r>
              <w:rPr>
                <w:rFonts w:ascii="宋体" w:hAnsi="宋体" w:eastAsia="宋体"/>
                <w:b w:val="0"/>
                <w:sz w:val="18"/>
              </w:rPr>
              <w:t>师：不管这盒糖是多少，按照这样的分法，还是这样的分数吗？</w:t>
            </w:r>
          </w:p>
          <w:p>
            <w:pPr>
              <w:spacing w:after="20" w:line="276" w:lineRule="auto"/>
            </w:pPr>
            <w:r>
              <w:rPr>
                <w:rFonts w:ascii="宋体" w:hAnsi="宋体" w:eastAsia="宋体"/>
                <w:b w:val="0"/>
                <w:sz w:val="18"/>
              </w:rPr>
              <w:t>师：同一个单位“1”，平均分的份数不同，每份数相同吗？</w:t>
            </w:r>
          </w:p>
          <w:p>
            <w:pPr>
              <w:spacing w:after="20" w:line="276" w:lineRule="auto"/>
            </w:pPr>
            <w:r>
              <w:rPr>
                <w:rFonts w:ascii="宋体" w:hAnsi="宋体" w:eastAsia="宋体"/>
                <w:b w:val="0"/>
                <w:sz w:val="18"/>
              </w:rPr>
              <w:t>4人小组讨论。</w:t>
            </w:r>
          </w:p>
          <w:p>
            <w:pPr>
              <w:spacing w:after="20" w:line="276" w:lineRule="auto"/>
            </w:pPr>
            <w:r>
              <w:rPr>
                <w:rFonts w:ascii="宋体" w:hAnsi="宋体" w:eastAsia="宋体"/>
                <w:b w:val="0"/>
                <w:sz w:val="18"/>
              </w:rPr>
              <w:t>师小结：同一个单位“1”，平均分的份数不同，每份数用分数表示是不同的。如上面的一盒糖，平均分成4份，每份数是 EMBED Equation.DSMT4  ；平均分成6份，每份数就是 EMBED Equation.DSMT4  ……</w:t>
            </w:r>
          </w:p>
          <w:p>
            <w:pPr>
              <w:spacing w:after="20" w:line="276" w:lineRule="auto"/>
            </w:pPr>
            <w:r>
              <w:rPr>
                <w:rFonts w:ascii="宋体" w:hAnsi="宋体" w:eastAsia="宋体"/>
                <w:b w:val="0"/>
                <w:sz w:val="18"/>
              </w:rPr>
              <w:t>教师介绍：把单位“1”平均分成若干份，表示其中一份的数叫作分数单位。(板书)</w:t>
            </w:r>
          </w:p>
          <w:p>
            <w:pPr>
              <w:spacing w:after="20" w:line="276" w:lineRule="auto"/>
            </w:pPr>
            <w:r>
              <w:rPr>
                <w:rFonts w:ascii="宋体" w:hAnsi="宋体" w:eastAsia="宋体"/>
                <w:b w:val="0"/>
                <w:sz w:val="18"/>
              </w:rPr>
              <w:t>(2)对着课件说说每个分数的分数单位。</w:t>
            </w:r>
          </w:p>
          <w:p>
            <w:pPr>
              <w:spacing w:after="20" w:line="276" w:lineRule="auto"/>
            </w:pPr>
            <w:r>
              <w:rPr>
                <w:rFonts w:ascii="宋体" w:hAnsi="宋体" w:eastAsia="宋体"/>
                <w:b w:val="0"/>
                <w:sz w:val="18"/>
              </w:rPr>
              <w:t>(3)加深理解。</w:t>
            </w:r>
          </w:p>
          <w:p>
            <w:pPr>
              <w:spacing w:after="20" w:line="276" w:lineRule="auto"/>
            </w:pPr>
            <w:r>
              <w:rPr>
                <w:rFonts w:ascii="宋体" w:hAnsi="宋体" w:eastAsia="宋体"/>
                <w:b w:val="0"/>
                <w:sz w:val="18"/>
              </w:rPr>
              <w:t>师：你们知道了每个分数的分数单位，想一想，分数单位跟什么有关？表示什么意思？</w:t>
            </w:r>
          </w:p>
          <w:p>
            <w:pPr>
              <w:spacing w:after="20" w:line="276" w:lineRule="auto"/>
            </w:pPr>
            <w:r>
              <w:rPr>
                <w:rFonts w:ascii="宋体" w:hAnsi="宋体" w:eastAsia="宋体"/>
                <w:b w:val="0"/>
                <w:sz w:val="18"/>
              </w:rPr>
              <w:t>结合反馈板书：分母是几，分数单位就是几分之一。</w:t>
            </w:r>
          </w:p>
          <w:p>
            <w:pPr>
              <w:spacing w:after="20" w:line="276" w:lineRule="auto"/>
            </w:pPr>
            <w:r>
              <w:rPr>
                <w:rFonts w:ascii="宋体" w:hAnsi="宋体" w:eastAsia="宋体"/>
                <w:b w:val="0"/>
                <w:sz w:val="18"/>
              </w:rPr>
              <w:t>师：你们知道了每个分数的分数单位，那每个分数有几个这样的分数单位呢？</w:t>
            </w:r>
          </w:p>
          <w:p>
            <w:pPr>
              <w:spacing w:after="20" w:line="276" w:lineRule="auto"/>
            </w:pPr>
            <w:r>
              <w:rPr>
                <w:rFonts w:ascii="宋体" w:hAnsi="宋体" w:eastAsia="宋体"/>
                <w:b w:val="0"/>
                <w:sz w:val="18"/>
              </w:rPr>
              <w:t>结合交流板书：分子是几，就有几个分数单位。</w:t>
            </w:r>
          </w:p>
          <w:p>
            <w:pPr>
              <w:spacing w:after="20" w:line="276" w:lineRule="auto"/>
            </w:pPr>
            <w:r>
              <w:rPr>
                <w:rFonts w:ascii="宋体" w:hAnsi="宋体" w:eastAsia="宋体"/>
                <w:b w:val="0"/>
                <w:sz w:val="18"/>
              </w:rPr>
              <w:t>4．认识分数各部分的名称及含义。</w:t>
            </w:r>
          </w:p>
          <w:p>
            <w:pPr>
              <w:spacing w:after="20" w:line="276" w:lineRule="auto"/>
            </w:pPr>
            <w:r>
              <w:rPr>
                <w:rFonts w:ascii="宋体" w:hAnsi="宋体" w:eastAsia="宋体"/>
                <w:b w:val="0"/>
                <w:sz w:val="18"/>
              </w:rPr>
              <w:t>师：结合分数的意义，你知道分数各部分的名称及表示的意思吗？</w:t>
            </w:r>
          </w:p>
        </w:tc>
        <w:tc>
          <w:tcPr>
            <w:tcW w:type="dxa" w:w="3061"/>
          </w:tcPr>
          <w:p>
            <w:pPr>
              <w:spacing w:after="20" w:line="276" w:lineRule="auto"/>
            </w:pPr>
            <w:r/>
            <w:r>
              <w:rPr>
                <w:rFonts w:ascii="宋体" w:hAnsi="宋体" w:eastAsia="宋体"/>
                <w:b w:val="0"/>
                <w:sz w:val="18"/>
              </w:rPr>
              <w:t>1.动手操作。</w:t>
            </w:r>
          </w:p>
          <w:p>
            <w:pPr>
              <w:spacing w:after="20" w:line="276" w:lineRule="auto"/>
            </w:pPr>
            <w:r>
              <w:rPr>
                <w:rFonts w:ascii="宋体" w:hAnsi="宋体" w:eastAsia="宋体"/>
                <w:b w:val="0"/>
                <w:sz w:val="18"/>
              </w:rPr>
              <w:t>学生独立选择正方形、圆形纸片折一折，也有的画一画。教师巡视，个别交流，说说是怎么想的，为什么这么做。</w:t>
            </w:r>
          </w:p>
          <w:p>
            <w:pPr>
              <w:spacing w:after="20" w:line="276" w:lineRule="auto"/>
            </w:pPr>
            <w:r>
              <w:rPr>
                <w:rFonts w:ascii="宋体" w:hAnsi="宋体" w:eastAsia="宋体"/>
                <w:b w:val="0"/>
                <w:sz w:val="18"/>
              </w:rPr>
              <w:t>学生有的用正方形纸片折出了 EMBED Equation.DSMT4  ，有的用圆形纸片折出了 EMBED Equation.DSMT4  ，还有的在线段图上画出了 EMBED Equation.DSMT4  。教师通过提问引导学生说出“将一个物体或图形平均分成4份，其中的1份就是这个物体或图形的 EMBED Equation.DSMT4  ”。</w:t>
            </w:r>
          </w:p>
          <w:p>
            <w:pPr>
              <w:spacing w:after="20" w:line="276" w:lineRule="auto"/>
            </w:pPr>
            <w:r>
              <w:rPr>
                <w:rFonts w:ascii="宋体" w:hAnsi="宋体" w:eastAsia="宋体"/>
                <w:b w:val="0"/>
                <w:sz w:val="18"/>
              </w:rPr>
              <w:t>预设1：一盒粽子有4个，平均分成4份，每份是这盒粽子的 EMBED Equation.DSMT4  ，有1个。</w:t>
            </w:r>
          </w:p>
          <w:p>
            <w:pPr>
              <w:spacing w:after="20" w:line="276" w:lineRule="auto"/>
            </w:pPr>
            <w:r>
              <w:rPr>
                <w:rFonts w:ascii="宋体" w:hAnsi="宋体" w:eastAsia="宋体"/>
                <w:b w:val="0"/>
                <w:sz w:val="18"/>
              </w:rPr>
              <w:t>预设2：一盒月饼有8个，平均分成4份，3份是这盒月饼的 EMBED Equation.DSMT4  ，有6个。</w:t>
            </w:r>
          </w:p>
          <w:p>
            <w:pPr>
              <w:spacing w:after="20" w:line="276" w:lineRule="auto"/>
            </w:pPr>
            <w:r>
              <w:rPr>
                <w:rFonts w:ascii="宋体" w:hAnsi="宋体" w:eastAsia="宋体"/>
                <w:b w:val="0"/>
                <w:sz w:val="18"/>
              </w:rPr>
              <w:t>因为是把几个物体当成一个整体进行平均分的，平均分成4份，1份就是 EMBED Equation.DSMT4  ，3份就是 EMBED Equation.DSMT4  。</w:t>
            </w:r>
          </w:p>
          <w:p>
            <w:pPr>
              <w:spacing w:after="20" w:line="276" w:lineRule="auto"/>
            </w:pPr>
            <w:r>
              <w:rPr>
                <w:rFonts w:ascii="宋体" w:hAnsi="宋体" w:eastAsia="宋体"/>
                <w:b w:val="0"/>
                <w:sz w:val="18"/>
              </w:rPr>
              <w:t>学生会说：把一个物体平均分成若干份，这样的一份或几份就可以用分数表示。教师结合前面的活动，引导学生完善，这里不仅仅是一个物体，还可以是一个计量单位、一些物体，从而形成比较完整的说法。</w:t>
            </w:r>
          </w:p>
          <w:p>
            <w:pPr>
              <w:spacing w:after="20" w:line="276" w:lineRule="auto"/>
            </w:pPr>
            <w:r>
              <w:rPr>
                <w:rFonts w:ascii="宋体" w:hAnsi="宋体" w:eastAsia="宋体"/>
                <w:b w:val="0"/>
                <w:sz w:val="18"/>
              </w:rPr>
              <w:t>单位“1”并不是一个物体，而是一个整体。班上的全部学生看作一个整体，可以用单位“1”表示；班上的一个小组的同学看作一个整体，也可以用单位“1”表示。</w:t>
            </w:r>
          </w:p>
          <w:p>
            <w:pPr>
              <w:spacing w:after="20" w:line="276" w:lineRule="auto"/>
            </w:pPr>
            <w:r>
              <w:rPr>
                <w:rFonts w:ascii="宋体" w:hAnsi="宋体" w:eastAsia="宋体"/>
                <w:b w:val="0"/>
                <w:sz w:val="18"/>
              </w:rPr>
              <w:t>大多数学生能正确写出分数。(课件同步呈现答案)</w:t>
            </w:r>
          </w:p>
          <w:p>
            <w:pPr>
              <w:spacing w:after="20" w:line="276" w:lineRule="auto"/>
            </w:pPr>
            <w:r>
              <w:rPr>
                <w:rFonts w:ascii="宋体" w:hAnsi="宋体" w:eastAsia="宋体"/>
                <w:b w:val="0"/>
                <w:sz w:val="18"/>
              </w:rPr>
              <w:t>平均分的份数不同。</w:t>
            </w:r>
          </w:p>
          <w:p>
            <w:pPr>
              <w:spacing w:after="20" w:line="276" w:lineRule="auto"/>
            </w:pPr>
            <w:r>
              <w:rPr>
                <w:rFonts w:ascii="宋体" w:hAnsi="宋体" w:eastAsia="宋体"/>
                <w:b w:val="0"/>
                <w:sz w:val="18"/>
              </w:rPr>
              <w:t>不管这盒糖是多少颗，平均分的份数不变，取相同的份数，分数也不变。</w:t>
            </w:r>
          </w:p>
          <w:p>
            <w:pPr>
              <w:spacing w:after="20" w:line="276" w:lineRule="auto"/>
            </w:pPr>
            <w:r>
              <w:rPr>
                <w:rFonts w:ascii="宋体" w:hAnsi="宋体" w:eastAsia="宋体"/>
                <w:b w:val="0"/>
                <w:sz w:val="18"/>
              </w:rPr>
              <w:t>有的学生可能会代入具体的数，导致一些不同分数的每份数相同。教师要及时引导，使学生避免对同一个单位“1”产生误解。</w:t>
            </w:r>
          </w:p>
          <w:p>
            <w:pPr>
              <w:spacing w:after="20" w:line="276" w:lineRule="auto"/>
            </w:pPr>
            <w:r>
              <w:rPr>
                <w:rFonts w:ascii="宋体" w:hAnsi="宋体" w:eastAsia="宋体"/>
                <w:b w:val="0"/>
                <w:sz w:val="18"/>
              </w:rPr>
              <w:t>EMBED Equation.DSMT4  的分数单位是 EMBED Equation.DSMT4  ， EMBED Equation.DSMT4  的分数单位是 EMBED Equation.DSMT4  ， EMBED Equation.DSMT4  的分数单位是 EMBED Equation.DSMT4  ， EMBED Equation.DSMT4  的分数单位是 EMBED Equation.DSMT4  。</w:t>
            </w:r>
          </w:p>
          <w:p>
            <w:pPr>
              <w:spacing w:after="20" w:line="276" w:lineRule="auto"/>
            </w:pPr>
            <w:r>
              <w:rPr>
                <w:rFonts w:ascii="宋体" w:hAnsi="宋体" w:eastAsia="宋体"/>
                <w:b w:val="0"/>
                <w:sz w:val="18"/>
              </w:rPr>
              <w:t>分数单位和平均分的份数有关，分成了几份，分数单位就是几分之一。一个分数的分数单位是由分母决定的。</w:t>
            </w:r>
          </w:p>
          <w:p>
            <w:pPr>
              <w:spacing w:after="20" w:line="276" w:lineRule="auto"/>
            </w:pPr>
            <w:r>
              <w:rPr>
                <w:rFonts w:ascii="宋体" w:hAnsi="宋体" w:eastAsia="宋体"/>
                <w:b w:val="0"/>
                <w:sz w:val="18"/>
              </w:rPr>
              <w:t>本问题对于学生有点难度，先让学生说，再引导学生理解分子是几就有几个分数单位。</w:t>
            </w:r>
          </w:p>
          <w:p>
            <w:pPr>
              <w:spacing w:after="20" w:line="276" w:lineRule="auto"/>
            </w:pPr>
            <w:r>
              <w:rPr>
                <w:rFonts w:ascii="宋体" w:hAnsi="宋体" w:eastAsia="宋体"/>
                <w:b w:val="0"/>
                <w:sz w:val="18"/>
              </w:rPr>
              <w:t>分数线表示平均分，分母表示平均分的份数，分子表示取其中的几份。</w:t>
            </w:r>
          </w:p>
        </w:tc>
        <w:tc>
          <w:tcPr>
            <w:tcW w:type="dxa" w:w="1814"/>
          </w:tcPr>
          <w:p>
            <w:pPr>
              <w:spacing w:after="20" w:line="276" w:lineRule="auto"/>
            </w:pPr>
            <w:r/>
            <w:r>
              <w:rPr>
                <w:rFonts w:ascii="宋体" w:hAnsi="宋体" w:eastAsia="宋体"/>
                <w:b w:val="0"/>
                <w:sz w:val="18"/>
              </w:rPr>
              <w:t>学生在三年级已经有了对分数的初步认知，通过动手操作活动，让学生在原有的认知基础上，进一步深化对分数意义的理解，并将学生对分数意义的认识由形象上升到抽象，完成分数意义建构的过程。</w:t>
            </w:r>
          </w:p>
          <w:p>
            <w:pPr>
              <w:spacing w:after="20" w:line="276" w:lineRule="auto"/>
            </w:pPr>
            <w:r>
              <w:rPr>
                <w:rFonts w:ascii="宋体" w:hAnsi="宋体" w:eastAsia="宋体"/>
                <w:b w:val="0"/>
                <w:sz w:val="18"/>
              </w:rPr>
              <w:t>从特殊到一般，从具体到抽象，让学生自主理解并概括分数的意义。</w:t>
            </w:r>
          </w:p>
          <w:p>
            <w:pPr>
              <w:spacing w:after="20" w:line="276" w:lineRule="auto"/>
            </w:pPr>
            <w:r>
              <w:rPr>
                <w:rFonts w:ascii="宋体" w:hAnsi="宋体" w:eastAsia="宋体"/>
                <w:b w:val="0"/>
                <w:sz w:val="18"/>
              </w:rPr>
              <w:t>由12颗到不知道多少颗，由具体到抽象，展开对分数意义的理解，感悟平均分的份数不同，分数也不同。让学生领悟到，不管具体的量是多少，都是单位“1”，产生的分数跟平均分的份数和取其中的几份有关。</w:t>
            </w:r>
          </w:p>
          <w:p>
            <w:pPr>
              <w:spacing w:after="20" w:line="276" w:lineRule="auto"/>
            </w:pPr>
            <w:r>
              <w:rPr>
                <w:rFonts w:ascii="宋体" w:hAnsi="宋体" w:eastAsia="宋体"/>
                <w:b w:val="0"/>
                <w:sz w:val="18"/>
              </w:rPr>
              <w:t>分数单位是后面学习分数比较大小、四则运算的重要基础，通过层层设问，引导学生理解分数单位的内涵。</w:t>
            </w:r>
          </w:p>
          <w:p>
            <w:pPr>
              <w:spacing w:after="20" w:line="276" w:lineRule="auto"/>
            </w:pPr>
            <w:r>
              <w:rPr>
                <w:rFonts w:ascii="宋体" w:hAnsi="宋体" w:eastAsia="宋体"/>
                <w:b w:val="0"/>
                <w:sz w:val="18"/>
              </w:rPr>
              <w:t>分数各部分的名称及含义，学生已经学习过，本节课需要帮助学生对分数意义建立一个系统完整的认识。单位“1”是学生认识的一个难点，也是今后解决分数问题的关键知识点，让学生在大量的事例中体会和领悟，建构概念。</w:t>
            </w:r>
          </w:p>
        </w:tc>
      </w:tr>
      <w:tr>
        <w:tc>
          <w:tcPr>
            <w:tcW w:type="dxa" w:w="1474"/>
          </w:tcPr>
          <w:p>
            <w:pPr>
              <w:spacing w:after="20" w:line="276" w:lineRule="auto"/>
            </w:pPr>
            <w:r>
              <w:rPr>
                <w:b/>
              </w:rPr>
            </w:r>
            <w:r>
              <w:rPr>
                <w:rFonts w:ascii="宋体" w:hAnsi="宋体" w:eastAsia="宋体"/>
                <w:b/>
                <w:sz w:val="18"/>
              </w:rPr>
              <w:t>三、实践应用，巩固提升</w:t>
            </w:r>
          </w:p>
        </w:tc>
        <w:tc>
          <w:tcPr>
            <w:tcW w:type="dxa" w:w="3061"/>
          </w:tcPr>
          <w:p>
            <w:pPr>
              <w:spacing w:after="20" w:line="276" w:lineRule="auto"/>
            </w:pPr>
            <w:r/>
            <w:r>
              <w:rPr>
                <w:rFonts w:ascii="宋体" w:hAnsi="宋体" w:eastAsia="宋体"/>
                <w:b w:val="0"/>
                <w:sz w:val="18"/>
              </w:rPr>
              <w:t>课件出示教科书P47“做一做”第1～3题。</w:t>
            </w:r>
          </w:p>
          <w:p>
            <w:pPr>
              <w:spacing w:after="20" w:line="276" w:lineRule="auto"/>
            </w:pPr>
            <w:r>
              <w:rPr>
                <w:rFonts w:ascii="宋体" w:hAnsi="宋体" w:eastAsia="宋体"/>
                <w:b w:val="0"/>
                <w:sz w:val="18"/>
              </w:rPr>
              <w:t>(1)学生在教科书上填写结果。</w:t>
            </w:r>
          </w:p>
          <w:p>
            <w:pPr>
              <w:spacing w:after="20" w:line="276" w:lineRule="auto"/>
            </w:pPr>
            <w:r>
              <w:rPr>
                <w:rFonts w:ascii="宋体" w:hAnsi="宋体" w:eastAsia="宋体"/>
                <w:b w:val="0"/>
                <w:sz w:val="18"/>
              </w:rPr>
              <w:t>(2)集中汇报，课件展示结果。</w:t>
            </w:r>
          </w:p>
        </w:tc>
        <w:tc>
          <w:tcPr>
            <w:tcW w:type="dxa" w:w="3061"/>
          </w:tcPr>
          <w:p>
            <w:pPr>
              <w:spacing w:after="20" w:line="276" w:lineRule="auto"/>
            </w:pPr>
            <w:r/>
            <w:r>
              <w:rPr>
                <w:rFonts w:ascii="宋体" w:hAnsi="宋体" w:eastAsia="宋体"/>
                <w:b w:val="0"/>
                <w:sz w:val="18"/>
              </w:rPr>
              <w:t>学生能很快地填写出来，但这里每道题的单位“1”不同，有的是一个物体，有的是一些物体。在交流时，教师应适时追问“为什么”“怎么想的”，加深学生对分数的理解。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师：本节课的学习，你们有哪些新的收获？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引导学生说出分数产生的意义，什么是分数、分数单位等，形成完整的知识体系。</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教科书P45及P46例1，完成教科书P47“做一做”中第1～3题。</w:t>
      </w:r>
    </w:p>
    <w:p>
      <w:pPr>
        <w:spacing w:after="40" w:line="300" w:lineRule="auto"/>
        <w:ind w:firstLine="400"/>
      </w:pPr>
      <w:r>
        <w:rPr>
          <w:rFonts w:ascii="宋体" w:hAnsi="宋体" w:eastAsia="宋体"/>
          <w:b w:val="0"/>
          <w:sz w:val="20"/>
        </w:rPr>
        <w:t>② 原设计安排：见“状元成才路”系列丛书《创优作业100分》对应课时作业。 1.把下面每个图形都看作单位“1”，用分数表示各图中涂色部分的大小，或在图中涂色表示对应的分数。 2.(1)一盒乒乓球有12个，李老师拿走了eq \f(2,3)。这里是把（ ）看作单位“1”，把它平均分成( )份，李老师拿走了( )份，拿走了( )个。 (2)2024年6月25日，嫦娥六号带回世界首份月球背面样品，在科学上具有独特意义。如果把带回的月背样品平均分成10份，那么7份是这些样品的eq \f(（ ）,（ ）)。这个分数的分数单位是( )，它有( )个这样的分数单位。 (3)eq \f(4,5)里面有( )个eq \f(1,5)；1里面有( )个eq \f(1,9)或( )个eq \f(1,10)；5个eq \f(1,7)组成( )，它再添( )个eq \f(1,7)就是1。 (4)一盒蛋糕有18个，如果平均分给6个小朋友，每人分得这盒蛋糕的eq \f( , )，每人分得eq \f(（ ）,（ ）)个；如果平均分给2个小朋友，每人分得这盒蛋糕的eq \f( , )，每人分得eq \f(（ ）,（ ）)个。 3按要求涂色。 参考答案 1.eq \f(3,8) eq \f(5,7) eq \f(3,4) eq \f(5,8) 图略 2．(1)一盒乒乓球的个数 3 2 8 (2)eq \f(7,10) eq \f(1,10) 7 (3)4 9 10 eq \f(5,7) 2 (4)eq \f(1,6) 3 eq \f(1,2) 9 3．(1)图略 eq \f(3,4) (2)图略 eq \f(3,5)eq \x(\a\vs4\al(教学资源),,,INCLUDEPICTURE"慕101.TIF" INCLUDEPICTURE"录101.TIF") 【教学笔记】 【教学提示】 学生如果说到几米几分米，甚至用厘米作单位，都要给予肯定，同时引导学生对不同单位进行比较，突出“米”的优势，再提出在测量时不能用整数表示怎么办，感悟分数产生的必要性。 【教学提示】 学生用不同方式表示出了 EMBED Equation.DSMT4 ，教师要用好这些素材，让学生感悟，每份物体或图形的大小不同，形状也不同，为什么都能用 EMBED Equation.DSMT4 表示。 【教学提示】 鼓励学生说出更大的量、更小的量，用单位“1”表示，深刻领会单位“1”的含义。 【教学提示】 教师不要急于公布结果，让学生静静想一想，厘清思路再交流。</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给学生提供了较丰富的学习材料，让学生通过动手操作、小组讨论、观察比较、分析讨论等活动，加深对分数意义的理解，自主归纳概括分数的意义。因为学生已经有了对分数的初步认知，所以教学相对比较轻松，学生理解也很到位。在理解单位“1”时，由于这个“1”和自然数1有本质上的区别，所以充分让学生举例，有的学生说“整个世界可以看作单位1”“一片树叶可以看作单位1”等，充分激起学生的学习热情，自然而然地理解了单位“1”。</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最大公因数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最大公因数</w:t>
            </w:r>
          </w:p>
        </w:tc>
        <w:tc>
          <w:tcPr>
            <w:tcW w:type="dxa" w:w="6009"/>
          </w:tcPr>
          <w:p>
            <w:pPr>
              <w:spacing w:after="20" w:line="276" w:lineRule="auto"/>
            </w:pPr>
            <w:r/>
            <w:r>
              <w:rPr>
                <w:rFonts w:ascii="宋体" w:hAnsi="宋体" w:eastAsia="宋体"/>
                <w:b w:val="0"/>
                <w:sz w:val="20"/>
              </w:rPr>
              <w:t>第4单元 分数的意义和性质（约分）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教学内容：教科书P60例1、例2，完成教科书P61“做一做”第1～3题。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（1）理解两个数的公因数和最大公因数的意义。掌握求两个数的公因数和最大公因数的方法，能熟练地求两个数的最大公因数。</w:t>
      </w:r>
    </w:p>
    <w:p>
      <w:pPr>
        <w:spacing w:after="20" w:line="300" w:lineRule="auto"/>
        <w:ind w:firstLine="400"/>
      </w:pPr>
      <w:r>
        <w:rPr>
          <w:rFonts w:ascii="宋体" w:hAnsi="宋体" w:eastAsia="宋体"/>
          <w:b w:val="0"/>
          <w:sz w:val="20"/>
        </w:rPr>
        <w:t>（2）结合具体例题，培养学生观察、分析、抽象、归纳等能力。</w:t>
      </w:r>
    </w:p>
    <w:p>
      <w:pPr>
        <w:spacing w:after="20" w:line="300" w:lineRule="auto"/>
        <w:ind w:firstLine="400"/>
      </w:pPr>
      <w:r>
        <w:rPr>
          <w:rFonts w:ascii="宋体" w:hAnsi="宋体" w:eastAsia="宋体"/>
          <w:b w:val="0"/>
          <w:sz w:val="20"/>
        </w:rPr>
        <w:t>（3）激发学生的学习积极性，增进学科情感。</w:t>
      </w:r>
    </w:p>
    <w:p>
      <w:pPr>
        <w:spacing w:after="20" w:line="300" w:lineRule="auto"/>
      </w:pPr>
      <w:r>
        <w:rPr>
          <w:rFonts w:ascii="宋体" w:hAnsi="宋体" w:eastAsia="宋体"/>
          <w:b w:val="0"/>
          <w:sz w:val="20"/>
        </w:rPr>
        <w:t>教学重点：理解并掌握求两个数的公因数和最大公因数的方法。</w:t>
      </w:r>
    </w:p>
    <w:p>
      <w:pPr>
        <w:spacing w:after="20" w:line="300" w:lineRule="auto"/>
      </w:pPr>
      <w:r>
        <w:rPr>
          <w:rFonts w:ascii="宋体" w:hAnsi="宋体" w:eastAsia="宋体"/>
          <w:b w:val="0"/>
          <w:sz w:val="20"/>
        </w:rPr>
        <w:t>教学难点：本节课的教学重点也是教学难点。</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一、联系旧知识，揭示课题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同学们，我们在前面学习了因数的有关知识，还记得有哪些知识吗？怎样找一个数的因数呢？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二、合理引导，探寻策略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8的因数有哪些？12呢？；观察一下8和12的因数，你有什么新的发现？</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三、探究求两个数的最大公因数的方法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大家能用刚才学到的方法求公因数和最大公因数吗？；做完后，你们发现了什么？</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四、实践应用，巩固拓展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下面我们来进行一个写最大公因数的比赛，通过完成此题，你们有什么发现？</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其实，关于求公因数和最大公因数的方法多种多样，通过本节课的学习，你们有什么样的收获？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一、联系旧知识，揭示课题</w:t>
            </w:r>
          </w:p>
        </w:tc>
        <w:tc>
          <w:tcPr>
            <w:tcW w:type="dxa" w:w="3061"/>
          </w:tcPr>
          <w:p>
            <w:pPr>
              <w:spacing w:after="20" w:line="276" w:lineRule="auto"/>
            </w:pPr>
            <w:r/>
            <w:r>
              <w:rPr>
                <w:rFonts w:ascii="宋体" w:hAnsi="宋体" w:eastAsia="宋体"/>
                <w:b w:val="0"/>
                <w:sz w:val="18"/>
              </w:rPr>
              <w:t>师：同学们，我们在前面学习了因数的有关知识，还记得有哪些知识吗？怎样找一个数的因数呢？</w:t>
            </w:r>
          </w:p>
          <w:p>
            <w:pPr>
              <w:spacing w:after="20" w:line="276" w:lineRule="auto"/>
            </w:pPr>
            <w:r>
              <w:rPr>
                <w:rFonts w:ascii="宋体" w:hAnsi="宋体" w:eastAsia="宋体"/>
                <w:b w:val="0"/>
                <w:sz w:val="18"/>
              </w:rPr>
              <w:t>结合学生的汇报，课件出示。</w:t>
            </w:r>
          </w:p>
          <w:p>
            <w:pPr>
              <w:spacing w:after="20" w:line="276" w:lineRule="auto"/>
            </w:pPr>
            <w:r>
              <w:rPr>
                <w:rFonts w:ascii="宋体" w:hAnsi="宋体" w:eastAsia="宋体"/>
                <w:b w:val="0"/>
                <w:sz w:val="18"/>
              </w:rPr>
              <w:t>师：今天我们一起继续研究因数的有关知识。(板书课题：最大公因数)</w:t>
            </w:r>
          </w:p>
        </w:tc>
        <w:tc>
          <w:tcPr>
            <w:tcW w:type="dxa" w:w="3061"/>
          </w:tcPr>
          <w:p>
            <w:pPr>
              <w:spacing w:after="20" w:line="276" w:lineRule="auto"/>
            </w:pPr>
            <w:r/>
            <w:r>
              <w:rPr>
                <w:rFonts w:ascii="宋体" w:hAnsi="宋体" w:eastAsia="宋体"/>
                <w:b w:val="0"/>
                <w:sz w:val="18"/>
              </w:rPr>
              <w:t>学生可能会说出：①一个数的因数的个数是有限的，最小的因数是1，最大的因数是它本身；②找一个数的因数可以用列乘法算式的方法，也可以用列除法算式的方法；③一个数的因数成对成对地找比较好。</w:t>
            </w:r>
          </w:p>
        </w:tc>
        <w:tc>
          <w:tcPr>
            <w:tcW w:type="dxa" w:w="1814"/>
          </w:tcPr>
          <w:p>
            <w:pPr>
              <w:spacing w:after="20" w:line="276" w:lineRule="auto"/>
            </w:pPr>
            <w:r/>
            <w:r>
              <w:rPr>
                <w:rFonts w:ascii="宋体" w:hAnsi="宋体" w:eastAsia="宋体"/>
                <w:b w:val="0"/>
                <w:sz w:val="18"/>
              </w:rPr>
              <w:t>利用已有的知识引入新的知识，既减少了学生学习的心理障碍，又为今天的新授内容作铺垫。</w:t>
            </w:r>
          </w:p>
        </w:tc>
      </w:tr>
      <w:tr>
        <w:tc>
          <w:tcPr>
            <w:tcW w:type="dxa" w:w="1474"/>
          </w:tcPr>
          <w:p>
            <w:pPr>
              <w:spacing w:after="20" w:line="276" w:lineRule="auto"/>
            </w:pPr>
            <w:r>
              <w:rPr>
                <w:b/>
              </w:rPr>
            </w:r>
            <w:r>
              <w:rPr>
                <w:rFonts w:ascii="宋体" w:hAnsi="宋体" w:eastAsia="宋体"/>
                <w:b/>
                <w:sz w:val="18"/>
              </w:rPr>
              <w:t>二、合理引导，探寻策略</w:t>
            </w:r>
          </w:p>
        </w:tc>
        <w:tc>
          <w:tcPr>
            <w:tcW w:type="dxa" w:w="3061"/>
          </w:tcPr>
          <w:p>
            <w:pPr>
              <w:spacing w:after="20" w:line="276" w:lineRule="auto"/>
            </w:pPr>
            <w:r/>
            <w:r>
              <w:rPr>
                <w:rFonts w:ascii="宋体" w:hAnsi="宋体" w:eastAsia="宋体"/>
                <w:b w:val="0"/>
                <w:sz w:val="18"/>
              </w:rPr>
              <w:t>用集合法求公因数和最大公因数。</w:t>
            </w:r>
          </w:p>
          <w:p>
            <w:pPr>
              <w:spacing w:after="20" w:line="276" w:lineRule="auto"/>
            </w:pPr>
            <w:r>
              <w:rPr>
                <w:rFonts w:ascii="宋体" w:hAnsi="宋体" w:eastAsia="宋体"/>
                <w:b w:val="0"/>
                <w:sz w:val="18"/>
              </w:rPr>
              <w:t>师：8的因数有哪些？12呢？用我们前面学过的方法，把一个数的因数用一个集合圈圈起来。</w:t>
            </w:r>
          </w:p>
          <w:p>
            <w:pPr>
              <w:spacing w:after="20" w:line="276" w:lineRule="auto"/>
            </w:pPr>
            <w:r>
              <w:rPr>
                <w:rFonts w:ascii="宋体" w:hAnsi="宋体" w:eastAsia="宋体"/>
                <w:b w:val="0"/>
                <w:sz w:val="18"/>
              </w:rPr>
              <w:t>师生交流，归纳并板书：</w:t>
            </w:r>
          </w:p>
          <w:p>
            <w:pPr>
              <w:spacing w:after="20" w:line="276" w:lineRule="auto"/>
            </w:pPr>
            <w:r>
              <w:rPr>
                <w:rFonts w:ascii="宋体" w:hAnsi="宋体" w:eastAsia="宋体"/>
                <w:b w:val="0"/>
                <w:sz w:val="18"/>
              </w:rPr>
              <w:t>师：观察一下8和12的因数，你有什么新的发现？</w:t>
            </w:r>
          </w:p>
          <w:p>
            <w:pPr>
              <w:spacing w:after="20" w:line="276" w:lineRule="auto"/>
            </w:pPr>
            <w:r>
              <w:rPr>
                <w:rFonts w:ascii="宋体" w:hAnsi="宋体" w:eastAsia="宋体"/>
                <w:b w:val="0"/>
                <w:sz w:val="18"/>
              </w:rPr>
              <w:t>师：同学们真聪明，之前我们用这样的方法表示一个数的因数，那么要同时表示两个数的因数，两个圈的位置应该怎样摆？</w:t>
            </w:r>
          </w:p>
          <w:p>
            <w:pPr>
              <w:spacing w:after="20" w:line="276" w:lineRule="auto"/>
            </w:pPr>
            <w:r>
              <w:rPr>
                <w:rFonts w:ascii="宋体" w:hAnsi="宋体" w:eastAsia="宋体"/>
                <w:b w:val="0"/>
                <w:sz w:val="18"/>
              </w:rPr>
              <w:t>结合学生发言，教师板书：</w:t>
            </w:r>
          </w:p>
          <w:p>
            <w:pPr>
              <w:spacing w:after="20" w:line="276" w:lineRule="auto"/>
            </w:pPr>
            <w:r>
              <w:rPr>
                <w:rFonts w:ascii="宋体" w:hAnsi="宋体" w:eastAsia="宋体"/>
                <w:b w:val="0"/>
                <w:sz w:val="18"/>
              </w:rPr>
              <w:t>师：我有问题了，怎样做到既不重复，又不遗漏，既表示8的因数，又表示12的因数？请同学们填在集合圈里。指名学生在黑板上板演。</w:t>
            </w:r>
          </w:p>
          <w:p>
            <w:pPr>
              <w:spacing w:after="20" w:line="276" w:lineRule="auto"/>
            </w:pPr>
            <w:r>
              <w:rPr>
                <w:rFonts w:ascii="宋体" w:hAnsi="宋体" w:eastAsia="宋体"/>
                <w:b w:val="0"/>
                <w:sz w:val="18"/>
              </w:rPr>
              <w:t>师(指着第二种情况)：大家同意这种填法吗？为什么？他做到了不遗漏，但重复了，会调整吗？怎样调整？为什么不拿中间的1，2，4呢？</w:t>
            </w:r>
          </w:p>
          <w:p>
            <w:pPr>
              <w:spacing w:after="20" w:line="276" w:lineRule="auto"/>
            </w:pPr>
            <w:r>
              <w:rPr>
                <w:rFonts w:ascii="宋体" w:hAnsi="宋体" w:eastAsia="宋体"/>
                <w:b w:val="0"/>
                <w:sz w:val="18"/>
              </w:rPr>
              <w:t>师生交流，归纳并板书：</w:t>
            </w:r>
          </w:p>
          <w:p>
            <w:pPr>
              <w:spacing w:after="20" w:line="276" w:lineRule="auto"/>
            </w:pPr>
            <w:r>
              <w:rPr>
                <w:rFonts w:ascii="宋体" w:hAnsi="宋体" w:eastAsia="宋体"/>
                <w:b w:val="0"/>
                <w:sz w:val="18"/>
              </w:rPr>
              <w:t>师：对比黑板上的两幅图，变化在哪？中间部分的数表示什么呢？4呢？</w:t>
            </w:r>
          </w:p>
          <w:p>
            <w:pPr>
              <w:spacing w:after="20" w:line="276" w:lineRule="auto"/>
            </w:pPr>
            <w:r>
              <w:rPr>
                <w:rFonts w:ascii="宋体" w:hAnsi="宋体" w:eastAsia="宋体"/>
                <w:b w:val="0"/>
                <w:sz w:val="18"/>
              </w:rPr>
              <w:t>师生交流并板书：1，2，4是8和12公有的因数，叫作它们的公因数。其中，4是最大的公因数，叫作它们的最大公因数。</w:t>
            </w:r>
          </w:p>
          <w:p>
            <w:pPr>
              <w:spacing w:after="20" w:line="276" w:lineRule="auto"/>
            </w:pPr>
            <w:r>
              <w:rPr>
                <w:rFonts w:ascii="宋体" w:hAnsi="宋体" w:eastAsia="宋体"/>
                <w:b w:val="0"/>
                <w:sz w:val="18"/>
              </w:rPr>
              <w:t>师：你们知道什么是公因数，什么是最大公因数吗？</w:t>
            </w:r>
          </w:p>
        </w:tc>
        <w:tc>
          <w:tcPr>
            <w:tcW w:type="dxa" w:w="3061"/>
          </w:tcPr>
          <w:p>
            <w:pPr>
              <w:spacing w:after="20" w:line="276" w:lineRule="auto"/>
            </w:pPr>
            <w:r/>
            <w:r>
              <w:rPr>
                <w:rFonts w:ascii="宋体" w:hAnsi="宋体" w:eastAsia="宋体"/>
                <w:b w:val="0"/>
                <w:sz w:val="18"/>
              </w:rPr>
              <w:t>8和12都有因数1，2，4。</w:t>
            </w:r>
          </w:p>
          <w:p>
            <w:pPr>
              <w:spacing w:after="20" w:line="276" w:lineRule="auto"/>
            </w:pPr>
            <w:r>
              <w:rPr>
                <w:rFonts w:ascii="宋体" w:hAnsi="宋体" w:eastAsia="宋体"/>
                <w:b w:val="0"/>
                <w:sz w:val="18"/>
              </w:rPr>
              <w:t>学生可能说将两个集合圈移动交叉，重合的部分就是两个数公有的因数，没有重合的部分是这两个数独有的因数。</w:t>
            </w:r>
          </w:p>
          <w:p>
            <w:pPr>
              <w:spacing w:after="20" w:line="276" w:lineRule="auto"/>
            </w:pPr>
            <w:r>
              <w:rPr>
                <w:rFonts w:ascii="宋体" w:hAnsi="宋体" w:eastAsia="宋体"/>
                <w:b w:val="0"/>
                <w:sz w:val="18"/>
              </w:rPr>
              <w:t>学生可能出现如下情况：①将1，2，4填在重合部分，8填在左边空白部分，3，6，12填在右边空白部分；②将1，2，4填在重合部分，1，2，4，8填在左边空白部分，1，2，3，4，6，12填在右边空白部分。</w:t>
            </w:r>
          </w:p>
          <w:p>
            <w:pPr>
              <w:spacing w:after="20" w:line="276" w:lineRule="auto"/>
            </w:pPr>
            <w:r>
              <w:rPr>
                <w:rFonts w:ascii="宋体" w:hAnsi="宋体" w:eastAsia="宋体"/>
                <w:b w:val="0"/>
                <w:sz w:val="18"/>
              </w:rPr>
              <w:t>学生可能出现如下情况：①中间部分的数1，2，4表示8和12的公因数；②4是8和12的最大公因数，可以用画圈的方法把4圈起来，表示最大公因数。</w:t>
            </w:r>
          </w:p>
          <w:p>
            <w:pPr>
              <w:spacing w:after="20" w:line="276" w:lineRule="auto"/>
            </w:pPr>
            <w:r>
              <w:rPr>
                <w:rFonts w:ascii="宋体" w:hAnsi="宋体" w:eastAsia="宋体"/>
                <w:b w:val="0"/>
                <w:sz w:val="18"/>
              </w:rPr>
              <w:t>几个数公有的因数叫作这几个数的公因数，其中最大的一个叫作这几个数的最大公因数。</w:t>
            </w:r>
          </w:p>
        </w:tc>
        <w:tc>
          <w:tcPr>
            <w:tcW w:type="dxa" w:w="1814"/>
          </w:tcPr>
          <w:p>
            <w:pPr>
              <w:spacing w:after="20" w:line="276" w:lineRule="auto"/>
            </w:pPr>
            <w:r/>
            <w:r>
              <w:rPr>
                <w:rFonts w:ascii="宋体" w:hAnsi="宋体" w:eastAsia="宋体"/>
                <w:b w:val="0"/>
                <w:sz w:val="18"/>
              </w:rPr>
              <w:t>围绕环节目标组织学习活动，引导学生主动参与、积极思考，核心问题："8的因数有哪些？12呢？"</w:t>
            </w:r>
          </w:p>
        </w:tc>
      </w:tr>
      <w:tr>
        <w:tc>
          <w:tcPr>
            <w:tcW w:type="dxa" w:w="1474"/>
          </w:tcPr>
          <w:p>
            <w:pPr>
              <w:spacing w:after="20" w:line="276" w:lineRule="auto"/>
            </w:pPr>
            <w:r>
              <w:rPr>
                <w:b/>
              </w:rPr>
            </w:r>
            <w:r>
              <w:rPr>
                <w:rFonts w:ascii="宋体" w:hAnsi="宋体" w:eastAsia="宋体"/>
                <w:b/>
                <w:sz w:val="18"/>
              </w:rPr>
              <w:t>三、探究求两个数的最大公因数的方法</w:t>
            </w:r>
          </w:p>
        </w:tc>
        <w:tc>
          <w:tcPr>
            <w:tcW w:type="dxa" w:w="3061"/>
          </w:tcPr>
          <w:p>
            <w:pPr>
              <w:spacing w:after="20" w:line="276" w:lineRule="auto"/>
            </w:pPr>
            <w:r/>
            <w:r>
              <w:rPr>
                <w:rFonts w:ascii="宋体" w:hAnsi="宋体" w:eastAsia="宋体"/>
                <w:b w:val="0"/>
                <w:sz w:val="18"/>
              </w:rPr>
              <w:t>师：大家能用刚才学到的方法求公因数和最大公因数吗？</w:t>
            </w:r>
          </w:p>
          <w:p>
            <w:pPr>
              <w:spacing w:after="20" w:line="276" w:lineRule="auto"/>
            </w:pPr>
            <w:r>
              <w:rPr>
                <w:rFonts w:ascii="宋体" w:hAnsi="宋体" w:eastAsia="宋体"/>
                <w:b w:val="0"/>
                <w:sz w:val="18"/>
              </w:rPr>
              <w:t>1．探究一般方法。</w:t>
            </w:r>
          </w:p>
          <w:p>
            <w:pPr>
              <w:spacing w:after="20" w:line="276" w:lineRule="auto"/>
            </w:pPr>
            <w:r>
              <w:rPr>
                <w:rFonts w:ascii="宋体" w:hAnsi="宋体" w:eastAsia="宋体"/>
                <w:b w:val="0"/>
                <w:sz w:val="18"/>
              </w:rPr>
              <w:t>(1)课件出示教科书P60例2。</w:t>
            </w:r>
          </w:p>
          <w:p>
            <w:pPr>
              <w:spacing w:after="20" w:line="276" w:lineRule="auto"/>
            </w:pPr>
            <w:r>
              <w:rPr>
                <w:rFonts w:ascii="宋体" w:hAnsi="宋体" w:eastAsia="宋体"/>
                <w:b w:val="0"/>
                <w:sz w:val="18"/>
              </w:rPr>
              <w:t>(2)学生自主解答。</w:t>
            </w:r>
          </w:p>
          <w:p>
            <w:pPr>
              <w:spacing w:after="20" w:line="276" w:lineRule="auto"/>
            </w:pPr>
            <w:r>
              <w:rPr>
                <w:rFonts w:ascii="宋体" w:hAnsi="宋体" w:eastAsia="宋体"/>
                <w:b w:val="0"/>
                <w:sz w:val="18"/>
              </w:rPr>
              <w:t>(3)展示交流，根据学生的交流，教师板书，课件同步呈现。</w:t>
            </w:r>
          </w:p>
          <w:p>
            <w:pPr>
              <w:spacing w:after="20" w:line="276" w:lineRule="auto"/>
            </w:pPr>
            <w:r>
              <w:rPr>
                <w:rFonts w:ascii="宋体" w:hAnsi="宋体" w:eastAsia="宋体"/>
                <w:b w:val="0"/>
                <w:sz w:val="18"/>
              </w:rPr>
              <w:t>师：前面我们学习了质数，把一个合数写成几个质数相乘的形式，就是分解质因数，如18＝2×3×3，这里的2，3都是质数，我们就说2，3是18的质因数。</w:t>
            </w:r>
          </w:p>
          <w:p>
            <w:pPr>
              <w:spacing w:after="20" w:line="276" w:lineRule="auto"/>
            </w:pPr>
            <w:r>
              <w:rPr>
                <w:rFonts w:ascii="宋体" w:hAnsi="宋体" w:eastAsia="宋体"/>
                <w:b w:val="0"/>
                <w:sz w:val="18"/>
              </w:rPr>
              <w:t>师：你们把27分解质因数看看。</w:t>
            </w:r>
          </w:p>
          <w:p>
            <w:pPr>
              <w:spacing w:after="20" w:line="276" w:lineRule="auto"/>
            </w:pPr>
            <w:r>
              <w:rPr>
                <w:rFonts w:ascii="宋体" w:hAnsi="宋体" w:eastAsia="宋体"/>
                <w:b w:val="0"/>
                <w:sz w:val="18"/>
              </w:rPr>
              <w:t>教师介绍：把两个合数分解质因数后，把所有相同的质因数相乘，得到的积就是这两个数的最大公因数。</w:t>
            </w:r>
          </w:p>
          <w:p>
            <w:pPr>
              <w:spacing w:after="20" w:line="276" w:lineRule="auto"/>
            </w:pPr>
            <w:r>
              <w:rPr>
                <w:rFonts w:ascii="宋体" w:hAnsi="宋体" w:eastAsia="宋体"/>
                <w:b w:val="0"/>
                <w:sz w:val="18"/>
              </w:rPr>
              <w:t>师：如18和27全部公有的质因数是2个3，所以18和27的最大公因数就是3×3＝9。</w:t>
            </w:r>
          </w:p>
          <w:p>
            <w:pPr>
              <w:spacing w:after="20" w:line="276" w:lineRule="auto"/>
            </w:pPr>
            <w:r>
              <w:rPr>
                <w:rFonts w:ascii="宋体" w:hAnsi="宋体" w:eastAsia="宋体"/>
                <w:b w:val="0"/>
                <w:sz w:val="18"/>
              </w:rPr>
              <w:t>让学生看看教科书P56“你知道吗？”。</w:t>
            </w:r>
          </w:p>
          <w:p>
            <w:pPr>
              <w:spacing w:after="20" w:line="276" w:lineRule="auto"/>
            </w:pPr>
            <w:r>
              <w:rPr>
                <w:rFonts w:ascii="宋体" w:hAnsi="宋体" w:eastAsia="宋体"/>
                <w:b w:val="0"/>
                <w:sz w:val="18"/>
              </w:rPr>
              <w:t>2．介绍用短除法求最大公因数。</w:t>
            </w:r>
          </w:p>
          <w:p>
            <w:pPr>
              <w:spacing w:after="20" w:line="276" w:lineRule="auto"/>
            </w:pPr>
            <w:r>
              <w:rPr>
                <w:rFonts w:ascii="宋体" w:hAnsi="宋体" w:eastAsia="宋体"/>
                <w:b w:val="0"/>
                <w:sz w:val="18"/>
              </w:rPr>
              <w:t>(1)认识互质数。</w:t>
            </w:r>
          </w:p>
          <w:p>
            <w:pPr>
              <w:spacing w:after="20" w:line="276" w:lineRule="auto"/>
            </w:pPr>
            <w:r>
              <w:rPr>
                <w:rFonts w:ascii="宋体" w:hAnsi="宋体" w:eastAsia="宋体"/>
                <w:b w:val="0"/>
                <w:sz w:val="18"/>
              </w:rPr>
              <w:t>师：求下面各组数的最大公因数。</w:t>
            </w:r>
          </w:p>
          <w:p>
            <w:pPr>
              <w:spacing w:after="20" w:line="276" w:lineRule="auto"/>
            </w:pPr>
            <w:r>
              <w:rPr>
                <w:rFonts w:ascii="宋体" w:hAnsi="宋体" w:eastAsia="宋体"/>
                <w:b w:val="0"/>
                <w:sz w:val="18"/>
              </w:rPr>
              <w:t>2和11　　9和10</w:t>
            </w:r>
          </w:p>
          <w:p>
            <w:pPr>
              <w:spacing w:after="20" w:line="276" w:lineRule="auto"/>
            </w:pPr>
            <w:r>
              <w:rPr>
                <w:rFonts w:ascii="宋体" w:hAnsi="宋体" w:eastAsia="宋体"/>
                <w:b w:val="0"/>
                <w:sz w:val="18"/>
              </w:rPr>
              <w:t>师：做完后，你们发现了什么？</w:t>
            </w:r>
          </w:p>
          <w:p>
            <w:pPr>
              <w:spacing w:after="20" w:line="276" w:lineRule="auto"/>
            </w:pPr>
            <w:r>
              <w:rPr>
                <w:rFonts w:ascii="宋体" w:hAnsi="宋体" w:eastAsia="宋体"/>
                <w:b w:val="0"/>
                <w:sz w:val="18"/>
              </w:rPr>
              <w:t>师：公因数只有1的两个数叫作互质数。互质的两个数必须是质数吗？请举例说明。</w:t>
            </w:r>
          </w:p>
          <w:p>
            <w:pPr>
              <w:spacing w:after="20" w:line="276" w:lineRule="auto"/>
            </w:pPr>
            <w:r>
              <w:rPr>
                <w:rFonts w:ascii="宋体" w:hAnsi="宋体" w:eastAsia="宋体"/>
                <w:b w:val="0"/>
                <w:sz w:val="18"/>
              </w:rPr>
              <w:t>师：同学们真聪明，还有其他方法求两个数的最大公因数吗？</w:t>
            </w:r>
          </w:p>
          <w:p>
            <w:pPr>
              <w:spacing w:after="20" w:line="276" w:lineRule="auto"/>
            </w:pPr>
            <w:r>
              <w:rPr>
                <w:rFonts w:ascii="宋体" w:hAnsi="宋体" w:eastAsia="宋体"/>
                <w:b w:val="0"/>
                <w:sz w:val="18"/>
              </w:rPr>
              <w:t>(2)教师介绍短除法。</w:t>
            </w:r>
          </w:p>
          <w:p>
            <w:pPr>
              <w:spacing w:after="20" w:line="276" w:lineRule="auto"/>
            </w:pPr>
            <w:r>
              <w:rPr>
                <w:rFonts w:ascii="宋体" w:hAnsi="宋体" w:eastAsia="宋体"/>
                <w:b w:val="0"/>
                <w:sz w:val="18"/>
              </w:rPr>
              <w:t>师：从教科书P56中的“你知道吗？”你们知道了什么？</w:t>
            </w:r>
          </w:p>
          <w:p>
            <w:pPr>
              <w:spacing w:after="20" w:line="276" w:lineRule="auto"/>
            </w:pPr>
            <w:r>
              <w:rPr>
                <w:rFonts w:ascii="宋体" w:hAnsi="宋体" w:eastAsia="宋体"/>
                <w:b w:val="0"/>
                <w:sz w:val="18"/>
              </w:rPr>
              <w:t>师：求两个数的最大公因数，可以依次用这两个数公有的质因数去除，直到最后得到的两个商互质为止，然后把公有的质因数相乘就是它们的最大公因数。如：</w:t>
            </w:r>
          </w:p>
          <w:p>
            <w:pPr>
              <w:spacing w:after="20" w:line="276" w:lineRule="auto"/>
            </w:pPr>
            <w:r>
              <w:rPr>
                <w:rFonts w:ascii="宋体" w:hAnsi="宋体" w:eastAsia="宋体"/>
                <w:b w:val="0"/>
                <w:sz w:val="18"/>
              </w:rPr>
              <w:t>(边介绍边板书)</w:t>
            </w:r>
          </w:p>
          <w:p>
            <w:pPr>
              <w:spacing w:after="20" w:line="276" w:lineRule="auto"/>
            </w:pPr>
            <w:r>
              <w:rPr>
                <w:rFonts w:ascii="宋体" w:hAnsi="宋体" w:eastAsia="宋体"/>
                <w:b w:val="0"/>
                <w:sz w:val="18"/>
              </w:rPr>
              <w:t>师：用短除法求两个数的最大公因数时需要注意些什么？</w:t>
            </w:r>
          </w:p>
          <w:p>
            <w:pPr>
              <w:spacing w:after="20" w:line="276" w:lineRule="auto"/>
            </w:pPr>
            <w:r>
              <w:rPr>
                <w:rFonts w:ascii="宋体" w:hAnsi="宋体" w:eastAsia="宋体"/>
                <w:b w:val="0"/>
                <w:sz w:val="18"/>
              </w:rPr>
              <w:t>师：真好，请大家用刚才学到的短除法求12和16的最大公因数。</w:t>
            </w:r>
          </w:p>
          <w:p>
            <w:pPr>
              <w:spacing w:after="20" w:line="276" w:lineRule="auto"/>
            </w:pPr>
            <w:r>
              <w:rPr>
                <w:rFonts w:ascii="宋体" w:hAnsi="宋体" w:eastAsia="宋体"/>
                <w:b w:val="0"/>
                <w:sz w:val="18"/>
              </w:rPr>
              <w:t>3．回忆总结，提炼方法。</w:t>
            </w:r>
          </w:p>
          <w:p>
            <w:pPr>
              <w:spacing w:after="20" w:line="276" w:lineRule="auto"/>
            </w:pPr>
            <w:r>
              <w:rPr>
                <w:rFonts w:ascii="宋体" w:hAnsi="宋体" w:eastAsia="宋体"/>
                <w:b w:val="0"/>
                <w:sz w:val="18"/>
              </w:rPr>
              <w:t>师：我们一起回忆一下今天的学习过程，怎样求两个数的公因数和最大公因数？两个数的公因数和最大公因数之间有什么关系？</w:t>
            </w:r>
          </w:p>
        </w:tc>
        <w:tc>
          <w:tcPr>
            <w:tcW w:type="dxa" w:w="3061"/>
          </w:tcPr>
          <w:p>
            <w:pPr>
              <w:spacing w:after="20" w:line="276" w:lineRule="auto"/>
            </w:pPr>
            <w:r/>
            <w:r>
              <w:rPr>
                <w:rFonts w:ascii="宋体" w:hAnsi="宋体" w:eastAsia="宋体"/>
                <w:b w:val="0"/>
                <w:sz w:val="18"/>
              </w:rPr>
              <w:t>预设1：列举法。</w:t>
            </w:r>
          </w:p>
          <w:p>
            <w:pPr>
              <w:spacing w:after="20" w:line="276" w:lineRule="auto"/>
            </w:pPr>
            <w:r>
              <w:rPr>
                <w:rFonts w:ascii="宋体" w:hAnsi="宋体" w:eastAsia="宋体"/>
                <w:b w:val="0"/>
                <w:sz w:val="18"/>
              </w:rPr>
              <w:t>预设2：筛选法。18的因数有1，2，3，6，9，18。27的因数有1，3，9，27。所以18和27的公因数有1，3，9。最大公因数是9。</w:t>
            </w:r>
          </w:p>
          <w:p>
            <w:pPr>
              <w:spacing w:after="20" w:line="276" w:lineRule="auto"/>
            </w:pPr>
            <w:r>
              <w:rPr>
                <w:rFonts w:ascii="宋体" w:hAnsi="宋体" w:eastAsia="宋体"/>
                <w:b w:val="0"/>
                <w:sz w:val="18"/>
              </w:rPr>
              <w:t>预设3：分解质因数法。</w:t>
            </w:r>
          </w:p>
          <w:p>
            <w:pPr>
              <w:spacing w:after="20" w:line="276" w:lineRule="auto"/>
            </w:pPr>
            <w:r>
              <w:rPr>
                <w:rFonts w:ascii="宋体" w:hAnsi="宋体" w:eastAsia="宋体"/>
                <w:b w:val="0"/>
                <w:sz w:val="18"/>
              </w:rPr>
              <w:t>学生独立分解质因数。</w:t>
            </w:r>
          </w:p>
          <w:p>
            <w:pPr>
              <w:spacing w:after="20" w:line="276" w:lineRule="auto"/>
            </w:pPr>
            <w:r>
              <w:rPr>
                <w:rFonts w:ascii="宋体" w:hAnsi="宋体" w:eastAsia="宋体"/>
                <w:b w:val="0"/>
                <w:sz w:val="18"/>
              </w:rPr>
              <w:t>它们的最大公因数都是1。</w:t>
            </w:r>
          </w:p>
          <w:p>
            <w:pPr>
              <w:spacing w:after="20" w:line="276" w:lineRule="auto"/>
            </w:pPr>
            <w:r>
              <w:rPr>
                <w:rFonts w:ascii="宋体" w:hAnsi="宋体" w:eastAsia="宋体"/>
                <w:b w:val="0"/>
                <w:sz w:val="18"/>
              </w:rPr>
              <w:t>学生可能会说：①1和任何非0自然数互质；②两个不同的质数互质；③2和任意奇数互质；④相邻的两个自然数互质……教师要实时举例引导：互质的两个数不一定都是质数，如9和10都是合数，但是它们除了公因数1以外，没有其他公因数，所以它们就是互质数。</w:t>
            </w:r>
          </w:p>
          <w:p>
            <w:pPr>
              <w:spacing w:after="20" w:line="276" w:lineRule="auto"/>
            </w:pPr>
            <w:r>
              <w:rPr>
                <w:rFonts w:ascii="宋体" w:hAnsi="宋体" w:eastAsia="宋体"/>
                <w:b w:val="0"/>
                <w:sz w:val="18"/>
              </w:rPr>
              <w:t>里面提到了一种短除法。</w:t>
            </w:r>
          </w:p>
          <w:p>
            <w:pPr>
              <w:spacing w:after="20" w:line="276" w:lineRule="auto"/>
            </w:pPr>
            <w:r>
              <w:rPr>
                <w:rFonts w:ascii="宋体" w:hAnsi="宋体" w:eastAsia="宋体"/>
                <w:b w:val="0"/>
                <w:sz w:val="18"/>
              </w:rPr>
              <w:t>学生自学教科书P61“你知道吗？”。</w:t>
            </w:r>
          </w:p>
          <w:p>
            <w:pPr>
              <w:spacing w:after="20" w:line="276" w:lineRule="auto"/>
            </w:pPr>
            <w:r>
              <w:rPr>
                <w:rFonts w:ascii="宋体" w:hAnsi="宋体" w:eastAsia="宋体"/>
                <w:b w:val="0"/>
                <w:sz w:val="18"/>
              </w:rPr>
              <w:t>学生可能会说：用两个数公有的质因数去除，直到最后的商互质为止，然后把公有的质因数依次乘起来。</w:t>
            </w:r>
          </w:p>
          <w:p>
            <w:pPr>
              <w:spacing w:after="20" w:line="276" w:lineRule="auto"/>
            </w:pPr>
            <w:r>
              <w:rPr>
                <w:rFonts w:ascii="宋体" w:hAnsi="宋体" w:eastAsia="宋体"/>
                <w:b w:val="0"/>
                <w:sz w:val="18"/>
              </w:rPr>
              <w:t>学生可能会说：求最大公因数可以用集合法、列举法、筛选法、分解质因数法、短除法；有了公因数就能找到最大公因数，知道最大公因数就能找到所有公因数；公因数是最大公因数的所有因数；最大公因数是公因数的倍数；最大公因数只有1个，公因数不一定只有1个……</w:t>
            </w:r>
          </w:p>
        </w:tc>
        <w:tc>
          <w:tcPr>
            <w:tcW w:type="dxa" w:w="1814"/>
          </w:tcPr>
          <w:p>
            <w:pPr>
              <w:spacing w:after="20" w:line="276" w:lineRule="auto"/>
            </w:pPr>
            <w:r/>
            <w:r>
              <w:rPr>
                <w:rFonts w:ascii="宋体" w:hAnsi="宋体" w:eastAsia="宋体"/>
                <w:b w:val="0"/>
                <w:sz w:val="18"/>
              </w:rPr>
              <w:t>通过学生自由发言，教师可以了解学生对求两个数的公因数和最大公因数知识的掌握情况，并以此作为调整课堂教学思路的主要依据。</w:t>
            </w:r>
          </w:p>
          <w:p>
            <w:pPr>
              <w:spacing w:after="20" w:line="276" w:lineRule="auto"/>
            </w:pPr>
            <w:r>
              <w:rPr>
                <w:rFonts w:ascii="宋体" w:hAnsi="宋体" w:eastAsia="宋体"/>
                <w:b w:val="0"/>
                <w:sz w:val="18"/>
              </w:rPr>
              <w:t>学生学习互质数的知识，为学习用短除法求最大公因数作铺垫。</w:t>
            </w:r>
          </w:p>
          <w:p>
            <w:pPr>
              <w:spacing w:after="20" w:line="276" w:lineRule="auto"/>
            </w:pPr>
            <w:r>
              <w:rPr>
                <w:rFonts w:ascii="宋体" w:hAnsi="宋体" w:eastAsia="宋体"/>
                <w:b w:val="0"/>
                <w:sz w:val="18"/>
              </w:rPr>
              <w:t>通过讨论让学生明白公因数与最大公因数之间的关系，学生在参与实践的过程中，不仅获得了知识，更体验到成功的快乐。</w:t>
            </w:r>
          </w:p>
        </w:tc>
      </w:tr>
      <w:tr>
        <w:tc>
          <w:tcPr>
            <w:tcW w:type="dxa" w:w="1474"/>
          </w:tcPr>
          <w:p>
            <w:pPr>
              <w:spacing w:after="20" w:line="276" w:lineRule="auto"/>
            </w:pPr>
            <w:r>
              <w:rPr>
                <w:b/>
              </w:rPr>
            </w:r>
            <w:r>
              <w:rPr>
                <w:rFonts w:ascii="宋体" w:hAnsi="宋体" w:eastAsia="宋体"/>
                <w:b/>
                <w:sz w:val="18"/>
              </w:rPr>
              <w:t>四、实践应用，巩固拓展</w:t>
            </w:r>
          </w:p>
        </w:tc>
        <w:tc>
          <w:tcPr>
            <w:tcW w:type="dxa" w:w="3061"/>
          </w:tcPr>
          <w:p>
            <w:pPr>
              <w:spacing w:after="20" w:line="276" w:lineRule="auto"/>
            </w:pPr>
            <w:r/>
            <w:r>
              <w:rPr>
                <w:rFonts w:ascii="宋体" w:hAnsi="宋体" w:eastAsia="宋体"/>
                <w:b w:val="0"/>
                <w:sz w:val="18"/>
              </w:rPr>
              <w:t>(1)学生独立完成，教师个别辅导。</w:t>
            </w:r>
          </w:p>
          <w:p>
            <w:pPr>
              <w:spacing w:after="20" w:line="276" w:lineRule="auto"/>
            </w:pPr>
            <w:r>
              <w:rPr>
                <w:rFonts w:ascii="宋体" w:hAnsi="宋体" w:eastAsia="宋体"/>
                <w:b w:val="0"/>
                <w:sz w:val="18"/>
              </w:rPr>
              <w:t>(2)集中评价。</w:t>
            </w:r>
          </w:p>
          <w:p>
            <w:pPr>
              <w:spacing w:after="20" w:line="276" w:lineRule="auto"/>
            </w:pPr>
            <w:r>
              <w:rPr>
                <w:rFonts w:ascii="宋体" w:hAnsi="宋体" w:eastAsia="宋体"/>
                <w:b w:val="0"/>
                <w:sz w:val="18"/>
              </w:rPr>
              <w:t>(1)课件出示。</w:t>
            </w:r>
          </w:p>
          <w:p>
            <w:pPr>
              <w:spacing w:after="20" w:line="276" w:lineRule="auto"/>
            </w:pPr>
            <w:r>
              <w:rPr>
                <w:rFonts w:ascii="宋体" w:hAnsi="宋体" w:eastAsia="宋体"/>
                <w:b w:val="0"/>
                <w:sz w:val="18"/>
              </w:rPr>
              <w:t>(2)小组比赛，看哪个小组完成得又对又快。</w:t>
            </w:r>
          </w:p>
          <w:p>
            <w:pPr>
              <w:spacing w:after="20" w:line="276" w:lineRule="auto"/>
            </w:pPr>
            <w:r>
              <w:rPr>
                <w:rFonts w:ascii="宋体" w:hAnsi="宋体" w:eastAsia="宋体"/>
                <w:b w:val="0"/>
                <w:sz w:val="18"/>
              </w:rPr>
              <w:t>师：下面我们来进行一个写最大公因数的比赛，通过完成此题，你们有什么发现？</w:t>
            </w:r>
          </w:p>
          <w:p>
            <w:pPr>
              <w:spacing w:after="20" w:line="276" w:lineRule="auto"/>
            </w:pPr>
            <w:r>
              <w:rPr>
                <w:rFonts w:ascii="宋体" w:hAnsi="宋体" w:eastAsia="宋体"/>
                <w:b w:val="0"/>
                <w:sz w:val="18"/>
              </w:rPr>
              <w:t>板书：当两个数成倍数关系时，较小的数就是它们的最大公因数。</w:t>
            </w:r>
          </w:p>
        </w:tc>
        <w:tc>
          <w:tcPr>
            <w:tcW w:type="dxa" w:w="3061"/>
          </w:tcPr>
          <w:p>
            <w:pPr>
              <w:spacing w:after="20" w:line="276" w:lineRule="auto"/>
            </w:pPr>
            <w:r/>
            <w:r>
              <w:rPr>
                <w:rFonts w:ascii="宋体" w:hAnsi="宋体" w:eastAsia="宋体"/>
                <w:b w:val="0"/>
                <w:sz w:val="18"/>
              </w:rPr>
              <w:t>1.学生独立完成教科书P61“做一做”第1、2题。</w:t>
            </w:r>
          </w:p>
          <w:p>
            <w:pPr>
              <w:spacing w:after="20" w:line="276" w:lineRule="auto"/>
            </w:pPr>
            <w:r>
              <w:rPr>
                <w:rFonts w:ascii="宋体" w:hAnsi="宋体" w:eastAsia="宋体"/>
                <w:b w:val="0"/>
                <w:sz w:val="18"/>
              </w:rPr>
              <w:t>第1题中引导学生列举完整，说说每个圈中填的是什么。第2题学生自主尝试用集合图分类解答。</w:t>
            </w:r>
          </w:p>
          <w:p>
            <w:pPr>
              <w:spacing w:after="20" w:line="276" w:lineRule="auto"/>
            </w:pPr>
            <w:r>
              <w:rPr>
                <w:rFonts w:ascii="宋体" w:hAnsi="宋体" w:eastAsia="宋体"/>
                <w:b w:val="0"/>
                <w:sz w:val="18"/>
              </w:rPr>
              <w:t>2．学生独立完成教科书P61“做一做”第3题。</w:t>
            </w:r>
          </w:p>
          <w:p>
            <w:pPr>
              <w:spacing w:after="20" w:line="276" w:lineRule="auto"/>
            </w:pPr>
            <w:r>
              <w:rPr>
                <w:rFonts w:ascii="宋体" w:hAnsi="宋体" w:eastAsia="宋体"/>
                <w:b w:val="0"/>
                <w:sz w:val="18"/>
              </w:rPr>
              <w:t>学生可能会说出：①互质的两个数的最大公因数是1；②两个数成倍数关系时，它们的最大公因数是较小的那个数；③用短除法求最大公因数比较简便。</w:t>
            </w:r>
          </w:p>
        </w:tc>
        <w:tc>
          <w:tcPr>
            <w:tcW w:type="dxa" w:w="1814"/>
          </w:tcPr>
          <w:p>
            <w:pPr>
              <w:spacing w:after="20" w:line="276" w:lineRule="auto"/>
            </w:pPr>
            <w:r/>
            <w:r>
              <w:rPr>
                <w:rFonts w:ascii="宋体" w:hAnsi="宋体" w:eastAsia="宋体"/>
                <w:b w:val="0"/>
                <w:sz w:val="18"/>
              </w:rPr>
              <w:t>帮助学生进一步理解因数和公因数的联系与区别，巩固因数和公因数的概念。</w:t>
            </w:r>
          </w:p>
          <w:p>
            <w:pPr>
              <w:spacing w:after="20" w:line="276" w:lineRule="auto"/>
            </w:pPr>
            <w:r>
              <w:rPr>
                <w:rFonts w:ascii="宋体" w:hAnsi="宋体" w:eastAsia="宋体"/>
                <w:b w:val="0"/>
                <w:sz w:val="18"/>
              </w:rPr>
              <w:t>本环节练习层次清楚，由易到难，充分调动学生学习的积极性，让学生在具体的情境中合理选择解决问题的策略。</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师：其实，关于求公因数和最大公因数的方法多种多样，通过本节课的学习，你们有什么样的收获？</w:t>
            </w:r>
          </w:p>
          <w:p>
            <w:pPr>
              <w:spacing w:after="20" w:line="276" w:lineRule="auto"/>
            </w:pPr>
            <w:r>
              <w:rPr>
                <w:rFonts w:ascii="宋体" w:hAnsi="宋体" w:eastAsia="宋体"/>
                <w:b w:val="0"/>
                <w:sz w:val="18"/>
              </w:rPr>
              <w:t>师：数学是思维的体操，数学的美需要我们不断地去发现，去研究，去创造。</w:t>
            </w:r>
          </w:p>
        </w:tc>
        <w:tc>
          <w:tcPr>
            <w:tcW w:type="dxa" w:w="3061"/>
          </w:tcPr>
          <w:p>
            <w:pPr>
              <w:spacing w:after="20" w:line="276" w:lineRule="auto"/>
            </w:pPr>
            <w:r/>
            <w:r>
              <w:rPr>
                <w:rFonts w:ascii="宋体" w:hAnsi="宋体" w:eastAsia="宋体"/>
                <w:b w:val="0"/>
                <w:sz w:val="18"/>
              </w:rPr>
              <w:t>学生可能总结出公因数、最大公因数、互质数的概念，可能总结出求最大公因数的方法……</w:t>
            </w:r>
          </w:p>
        </w:tc>
        <w:tc>
          <w:tcPr>
            <w:tcW w:type="dxa" w:w="1814"/>
          </w:tcPr>
          <w:p>
            <w:pPr>
              <w:spacing w:after="20" w:line="276" w:lineRule="auto"/>
            </w:pPr>
            <w:r/>
            <w:r>
              <w:rPr>
                <w:rFonts w:ascii="宋体" w:hAnsi="宋体" w:eastAsia="宋体"/>
                <w:b w:val="0"/>
                <w:sz w:val="18"/>
              </w:rPr>
              <w:t>学生对自己的学习过程、经验、方法的回顾与反思，是学习过程的重要组成部分，是提高学生数学素养的途径之一。</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最大公因数</w:t>
      </w:r>
    </w:p>
    <w:p>
      <w:pPr>
        <w:spacing w:after="40" w:line="300" w:lineRule="auto"/>
      </w:pPr>
      <w:r>
        <w:rPr>
          <w:rFonts w:ascii="宋体" w:hAnsi="宋体" w:eastAsia="宋体"/>
          <w:b w:val="0"/>
          <w:sz w:val="20"/>
        </w:rPr>
        <w:t>1，2，4是8和12公有的因数，叫作它们的公因数。其中，4是最大的公因数，叫作它们的最大公因数。</w:t>
      </w:r>
    </w:p>
    <w:p>
      <w:pPr>
        <w:spacing w:after="40" w:line="300" w:lineRule="auto"/>
      </w:pPr>
      <w:r>
        <w:rPr>
          <w:rFonts w:ascii="宋体" w:hAnsi="宋体" w:eastAsia="宋体"/>
          <w:b w:val="0"/>
          <w:sz w:val="20"/>
        </w:rPr>
        <w:t>列举法：  短除法：</w:t>
      </w:r>
    </w:p>
    <w:p>
      <w:pPr>
        <w:spacing w:after="40" w:line="300" w:lineRule="auto"/>
      </w:pPr>
      <w:r>
        <w:rPr>
          <w:rFonts w:ascii="宋体" w:hAnsi="宋体" w:eastAsia="宋体"/>
          <w:b w:val="0"/>
          <w:sz w:val="20"/>
        </w:rPr>
        <w:t>当两个数成倍数关系时，较小的数就是它们的最大公因数。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教科书P60例1、例2，完成教科书P61“做一做”第1～3题。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学生在汇报8，12的因数时，教师同步板书，当全部板书完成后，再用集合圈分别圈起来。 【教学提示】 “质因数”在本套教科书没有出现，此时教师可以介绍什么是质因数。 【教学提示】 集合图对于学生来说，填写有一定的难度，一定要通过板书，让学生经历各部分应该填写在哪里的这个过程。 【教学提示】 此环节中的短除法、互质数都不是现行教科书的内容，但是其对学生今后的学习很有用，所以很多教师将这两个内容进行补充。教师可以根据实际情况确定是否讲授本环节。 【教学提示】 当学生有不同的结果时，教师要耐心倾听学生是怎么想的。</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以往的教科书中，分解质因数、短除法一直是必学的内容，考虑到求最大公因数、最小公倍数主要用于约分和通分，允许学生用多种方法求最大公因数和最小公倍数，那么分解质因数、短除法就不再是唯一的方法，为了减少理论概念，教科书就把这两个内容作为拓展内容，安排在“你知道吗？”中介绍。事实上，从学生的长期发展来看，这两种方法还是要掌握的，所以本节课的设计中，还是将这两个内容补充进来。</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最小公倍数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最小公倍数</w:t>
            </w:r>
          </w:p>
        </w:tc>
        <w:tc>
          <w:tcPr>
            <w:tcW w:type="dxa" w:w="6009"/>
          </w:tcPr>
          <w:p>
            <w:pPr>
              <w:spacing w:after="20" w:line="276" w:lineRule="auto"/>
            </w:pPr>
            <w:r/>
            <w:r>
              <w:rPr>
                <w:rFonts w:ascii="宋体" w:hAnsi="宋体" w:eastAsia="宋体"/>
                <w:b w:val="0"/>
                <w:sz w:val="20"/>
              </w:rPr>
              <w:t>第4单元 分数的意义和性质（通分）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教学内容：教科书P68~69例1、例2、“做一做”及“你知道吗？”，完成教科书P71“练习十七”中第1~3题。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（1）理解两个数的公倍数和最小公倍数的意义；掌握求两个数的公倍数和最小公倍数的方法。</w:t>
      </w:r>
    </w:p>
    <w:p>
      <w:pPr>
        <w:spacing w:after="20" w:line="300" w:lineRule="auto"/>
        <w:ind w:firstLine="400"/>
      </w:pPr>
      <w:r>
        <w:rPr>
          <w:rFonts w:ascii="宋体" w:hAnsi="宋体" w:eastAsia="宋体"/>
          <w:b w:val="0"/>
          <w:sz w:val="20"/>
        </w:rPr>
        <w:t>（2）经历探究过程，体验观察、迁移、发现等学习方法，培养学生的归纳概括能力，发展数感。</w:t>
      </w:r>
    </w:p>
    <w:p>
      <w:pPr>
        <w:spacing w:after="20" w:line="300" w:lineRule="auto"/>
        <w:ind w:firstLine="400"/>
      </w:pPr>
      <w:r>
        <w:rPr>
          <w:rFonts w:ascii="宋体" w:hAnsi="宋体" w:eastAsia="宋体"/>
          <w:b w:val="0"/>
          <w:sz w:val="20"/>
        </w:rPr>
        <w:t>（3）调动学生的生活经验，激发学生学习数学的兴趣。</w:t>
      </w:r>
    </w:p>
    <w:p>
      <w:pPr>
        <w:spacing w:after="20" w:line="300" w:lineRule="auto"/>
      </w:pPr>
      <w:r>
        <w:rPr>
          <w:rFonts w:ascii="宋体" w:hAnsi="宋体" w:eastAsia="宋体"/>
          <w:b w:val="0"/>
          <w:sz w:val="20"/>
        </w:rPr>
        <w:t>教学重点：求两个数的最小公倍数的方法。</w:t>
      </w:r>
    </w:p>
    <w:p>
      <w:pPr>
        <w:spacing w:after="20" w:line="300" w:lineRule="auto"/>
      </w:pPr>
      <w:r>
        <w:rPr>
          <w:rFonts w:ascii="宋体" w:hAnsi="宋体" w:eastAsia="宋体"/>
          <w:b w:val="0"/>
          <w:sz w:val="20"/>
        </w:rPr>
        <w:t>教学难点：本节课的教学重点也是教学难点。</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一、游戏活动，揭示概念</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你们都记住了自己报的数吗？；我想采访一下1号同学，你有机会站起来吗？为什么？</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二、合作探究，建立概念</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大家能借鉴公因数的学习，用一个图来表示吗？；你们认为这个图表示的意思准确吗？为什么？</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三、自主探索，解决问题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我们已经知道了公倍数和最小公倍数的意义，那么怎么求两个数的公倍数和最小公倍数呢？；同学们的这些方法都不错，你们还有其他的方法吗？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四、实践应用，归纳方法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同学们，仔细观察这些数，你们能发现每组中的两个数有什么特点吗？；继续观察，它们的最小公倍数有什么规律吗？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五、巩固练习，提升技能</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回顾今天的学习过程，你们有什么收获呢？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一、游戏活动，揭示概念</w:t>
            </w:r>
          </w:p>
        </w:tc>
        <w:tc>
          <w:tcPr>
            <w:tcW w:type="dxa" w:w="3061"/>
          </w:tcPr>
          <w:p>
            <w:pPr>
              <w:spacing w:after="20" w:line="276" w:lineRule="auto"/>
            </w:pPr>
            <w:r/>
            <w:r>
              <w:rPr>
                <w:rFonts w:ascii="宋体" w:hAnsi="宋体" w:eastAsia="宋体"/>
                <w:b w:val="0"/>
                <w:sz w:val="18"/>
              </w:rPr>
              <w:t>师：同学们，我们来玩一个游戏，首先报数。从第一组第一列第一个同学开始，报数字1，后面接着报数字2，按顺序报，第一列报完了，第二列接着报，一直到全班同学都报完。每名同学记住自己报的数，等会儿要用到。开始！</w:t>
            </w:r>
          </w:p>
          <w:p>
            <w:pPr>
              <w:spacing w:after="20" w:line="276" w:lineRule="auto"/>
            </w:pPr>
            <w:r>
              <w:rPr>
                <w:rFonts w:ascii="宋体" w:hAnsi="宋体" w:eastAsia="宋体"/>
                <w:b w:val="0"/>
                <w:sz w:val="18"/>
              </w:rPr>
              <w:t>师：你们都记住了自己报的数吗？</w:t>
            </w:r>
          </w:p>
          <w:p>
            <w:pPr>
              <w:spacing w:after="20" w:line="276" w:lineRule="auto"/>
            </w:pPr>
            <w:r>
              <w:rPr>
                <w:rFonts w:ascii="宋体" w:hAnsi="宋体" w:eastAsia="宋体"/>
                <w:b w:val="0"/>
                <w:sz w:val="18"/>
              </w:rPr>
              <w:t>师：请2号同学站到前面讲台位置。</w:t>
            </w:r>
          </w:p>
          <w:p>
            <w:pPr>
              <w:spacing w:after="20" w:line="276" w:lineRule="auto"/>
            </w:pPr>
            <w:r>
              <w:rPr>
                <w:rFonts w:ascii="宋体" w:hAnsi="宋体" w:eastAsia="宋体"/>
                <w:b w:val="0"/>
                <w:sz w:val="18"/>
              </w:rPr>
              <w:t>师：请报的数是2的倍数的同学站起来，请2号同学任选一个数进行判断。</w:t>
            </w:r>
          </w:p>
          <w:p>
            <w:pPr>
              <w:spacing w:after="20" w:line="276" w:lineRule="auto"/>
            </w:pPr>
            <w:r>
              <w:rPr>
                <w:rFonts w:ascii="宋体" w:hAnsi="宋体" w:eastAsia="宋体"/>
                <w:b w:val="0"/>
                <w:sz w:val="18"/>
              </w:rPr>
              <w:t>师：再请3号同学站到前面讲台位置。</w:t>
            </w:r>
          </w:p>
          <w:p>
            <w:pPr>
              <w:spacing w:after="20" w:line="276" w:lineRule="auto"/>
            </w:pPr>
            <w:r>
              <w:rPr>
                <w:rFonts w:ascii="宋体" w:hAnsi="宋体" w:eastAsia="宋体"/>
                <w:b w:val="0"/>
                <w:sz w:val="18"/>
              </w:rPr>
              <w:t>师：请报的数是3的倍数的同学站起来，请3号同学任选一个数进行判断。</w:t>
            </w:r>
          </w:p>
          <w:p>
            <w:pPr>
              <w:spacing w:after="20" w:line="276" w:lineRule="auto"/>
            </w:pPr>
            <w:r>
              <w:rPr>
                <w:rFonts w:ascii="宋体" w:hAnsi="宋体" w:eastAsia="宋体"/>
                <w:b w:val="0"/>
                <w:sz w:val="18"/>
              </w:rPr>
              <w:t>师：我想采访一下1号同学，你有机会站起来吗？为什么？</w:t>
            </w:r>
          </w:p>
          <w:p>
            <w:pPr>
              <w:spacing w:after="20" w:line="276" w:lineRule="auto"/>
            </w:pPr>
            <w:r>
              <w:rPr>
                <w:rFonts w:ascii="宋体" w:hAnsi="宋体" w:eastAsia="宋体"/>
                <w:b w:val="0"/>
                <w:sz w:val="18"/>
              </w:rPr>
              <w:t>师：我们之前已经学习了公因数和最大公因数。谁能解释一下下面这个图的意思？</w:t>
            </w:r>
          </w:p>
          <w:p>
            <w:pPr>
              <w:spacing w:after="20" w:line="276" w:lineRule="auto"/>
            </w:pPr>
            <w:r>
              <w:rPr>
                <w:rFonts w:ascii="宋体" w:hAnsi="宋体" w:eastAsia="宋体"/>
                <w:b w:val="0"/>
                <w:sz w:val="18"/>
              </w:rPr>
              <w:t>师：报6的同学你能说说为什么两次都要站起来吗？</w:t>
            </w:r>
          </w:p>
          <w:p>
            <w:pPr>
              <w:spacing w:after="20" w:line="276" w:lineRule="auto"/>
            </w:pPr>
            <w:r>
              <w:rPr>
                <w:rFonts w:ascii="宋体" w:hAnsi="宋体" w:eastAsia="宋体"/>
                <w:b w:val="0"/>
                <w:sz w:val="18"/>
              </w:rPr>
              <w:t>师：6既是2的倍数，又是3的倍数，可以说6是2和3公有的倍数。报12的同学能说一说为什么你也要站两次吗？</w:t>
            </w:r>
          </w:p>
          <w:p>
            <w:pPr>
              <w:spacing w:after="20" w:line="276" w:lineRule="auto"/>
            </w:pPr>
            <w:r>
              <w:rPr>
                <w:rFonts w:ascii="宋体" w:hAnsi="宋体" w:eastAsia="宋体"/>
                <w:b w:val="0"/>
                <w:sz w:val="18"/>
              </w:rPr>
              <w:t>师：说得很好！这样的数你们还知道哪些？</w:t>
            </w:r>
          </w:p>
          <w:p>
            <w:pPr>
              <w:spacing w:after="20" w:line="276" w:lineRule="auto"/>
            </w:pPr>
            <w:r>
              <w:rPr>
                <w:rFonts w:ascii="宋体" w:hAnsi="宋体" w:eastAsia="宋体"/>
                <w:b w:val="0"/>
                <w:sz w:val="18"/>
              </w:rPr>
              <w:t>师：与公因数和最大公因数类似，像6、12、18等这些数都是2和3公有的倍数，你们能取一个合适的名字吗？</w:t>
            </w:r>
          </w:p>
          <w:p>
            <w:pPr>
              <w:spacing w:after="20" w:line="276" w:lineRule="auto"/>
            </w:pPr>
            <w:r>
              <w:rPr>
                <w:rFonts w:ascii="宋体" w:hAnsi="宋体" w:eastAsia="宋体"/>
                <w:b w:val="0"/>
                <w:sz w:val="18"/>
              </w:rPr>
              <w:t>师：请大家再观察一下，2和3的公倍数能找出最大的吗？最小的是几？</w:t>
            </w:r>
          </w:p>
          <w:p>
            <w:pPr>
              <w:spacing w:after="20" w:line="276" w:lineRule="auto"/>
            </w:pPr>
            <w:r>
              <w:rPr>
                <w:rFonts w:ascii="宋体" w:hAnsi="宋体" w:eastAsia="宋体"/>
                <w:b w:val="0"/>
                <w:sz w:val="18"/>
              </w:rPr>
              <w:t>师：很好。6是2和3的公倍数中最小的一个，我们称它是2和3的最小公倍数。（板书课题：最小公倍数）</w:t>
            </w:r>
          </w:p>
          <w:p>
            <w:pPr>
              <w:spacing w:after="20" w:line="276" w:lineRule="auto"/>
            </w:pPr>
            <w:r>
              <w:rPr>
                <w:rFonts w:ascii="宋体" w:hAnsi="宋体" w:eastAsia="宋体"/>
                <w:b w:val="0"/>
                <w:sz w:val="18"/>
              </w:rPr>
              <w:t>师：正像同学们说的，2和3的公倍数的个数是无限的，不可能有最大的公倍数，所以在研究两个数的公倍数问题时一般只研究最小公倍数。</w:t>
            </w:r>
          </w:p>
        </w:tc>
        <w:tc>
          <w:tcPr>
            <w:tcW w:type="dxa" w:w="3061"/>
          </w:tcPr>
          <w:p>
            <w:pPr>
              <w:spacing w:after="20" w:line="276" w:lineRule="auto"/>
            </w:pPr>
            <w:r/>
            <w:r>
              <w:rPr>
                <w:rFonts w:ascii="宋体" w:hAnsi="宋体" w:eastAsia="宋体"/>
                <w:b w:val="0"/>
                <w:sz w:val="18"/>
              </w:rPr>
              <w:t>学生开始报数。</w:t>
            </w:r>
          </w:p>
          <w:p>
            <w:pPr>
              <w:spacing w:after="20" w:line="276" w:lineRule="auto"/>
            </w:pPr>
            <w:r>
              <w:rPr>
                <w:rFonts w:ascii="宋体" w:hAnsi="宋体" w:eastAsia="宋体"/>
                <w:b w:val="0"/>
                <w:sz w:val="18"/>
              </w:rPr>
              <w:t>学生可能会选择4,因为4是2的倍数。</w:t>
            </w:r>
          </w:p>
          <w:p>
            <w:pPr>
              <w:spacing w:after="20" w:line="276" w:lineRule="auto"/>
            </w:pPr>
            <w:r>
              <w:rPr>
                <w:rFonts w:ascii="宋体" w:hAnsi="宋体" w:eastAsia="宋体"/>
                <w:b w:val="0"/>
                <w:sz w:val="18"/>
              </w:rPr>
              <w:t>学生可能会选择6,因为6是3的倍数。</w:t>
            </w:r>
          </w:p>
          <w:p>
            <w:pPr>
              <w:spacing w:after="20" w:line="276" w:lineRule="auto"/>
            </w:pPr>
            <w:r>
              <w:rPr>
                <w:rFonts w:ascii="宋体" w:hAnsi="宋体" w:eastAsia="宋体"/>
                <w:b w:val="0"/>
                <w:sz w:val="18"/>
              </w:rPr>
              <w:t>1号同学可能会说，1是所有自然数的因数，不是2或3的倍数，所以没有机会站起来。</w:t>
            </w:r>
          </w:p>
          <w:p>
            <w:pPr>
              <w:spacing w:after="20" w:line="276" w:lineRule="auto"/>
            </w:pPr>
            <w:r>
              <w:rPr>
                <w:rFonts w:ascii="宋体" w:hAnsi="宋体" w:eastAsia="宋体"/>
                <w:b w:val="0"/>
                <w:sz w:val="18"/>
              </w:rPr>
              <w:t>学生会说，2的因数有1和2,3的因数有1和3,1是2和3的公因数，也是2和3的最大公因数。</w:t>
            </w:r>
          </w:p>
          <w:p>
            <w:pPr>
              <w:spacing w:after="20" w:line="276" w:lineRule="auto"/>
            </w:pPr>
            <w:r>
              <w:rPr>
                <w:rFonts w:ascii="宋体" w:hAnsi="宋体" w:eastAsia="宋体"/>
                <w:b w:val="0"/>
                <w:sz w:val="18"/>
              </w:rPr>
              <w:t>6号学生可能会说，6既是2的倍数，又是3的倍数，所以两次都要站起来。</w:t>
            </w:r>
          </w:p>
          <w:p>
            <w:pPr>
              <w:spacing w:after="20" w:line="276" w:lineRule="auto"/>
            </w:pPr>
            <w:r>
              <w:rPr>
                <w:rFonts w:ascii="宋体" w:hAnsi="宋体" w:eastAsia="宋体"/>
                <w:b w:val="0"/>
                <w:sz w:val="18"/>
              </w:rPr>
              <w:t>学生可能会说12也是2和3公有的倍数，所以也要两次都站起来。</w:t>
            </w:r>
          </w:p>
          <w:p>
            <w:pPr>
              <w:spacing w:after="20" w:line="276" w:lineRule="auto"/>
            </w:pPr>
            <w:r>
              <w:rPr>
                <w:rFonts w:ascii="宋体" w:hAnsi="宋体" w:eastAsia="宋体"/>
                <w:b w:val="0"/>
                <w:sz w:val="18"/>
              </w:rPr>
              <w:t>有学生可能会说出公倍数。</w:t>
            </w:r>
          </w:p>
          <w:p>
            <w:pPr>
              <w:spacing w:after="20" w:line="276" w:lineRule="auto"/>
            </w:pPr>
            <w:r>
              <w:rPr>
                <w:rFonts w:ascii="宋体" w:hAnsi="宋体" w:eastAsia="宋体"/>
                <w:b w:val="0"/>
                <w:sz w:val="18"/>
              </w:rPr>
              <w:t>学生知道一个数的倍数的个数是无限的，公倍数的个数也应该是无限的。所以找不出最大的公倍数，最小的公倍数是6。</w:t>
            </w:r>
          </w:p>
        </w:tc>
        <w:tc>
          <w:tcPr>
            <w:tcW w:type="dxa" w:w="1814"/>
          </w:tcPr>
          <w:p>
            <w:pPr>
              <w:spacing w:after="20" w:line="276" w:lineRule="auto"/>
            </w:pPr>
            <w:r/>
            <w:r>
              <w:rPr>
                <w:rFonts w:ascii="宋体" w:hAnsi="宋体" w:eastAsia="宋体"/>
                <w:b w:val="0"/>
                <w:sz w:val="18"/>
              </w:rPr>
              <w:t>设计数学游戏，一方面有利于激发学生的学习兴趣，另一方面学生通过自己的序号，能够初步体会和认识公倍数、最小公倍数的意义。对公因数和最大公因数的巧妙复习，为公倍数和最小公倍数的引入与命名打下了坚实的基础，课题的出现也就水到渠成了。</w:t>
            </w:r>
          </w:p>
        </w:tc>
      </w:tr>
      <w:tr>
        <w:tc>
          <w:tcPr>
            <w:tcW w:type="dxa" w:w="1474"/>
          </w:tcPr>
          <w:p>
            <w:pPr>
              <w:spacing w:after="20" w:line="276" w:lineRule="auto"/>
            </w:pPr>
            <w:r>
              <w:rPr>
                <w:b/>
              </w:rPr>
            </w:r>
            <w:r>
              <w:rPr>
                <w:rFonts w:ascii="宋体" w:hAnsi="宋体" w:eastAsia="宋体"/>
                <w:b/>
                <w:sz w:val="18"/>
              </w:rPr>
              <w:t>二、合作探究，建立概念</w:t>
            </w:r>
          </w:p>
        </w:tc>
        <w:tc>
          <w:tcPr>
            <w:tcW w:type="dxa" w:w="3061"/>
          </w:tcPr>
          <w:p>
            <w:pPr>
              <w:spacing w:after="20" w:line="276" w:lineRule="auto"/>
            </w:pPr>
            <w:r/>
            <w:r>
              <w:rPr>
                <w:rFonts w:ascii="宋体" w:hAnsi="宋体" w:eastAsia="宋体"/>
                <w:b w:val="0"/>
                <w:sz w:val="18"/>
              </w:rPr>
              <w:t>师：刚才我们已经找到了2和3的公倍数和最小公倍数，请大家找一找4和6的公倍数和它们的最小公倍数。</w:t>
            </w:r>
          </w:p>
          <w:p>
            <w:pPr>
              <w:spacing w:after="20" w:line="276" w:lineRule="auto"/>
            </w:pPr>
            <w:r>
              <w:rPr>
                <w:rFonts w:ascii="宋体" w:hAnsi="宋体" w:eastAsia="宋体"/>
                <w:b w:val="0"/>
                <w:sz w:val="18"/>
              </w:rPr>
              <w:t>1.课件出示教科书P68例1。</w:t>
            </w:r>
          </w:p>
          <w:p>
            <w:pPr>
              <w:spacing w:after="20" w:line="276" w:lineRule="auto"/>
            </w:pPr>
            <w:r>
              <w:rPr>
                <w:rFonts w:ascii="宋体" w:hAnsi="宋体" w:eastAsia="宋体"/>
                <w:b w:val="0"/>
                <w:sz w:val="18"/>
              </w:rPr>
              <w:t>师：请同学们分组合作，解决问题。在小组里试着总结一下找公倍数和最小公倍数的方法。</w:t>
            </w:r>
          </w:p>
          <w:p>
            <w:pPr>
              <w:spacing w:after="20" w:line="276" w:lineRule="auto"/>
            </w:pPr>
            <w:r>
              <w:rPr>
                <w:rFonts w:ascii="宋体" w:hAnsi="宋体" w:eastAsia="宋体"/>
                <w:b w:val="0"/>
                <w:sz w:val="18"/>
              </w:rPr>
              <w:t>师：大家能借鉴公因数的学习，用一个图来表示吗？</w:t>
            </w:r>
          </w:p>
          <w:p>
            <w:pPr>
              <w:spacing w:after="20" w:line="276" w:lineRule="auto"/>
            </w:pPr>
            <w:r>
              <w:rPr>
                <w:rFonts w:ascii="宋体" w:hAnsi="宋体" w:eastAsia="宋体"/>
                <w:b w:val="0"/>
                <w:sz w:val="18"/>
              </w:rPr>
              <w:t>师：你们认为这个图表示的意思准确吗？为什么？</w:t>
            </w:r>
          </w:p>
          <w:p>
            <w:pPr>
              <w:spacing w:after="20" w:line="276" w:lineRule="auto"/>
            </w:pPr>
            <w:r>
              <w:rPr>
                <w:rFonts w:ascii="宋体" w:hAnsi="宋体" w:eastAsia="宋体"/>
                <w:b w:val="0"/>
                <w:sz w:val="18"/>
              </w:rPr>
              <w:t>师：你们认为加了“…”好在哪里？表示因数和公因数为什么就不用加“…”？</w:t>
            </w:r>
          </w:p>
          <w:p>
            <w:pPr>
              <w:spacing w:after="20" w:line="276" w:lineRule="auto"/>
            </w:pPr>
            <w:r>
              <w:rPr>
                <w:rFonts w:ascii="宋体" w:hAnsi="宋体" w:eastAsia="宋体"/>
                <w:b w:val="0"/>
                <w:sz w:val="18"/>
              </w:rPr>
              <w:t>3.发现规律，揭示概念。</w:t>
            </w:r>
          </w:p>
          <w:p>
            <w:pPr>
              <w:spacing w:after="20" w:line="276" w:lineRule="auto"/>
            </w:pPr>
            <w:r>
              <w:rPr>
                <w:rFonts w:ascii="宋体" w:hAnsi="宋体" w:eastAsia="宋体"/>
                <w:b w:val="0"/>
                <w:sz w:val="18"/>
              </w:rPr>
              <w:t>师：通过观察，你们现在知道什么是公倍数，什么是最小公倍数吗？</w:t>
            </w:r>
          </w:p>
          <w:p>
            <w:pPr>
              <w:spacing w:after="20" w:line="276" w:lineRule="auto"/>
            </w:pPr>
            <w:r>
              <w:rPr>
                <w:rFonts w:ascii="宋体" w:hAnsi="宋体" w:eastAsia="宋体"/>
                <w:b w:val="0"/>
                <w:sz w:val="18"/>
              </w:rPr>
              <w:t>教师归纳：两个数公有的倍数，叫作它们的公倍数。其中最小的公倍数，叫作它们的最小公倍数。没有最大的公倍数。（课件呈现）</w:t>
            </w:r>
          </w:p>
          <w:p>
            <w:pPr>
              <w:spacing w:after="20" w:line="276" w:lineRule="auto"/>
            </w:pPr>
            <w:r>
              <w:rPr>
                <w:rFonts w:ascii="宋体" w:hAnsi="宋体" w:eastAsia="宋体"/>
                <w:b w:val="0"/>
                <w:sz w:val="18"/>
              </w:rPr>
              <w:t>4.发现规律，运用规律。</w:t>
            </w:r>
          </w:p>
          <w:p>
            <w:pPr>
              <w:spacing w:after="20" w:line="276" w:lineRule="auto"/>
            </w:pPr>
            <w:r>
              <w:rPr>
                <w:rFonts w:ascii="宋体" w:hAnsi="宋体" w:eastAsia="宋体"/>
                <w:b w:val="0"/>
                <w:sz w:val="18"/>
              </w:rPr>
              <w:t>（1）师：请大家认真观察，能说出下一个4和6的公倍数吗？再下一个会是哪个数？公倍数与最小公倍数之间有什么关系？</w:t>
            </w:r>
          </w:p>
          <w:p>
            <w:pPr>
              <w:spacing w:after="20" w:line="276" w:lineRule="auto"/>
            </w:pPr>
            <w:r>
              <w:rPr>
                <w:rFonts w:ascii="宋体" w:hAnsi="宋体" w:eastAsia="宋体"/>
                <w:b w:val="0"/>
                <w:sz w:val="18"/>
              </w:rPr>
              <w:t>师：用这个规律找公倍数，我们只要找到最小公倍数，再求最小公倍数的倍数就可以了。</w:t>
            </w:r>
          </w:p>
          <w:p>
            <w:pPr>
              <w:spacing w:after="20" w:line="276" w:lineRule="auto"/>
            </w:pPr>
            <w:r>
              <w:rPr>
                <w:rFonts w:ascii="宋体" w:hAnsi="宋体" w:eastAsia="宋体"/>
                <w:b w:val="0"/>
                <w:sz w:val="18"/>
              </w:rPr>
              <w:t>（2）独立解答教科书P68“做一做”。</w:t>
            </w:r>
          </w:p>
        </w:tc>
        <w:tc>
          <w:tcPr>
            <w:tcW w:type="dxa" w:w="3061"/>
          </w:tcPr>
          <w:p>
            <w:pPr>
              <w:spacing w:after="20" w:line="276" w:lineRule="auto"/>
            </w:pPr>
            <w:r/>
            <w:r>
              <w:rPr>
                <w:rFonts w:ascii="宋体" w:hAnsi="宋体" w:eastAsia="宋体"/>
                <w:b w:val="0"/>
                <w:sz w:val="18"/>
              </w:rPr>
              <w:t>2.小组活动、交流汇报，找出4和6的公倍数。</w:t>
            </w:r>
          </w:p>
          <w:p>
            <w:pPr>
              <w:spacing w:after="20" w:line="276" w:lineRule="auto"/>
            </w:pPr>
            <w:r>
              <w:rPr>
                <w:rFonts w:ascii="宋体" w:hAnsi="宋体" w:eastAsia="宋体"/>
                <w:b w:val="0"/>
                <w:sz w:val="18"/>
              </w:rPr>
              <w:t>学生可能先分别找出每个数的倍数，再从这些倍数中找出公有的倍数，12就是它们公有的倍数中最小的一个，即12是4和6的最小公倍数。</w:t>
            </w:r>
          </w:p>
          <w:p>
            <w:pPr>
              <w:spacing w:after="20" w:line="276" w:lineRule="auto"/>
            </w:pPr>
            <w:r>
              <w:rPr>
                <w:rFonts w:ascii="宋体" w:hAnsi="宋体" w:eastAsia="宋体"/>
                <w:b w:val="0"/>
                <w:sz w:val="18"/>
              </w:rPr>
              <w:t>学生可能会画出如下草图：</w:t>
            </w:r>
          </w:p>
          <w:p>
            <w:pPr>
              <w:spacing w:after="20" w:line="276" w:lineRule="auto"/>
            </w:pPr>
            <w:r>
              <w:rPr>
                <w:rFonts w:ascii="宋体" w:hAnsi="宋体" w:eastAsia="宋体"/>
                <w:b w:val="0"/>
                <w:sz w:val="18"/>
              </w:rPr>
              <w:t>学生可能会进行如下修改、完善。</w:t>
            </w:r>
          </w:p>
          <w:p>
            <w:pPr>
              <w:spacing w:after="20" w:line="276" w:lineRule="auto"/>
            </w:pPr>
            <w:r>
              <w:rPr>
                <w:rFonts w:ascii="宋体" w:hAnsi="宋体" w:eastAsia="宋体"/>
                <w:b w:val="0"/>
                <w:sz w:val="18"/>
              </w:rPr>
              <w:t>学生可能会说加上“…”表达个数无限的意思。因数和公因数的个数都是有限的，所以不用加“…”。</w:t>
            </w:r>
          </w:p>
          <w:p>
            <w:pPr>
              <w:spacing w:after="20" w:line="276" w:lineRule="auto"/>
            </w:pPr>
            <w:r>
              <w:rPr>
                <w:rFonts w:ascii="宋体" w:hAnsi="宋体" w:eastAsia="宋体"/>
                <w:b w:val="0"/>
                <w:sz w:val="18"/>
              </w:rPr>
              <w:t>前面游戏环节已经揭示了公倍数和最小公倍数，经过找4和6的公倍数和最小公倍数的活动，学生能够归纳出公倍数和最小公倍数的概念。</w:t>
            </w:r>
          </w:p>
          <w:p>
            <w:pPr>
              <w:spacing w:after="20" w:line="276" w:lineRule="auto"/>
            </w:pPr>
            <w:r>
              <w:rPr>
                <w:rFonts w:ascii="宋体" w:hAnsi="宋体" w:eastAsia="宋体"/>
                <w:b w:val="0"/>
                <w:sz w:val="18"/>
              </w:rPr>
              <w:t>学生能发现48是4和6的下一个公倍数，60是再下一个。公倍数都是最小公倍数的倍数。</w:t>
            </w:r>
          </w:p>
          <w:p>
            <w:pPr>
              <w:spacing w:after="20" w:line="276" w:lineRule="auto"/>
            </w:pPr>
            <w:r>
              <w:rPr>
                <w:rFonts w:ascii="宋体" w:hAnsi="宋体" w:eastAsia="宋体"/>
                <w:b w:val="0"/>
                <w:sz w:val="18"/>
              </w:rPr>
              <w:t>学生填完后集中交流。</w:t>
            </w:r>
          </w:p>
          <w:p>
            <w:pPr>
              <w:spacing w:after="20" w:line="276" w:lineRule="auto"/>
            </w:pPr>
            <w:r>
              <w:rPr>
                <w:rFonts w:ascii="宋体" w:hAnsi="宋体" w:eastAsia="宋体"/>
                <w:b w:val="0"/>
                <w:sz w:val="18"/>
              </w:rPr>
              <w:t>学生写公倍数时容易写重复，引导学生按顺序写。</w:t>
            </w:r>
          </w:p>
        </w:tc>
        <w:tc>
          <w:tcPr>
            <w:tcW w:type="dxa" w:w="1814"/>
          </w:tcPr>
          <w:p>
            <w:pPr>
              <w:spacing w:after="20" w:line="276" w:lineRule="auto"/>
            </w:pPr>
            <w:r/>
            <w:r>
              <w:rPr>
                <w:rFonts w:ascii="宋体" w:hAnsi="宋体" w:eastAsia="宋体"/>
                <w:b w:val="0"/>
                <w:sz w:val="18"/>
              </w:rPr>
              <w:t>我们可以发现集合圈在这个环节的独特价值。读图能力是理解数学知识的一项重要能力，通过画图、补充完善和比较，有利于学生形成较为完整的思维线路。“…”等符号也有较大的追问价值。</w:t>
            </w:r>
          </w:p>
        </w:tc>
      </w:tr>
      <w:tr>
        <w:tc>
          <w:tcPr>
            <w:tcW w:type="dxa" w:w="1474"/>
          </w:tcPr>
          <w:p>
            <w:pPr>
              <w:spacing w:after="20" w:line="276" w:lineRule="auto"/>
            </w:pPr>
            <w:r>
              <w:rPr>
                <w:b/>
              </w:rPr>
            </w:r>
            <w:r>
              <w:rPr>
                <w:rFonts w:ascii="宋体" w:hAnsi="宋体" w:eastAsia="宋体"/>
                <w:b/>
                <w:sz w:val="18"/>
              </w:rPr>
              <w:t>三、自主探索，解决问题</w:t>
            </w:r>
          </w:p>
        </w:tc>
        <w:tc>
          <w:tcPr>
            <w:tcW w:type="dxa" w:w="3061"/>
          </w:tcPr>
          <w:p>
            <w:pPr>
              <w:spacing w:after="20" w:line="276" w:lineRule="auto"/>
            </w:pPr>
            <w:r/>
            <w:r>
              <w:rPr>
                <w:rFonts w:ascii="宋体" w:hAnsi="宋体" w:eastAsia="宋体"/>
                <w:b w:val="0"/>
                <w:sz w:val="18"/>
              </w:rPr>
              <w:t>师：我们已经知道了公倍数和最小公倍数的意义，那么怎么求两个数的公倍数和最小公倍数呢？</w:t>
            </w:r>
          </w:p>
          <w:p>
            <w:pPr>
              <w:spacing w:after="20" w:line="276" w:lineRule="auto"/>
            </w:pPr>
            <w:r>
              <w:rPr>
                <w:rFonts w:ascii="宋体" w:hAnsi="宋体" w:eastAsia="宋体"/>
                <w:b w:val="0"/>
                <w:sz w:val="18"/>
              </w:rPr>
              <w:t>1.教学教科书P69例2。</w:t>
            </w:r>
          </w:p>
          <w:p>
            <w:pPr>
              <w:spacing w:after="20" w:line="276" w:lineRule="auto"/>
            </w:pPr>
            <w:r>
              <w:rPr>
                <w:rFonts w:ascii="宋体" w:hAnsi="宋体" w:eastAsia="宋体"/>
                <w:b w:val="0"/>
                <w:sz w:val="18"/>
              </w:rPr>
              <w:t>（1）课件出示教科书P69例2。</w:t>
            </w:r>
          </w:p>
          <w:p>
            <w:pPr>
              <w:spacing w:after="20" w:line="276" w:lineRule="auto"/>
            </w:pPr>
            <w:r>
              <w:rPr>
                <w:rFonts w:ascii="宋体" w:hAnsi="宋体" w:eastAsia="宋体"/>
                <w:b w:val="0"/>
                <w:sz w:val="18"/>
              </w:rPr>
              <w:t>（2）学生独立解答。</w:t>
            </w:r>
          </w:p>
          <w:p>
            <w:pPr>
              <w:spacing w:after="20" w:line="276" w:lineRule="auto"/>
            </w:pPr>
            <w:r>
              <w:rPr>
                <w:rFonts w:ascii="宋体" w:hAnsi="宋体" w:eastAsia="宋体"/>
                <w:b w:val="0"/>
                <w:sz w:val="18"/>
              </w:rPr>
              <w:t>（3）集中汇报交流。</w:t>
            </w:r>
          </w:p>
          <w:p>
            <w:pPr>
              <w:spacing w:after="20" w:line="276" w:lineRule="auto"/>
            </w:pPr>
            <w:r>
              <w:rPr>
                <w:rFonts w:ascii="宋体" w:hAnsi="宋体" w:eastAsia="宋体"/>
                <w:b w:val="0"/>
                <w:sz w:val="18"/>
              </w:rPr>
              <w:t>师：同学们的这些方法都不错，你们还有其他的方法吗？</w:t>
            </w:r>
          </w:p>
          <w:p>
            <w:pPr>
              <w:spacing w:after="20" w:line="276" w:lineRule="auto"/>
            </w:pPr>
            <w:r>
              <w:rPr>
                <w:rFonts w:ascii="宋体" w:hAnsi="宋体" w:eastAsia="宋体"/>
                <w:b w:val="0"/>
                <w:sz w:val="18"/>
              </w:rPr>
              <w:t>2.介绍短除法。</w:t>
            </w:r>
          </w:p>
          <w:p>
            <w:pPr>
              <w:spacing w:after="20" w:line="276" w:lineRule="auto"/>
            </w:pPr>
            <w:r>
              <w:rPr>
                <w:rFonts w:ascii="宋体" w:hAnsi="宋体" w:eastAsia="宋体"/>
                <w:b w:val="0"/>
                <w:sz w:val="18"/>
              </w:rPr>
              <w:t>师：我们还有一种比较好的方法。</w:t>
            </w:r>
          </w:p>
          <w:p>
            <w:pPr>
              <w:spacing w:after="20" w:line="276" w:lineRule="auto"/>
            </w:pPr>
            <w:r>
              <w:rPr>
                <w:rFonts w:ascii="宋体" w:hAnsi="宋体" w:eastAsia="宋体"/>
                <w:b w:val="0"/>
                <w:sz w:val="18"/>
              </w:rPr>
              <w:t>课件出示教科书P69“你知道吗？”，介绍短除法。</w:t>
            </w:r>
          </w:p>
        </w:tc>
        <w:tc>
          <w:tcPr>
            <w:tcW w:type="dxa" w:w="3061"/>
          </w:tcPr>
          <w:p>
            <w:pPr>
              <w:spacing w:after="20" w:line="276" w:lineRule="auto"/>
            </w:pPr>
            <w:r/>
            <w:r>
              <w:rPr>
                <w:rFonts w:ascii="宋体" w:hAnsi="宋体" w:eastAsia="宋体"/>
                <w:b w:val="0"/>
                <w:sz w:val="18"/>
              </w:rPr>
              <w:t>预设1：按照找公因数的方法，先分别找出6和8各自的倍数，再从中找出它们的公倍数和最小公倍数。</w:t>
            </w:r>
          </w:p>
          <w:p>
            <w:pPr>
              <w:spacing w:after="20" w:line="276" w:lineRule="auto"/>
            </w:pPr>
            <w:r>
              <w:rPr>
                <w:rFonts w:ascii="宋体" w:hAnsi="宋体" w:eastAsia="宋体"/>
                <w:b w:val="0"/>
                <w:sz w:val="18"/>
              </w:rPr>
              <w:t>预设2：先找出8的倍数，再从中圈出6的倍数；或先找出6的倍数，再从中圈出8的倍数。</w:t>
            </w:r>
          </w:p>
          <w:p>
            <w:pPr>
              <w:spacing w:after="20" w:line="276" w:lineRule="auto"/>
            </w:pPr>
            <w:r>
              <w:rPr>
                <w:rFonts w:ascii="宋体" w:hAnsi="宋体" w:eastAsia="宋体"/>
                <w:b w:val="0"/>
                <w:sz w:val="18"/>
              </w:rPr>
              <w:t>预设3：没有什么规律，就是凭感觉，直接将6和8的公倍数一个一个地写出来，再把最小的圈起来。此时教师引导学生对这种方法进行评价，并指导学生有序思考。</w:t>
            </w:r>
          </w:p>
        </w:tc>
        <w:tc>
          <w:tcPr>
            <w:tcW w:type="dxa" w:w="1814"/>
          </w:tcPr>
          <w:p>
            <w:pPr>
              <w:spacing w:after="20" w:line="276" w:lineRule="auto"/>
            </w:pPr>
            <w:r/>
            <w:r>
              <w:rPr>
                <w:rFonts w:ascii="宋体" w:hAnsi="宋体" w:eastAsia="宋体"/>
                <w:b w:val="0"/>
                <w:sz w:val="18"/>
              </w:rPr>
              <w:t>让学生经历自主探索、交流探讨、发现规律的过程，体会找两个数的公倍数和最小公倍数的方法。</w:t>
            </w:r>
          </w:p>
          <w:p>
            <w:pPr>
              <w:spacing w:after="20" w:line="276" w:lineRule="auto"/>
            </w:pPr>
            <w:r>
              <w:rPr>
                <w:rFonts w:ascii="宋体" w:hAnsi="宋体" w:eastAsia="宋体"/>
                <w:b w:val="0"/>
                <w:sz w:val="18"/>
              </w:rPr>
              <w:t>在前面求公因数和最大公因数时，学生已经接触过短除法，在此介绍能提升学生找两个数甚至多个数的公倍数和最小公倍数的能力的方法。</w:t>
            </w:r>
          </w:p>
        </w:tc>
      </w:tr>
      <w:tr>
        <w:tc>
          <w:tcPr>
            <w:tcW w:type="dxa" w:w="1474"/>
          </w:tcPr>
          <w:p>
            <w:pPr>
              <w:spacing w:after="20" w:line="276" w:lineRule="auto"/>
            </w:pPr>
            <w:r>
              <w:rPr>
                <w:b/>
              </w:rPr>
            </w:r>
            <w:r>
              <w:rPr>
                <w:rFonts w:ascii="宋体" w:hAnsi="宋体" w:eastAsia="宋体"/>
                <w:b/>
                <w:sz w:val="18"/>
              </w:rPr>
              <w:t>四、实践应用，归纳方法</w:t>
            </w:r>
          </w:p>
        </w:tc>
        <w:tc>
          <w:tcPr>
            <w:tcW w:type="dxa" w:w="3061"/>
          </w:tcPr>
          <w:p>
            <w:pPr>
              <w:spacing w:after="20" w:line="276" w:lineRule="auto"/>
            </w:pPr>
            <w:r/>
            <w:r>
              <w:rPr>
                <w:rFonts w:ascii="宋体" w:hAnsi="宋体" w:eastAsia="宋体"/>
                <w:b w:val="0"/>
                <w:sz w:val="18"/>
              </w:rPr>
              <w:t>2.展示交流，发现规律。</w:t>
            </w:r>
          </w:p>
          <w:p>
            <w:pPr>
              <w:spacing w:after="20" w:line="276" w:lineRule="auto"/>
            </w:pPr>
            <w:r>
              <w:rPr>
                <w:rFonts w:ascii="宋体" w:hAnsi="宋体" w:eastAsia="宋体"/>
                <w:b w:val="0"/>
                <w:sz w:val="18"/>
              </w:rPr>
              <w:t>师：同学们，仔细观察这些数，你们能发现每组中的两个数有什么特点吗？</w:t>
            </w:r>
          </w:p>
          <w:p>
            <w:pPr>
              <w:spacing w:after="20" w:line="276" w:lineRule="auto"/>
            </w:pPr>
            <w:r>
              <w:rPr>
                <w:rFonts w:ascii="宋体" w:hAnsi="宋体" w:eastAsia="宋体"/>
                <w:b w:val="0"/>
                <w:sz w:val="18"/>
              </w:rPr>
              <w:t>课件呈现。</w:t>
            </w:r>
          </w:p>
          <w:p>
            <w:pPr>
              <w:spacing w:after="20" w:line="276" w:lineRule="auto"/>
            </w:pPr>
            <w:r>
              <w:rPr>
                <w:rFonts w:ascii="宋体" w:hAnsi="宋体" w:eastAsia="宋体"/>
                <w:b w:val="0"/>
                <w:sz w:val="18"/>
              </w:rPr>
              <w:t>师：也就是说这些数可以分成两组。（边说边板书）</w:t>
            </w:r>
          </w:p>
          <w:p>
            <w:pPr>
              <w:spacing w:after="20" w:line="276" w:lineRule="auto"/>
            </w:pPr>
            <w:r>
              <w:rPr>
                <w:rFonts w:ascii="宋体" w:hAnsi="宋体" w:eastAsia="宋体"/>
                <w:b w:val="0"/>
                <w:sz w:val="18"/>
              </w:rPr>
              <w:t>第一组：3和6  2和8  3和9  5和10（一个数是另一个数的倍数）</w:t>
            </w:r>
          </w:p>
          <w:p>
            <w:pPr>
              <w:spacing w:after="20" w:line="276" w:lineRule="auto"/>
            </w:pPr>
            <w:r>
              <w:rPr>
                <w:rFonts w:ascii="宋体" w:hAnsi="宋体" w:eastAsia="宋体"/>
                <w:b w:val="0"/>
                <w:sz w:val="18"/>
              </w:rPr>
              <w:t>第二组：5和6  4和9（两个数互质）</w:t>
            </w:r>
          </w:p>
          <w:p>
            <w:pPr>
              <w:spacing w:after="20" w:line="276" w:lineRule="auto"/>
            </w:pPr>
            <w:r>
              <w:rPr>
                <w:rFonts w:ascii="宋体" w:hAnsi="宋体" w:eastAsia="宋体"/>
                <w:b w:val="0"/>
                <w:sz w:val="18"/>
              </w:rPr>
              <w:t>师：继续观察，它们的最小公倍数有什么规律吗？</w:t>
            </w:r>
          </w:p>
          <w:p>
            <w:pPr>
              <w:spacing w:after="20" w:line="276" w:lineRule="auto"/>
            </w:pPr>
            <w:r>
              <w:rPr>
                <w:rFonts w:ascii="宋体" w:hAnsi="宋体" w:eastAsia="宋体"/>
                <w:b w:val="0"/>
                <w:sz w:val="18"/>
              </w:rPr>
              <w:t>（1）两个数存在倍数关系的情况。</w:t>
            </w:r>
          </w:p>
          <w:p>
            <w:pPr>
              <w:spacing w:after="20" w:line="276" w:lineRule="auto"/>
            </w:pPr>
            <w:r>
              <w:rPr>
                <w:rFonts w:ascii="宋体" w:hAnsi="宋体" w:eastAsia="宋体"/>
                <w:b w:val="0"/>
                <w:sz w:val="18"/>
              </w:rPr>
              <w:t>师：先来看第一组，第一组中的两个数存在什么关系？它们与最小公倍数有什么关系？</w:t>
            </w:r>
          </w:p>
          <w:p>
            <w:pPr>
              <w:spacing w:after="20" w:line="276" w:lineRule="auto"/>
            </w:pPr>
            <w:r>
              <w:rPr>
                <w:rFonts w:ascii="宋体" w:hAnsi="宋体" w:eastAsia="宋体"/>
                <w:b w:val="0"/>
                <w:sz w:val="18"/>
              </w:rPr>
              <w:t>师：能举例说明吗？</w:t>
            </w:r>
          </w:p>
          <w:p>
            <w:pPr>
              <w:spacing w:after="20" w:line="276" w:lineRule="auto"/>
            </w:pPr>
            <w:r>
              <w:rPr>
                <w:rFonts w:ascii="宋体" w:hAnsi="宋体" w:eastAsia="宋体"/>
                <w:b w:val="0"/>
                <w:sz w:val="18"/>
              </w:rPr>
              <w:t>师：这种情况，大家能概括一下吗？能用字母表示吗？</w:t>
            </w:r>
          </w:p>
          <w:p>
            <w:pPr>
              <w:spacing w:after="20" w:line="276" w:lineRule="auto"/>
            </w:pPr>
            <w:r>
              <w:rPr>
                <w:rFonts w:ascii="宋体" w:hAnsi="宋体" w:eastAsia="宋体"/>
                <w:b w:val="0"/>
                <w:sz w:val="18"/>
              </w:rPr>
              <w:t>师生归纳：如果a是b的倍数，那么a是它们的最小公倍数。（板书）</w:t>
            </w:r>
          </w:p>
          <w:p>
            <w:pPr>
              <w:spacing w:after="20" w:line="276" w:lineRule="auto"/>
            </w:pPr>
            <w:r>
              <w:rPr>
                <w:rFonts w:ascii="宋体" w:hAnsi="宋体" w:eastAsia="宋体"/>
                <w:b w:val="0"/>
                <w:sz w:val="18"/>
              </w:rPr>
              <w:t>师：很好！还有没有其他情况呢？</w:t>
            </w:r>
          </w:p>
          <w:p>
            <w:pPr>
              <w:spacing w:after="20" w:line="276" w:lineRule="auto"/>
            </w:pPr>
            <w:r>
              <w:rPr>
                <w:rFonts w:ascii="宋体" w:hAnsi="宋体" w:eastAsia="宋体"/>
                <w:b w:val="0"/>
                <w:sz w:val="18"/>
              </w:rPr>
              <w:t>（2）两个互质数的最小公倍数。</w:t>
            </w:r>
          </w:p>
          <w:p>
            <w:pPr>
              <w:spacing w:after="20" w:line="276" w:lineRule="auto"/>
            </w:pPr>
            <w:r>
              <w:rPr>
                <w:rFonts w:ascii="宋体" w:hAnsi="宋体" w:eastAsia="宋体"/>
                <w:b w:val="0"/>
                <w:sz w:val="18"/>
              </w:rPr>
              <w:t>师：5和6的最小公倍数是30,4和9的最小公倍数是36，你们能举出类似的两个数，并说出它们的最小公倍数吗？</w:t>
            </w:r>
          </w:p>
          <w:p>
            <w:pPr>
              <w:spacing w:after="20" w:line="276" w:lineRule="auto"/>
            </w:pPr>
            <w:r>
              <w:rPr>
                <w:rFonts w:ascii="宋体" w:hAnsi="宋体" w:eastAsia="宋体"/>
                <w:b w:val="0"/>
                <w:sz w:val="18"/>
              </w:rPr>
              <w:t>师：这样一种情况，能概括一下吗？能用字母表示吗？</w:t>
            </w:r>
          </w:p>
          <w:p>
            <w:pPr>
              <w:spacing w:after="20" w:line="276" w:lineRule="auto"/>
            </w:pPr>
            <w:r>
              <w:rPr>
                <w:rFonts w:ascii="宋体" w:hAnsi="宋体" w:eastAsia="宋体"/>
                <w:b w:val="0"/>
                <w:sz w:val="18"/>
              </w:rPr>
              <w:t>师生归纳：如果a和b互质，那么它们的最小公倍数就是ab。（板书）</w:t>
            </w:r>
          </w:p>
          <w:p>
            <w:pPr>
              <w:spacing w:after="20" w:line="276" w:lineRule="auto"/>
            </w:pPr>
            <w:r>
              <w:rPr>
                <w:rFonts w:ascii="宋体" w:hAnsi="宋体" w:eastAsia="宋体"/>
                <w:b w:val="0"/>
                <w:sz w:val="18"/>
              </w:rPr>
              <w:t>（3）归纳一般方法。</w:t>
            </w:r>
          </w:p>
          <w:p>
            <w:pPr>
              <w:spacing w:after="20" w:line="276" w:lineRule="auto"/>
            </w:pPr>
            <w:r>
              <w:rPr>
                <w:rFonts w:ascii="宋体" w:hAnsi="宋体" w:eastAsia="宋体"/>
                <w:b w:val="0"/>
                <w:sz w:val="18"/>
              </w:rPr>
              <w:t>师：很好！有没有不一样的情况呢？</w:t>
            </w:r>
          </w:p>
          <w:p>
            <w:pPr>
              <w:spacing w:after="20" w:line="276" w:lineRule="auto"/>
            </w:pPr>
            <w:r>
              <w:rPr>
                <w:rFonts w:ascii="宋体" w:hAnsi="宋体" w:eastAsia="宋体"/>
                <w:b w:val="0"/>
                <w:sz w:val="18"/>
              </w:rPr>
              <w:t>师：像8和10、6和15、12和16这样的例子，没什么特殊性。找它们的最小公倍数，就需要先分别找出每个数的倍数，再从公有的倍数中找到最小的一个。</w:t>
            </w:r>
          </w:p>
          <w:p>
            <w:pPr>
              <w:spacing w:after="20" w:line="276" w:lineRule="auto"/>
            </w:pPr>
            <w:r>
              <w:rPr>
                <w:rFonts w:ascii="宋体" w:hAnsi="宋体" w:eastAsia="宋体"/>
                <w:b w:val="0"/>
                <w:sz w:val="18"/>
              </w:rPr>
              <w:t>师：大家的发现非常重要。找两个数的最小公倍数，有两种特殊情况：</w:t>
            </w:r>
          </w:p>
          <w:p>
            <w:pPr>
              <w:spacing w:after="20" w:line="276" w:lineRule="auto"/>
            </w:pPr>
            <w:r>
              <w:rPr>
                <w:rFonts w:ascii="宋体" w:hAnsi="宋体" w:eastAsia="宋体"/>
                <w:b w:val="0"/>
                <w:sz w:val="18"/>
              </w:rPr>
              <w:t>①两数是互质数时，这两个数的积是它们的最小公倍数。</w:t>
            </w:r>
          </w:p>
          <w:p>
            <w:pPr>
              <w:spacing w:after="20" w:line="276" w:lineRule="auto"/>
            </w:pPr>
            <w:r>
              <w:rPr>
                <w:rFonts w:ascii="宋体" w:hAnsi="宋体" w:eastAsia="宋体"/>
                <w:b w:val="0"/>
                <w:sz w:val="18"/>
              </w:rPr>
              <w:t>②两数存在倍数关系时，较大的数就是它们的最小公倍数。</w:t>
            </w:r>
          </w:p>
          <w:p>
            <w:pPr>
              <w:spacing w:after="20" w:line="276" w:lineRule="auto"/>
            </w:pPr>
            <w:r>
              <w:rPr>
                <w:rFonts w:ascii="宋体" w:hAnsi="宋体" w:eastAsia="宋体"/>
                <w:b w:val="0"/>
                <w:sz w:val="18"/>
              </w:rPr>
              <w:t>一般情况下，我们需要用列举法，去找两个数的最小公倍数。</w:t>
            </w:r>
          </w:p>
        </w:tc>
        <w:tc>
          <w:tcPr>
            <w:tcW w:type="dxa" w:w="3061"/>
          </w:tcPr>
          <w:p>
            <w:pPr>
              <w:spacing w:after="20" w:line="276" w:lineRule="auto"/>
            </w:pPr>
            <w:r/>
            <w:r>
              <w:rPr>
                <w:rFonts w:ascii="宋体" w:hAnsi="宋体" w:eastAsia="宋体"/>
                <w:b w:val="0"/>
                <w:sz w:val="18"/>
              </w:rPr>
              <w:t>1.学生独立完成教科书P69“做一做”。</w:t>
            </w:r>
          </w:p>
          <w:p>
            <w:pPr>
              <w:spacing w:after="20" w:line="276" w:lineRule="auto"/>
            </w:pPr>
            <w:r>
              <w:rPr>
                <w:rFonts w:ascii="宋体" w:hAnsi="宋体" w:eastAsia="宋体"/>
                <w:b w:val="0"/>
                <w:sz w:val="18"/>
              </w:rPr>
              <w:t>这里的数据都比较小，学生能直接写出每组数的最小公倍数。</w:t>
            </w:r>
          </w:p>
          <w:p>
            <w:pPr>
              <w:spacing w:after="20" w:line="276" w:lineRule="auto"/>
            </w:pPr>
            <w:r>
              <w:rPr>
                <w:rFonts w:ascii="宋体" w:hAnsi="宋体" w:eastAsia="宋体"/>
                <w:b w:val="0"/>
                <w:sz w:val="18"/>
              </w:rPr>
              <w:t>学生会发现，每组中的两个数，有的一个数是另一个数的倍数，有的两个数是互质数。</w:t>
            </w:r>
          </w:p>
          <w:p>
            <w:pPr>
              <w:spacing w:after="20" w:line="276" w:lineRule="auto"/>
            </w:pPr>
            <w:r>
              <w:rPr>
                <w:rFonts w:ascii="宋体" w:hAnsi="宋体" w:eastAsia="宋体"/>
                <w:b w:val="0"/>
                <w:sz w:val="18"/>
              </w:rPr>
              <w:t>学生会发现一个数是另一个数的倍数，它们的最小公倍数就是其中较大的一个数。</w:t>
            </w:r>
          </w:p>
          <w:p>
            <w:pPr>
              <w:spacing w:after="20" w:line="276" w:lineRule="auto"/>
            </w:pPr>
            <w:r>
              <w:rPr>
                <w:rFonts w:ascii="宋体" w:hAnsi="宋体" w:eastAsia="宋体"/>
                <w:b w:val="0"/>
                <w:sz w:val="18"/>
              </w:rPr>
              <w:t>学生能举出很多类似的例子，如果出现错误，师生一起分析改正。</w:t>
            </w:r>
          </w:p>
          <w:p>
            <w:pPr>
              <w:spacing w:after="20" w:line="276" w:lineRule="auto"/>
            </w:pPr>
            <w:r>
              <w:rPr>
                <w:rFonts w:ascii="宋体" w:hAnsi="宋体" w:eastAsia="宋体"/>
                <w:b w:val="0"/>
                <w:sz w:val="18"/>
              </w:rPr>
              <w:t>学生应该能发现互质的情况。</w:t>
            </w:r>
          </w:p>
          <w:p>
            <w:pPr>
              <w:spacing w:after="20" w:line="276" w:lineRule="auto"/>
            </w:pPr>
            <w:r>
              <w:rPr>
                <w:rFonts w:ascii="宋体" w:hAnsi="宋体" w:eastAsia="宋体"/>
                <w:b w:val="0"/>
                <w:sz w:val="18"/>
              </w:rPr>
              <w:t>学生可能不知道怎么回答。</w:t>
            </w:r>
          </w:p>
        </w:tc>
        <w:tc>
          <w:tcPr>
            <w:tcW w:type="dxa" w:w="1814"/>
          </w:tcPr>
          <w:p>
            <w:pPr>
              <w:spacing w:after="20" w:line="276" w:lineRule="auto"/>
            </w:pPr>
            <w:r/>
            <w:r>
              <w:rPr>
                <w:rFonts w:ascii="宋体" w:hAnsi="宋体" w:eastAsia="宋体"/>
                <w:b w:val="0"/>
                <w:sz w:val="18"/>
              </w:rPr>
              <w:t>充分利用好教科书资源，借助“做一做”中的几组数，发现规律，以举例的方式进行证明，充分关注了学生的自主学习能力，通过小组合作学习，用归纳、概括、字母表达等方式，总结出不同情况下找两个数的最小公倍数的方法。并借此机会，将找最小公倍数的方法进行整理。</w:t>
            </w:r>
          </w:p>
        </w:tc>
      </w:tr>
      <w:tr>
        <w:tc>
          <w:tcPr>
            <w:tcW w:type="dxa" w:w="1474"/>
          </w:tcPr>
          <w:p>
            <w:pPr>
              <w:spacing w:after="20" w:line="276" w:lineRule="auto"/>
            </w:pPr>
            <w:r>
              <w:rPr>
                <w:b/>
              </w:rPr>
            </w:r>
            <w:r>
              <w:rPr>
                <w:rFonts w:ascii="宋体" w:hAnsi="宋体" w:eastAsia="宋体"/>
                <w:b/>
                <w:sz w:val="18"/>
              </w:rPr>
              <w:t>五、巩固练习，提升技能</w:t>
            </w:r>
          </w:p>
        </w:tc>
        <w:tc>
          <w:tcPr>
            <w:tcW w:type="dxa" w:w="3061"/>
          </w:tcPr>
          <w:p>
            <w:pPr>
              <w:spacing w:after="20" w:line="276" w:lineRule="auto"/>
            </w:pPr>
            <w:r/>
            <w:r>
              <w:rPr>
                <w:rFonts w:ascii="宋体" w:hAnsi="宋体" w:eastAsia="宋体"/>
                <w:b w:val="0"/>
                <w:sz w:val="18"/>
              </w:rPr>
              <w:t>1.完成教科书P71“练习十七”第2题。</w:t>
            </w:r>
          </w:p>
          <w:p>
            <w:pPr>
              <w:spacing w:after="20" w:line="276" w:lineRule="auto"/>
            </w:pPr>
            <w:r>
              <w:rPr>
                <w:rFonts w:ascii="宋体" w:hAnsi="宋体" w:eastAsia="宋体"/>
                <w:b w:val="0"/>
                <w:sz w:val="18"/>
              </w:rPr>
              <w:t>2．完成教科书P71“练习十七”第3题。</w:t>
            </w:r>
          </w:p>
          <w:p>
            <w:pPr>
              <w:spacing w:after="20" w:line="276" w:lineRule="auto"/>
            </w:pPr>
            <w:r>
              <w:rPr>
                <w:rFonts w:ascii="宋体" w:hAnsi="宋体" w:eastAsia="宋体"/>
                <w:b w:val="0"/>
                <w:sz w:val="18"/>
              </w:rPr>
              <w:t>教师提问，学生口答。</w:t>
            </w:r>
          </w:p>
          <w:p>
            <w:pPr>
              <w:spacing w:after="20" w:line="276" w:lineRule="auto"/>
            </w:pPr>
            <w:r>
              <w:rPr>
                <w:rFonts w:ascii="宋体" w:hAnsi="宋体" w:eastAsia="宋体"/>
                <w:b w:val="0"/>
                <w:sz w:val="18"/>
              </w:rPr>
              <w:t>3．完成教科书P71“练习十七”第1题。</w:t>
            </w:r>
          </w:p>
        </w:tc>
        <w:tc>
          <w:tcPr>
            <w:tcW w:type="dxa" w:w="3061"/>
          </w:tcPr>
          <w:p>
            <w:pPr>
              <w:spacing w:after="20" w:line="276" w:lineRule="auto"/>
            </w:pPr>
            <w:r/>
            <w:r>
              <w:rPr>
                <w:rFonts w:ascii="宋体" w:hAnsi="宋体" w:eastAsia="宋体"/>
                <w:b w:val="0"/>
                <w:sz w:val="18"/>
              </w:rPr>
              <w:t>学生独立完成后集中评价。</w:t>
            </w:r>
          </w:p>
          <w:p>
            <w:pPr>
              <w:spacing w:after="20" w:line="276" w:lineRule="auto"/>
            </w:pPr>
            <w:r>
              <w:rPr>
                <w:rFonts w:ascii="宋体" w:hAnsi="宋体" w:eastAsia="宋体"/>
                <w:b w:val="0"/>
                <w:sz w:val="18"/>
              </w:rPr>
              <w:t>学生独立完成后集中评价。</w:t>
            </w:r>
          </w:p>
        </w:tc>
        <w:tc>
          <w:tcPr>
            <w:tcW w:type="dxa" w:w="1814"/>
          </w:tcPr>
          <w:p>
            <w:pPr>
              <w:spacing w:after="20" w:line="276" w:lineRule="auto"/>
            </w:pPr>
            <w:r/>
            <w:r>
              <w:rPr>
                <w:rFonts w:ascii="宋体" w:hAnsi="宋体" w:eastAsia="宋体"/>
                <w:b w:val="0"/>
                <w:sz w:val="18"/>
              </w:rPr>
              <w:t>通过练习，运用今天所学知识，进一步加深理解，巩固方法。</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师：回顾今天的学习过程，你们有什么收获呢？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引导学生回顾梳理本课所学，完善认知结构，提升归纳与反思能力，核心问题："回顾今天的学习过程，你们有什么收获呢？"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最小公倍数</w:t>
      </w:r>
    </w:p>
    <w:p>
      <w:pPr>
        <w:spacing w:after="40" w:line="300" w:lineRule="auto"/>
      </w:pPr>
      <w:r>
        <w:rPr>
          <w:rFonts w:ascii="宋体" w:hAnsi="宋体" w:eastAsia="宋体"/>
          <w:b w:val="0"/>
          <w:sz w:val="20"/>
        </w:rPr>
        <w:t>第一组：3和6 2和8 3和9 5和10(一个数是另一个数的倍数)</w:t>
      </w:r>
    </w:p>
    <w:p>
      <w:pPr>
        <w:spacing w:after="40" w:line="300" w:lineRule="auto"/>
      </w:pPr>
      <w:r>
        <w:rPr>
          <w:rFonts w:ascii="宋体" w:hAnsi="宋体" w:eastAsia="宋体"/>
          <w:b w:val="0"/>
          <w:sz w:val="20"/>
        </w:rPr>
        <w:t>第二组：5和6 4和9(两个数互质)</w:t>
      </w:r>
    </w:p>
    <w:p>
      <w:pPr>
        <w:spacing w:after="40" w:line="300" w:lineRule="auto"/>
      </w:pPr>
      <w:r>
        <w:rPr>
          <w:rFonts w:ascii="宋体" w:hAnsi="宋体" w:eastAsia="宋体"/>
          <w:b w:val="0"/>
          <w:sz w:val="20"/>
        </w:rPr>
        <w:t>如果a是b的倍数，那么a是它们的最小公倍数。</w:t>
      </w:r>
    </w:p>
    <w:p>
      <w:pPr>
        <w:spacing w:after="40" w:line="300" w:lineRule="auto"/>
      </w:pPr>
      <w:r>
        <w:rPr>
          <w:rFonts w:ascii="宋体" w:hAnsi="宋体" w:eastAsia="宋体"/>
          <w:b w:val="0"/>
          <w:sz w:val="20"/>
        </w:rPr>
        <w:t>如果a和b互质，那么它们的最小公倍数就是ab</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教科书P68~69例1、例2、“做一做”及“你知道吗？”，完成教科书P71“练习十七”中第1~3题。</w:t>
      </w:r>
    </w:p>
    <w:p>
      <w:pPr>
        <w:spacing w:after="40" w:line="300" w:lineRule="auto"/>
        <w:ind w:firstLine="400"/>
      </w:pPr>
      <w:r>
        <w:rPr>
          <w:rFonts w:ascii="宋体" w:hAnsi="宋体" w:eastAsia="宋体"/>
          <w:b w:val="0"/>
          <w:sz w:val="20"/>
        </w:rPr>
        <w:t>② 原设计安排：见“状元成才路”系列丛书《创优作业100分》对应课时作业。 3.在括号里写出每组分数的两个分母的最小公倍数。 eq \f(5,18)和eq \f(5,24)( ) eq \f(1,15)和eq \f(3,16)( ) eq \f(9,20)和eq \f(8,25)( ) eq \f(7,60)和eq \f(4,15)( ) 4选一选。(将正确答案的序号填在括号里) (1)两个数的最小公倍数是15，下面( )不是这两个数的公倍数。 A．30 B．50 C．75 D．90 (2)甲数的最小倍数是18，乙数的最大因数是12，甲数与乙数的最小公倍数是( )。 A．36 B．18 C．12 D．48 (3)a和a＋1的最小公倍数是它们最大公因数的( )倍。(a为非0自然数) A．1 B．a C．a＋1 D．a(a＋1) 参考答案 1. 没有 无限 2．(1)①63 35 143 957 积 ②16 24 27 90 大 (2)42 99 24 60 3．72 240 100 60 4．(1)B (2)A (3)D 【教学笔记】 【教学提示】 此处只要学生知道什么是两个数的公倍数和最小公倍数就行。 【教学提示】 多点几名学生说说为什么加“…”，体会公倍数有无数个。 【教学提示】 短除法不是教科书规定的教学内容，教师可根据实际情况选择教学。 【教学提示】 让学生自主发现规律，举例说明，不要死记硬背。</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有了前面求公因数和最大公因数的经验，本节课的学习相对比较轻松。但是由于公倍数有无数个，找两个数的公倍数一般采用列举法和筛选法，不是很好归纳，所以在学生理解后介绍用分解质因数法、短除法求最小公倍数，大部分学生觉得这两种方法很好，有规律可循，也能够直接找出最小公倍数。</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真分数和假分数（1）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真分数和假分数（1）</w:t>
            </w:r>
          </w:p>
        </w:tc>
        <w:tc>
          <w:tcPr>
            <w:tcW w:type="dxa" w:w="6009"/>
          </w:tcPr>
          <w:p>
            <w:pPr>
              <w:spacing w:after="20" w:line="276" w:lineRule="auto"/>
            </w:pPr>
            <w:r/>
            <w:r>
              <w:rPr>
                <w:rFonts w:ascii="宋体" w:hAnsi="宋体" w:eastAsia="宋体"/>
                <w:b w:val="0"/>
                <w:sz w:val="20"/>
              </w:rPr>
              <w:t>第4单元 分数的意义和性质（真分数和假分数）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教学内容：教科书P53例1、例2及P54“做一做”第1题，完成教科书P55～56“练习十三”中第1、2、8题。</w:t>
      </w:r>
    </w:p>
    <w:p>
      <w:pPr>
        <w:spacing w:after="80" w:line="300" w:lineRule="auto"/>
        <w:ind w:firstLine="400"/>
      </w:pPr>
      <w:r>
        <w:rPr>
          <w:rFonts w:ascii="宋体" w:hAnsi="宋体" w:eastAsia="宋体"/>
          <w:b w:val="0"/>
          <w:sz w:val="20"/>
        </w:rPr>
        <w:t>教学准备：课件，标有数字4，4，3，3的四张卡片。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（1）理解、掌握真分数和假分数的意义和特征，能辨别真分数和假分数。了解带分数的概念，知道假分数可以写成整数或带分数。</w:t>
      </w:r>
    </w:p>
    <w:p>
      <w:pPr>
        <w:spacing w:after="20" w:line="300" w:lineRule="auto"/>
        <w:ind w:firstLine="400"/>
      </w:pPr>
      <w:r>
        <w:rPr>
          <w:rFonts w:ascii="宋体" w:hAnsi="宋体" w:eastAsia="宋体"/>
          <w:b w:val="0"/>
          <w:sz w:val="20"/>
        </w:rPr>
        <w:t>（2）在数学活动中，提高学生的观察、比较、分析、概括能力，渗透数形结合的思想，进一步发展学生的数感。</w:t>
      </w:r>
    </w:p>
    <w:p>
      <w:pPr>
        <w:spacing w:after="20" w:line="300" w:lineRule="auto"/>
      </w:pPr>
      <w:r>
        <w:rPr>
          <w:rFonts w:ascii="宋体" w:hAnsi="宋体" w:eastAsia="宋体"/>
          <w:b w:val="0"/>
          <w:sz w:val="20"/>
        </w:rPr>
        <w:t>教学重点：理解、掌握真分数和假分数的意义与特征。</w:t>
      </w:r>
    </w:p>
    <w:p>
      <w:pPr>
        <w:spacing w:after="20" w:line="300" w:lineRule="auto"/>
      </w:pPr>
      <w:r>
        <w:rPr>
          <w:rFonts w:ascii="宋体" w:hAnsi="宋体" w:eastAsia="宋体"/>
          <w:b w:val="0"/>
          <w:sz w:val="20"/>
        </w:rPr>
        <w:t>教学难点：建构对假分数意义的理解。</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一、游戏导入，引出真分数和假分数</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你们写出的分数中既有真分数也有假分数，到底谁为真、谁为假呢？</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二、探究活动，认识真分数和假分数</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你们会涂吗？；EMBED Equation.DSMT4  怎么涂？(3份中涂1份)随便哪一份都行吗？</w:t>
            </w:r>
          </w:p>
        </w:tc>
        <w:tc>
          <w:tcPr>
            <w:tcW w:type="dxa" w:w="1361"/>
          </w:tcPr>
          <w:p>
            <w:pPr>
              <w:spacing w:after="20" w:line="276" w:lineRule="auto"/>
            </w:pPr>
            <w:r/>
            <w:r>
              <w:rPr>
                <w:rFonts w:ascii="宋体" w:hAnsi="宋体" w:eastAsia="宋体"/>
                <w:b w:val="0"/>
                <w:sz w:val="18"/>
              </w:rPr>
              <w:t>31分钟</w:t>
            </w:r>
          </w:p>
        </w:tc>
      </w:tr>
      <w:tr>
        <w:tc>
          <w:tcPr>
            <w:tcW w:type="dxa" w:w="2835"/>
          </w:tcPr>
          <w:p>
            <w:pPr>
              <w:spacing w:after="20" w:line="276" w:lineRule="auto"/>
            </w:pPr>
            <w:r/>
            <w:r>
              <w:rPr>
                <w:rFonts w:ascii="宋体" w:hAnsi="宋体" w:eastAsia="宋体"/>
                <w:b w:val="0"/>
                <w:sz w:val="18"/>
              </w:rPr>
              <w:t>三、巩固练习，加深理解</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今天我们学习了真分数和假分数。谁愿意来说一说什么是真分数，什么是假分数？；你们还知道真分数、假分数的哪些知识呢？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一、游戏导入，引出真分数和假分数</w:t>
            </w:r>
          </w:p>
        </w:tc>
        <w:tc>
          <w:tcPr>
            <w:tcW w:type="dxa" w:w="3061"/>
          </w:tcPr>
          <w:p>
            <w:pPr>
              <w:spacing w:after="20" w:line="276" w:lineRule="auto"/>
            </w:pPr>
            <w:r/>
            <w:r>
              <w:rPr>
                <w:rFonts w:ascii="宋体" w:hAnsi="宋体" w:eastAsia="宋体"/>
                <w:b w:val="0"/>
                <w:sz w:val="18"/>
              </w:rPr>
              <w:t>师：同学们，老师今天给大家带来了标有数字4，4，3，3的四张卡片，请你们任选两张，看看用它们能组成什么样的分数。</w:t>
            </w:r>
          </w:p>
          <w:p>
            <w:pPr>
              <w:spacing w:after="20" w:line="276" w:lineRule="auto"/>
            </w:pPr>
            <w:r>
              <w:rPr>
                <w:rFonts w:ascii="宋体" w:hAnsi="宋体" w:eastAsia="宋体"/>
                <w:b w:val="0"/>
                <w:sz w:val="18"/>
              </w:rPr>
              <w:t>师：你们写出的分数中既有真分数也有假分数，到底谁为真、谁为假呢？这节课我们就来一起研究真分数和假分数。[板书课题：真分数和假分数(1)]</w:t>
            </w:r>
          </w:p>
        </w:tc>
        <w:tc>
          <w:tcPr>
            <w:tcW w:type="dxa" w:w="3061"/>
          </w:tcPr>
          <w:p>
            <w:pPr>
              <w:spacing w:after="20" w:line="276" w:lineRule="auto"/>
            </w:pPr>
            <w:r/>
            <w:r>
              <w:rPr>
                <w:rFonts w:ascii="宋体" w:hAnsi="宋体" w:eastAsia="宋体"/>
                <w:b w:val="0"/>
                <w:sz w:val="18"/>
              </w:rPr>
              <w:t>由于以前学到的分数都是把单位“1”平均分成若干份，用分数表示其中的几份，所以学生能说出组成的分数 EMBED Equation.DSMT4  ， EMBED Equation.DSMT4  ， EMBED Equation.DSMT4  ，但是对于 EMBED Equation.DSMT4  ，很多学生还难以理解。</w:t>
            </w:r>
          </w:p>
        </w:tc>
        <w:tc>
          <w:tcPr>
            <w:tcW w:type="dxa" w:w="1814"/>
          </w:tcPr>
          <w:p>
            <w:pPr>
              <w:spacing w:after="20" w:line="276" w:lineRule="auto"/>
            </w:pPr>
            <w:r/>
            <w:r>
              <w:rPr>
                <w:rFonts w:ascii="宋体" w:hAnsi="宋体" w:eastAsia="宋体"/>
                <w:b w:val="0"/>
                <w:sz w:val="18"/>
              </w:rPr>
              <w:t>游戏可以调动学生的兴趣，吸引学生的注意力，培养学生的发散思维。观察、对比4个分数，意在让学生初步感知真分数和假分数。 EMBED Equation.DSMT4  和 EMBED Equation.DSMT4  的分子、分母正好颠倒，为后面学习倒数作铺垫。</w:t>
            </w:r>
          </w:p>
        </w:tc>
      </w:tr>
      <w:tr>
        <w:tc>
          <w:tcPr>
            <w:tcW w:type="dxa" w:w="1474"/>
          </w:tcPr>
          <w:p>
            <w:pPr>
              <w:spacing w:after="20" w:line="276" w:lineRule="auto"/>
            </w:pPr>
            <w:r>
              <w:rPr>
                <w:b/>
              </w:rPr>
            </w:r>
            <w:r>
              <w:rPr>
                <w:rFonts w:ascii="宋体" w:hAnsi="宋体" w:eastAsia="宋体"/>
                <w:b/>
                <w:sz w:val="18"/>
              </w:rPr>
              <w:t>二、探究活动，认识真分数和假分数</w:t>
            </w:r>
          </w:p>
        </w:tc>
        <w:tc>
          <w:tcPr>
            <w:tcW w:type="dxa" w:w="3061"/>
          </w:tcPr>
          <w:p>
            <w:pPr>
              <w:spacing w:after="20" w:line="276" w:lineRule="auto"/>
            </w:pPr>
            <w:r/>
            <w:r>
              <w:rPr>
                <w:rFonts w:ascii="宋体" w:hAnsi="宋体" w:eastAsia="宋体"/>
                <w:b w:val="0"/>
                <w:sz w:val="18"/>
              </w:rPr>
              <w:t>1.充分感知，认识真分数。</w:t>
            </w:r>
          </w:p>
          <w:p>
            <w:pPr>
              <w:spacing w:after="20" w:line="276" w:lineRule="auto"/>
            </w:pPr>
            <w:r>
              <w:rPr>
                <w:rFonts w:ascii="宋体" w:hAnsi="宋体" w:eastAsia="宋体"/>
                <w:b w:val="0"/>
                <w:sz w:val="18"/>
              </w:rPr>
              <w:t>(1)课件出示教科书P53例1。</w:t>
            </w:r>
          </w:p>
          <w:p>
            <w:pPr>
              <w:spacing w:after="20" w:line="276" w:lineRule="auto"/>
            </w:pPr>
            <w:r>
              <w:rPr>
                <w:rFonts w:ascii="宋体" w:hAnsi="宋体" w:eastAsia="宋体"/>
                <w:b w:val="0"/>
                <w:sz w:val="18"/>
              </w:rPr>
              <w:t>师：你们会涂吗？</w:t>
            </w:r>
          </w:p>
          <w:p>
            <w:pPr>
              <w:spacing w:after="20" w:line="276" w:lineRule="auto"/>
            </w:pPr>
            <w:r>
              <w:rPr>
                <w:rFonts w:ascii="宋体" w:hAnsi="宋体" w:eastAsia="宋体"/>
                <w:b w:val="0"/>
                <w:sz w:val="18"/>
              </w:rPr>
              <w:t>(2)学生说，教师用课件显示涂色。</w:t>
            </w:r>
          </w:p>
          <w:p>
            <w:pPr>
              <w:spacing w:after="20" w:line="276" w:lineRule="auto"/>
            </w:pPr>
            <w:r>
              <w:rPr>
                <w:rFonts w:ascii="宋体" w:hAnsi="宋体" w:eastAsia="宋体"/>
                <w:b w:val="0"/>
                <w:sz w:val="18"/>
              </w:rPr>
              <w:t>师： EMBED Equation.DSMT4  怎么涂？(3份中涂1份)随便哪一份都行吗？(行)</w:t>
            </w:r>
          </w:p>
          <w:p>
            <w:pPr>
              <w:spacing w:after="20" w:line="276" w:lineRule="auto"/>
            </w:pPr>
            <w:r>
              <w:rPr>
                <w:rFonts w:ascii="宋体" w:hAnsi="宋体" w:eastAsia="宋体"/>
                <w:b w:val="0"/>
                <w:sz w:val="18"/>
              </w:rPr>
              <w:t>师： EMBED Equation.DSMT4  怎么涂？(4份中涂3份)</w:t>
            </w:r>
          </w:p>
          <w:p>
            <w:pPr>
              <w:spacing w:after="20" w:line="276" w:lineRule="auto"/>
            </w:pPr>
            <w:r>
              <w:rPr>
                <w:rFonts w:ascii="宋体" w:hAnsi="宋体" w:eastAsia="宋体"/>
                <w:b w:val="0"/>
                <w:sz w:val="18"/>
              </w:rPr>
              <w:t>师： EMBED Equation.DSMT4  怎么涂？(6份中涂5份)</w:t>
            </w:r>
          </w:p>
          <w:p>
            <w:pPr>
              <w:spacing w:after="20" w:line="276" w:lineRule="auto"/>
            </w:pPr>
            <w:r>
              <w:rPr>
                <w:rFonts w:ascii="宋体" w:hAnsi="宋体" w:eastAsia="宋体"/>
                <w:b w:val="0"/>
                <w:sz w:val="18"/>
              </w:rPr>
              <w:t>(3)观察分析，建立真分数概念。</w:t>
            </w:r>
          </w:p>
          <w:p>
            <w:pPr>
              <w:spacing w:after="20" w:line="276" w:lineRule="auto"/>
            </w:pPr>
            <w:r>
              <w:rPr>
                <w:rFonts w:ascii="宋体" w:hAnsi="宋体" w:eastAsia="宋体"/>
                <w:b w:val="0"/>
                <w:sz w:val="18"/>
              </w:rPr>
              <w:t>师：观察这些分数是把什么看作单位“1”。</w:t>
            </w:r>
          </w:p>
          <w:p>
            <w:pPr>
              <w:spacing w:after="20" w:line="276" w:lineRule="auto"/>
            </w:pPr>
            <w:r>
              <w:rPr>
                <w:rFonts w:ascii="宋体" w:hAnsi="宋体" w:eastAsia="宋体"/>
                <w:b w:val="0"/>
                <w:sz w:val="18"/>
              </w:rPr>
              <w:t>师：每个分数的分数单位是多少？它们各有几个相应的分数单位？</w:t>
            </w:r>
          </w:p>
          <w:p>
            <w:pPr>
              <w:spacing w:after="20" w:line="276" w:lineRule="auto"/>
            </w:pPr>
            <w:r>
              <w:rPr>
                <w:rFonts w:ascii="宋体" w:hAnsi="宋体" w:eastAsia="宋体"/>
                <w:b w:val="0"/>
                <w:sz w:val="18"/>
              </w:rPr>
              <w:t>师：这些分数都比1大还是比1小？说说理由。</w:t>
            </w:r>
          </w:p>
          <w:p>
            <w:pPr>
              <w:spacing w:after="20" w:line="276" w:lineRule="auto"/>
            </w:pPr>
            <w:r>
              <w:rPr>
                <w:rFonts w:ascii="宋体" w:hAnsi="宋体" w:eastAsia="宋体"/>
                <w:b w:val="0"/>
                <w:sz w:val="18"/>
              </w:rPr>
              <w:t>教师板书： EMBED Equation.DSMT4  ＜1　 EMBED Equation.DSMT4  ＜1　 EMBED Equation.DSMT4  ＜1</w:t>
            </w:r>
          </w:p>
          <w:p>
            <w:pPr>
              <w:spacing w:after="20" w:line="276" w:lineRule="auto"/>
            </w:pPr>
            <w:r>
              <w:rPr>
                <w:rFonts w:ascii="宋体" w:hAnsi="宋体" w:eastAsia="宋体"/>
                <w:b w:val="0"/>
                <w:sz w:val="18"/>
              </w:rPr>
              <w:t>师：仔细观察，这三个分数有什么共同特点？</w:t>
            </w:r>
          </w:p>
          <w:p>
            <w:pPr>
              <w:spacing w:after="20" w:line="276" w:lineRule="auto"/>
            </w:pPr>
            <w:r>
              <w:rPr>
                <w:rFonts w:ascii="宋体" w:hAnsi="宋体" w:eastAsia="宋体"/>
                <w:b w:val="0"/>
                <w:sz w:val="18"/>
              </w:rPr>
              <w:t>结合学生的发言，教师板书：分子比分母小的分数小于1。</w:t>
            </w:r>
          </w:p>
          <w:p>
            <w:pPr>
              <w:spacing w:after="20" w:line="276" w:lineRule="auto"/>
            </w:pPr>
            <w:r>
              <w:rPr>
                <w:rFonts w:ascii="宋体" w:hAnsi="宋体" w:eastAsia="宋体"/>
                <w:b w:val="0"/>
                <w:sz w:val="18"/>
              </w:rPr>
              <w:t>师生归纳：像这样分子比分母小的分数叫作真分数。真分数小于1。(板书)</w:t>
            </w:r>
          </w:p>
          <w:p>
            <w:pPr>
              <w:spacing w:after="20" w:line="276" w:lineRule="auto"/>
            </w:pPr>
            <w:r>
              <w:rPr>
                <w:rFonts w:ascii="宋体" w:hAnsi="宋体" w:eastAsia="宋体"/>
                <w:b w:val="0"/>
                <w:sz w:val="18"/>
              </w:rPr>
              <w:t>(4)举例说明，内化概念。</w:t>
            </w:r>
          </w:p>
          <w:p>
            <w:pPr>
              <w:spacing w:after="20" w:line="276" w:lineRule="auto"/>
            </w:pPr>
            <w:r>
              <w:rPr>
                <w:rFonts w:ascii="宋体" w:hAnsi="宋体" w:eastAsia="宋体"/>
                <w:b w:val="0"/>
                <w:sz w:val="18"/>
              </w:rPr>
              <w:t>师：你们能举出一些真分数吗？</w:t>
            </w:r>
          </w:p>
          <w:p>
            <w:pPr>
              <w:spacing w:after="20" w:line="276" w:lineRule="auto"/>
            </w:pPr>
            <w:r>
              <w:rPr>
                <w:rFonts w:ascii="宋体" w:hAnsi="宋体" w:eastAsia="宋体"/>
                <w:b w:val="0"/>
                <w:sz w:val="18"/>
              </w:rPr>
              <w:t>师：刚才你们写出的分数 EMBED Equation.DSMT4  ， EMBED Equation.DSMT4  ， EMBED Equation.DSMT4  ， EMBED Equation.DSMT4  中，哪个是真分数？</w:t>
            </w:r>
          </w:p>
          <w:p>
            <w:pPr>
              <w:spacing w:after="20" w:line="276" w:lineRule="auto"/>
            </w:pPr>
            <w:r>
              <w:rPr>
                <w:rFonts w:ascii="宋体" w:hAnsi="宋体" w:eastAsia="宋体"/>
                <w:b w:val="0"/>
                <w:sz w:val="18"/>
              </w:rPr>
              <w:t>师：这些分数不是真分数，那就是假分数了。</w:t>
            </w:r>
          </w:p>
          <w:p>
            <w:pPr>
              <w:spacing w:after="20" w:line="276" w:lineRule="auto"/>
            </w:pPr>
            <w:r>
              <w:rPr>
                <w:rFonts w:ascii="宋体" w:hAnsi="宋体" w:eastAsia="宋体"/>
                <w:b w:val="0"/>
                <w:sz w:val="18"/>
              </w:rPr>
              <w:t>2．解疑释惑，认识假分数。</w:t>
            </w:r>
          </w:p>
          <w:p>
            <w:pPr>
              <w:spacing w:after="20" w:line="276" w:lineRule="auto"/>
            </w:pPr>
            <w:r>
              <w:rPr>
                <w:rFonts w:ascii="宋体" w:hAnsi="宋体" w:eastAsia="宋体"/>
                <w:b w:val="0"/>
                <w:sz w:val="18"/>
              </w:rPr>
              <w:t>(1)制造矛盾，感知假分数与真分数的不同。</w:t>
            </w:r>
          </w:p>
          <w:p>
            <w:pPr>
              <w:spacing w:after="20" w:line="276" w:lineRule="auto"/>
            </w:pPr>
            <w:r>
              <w:rPr>
                <w:rFonts w:ascii="宋体" w:hAnsi="宋体" w:eastAsia="宋体"/>
                <w:b w:val="0"/>
                <w:sz w:val="18"/>
              </w:rPr>
              <w:t>师：我们刚才根据真分数涂色了，现在来根据这些假分数涂色。</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师：为什么用一个圆无法表示出 EMBED Equation.DSMT4  ？</w:t>
            </w:r>
          </w:p>
          <w:p>
            <w:pPr>
              <w:spacing w:after="20" w:line="276" w:lineRule="auto"/>
            </w:pPr>
            <w:r>
              <w:rPr>
                <w:rFonts w:ascii="宋体" w:hAnsi="宋体" w:eastAsia="宋体"/>
                <w:b w:val="0"/>
                <w:sz w:val="18"/>
              </w:rPr>
              <w:t>引导学生说出：一个圆是单位“1”， EMBED Equation.DSMT4  比1大。</w:t>
            </w:r>
          </w:p>
          <w:p>
            <w:pPr>
              <w:spacing w:after="20" w:line="276" w:lineRule="auto"/>
            </w:pPr>
            <w:r>
              <w:rPr>
                <w:rFonts w:ascii="宋体" w:hAnsi="宋体" w:eastAsia="宋体"/>
                <w:b w:val="0"/>
                <w:sz w:val="18"/>
              </w:rPr>
              <w:t>(2)课件出示教科书P53例2。</w:t>
            </w:r>
          </w:p>
          <w:p>
            <w:pPr>
              <w:spacing w:after="20" w:line="276" w:lineRule="auto"/>
            </w:pPr>
            <w:r>
              <w:rPr>
                <w:rFonts w:ascii="宋体" w:hAnsi="宋体" w:eastAsia="宋体"/>
                <w:b w:val="0"/>
                <w:sz w:val="18"/>
              </w:rPr>
              <w:t>师：仔细观察、阅读，现在会涂吗？</w:t>
            </w:r>
          </w:p>
          <w:p>
            <w:pPr>
              <w:spacing w:after="20" w:line="276" w:lineRule="auto"/>
            </w:pPr>
            <w:r>
              <w:rPr>
                <w:rFonts w:ascii="宋体" w:hAnsi="宋体" w:eastAsia="宋体"/>
                <w:b w:val="0"/>
                <w:sz w:val="18"/>
              </w:rPr>
              <w:t>③观察分析，建立假分数的概念。</w:t>
            </w:r>
          </w:p>
          <w:p>
            <w:pPr>
              <w:spacing w:after="20" w:line="276" w:lineRule="auto"/>
            </w:pPr>
            <w:r>
              <w:rPr>
                <w:rFonts w:ascii="宋体" w:hAnsi="宋体" w:eastAsia="宋体"/>
                <w:b w:val="0"/>
                <w:sz w:val="18"/>
              </w:rPr>
              <w:t>师：仔细观察，这些假分数都有什么共同特点？同桌之间互相交流。</w:t>
            </w:r>
          </w:p>
          <w:p>
            <w:pPr>
              <w:spacing w:after="20" w:line="276" w:lineRule="auto"/>
            </w:pPr>
            <w:r>
              <w:rPr>
                <w:rFonts w:ascii="宋体" w:hAnsi="宋体" w:eastAsia="宋体"/>
                <w:b w:val="0"/>
                <w:sz w:val="18"/>
              </w:rPr>
              <w:t>师：想一想，这些分数比1大，还是比1小？</w:t>
            </w:r>
          </w:p>
          <w:p>
            <w:pPr>
              <w:spacing w:after="20" w:line="276" w:lineRule="auto"/>
            </w:pPr>
            <w:r>
              <w:rPr>
                <w:rFonts w:ascii="宋体" w:hAnsi="宋体" w:eastAsia="宋体"/>
                <w:b w:val="0"/>
                <w:sz w:val="18"/>
              </w:rPr>
              <w:t>师生归纳：分子大于或等于分母的分数叫作假分数。假分数大于1或等于1。(板书)</w:t>
            </w:r>
          </w:p>
          <w:p>
            <w:pPr>
              <w:spacing w:after="20" w:line="276" w:lineRule="auto"/>
            </w:pPr>
            <w:r>
              <w:rPr>
                <w:rFonts w:ascii="宋体" w:hAnsi="宋体" w:eastAsia="宋体"/>
                <w:b w:val="0"/>
                <w:sz w:val="18"/>
              </w:rPr>
              <w:t>(3)举例说明，内化概念。</w:t>
            </w:r>
          </w:p>
          <w:p>
            <w:pPr>
              <w:spacing w:after="20" w:line="276" w:lineRule="auto"/>
            </w:pPr>
            <w:r>
              <w:rPr>
                <w:rFonts w:ascii="宋体" w:hAnsi="宋体" w:eastAsia="宋体"/>
                <w:b w:val="0"/>
                <w:sz w:val="18"/>
              </w:rPr>
              <w:t>师：老师吃月饼时，喜欢将一个月饼平均切成4块，用碟子装着吃。有一天，老师家孩子将自己的那一碟吃完了，又在老师这里拿了一块。用分数表示老师家孩子吃了多少块，老师吃了多少块。</w:t>
            </w:r>
          </w:p>
          <w:p>
            <w:pPr>
              <w:spacing w:after="20" w:line="276" w:lineRule="auto"/>
            </w:pPr>
            <w:r>
              <w:rPr>
                <w:rFonts w:ascii="宋体" w:hAnsi="宋体" w:eastAsia="宋体"/>
                <w:b w:val="0"/>
                <w:sz w:val="18"/>
              </w:rPr>
              <w:t>师：你还能举出生活中的例子吗？</w:t>
            </w:r>
          </w:p>
          <w:p>
            <w:pPr>
              <w:spacing w:after="20" w:line="276" w:lineRule="auto"/>
            </w:pPr>
            <w:r>
              <w:rPr>
                <w:rFonts w:ascii="宋体" w:hAnsi="宋体" w:eastAsia="宋体"/>
                <w:b w:val="0"/>
                <w:sz w:val="18"/>
              </w:rPr>
              <w:t>3．认识带分数的意义及读、写方法。</w:t>
            </w:r>
          </w:p>
          <w:p>
            <w:pPr>
              <w:spacing w:after="20" w:line="276" w:lineRule="auto"/>
            </w:pPr>
            <w:r>
              <w:rPr>
                <w:rFonts w:ascii="宋体" w:hAnsi="宋体" w:eastAsia="宋体"/>
                <w:b w:val="0"/>
                <w:sz w:val="18"/>
              </w:rPr>
              <w:t>(1)师：观察上图， EMBED Equation.DSMT4  由几个圆组成？</w:t>
            </w:r>
          </w:p>
          <w:p>
            <w:pPr>
              <w:spacing w:after="20" w:line="276" w:lineRule="auto"/>
            </w:pPr>
            <w:r>
              <w:rPr>
                <w:rFonts w:ascii="宋体" w:hAnsi="宋体" w:eastAsia="宋体"/>
                <w:b w:val="0"/>
                <w:sz w:val="18"/>
              </w:rPr>
              <w:t>引导学生观察2 EMBED Equation.DSMT4  。</w:t>
            </w:r>
          </w:p>
          <w:p>
            <w:pPr>
              <w:spacing w:after="20" w:line="276" w:lineRule="auto"/>
            </w:pPr>
            <w:r>
              <w:rPr>
                <w:rFonts w:ascii="宋体" w:hAnsi="宋体" w:eastAsia="宋体"/>
                <w:b w:val="0"/>
                <w:sz w:val="18"/>
              </w:rPr>
              <w:t>师：它是由哪两部分组成的？</w:t>
            </w:r>
          </w:p>
          <w:p>
            <w:pPr>
              <w:spacing w:after="20" w:line="276" w:lineRule="auto"/>
            </w:pPr>
            <w:r>
              <w:rPr>
                <w:rFonts w:ascii="宋体" w:hAnsi="宋体" w:eastAsia="宋体"/>
                <w:b w:val="0"/>
                <w:sz w:val="18"/>
              </w:rPr>
              <w:t>师：像这样的分数就是带分数。谁能说说什么是带分数？</w:t>
            </w:r>
          </w:p>
          <w:p>
            <w:pPr>
              <w:spacing w:after="20" w:line="276" w:lineRule="auto"/>
            </w:pPr>
            <w:r>
              <w:rPr>
                <w:rFonts w:ascii="宋体" w:hAnsi="宋体" w:eastAsia="宋体"/>
                <w:b w:val="0"/>
                <w:sz w:val="18"/>
              </w:rPr>
              <w:t>教师介绍：像 EMBED Equation.DSMT4  ， EMBED Equation.DSMT4  这样的假分数，分子恰好是分母的倍数，它们实际上是整数；像 EMBED Equation.DSMT4  ， EMBED Equation.DSMT4  这样的假分数，分子不是分母的倍数，就可以写成带分数。</w:t>
            </w:r>
          </w:p>
          <w:p>
            <w:pPr>
              <w:spacing w:after="20" w:line="276" w:lineRule="auto"/>
            </w:pPr>
            <w:r>
              <w:rPr>
                <w:rFonts w:ascii="宋体" w:hAnsi="宋体" w:eastAsia="宋体"/>
                <w:b w:val="0"/>
                <w:sz w:val="18"/>
              </w:rPr>
              <w:t>(2)带分数的读法。</w:t>
            </w:r>
          </w:p>
          <w:p>
            <w:pPr>
              <w:spacing w:after="20" w:line="276" w:lineRule="auto"/>
            </w:pPr>
            <w:r>
              <w:rPr>
                <w:rFonts w:ascii="宋体" w:hAnsi="宋体" w:eastAsia="宋体"/>
                <w:b w:val="0"/>
                <w:sz w:val="18"/>
              </w:rPr>
              <w:t>师：带分数是假分数吗？</w:t>
            </w:r>
          </w:p>
          <w:p>
            <w:pPr>
              <w:spacing w:after="20" w:line="276" w:lineRule="auto"/>
            </w:pPr>
            <w:r>
              <w:rPr>
                <w:rFonts w:ascii="宋体" w:hAnsi="宋体" w:eastAsia="宋体"/>
                <w:b w:val="0"/>
                <w:sz w:val="18"/>
              </w:rPr>
              <w:t>师小结：带分数不是一种新的分数，所有的带分数都大于1，它是大于1的假分数的另一种书写形式。</w:t>
            </w:r>
          </w:p>
          <w:p>
            <w:pPr>
              <w:spacing w:after="20" w:line="276" w:lineRule="auto"/>
            </w:pPr>
            <w:r>
              <w:rPr>
                <w:rFonts w:ascii="宋体" w:hAnsi="宋体" w:eastAsia="宋体"/>
                <w:b w:val="0"/>
                <w:sz w:val="18"/>
              </w:rPr>
              <w:t>师：读带分数时，先读整数部分，加一个“又”字，再读分数部分。如2 EMBED Equation.DSMT4  读作二又五分之一，1 EMBED Equation.DSMT4  读作一又四分之三。</w:t>
            </w:r>
          </w:p>
          <w:p>
            <w:pPr>
              <w:spacing w:after="20" w:line="276" w:lineRule="auto"/>
            </w:pPr>
            <w:r>
              <w:rPr>
                <w:rFonts w:ascii="宋体" w:hAnsi="宋体" w:eastAsia="宋体"/>
                <w:b w:val="0"/>
                <w:sz w:val="18"/>
              </w:rPr>
              <w:t>4．依托直线体会真分数、假分数的本质特征。</w:t>
            </w:r>
          </w:p>
          <w:p>
            <w:pPr>
              <w:spacing w:after="20" w:line="276" w:lineRule="auto"/>
            </w:pPr>
            <w:r>
              <w:rPr>
                <w:rFonts w:ascii="宋体" w:hAnsi="宋体" w:eastAsia="宋体"/>
                <w:b w:val="0"/>
                <w:sz w:val="18"/>
              </w:rPr>
              <w:t>课件出示教科书P54“做一做”第1题。</w:t>
            </w:r>
          </w:p>
          <w:p>
            <w:pPr>
              <w:spacing w:after="20" w:line="276" w:lineRule="auto"/>
            </w:pPr>
            <w:r>
              <w:rPr>
                <w:rFonts w:ascii="宋体" w:hAnsi="宋体" w:eastAsia="宋体"/>
                <w:b w:val="0"/>
                <w:sz w:val="18"/>
              </w:rPr>
              <w:t>引导学生先判断出这些分数哪些是真分数哪些是假分数，再判断直线上真分数应该在哪里找，假分数应该在哪里找。</w:t>
            </w:r>
          </w:p>
          <w:p>
            <w:pPr>
              <w:spacing w:after="20" w:line="276" w:lineRule="auto"/>
            </w:pPr>
            <w:r>
              <w:rPr>
                <w:rFonts w:ascii="宋体" w:hAnsi="宋体" w:eastAsia="宋体"/>
                <w:b w:val="0"/>
                <w:sz w:val="18"/>
              </w:rPr>
              <w:t>师：表示真分数和表示假分数的点分别在直线的哪一段上？</w:t>
            </w:r>
          </w:p>
        </w:tc>
        <w:tc>
          <w:tcPr>
            <w:tcW w:type="dxa" w:w="3061"/>
          </w:tcPr>
          <w:p>
            <w:pPr>
              <w:spacing w:after="20" w:line="276" w:lineRule="auto"/>
            </w:pPr>
            <w:r/>
            <w:r>
              <w:rPr>
                <w:rFonts w:ascii="宋体" w:hAnsi="宋体" w:eastAsia="宋体"/>
                <w:b w:val="0"/>
                <w:sz w:val="18"/>
              </w:rPr>
              <w:t>对于真分数，学生已经积累了丰富的经验，在图形上涂色对于他们来说比较简单，可以让学生说，教师涂。</w:t>
            </w:r>
          </w:p>
          <w:p>
            <w:pPr>
              <w:spacing w:after="20" w:line="276" w:lineRule="auto"/>
            </w:pPr>
            <w:r>
              <w:rPr>
                <w:rFonts w:ascii="宋体" w:hAnsi="宋体" w:eastAsia="宋体"/>
                <w:b w:val="0"/>
                <w:sz w:val="18"/>
              </w:rPr>
              <w:t>都是把一个圆看作单位“1”。</w:t>
            </w:r>
          </w:p>
          <w:p>
            <w:pPr>
              <w:spacing w:after="20" w:line="276" w:lineRule="auto"/>
            </w:pPr>
            <w:r>
              <w:rPr>
                <w:rFonts w:ascii="宋体" w:hAnsi="宋体" w:eastAsia="宋体"/>
                <w:b w:val="0"/>
                <w:sz w:val="18"/>
              </w:rPr>
              <w:t>学生知道每个分数的分数单位，也知道每个分数有几个相应的分数单位。</w:t>
            </w:r>
          </w:p>
          <w:p>
            <w:pPr>
              <w:spacing w:after="20" w:line="276" w:lineRule="auto"/>
            </w:pPr>
            <w:r>
              <w:rPr>
                <w:rFonts w:ascii="宋体" w:hAnsi="宋体" w:eastAsia="宋体"/>
                <w:b w:val="0"/>
                <w:sz w:val="18"/>
              </w:rPr>
              <w:t>都比1小。</w:t>
            </w:r>
          </w:p>
          <w:p>
            <w:pPr>
              <w:spacing w:after="20" w:line="276" w:lineRule="auto"/>
            </w:pPr>
            <w:r>
              <w:rPr>
                <w:rFonts w:ascii="宋体" w:hAnsi="宋体" w:eastAsia="宋体"/>
                <w:b w:val="0"/>
                <w:sz w:val="18"/>
              </w:rPr>
              <w:t>预设1：因为都是单位“1”的一部分。</w:t>
            </w:r>
          </w:p>
          <w:p>
            <w:pPr>
              <w:spacing w:after="20" w:line="276" w:lineRule="auto"/>
            </w:pPr>
            <w:r>
              <w:rPr>
                <w:rFonts w:ascii="宋体" w:hAnsi="宋体" w:eastAsia="宋体"/>
                <w:b w:val="0"/>
                <w:sz w:val="18"/>
              </w:rPr>
              <w:t>预设2：分子跟分母相同才等于1，这里的分子都比分母小。</w:t>
            </w:r>
          </w:p>
          <w:p>
            <w:pPr>
              <w:spacing w:after="20" w:line="276" w:lineRule="auto"/>
            </w:pPr>
            <w:r>
              <w:rPr>
                <w:rFonts w:ascii="宋体" w:hAnsi="宋体" w:eastAsia="宋体"/>
                <w:b w:val="0"/>
                <w:sz w:val="18"/>
              </w:rPr>
              <w:t>预设3：根据分数的大小比较就知道它们都比1小。</w:t>
            </w:r>
          </w:p>
          <w:p>
            <w:pPr>
              <w:spacing w:after="20" w:line="276" w:lineRule="auto"/>
            </w:pPr>
            <w:r>
              <w:rPr>
                <w:rFonts w:ascii="宋体" w:hAnsi="宋体" w:eastAsia="宋体"/>
                <w:b w:val="0"/>
                <w:sz w:val="18"/>
              </w:rPr>
              <w:t>学生可能会说都小于1，此时教师追问：“你怎么知道它们都小于1？”引导学生表述：分子都小于分母。也可能有学生直接说出：分子都小于分母。</w:t>
            </w:r>
          </w:p>
          <w:p>
            <w:pPr>
              <w:spacing w:after="20" w:line="276" w:lineRule="auto"/>
            </w:pPr>
            <w:r>
              <w:rPr>
                <w:rFonts w:ascii="宋体" w:hAnsi="宋体" w:eastAsia="宋体"/>
                <w:b w:val="0"/>
                <w:sz w:val="18"/>
              </w:rPr>
              <w:t>学生自由发言，举出真分数的例子。</w:t>
            </w:r>
          </w:p>
          <w:p>
            <w:pPr>
              <w:spacing w:after="20" w:line="276" w:lineRule="auto"/>
            </w:pPr>
            <w:r>
              <w:rPr>
                <w:rFonts w:ascii="宋体" w:hAnsi="宋体" w:eastAsia="宋体"/>
                <w:b w:val="0"/>
                <w:sz w:val="18"/>
              </w:rPr>
              <w:t>学生会说出 EMBED Equation.DSMT4  是真分数，此时教师追问：“ EMBED Equation.DSMT4  ， EMBED Equation.DSMT4  ， EMBED Equation.DSMT4  为什么不是真分数？”引导学生说出：因为它们的分子不小于分母，它们也不小于1。</w:t>
            </w:r>
          </w:p>
          <w:p>
            <w:pPr>
              <w:spacing w:after="20" w:line="276" w:lineRule="auto"/>
            </w:pPr>
            <w:r>
              <w:rPr>
                <w:rFonts w:ascii="宋体" w:hAnsi="宋体" w:eastAsia="宋体"/>
                <w:b w:val="0"/>
                <w:sz w:val="18"/>
              </w:rPr>
              <w:t>EMBED Equation.DSMT4  学生知道怎么涂，但是 EMBED Equation.DSMT4  学生不知道该怎么办，可能有的学生会想到旁边再加一个圆。</w:t>
            </w:r>
          </w:p>
          <w:p>
            <w:pPr>
              <w:spacing w:after="20" w:line="276" w:lineRule="auto"/>
            </w:pPr>
            <w:r>
              <w:rPr>
                <w:rFonts w:ascii="宋体" w:hAnsi="宋体" w:eastAsia="宋体"/>
                <w:b w:val="0"/>
                <w:sz w:val="18"/>
              </w:rPr>
              <w:t>①学生独立思考应该怎样涂，自己在教科书上涂一涂。</w:t>
            </w:r>
          </w:p>
          <w:p>
            <w:pPr>
              <w:spacing w:after="20" w:line="276" w:lineRule="auto"/>
            </w:pPr>
            <w:r>
              <w:rPr>
                <w:rFonts w:ascii="宋体" w:hAnsi="宋体" w:eastAsia="宋体"/>
                <w:b w:val="0"/>
                <w:sz w:val="18"/>
              </w:rPr>
              <w:t>②汇报交流，教师结合学生的汇报用课件呈现涂色。</w:t>
            </w:r>
          </w:p>
          <w:p>
            <w:pPr>
              <w:spacing w:after="20" w:line="276" w:lineRule="auto"/>
            </w:pPr>
            <w:r>
              <w:rPr>
                <w:rFonts w:ascii="宋体" w:hAnsi="宋体" w:eastAsia="宋体"/>
                <w:b w:val="0"/>
                <w:sz w:val="18"/>
              </w:rPr>
              <w:t>4个 EMBED Equation.DSMT4  是 EMBED Equation.DSMT4  ，一个圆有3个 EMBED Equation.DSMT4  ，再在另一个圆中涂1个 EMBED Equation.DSMT4  ， EMBED Equation.DSMT4  就是涂4个 EMBED Equation.DSMT4  ； EMBED Equation.DSMT4  是3个 EMBED Equation.DSMT4  ，将一个圆的3份涂满； EMBED Equation.DSMT4  是7个 EMBED Equation.DSMT4  ，一个圆有4个 EMBED Equation.DSMT4  ，再在另一个圆中涂3个 EMBED Equation.DSMT4  ，合起来就是 EMBED Equation.DSMT4  ； EMBED Equation.DSMT4  是11个 EMBED Equation.DSMT4  ，一个圆是5个 EMBED Equation.DSMT4  ，2个圆就是10个 EMBED Equation.DSMT4  ，还要再在另一个圆中涂1个 EMBED Equation.DSMT4  ，合起来就是 EMBED Equation.DSMT4  。</w:t>
            </w:r>
          </w:p>
          <w:p>
            <w:pPr>
              <w:spacing w:after="20" w:line="276" w:lineRule="auto"/>
            </w:pPr>
            <w:r>
              <w:rPr>
                <w:rFonts w:ascii="宋体" w:hAnsi="宋体" w:eastAsia="宋体"/>
                <w:b w:val="0"/>
                <w:sz w:val="18"/>
              </w:rPr>
              <w:t>学生指出：① EMBED Equation.DSMT4  的分子和分母相等。② EMBED Equation.DSMT4  ， EMBED Equation.DSMT4  的分子比分母大。</w:t>
            </w:r>
          </w:p>
          <w:p>
            <w:pPr>
              <w:spacing w:after="20" w:line="276" w:lineRule="auto"/>
            </w:pPr>
            <w:r>
              <w:rPr>
                <w:rFonts w:ascii="宋体" w:hAnsi="宋体" w:eastAsia="宋体"/>
                <w:b w:val="0"/>
                <w:sz w:val="18"/>
              </w:rPr>
              <w:t>从图上可以看出，这些分数有的等于1，有的比1大。</w:t>
            </w:r>
          </w:p>
          <w:p>
            <w:pPr>
              <w:spacing w:after="20" w:line="276" w:lineRule="auto"/>
            </w:pPr>
            <w:r>
              <w:rPr>
                <w:rFonts w:ascii="宋体" w:hAnsi="宋体" w:eastAsia="宋体"/>
                <w:b w:val="0"/>
                <w:sz w:val="18"/>
              </w:rPr>
              <w:t>学生讨论交流后，会得到： EMBED Equation.DSMT4  是由2个整圆和 EMBED Equation.DSMT4  个圆组成的，也可以写成2 EMBED Equation.DSMT4  。</w:t>
            </w:r>
          </w:p>
          <w:p>
            <w:pPr>
              <w:spacing w:after="20" w:line="276" w:lineRule="auto"/>
            </w:pPr>
            <w:r>
              <w:rPr>
                <w:rFonts w:ascii="宋体" w:hAnsi="宋体" w:eastAsia="宋体"/>
                <w:b w:val="0"/>
                <w:sz w:val="18"/>
              </w:rPr>
              <w:t>它是由整数和真分数组成的。</w:t>
            </w:r>
          </w:p>
          <w:p>
            <w:pPr>
              <w:spacing w:after="20" w:line="276" w:lineRule="auto"/>
            </w:pPr>
            <w:r>
              <w:rPr>
                <w:rFonts w:ascii="宋体" w:hAnsi="宋体" w:eastAsia="宋体"/>
                <w:b w:val="0"/>
                <w:sz w:val="18"/>
              </w:rPr>
              <w:t>学生表达后，课件呈现：像2 EMBED Equation.DSMT4  ，1 EMBED Equation.DSMT4  这样由整数和真分数合成的数叫作带分数。(板书)</w:t>
            </w:r>
          </w:p>
          <w:p>
            <w:pPr>
              <w:spacing w:after="20" w:line="276" w:lineRule="auto"/>
            </w:pPr>
            <w:r>
              <w:rPr>
                <w:rFonts w:ascii="宋体" w:hAnsi="宋体" w:eastAsia="宋体"/>
                <w:b w:val="0"/>
                <w:sz w:val="18"/>
              </w:rPr>
              <w:t>通过引导，让学生知道，表示真分数的点都在1的左边，表示假分数的点都在1的右边(包括1)。学生解答后，再展示交流。</w:t>
            </w:r>
          </w:p>
        </w:tc>
        <w:tc>
          <w:tcPr>
            <w:tcW w:type="dxa" w:w="1814"/>
          </w:tcPr>
          <w:p>
            <w:pPr>
              <w:spacing w:after="20" w:line="276" w:lineRule="auto"/>
            </w:pPr>
            <w:r/>
            <w:r>
              <w:rPr>
                <w:rFonts w:ascii="宋体" w:hAnsi="宋体" w:eastAsia="宋体"/>
                <w:b w:val="0"/>
                <w:sz w:val="18"/>
              </w:rPr>
              <w:t>真分数对于学生来说并不陌生，在此之前接触到的都是真分数，但是接触真分数的概念还是第一次。充分利用学生已有的知识经验理解概念。</w:t>
            </w:r>
          </w:p>
          <w:p>
            <w:pPr>
              <w:spacing w:after="20" w:line="276" w:lineRule="auto"/>
            </w:pPr>
            <w:r>
              <w:rPr>
                <w:rFonts w:ascii="宋体" w:hAnsi="宋体" w:eastAsia="宋体"/>
                <w:b w:val="0"/>
                <w:sz w:val="18"/>
              </w:rPr>
              <w:t>在以前的学习中，学生经常在图形中涂色表示分数。但是这一次的分数，涂色无法完成，让学生感受到假分数与真分数的不同，建立感性认识。</w:t>
            </w:r>
          </w:p>
          <w:p>
            <w:pPr>
              <w:spacing w:after="20" w:line="276" w:lineRule="auto"/>
            </w:pPr>
            <w:r>
              <w:rPr>
                <w:rFonts w:ascii="宋体" w:hAnsi="宋体" w:eastAsia="宋体"/>
                <w:b w:val="0"/>
                <w:sz w:val="18"/>
              </w:rPr>
              <w:t>在认识真分数时，已经介绍了这些数都是假分数，在此充分借助教科书提供的直观材料，进行分析类比，发现假分数的特征，建立假分数的概念。</w:t>
            </w:r>
          </w:p>
          <w:p>
            <w:pPr>
              <w:spacing w:after="20" w:line="276" w:lineRule="auto"/>
            </w:pPr>
            <w:r>
              <w:rPr>
                <w:rFonts w:ascii="宋体" w:hAnsi="宋体" w:eastAsia="宋体"/>
                <w:b w:val="0"/>
                <w:sz w:val="18"/>
              </w:rPr>
              <w:t>在具体的情境中，让学生感受生活中的假分数，结合实际生活加深对假分数的理解。</w:t>
            </w:r>
          </w:p>
          <w:p>
            <w:pPr>
              <w:spacing w:after="20" w:line="276" w:lineRule="auto"/>
            </w:pPr>
            <w:r>
              <w:rPr>
                <w:rFonts w:ascii="宋体" w:hAnsi="宋体" w:eastAsia="宋体"/>
                <w:b w:val="0"/>
                <w:sz w:val="18"/>
              </w:rPr>
              <w:t>通过观察、比较、分析、概括，逐步让学生明确概念，通过数形结合，使学生能直观看到真分数在1的左边，是从0至1(不包括1)这段，而假分数是从1开始(包括1)的右边部分。</w:t>
            </w:r>
          </w:p>
        </w:tc>
      </w:tr>
      <w:tr>
        <w:tc>
          <w:tcPr>
            <w:tcW w:type="dxa" w:w="1474"/>
          </w:tcPr>
          <w:p>
            <w:pPr>
              <w:spacing w:after="20" w:line="276" w:lineRule="auto"/>
            </w:pPr>
            <w:r>
              <w:rPr>
                <w:b/>
              </w:rPr>
            </w:r>
            <w:r>
              <w:rPr>
                <w:rFonts w:ascii="宋体" w:hAnsi="宋体" w:eastAsia="宋体"/>
                <w:b/>
                <w:sz w:val="18"/>
              </w:rPr>
              <w:t>三、巩固练习，加深理解</w:t>
            </w:r>
          </w:p>
        </w:tc>
        <w:tc>
          <w:tcPr>
            <w:tcW w:type="dxa" w:w="3061"/>
          </w:tcPr>
          <w:p>
            <w:pPr>
              <w:spacing w:after="20" w:line="276" w:lineRule="auto"/>
            </w:pPr>
            <w:r/>
            <w:r>
              <w:rPr>
                <w:rFonts w:ascii="宋体" w:hAnsi="宋体" w:eastAsia="宋体"/>
                <w:b w:val="0"/>
                <w:sz w:val="18"/>
              </w:rPr>
              <w:t>1.完成教科书P55“练习十三”第2题。</w:t>
            </w:r>
          </w:p>
          <w:p>
            <w:pPr>
              <w:spacing w:after="20" w:line="276" w:lineRule="auto"/>
            </w:pPr>
            <w:r>
              <w:rPr>
                <w:rFonts w:ascii="宋体" w:hAnsi="宋体" w:eastAsia="宋体"/>
                <w:b w:val="0"/>
                <w:sz w:val="18"/>
              </w:rPr>
              <w:t>教师提问，学生口答。</w:t>
            </w:r>
          </w:p>
          <w:p>
            <w:pPr>
              <w:spacing w:after="20" w:line="276" w:lineRule="auto"/>
            </w:pPr>
            <w:r>
              <w:rPr>
                <w:rFonts w:ascii="宋体" w:hAnsi="宋体" w:eastAsia="宋体"/>
                <w:b w:val="0"/>
                <w:sz w:val="18"/>
              </w:rPr>
              <w:t>2.完成教科书P55“练习十三”第1题。</w:t>
            </w:r>
          </w:p>
          <w:p>
            <w:pPr>
              <w:spacing w:after="20" w:line="276" w:lineRule="auto"/>
            </w:pPr>
            <w:r>
              <w:rPr>
                <w:rFonts w:ascii="宋体" w:hAnsi="宋体" w:eastAsia="宋体"/>
                <w:b w:val="0"/>
                <w:sz w:val="18"/>
              </w:rPr>
              <w:t>3.完成教科书P56“练习十三”第8题。</w:t>
            </w:r>
          </w:p>
        </w:tc>
        <w:tc>
          <w:tcPr>
            <w:tcW w:type="dxa" w:w="3061"/>
          </w:tcPr>
          <w:p>
            <w:pPr>
              <w:spacing w:after="20" w:line="276" w:lineRule="auto"/>
            </w:pPr>
            <w:r/>
            <w:r>
              <w:rPr>
                <w:rFonts w:ascii="宋体" w:hAnsi="宋体" w:eastAsia="宋体"/>
                <w:b w:val="0"/>
                <w:sz w:val="18"/>
              </w:rPr>
              <w:t>(1)一个西瓜是单位“1”， EMBED Equation.DSMT4  比单位“1”大，吃了 EMBED Equation.DSMT4  个西瓜是可以的，但是不会是一个西瓜的 EMBED Equation.DSMT4  ，所以是错的。(2)三个分数之和比1大，那么三种菜不可能在一块菜地上，所以是错的。(3) EMBED Equation.DSMT4  和 EMBED Equation.DSMT4  的和刚好是1，说明“我”和“表哥”刚好把这块巧克力吃完了，所以是对的。</w:t>
            </w:r>
          </w:p>
          <w:p>
            <w:pPr>
              <w:spacing w:after="20" w:line="276" w:lineRule="auto"/>
            </w:pPr>
            <w:r>
              <w:rPr>
                <w:rFonts w:ascii="宋体" w:hAnsi="宋体" w:eastAsia="宋体"/>
                <w:b w:val="0"/>
                <w:sz w:val="18"/>
              </w:rPr>
              <w:t>学生独立完成。</w:t>
            </w:r>
          </w:p>
          <w:p>
            <w:pPr>
              <w:spacing w:after="20" w:line="276" w:lineRule="auto"/>
            </w:pPr>
            <w:r>
              <w:rPr>
                <w:rFonts w:ascii="宋体" w:hAnsi="宋体" w:eastAsia="宋体"/>
                <w:b w:val="0"/>
                <w:sz w:val="18"/>
              </w:rPr>
              <w:t>可以写成假分数，也可以写成带分数。</w:t>
            </w:r>
          </w:p>
          <w:p>
            <w:pPr>
              <w:spacing w:after="20" w:line="276" w:lineRule="auto"/>
            </w:pPr>
            <w:r>
              <w:rPr>
                <w:rFonts w:ascii="宋体" w:hAnsi="宋体" w:eastAsia="宋体"/>
                <w:b w:val="0"/>
                <w:sz w:val="18"/>
              </w:rPr>
              <w:t>学生独立完成再集中交流。</w:t>
            </w:r>
          </w:p>
        </w:tc>
        <w:tc>
          <w:tcPr>
            <w:tcW w:type="dxa" w:w="1814"/>
          </w:tcPr>
          <w:p>
            <w:pPr>
              <w:spacing w:after="20" w:line="276" w:lineRule="auto"/>
            </w:pPr>
            <w:r/>
            <w:r>
              <w:rPr>
                <w:rFonts w:ascii="宋体" w:hAnsi="宋体" w:eastAsia="宋体"/>
                <w:b w:val="0"/>
                <w:sz w:val="18"/>
              </w:rPr>
              <w:t>通过练习让学生进一步体会真、假分数与1的关系。</w:t>
            </w:r>
          </w:p>
          <w:p>
            <w:pPr>
              <w:spacing w:after="20" w:line="276" w:lineRule="auto"/>
            </w:pPr>
            <w:r>
              <w:rPr>
                <w:rFonts w:ascii="宋体" w:hAnsi="宋体" w:eastAsia="宋体"/>
                <w:b w:val="0"/>
                <w:sz w:val="18"/>
              </w:rPr>
              <w:t>进一步理解真分数和假分数的概念，培养学生思维的严谨性。</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师：今天我们学习了真分数和假分数。谁愿意来说一说什么是真分数，什么是假分数？</w:t>
            </w:r>
          </w:p>
          <w:p>
            <w:pPr>
              <w:spacing w:after="20" w:line="276" w:lineRule="auto"/>
            </w:pPr>
            <w:r>
              <w:rPr>
                <w:rFonts w:ascii="宋体" w:hAnsi="宋体" w:eastAsia="宋体"/>
                <w:b w:val="0"/>
                <w:sz w:val="18"/>
              </w:rPr>
              <w:t>师：你们还知道真分数、假分数的哪些知识呢？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引导学生回顾梳理本课所学，完善认知结构，提升归纳与反思能力，核心问题："今天我们学习了真分数和假分数。谁愿意来说一说什么是真分数，什么是假分数？"</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真分数和假分数(1)</w:t>
      </w:r>
    </w:p>
    <w:p>
      <w:pPr>
        <w:spacing w:after="40" w:line="300" w:lineRule="auto"/>
      </w:pPr>
      <w:r>
        <w:rPr>
          <w:rFonts w:ascii="宋体" w:hAnsi="宋体" w:eastAsia="宋体"/>
          <w:b w:val="0"/>
          <w:sz w:val="20"/>
        </w:rPr>
        <w:t>EMBED Equation.DSMT4  ＜1    EMBED Equation.DSMT4  ＜1    EMBED Equation.DSMT4  ＜1</w:t>
      </w:r>
    </w:p>
    <w:p>
      <w:pPr>
        <w:spacing w:after="40" w:line="300" w:lineRule="auto"/>
      </w:pPr>
      <w:r>
        <w:rPr>
          <w:rFonts w:ascii="宋体" w:hAnsi="宋体" w:eastAsia="宋体"/>
          <w:b w:val="0"/>
          <w:sz w:val="20"/>
        </w:rPr>
        <w:t>分子比分母小的分数小于1。</w:t>
      </w:r>
    </w:p>
    <w:p>
      <w:pPr>
        <w:spacing w:after="40" w:line="300" w:lineRule="auto"/>
      </w:pPr>
      <w:r>
        <w:rPr>
          <w:rFonts w:ascii="宋体" w:hAnsi="宋体" w:eastAsia="宋体"/>
          <w:b w:val="0"/>
          <w:sz w:val="20"/>
        </w:rPr>
        <w:t>像这样分子比分母小的分数叫作真分数。真分数小于1。</w:t>
      </w:r>
    </w:p>
    <w:p>
      <w:pPr>
        <w:spacing w:after="40" w:line="300" w:lineRule="auto"/>
      </w:pPr>
      <w:r>
        <w:rPr>
          <w:rFonts w:ascii="宋体" w:hAnsi="宋体" w:eastAsia="宋体"/>
          <w:b w:val="0"/>
          <w:sz w:val="20"/>
        </w:rPr>
        <w:t>分子大于或等于分母的分数叫作假分数。假分数大于1或等于1。</w:t>
      </w:r>
    </w:p>
    <w:p>
      <w:pPr>
        <w:spacing w:after="40" w:line="300" w:lineRule="auto"/>
      </w:pPr>
      <w:r>
        <w:rPr>
          <w:rFonts w:ascii="宋体" w:hAnsi="宋体" w:eastAsia="宋体"/>
          <w:b w:val="0"/>
          <w:sz w:val="20"/>
        </w:rPr>
        <w:t>像2 EMBED Equation.DSMT4  ，1 EMBED Equation.DSMT4  这样由整数和真分数合成的数叫作带分数。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教科书P53例1、例2及P54“做一做”第1题，完成教科书P55～56“练习十三”中第1、2、8题。</w:t>
      </w:r>
    </w:p>
    <w:p>
      <w:pPr>
        <w:spacing w:after="40" w:line="300" w:lineRule="auto"/>
        <w:ind w:firstLine="400"/>
      </w:pPr>
      <w:r>
        <w:rPr>
          <w:rFonts w:ascii="宋体" w:hAnsi="宋体" w:eastAsia="宋体"/>
          <w:b w:val="0"/>
          <w:sz w:val="20"/>
        </w:rPr>
        <w:t>② 原设计安排：见“状元成才路”系列丛书《创优作业100分》对应课时作业。 分母是3的所有真分数有( )，分子是3的所有假分数有( )。 分数，当x( )时，它是真分数；当x( )时，它是大于1的假分数；当x( )时，它是等于1的假分数；当x( )时，无意义。 如果是真分数，是假分数，那么n可以表示的自然数有( )个。 参考答案 参考答案 【教学笔记】 【教学提示】 学生举例时，可以一名学生说分数，让其他同学判断是否正确并说明理由。 【教学提示】 尽可能让学生自主归纳出什么样的分数是假分数，哪怕语言不是很规范，也要避免让学生死记硬背。 【教学提示】 找表示假分数的点，涉及要将假分数转化成带分数，而具体的转化学生还没有学，所以部分学生有困难，教师要引导。 【教学提示】 尽可能让学生自主归纳出什么样的分数是假分数，哪怕语言不是很规范，也要避免让学生死记硬背。</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是一节概念教学课，概念的形成属于认识的发展过程。通过让学生自主探究、合作学习，掌握了这节课的知识。学生会说，也会用图形表示真、假分数，会比较真分数、假分数和1的关系。但是在用直线上的点表示分数时，部分学生找不到对应的点，或者找错了点，他们没有意识到分数单位发生了变化。下节课在这方面还要加强练习。</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分数与除法（1）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分数与除法（1）</w:t>
            </w:r>
          </w:p>
        </w:tc>
        <w:tc>
          <w:tcPr>
            <w:tcW w:type="dxa" w:w="6009"/>
          </w:tcPr>
          <w:p>
            <w:pPr>
              <w:spacing w:after="20" w:line="276" w:lineRule="auto"/>
            </w:pPr>
            <w:r/>
            <w:r>
              <w:rPr>
                <w:rFonts w:ascii="宋体" w:hAnsi="宋体" w:eastAsia="宋体"/>
                <w:b w:val="0"/>
                <w:sz w:val="20"/>
              </w:rPr>
              <w:t>第4单元 分数的意义和性质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教学内容：教科书P49例2、例3，完成教科书P50“做一做”第1题和P51“练习十二”中第1～3题。</w:t>
      </w:r>
    </w:p>
    <w:p>
      <w:pPr>
        <w:spacing w:after="80" w:line="300" w:lineRule="auto"/>
        <w:ind w:firstLine="400"/>
      </w:pPr>
      <w:r>
        <w:rPr>
          <w:rFonts w:ascii="宋体" w:hAnsi="宋体" w:eastAsia="宋体"/>
          <w:b w:val="0"/>
          <w:sz w:val="20"/>
        </w:rPr>
        <w:t>教学准备：课件、圆形纸片。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（1）结合具体情境，理解分数与除法之间的关系，会用分数表示两个数相除的商。</w:t>
      </w:r>
    </w:p>
    <w:p>
      <w:pPr>
        <w:spacing w:after="20" w:line="300" w:lineRule="auto"/>
        <w:ind w:firstLine="400"/>
      </w:pPr>
      <w:r>
        <w:rPr>
          <w:rFonts w:ascii="宋体" w:hAnsi="宋体" w:eastAsia="宋体"/>
          <w:b w:val="0"/>
          <w:sz w:val="20"/>
        </w:rPr>
        <w:t>（2）借助观察比较活动，进一步发展学生的数感，培养学生观察、比较、分析和推理的思维能力，提高抽象、概括能力，进一步培养学生自主分析问题和解决问题的能力。</w:t>
      </w:r>
    </w:p>
    <w:p>
      <w:pPr>
        <w:spacing w:after="20" w:line="300" w:lineRule="auto"/>
      </w:pPr>
      <w:r>
        <w:rPr>
          <w:rFonts w:ascii="宋体" w:hAnsi="宋体" w:eastAsia="宋体"/>
          <w:b w:val="0"/>
          <w:sz w:val="20"/>
        </w:rPr>
        <w:t>教学重点：理解分数与除法之间的关系。</w:t>
      </w:r>
    </w:p>
    <w:p>
      <w:pPr>
        <w:spacing w:after="20" w:line="300" w:lineRule="auto"/>
      </w:pPr>
      <w:r>
        <w:rPr>
          <w:rFonts w:ascii="宋体" w:hAnsi="宋体" w:eastAsia="宋体"/>
          <w:b w:val="0"/>
          <w:sz w:val="20"/>
        </w:rPr>
        <w:t>教学难点：本节课的教学重点也是教学难点。</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一、借助直观，初步感受分数与除法之间的关系</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现在将1个月饼平均分给4人，每人又可以分得多少个呢？；该怎么列式呢？</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二、动手操作，探究新知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每人分得多少个月饼？你们是怎么想的？</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三、通过想象推理，体会分数与除法之间的关系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在被除数÷除数＝ EMBED Equation.DSMT4  这个算式中，要注意什么问题？；如果用字母a、b分别表示被除数和除数，那么除法与分数之间的关系怎样表示呢？</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四、实践应用，巩固提升</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本节课我们学习了分数与除法的关系,你们有哪些收获？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一、借助直观，初步感受分数与除法之间的关系</w:t>
            </w:r>
          </w:p>
        </w:tc>
        <w:tc>
          <w:tcPr>
            <w:tcW w:type="dxa" w:w="3061"/>
          </w:tcPr>
          <w:p>
            <w:pPr>
              <w:spacing w:after="20" w:line="276" w:lineRule="auto"/>
            </w:pPr>
            <w:r/>
            <w:r>
              <w:rPr>
                <w:rFonts w:ascii="宋体" w:hAnsi="宋体" w:eastAsia="宋体"/>
                <w:b w:val="0"/>
                <w:sz w:val="18"/>
              </w:rPr>
              <w:t>1.运用旧知识解决问题。</w:t>
            </w:r>
          </w:p>
          <w:p>
            <w:pPr>
              <w:spacing w:after="20" w:line="276" w:lineRule="auto"/>
            </w:pPr>
            <w:r>
              <w:rPr>
                <w:rFonts w:ascii="宋体" w:hAnsi="宋体" w:eastAsia="宋体"/>
                <w:b w:val="0"/>
                <w:sz w:val="18"/>
              </w:rPr>
              <w:t>课件出示问题。</w:t>
            </w:r>
          </w:p>
          <w:p>
            <w:pPr>
              <w:spacing w:after="20" w:line="276" w:lineRule="auto"/>
            </w:pPr>
            <w:r>
              <w:rPr>
                <w:rFonts w:ascii="宋体" w:hAnsi="宋体" w:eastAsia="宋体"/>
                <w:b w:val="0"/>
                <w:sz w:val="18"/>
              </w:rPr>
              <w:t>2．迁移类推，感受新知。</w:t>
            </w:r>
          </w:p>
          <w:p>
            <w:pPr>
              <w:spacing w:after="20" w:line="276" w:lineRule="auto"/>
            </w:pPr>
            <w:r>
              <w:rPr>
                <w:rFonts w:ascii="宋体" w:hAnsi="宋体" w:eastAsia="宋体"/>
                <w:b w:val="0"/>
                <w:sz w:val="18"/>
              </w:rPr>
              <w:t>(1)课件出示教科书P49例2。</w:t>
            </w:r>
          </w:p>
          <w:p>
            <w:pPr>
              <w:spacing w:after="20" w:line="276" w:lineRule="auto"/>
            </w:pPr>
            <w:r>
              <w:rPr>
                <w:rFonts w:ascii="宋体" w:hAnsi="宋体" w:eastAsia="宋体"/>
                <w:b w:val="0"/>
                <w:sz w:val="18"/>
              </w:rPr>
              <w:t>师：现在将1个月饼平均分给4人，每人又可以分得多少个呢？</w:t>
            </w:r>
          </w:p>
          <w:p>
            <w:pPr>
              <w:spacing w:after="20" w:line="276" w:lineRule="auto"/>
            </w:pPr>
            <w:r>
              <w:rPr>
                <w:rFonts w:ascii="宋体" w:hAnsi="宋体" w:eastAsia="宋体"/>
                <w:b w:val="0"/>
                <w:sz w:val="18"/>
              </w:rPr>
              <w:t>师：该怎么列式呢？</w:t>
            </w:r>
          </w:p>
          <w:p>
            <w:pPr>
              <w:spacing w:after="20" w:line="276" w:lineRule="auto"/>
            </w:pPr>
            <w:r>
              <w:rPr>
                <w:rFonts w:ascii="宋体" w:hAnsi="宋体" w:eastAsia="宋体"/>
                <w:b w:val="0"/>
                <w:sz w:val="18"/>
              </w:rPr>
              <w:t>教师板书：1÷4。</w:t>
            </w:r>
          </w:p>
          <w:p>
            <w:pPr>
              <w:spacing w:after="20" w:line="276" w:lineRule="auto"/>
            </w:pPr>
            <w:r>
              <w:rPr>
                <w:rFonts w:ascii="宋体" w:hAnsi="宋体" w:eastAsia="宋体"/>
                <w:b w:val="0"/>
                <w:sz w:val="18"/>
              </w:rPr>
              <w:t>师：1除以4表示什么意思？</w:t>
            </w:r>
          </w:p>
          <w:p>
            <w:pPr>
              <w:spacing w:after="20" w:line="276" w:lineRule="auto"/>
            </w:pPr>
            <w:r>
              <w:rPr>
                <w:rFonts w:ascii="宋体" w:hAnsi="宋体" w:eastAsia="宋体"/>
                <w:b w:val="0"/>
                <w:sz w:val="18"/>
              </w:rPr>
              <w:t>师：每人分得多少个呢？</w:t>
            </w:r>
          </w:p>
          <w:p>
            <w:pPr>
              <w:spacing w:after="20" w:line="276" w:lineRule="auto"/>
            </w:pPr>
            <w:r>
              <w:rPr>
                <w:rFonts w:ascii="宋体" w:hAnsi="宋体" w:eastAsia="宋体"/>
                <w:b w:val="0"/>
                <w:sz w:val="18"/>
              </w:rPr>
              <w:t>师：根据图意，说说1÷4等于多少。</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师：观察上面两道算式，结果得出：两个数相除，商有时用整数表示，有时用分数来表示。究竟怎样准确地用分数表示呢？这节课我们就来探究分数与除法的关系。[板书课题：分数与除法(1)]</w:t>
            </w:r>
          </w:p>
        </w:tc>
        <w:tc>
          <w:tcPr>
            <w:tcW w:type="dxa" w:w="3061"/>
          </w:tcPr>
          <w:p>
            <w:pPr>
              <w:spacing w:after="20" w:line="276" w:lineRule="auto"/>
            </w:pPr>
            <w:r/>
            <w:r>
              <w:rPr>
                <w:rFonts w:ascii="宋体" w:hAnsi="宋体" w:eastAsia="宋体"/>
                <w:b w:val="0"/>
                <w:sz w:val="18"/>
              </w:rPr>
              <w:t>学生很快知道8÷4＝2，每人分得2个月饼。</w:t>
            </w:r>
          </w:p>
          <w:p>
            <w:pPr>
              <w:spacing w:after="20" w:line="276" w:lineRule="auto"/>
            </w:pPr>
            <w:r>
              <w:rPr>
                <w:rFonts w:ascii="宋体" w:hAnsi="宋体" w:eastAsia="宋体"/>
                <w:b w:val="0"/>
                <w:sz w:val="18"/>
              </w:rPr>
              <w:t>学生交流，课件出示。</w:t>
            </w:r>
          </w:p>
          <w:p>
            <w:pPr>
              <w:spacing w:after="20" w:line="276" w:lineRule="auto"/>
            </w:pPr>
            <w:r>
              <w:rPr>
                <w:rFonts w:ascii="宋体" w:hAnsi="宋体" w:eastAsia="宋体"/>
                <w:b w:val="0"/>
                <w:sz w:val="18"/>
              </w:rPr>
              <w:t>表示把1个月饼平均分成4份，每人分得其中的1份。</w:t>
            </w:r>
          </w:p>
          <w:p>
            <w:pPr>
              <w:spacing w:after="20" w:line="276" w:lineRule="auto"/>
            </w:pPr>
            <w:r>
              <w:rPr>
                <w:rFonts w:ascii="宋体" w:hAnsi="宋体" w:eastAsia="宋体"/>
                <w:b w:val="0"/>
                <w:sz w:val="18"/>
              </w:rPr>
              <w:t>根据分数的意义，学生很容易知道每人分得 EMBED Equation.DSMT4  个月饼。</w:t>
            </w:r>
          </w:p>
          <w:p>
            <w:pPr>
              <w:spacing w:after="20" w:line="276" w:lineRule="auto"/>
            </w:pPr>
            <w:r>
              <w:rPr>
                <w:rFonts w:ascii="宋体" w:hAnsi="宋体" w:eastAsia="宋体"/>
                <w:b w:val="0"/>
                <w:sz w:val="18"/>
              </w:rPr>
              <w:t>学生汇报，教师板书：1÷4＝ EMBED Equation.DSMT4  (个)。</w:t>
            </w:r>
          </w:p>
        </w:tc>
        <w:tc>
          <w:tcPr>
            <w:tcW w:type="dxa" w:w="1814"/>
          </w:tcPr>
          <w:p>
            <w:pPr>
              <w:spacing w:after="20" w:line="276" w:lineRule="auto"/>
            </w:pPr>
            <w:r/>
            <w:r>
              <w:rPr>
                <w:rFonts w:ascii="宋体" w:hAnsi="宋体" w:eastAsia="宋体"/>
                <w:b w:val="0"/>
                <w:sz w:val="18"/>
              </w:rPr>
              <w:t>根据数量关系，运用整数除法解决问题，沟通新旧知识间的联系。</w:t>
            </w:r>
          </w:p>
        </w:tc>
      </w:tr>
      <w:tr>
        <w:tc>
          <w:tcPr>
            <w:tcW w:type="dxa" w:w="1474"/>
          </w:tcPr>
          <w:p>
            <w:pPr>
              <w:spacing w:after="20" w:line="276" w:lineRule="auto"/>
            </w:pPr>
            <w:r>
              <w:rPr>
                <w:b/>
              </w:rPr>
            </w:r>
            <w:r>
              <w:rPr>
                <w:rFonts w:ascii="宋体" w:hAnsi="宋体" w:eastAsia="宋体"/>
                <w:b/>
                <w:sz w:val="18"/>
              </w:rPr>
              <w:t>二、动手操作，探究新知</w:t>
            </w:r>
          </w:p>
        </w:tc>
        <w:tc>
          <w:tcPr>
            <w:tcW w:type="dxa" w:w="3061"/>
          </w:tcPr>
          <w:p>
            <w:pPr>
              <w:spacing w:after="20" w:line="276" w:lineRule="auto"/>
            </w:pPr>
            <w:r/>
            <w:r>
              <w:rPr>
                <w:rFonts w:ascii="宋体" w:hAnsi="宋体" w:eastAsia="宋体"/>
                <w:b w:val="0"/>
                <w:sz w:val="18"/>
              </w:rPr>
              <w:t>1.课件出示教科书P49例3。</w:t>
            </w:r>
          </w:p>
          <w:p>
            <w:pPr>
              <w:spacing w:after="20" w:line="276" w:lineRule="auto"/>
            </w:pPr>
            <w:r>
              <w:rPr>
                <w:rFonts w:ascii="宋体" w:hAnsi="宋体" w:eastAsia="宋体"/>
                <w:b w:val="0"/>
                <w:sz w:val="18"/>
              </w:rPr>
              <w:t>师：出示你们列的式子，说说为什么要这样列。</w:t>
            </w:r>
          </w:p>
          <w:p>
            <w:pPr>
              <w:spacing w:after="20" w:line="276" w:lineRule="auto"/>
            </w:pPr>
            <w:r>
              <w:rPr>
                <w:rFonts w:ascii="宋体" w:hAnsi="宋体" w:eastAsia="宋体"/>
                <w:b w:val="0"/>
                <w:sz w:val="18"/>
              </w:rPr>
              <w:t>师：每人分得多少个月饼？你们是怎么想的？</w:t>
            </w:r>
          </w:p>
          <w:p>
            <w:pPr>
              <w:spacing w:after="20" w:line="276" w:lineRule="auto"/>
            </w:pPr>
            <w:r>
              <w:rPr>
                <w:rFonts w:ascii="宋体" w:hAnsi="宋体" w:eastAsia="宋体"/>
                <w:b w:val="0"/>
                <w:sz w:val="18"/>
              </w:rPr>
              <w:t>板书：3÷4＝ EMBED Equation.DSMT4  (个)</w:t>
            </w:r>
          </w:p>
        </w:tc>
        <w:tc>
          <w:tcPr>
            <w:tcW w:type="dxa" w:w="3061"/>
          </w:tcPr>
          <w:p>
            <w:pPr>
              <w:spacing w:after="20" w:line="276" w:lineRule="auto"/>
            </w:pPr>
            <w:r/>
            <w:r>
              <w:rPr>
                <w:rFonts w:ascii="宋体" w:hAnsi="宋体" w:eastAsia="宋体"/>
                <w:b w:val="0"/>
                <w:sz w:val="18"/>
              </w:rPr>
              <w:t>学生画图或利用手中的圆形纸片，独立研究。</w:t>
            </w:r>
          </w:p>
          <w:p>
            <w:pPr>
              <w:spacing w:after="20" w:line="276" w:lineRule="auto"/>
            </w:pPr>
            <w:r>
              <w:rPr>
                <w:rFonts w:ascii="宋体" w:hAnsi="宋体" w:eastAsia="宋体"/>
                <w:b w:val="0"/>
                <w:sz w:val="18"/>
              </w:rPr>
              <w:t>2．全班交流。</w:t>
            </w:r>
          </w:p>
          <w:p>
            <w:pPr>
              <w:spacing w:after="20" w:line="276" w:lineRule="auto"/>
            </w:pPr>
            <w:r>
              <w:rPr>
                <w:rFonts w:ascii="宋体" w:hAnsi="宋体" w:eastAsia="宋体"/>
                <w:b w:val="0"/>
                <w:sz w:val="18"/>
              </w:rPr>
              <w:t>有部分学生可能会将整数除法的经验迁移到这里来，比如把3个月饼平均分给4人与把8个月饼平均分给4人、把1个月饼平均分给4人联想到一起，都用除法计算。</w:t>
            </w:r>
          </w:p>
          <w:p>
            <w:pPr>
              <w:spacing w:after="20" w:line="276" w:lineRule="auto"/>
            </w:pPr>
            <w:r>
              <w:rPr>
                <w:rFonts w:ascii="宋体" w:hAnsi="宋体" w:eastAsia="宋体"/>
                <w:b w:val="0"/>
                <w:sz w:val="18"/>
              </w:rPr>
              <w:t>预设1：把1个月饼平均分给4人，每人分得 EMBED Equation.DSMT4  个。3个月饼要分3次，每人得到3个 EMBED Equation.DSMT4  ，是 EMBED Equation.DSMT4  个。(课件演示)</w:t>
            </w:r>
          </w:p>
          <w:p>
            <w:pPr>
              <w:spacing w:after="20" w:line="276" w:lineRule="auto"/>
            </w:pPr>
            <w:r>
              <w:rPr>
                <w:rFonts w:ascii="宋体" w:hAnsi="宋体" w:eastAsia="宋体"/>
                <w:b w:val="0"/>
                <w:sz w:val="18"/>
              </w:rPr>
              <w:t>预设2：把3个月饼摞起来一起分，每人都分得了3个月饼的 EMBED Equation.DSMT4  ，就是 EMBED Equation.DSMT4  个。(课件演示)</w:t>
            </w:r>
          </w:p>
        </w:tc>
        <w:tc>
          <w:tcPr>
            <w:tcW w:type="dxa" w:w="1814"/>
          </w:tcPr>
          <w:p>
            <w:pPr>
              <w:spacing w:after="20" w:line="276" w:lineRule="auto"/>
            </w:pPr>
            <w:r/>
            <w:r>
              <w:rPr>
                <w:rFonts w:ascii="宋体" w:hAnsi="宋体" w:eastAsia="宋体"/>
                <w:b w:val="0"/>
                <w:sz w:val="18"/>
              </w:rPr>
              <w:t>把分数与除法的关系渗透到分月饼的教学中，通过分月饼活动，让学生充分体验分的过程，结合分数的意义、整数除法的意义帮助学生感受、理解分数与原来学的除法有关系，不是凭空的形式上的关系，而是存在内在的联系。</w:t>
            </w:r>
          </w:p>
        </w:tc>
      </w:tr>
      <w:tr>
        <w:tc>
          <w:tcPr>
            <w:tcW w:type="dxa" w:w="1474"/>
          </w:tcPr>
          <w:p>
            <w:pPr>
              <w:spacing w:after="20" w:line="276" w:lineRule="auto"/>
            </w:pPr>
            <w:r>
              <w:rPr>
                <w:b/>
              </w:rPr>
            </w:r>
            <w:r>
              <w:rPr>
                <w:rFonts w:ascii="宋体" w:hAnsi="宋体" w:eastAsia="宋体"/>
                <w:b/>
                <w:sz w:val="18"/>
              </w:rPr>
              <w:t>三、通过想象推理，体会分数与除法之间的关系</w:t>
            </w:r>
          </w:p>
        </w:tc>
        <w:tc>
          <w:tcPr>
            <w:tcW w:type="dxa" w:w="3061"/>
          </w:tcPr>
          <w:p>
            <w:pPr>
              <w:spacing w:after="20" w:line="276" w:lineRule="auto"/>
            </w:pPr>
            <w:r/>
            <w:r>
              <w:rPr>
                <w:rFonts w:ascii="宋体" w:hAnsi="宋体" w:eastAsia="宋体"/>
                <w:b w:val="0"/>
                <w:sz w:val="18"/>
              </w:rPr>
              <w:t>1.课件出示问题。</w:t>
            </w:r>
          </w:p>
          <w:p>
            <w:pPr>
              <w:spacing w:after="20" w:line="276" w:lineRule="auto"/>
            </w:pPr>
            <w:r>
              <w:rPr>
                <w:rFonts w:ascii="宋体" w:hAnsi="宋体" w:eastAsia="宋体"/>
                <w:b w:val="0"/>
                <w:sz w:val="18"/>
              </w:rPr>
              <w:t>2．观察发现分数与除法的关系。</w:t>
            </w:r>
          </w:p>
          <w:p>
            <w:pPr>
              <w:spacing w:after="20" w:line="276" w:lineRule="auto"/>
            </w:pPr>
            <w:r>
              <w:rPr>
                <w:rFonts w:ascii="宋体" w:hAnsi="宋体" w:eastAsia="宋体"/>
                <w:b w:val="0"/>
                <w:sz w:val="18"/>
              </w:rPr>
              <w:t>(1)观察讨论。</w:t>
            </w:r>
          </w:p>
          <w:p>
            <w:pPr>
              <w:spacing w:after="20" w:line="276" w:lineRule="auto"/>
            </w:pPr>
            <w:r>
              <w:rPr>
                <w:rFonts w:ascii="宋体" w:hAnsi="宋体" w:eastAsia="宋体"/>
                <w:b w:val="0"/>
                <w:sz w:val="18"/>
              </w:rPr>
              <w:t>师：请同学们观察这些等式，讨论除法和分数有怎样的关系。</w:t>
            </w:r>
          </w:p>
          <w:p>
            <w:pPr>
              <w:spacing w:after="20" w:line="276" w:lineRule="auto"/>
            </w:pPr>
            <w:r>
              <w:rPr>
                <w:rFonts w:ascii="宋体" w:hAnsi="宋体" w:eastAsia="宋体"/>
                <w:b w:val="0"/>
                <w:sz w:val="18"/>
              </w:rPr>
              <w:t>用文字表示是：被除数÷除数＝ EMBED Equation.DSMT4  (板书)</w:t>
            </w:r>
          </w:p>
          <w:p>
            <w:pPr>
              <w:spacing w:after="20" w:line="276" w:lineRule="auto"/>
            </w:pPr>
            <w:r>
              <w:rPr>
                <w:rFonts w:ascii="宋体" w:hAnsi="宋体" w:eastAsia="宋体"/>
                <w:b w:val="0"/>
                <w:sz w:val="18"/>
              </w:rPr>
              <w:t>师小结：分数是一种数，除法是一种运算，所以确切地说，分数的分子相当于除法的被除数，分数的分母相当于除法的除数。</w:t>
            </w:r>
          </w:p>
          <w:p>
            <w:pPr>
              <w:spacing w:after="20" w:line="276" w:lineRule="auto"/>
            </w:pPr>
            <w:r>
              <w:rPr>
                <w:rFonts w:ascii="宋体" w:hAnsi="宋体" w:eastAsia="宋体"/>
                <w:b w:val="0"/>
                <w:sz w:val="18"/>
              </w:rPr>
              <w:t>(2)思考注意事项。</w:t>
            </w:r>
          </w:p>
          <w:p>
            <w:pPr>
              <w:spacing w:after="20" w:line="276" w:lineRule="auto"/>
            </w:pPr>
            <w:r>
              <w:rPr>
                <w:rFonts w:ascii="宋体" w:hAnsi="宋体" w:eastAsia="宋体"/>
                <w:b w:val="0"/>
                <w:sz w:val="18"/>
              </w:rPr>
              <w:t>师：在被除数÷除数＝ EMBED Equation.DSMT4  这个算式中，要注意什么问题？(除数不能是0，即分数的分母不能是0。)</w:t>
            </w:r>
          </w:p>
          <w:p>
            <w:pPr>
              <w:spacing w:after="20" w:line="276" w:lineRule="auto"/>
            </w:pPr>
            <w:r>
              <w:rPr>
                <w:rFonts w:ascii="宋体" w:hAnsi="宋体" w:eastAsia="宋体"/>
                <w:b w:val="0"/>
                <w:sz w:val="18"/>
              </w:rPr>
              <w:t>(3)用字母表示分数与除法的关系。</w:t>
            </w:r>
          </w:p>
          <w:p>
            <w:pPr>
              <w:spacing w:after="20" w:line="276" w:lineRule="auto"/>
            </w:pPr>
            <w:r>
              <w:rPr>
                <w:rFonts w:ascii="宋体" w:hAnsi="宋体" w:eastAsia="宋体"/>
                <w:b w:val="0"/>
                <w:sz w:val="18"/>
              </w:rPr>
              <w:t>师：如果用字母a、b分别表示被除数和除数，那么除法与分数之间的关系怎样表示呢？</w:t>
            </w:r>
          </w:p>
          <w:p>
            <w:pPr>
              <w:spacing w:after="20" w:line="276" w:lineRule="auto"/>
            </w:pPr>
            <w:r>
              <w:rPr>
                <w:rFonts w:ascii="宋体" w:hAnsi="宋体" w:eastAsia="宋体"/>
                <w:b w:val="0"/>
                <w:sz w:val="18"/>
              </w:rPr>
              <w:t>教师依据学生的总结板书：a÷b＝ EMBED Equation.DSMT4   (b≠0)。</w:t>
            </w:r>
          </w:p>
          <w:p>
            <w:pPr>
              <w:spacing w:after="20" w:line="276" w:lineRule="auto"/>
            </w:pPr>
            <w:r>
              <w:rPr>
                <w:rFonts w:ascii="宋体" w:hAnsi="宋体" w:eastAsia="宋体"/>
                <w:b w:val="0"/>
                <w:sz w:val="18"/>
              </w:rPr>
              <w:t>师：两个整数相除，商可以用分数表示，反过来，分数能不能看作两个整数相除？</w:t>
            </w:r>
          </w:p>
          <w:p>
            <w:pPr>
              <w:spacing w:after="20" w:line="276" w:lineRule="auto"/>
            </w:pPr>
            <w:r>
              <w:rPr>
                <w:rFonts w:ascii="宋体" w:hAnsi="宋体" w:eastAsia="宋体"/>
                <w:b w:val="0"/>
                <w:sz w:val="18"/>
              </w:rPr>
              <w:t>教师根据学生的回答，完善板书内容。</w:t>
            </w:r>
          </w:p>
        </w:tc>
        <w:tc>
          <w:tcPr>
            <w:tcW w:type="dxa" w:w="3061"/>
          </w:tcPr>
          <w:p>
            <w:pPr>
              <w:spacing w:after="20" w:line="276" w:lineRule="auto"/>
            </w:pPr>
            <w:r/>
            <w:r>
              <w:rPr>
                <w:rFonts w:ascii="宋体" w:hAnsi="宋体" w:eastAsia="宋体"/>
                <w:b w:val="0"/>
                <w:sz w:val="18"/>
              </w:rPr>
              <w:t>有部分学生可能想把1个月饼平均分给3人，每人分到 EMBED Equation.DSMT4  个，2个月饼分2次，每人是 EMBED Equation.DSMT4  个；还有的学生可能会想：2个月饼的 EMBED Equation.DSMT4  可以看成2个 EMBED Equation.DSMT4  ，是 EMBED Equation.DSMT4  个。</w:t>
            </w:r>
          </w:p>
          <w:p>
            <w:pPr>
              <w:spacing w:after="20" w:line="276" w:lineRule="auto"/>
            </w:pPr>
            <w:r>
              <w:rPr>
                <w:rFonts w:ascii="宋体" w:hAnsi="宋体" w:eastAsia="宋体"/>
                <w:b w:val="0"/>
                <w:sz w:val="18"/>
              </w:rPr>
              <w:t>学生充分讨论后，教师引导学生归纳出：可以用分数表示整数除法的商，用除数作分母，被除数作分子，除号相当于分数中的分数线。(课件出示)</w:t>
            </w:r>
          </w:p>
          <w:p>
            <w:pPr>
              <w:spacing w:after="20" w:line="276" w:lineRule="auto"/>
            </w:pPr>
            <w:r>
              <w:rPr>
                <w:rFonts w:ascii="宋体" w:hAnsi="宋体" w:eastAsia="宋体"/>
                <w:b w:val="0"/>
                <w:sz w:val="18"/>
              </w:rPr>
              <w:t>可以，分数的分子相当于除法中的被除数，分数线相当于除号，分母相当于除数。</w:t>
            </w:r>
          </w:p>
        </w:tc>
        <w:tc>
          <w:tcPr>
            <w:tcW w:type="dxa" w:w="1814"/>
          </w:tcPr>
          <w:p>
            <w:pPr>
              <w:spacing w:after="20" w:line="276" w:lineRule="auto"/>
            </w:pPr>
            <w:r/>
            <w:r>
              <w:rPr>
                <w:rFonts w:ascii="宋体" w:hAnsi="宋体" w:eastAsia="宋体"/>
                <w:b w:val="0"/>
                <w:sz w:val="18"/>
              </w:rPr>
              <w:t>通过想象分的过程、抛开情境给出除法算式这两个环节，为学生概括分数与除法的关系提供了足够的操作经验。不仅让学生掌握分数与除法之间直观的位置关系，还结合分数的意义理解分数与除法的联系，体会分数既可以表示一种运算过程，也可以表示一个结果。</w:t>
            </w:r>
          </w:p>
        </w:tc>
      </w:tr>
      <w:tr>
        <w:tc>
          <w:tcPr>
            <w:tcW w:type="dxa" w:w="1474"/>
          </w:tcPr>
          <w:p>
            <w:pPr>
              <w:spacing w:after="20" w:line="276" w:lineRule="auto"/>
            </w:pPr>
            <w:r>
              <w:rPr>
                <w:b/>
              </w:rPr>
            </w:r>
            <w:r>
              <w:rPr>
                <w:rFonts w:ascii="宋体" w:hAnsi="宋体" w:eastAsia="宋体"/>
                <w:b/>
                <w:sz w:val="18"/>
              </w:rPr>
              <w:t>四、实践应用，巩固提升</w:t>
            </w:r>
          </w:p>
        </w:tc>
        <w:tc>
          <w:tcPr>
            <w:tcW w:type="dxa" w:w="3061"/>
          </w:tcPr>
          <w:p>
            <w:pPr>
              <w:spacing w:after="20" w:line="276" w:lineRule="auto"/>
            </w:pPr>
            <w:r/>
            <w:r>
              <w:rPr>
                <w:rFonts w:ascii="宋体" w:hAnsi="宋体" w:eastAsia="宋体"/>
                <w:b w:val="0"/>
                <w:sz w:val="18"/>
              </w:rPr>
              <w:t>1.课件出示教科书P51“练习十二”第3题。</w:t>
            </w:r>
          </w:p>
          <w:p>
            <w:pPr>
              <w:spacing w:after="20" w:line="276" w:lineRule="auto"/>
            </w:pPr>
            <w:r>
              <w:rPr>
                <w:rFonts w:ascii="宋体" w:hAnsi="宋体" w:eastAsia="宋体"/>
                <w:b w:val="0"/>
                <w:sz w:val="18"/>
              </w:rPr>
              <w:t>2．课件出示教科书P50“做一做”第1题。</w:t>
            </w:r>
          </w:p>
          <w:p>
            <w:pPr>
              <w:spacing w:after="20" w:line="276" w:lineRule="auto"/>
            </w:pPr>
            <w:r>
              <w:rPr>
                <w:rFonts w:ascii="宋体" w:hAnsi="宋体" w:eastAsia="宋体"/>
                <w:b w:val="0"/>
                <w:sz w:val="18"/>
              </w:rPr>
              <w:t>3．课件出示教科书P51“练习十二”第1、2题。</w:t>
            </w:r>
          </w:p>
        </w:tc>
        <w:tc>
          <w:tcPr>
            <w:tcW w:type="dxa" w:w="3061"/>
          </w:tcPr>
          <w:p>
            <w:pPr>
              <w:spacing w:after="20" w:line="276" w:lineRule="auto"/>
            </w:pPr>
            <w:r/>
            <w:r>
              <w:rPr>
                <w:rFonts w:ascii="宋体" w:hAnsi="宋体" w:eastAsia="宋体"/>
                <w:b w:val="0"/>
                <w:sz w:val="18"/>
              </w:rPr>
              <w:t>学生独立解答后，组织交流。</w:t>
            </w:r>
          </w:p>
          <w:p>
            <w:pPr>
              <w:spacing w:after="20" w:line="276" w:lineRule="auto"/>
            </w:pPr>
            <w:r>
              <w:rPr>
                <w:rFonts w:ascii="宋体" w:hAnsi="宋体" w:eastAsia="宋体"/>
                <w:b w:val="0"/>
                <w:sz w:val="18"/>
              </w:rPr>
              <w:t>学生自主解答再交流。</w:t>
            </w:r>
          </w:p>
          <w:p>
            <w:pPr>
              <w:spacing w:after="20" w:line="276" w:lineRule="auto"/>
            </w:pPr>
            <w:r>
              <w:rPr>
                <w:rFonts w:ascii="宋体" w:hAnsi="宋体" w:eastAsia="宋体"/>
                <w:b w:val="0"/>
                <w:sz w:val="18"/>
              </w:rPr>
              <w:t>学生独立完成再全班集中汇报。</w:t>
            </w:r>
          </w:p>
          <w:p>
            <w:pPr>
              <w:spacing w:after="20" w:line="276" w:lineRule="auto"/>
            </w:pPr>
            <w:r>
              <w:rPr>
                <w:rFonts w:ascii="宋体" w:hAnsi="宋体" w:eastAsia="宋体"/>
                <w:b w:val="0"/>
                <w:sz w:val="18"/>
              </w:rPr>
              <w:t>第1题第1问的结果，如果学生用小数表示，也要给予肯定，同时引导学生用分数表示。</w:t>
            </w:r>
          </w:p>
        </w:tc>
        <w:tc>
          <w:tcPr>
            <w:tcW w:type="dxa" w:w="1814"/>
          </w:tcPr>
          <w:p>
            <w:pPr>
              <w:spacing w:after="20" w:line="276" w:lineRule="auto"/>
            </w:pPr>
            <w:r/>
            <w:r>
              <w:rPr>
                <w:rFonts w:ascii="宋体" w:hAnsi="宋体" w:eastAsia="宋体"/>
                <w:b w:val="0"/>
                <w:sz w:val="18"/>
              </w:rPr>
              <w:t>进一步理解分数与除法的关系，理解分数与除法的关系的可逆性，两数相除，可以用分数表示，分数也可以表示两数相除。</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师：本节课我们学习了分数与除法的关系,你们有哪些收获？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引导学生回顾梳理本课所学，完善认知结构，提升归纳与反思能力，核心问题："本节课我们学习了分数与除法的关系,你们有哪些收获？"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教科书P49例2、例3，完成教科书P50“做一做”第1题和P51“练习十二”中第1～3题。</w:t>
      </w:r>
    </w:p>
    <w:p>
      <w:pPr>
        <w:spacing w:after="40" w:line="300" w:lineRule="auto"/>
        <w:ind w:firstLine="400"/>
      </w:pPr>
      <w:r>
        <w:rPr>
          <w:rFonts w:ascii="宋体" w:hAnsi="宋体" w:eastAsia="宋体"/>
          <w:b w:val="0"/>
          <w:sz w:val="20"/>
        </w:rPr>
        <w:t>② 原设计安排：见“状元成才路”系列丛书《创优作业100分》对应课时作业。 参考答案 【教学笔记】 【教学提示】 可以让学生动手操作，直观感悟1÷4的商是 EMBED Equation.DSMT4 。 【教学提示】 让学生用自己的语言讲讲自己的思考过程，其余同学跟着描述，在头脑中想象分的过程。两个题目都用语言描述一遍，教师同时用算式记录分的过程和结果。 【教学提示】 归纳分数与除法的关系时，要给时间让学生充分地表达，由不会说到会说，由说不完整到逐步完善。</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结合分月饼的情境，引导学生从运算的角度得到除法算式，再从操作的角度得到每人可分到的月饼个数，从而沟通分数与除法的关系。让学生经历观察、比较的活动过程，自主发现分数可以表示整数除法的商。但学生在商是整数的情况下，对用分数来表示商不易理解。另应注意对学生进行逆向思维的培养，加深对分数与除法的关系的理解。</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最大公因数的应用</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最大公因数的应用</w:t>
            </w:r>
          </w:p>
        </w:tc>
        <w:tc>
          <w:tcPr>
            <w:tcW w:type="dxa" w:w="6009"/>
          </w:tcPr>
          <w:p>
            <w:pPr>
              <w:spacing w:after="20" w:line="276" w:lineRule="auto"/>
            </w:pPr>
            <w:r/>
            <w:r>
              <w:rPr>
                <w:rFonts w:ascii="宋体" w:hAnsi="宋体" w:eastAsia="宋体"/>
                <w:b w:val="0"/>
                <w:sz w:val="20"/>
              </w:rPr>
              <w:t>第4单元 分数的意义和性质（约分）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教学内容：教科书P62例3，完成教科书P63～64“练习十五”中第4、5、6、7、8、9、11*题。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（1）进一步理解公因数和最大公因数的意义，掌握运用公因数的知识解决生活中简单的实际问题的方法。</w:t>
      </w:r>
    </w:p>
    <w:p>
      <w:pPr>
        <w:spacing w:after="20" w:line="300" w:lineRule="auto"/>
        <w:ind w:firstLine="400"/>
      </w:pPr>
      <w:r>
        <w:rPr>
          <w:rFonts w:ascii="宋体" w:hAnsi="宋体" w:eastAsia="宋体"/>
          <w:b w:val="0"/>
          <w:sz w:val="20"/>
        </w:rPr>
        <w:t>（2）让学生经历解决数学问题的过程，培养学生解决问题的能力。</w:t>
      </w:r>
    </w:p>
    <w:p>
      <w:pPr>
        <w:spacing w:after="20" w:line="300" w:lineRule="auto"/>
        <w:ind w:firstLine="400"/>
      </w:pPr>
      <w:r>
        <w:rPr>
          <w:rFonts w:ascii="宋体" w:hAnsi="宋体" w:eastAsia="宋体"/>
          <w:b w:val="0"/>
          <w:sz w:val="20"/>
        </w:rPr>
        <w:t>（3）发现实际生活与数学的联系，在分析、比较、归纳、反思等活动中积累数学活动经验。</w:t>
      </w:r>
    </w:p>
    <w:p>
      <w:pPr>
        <w:spacing w:after="20" w:line="300" w:lineRule="auto"/>
      </w:pPr>
      <w:r>
        <w:rPr>
          <w:rFonts w:ascii="宋体" w:hAnsi="宋体" w:eastAsia="宋体"/>
          <w:b w:val="0"/>
          <w:sz w:val="20"/>
        </w:rPr>
        <w:t>教学重点：掌握运用公因数的知识解决生活中简单的实际问题的方法。</w:t>
      </w:r>
    </w:p>
    <w:p>
      <w:pPr>
        <w:spacing w:after="20" w:line="300" w:lineRule="auto"/>
      </w:pPr>
      <w:r>
        <w:rPr>
          <w:rFonts w:ascii="宋体" w:hAnsi="宋体" w:eastAsia="宋体"/>
          <w:b w:val="0"/>
          <w:sz w:val="20"/>
        </w:rPr>
        <w:t>教学难点：能正确判断生活中的实际问题是否要利用最大公因数的知识来解决。</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一、创设情境，揭示课题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同学们，小亮家准备给储藏室铺地砖，应该怎么铺呢？；从题目中同学们获得了哪些数学信息？</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二、合理引导，探寻策略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同学们静静地想一想，正方形地砖的边长与储藏室地面的长和宽有什么关系？；猜想一下，地砖的边长可以是多少分米呢？</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三、实践应用，形成技能</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通过刚才的探究，我们来回顾一下今天的学习过程，你们有什么收获？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一、创设情境，揭示课题</w:t>
            </w:r>
          </w:p>
        </w:tc>
        <w:tc>
          <w:tcPr>
            <w:tcW w:type="dxa" w:w="3061"/>
          </w:tcPr>
          <w:p>
            <w:pPr>
              <w:spacing w:after="20" w:line="276" w:lineRule="auto"/>
            </w:pPr>
            <w:r/>
            <w:r>
              <w:rPr>
                <w:rFonts w:ascii="宋体" w:hAnsi="宋体" w:eastAsia="宋体"/>
                <w:b w:val="0"/>
                <w:sz w:val="18"/>
              </w:rPr>
              <w:t>师：同学们，小亮家准备给储藏室铺地砖，应该怎么铺呢？</w:t>
            </w:r>
          </w:p>
          <w:p>
            <w:pPr>
              <w:spacing w:after="20" w:line="276" w:lineRule="auto"/>
            </w:pPr>
            <w:r>
              <w:rPr>
                <w:rFonts w:ascii="宋体" w:hAnsi="宋体" w:eastAsia="宋体"/>
                <w:b w:val="0"/>
                <w:sz w:val="18"/>
              </w:rPr>
              <w:t>课件出示教科书P62例3的题干。</w:t>
            </w:r>
          </w:p>
          <w:p>
            <w:pPr>
              <w:spacing w:after="20" w:line="276" w:lineRule="auto"/>
            </w:pPr>
            <w:r>
              <w:rPr>
                <w:rFonts w:ascii="宋体" w:hAnsi="宋体" w:eastAsia="宋体"/>
                <w:b w:val="0"/>
                <w:sz w:val="18"/>
              </w:rPr>
              <w:t>师：从题目中同学们获得了哪些数学信息？</w:t>
            </w:r>
          </w:p>
          <w:p>
            <w:pPr>
              <w:spacing w:after="20" w:line="276" w:lineRule="auto"/>
            </w:pPr>
            <w:r>
              <w:rPr>
                <w:rFonts w:ascii="宋体" w:hAnsi="宋体" w:eastAsia="宋体"/>
                <w:b w:val="0"/>
                <w:sz w:val="18"/>
              </w:rPr>
              <w:t>师：同学们搜集信息真仔细，铺地砖时要特别注意以下四点要求：地砖是正方形的，整块的，边长是整分米数的，地面要铺满。</w:t>
            </w:r>
          </w:p>
          <w:p>
            <w:pPr>
              <w:spacing w:after="20" w:line="276" w:lineRule="auto"/>
            </w:pPr>
            <w:r>
              <w:rPr>
                <w:rFonts w:ascii="宋体" w:hAnsi="宋体" w:eastAsia="宋体"/>
                <w:b w:val="0"/>
                <w:sz w:val="18"/>
              </w:rPr>
              <w:t>师：根据搜集到的数学信息，你们能提出什么有价值的数学问题？</w:t>
            </w:r>
          </w:p>
          <w:p>
            <w:pPr>
              <w:spacing w:after="20" w:line="276" w:lineRule="auto"/>
            </w:pPr>
            <w:r>
              <w:rPr>
                <w:rFonts w:ascii="宋体" w:hAnsi="宋体" w:eastAsia="宋体"/>
                <w:b w:val="0"/>
                <w:sz w:val="18"/>
              </w:rPr>
              <w:t>师：同学们提出的问题都很有价值，本节课我们就来解决铺地砖的问题。(板书课题：最大公因数的应用)</w:t>
            </w:r>
          </w:p>
        </w:tc>
        <w:tc>
          <w:tcPr>
            <w:tcW w:type="dxa" w:w="3061"/>
          </w:tcPr>
          <w:p>
            <w:pPr>
              <w:spacing w:after="20" w:line="276" w:lineRule="auto"/>
            </w:pPr>
            <w:r/>
            <w:r>
              <w:rPr>
                <w:rFonts w:ascii="宋体" w:hAnsi="宋体" w:eastAsia="宋体"/>
                <w:b w:val="0"/>
                <w:sz w:val="18"/>
              </w:rPr>
              <w:t>学生可能会说储藏室地面长16 dm，宽12 dm；地砖是正方形的；地砖是边长为整分米数的正方形；要求把储藏室的地面铺满……</w:t>
            </w:r>
          </w:p>
          <w:p>
            <w:pPr>
              <w:spacing w:after="20" w:line="276" w:lineRule="auto"/>
            </w:pPr>
            <w:r>
              <w:rPr>
                <w:rFonts w:ascii="宋体" w:hAnsi="宋体" w:eastAsia="宋体"/>
                <w:b w:val="0"/>
                <w:sz w:val="18"/>
              </w:rPr>
              <w:t>学生可能会提出：可以选择边长是几分米的地砖？边长最大是多少分米？最少要多少块地砖？……</w:t>
            </w:r>
          </w:p>
        </w:tc>
        <w:tc>
          <w:tcPr>
            <w:tcW w:type="dxa" w:w="1814"/>
          </w:tcPr>
          <w:p>
            <w:pPr>
              <w:spacing w:after="20" w:line="276" w:lineRule="auto"/>
            </w:pPr>
            <w:r/>
            <w:r>
              <w:rPr>
                <w:rFonts w:ascii="宋体" w:hAnsi="宋体" w:eastAsia="宋体"/>
                <w:b w:val="0"/>
                <w:sz w:val="18"/>
              </w:rPr>
              <w:t>创设生活情境，从学生身边实际生活中的事例引入新课，让学生感受到数学就在身边，同时通过阅读理解，让学生自然地进入了观察、发现阶段，激发学生的学习兴趣。</w:t>
            </w:r>
          </w:p>
        </w:tc>
      </w:tr>
      <w:tr>
        <w:tc>
          <w:tcPr>
            <w:tcW w:type="dxa" w:w="1474"/>
          </w:tcPr>
          <w:p>
            <w:pPr>
              <w:spacing w:after="20" w:line="276" w:lineRule="auto"/>
            </w:pPr>
            <w:r>
              <w:rPr>
                <w:b/>
              </w:rPr>
            </w:r>
            <w:r>
              <w:rPr>
                <w:rFonts w:ascii="宋体" w:hAnsi="宋体" w:eastAsia="宋体"/>
                <w:b/>
                <w:sz w:val="18"/>
              </w:rPr>
              <w:t>二、合理引导，探寻策略</w:t>
            </w:r>
          </w:p>
        </w:tc>
        <w:tc>
          <w:tcPr>
            <w:tcW w:type="dxa" w:w="3061"/>
          </w:tcPr>
          <w:p>
            <w:pPr>
              <w:spacing w:after="20" w:line="276" w:lineRule="auto"/>
            </w:pPr>
            <w:r/>
            <w:r>
              <w:rPr>
                <w:rFonts w:ascii="宋体" w:hAnsi="宋体" w:eastAsia="宋体"/>
                <w:b w:val="0"/>
                <w:sz w:val="18"/>
              </w:rPr>
              <w:t>课件补充问题：可以选择边长是几分米的地砖？边长最大是几分米？</w:t>
            </w:r>
          </w:p>
          <w:p>
            <w:pPr>
              <w:spacing w:after="20" w:line="276" w:lineRule="auto"/>
            </w:pPr>
            <w:r>
              <w:rPr>
                <w:rFonts w:ascii="宋体" w:hAnsi="宋体" w:eastAsia="宋体"/>
                <w:b w:val="0"/>
                <w:sz w:val="18"/>
              </w:rPr>
              <w:t>1．分析与解答。</w:t>
            </w:r>
          </w:p>
          <w:p>
            <w:pPr>
              <w:spacing w:after="20" w:line="276" w:lineRule="auto"/>
            </w:pPr>
            <w:r>
              <w:rPr>
                <w:rFonts w:ascii="宋体" w:hAnsi="宋体" w:eastAsia="宋体"/>
                <w:b w:val="0"/>
                <w:sz w:val="18"/>
              </w:rPr>
              <w:t>师：同学们静静地想一想，正方形地砖的边长与储藏室地面的长和宽有什么关系？</w:t>
            </w:r>
          </w:p>
          <w:p>
            <w:pPr>
              <w:spacing w:after="20" w:line="276" w:lineRule="auto"/>
            </w:pPr>
            <w:r>
              <w:rPr>
                <w:rFonts w:ascii="宋体" w:hAnsi="宋体" w:eastAsia="宋体"/>
                <w:b w:val="0"/>
                <w:sz w:val="18"/>
              </w:rPr>
              <w:t>师：猜想一下，地砖的边长可以是多少分米呢？</w:t>
            </w:r>
          </w:p>
          <w:p>
            <w:pPr>
              <w:spacing w:after="20" w:line="276" w:lineRule="auto"/>
            </w:pPr>
            <w:r>
              <w:rPr>
                <w:rFonts w:ascii="宋体" w:hAnsi="宋体" w:eastAsia="宋体"/>
                <w:b w:val="0"/>
                <w:sz w:val="18"/>
              </w:rPr>
              <w:t>师：同学们的猜想对吗？下面我们就从边长是1 dm的地砖开始研究。</w:t>
            </w:r>
          </w:p>
          <w:p>
            <w:pPr>
              <w:spacing w:after="20" w:line="276" w:lineRule="auto"/>
            </w:pPr>
            <w:r>
              <w:rPr>
                <w:rFonts w:ascii="宋体" w:hAnsi="宋体" w:eastAsia="宋体"/>
                <w:b w:val="0"/>
                <w:sz w:val="18"/>
              </w:rPr>
              <w:t>课件出示一个长方形代表储藏室的地面。</w:t>
            </w:r>
          </w:p>
          <w:p>
            <w:pPr>
              <w:spacing w:after="20" w:line="276" w:lineRule="auto"/>
            </w:pPr>
            <w:r>
              <w:rPr>
                <w:rFonts w:ascii="宋体" w:hAnsi="宋体" w:eastAsia="宋体"/>
                <w:b w:val="0"/>
                <w:sz w:val="18"/>
              </w:rPr>
              <w:t>师：想象一下，用小正方形表示边长为1 dm的地砖怎么铺？</w:t>
            </w:r>
          </w:p>
          <w:p>
            <w:pPr>
              <w:spacing w:after="20" w:line="276" w:lineRule="auto"/>
            </w:pPr>
            <w:r>
              <w:rPr>
                <w:rFonts w:ascii="宋体" w:hAnsi="宋体" w:eastAsia="宋体"/>
                <w:b w:val="0"/>
                <w:sz w:val="18"/>
              </w:rPr>
              <w:t>2．验证猜想。</w:t>
            </w:r>
          </w:p>
          <w:p>
            <w:pPr>
              <w:spacing w:after="20" w:line="276" w:lineRule="auto"/>
            </w:pPr>
            <w:r>
              <w:rPr>
                <w:rFonts w:ascii="宋体" w:hAnsi="宋体" w:eastAsia="宋体"/>
                <w:b w:val="0"/>
                <w:sz w:val="18"/>
              </w:rPr>
              <w:t>(1)验证铺设边长是1 dm的地砖。</w:t>
            </w:r>
          </w:p>
          <w:p>
            <w:pPr>
              <w:spacing w:after="20" w:line="276" w:lineRule="auto"/>
            </w:pPr>
            <w:r>
              <w:rPr>
                <w:rFonts w:ascii="宋体" w:hAnsi="宋体" w:eastAsia="宋体"/>
                <w:b w:val="0"/>
                <w:sz w:val="18"/>
              </w:rPr>
              <w:t>师：看屏幕，和大家想的一样吗？如果老师用示意图这样表示，可没有画满，同学们能看懂吗？(课件出示用边长是1 dm地砖铺地示意图）</w:t>
            </w:r>
          </w:p>
          <w:p>
            <w:pPr>
              <w:spacing w:after="20" w:line="276" w:lineRule="auto"/>
            </w:pPr>
            <w:r>
              <w:rPr>
                <w:rFonts w:ascii="宋体" w:hAnsi="宋体" w:eastAsia="宋体"/>
                <w:b w:val="0"/>
                <w:sz w:val="18"/>
              </w:rPr>
              <w:t>(2)验证铺设边长是2 dm、4 dm的地砖。</w:t>
            </w:r>
          </w:p>
          <w:p>
            <w:pPr>
              <w:spacing w:after="20" w:line="276" w:lineRule="auto"/>
            </w:pPr>
            <w:r>
              <w:rPr>
                <w:rFonts w:ascii="宋体" w:hAnsi="宋体" w:eastAsia="宋体"/>
                <w:b w:val="0"/>
                <w:sz w:val="18"/>
              </w:rPr>
              <w:t>师：我们刚才还想到了边长是2 dm、4 dm的地砖的铺法，用刚才学到的方法，在方格纸上将你们的想法画出来。</w:t>
            </w:r>
          </w:p>
          <w:p>
            <w:pPr>
              <w:spacing w:after="20" w:line="276" w:lineRule="auto"/>
            </w:pPr>
            <w:r>
              <w:rPr>
                <w:rFonts w:ascii="宋体" w:hAnsi="宋体" w:eastAsia="宋体"/>
                <w:b w:val="0"/>
                <w:sz w:val="18"/>
              </w:rPr>
              <w:t>课件演示边长是2 dm、4 dm的地砖完整的铺法。</w:t>
            </w:r>
          </w:p>
          <w:p>
            <w:pPr>
              <w:spacing w:after="20" w:line="276" w:lineRule="auto"/>
            </w:pPr>
            <w:r>
              <w:rPr>
                <w:rFonts w:ascii="宋体" w:hAnsi="宋体" w:eastAsia="宋体"/>
                <w:b w:val="0"/>
                <w:sz w:val="18"/>
              </w:rPr>
              <w:t>(3)验证铺设边长是3 dm的地砖。</w:t>
            </w:r>
          </w:p>
          <w:p>
            <w:pPr>
              <w:spacing w:after="20" w:line="276" w:lineRule="auto"/>
            </w:pPr>
            <w:r>
              <w:rPr>
                <w:rFonts w:ascii="宋体" w:hAnsi="宋体" w:eastAsia="宋体"/>
                <w:b w:val="0"/>
                <w:sz w:val="18"/>
              </w:rPr>
              <w:t>师：地砖的边长是不是只能是1 dm、2 dm、4 dm呢？前面有的同学猜想的是3 dm，同学们画一画，发现了什么？</w:t>
            </w:r>
          </w:p>
          <w:p>
            <w:pPr>
              <w:spacing w:after="20" w:line="276" w:lineRule="auto"/>
            </w:pPr>
            <w:r>
              <w:rPr>
                <w:rFonts w:ascii="宋体" w:hAnsi="宋体" w:eastAsia="宋体"/>
                <w:b w:val="0"/>
                <w:sz w:val="18"/>
              </w:rPr>
              <w:t>师：通过刚才的探究，同学们有话要说吗？</w:t>
            </w:r>
          </w:p>
          <w:p>
            <w:pPr>
              <w:spacing w:after="20" w:line="276" w:lineRule="auto"/>
            </w:pPr>
            <w:r>
              <w:rPr>
                <w:rFonts w:ascii="宋体" w:hAnsi="宋体" w:eastAsia="宋体"/>
                <w:b w:val="0"/>
                <w:sz w:val="18"/>
              </w:rPr>
              <w:t>师：可以选择边长是几分米的地砖？边长最大是几分米？为什么？</w:t>
            </w:r>
          </w:p>
          <w:p>
            <w:pPr>
              <w:spacing w:after="20" w:line="276" w:lineRule="auto"/>
            </w:pPr>
            <w:r>
              <w:rPr>
                <w:rFonts w:ascii="宋体" w:hAnsi="宋体" w:eastAsia="宋体"/>
                <w:b w:val="0"/>
                <w:sz w:val="18"/>
              </w:rPr>
              <w:t>师生共同归纳，课件完整地呈现解答过程(并板书)。</w:t>
            </w:r>
          </w:p>
          <w:p>
            <w:pPr>
              <w:spacing w:after="20" w:line="276" w:lineRule="auto"/>
            </w:pPr>
            <w:r>
              <w:rPr>
                <w:rFonts w:ascii="宋体" w:hAnsi="宋体" w:eastAsia="宋体"/>
                <w:b w:val="0"/>
                <w:sz w:val="18"/>
              </w:rPr>
              <w:t>师：通过刚才的研究，我们观察一下，地砖的边长与块数有什么关系？</w:t>
            </w:r>
          </w:p>
          <w:p>
            <w:pPr>
              <w:spacing w:after="20" w:line="276" w:lineRule="auto"/>
            </w:pPr>
            <w:r>
              <w:rPr>
                <w:rFonts w:ascii="宋体" w:hAnsi="宋体" w:eastAsia="宋体"/>
                <w:b w:val="0"/>
                <w:sz w:val="18"/>
              </w:rPr>
              <w:t>教师归纳：地砖的边长越大，需要的块数越少。</w:t>
            </w:r>
          </w:p>
          <w:p>
            <w:pPr>
              <w:spacing w:after="20" w:line="276" w:lineRule="auto"/>
            </w:pPr>
            <w:r>
              <w:rPr>
                <w:rFonts w:ascii="宋体" w:hAnsi="宋体" w:eastAsia="宋体"/>
                <w:b w:val="0"/>
                <w:sz w:val="18"/>
              </w:rPr>
              <w:t>3．理论提升，建立模型。</w:t>
            </w:r>
          </w:p>
          <w:p>
            <w:pPr>
              <w:spacing w:after="20" w:line="276" w:lineRule="auto"/>
            </w:pPr>
            <w:r>
              <w:rPr>
                <w:rFonts w:ascii="宋体" w:hAnsi="宋体" w:eastAsia="宋体"/>
                <w:b w:val="0"/>
                <w:sz w:val="18"/>
              </w:rPr>
              <w:t>师：同学们想一想，这个实际问题其实就是数学中的什么问题？</w:t>
            </w:r>
          </w:p>
          <w:p>
            <w:pPr>
              <w:spacing w:after="20" w:line="276" w:lineRule="auto"/>
            </w:pPr>
            <w:r>
              <w:rPr>
                <w:rFonts w:ascii="宋体" w:hAnsi="宋体" w:eastAsia="宋体"/>
                <w:b w:val="0"/>
                <w:sz w:val="18"/>
              </w:rPr>
              <w:t>师：你们觉得什么时候需要求公因数解决问题呢？</w:t>
            </w:r>
          </w:p>
          <w:p>
            <w:pPr>
              <w:spacing w:after="20" w:line="276" w:lineRule="auto"/>
            </w:pPr>
            <w:r>
              <w:rPr>
                <w:rFonts w:ascii="宋体" w:hAnsi="宋体" w:eastAsia="宋体"/>
                <w:b w:val="0"/>
                <w:sz w:val="18"/>
              </w:rPr>
              <w:t>师：我们回忆一下用公因数和最大公因数解决生活中的实际问题，经历了哪几个步骤？</w:t>
            </w:r>
          </w:p>
        </w:tc>
        <w:tc>
          <w:tcPr>
            <w:tcW w:type="dxa" w:w="3061"/>
          </w:tcPr>
          <w:p>
            <w:pPr>
              <w:spacing w:after="20" w:line="276" w:lineRule="auto"/>
            </w:pPr>
            <w:r/>
            <w:r>
              <w:rPr>
                <w:rFonts w:ascii="宋体" w:hAnsi="宋体" w:eastAsia="宋体"/>
                <w:b w:val="0"/>
                <w:sz w:val="18"/>
              </w:rPr>
              <w:t>要使所用的正方形地砖都是整块的，且边长是整分米数，又要把地面铺满，那么地砖的边长必须既是16的因数，又是12的因数。</w:t>
            </w:r>
          </w:p>
          <w:p>
            <w:pPr>
              <w:spacing w:after="20" w:line="276" w:lineRule="auto"/>
            </w:pPr>
            <w:r>
              <w:rPr>
                <w:rFonts w:ascii="宋体" w:hAnsi="宋体" w:eastAsia="宋体"/>
                <w:b w:val="0"/>
                <w:sz w:val="18"/>
              </w:rPr>
              <w:t>学生可能会说：①可以选边长是1 dm的地砖；②可以选边长是4 dm的地砖；③可以选边长是2 dm的地砖；④可以选边长是3 dm的地砖……</w:t>
            </w:r>
          </w:p>
          <w:p>
            <w:pPr>
              <w:spacing w:after="20" w:line="276" w:lineRule="auto"/>
            </w:pPr>
            <w:r>
              <w:rPr>
                <w:rFonts w:ascii="宋体" w:hAnsi="宋体" w:eastAsia="宋体"/>
                <w:b w:val="0"/>
                <w:sz w:val="18"/>
              </w:rPr>
              <w:t>学生可能会说：沿着长可以铺16块，沿着宽可以铺12块……</w:t>
            </w:r>
          </w:p>
          <w:p>
            <w:pPr>
              <w:spacing w:after="20" w:line="276" w:lineRule="auto"/>
            </w:pPr>
            <w:r>
              <w:rPr>
                <w:rFonts w:ascii="宋体" w:hAnsi="宋体" w:eastAsia="宋体"/>
                <w:b w:val="0"/>
                <w:sz w:val="18"/>
              </w:rPr>
              <w:t>学生说说自己想到的铺法后，课件演示边长是1 dm的地砖完整的铺法。</w:t>
            </w:r>
          </w:p>
          <w:p>
            <w:pPr>
              <w:spacing w:after="20" w:line="276" w:lineRule="auto"/>
            </w:pPr>
            <w:r>
              <w:rPr>
                <w:rFonts w:ascii="宋体" w:hAnsi="宋体" w:eastAsia="宋体"/>
                <w:b w:val="0"/>
                <w:sz w:val="18"/>
              </w:rPr>
              <w:t>同学们独立操作，教师巡回指导，让学生汇报交流。</w:t>
            </w:r>
          </w:p>
          <w:p>
            <w:pPr>
              <w:spacing w:after="20" w:line="276" w:lineRule="auto"/>
            </w:pPr>
            <w:r>
              <w:rPr>
                <w:rFonts w:ascii="宋体" w:hAnsi="宋体" w:eastAsia="宋体"/>
                <w:b w:val="0"/>
                <w:sz w:val="18"/>
              </w:rPr>
              <w:t>学生可能会说地砖的边长只能是12和16的公因数，而3不是12和16的公因数；画不满，不合要求……</w:t>
            </w:r>
          </w:p>
          <w:p>
            <w:pPr>
              <w:spacing w:after="20" w:line="276" w:lineRule="auto"/>
            </w:pPr>
            <w:r>
              <w:rPr>
                <w:rFonts w:ascii="宋体" w:hAnsi="宋体" w:eastAsia="宋体"/>
                <w:b w:val="0"/>
                <w:sz w:val="18"/>
              </w:rPr>
              <w:t>要求地砖是整块的、边长是整分米数的正方形且要铺满地面，地砖的边长必须是储藏室地面长和宽的公因数，要求地砖的边长最大是多少，就是求长和宽的最大公因数是多少……</w:t>
            </w:r>
          </w:p>
          <w:p>
            <w:pPr>
              <w:spacing w:after="20" w:line="276" w:lineRule="auto"/>
            </w:pPr>
            <w:r>
              <w:rPr>
                <w:rFonts w:ascii="宋体" w:hAnsi="宋体" w:eastAsia="宋体"/>
                <w:b w:val="0"/>
                <w:sz w:val="18"/>
              </w:rPr>
              <w:t>可以选择边长是1 dm、2 dm、4 dm的地砖，边长最大是4 dm。</w:t>
            </w:r>
          </w:p>
          <w:p>
            <w:pPr>
              <w:spacing w:after="20" w:line="276" w:lineRule="auto"/>
            </w:pPr>
            <w:r>
              <w:rPr>
                <w:rFonts w:ascii="宋体" w:hAnsi="宋体" w:eastAsia="宋体"/>
                <w:b w:val="0"/>
                <w:sz w:val="18"/>
              </w:rPr>
              <w:t>地砖的边长越大，块数越少；要使所使用的地砖的块数最少，那么地砖的边长必须最大……</w:t>
            </w:r>
          </w:p>
          <w:p>
            <w:pPr>
              <w:spacing w:after="20" w:line="276" w:lineRule="auto"/>
            </w:pPr>
            <w:r>
              <w:rPr>
                <w:rFonts w:ascii="宋体" w:hAnsi="宋体" w:eastAsia="宋体"/>
                <w:b w:val="0"/>
                <w:sz w:val="18"/>
              </w:rPr>
              <w:t>就是求两个边长的公因数和最大公因数。</w:t>
            </w:r>
          </w:p>
          <w:p>
            <w:pPr>
              <w:spacing w:after="20" w:line="276" w:lineRule="auto"/>
            </w:pPr>
            <w:r>
              <w:rPr>
                <w:rFonts w:ascii="宋体" w:hAnsi="宋体" w:eastAsia="宋体"/>
                <w:b w:val="0"/>
                <w:sz w:val="18"/>
              </w:rPr>
              <w:t>所求的数量同时是两个数的因数时，就求这两个数的公因数。</w:t>
            </w:r>
          </w:p>
          <w:p>
            <w:pPr>
              <w:spacing w:after="20" w:line="276" w:lineRule="auto"/>
            </w:pPr>
            <w:r>
              <w:rPr>
                <w:rFonts w:ascii="宋体" w:hAnsi="宋体" w:eastAsia="宋体"/>
                <w:b w:val="0"/>
                <w:sz w:val="18"/>
              </w:rPr>
              <w:t>学生可能会说：在解决问题时通过读题，理解题意；通过分析，找到解决问题的方法；通过反思，提升实践智慧……</w:t>
            </w:r>
          </w:p>
        </w:tc>
        <w:tc>
          <w:tcPr>
            <w:tcW w:type="dxa" w:w="1814"/>
          </w:tcPr>
          <w:p>
            <w:pPr>
              <w:spacing w:after="20" w:line="276" w:lineRule="auto"/>
            </w:pPr>
            <w:r/>
            <w:r>
              <w:rPr>
                <w:rFonts w:ascii="宋体" w:hAnsi="宋体" w:eastAsia="宋体"/>
                <w:b w:val="0"/>
                <w:sz w:val="18"/>
              </w:rPr>
              <w:t>让学生先猜测，再从边长是1 dm的地砖开始研究，初步验证猜想的合理性。课件分两步呈现边长是1 dm的地砖的铺设情况，培养学生的空间想象力，为后面画铺边长是2 dm、4 dm的地砖的铺法提供思路，同时也给不确定的学生留有思考空间。</w:t>
            </w:r>
          </w:p>
          <w:p>
            <w:pPr>
              <w:spacing w:after="20" w:line="276" w:lineRule="auto"/>
            </w:pPr>
            <w:r>
              <w:rPr>
                <w:rFonts w:ascii="宋体" w:hAnsi="宋体" w:eastAsia="宋体"/>
                <w:b w:val="0"/>
                <w:sz w:val="18"/>
              </w:rPr>
              <w:t>通过猜测、画图验证等活动，为学生积累了丰富的数学活动经验，进一步突出了公因数的概念。</w:t>
            </w:r>
          </w:p>
          <w:p>
            <w:pPr>
              <w:spacing w:after="20" w:line="276" w:lineRule="auto"/>
            </w:pPr>
            <w:r>
              <w:rPr>
                <w:rFonts w:ascii="宋体" w:hAnsi="宋体" w:eastAsia="宋体"/>
                <w:b w:val="0"/>
                <w:sz w:val="18"/>
              </w:rPr>
              <w:t>在解决问题时，先让学生理解题意，提出有价值的问题，然后让学生借助操作、交流、讨论等活动，进一步认识到正方形的边长既是长方形的长的因数，又是长方形的宽的因数，从而将实际问题转化为数学问题，培养了学生发现问题、提出问题、分析问题、解决问题的能力。</w:t>
            </w:r>
          </w:p>
        </w:tc>
      </w:tr>
      <w:tr>
        <w:tc>
          <w:tcPr>
            <w:tcW w:type="dxa" w:w="1474"/>
          </w:tcPr>
          <w:p>
            <w:pPr>
              <w:spacing w:after="20" w:line="276" w:lineRule="auto"/>
            </w:pPr>
            <w:r>
              <w:rPr>
                <w:b/>
              </w:rPr>
            </w:r>
            <w:r>
              <w:rPr>
                <w:rFonts w:ascii="宋体" w:hAnsi="宋体" w:eastAsia="宋体"/>
                <w:b/>
                <w:sz w:val="18"/>
              </w:rPr>
              <w:t>三、实践应用，形成技能</w:t>
            </w:r>
          </w:p>
        </w:tc>
        <w:tc>
          <w:tcPr>
            <w:tcW w:type="dxa" w:w="3061"/>
          </w:tcPr>
          <w:p>
            <w:pPr>
              <w:spacing w:after="20" w:line="276" w:lineRule="auto"/>
            </w:pPr>
            <w:r/>
            <w:r>
              <w:rPr>
                <w:rFonts w:ascii="宋体" w:hAnsi="宋体" w:eastAsia="宋体"/>
                <w:b w:val="0"/>
                <w:sz w:val="18"/>
              </w:rPr>
              <w:t>1.课件出示教科书P63“练习十五”第6题。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根据学生汇报，教师总结：48和36的最大公因数是12，48÷12＝4(排)，36÷12＝3(排)。</w:t>
            </w:r>
          </w:p>
          <w:p>
            <w:pPr>
              <w:spacing w:after="20" w:line="276" w:lineRule="auto"/>
            </w:pPr>
            <w:r>
              <w:rPr>
                <w:rFonts w:ascii="宋体" w:hAnsi="宋体" w:eastAsia="宋体"/>
                <w:b w:val="0"/>
                <w:sz w:val="18"/>
              </w:rPr>
              <w:t>2．知识闯关。</w:t>
            </w:r>
          </w:p>
          <w:p>
            <w:pPr>
              <w:spacing w:after="20" w:line="276" w:lineRule="auto"/>
            </w:pPr>
            <w:r>
              <w:rPr>
                <w:rFonts w:ascii="宋体" w:hAnsi="宋体" w:eastAsia="宋体"/>
                <w:b w:val="0"/>
                <w:sz w:val="18"/>
              </w:rPr>
              <w:t>采取竞赛的形式，课件呈现内容，学生抢答。</w:t>
            </w:r>
          </w:p>
          <w:p>
            <w:pPr>
              <w:spacing w:after="20" w:line="276" w:lineRule="auto"/>
            </w:pPr>
            <w:r>
              <w:rPr>
                <w:rFonts w:ascii="宋体" w:hAnsi="宋体" w:eastAsia="宋体"/>
                <w:b w:val="0"/>
                <w:sz w:val="18"/>
              </w:rPr>
              <w:t>(1)教科书P63“练习十五”第4题。</w:t>
            </w:r>
          </w:p>
          <w:p>
            <w:pPr>
              <w:spacing w:after="20" w:line="276" w:lineRule="auto"/>
            </w:pPr>
            <w:r>
              <w:rPr>
                <w:rFonts w:ascii="宋体" w:hAnsi="宋体" w:eastAsia="宋体"/>
                <w:b w:val="0"/>
                <w:sz w:val="18"/>
              </w:rPr>
              <w:t>(2)教科书P64“练习十五”第7题。</w:t>
            </w:r>
          </w:p>
          <w:p>
            <w:pPr>
              <w:spacing w:after="20" w:line="276" w:lineRule="auto"/>
            </w:pPr>
            <w:r>
              <w:rPr>
                <w:rFonts w:ascii="宋体" w:hAnsi="宋体" w:eastAsia="宋体"/>
                <w:b w:val="0"/>
                <w:sz w:val="18"/>
              </w:rPr>
              <w:t>(3)教科书P64“练习十五”第9题。</w:t>
            </w:r>
          </w:p>
          <w:p>
            <w:pPr>
              <w:spacing w:after="20" w:line="276" w:lineRule="auto"/>
            </w:pPr>
            <w:r>
              <w:rPr>
                <w:rFonts w:ascii="宋体" w:hAnsi="宋体" w:eastAsia="宋体"/>
                <w:b w:val="0"/>
                <w:sz w:val="18"/>
              </w:rPr>
              <w:t>(4)教科书P64“练习十五”第8题。</w:t>
            </w:r>
          </w:p>
          <w:p>
            <w:pPr>
              <w:spacing w:after="20" w:line="276" w:lineRule="auto"/>
            </w:pPr>
            <w:r>
              <w:rPr>
                <w:rFonts w:ascii="宋体" w:hAnsi="宋体" w:eastAsia="宋体"/>
                <w:b w:val="0"/>
                <w:sz w:val="18"/>
              </w:rPr>
              <w:t>3．独立完成教科书P63“练习十五”第5题。</w:t>
            </w:r>
          </w:p>
          <w:p>
            <w:pPr>
              <w:spacing w:after="20" w:line="276" w:lineRule="auto"/>
            </w:pPr>
            <w:r>
              <w:rPr>
                <w:rFonts w:ascii="宋体" w:hAnsi="宋体" w:eastAsia="宋体"/>
                <w:b w:val="0"/>
                <w:sz w:val="18"/>
              </w:rPr>
              <w:t>4．独立完成教科书P64“练习十五”第11*题。</w:t>
            </w:r>
          </w:p>
        </w:tc>
        <w:tc>
          <w:tcPr>
            <w:tcW w:type="dxa" w:w="3061"/>
          </w:tcPr>
          <w:p>
            <w:pPr>
              <w:spacing w:after="20" w:line="276" w:lineRule="auto"/>
            </w:pPr>
            <w:r/>
            <w:r>
              <w:rPr>
                <w:rFonts w:ascii="宋体" w:hAnsi="宋体" w:eastAsia="宋体"/>
                <w:b w:val="0"/>
                <w:sz w:val="18"/>
              </w:rPr>
              <w:t>每排人数相同，那么每排人数就是48和36的公因数，每排最多有多少人，就是求48和36的最大公因数。确定了每排人数，就根据“总人数÷每排人数＝排数”求出男、女生分别有几排。</w:t>
            </w:r>
          </w:p>
          <w:p>
            <w:pPr>
              <w:spacing w:after="20" w:line="276" w:lineRule="auto"/>
            </w:pPr>
            <w:r>
              <w:rPr>
                <w:rFonts w:ascii="宋体" w:hAnsi="宋体" w:eastAsia="宋体"/>
                <w:b w:val="0"/>
                <w:sz w:val="18"/>
              </w:rPr>
              <w:t>第4、7、9题的答案都是唯一的，让学生快速回答，提升技能，激发学生的学习动力，也节约教学实践时间。第8题答案不唯一，可以多点一些学生回答，只要答案正确，都给予肯定。</w:t>
            </w:r>
          </w:p>
          <w:p>
            <w:pPr>
              <w:spacing w:after="20" w:line="276" w:lineRule="auto"/>
            </w:pPr>
            <w:r>
              <w:rPr>
                <w:rFonts w:ascii="宋体" w:hAnsi="宋体" w:eastAsia="宋体"/>
                <w:b w:val="0"/>
                <w:sz w:val="18"/>
              </w:rPr>
              <w:t>本题与例题类似，学生解答比较容易。</w:t>
            </w:r>
          </w:p>
          <w:p>
            <w:pPr>
              <w:spacing w:after="20" w:line="276" w:lineRule="auto"/>
            </w:pPr>
            <w:r>
              <w:rPr>
                <w:rFonts w:ascii="宋体" w:hAnsi="宋体" w:eastAsia="宋体"/>
                <w:b w:val="0"/>
                <w:sz w:val="18"/>
              </w:rPr>
              <w:t>本题是找三个数的最大公因数，放在课堂的最后，供学有余力的学生解答。如果有困难，让学生课后探究。</w:t>
            </w:r>
          </w:p>
        </w:tc>
        <w:tc>
          <w:tcPr>
            <w:tcW w:type="dxa" w:w="1814"/>
          </w:tcPr>
          <w:p>
            <w:pPr>
              <w:spacing w:after="20" w:line="276" w:lineRule="auto"/>
            </w:pPr>
            <w:r/>
            <w:r>
              <w:rPr>
                <w:rFonts w:ascii="宋体" w:hAnsi="宋体" w:eastAsia="宋体"/>
                <w:b w:val="0"/>
                <w:sz w:val="18"/>
              </w:rPr>
              <w:t>学生在理解和掌握了基本的数学知识与技能、数学思想方法的基础上，运用所学知识解决生活中的实际问题，从中体会数学的实用价值。</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师：通过刚才的探究，我们来回顾一下今天的学习过程，你们有什么收获？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通过回顾解决问题的全过程，让学生体会解决问题的策略和方法的多样性，积累数学活动经验，培养学生自我总结学习方法的好习惯。</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最大公因数的应用</w:t>
      </w:r>
    </w:p>
    <w:p>
      <w:pPr>
        <w:spacing w:after="40" w:line="300" w:lineRule="auto"/>
      </w:pPr>
      <w:r>
        <w:rPr>
          <w:rFonts w:ascii="宋体" w:hAnsi="宋体" w:eastAsia="宋体"/>
          <w:b w:val="0"/>
          <w:sz w:val="20"/>
        </w:rPr>
        <w:t>16和12的公因数有1，2，4。最大公因数是4。</w:t>
      </w:r>
    </w:p>
    <w:p>
      <w:pPr>
        <w:spacing w:after="40" w:line="300" w:lineRule="auto"/>
      </w:pPr>
      <w:r>
        <w:rPr>
          <w:rFonts w:ascii="宋体" w:hAnsi="宋体" w:eastAsia="宋体"/>
          <w:b w:val="0"/>
          <w:sz w:val="20"/>
        </w:rPr>
        <w:t>所以，可以选边长是1 dm、2 dm、4 dm的地砖，边长最大是4 dm。</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教科书P62例3，完成教科书P63～64“练习十五”中第4、5、6、7、8、9、11*题。</w:t>
      </w:r>
    </w:p>
    <w:p>
      <w:pPr>
        <w:spacing w:after="40" w:line="300" w:lineRule="auto"/>
        <w:ind w:firstLine="400"/>
      </w:pPr>
      <w:r>
        <w:rPr>
          <w:rFonts w:ascii="宋体" w:hAnsi="宋体" w:eastAsia="宋体"/>
          <w:b w:val="0"/>
          <w:sz w:val="20"/>
        </w:rPr>
        <w:t>② 原设计安排：见“状元成才路”系列丛书《创优作业100分》对应课时作业。 1.五(3)班同学买了64个苹果和96个梨去养老院看望老人。把这些水果平均分给养老院的老人，每人分得的苹果同样多，分得的梨也同样多，且都没有剩余。最多分给了多少位老人？ 2.要把一根长132 cm、宽60 cm、厚36 cm的长方体木料锯成同样大的正方体木块，且不能有剩余，每个正方体木块的棱长最长是多少厘米？此时能锯成多少个？(损耗忽略不计) 参考答案 1．64和96的最大公因数是32，所以最多分给了32位老人。 2．132、60和36的最大公因数是12，所以每个正方体木块的棱长最长是12 cm。 (132÷12)×(60÷12)×(36÷12)＝165(个)eq \x(\a\vs4\al(教学资源),,,INCLUDEPICTURE"慕136.TIF" ) 【教学笔记】 【教学提示】 要引导学生根据已有数学信息提问题。 【教学提示】 教师巡回指导时，启发学生思考：需要全部画满吗？ 【教学提示】 猜测是一个推理的过程，要学生说说猜测的理由。 【教学提示】 数学建模是高层次要求，要让学生结合实际充分理解和表达。</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通过创设用整块的正方形地砖铺满长方形地面的问题情境，让学生在动手操作的过程中，分析解决问题的方法，将实际问题转化为数学问题。教学时，并没有直接让学生分析得出解决该问题的方法就是求宽边和长边的公因数，而是通过猜测、验证，发现策略，来帮助学生理解、分析，积累解决问题的经验。学生读懂题意，分析、解决问题的能力仍有待提高。</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最小公倍数的应用</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最小公倍数的应用</w:t>
            </w:r>
          </w:p>
        </w:tc>
        <w:tc>
          <w:tcPr>
            <w:tcW w:type="dxa" w:w="6009"/>
          </w:tcPr>
          <w:p>
            <w:pPr>
              <w:spacing w:after="20" w:line="276" w:lineRule="auto"/>
            </w:pPr>
            <w:r/>
            <w:r>
              <w:rPr>
                <w:rFonts w:ascii="宋体" w:hAnsi="宋体" w:eastAsia="宋体"/>
                <w:b w:val="0"/>
                <w:sz w:val="20"/>
              </w:rPr>
              <w:t>第4单元 分数的意义和性质（通分）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教学内容：教科书P70例3，完成教科书P71～72“练习十七”中第4～11*题。</w:t>
      </w:r>
    </w:p>
    <w:p>
      <w:pPr>
        <w:spacing w:after="80" w:line="300" w:lineRule="auto"/>
        <w:ind w:firstLine="400"/>
      </w:pPr>
      <w:r>
        <w:rPr>
          <w:rFonts w:ascii="宋体" w:hAnsi="宋体" w:eastAsia="宋体"/>
          <w:b w:val="0"/>
          <w:sz w:val="20"/>
        </w:rPr>
        <w:t>教学准备：课件，长方形纸片。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（1）初步了解两个数的公倍数和最小公倍数在生活中的实际应用。</w:t>
      </w:r>
    </w:p>
    <w:p>
      <w:pPr>
        <w:spacing w:after="20" w:line="300" w:lineRule="auto"/>
        <w:ind w:firstLine="400"/>
      </w:pPr>
      <w:r>
        <w:rPr>
          <w:rFonts w:ascii="宋体" w:hAnsi="宋体" w:eastAsia="宋体"/>
          <w:b w:val="0"/>
          <w:sz w:val="20"/>
        </w:rPr>
        <w:t>（2）培养学生独立思考、分析推理、自主提出问题和解决问题的能力。</w:t>
      </w:r>
    </w:p>
    <w:p>
      <w:pPr>
        <w:spacing w:after="20" w:line="300" w:lineRule="auto"/>
        <w:ind w:firstLine="400"/>
      </w:pPr>
      <w:r>
        <w:rPr>
          <w:rFonts w:ascii="宋体" w:hAnsi="宋体" w:eastAsia="宋体"/>
          <w:b w:val="0"/>
          <w:sz w:val="20"/>
        </w:rPr>
        <w:t>（3）联系学生的相关经验，激发学习数学的兴趣。</w:t>
      </w:r>
    </w:p>
    <w:p>
      <w:pPr>
        <w:spacing w:after="20" w:line="300" w:lineRule="auto"/>
      </w:pPr>
      <w:r>
        <w:rPr>
          <w:rFonts w:ascii="宋体" w:hAnsi="宋体" w:eastAsia="宋体"/>
          <w:b w:val="0"/>
          <w:sz w:val="20"/>
        </w:rPr>
        <w:t>教学重点：能够运用两个数的公倍数和最小公倍数的知识解决简单的实际问题。</w:t>
      </w:r>
    </w:p>
    <w:p>
      <w:pPr>
        <w:spacing w:after="20" w:line="300" w:lineRule="auto"/>
      </w:pPr>
      <w:r>
        <w:rPr>
          <w:rFonts w:ascii="宋体" w:hAnsi="宋体" w:eastAsia="宋体"/>
          <w:b w:val="0"/>
          <w:sz w:val="20"/>
        </w:rPr>
        <w:t>教学难点：理解将实际问题转化成求两个数的公倍数问题的道理。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一、复习回顾，揭示课题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二、自主探索，形成策略。</w:t>
            </w:r>
          </w:p>
        </w:tc>
        <w:tc>
          <w:tcPr>
            <w:tcW w:type="dxa" w:w="1814"/>
          </w:tcPr>
          <w:p>
            <w:pPr>
              <w:spacing w:after="20" w:line="276" w:lineRule="auto"/>
            </w:pPr>
            <w:r/>
            <w:r>
              <w:rPr>
                <w:rFonts w:ascii="宋体" w:hAnsi="宋体" w:eastAsia="宋体"/>
                <w:b w:val="0"/>
                <w:sz w:val="18"/>
              </w:rPr>
              <w:t>课件、教科书、学具</w:t>
            </w:r>
          </w:p>
        </w:tc>
        <w:tc>
          <w:tcPr>
            <w:tcW w:type="dxa" w:w="3402"/>
          </w:tcPr>
          <w:p>
            <w:pPr>
              <w:spacing w:after="20" w:line="276" w:lineRule="auto"/>
            </w:pPr>
            <w:r/>
            <w:r>
              <w:rPr>
                <w:rFonts w:ascii="宋体" w:hAnsi="宋体" w:eastAsia="宋体"/>
                <w:b w:val="0"/>
                <w:sz w:val="18"/>
              </w:rPr>
              <w:t>请仔细看看铺正方形的要求，你们获得了哪些有价值的信息？；以小组为单位，自主探索，看多少块长3 dm、宽2 dm的地砖能铺成一个正方形。想一想，铺成的正方形的边长是多少？</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三、运用策略，解决问题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从题中你们能知道哪些信息？；你们还能提出其他数学问题吗？</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四、巩固练习，掌握方法</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这两路公共汽车同时发车后，过多少分钟两路车第二次同时发车？这时两路公共汽车分别发了几次车？</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回顾今天的学习过程，你们有什么收获呢？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一、复习回顾，揭示课题</w:t>
            </w:r>
          </w:p>
        </w:tc>
        <w:tc>
          <w:tcPr>
            <w:tcW w:type="dxa" w:w="3061"/>
          </w:tcPr>
          <w:p>
            <w:pPr>
              <w:spacing w:after="20" w:line="276" w:lineRule="auto"/>
            </w:pPr>
            <w:r/>
            <w:r>
              <w:rPr>
                <w:rFonts w:ascii="宋体" w:hAnsi="宋体" w:eastAsia="宋体"/>
                <w:b w:val="0"/>
                <w:sz w:val="18"/>
              </w:rPr>
              <w:t>1.教科书P71“练习十七”第4题。</w:t>
            </w:r>
          </w:p>
          <w:p>
            <w:pPr>
              <w:spacing w:after="20" w:line="276" w:lineRule="auto"/>
            </w:pPr>
            <w:r>
              <w:rPr>
                <w:rFonts w:ascii="宋体" w:hAnsi="宋体" w:eastAsia="宋体"/>
                <w:b w:val="0"/>
                <w:sz w:val="18"/>
              </w:rPr>
              <w:t>2.教科书P71“练习十七”第5题。</w:t>
            </w:r>
          </w:p>
          <w:p>
            <w:pPr>
              <w:spacing w:after="20" w:line="276" w:lineRule="auto"/>
            </w:pPr>
            <w:r>
              <w:rPr>
                <w:rFonts w:ascii="宋体" w:hAnsi="宋体" w:eastAsia="宋体"/>
                <w:b w:val="0"/>
                <w:sz w:val="18"/>
              </w:rPr>
              <w:t>3.教科书P71“练习十七”第7题。</w:t>
            </w:r>
          </w:p>
          <w:p>
            <w:pPr>
              <w:spacing w:after="20" w:line="276" w:lineRule="auto"/>
            </w:pPr>
            <w:r>
              <w:rPr>
                <w:rFonts w:ascii="宋体" w:hAnsi="宋体" w:eastAsia="宋体"/>
                <w:b w:val="0"/>
                <w:sz w:val="18"/>
              </w:rPr>
              <w:t>课件呈现问题，学生口答。</w:t>
            </w:r>
          </w:p>
          <w:p>
            <w:pPr>
              <w:spacing w:after="20" w:line="276" w:lineRule="auto"/>
            </w:pPr>
            <w:r>
              <w:rPr>
                <w:rFonts w:ascii="宋体" w:hAnsi="宋体" w:eastAsia="宋体"/>
                <w:b w:val="0"/>
                <w:sz w:val="18"/>
              </w:rPr>
              <w:t>师：看来同学们对上节课学习的公倍数和最小公倍数的知识掌握得非常好。这节课我们来学习用公倍数和最小公倍数解决实际问题。(板书课题：最小公倍数的应用)</w:t>
            </w:r>
          </w:p>
        </w:tc>
        <w:tc>
          <w:tcPr>
            <w:tcW w:type="dxa" w:w="3061"/>
          </w:tcPr>
          <w:p>
            <w:pPr>
              <w:spacing w:after="20" w:line="276" w:lineRule="auto"/>
            </w:pPr>
            <w:r/>
            <w:r>
              <w:rPr>
                <w:rFonts w:ascii="宋体" w:hAnsi="宋体" w:eastAsia="宋体"/>
                <w:b w:val="0"/>
                <w:sz w:val="18"/>
              </w:rPr>
              <w:t>这些都是学生上节课学到的知识，都能快速地解答。第4题要求学生说出判断的理由，可以举反例。</w:t>
            </w:r>
          </w:p>
        </w:tc>
        <w:tc>
          <w:tcPr>
            <w:tcW w:type="dxa" w:w="1814"/>
          </w:tcPr>
          <w:p>
            <w:pPr>
              <w:spacing w:after="20" w:line="276" w:lineRule="auto"/>
            </w:pPr>
            <w:r/>
            <w:r>
              <w:rPr>
                <w:rFonts w:ascii="宋体" w:hAnsi="宋体" w:eastAsia="宋体"/>
                <w:b w:val="0"/>
                <w:sz w:val="18"/>
              </w:rPr>
              <w:t>对上节课的知识进行回顾，加深理解，同时为今天的学习作铺垫。</w:t>
            </w:r>
          </w:p>
        </w:tc>
      </w:tr>
      <w:tr>
        <w:tc>
          <w:tcPr>
            <w:tcW w:type="dxa" w:w="1474"/>
          </w:tcPr>
          <w:p>
            <w:pPr>
              <w:spacing w:after="20" w:line="276" w:lineRule="auto"/>
            </w:pPr>
            <w:r>
              <w:rPr>
                <w:b/>
              </w:rPr>
            </w:r>
            <w:r>
              <w:rPr>
                <w:rFonts w:ascii="宋体" w:hAnsi="宋体" w:eastAsia="宋体"/>
                <w:b/>
                <w:sz w:val="18"/>
              </w:rPr>
              <w:t>二、自主探索，形成策略。</w:t>
            </w:r>
          </w:p>
        </w:tc>
        <w:tc>
          <w:tcPr>
            <w:tcW w:type="dxa" w:w="3061"/>
          </w:tcPr>
          <w:p>
            <w:pPr>
              <w:spacing w:after="20" w:line="276" w:lineRule="auto"/>
            </w:pPr>
            <w:r/>
            <w:r>
              <w:rPr>
                <w:rFonts w:ascii="宋体" w:hAnsi="宋体" w:eastAsia="宋体"/>
                <w:b w:val="0"/>
                <w:sz w:val="18"/>
              </w:rPr>
              <w:t>1.课件出示教科书P70例3。</w:t>
            </w:r>
          </w:p>
          <w:p>
            <w:pPr>
              <w:spacing w:after="20" w:line="276" w:lineRule="auto"/>
            </w:pPr>
            <w:r>
              <w:rPr>
                <w:rFonts w:ascii="宋体" w:hAnsi="宋体" w:eastAsia="宋体"/>
                <w:b w:val="0"/>
                <w:sz w:val="18"/>
              </w:rPr>
              <w:t>2．阅读与理解。</w:t>
            </w:r>
          </w:p>
          <w:p>
            <w:pPr>
              <w:spacing w:after="20" w:line="276" w:lineRule="auto"/>
            </w:pPr>
            <w:r>
              <w:rPr>
                <w:rFonts w:ascii="宋体" w:hAnsi="宋体" w:eastAsia="宋体"/>
                <w:b w:val="0"/>
                <w:sz w:val="18"/>
              </w:rPr>
              <w:t>师：请仔细看看铺正方形的要求，你们获得了哪些有价值的信息？</w:t>
            </w:r>
          </w:p>
          <w:p>
            <w:pPr>
              <w:spacing w:after="20" w:line="276" w:lineRule="auto"/>
            </w:pPr>
            <w:r>
              <w:rPr>
                <w:rFonts w:ascii="宋体" w:hAnsi="宋体" w:eastAsia="宋体"/>
                <w:b w:val="0"/>
                <w:sz w:val="18"/>
              </w:rPr>
              <w:t>3.分析与解答。</w:t>
            </w:r>
          </w:p>
          <w:p>
            <w:pPr>
              <w:spacing w:after="20" w:line="276" w:lineRule="auto"/>
            </w:pPr>
            <w:r>
              <w:rPr>
                <w:rFonts w:ascii="宋体" w:hAnsi="宋体" w:eastAsia="宋体"/>
                <w:b w:val="0"/>
                <w:sz w:val="18"/>
              </w:rPr>
              <w:t>(1)小组合作，探究解决问题。</w:t>
            </w:r>
          </w:p>
          <w:p>
            <w:pPr>
              <w:spacing w:after="20" w:line="276" w:lineRule="auto"/>
            </w:pPr>
            <w:r>
              <w:rPr>
                <w:rFonts w:ascii="宋体" w:hAnsi="宋体" w:eastAsia="宋体"/>
                <w:b w:val="0"/>
                <w:sz w:val="18"/>
              </w:rPr>
              <w:t>师：以小组为单位，自主探索，看多少块长3 dm、宽2 dm的地砖能铺成一个正方形。想一想，铺成的正方形的边长是多少？把相关数据填在表格中。</w:t>
            </w:r>
          </w:p>
          <w:p>
            <w:pPr>
              <w:spacing w:after="20" w:line="276" w:lineRule="auto"/>
            </w:pPr>
            <w:r>
              <w:rPr>
                <w:rFonts w:ascii="宋体" w:hAnsi="宋体" w:eastAsia="宋体"/>
                <w:b w:val="0"/>
                <w:sz w:val="18"/>
              </w:rPr>
              <w:t>课件出示操作要求。</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师：解答出来了吗？</w:t>
            </w:r>
          </w:p>
          <w:p>
            <w:pPr>
              <w:spacing w:after="20" w:line="276" w:lineRule="auto"/>
            </w:pPr>
            <w:r>
              <w:rPr>
                <w:rFonts w:ascii="宋体" w:hAnsi="宋体" w:eastAsia="宋体"/>
                <w:b w:val="0"/>
                <w:sz w:val="18"/>
              </w:rPr>
              <w:t>各小组展示自己的作品。</w:t>
            </w:r>
          </w:p>
          <w:p>
            <w:pPr>
              <w:spacing w:after="20" w:line="276" w:lineRule="auto"/>
            </w:pPr>
            <w:r>
              <w:rPr>
                <w:rFonts w:ascii="宋体" w:hAnsi="宋体" w:eastAsia="宋体"/>
                <w:b w:val="0"/>
                <w:sz w:val="18"/>
              </w:rPr>
              <w:t>师：同学们观察，这些都能解决题目要求的问题吗？</w:t>
            </w:r>
          </w:p>
          <w:p>
            <w:pPr>
              <w:spacing w:after="20" w:line="276" w:lineRule="auto"/>
            </w:pPr>
            <w:r>
              <w:rPr>
                <w:rFonts w:ascii="宋体" w:hAnsi="宋体" w:eastAsia="宋体"/>
                <w:b w:val="0"/>
                <w:sz w:val="18"/>
              </w:rPr>
              <w:t>师：如果给足够多的长3 dm、宽2 dm的长方形纸片，你们还能摆出不同的正方形吗？</w:t>
            </w:r>
          </w:p>
          <w:p>
            <w:pPr>
              <w:spacing w:after="20" w:line="276" w:lineRule="auto"/>
            </w:pPr>
            <w:r>
              <w:rPr>
                <w:rFonts w:ascii="宋体" w:hAnsi="宋体" w:eastAsia="宋体"/>
                <w:b w:val="0"/>
                <w:sz w:val="18"/>
              </w:rPr>
              <w:t>师：按照这个规律，接下来的正方形的边长应该是多少？</w:t>
            </w:r>
          </w:p>
          <w:p>
            <w:pPr>
              <w:spacing w:after="20" w:line="276" w:lineRule="auto"/>
            </w:pPr>
            <w:r>
              <w:rPr>
                <w:rFonts w:ascii="宋体" w:hAnsi="宋体" w:eastAsia="宋体"/>
                <w:b w:val="0"/>
                <w:sz w:val="18"/>
              </w:rPr>
              <w:t>启发学生思考，课件出示边长为18 dm的正方形的摆法。</w:t>
            </w:r>
          </w:p>
          <w:p>
            <w:pPr>
              <w:spacing w:after="20" w:line="276" w:lineRule="auto"/>
            </w:pPr>
            <w:r>
              <w:rPr>
                <w:rFonts w:ascii="宋体" w:hAnsi="宋体" w:eastAsia="宋体"/>
                <w:b w:val="0"/>
                <w:sz w:val="18"/>
              </w:rPr>
              <w:t>(3)分析数据，发现规律。</w:t>
            </w:r>
          </w:p>
          <w:p>
            <w:pPr>
              <w:spacing w:after="20" w:line="276" w:lineRule="auto"/>
            </w:pPr>
            <w:r>
              <w:rPr>
                <w:rFonts w:ascii="宋体" w:hAnsi="宋体" w:eastAsia="宋体"/>
                <w:b w:val="0"/>
                <w:sz w:val="18"/>
              </w:rPr>
              <w:t>师：同学们真不简单，已经思考出了几种正方形，把这些数据填在表格中，仔细观察，你们发现了什么？(课件出示表格)</w:t>
            </w:r>
          </w:p>
          <w:p>
            <w:pPr>
              <w:spacing w:after="20" w:line="276" w:lineRule="auto"/>
            </w:pPr>
            <w:r>
              <w:rPr>
                <w:rFonts w:ascii="宋体" w:hAnsi="宋体" w:eastAsia="宋体"/>
                <w:b w:val="0"/>
                <w:sz w:val="18"/>
              </w:rPr>
              <w:t>师生归纳：铺成的正方形的边长必须是2和3的公倍数。</w:t>
            </w:r>
          </w:p>
          <w:p>
            <w:pPr>
              <w:spacing w:after="20" w:line="276" w:lineRule="auto"/>
            </w:pPr>
            <w:r>
              <w:rPr>
                <w:rFonts w:ascii="宋体" w:hAnsi="宋体" w:eastAsia="宋体"/>
                <w:b w:val="0"/>
                <w:sz w:val="18"/>
              </w:rPr>
              <w:t>(4)运用规律，推理应用。</w:t>
            </w:r>
          </w:p>
          <w:p>
            <w:pPr>
              <w:spacing w:after="20" w:line="276" w:lineRule="auto"/>
            </w:pPr>
            <w:r>
              <w:rPr>
                <w:rFonts w:ascii="宋体" w:hAnsi="宋体" w:eastAsia="宋体"/>
                <w:b w:val="0"/>
                <w:sz w:val="18"/>
              </w:rPr>
              <w:t>师：我们发现了其中的规律，现在不摆也不画，再来解答这道题，该怎么解答？每个人独立地做一做。</w:t>
            </w:r>
          </w:p>
          <w:p>
            <w:pPr>
              <w:spacing w:after="20" w:line="276" w:lineRule="auto"/>
            </w:pPr>
            <w:r>
              <w:rPr>
                <w:rFonts w:ascii="宋体" w:hAnsi="宋体" w:eastAsia="宋体"/>
                <w:b w:val="0"/>
                <w:sz w:val="18"/>
              </w:rPr>
              <w:t>师：你们是怎么解答的？</w:t>
            </w:r>
          </w:p>
          <w:p>
            <w:pPr>
              <w:spacing w:after="20" w:line="276" w:lineRule="auto"/>
            </w:pPr>
            <w:r>
              <w:rPr>
                <w:rFonts w:ascii="宋体" w:hAnsi="宋体" w:eastAsia="宋体"/>
                <w:b w:val="0"/>
                <w:sz w:val="18"/>
              </w:rPr>
              <w:t>师生完善解答并板书：2和3的最小公倍数是6。</w:t>
            </w:r>
          </w:p>
          <w:p>
            <w:pPr>
              <w:spacing w:after="20" w:line="276" w:lineRule="auto"/>
            </w:pPr>
            <w:r>
              <w:rPr>
                <w:rFonts w:ascii="宋体" w:hAnsi="宋体" w:eastAsia="宋体"/>
                <w:b w:val="0"/>
                <w:sz w:val="18"/>
              </w:rPr>
              <w:t>2和3的公倍数：6，12，18，24，30，36，…</w:t>
            </w:r>
          </w:p>
          <w:p>
            <w:pPr>
              <w:spacing w:after="20" w:line="276" w:lineRule="auto"/>
            </w:pPr>
            <w:r>
              <w:rPr>
                <w:rFonts w:ascii="宋体" w:hAnsi="宋体" w:eastAsia="宋体"/>
                <w:b w:val="0"/>
                <w:sz w:val="18"/>
              </w:rPr>
              <w:t>可以铺出边长是6 dm、12 dm、18 dm…的正方形，最小的正方形边长是6 dm。</w:t>
            </w:r>
          </w:p>
          <w:p>
            <w:pPr>
              <w:spacing w:after="20" w:line="276" w:lineRule="auto"/>
            </w:pPr>
            <w:r>
              <w:rPr>
                <w:rFonts w:ascii="宋体" w:hAnsi="宋体" w:eastAsia="宋体"/>
                <w:b w:val="0"/>
                <w:sz w:val="18"/>
              </w:rPr>
              <w:t>4．回顾与反思。</w:t>
            </w:r>
          </w:p>
          <w:p>
            <w:pPr>
              <w:spacing w:after="20" w:line="276" w:lineRule="auto"/>
            </w:pPr>
            <w:r>
              <w:rPr>
                <w:rFonts w:ascii="宋体" w:hAnsi="宋体" w:eastAsia="宋体"/>
                <w:b w:val="0"/>
                <w:sz w:val="18"/>
              </w:rPr>
              <w:t>师：上面的解答正确吗？边长是6 dm、12 dm、18 dm的正方形，我们都通过摆一摆验证了。你们在作业本上画一画，看边长是24 dm的正方形是怎么铺的。</w:t>
            </w:r>
          </w:p>
          <w:p>
            <w:pPr>
              <w:spacing w:after="20" w:line="276" w:lineRule="auto"/>
            </w:pPr>
            <w:r>
              <w:rPr>
                <w:rFonts w:ascii="宋体" w:hAnsi="宋体" w:eastAsia="宋体"/>
                <w:b w:val="0"/>
                <w:sz w:val="18"/>
              </w:rPr>
              <w:t>师：通过验证，可以铺成吗？</w:t>
            </w:r>
          </w:p>
        </w:tc>
        <w:tc>
          <w:tcPr>
            <w:tcW w:type="dxa" w:w="3061"/>
          </w:tcPr>
          <w:p>
            <w:pPr>
              <w:spacing w:after="20" w:line="276" w:lineRule="auto"/>
            </w:pPr>
            <w:r/>
            <w:r>
              <w:rPr>
                <w:rFonts w:ascii="宋体" w:hAnsi="宋体" w:eastAsia="宋体"/>
                <w:b w:val="0"/>
                <w:sz w:val="18"/>
              </w:rPr>
              <w:t>学生能读出：地砖是长方形的，长3 dm，宽2 dm；要满足用整块地砖铺成正方形。问题是：用这种地砖铺成的正方形的边长可以是多少分米？最小是多少分米?</w:t>
            </w:r>
          </w:p>
          <w:p>
            <w:pPr>
              <w:spacing w:after="20" w:line="276" w:lineRule="auto"/>
            </w:pPr>
            <w:r>
              <w:rPr>
                <w:rFonts w:ascii="宋体" w:hAnsi="宋体" w:eastAsia="宋体"/>
                <w:b w:val="0"/>
                <w:sz w:val="18"/>
              </w:rPr>
              <w:t>学生4人一组，探究解决问题。</w:t>
            </w:r>
          </w:p>
          <w:p>
            <w:pPr>
              <w:spacing w:after="20" w:line="276" w:lineRule="auto"/>
            </w:pPr>
            <w:r>
              <w:rPr>
                <w:rFonts w:ascii="宋体" w:hAnsi="宋体" w:eastAsia="宋体"/>
                <w:b w:val="0"/>
                <w:sz w:val="18"/>
              </w:rPr>
              <w:t>预设1：用学具摆。用纸剪一些长3 dm、宽2 dm的长方形纸，摆一摆。</w:t>
            </w:r>
          </w:p>
          <w:p>
            <w:pPr>
              <w:spacing w:after="20" w:line="276" w:lineRule="auto"/>
            </w:pPr>
            <w:r>
              <w:rPr>
                <w:rFonts w:ascii="宋体" w:hAnsi="宋体" w:eastAsia="宋体"/>
                <w:b w:val="0"/>
                <w:sz w:val="18"/>
              </w:rPr>
              <w:t>预设2：画一画。经过推理计算，初步确定正方形的边长，再在纸上画正方形，最后画正方形里面的小长方形。</w:t>
            </w:r>
          </w:p>
          <w:p>
            <w:pPr>
              <w:spacing w:after="20" w:line="276" w:lineRule="auto"/>
            </w:pPr>
            <w:r>
              <w:rPr>
                <w:rFonts w:ascii="宋体" w:hAnsi="宋体" w:eastAsia="宋体"/>
                <w:b w:val="0"/>
                <w:sz w:val="18"/>
              </w:rPr>
              <w:t>预设1：第一行摆(画)了2个长方形，摆(画)了这样的3行，拼(画)成了一个边长是6 dm的正方形。</w:t>
            </w:r>
          </w:p>
          <w:p>
            <w:pPr>
              <w:spacing w:after="20" w:line="276" w:lineRule="auto"/>
            </w:pPr>
            <w:r>
              <w:rPr>
                <w:rFonts w:ascii="宋体" w:hAnsi="宋体" w:eastAsia="宋体"/>
                <w:b w:val="0"/>
                <w:sz w:val="18"/>
              </w:rPr>
              <w:t>预设2：第一行摆(画)了4个长方形，摆(画)了这样的6行，拼(画)成了一个边长是12 dm的正方形。</w:t>
            </w:r>
          </w:p>
          <w:p>
            <w:pPr>
              <w:spacing w:after="20" w:line="276" w:lineRule="auto"/>
            </w:pPr>
            <w:r>
              <w:rPr>
                <w:rFonts w:ascii="宋体" w:hAnsi="宋体" w:eastAsia="宋体"/>
                <w:b w:val="0"/>
                <w:sz w:val="18"/>
              </w:rPr>
              <w:t>发现铺成的正方形的边长必须既是3的倍数，又是2的倍数。3和2的最小公倍数是6，也就是铺成的正方形的边长是6的倍数。</w:t>
            </w:r>
          </w:p>
          <w:p>
            <w:pPr>
              <w:spacing w:after="20" w:line="276" w:lineRule="auto"/>
            </w:pPr>
            <w:r>
              <w:rPr>
                <w:rFonts w:ascii="宋体" w:hAnsi="宋体" w:eastAsia="宋体"/>
                <w:b w:val="0"/>
                <w:sz w:val="18"/>
              </w:rPr>
              <w:t>找出2和3的公倍数，这些公倍数就是正方形的边长，其中最小正方形的边长是6 dm。</w:t>
            </w:r>
          </w:p>
        </w:tc>
        <w:tc>
          <w:tcPr>
            <w:tcW w:type="dxa" w:w="1814"/>
          </w:tcPr>
          <w:p>
            <w:pPr>
              <w:spacing w:after="20" w:line="276" w:lineRule="auto"/>
            </w:pPr>
            <w:r/>
            <w:r>
              <w:rPr>
                <w:rFonts w:ascii="宋体" w:hAnsi="宋体" w:eastAsia="宋体"/>
                <w:b w:val="0"/>
                <w:sz w:val="18"/>
              </w:rPr>
              <w:t>用长方形拼正方形，学生很难理解长方形的长、宽与拼成的正方形的边长之间的关系。让学生在摆的过程中经历尝试、修正，体会、感悟边长之间的内在联系。</w:t>
            </w:r>
          </w:p>
          <w:p>
            <w:pPr>
              <w:spacing w:after="20" w:line="276" w:lineRule="auto"/>
            </w:pPr>
            <w:r>
              <w:rPr>
                <w:rFonts w:ascii="宋体" w:hAnsi="宋体" w:eastAsia="宋体"/>
                <w:b w:val="0"/>
                <w:sz w:val="18"/>
              </w:rPr>
              <w:t>在摆的基础上，让学生进行分析推理、抽象概括，经历由具体直观到抽象的过程，培养学生的思维能力。</w:t>
            </w:r>
          </w:p>
        </w:tc>
      </w:tr>
      <w:tr>
        <w:tc>
          <w:tcPr>
            <w:tcW w:type="dxa" w:w="1474"/>
          </w:tcPr>
          <w:p>
            <w:pPr>
              <w:spacing w:after="20" w:line="276" w:lineRule="auto"/>
            </w:pPr>
            <w:r>
              <w:rPr>
                <w:b/>
              </w:rPr>
            </w:r>
            <w:r>
              <w:rPr>
                <w:rFonts w:ascii="宋体" w:hAnsi="宋体" w:eastAsia="宋体"/>
                <w:b/>
                <w:sz w:val="18"/>
              </w:rPr>
              <w:t>三、运用策略，解决问题</w:t>
            </w:r>
          </w:p>
        </w:tc>
        <w:tc>
          <w:tcPr>
            <w:tcW w:type="dxa" w:w="3061"/>
          </w:tcPr>
          <w:p>
            <w:pPr>
              <w:spacing w:after="20" w:line="276" w:lineRule="auto"/>
            </w:pPr>
            <w:r/>
            <w:r>
              <w:rPr>
                <w:rFonts w:ascii="宋体" w:hAnsi="宋体" w:eastAsia="宋体"/>
                <w:b w:val="0"/>
                <w:sz w:val="18"/>
              </w:rPr>
              <w:t>1.课件出示教科书P71“练习十七”第6题。</w:t>
            </w:r>
          </w:p>
          <w:p>
            <w:pPr>
              <w:spacing w:after="20" w:line="276" w:lineRule="auto"/>
            </w:pPr>
            <w:r>
              <w:rPr>
                <w:rFonts w:ascii="宋体" w:hAnsi="宋体" w:eastAsia="宋体"/>
                <w:b w:val="0"/>
                <w:sz w:val="18"/>
              </w:rPr>
              <w:t>师：李阿姨家里养了很多花。月季每4天浇一次水，君子兰每6天浇一次水。5月1日，李阿姨给这两种花同时浇了水。你知道李阿姨下次同时给这两种花浇水应该是5月几日吗？</w:t>
            </w:r>
          </w:p>
          <w:p>
            <w:pPr>
              <w:spacing w:after="20" w:line="276" w:lineRule="auto"/>
            </w:pPr>
            <w:r>
              <w:rPr>
                <w:rFonts w:ascii="宋体" w:hAnsi="宋体" w:eastAsia="宋体"/>
                <w:b w:val="0"/>
                <w:sz w:val="18"/>
              </w:rPr>
              <w:t>2．课件出示教科书P72“练习十七”第10题。</w:t>
            </w:r>
          </w:p>
          <w:p>
            <w:pPr>
              <w:spacing w:after="20" w:line="276" w:lineRule="auto"/>
            </w:pPr>
            <w:r>
              <w:rPr>
                <w:rFonts w:ascii="宋体" w:hAnsi="宋体" w:eastAsia="宋体"/>
                <w:b w:val="0"/>
                <w:sz w:val="18"/>
              </w:rPr>
              <w:t>师：从题中你们能知道哪些信息？</w:t>
            </w:r>
          </w:p>
          <w:p>
            <w:pPr>
              <w:spacing w:after="20" w:line="276" w:lineRule="auto"/>
            </w:pPr>
            <w:r>
              <w:rPr>
                <w:rFonts w:ascii="宋体" w:hAnsi="宋体" w:eastAsia="宋体"/>
                <w:b w:val="0"/>
                <w:sz w:val="18"/>
              </w:rPr>
              <w:t>12÷3＝4(圈)</w:t>
            </w:r>
          </w:p>
          <w:p>
            <w:pPr>
              <w:spacing w:after="20" w:line="276" w:lineRule="auto"/>
            </w:pPr>
            <w:r>
              <w:rPr>
                <w:rFonts w:ascii="宋体" w:hAnsi="宋体" w:eastAsia="宋体"/>
                <w:b w:val="0"/>
                <w:sz w:val="18"/>
              </w:rPr>
              <w:t>12÷4＝3(圈)</w:t>
            </w:r>
          </w:p>
          <w:p>
            <w:pPr>
              <w:spacing w:after="20" w:line="276" w:lineRule="auto"/>
            </w:pPr>
            <w:r>
              <w:rPr>
                <w:rFonts w:ascii="宋体" w:hAnsi="宋体" w:eastAsia="宋体"/>
                <w:b w:val="0"/>
                <w:sz w:val="18"/>
              </w:rPr>
              <w:t>所以这时爸爸跑了4圈，妈妈跑了3圈。</w:t>
            </w:r>
          </w:p>
          <w:p>
            <w:pPr>
              <w:spacing w:after="20" w:line="276" w:lineRule="auto"/>
            </w:pPr>
            <w:r>
              <w:rPr>
                <w:rFonts w:ascii="宋体" w:hAnsi="宋体" w:eastAsia="宋体"/>
                <w:b w:val="0"/>
                <w:sz w:val="18"/>
              </w:rPr>
              <w:t>师：你们还能提出其他数学问题吗？</w:t>
            </w:r>
          </w:p>
          <w:p>
            <w:pPr>
              <w:spacing w:after="20" w:line="276" w:lineRule="auto"/>
            </w:pPr>
            <w:r>
              <w:rPr>
                <w:rFonts w:ascii="宋体" w:hAnsi="宋体" w:eastAsia="宋体"/>
                <w:b w:val="0"/>
                <w:sz w:val="18"/>
              </w:rPr>
              <w:t>(1)爸爸和小红在起点同时出发，至少多少分钟后两人在起点再次相遇？</w:t>
            </w:r>
          </w:p>
          <w:p>
            <w:pPr>
              <w:spacing w:after="20" w:line="276" w:lineRule="auto"/>
            </w:pPr>
            <w:r>
              <w:rPr>
                <w:rFonts w:ascii="宋体" w:hAnsi="宋体" w:eastAsia="宋体"/>
                <w:b w:val="0"/>
                <w:sz w:val="18"/>
              </w:rPr>
              <w:t>(2)妈妈和小红在起点同时出发，至少多少分钟后两人在起点再次相遇？</w:t>
            </w:r>
          </w:p>
          <w:p>
            <w:pPr>
              <w:spacing w:after="20" w:line="276" w:lineRule="auto"/>
            </w:pPr>
            <w:r>
              <w:rPr>
                <w:rFonts w:ascii="宋体" w:hAnsi="宋体" w:eastAsia="宋体"/>
                <w:b w:val="0"/>
                <w:sz w:val="18"/>
              </w:rPr>
              <w:t>(3)爸爸、妈妈和小红在起点同时出发，至少多少分钟后三人在起点再次相遇？</w:t>
            </w:r>
          </w:p>
          <w:p>
            <w:pPr>
              <w:spacing w:after="20" w:line="276" w:lineRule="auto"/>
            </w:pPr>
            <w:r>
              <w:rPr>
                <w:rFonts w:ascii="宋体" w:hAnsi="宋体" w:eastAsia="宋体"/>
                <w:b w:val="0"/>
                <w:sz w:val="18"/>
              </w:rPr>
              <w:t>师：你们能举出一个应用公倍数或最小公倍数的例子吗？</w:t>
            </w:r>
          </w:p>
        </w:tc>
        <w:tc>
          <w:tcPr>
            <w:tcW w:type="dxa" w:w="3061"/>
          </w:tcPr>
          <w:p>
            <w:pPr>
              <w:spacing w:after="20" w:line="276" w:lineRule="auto"/>
            </w:pPr>
            <w:r/>
            <w:r>
              <w:rPr>
                <w:rFonts w:ascii="宋体" w:hAnsi="宋体" w:eastAsia="宋体"/>
                <w:b w:val="0"/>
                <w:sz w:val="18"/>
              </w:rPr>
              <w:t>学生可能会分析：要求下次同时给这两种花浇水是5月几日，实际是要先求出4和6的最小公倍数，然后数出天数即可。因为4和6的最小公倍数是12，所以下次同时给这两种花浇水应该是5月13日。</w:t>
            </w:r>
          </w:p>
          <w:p>
            <w:pPr>
              <w:spacing w:after="20" w:line="276" w:lineRule="auto"/>
            </w:pPr>
            <w:r>
              <w:rPr>
                <w:rFonts w:ascii="宋体" w:hAnsi="宋体" w:eastAsia="宋体"/>
                <w:b w:val="0"/>
                <w:sz w:val="18"/>
              </w:rPr>
              <w:t>学生可能会进行如下分析：这个题与上面的问题类似，也可以转化成最小公倍数的问题，爸爸、妈妈跑步时间必须既是3的倍数，又是4的倍数，他们才能在起点再次相遇。3和4的最小公倍数是12，所以经过12分钟两人在起点再次相遇。</w:t>
            </w:r>
          </w:p>
          <w:p>
            <w:pPr>
              <w:spacing w:after="20" w:line="276" w:lineRule="auto"/>
            </w:pPr>
            <w:r>
              <w:rPr>
                <w:rFonts w:ascii="宋体" w:hAnsi="宋体" w:eastAsia="宋体"/>
                <w:b w:val="0"/>
                <w:sz w:val="18"/>
              </w:rPr>
              <w:t>学生可能会提出如下问题：</w:t>
            </w:r>
          </w:p>
          <w:p>
            <w:pPr>
              <w:spacing w:after="20" w:line="276" w:lineRule="auto"/>
            </w:pPr>
            <w:r>
              <w:rPr>
                <w:rFonts w:ascii="宋体" w:hAnsi="宋体" w:eastAsia="宋体"/>
                <w:b w:val="0"/>
                <w:sz w:val="18"/>
              </w:rPr>
              <w:t>学生先独立思考，再小组讨论，最后推举出小组内最好的例子。</w:t>
            </w:r>
          </w:p>
          <w:p>
            <w:pPr>
              <w:spacing w:after="20" w:line="276" w:lineRule="auto"/>
            </w:pPr>
            <w:r>
              <w:rPr>
                <w:rFonts w:ascii="宋体" w:hAnsi="宋体" w:eastAsia="宋体"/>
                <w:b w:val="0"/>
                <w:sz w:val="18"/>
              </w:rPr>
              <w:t>学生可以举出很多生活中的例子。在同学们的课间游戏中，就有一些应用公倍数或最小公倍数解决问题的例子。如：小华和小丽玩跳格子游戏，小华每次跳2格，小丽每次跳3格。她们都从第一格起跳，哪几格两人都跳进去过？</w:t>
            </w:r>
          </w:p>
        </w:tc>
        <w:tc>
          <w:tcPr>
            <w:tcW w:type="dxa" w:w="1814"/>
          </w:tcPr>
          <w:p>
            <w:pPr>
              <w:spacing w:after="20" w:line="276" w:lineRule="auto"/>
            </w:pPr>
            <w:r/>
            <w:r>
              <w:rPr>
                <w:rFonts w:ascii="宋体" w:hAnsi="宋体" w:eastAsia="宋体"/>
                <w:b w:val="0"/>
                <w:sz w:val="18"/>
              </w:rPr>
              <w:t>首先应尽量给学生一个身边的现实情境，把学生引入思考的氛围中。情境的创设不一定要追求有趣，引发思考比单纯有趣更重要。</w:t>
            </w:r>
          </w:p>
          <w:p>
            <w:pPr>
              <w:spacing w:after="20" w:line="276" w:lineRule="auto"/>
            </w:pPr>
            <w:r>
              <w:rPr>
                <w:rFonts w:ascii="宋体" w:hAnsi="宋体" w:eastAsia="宋体"/>
                <w:b w:val="0"/>
                <w:sz w:val="18"/>
              </w:rPr>
              <w:t>学生的生活中蕴含大量的学习资源。教师应善于创造合适的情境，让这些资源真正为学习服务，丰富学生的学习素材，同时在自主创造与展示的机会中锻炼学生的自主学习能力。</w:t>
            </w:r>
          </w:p>
        </w:tc>
      </w:tr>
      <w:tr>
        <w:tc>
          <w:tcPr>
            <w:tcW w:type="dxa" w:w="1474"/>
          </w:tcPr>
          <w:p>
            <w:pPr>
              <w:spacing w:after="20" w:line="276" w:lineRule="auto"/>
            </w:pPr>
            <w:r>
              <w:rPr>
                <w:b/>
              </w:rPr>
            </w:r>
            <w:r>
              <w:rPr>
                <w:rFonts w:ascii="宋体" w:hAnsi="宋体" w:eastAsia="宋体"/>
                <w:b/>
                <w:sz w:val="18"/>
              </w:rPr>
              <w:t>四、巩固练习，掌握方法</w:t>
            </w:r>
          </w:p>
        </w:tc>
        <w:tc>
          <w:tcPr>
            <w:tcW w:type="dxa" w:w="3061"/>
          </w:tcPr>
          <w:p>
            <w:pPr>
              <w:spacing w:after="20" w:line="276" w:lineRule="auto"/>
            </w:pPr>
            <w:r/>
            <w:r>
              <w:rPr>
                <w:rFonts w:ascii="宋体" w:hAnsi="宋体" w:eastAsia="宋体"/>
                <w:b w:val="0"/>
                <w:sz w:val="18"/>
              </w:rPr>
              <w:t>1.完成教科书P72“练习十七”第8题。</w:t>
            </w:r>
          </w:p>
          <w:p>
            <w:pPr>
              <w:spacing w:after="20" w:line="276" w:lineRule="auto"/>
            </w:pPr>
            <w:r>
              <w:rPr>
                <w:rFonts w:ascii="宋体" w:hAnsi="宋体" w:eastAsia="宋体"/>
                <w:b w:val="0"/>
                <w:sz w:val="18"/>
              </w:rPr>
              <w:t>2．完成教科书P72“练习十七”第9题。</w:t>
            </w:r>
          </w:p>
          <w:p>
            <w:pPr>
              <w:spacing w:after="20" w:line="276" w:lineRule="auto"/>
            </w:pPr>
            <w:r>
              <w:rPr>
                <w:rFonts w:ascii="宋体" w:hAnsi="宋体" w:eastAsia="宋体"/>
                <w:b w:val="0"/>
                <w:sz w:val="18"/>
              </w:rPr>
              <w:t>师：这两路公共汽车同时发车后，过多少分钟两路车第二次同时发车？这时两路公共汽车分别发了几次车？</w:t>
            </w:r>
          </w:p>
          <w:p>
            <w:pPr>
              <w:spacing w:after="20" w:line="276" w:lineRule="auto"/>
            </w:pPr>
            <w:r>
              <w:rPr>
                <w:rFonts w:ascii="宋体" w:hAnsi="宋体" w:eastAsia="宋体"/>
                <w:b w:val="0"/>
                <w:sz w:val="18"/>
              </w:rPr>
              <w:t>24÷6＝4(次)</w:t>
            </w:r>
          </w:p>
          <w:p>
            <w:pPr>
              <w:spacing w:after="20" w:line="276" w:lineRule="auto"/>
            </w:pPr>
            <w:r>
              <w:rPr>
                <w:rFonts w:ascii="宋体" w:hAnsi="宋体" w:eastAsia="宋体"/>
                <w:b w:val="0"/>
                <w:sz w:val="18"/>
              </w:rPr>
              <w:t>24÷8＝3(次)</w:t>
            </w:r>
          </w:p>
          <w:p>
            <w:pPr>
              <w:spacing w:after="20" w:line="276" w:lineRule="auto"/>
            </w:pPr>
            <w:r>
              <w:rPr>
                <w:rFonts w:ascii="宋体" w:hAnsi="宋体" w:eastAsia="宋体"/>
                <w:b w:val="0"/>
                <w:sz w:val="18"/>
              </w:rPr>
              <w:t>所以3路公共汽车发了4次车，5路公共汽车发了3次车。</w:t>
            </w:r>
          </w:p>
          <w:p>
            <w:pPr>
              <w:spacing w:after="20" w:line="276" w:lineRule="auto"/>
            </w:pPr>
            <w:r>
              <w:rPr>
                <w:rFonts w:ascii="宋体" w:hAnsi="宋体" w:eastAsia="宋体"/>
                <w:b w:val="0"/>
                <w:sz w:val="18"/>
              </w:rPr>
              <w:t>3.有兴趣的学生可以做一做教科书P72“练习十七”第11*题。</w:t>
            </w:r>
          </w:p>
        </w:tc>
        <w:tc>
          <w:tcPr>
            <w:tcW w:type="dxa" w:w="3061"/>
          </w:tcPr>
          <w:p>
            <w:pPr>
              <w:spacing w:after="20" w:line="276" w:lineRule="auto"/>
            </w:pPr>
            <w:r/>
            <w:r>
              <w:rPr>
                <w:rFonts w:ascii="宋体" w:hAnsi="宋体" w:eastAsia="宋体"/>
                <w:b w:val="0"/>
                <w:sz w:val="18"/>
              </w:rPr>
              <w:t>学生独立完成后，集中交流评价，课件呈现完整解答。</w:t>
            </w:r>
          </w:p>
          <w:p>
            <w:pPr>
              <w:spacing w:after="20" w:line="276" w:lineRule="auto"/>
            </w:pPr>
            <w:r>
              <w:rPr>
                <w:rFonts w:ascii="宋体" w:hAnsi="宋体" w:eastAsia="宋体"/>
                <w:b w:val="0"/>
                <w:sz w:val="18"/>
              </w:rPr>
              <w:t>学生独立完成再展示交流。</w:t>
            </w:r>
          </w:p>
          <w:p>
            <w:pPr>
              <w:spacing w:after="20" w:line="276" w:lineRule="auto"/>
            </w:pPr>
            <w:r>
              <w:rPr>
                <w:rFonts w:ascii="宋体" w:hAnsi="宋体" w:eastAsia="宋体"/>
                <w:b w:val="0"/>
                <w:sz w:val="18"/>
              </w:rPr>
              <w:t>学生可能会分析：可以把发车时间的问题转化成公倍数的问题，因为同时发车的时间必须既是6的倍数，又是8的倍数。6和8的最小公倍数是24，所以过24分钟两路车第二次同时发车。</w:t>
            </w:r>
          </w:p>
          <w:p>
            <w:pPr>
              <w:spacing w:after="20" w:line="276" w:lineRule="auto"/>
            </w:pPr>
            <w:r>
              <w:rPr>
                <w:rFonts w:ascii="宋体" w:hAnsi="宋体" w:eastAsia="宋体"/>
                <w:b w:val="0"/>
                <w:sz w:val="18"/>
              </w:rPr>
              <w:t>学生独立完成后集中交流。</w:t>
            </w:r>
          </w:p>
        </w:tc>
        <w:tc>
          <w:tcPr>
            <w:tcW w:type="dxa" w:w="1814"/>
          </w:tcPr>
          <w:p>
            <w:pPr>
              <w:spacing w:after="20" w:line="276" w:lineRule="auto"/>
            </w:pPr>
            <w:r/>
            <w:r>
              <w:rPr>
                <w:rFonts w:ascii="宋体" w:hAnsi="宋体" w:eastAsia="宋体"/>
                <w:b w:val="0"/>
                <w:sz w:val="18"/>
              </w:rPr>
              <w:t>通过练习巩固今天所学知识和方法，帮助学生进一步体会最小公倍数的应用。</w:t>
            </w:r>
          </w:p>
          <w:p>
            <w:pPr>
              <w:spacing w:after="20" w:line="276" w:lineRule="auto"/>
            </w:pPr>
            <w:r>
              <w:rPr>
                <w:rFonts w:ascii="宋体" w:hAnsi="宋体" w:eastAsia="宋体"/>
                <w:b w:val="0"/>
                <w:sz w:val="18"/>
              </w:rPr>
              <w:t>通过解答最小公倍数的逆向思考问题，培养学生思维的开放性和严谨性。虽然这道题让全班同学都尝试解答，教师讲解、指导，但只是让学有余力的学生理解掌握就行。</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师：回顾今天的学习过程，你们有什么收获呢？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引导学生回顾梳理本课所学，完善认知结构，提升归纳与反思能力，核心问题："回顾今天的学习过程，你们有什么收获呢？"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最小公倍数的应用</w:t>
      </w:r>
    </w:p>
    <w:p>
      <w:pPr>
        <w:spacing w:after="40" w:line="300" w:lineRule="auto"/>
      </w:pPr>
      <w:r>
        <w:rPr>
          <w:rFonts w:ascii="宋体" w:hAnsi="宋体" w:eastAsia="宋体"/>
          <w:b w:val="0"/>
          <w:sz w:val="20"/>
        </w:rPr>
        <w:t>2和3的最小公倍数是6。</w:t>
      </w:r>
    </w:p>
    <w:p>
      <w:pPr>
        <w:spacing w:after="40" w:line="300" w:lineRule="auto"/>
      </w:pPr>
      <w:r>
        <w:rPr>
          <w:rFonts w:ascii="宋体" w:hAnsi="宋体" w:eastAsia="宋体"/>
          <w:b w:val="0"/>
          <w:sz w:val="20"/>
        </w:rPr>
        <w:t>2和3的公倍数：6，12，18，24，30，36，…</w:t>
      </w:r>
    </w:p>
    <w:p>
      <w:pPr>
        <w:spacing w:after="40" w:line="300" w:lineRule="auto"/>
      </w:pPr>
      <w:r>
        <w:rPr>
          <w:rFonts w:ascii="宋体" w:hAnsi="宋体" w:eastAsia="宋体"/>
          <w:b w:val="0"/>
          <w:sz w:val="20"/>
        </w:rPr>
        <w:t>可以铺出边长是6 dm、12 dm、18 dm…的正方形，最小的正方形边长是6 dm。</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教科书P70例3，完成教科书P71～72“练习十七”中第4～11*题。</w:t>
      </w:r>
    </w:p>
    <w:p>
      <w:pPr>
        <w:spacing w:after="40" w:line="300" w:lineRule="auto"/>
        <w:ind w:firstLine="400"/>
      </w:pPr>
      <w:r>
        <w:rPr>
          <w:rFonts w:ascii="宋体" w:hAnsi="宋体" w:eastAsia="宋体"/>
          <w:b w:val="0"/>
          <w:sz w:val="20"/>
        </w:rPr>
        <w:t>② 原设计安排：见“状元成才路”系列丛书《创优作业100分》对应课时作业。 1.(1)一筐草莓，无论是6个装一盘，还是8个装一盘，都正好装完。这筐草莓至少有多少个？ [思考]6个装一盘正好装完，那么草莓的个数应是( )的倍数；8个装一盘也能正好装完，那么草莓的个数也是( )的倍数。求这筐草莓至少有多少个，就是求6和8的( )。 [解答]________________________________________________________ (2)如果这筐草莓的数量在40～60个之间，那么这筐草莓有( )个。 2.珍珠，又称蚌珠、濂珠，是一种古老的有机宝石，主要产于珍珠贝类和珠母贝类软体动物体内。李阿姨买了一袋珍珠准备穿手链，她无论是10颗穿成一串还是12颗穿成一串，珍珠都正好用完。这袋珍珠有多少颗？ 3甲、乙、丙三人到图书馆借书，甲每2天去一次，乙每3天去一次，丙每4天去一次。如果5月10日他们在图书馆相遇，那么三人下一次都去图书馆是几月几日？ 参考答案 1．(1)6 8 最小公倍数 6和8的最小公倍数是24，所以这筐草莓至少有24个。 (2)48 2．10和12的公倍数有60，120，180，… 在100以内的只有60，所以这袋珍珠有60颗。 3．2、3和4的最小公倍数是12。 10＋12＝22 三人下一次都去图书馆是5月22日。eq \x(\a\vs4\al(教学资源),INCLUDEPICTURE"慕154.TIF") 【教学笔记】 【教学提示】 三道题都让学生自主解答，在口答时，要随时关注学生的思维过程和解答方法。 【教学提示】 最小的正方形是摆(画)其他较大正方形的基础，所以在此多花点时间，一定要让学生理解清楚。 【教学提示】 引导学生说出抽象推理的过程，进一步理解为什么正方形的边长是小长方形的长和宽的公倍数。 【教学提示】 此处涉及求三个数的最小公倍数，教师不要回避，要积极地引导学生理解掌握。 【教学提示】 第11*题有一定难度，尽可能让每名同学都思考解答，让他们理解过程，但确实无法理解的学生，也不要批评。</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让学生观察、思考，并动手操作，再利用多媒体的演示体会用最小公倍数解决问题。学生动手拼完后，都有所感悟，真正感受到学习最小公倍数的作用。在解答例题时，部分学生尝试寻找不是整行整列的拼法，虽然花了很多时间尝试还是不行，但是这个经历非常有意义，能培养学生的探索精神和敢于创新的精神。</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真分数和假分数（2）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真分数和假分数（2）</w:t>
            </w:r>
          </w:p>
        </w:tc>
        <w:tc>
          <w:tcPr>
            <w:tcW w:type="dxa" w:w="6009"/>
          </w:tcPr>
          <w:p>
            <w:pPr>
              <w:spacing w:after="20" w:line="276" w:lineRule="auto"/>
            </w:pPr>
            <w:r/>
            <w:r>
              <w:rPr>
                <w:rFonts w:ascii="宋体" w:hAnsi="宋体" w:eastAsia="宋体"/>
                <w:b w:val="0"/>
                <w:sz w:val="20"/>
              </w:rPr>
              <w:t>第4单元 分数的意义和性质（真分数和假分数）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教学内容：教科书P54例3，完成教科书P54“做一做”第2题及P55～56“练习十三”中第3～7题、第9题。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（1）理解和掌握带分数的意义及特征，知道带分数是一部分假分数的另一种书写形式。掌握假分数化成整数或带分数的方法，能正确地把假分数化成整数或带分数。</w:t>
      </w:r>
    </w:p>
    <w:p>
      <w:pPr>
        <w:spacing w:after="20" w:line="300" w:lineRule="auto"/>
        <w:ind w:firstLine="400"/>
      </w:pPr>
      <w:r>
        <w:rPr>
          <w:rFonts w:ascii="宋体" w:hAnsi="宋体" w:eastAsia="宋体"/>
          <w:b w:val="0"/>
          <w:sz w:val="20"/>
        </w:rPr>
        <w:t>（2）培养学生的观察、比较、抽象、概括能力，渗透数形结合和转化的数学思想，发展数感。</w:t>
      </w:r>
    </w:p>
    <w:p>
      <w:pPr>
        <w:spacing w:after="20" w:line="300" w:lineRule="auto"/>
      </w:pPr>
      <w:r>
        <w:rPr>
          <w:rFonts w:ascii="宋体" w:hAnsi="宋体" w:eastAsia="宋体"/>
          <w:b w:val="0"/>
          <w:sz w:val="20"/>
        </w:rPr>
        <w:t>教学重点：理解、掌握带分数的意义及特征。</w:t>
      </w:r>
    </w:p>
    <w:p>
      <w:pPr>
        <w:spacing w:after="20" w:line="300" w:lineRule="auto"/>
      </w:pPr>
      <w:r>
        <w:rPr>
          <w:rFonts w:ascii="宋体" w:hAnsi="宋体" w:eastAsia="宋体"/>
          <w:b w:val="0"/>
          <w:sz w:val="20"/>
        </w:rPr>
        <w:t>教学难点：能正确地把假分数化成整数或带分数。</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一、设疑激趣，以旧引新</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你们能给这些分数分类吗？；很多同学将这些分数分成了真分数和假分数两类，那么分成真、假分数的标准是什么？</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二、操作探究，把假分数化成整数或带分数</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把假分数化成带分数还可以怎么做呢？；想好了吗？以 EMBED Equation.DSMT4  为例，谁能说说该怎么把假分数化成带分数？</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三、巩固练习，综合运用</w:t>
            </w:r>
          </w:p>
        </w:tc>
        <w:tc>
          <w:tcPr>
            <w:tcW w:type="dxa" w:w="1814"/>
          </w:tcPr>
          <w:p>
            <w:pPr>
              <w:spacing w:after="20" w:line="276" w:lineRule="auto"/>
            </w:pPr>
            <w:r/>
            <w:r>
              <w:rPr>
                <w:rFonts w:ascii="宋体" w:hAnsi="宋体" w:eastAsia="宋体"/>
                <w:b w:val="0"/>
                <w:sz w:val="18"/>
              </w:rPr>
              <w:t>教科书、教科书P55～56、课件</w:t>
            </w:r>
          </w:p>
        </w:tc>
        <w:tc>
          <w:tcPr>
            <w:tcW w:type="dxa" w:w="3402"/>
          </w:tcPr>
          <w:p>
            <w:pPr>
              <w:spacing w:after="20" w:line="276" w:lineRule="auto"/>
            </w:pPr>
            <w:r/>
            <w:r>
              <w:rPr>
                <w:rFonts w:ascii="宋体" w:hAnsi="宋体" w:eastAsia="宋体"/>
                <w:b w:val="0"/>
                <w:sz w:val="18"/>
              </w:rPr>
              <w:t>说说从问题中读到了哪些数学信息，该如何解答？</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通过本节课的学习，你们又掌握了哪些关于假分数的新知识呢？；假分数化成整数或带分数的方法是怎样的？</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一、设疑激趣，以旧引新</w:t>
            </w:r>
          </w:p>
        </w:tc>
        <w:tc>
          <w:tcPr>
            <w:tcW w:type="dxa" w:w="3061"/>
          </w:tcPr>
          <w:p>
            <w:pPr>
              <w:spacing w:after="20" w:line="276" w:lineRule="auto"/>
            </w:pPr>
            <w:r/>
            <w:r>
              <w:rPr>
                <w:rFonts w:ascii="宋体" w:hAnsi="宋体" w:eastAsia="宋体"/>
                <w:b w:val="0"/>
                <w:sz w:val="18"/>
              </w:rPr>
              <w:t>举例引出课题。</w:t>
            </w:r>
          </w:p>
          <w:p>
            <w:pPr>
              <w:spacing w:after="20" w:line="276" w:lineRule="auto"/>
            </w:pPr>
            <w:r>
              <w:rPr>
                <w:rFonts w:ascii="宋体" w:hAnsi="宋体" w:eastAsia="宋体"/>
                <w:b w:val="0"/>
                <w:sz w:val="18"/>
              </w:rPr>
              <w:t>(1)用数组成分数。</w:t>
            </w:r>
          </w:p>
          <w:p>
            <w:pPr>
              <w:spacing w:after="20" w:line="276" w:lineRule="auto"/>
            </w:pPr>
            <w:r>
              <w:rPr>
                <w:rFonts w:ascii="宋体" w:hAnsi="宋体" w:eastAsia="宋体"/>
                <w:b w:val="0"/>
                <w:sz w:val="18"/>
              </w:rPr>
              <w:t>师：同学们，请在3，3，4，7，8中任意选两个数组成分数。</w:t>
            </w:r>
          </w:p>
          <w:p>
            <w:pPr>
              <w:spacing w:after="20" w:line="276" w:lineRule="auto"/>
            </w:pPr>
            <w:r>
              <w:rPr>
                <w:rFonts w:ascii="宋体" w:hAnsi="宋体" w:eastAsia="宋体"/>
                <w:b w:val="0"/>
                <w:sz w:val="18"/>
              </w:rPr>
              <w:t>(2)学生汇报组成的分数，教师根据学生的汇报板书： EMBED Equation.DSMT4  ， EMBED Equation.DSMT4  ， EMBED Equation.DSMT4  ， EMBED Equation.DSMT4  ， EMBED Equation.DSMT4  ， EMBED Equation.DSMT4  ， EMBED Equation.DSMT4  ， EMBED Equation.DSMT4  ， EMBED Equation.DSMT4  ， EMBED Equation.DSMT4  ， EMBED Equation.DSMT4  ， EMBED Equation.DSMT4  ， EMBED Equation.DSMT4  。</w:t>
            </w:r>
          </w:p>
          <w:p>
            <w:pPr>
              <w:spacing w:after="20" w:line="276" w:lineRule="auto"/>
            </w:pPr>
            <w:r>
              <w:rPr>
                <w:rFonts w:ascii="宋体" w:hAnsi="宋体" w:eastAsia="宋体"/>
                <w:b w:val="0"/>
                <w:sz w:val="18"/>
              </w:rPr>
              <w:t>(3)给这些分数分类。</w:t>
            </w:r>
          </w:p>
          <w:p>
            <w:pPr>
              <w:spacing w:after="20" w:line="276" w:lineRule="auto"/>
            </w:pPr>
            <w:r>
              <w:rPr>
                <w:rFonts w:ascii="宋体" w:hAnsi="宋体" w:eastAsia="宋体"/>
                <w:b w:val="0"/>
                <w:sz w:val="18"/>
              </w:rPr>
              <w:t>师：你们能给这些分数分类吗？</w:t>
            </w:r>
          </w:p>
          <w:p>
            <w:pPr>
              <w:spacing w:after="20" w:line="276" w:lineRule="auto"/>
            </w:pPr>
            <w:r>
              <w:rPr>
                <w:rFonts w:ascii="宋体" w:hAnsi="宋体" w:eastAsia="宋体"/>
                <w:b w:val="0"/>
                <w:sz w:val="18"/>
              </w:rPr>
              <w:t>师：很多同学将这些分数分成了真分数和假分数两类，那么分成真、假分数的标准是什么？</w:t>
            </w:r>
          </w:p>
          <w:p>
            <w:pPr>
              <w:spacing w:after="20" w:line="276" w:lineRule="auto"/>
            </w:pPr>
            <w:r>
              <w:rPr>
                <w:rFonts w:ascii="宋体" w:hAnsi="宋体" w:eastAsia="宋体"/>
                <w:b w:val="0"/>
                <w:sz w:val="18"/>
              </w:rPr>
              <w:t>师：今天我们继续学习假分数。[板书课题：真分数和假分数(2)]</w:t>
            </w:r>
          </w:p>
        </w:tc>
        <w:tc>
          <w:tcPr>
            <w:tcW w:type="dxa" w:w="3061"/>
          </w:tcPr>
          <w:p>
            <w:pPr>
              <w:spacing w:after="20" w:line="276" w:lineRule="auto"/>
            </w:pPr>
            <w:r/>
            <w:r>
              <w:rPr>
                <w:rFonts w:ascii="宋体" w:hAnsi="宋体" w:eastAsia="宋体"/>
                <w:b w:val="0"/>
                <w:sz w:val="18"/>
              </w:rPr>
              <w:t>学生独立思考，写组成的分数。</w:t>
            </w:r>
          </w:p>
          <w:p>
            <w:pPr>
              <w:spacing w:after="20" w:line="276" w:lineRule="auto"/>
            </w:pPr>
            <w:r>
              <w:rPr>
                <w:rFonts w:ascii="宋体" w:hAnsi="宋体" w:eastAsia="宋体"/>
                <w:b w:val="0"/>
                <w:sz w:val="18"/>
              </w:rPr>
              <w:t>在交流汇报时，教师适当引导学生有序思考，按顺序写分数，这样才能写完整。</w:t>
            </w:r>
          </w:p>
          <w:p>
            <w:pPr>
              <w:spacing w:after="20" w:line="276" w:lineRule="auto"/>
            </w:pPr>
            <w:r>
              <w:rPr>
                <w:rFonts w:ascii="宋体" w:hAnsi="宋体" w:eastAsia="宋体"/>
                <w:b w:val="0"/>
                <w:sz w:val="18"/>
              </w:rPr>
              <w:t>学生独立思考后口答分类，课件集中展示。</w:t>
            </w:r>
          </w:p>
          <w:p>
            <w:pPr>
              <w:spacing w:after="20" w:line="276" w:lineRule="auto"/>
            </w:pPr>
            <w:r>
              <w:rPr>
                <w:rFonts w:ascii="宋体" w:hAnsi="宋体" w:eastAsia="宋体"/>
                <w:b w:val="0"/>
                <w:sz w:val="18"/>
              </w:rPr>
              <w:t>学生可能按分子相同的分类，也可能按分母相同的分类，还可能说到分子和分母相同的一类，分子和分母不相同的一类。因为上节课学习了真分数和假分数，学生也很可能分为真分数和假分数两类。</w:t>
            </w:r>
          </w:p>
        </w:tc>
        <w:tc>
          <w:tcPr>
            <w:tcW w:type="dxa" w:w="1814"/>
          </w:tcPr>
          <w:p>
            <w:pPr>
              <w:spacing w:after="20" w:line="276" w:lineRule="auto"/>
            </w:pPr>
            <w:r/>
            <w:r>
              <w:rPr>
                <w:rFonts w:ascii="宋体" w:hAnsi="宋体" w:eastAsia="宋体"/>
                <w:b w:val="0"/>
                <w:sz w:val="18"/>
              </w:rPr>
              <w:t>用数字组成分数，并给分数分类，巩固复习上节课的知识，也为新知识的学习作铺垫。</w:t>
            </w:r>
          </w:p>
        </w:tc>
      </w:tr>
      <w:tr>
        <w:tc>
          <w:tcPr>
            <w:tcW w:type="dxa" w:w="1474"/>
          </w:tcPr>
          <w:p>
            <w:pPr>
              <w:spacing w:after="20" w:line="276" w:lineRule="auto"/>
            </w:pPr>
            <w:r>
              <w:rPr>
                <w:b/>
              </w:rPr>
            </w:r>
            <w:r>
              <w:rPr>
                <w:rFonts w:ascii="宋体" w:hAnsi="宋体" w:eastAsia="宋体"/>
                <w:b/>
                <w:sz w:val="18"/>
              </w:rPr>
              <w:t>二、操作探究，把假分数化成整数或带分数</w:t>
            </w:r>
          </w:p>
        </w:tc>
        <w:tc>
          <w:tcPr>
            <w:tcW w:type="dxa" w:w="3061"/>
          </w:tcPr>
          <w:p>
            <w:pPr>
              <w:spacing w:after="20" w:line="276" w:lineRule="auto"/>
            </w:pPr>
            <w:r/>
            <w:r>
              <w:rPr>
                <w:rFonts w:ascii="宋体" w:hAnsi="宋体" w:eastAsia="宋体"/>
                <w:b w:val="0"/>
                <w:sz w:val="18"/>
              </w:rPr>
              <w:t>1.数形结合，直观感知。</w:t>
            </w:r>
          </w:p>
          <w:p>
            <w:pPr>
              <w:spacing w:after="20" w:line="276" w:lineRule="auto"/>
            </w:pPr>
            <w:r>
              <w:rPr>
                <w:rFonts w:ascii="宋体" w:hAnsi="宋体" w:eastAsia="宋体"/>
                <w:b w:val="0"/>
                <w:sz w:val="18"/>
              </w:rPr>
              <w:t>(1)课件出示习题。</w:t>
            </w:r>
          </w:p>
          <w:p>
            <w:pPr>
              <w:spacing w:after="20" w:line="276" w:lineRule="auto"/>
            </w:pPr>
            <w:r>
              <w:rPr>
                <w:rFonts w:ascii="宋体" w:hAnsi="宋体" w:eastAsia="宋体"/>
                <w:b w:val="0"/>
                <w:sz w:val="18"/>
              </w:rPr>
              <w:t>(2)师：请同学们把 EMBED Equation.DSMT4  ， EMBED Equation.DSMT4  ， EMBED Equation.DSMT4  在直线上表示出来。</w:t>
            </w:r>
          </w:p>
          <w:p>
            <w:pPr>
              <w:spacing w:after="20" w:line="276" w:lineRule="auto"/>
            </w:pPr>
            <w:r>
              <w:rPr>
                <w:rFonts w:ascii="宋体" w:hAnsi="宋体" w:eastAsia="宋体"/>
                <w:b w:val="0"/>
                <w:sz w:val="18"/>
              </w:rPr>
              <w:t>课件呈现直线，学生上台指出每个分数的位置。全班同学统一意见后课件呈现结果。</w:t>
            </w:r>
          </w:p>
          <w:p>
            <w:pPr>
              <w:spacing w:after="20" w:line="276" w:lineRule="auto"/>
            </w:pPr>
            <w:r>
              <w:rPr>
                <w:rFonts w:ascii="宋体" w:hAnsi="宋体" w:eastAsia="宋体"/>
                <w:b w:val="0"/>
                <w:sz w:val="18"/>
              </w:rPr>
              <w:t>2．对比分析，沟通联系。</w:t>
            </w:r>
          </w:p>
          <w:p>
            <w:pPr>
              <w:spacing w:after="20" w:line="276" w:lineRule="auto"/>
            </w:pPr>
            <w:r>
              <w:rPr>
                <w:rFonts w:ascii="宋体" w:hAnsi="宋体" w:eastAsia="宋体"/>
                <w:b w:val="0"/>
                <w:sz w:val="18"/>
              </w:rPr>
              <w:t>(1)课件出示习题。</w:t>
            </w:r>
          </w:p>
          <w:p>
            <w:pPr>
              <w:spacing w:after="20" w:line="276" w:lineRule="auto"/>
            </w:pPr>
            <w:r>
              <w:rPr>
                <w:rFonts w:ascii="宋体" w:hAnsi="宋体" w:eastAsia="宋体"/>
                <w:b w:val="0"/>
                <w:sz w:val="18"/>
              </w:rPr>
              <w:t>(2)学生自由发言，说说自己的发现。</w:t>
            </w:r>
          </w:p>
          <w:p>
            <w:pPr>
              <w:spacing w:after="20" w:line="276" w:lineRule="auto"/>
            </w:pPr>
            <w:r>
              <w:rPr>
                <w:rFonts w:ascii="宋体" w:hAnsi="宋体" w:eastAsia="宋体"/>
                <w:b w:val="0"/>
                <w:sz w:val="18"/>
              </w:rPr>
              <w:t>师：假分数的分子是分母的整数倍时，能化成整数。根据分数与除法的关系，分子除以分母，得到的商就是这个整数。</w:t>
            </w:r>
          </w:p>
          <w:p>
            <w:pPr>
              <w:spacing w:after="20" w:line="276" w:lineRule="auto"/>
            </w:pPr>
            <w:r>
              <w:rPr>
                <w:rFonts w:ascii="宋体" w:hAnsi="宋体" w:eastAsia="宋体"/>
                <w:b w:val="0"/>
                <w:sz w:val="18"/>
              </w:rPr>
              <w:t>3．自主探索假分数化成带分数。</w:t>
            </w:r>
          </w:p>
          <w:p>
            <w:pPr>
              <w:spacing w:after="20" w:line="276" w:lineRule="auto"/>
            </w:pPr>
            <w:r>
              <w:rPr>
                <w:rFonts w:ascii="宋体" w:hAnsi="宋体" w:eastAsia="宋体"/>
                <w:b w:val="0"/>
                <w:sz w:val="18"/>
              </w:rPr>
              <w:t>师：通过观察图形、直线上的数，我们知道 EMBED Equation.DSMT4  可以化成带分数，但是每个假分数化成带分数都用画图的方法方便吗？</w:t>
            </w:r>
          </w:p>
          <w:p>
            <w:pPr>
              <w:spacing w:after="20" w:line="276" w:lineRule="auto"/>
            </w:pPr>
            <w:r>
              <w:rPr>
                <w:rFonts w:ascii="宋体" w:hAnsi="宋体" w:eastAsia="宋体"/>
                <w:b w:val="0"/>
                <w:sz w:val="18"/>
              </w:rPr>
              <w:t>师：把假分数化成带分数还可以怎么做呢？</w:t>
            </w:r>
          </w:p>
          <w:p>
            <w:pPr>
              <w:spacing w:after="20" w:line="276" w:lineRule="auto"/>
            </w:pPr>
            <w:r>
              <w:rPr>
                <w:rFonts w:ascii="宋体" w:hAnsi="宋体" w:eastAsia="宋体"/>
                <w:b w:val="0"/>
                <w:sz w:val="18"/>
              </w:rPr>
              <w:t>师：想好了吗？以 EMBED Equation.DSMT4  为例，谁能说说该怎么把假分数化成带分数？</w:t>
            </w:r>
          </w:p>
          <w:p>
            <w:pPr>
              <w:spacing w:after="20" w:line="276" w:lineRule="auto"/>
            </w:pPr>
            <w:r>
              <w:rPr>
                <w:rFonts w:ascii="宋体" w:hAnsi="宋体" w:eastAsia="宋体"/>
                <w:b w:val="0"/>
                <w:sz w:val="18"/>
              </w:rPr>
              <w:t>4．深化理解，统一假分数化成整数或带分数的方法。</w:t>
            </w:r>
          </w:p>
          <w:p>
            <w:pPr>
              <w:spacing w:after="20" w:line="276" w:lineRule="auto"/>
            </w:pPr>
            <w:r>
              <w:rPr>
                <w:rFonts w:ascii="宋体" w:hAnsi="宋体" w:eastAsia="宋体"/>
                <w:b w:val="0"/>
                <w:sz w:val="18"/>
              </w:rPr>
              <w:t>(1)师：同学们真不错，用除法将假分数化成了带分数，这种方法就是常用的方法。谁能完整地说说假分数化成整数或带分数要怎么做？</w:t>
            </w:r>
          </w:p>
          <w:p>
            <w:pPr>
              <w:spacing w:after="20" w:line="276" w:lineRule="auto"/>
            </w:pPr>
            <w:r>
              <w:rPr>
                <w:rFonts w:ascii="宋体" w:hAnsi="宋体" w:eastAsia="宋体"/>
                <w:b w:val="0"/>
                <w:sz w:val="18"/>
              </w:rPr>
              <w:t>(2)学生自学教科书P54内容。</w:t>
            </w:r>
          </w:p>
          <w:p>
            <w:pPr>
              <w:spacing w:after="20" w:line="276" w:lineRule="auto"/>
            </w:pPr>
            <w:r>
              <w:rPr>
                <w:rFonts w:ascii="宋体" w:hAnsi="宋体" w:eastAsia="宋体"/>
                <w:b w:val="0"/>
                <w:sz w:val="18"/>
              </w:rPr>
              <w:t>师：请同学们自学教科书P54例3。</w:t>
            </w:r>
          </w:p>
          <w:p>
            <w:pPr>
              <w:spacing w:after="20" w:line="276" w:lineRule="auto"/>
            </w:pPr>
            <w:r>
              <w:rPr>
                <w:rFonts w:ascii="宋体" w:hAnsi="宋体" w:eastAsia="宋体"/>
                <w:b w:val="0"/>
                <w:sz w:val="18"/>
              </w:rPr>
              <w:t>师：看明白了吗？有哪些认识？</w:t>
            </w:r>
          </w:p>
          <w:p>
            <w:pPr>
              <w:spacing w:after="20" w:line="276" w:lineRule="auto"/>
            </w:pPr>
            <w:r>
              <w:rPr>
                <w:rFonts w:ascii="宋体" w:hAnsi="宋体" w:eastAsia="宋体"/>
                <w:b w:val="0"/>
                <w:sz w:val="18"/>
              </w:rPr>
              <w:t>跟着学生的汇报，课件完整重现教科书内容。</w:t>
            </w:r>
          </w:p>
          <w:p>
            <w:pPr>
              <w:spacing w:after="20" w:line="276" w:lineRule="auto"/>
            </w:pPr>
            <w:r>
              <w:rPr>
                <w:rFonts w:ascii="宋体" w:hAnsi="宋体" w:eastAsia="宋体"/>
                <w:b w:val="0"/>
                <w:sz w:val="18"/>
              </w:rPr>
              <w:t>师：请再举两个例子，说说假分数是如何化成整数或带分数的。</w:t>
            </w:r>
          </w:p>
          <w:p>
            <w:pPr>
              <w:spacing w:after="20" w:line="276" w:lineRule="auto"/>
            </w:pPr>
            <w:r>
              <w:rPr>
                <w:rFonts w:ascii="宋体" w:hAnsi="宋体" w:eastAsia="宋体"/>
                <w:b w:val="0"/>
                <w:sz w:val="18"/>
              </w:rPr>
              <w:t>师小结：假分数化成整数或带分数，都是用分子除以分母，当分子不是分母的整数倍时就化成带分数，商是带分数的整数部分，余数是带分数中真分数的分子，分母不变。带分数是假分数的另一种书写形式。(课件呈现)</w:t>
            </w:r>
          </w:p>
        </w:tc>
        <w:tc>
          <w:tcPr>
            <w:tcW w:type="dxa" w:w="3061"/>
          </w:tcPr>
          <w:p>
            <w:pPr>
              <w:spacing w:after="20" w:line="276" w:lineRule="auto"/>
            </w:pPr>
            <w:r/>
            <w:r>
              <w:rPr>
                <w:rFonts w:ascii="宋体" w:hAnsi="宋体" w:eastAsia="宋体"/>
                <w:b w:val="0"/>
                <w:sz w:val="18"/>
              </w:rPr>
              <w:t>学生想想该怎么涂色，边说教师边用课件呈现。</w:t>
            </w:r>
          </w:p>
          <w:p>
            <w:pPr>
              <w:spacing w:after="20" w:line="276" w:lineRule="auto"/>
            </w:pPr>
            <w:r>
              <w:rPr>
                <w:rFonts w:ascii="宋体" w:hAnsi="宋体" w:eastAsia="宋体"/>
                <w:b w:val="0"/>
                <w:sz w:val="18"/>
              </w:rPr>
              <w:t>三个分数，有两个能用整数表示， EMBED Equation.DSMT4  不能写成整数，学生可能不知道怎么填，结果有可能写成小数，教师要及时引导学生转化成带分数。</w:t>
            </w:r>
          </w:p>
          <w:p>
            <w:pPr>
              <w:spacing w:after="20" w:line="276" w:lineRule="auto"/>
            </w:pPr>
            <w:r>
              <w:rPr>
                <w:rFonts w:ascii="宋体" w:hAnsi="宋体" w:eastAsia="宋体"/>
                <w:b w:val="0"/>
                <w:sz w:val="18"/>
              </w:rPr>
              <w:t>学生独立思考后相互讨论。</w:t>
            </w:r>
          </w:p>
          <w:p>
            <w:pPr>
              <w:spacing w:after="20" w:line="276" w:lineRule="auto"/>
            </w:pPr>
            <w:r>
              <w:rPr>
                <w:rFonts w:ascii="宋体" w:hAnsi="宋体" w:eastAsia="宋体"/>
                <w:b w:val="0"/>
                <w:sz w:val="18"/>
              </w:rPr>
              <w:t>有的学生把 EMBED Equation.DSMT4  看成 EMBED Equation.DSMT4  加 EMBED Equation.DSMT4  ， EMBED Equation.DSMT4  就是1，所以 EMBED Equation.DSMT4  ＝1 EMBED Equation.DSMT4  ；也有的学生根据上面的表格直接用除法，7÷4＝1……3， EMBED Equation.DSMT4  ＝1 EMBED Equation.DSMT4  。</w:t>
            </w:r>
          </w:p>
          <w:p>
            <w:pPr>
              <w:spacing w:after="20" w:line="276" w:lineRule="auto"/>
            </w:pPr>
            <w:r>
              <w:rPr>
                <w:rFonts w:ascii="宋体" w:hAnsi="宋体" w:eastAsia="宋体"/>
                <w:b w:val="0"/>
                <w:sz w:val="18"/>
              </w:rPr>
              <w:t>引导学生说清楚：①假分数化成带分数时用分子除以分母，除法算式中的商是带分数的整数部分，余数是带分数中真分数的分子。②假分数化成带分数时，分数的大小不变，分数单位也不变，所以真分数的分母不变。③如果分子是分母的整数倍，这个假分数表示的就是一个整数；如果分子不是分母的整数倍，带分数就是整数与真分数合成的数。</w:t>
            </w:r>
          </w:p>
        </w:tc>
        <w:tc>
          <w:tcPr>
            <w:tcW w:type="dxa" w:w="1814"/>
          </w:tcPr>
          <w:p>
            <w:pPr>
              <w:spacing w:after="20" w:line="276" w:lineRule="auto"/>
            </w:pPr>
            <w:r/>
            <w:r>
              <w:rPr>
                <w:rFonts w:ascii="宋体" w:hAnsi="宋体" w:eastAsia="宋体"/>
                <w:b w:val="0"/>
                <w:sz w:val="18"/>
              </w:rPr>
              <w:t>涂色和把一些分数在直线上表示，都是借助直观图形让学生充分地体验、感悟，为后面理解、建构概念奠定基础。</w:t>
            </w:r>
          </w:p>
          <w:p>
            <w:pPr>
              <w:spacing w:after="20" w:line="276" w:lineRule="auto"/>
            </w:pPr>
            <w:r>
              <w:rPr>
                <w:rFonts w:ascii="宋体" w:hAnsi="宋体" w:eastAsia="宋体"/>
                <w:b w:val="0"/>
                <w:sz w:val="18"/>
              </w:rPr>
              <w:t>本环节沟通了分数的意义、分数与除法的关系，让学生充分体会到分子是分母倍数的假分数可以化成整数，对分子不是分母倍数的假分数产生疑问，为后面的学习埋下伏笔。</w:t>
            </w:r>
          </w:p>
          <w:p>
            <w:pPr>
              <w:spacing w:after="20" w:line="276" w:lineRule="auto"/>
            </w:pPr>
            <w:r>
              <w:rPr>
                <w:rFonts w:ascii="宋体" w:hAnsi="宋体" w:eastAsia="宋体"/>
                <w:b w:val="0"/>
                <w:sz w:val="18"/>
              </w:rPr>
              <w:t>让学生经历细致观察——比较辨析——归纳抽象——举例尝试等过程，引导学生沟通画图、分数的意义和分子除以分母等方法之间的联系，利用分数与除法的关系直接推理归纳出假分数化成整数或带分数的方法。</w:t>
            </w:r>
          </w:p>
        </w:tc>
      </w:tr>
      <w:tr>
        <w:tc>
          <w:tcPr>
            <w:tcW w:type="dxa" w:w="1474"/>
          </w:tcPr>
          <w:p>
            <w:pPr>
              <w:spacing w:after="20" w:line="276" w:lineRule="auto"/>
            </w:pPr>
            <w:r>
              <w:rPr>
                <w:b/>
              </w:rPr>
            </w:r>
            <w:r>
              <w:rPr>
                <w:rFonts w:ascii="宋体" w:hAnsi="宋体" w:eastAsia="宋体"/>
                <w:b/>
                <w:sz w:val="18"/>
              </w:rPr>
              <w:t>三、巩固练习，综合运用</w:t>
            </w:r>
          </w:p>
        </w:tc>
        <w:tc>
          <w:tcPr>
            <w:tcW w:type="dxa" w:w="3061"/>
          </w:tcPr>
          <w:p>
            <w:pPr>
              <w:spacing w:after="20" w:line="276" w:lineRule="auto"/>
            </w:pPr>
            <w:r/>
            <w:r>
              <w:rPr>
                <w:rFonts w:ascii="宋体" w:hAnsi="宋体" w:eastAsia="宋体"/>
                <w:b w:val="0"/>
                <w:sz w:val="18"/>
              </w:rPr>
              <w:t>1.完成教科书P54“做一做”第2题。</w:t>
            </w:r>
          </w:p>
          <w:p>
            <w:pPr>
              <w:spacing w:after="20" w:line="276" w:lineRule="auto"/>
            </w:pPr>
            <w:r>
              <w:rPr>
                <w:rFonts w:ascii="宋体" w:hAnsi="宋体" w:eastAsia="宋体"/>
                <w:b w:val="0"/>
                <w:sz w:val="18"/>
              </w:rPr>
              <w:t>2．完成教科书P55～56“练习十三”第3、5、6、9题。</w:t>
            </w:r>
          </w:p>
          <w:p>
            <w:pPr>
              <w:spacing w:after="20" w:line="276" w:lineRule="auto"/>
            </w:pPr>
            <w:r>
              <w:rPr>
                <w:rFonts w:ascii="宋体" w:hAnsi="宋体" w:eastAsia="宋体"/>
                <w:b w:val="0"/>
                <w:sz w:val="18"/>
              </w:rPr>
              <w:t>3．课件出示教科书P55“练习十三”第4题。</w:t>
            </w:r>
          </w:p>
          <w:p>
            <w:pPr>
              <w:spacing w:after="20" w:line="276" w:lineRule="auto"/>
            </w:pPr>
            <w:r>
              <w:rPr>
                <w:rFonts w:ascii="宋体" w:hAnsi="宋体" w:eastAsia="宋体"/>
                <w:b w:val="0"/>
                <w:sz w:val="18"/>
              </w:rPr>
              <w:t>(1)学生看教科书解答。</w:t>
            </w:r>
          </w:p>
          <w:p>
            <w:pPr>
              <w:spacing w:after="20" w:line="276" w:lineRule="auto"/>
            </w:pPr>
            <w:r>
              <w:rPr>
                <w:rFonts w:ascii="宋体" w:hAnsi="宋体" w:eastAsia="宋体"/>
                <w:b w:val="0"/>
                <w:sz w:val="18"/>
              </w:rPr>
              <w:t>(2)学生独立完成后集中交流。</w:t>
            </w:r>
          </w:p>
          <w:p>
            <w:pPr>
              <w:spacing w:after="20" w:line="276" w:lineRule="auto"/>
            </w:pPr>
            <w:r>
              <w:rPr>
                <w:rFonts w:ascii="宋体" w:hAnsi="宋体" w:eastAsia="宋体"/>
                <w:b w:val="0"/>
                <w:sz w:val="18"/>
              </w:rPr>
              <w:t>4．课件出示教科书P56“练习十三”第7题。</w:t>
            </w:r>
          </w:p>
          <w:p>
            <w:pPr>
              <w:spacing w:after="20" w:line="276" w:lineRule="auto"/>
            </w:pPr>
            <w:r>
              <w:rPr>
                <w:rFonts w:ascii="宋体" w:hAnsi="宋体" w:eastAsia="宋体"/>
                <w:b w:val="0"/>
                <w:sz w:val="18"/>
              </w:rPr>
              <w:t>师：说说从问题中读到了哪些数学信息，该如何解答？</w:t>
            </w:r>
          </w:p>
        </w:tc>
        <w:tc>
          <w:tcPr>
            <w:tcW w:type="dxa" w:w="3061"/>
          </w:tcPr>
          <w:p>
            <w:pPr>
              <w:spacing w:after="20" w:line="276" w:lineRule="auto"/>
            </w:pPr>
            <w:r/>
            <w:r>
              <w:rPr>
                <w:rFonts w:ascii="宋体" w:hAnsi="宋体" w:eastAsia="宋体"/>
                <w:b w:val="0"/>
                <w:sz w:val="18"/>
              </w:rPr>
              <w:t>学生独立完成后，集中交流。选择个别假分数问问是怎么化的。</w:t>
            </w:r>
          </w:p>
          <w:p>
            <w:pPr>
              <w:spacing w:after="20" w:line="276" w:lineRule="auto"/>
            </w:pPr>
            <w:r>
              <w:rPr>
                <w:rFonts w:ascii="宋体" w:hAnsi="宋体" w:eastAsia="宋体"/>
                <w:b w:val="0"/>
                <w:sz w:val="18"/>
              </w:rPr>
              <w:t>学生独立在教科书上填一填，再集中汇报交流。</w:t>
            </w:r>
          </w:p>
          <w:p>
            <w:pPr>
              <w:spacing w:after="20" w:line="276" w:lineRule="auto"/>
            </w:pPr>
            <w:r>
              <w:rPr>
                <w:rFonts w:ascii="宋体" w:hAnsi="宋体" w:eastAsia="宋体"/>
                <w:b w:val="0"/>
                <w:sz w:val="18"/>
              </w:rPr>
              <w:t>第3题，追问学生，这里是把什么看作单位“1”；第5题，上节课已经学习了在直线上表示假分数，学生基本上会填，但是这里要求学生在上面填假分数，下面填带分数，要注意引导假分数和带分数的相互转化；第6题，学生如果写成了假分数，引导学生转化成带分数；第9题，要引导学生交流比较的方法，促进带分数和假分数的相互转化。</w:t>
            </w:r>
          </w:p>
          <w:p>
            <w:pPr>
              <w:spacing w:after="20" w:line="276" w:lineRule="auto"/>
            </w:pPr>
            <w:r>
              <w:rPr>
                <w:rFonts w:ascii="宋体" w:hAnsi="宋体" w:eastAsia="宋体"/>
                <w:b w:val="0"/>
                <w:sz w:val="18"/>
              </w:rPr>
              <w:t>引导学生从图中读取信息，共有10粒药。根据除法与分数的关系、带分数和假分数的关系得到能吃多少天。</w:t>
            </w:r>
          </w:p>
          <w:p>
            <w:pPr>
              <w:spacing w:after="20" w:line="276" w:lineRule="auto"/>
            </w:pPr>
            <w:r>
              <w:rPr>
                <w:rFonts w:ascii="宋体" w:hAnsi="宋体" w:eastAsia="宋体"/>
                <w:b w:val="0"/>
                <w:sz w:val="18"/>
              </w:rPr>
              <w:t>学生汇报时，引导学生回答“什么量看作单位1”，两个相同的量，单位“1”不同，除法算式不同，得到的结果也不同。</w:t>
            </w:r>
          </w:p>
        </w:tc>
        <w:tc>
          <w:tcPr>
            <w:tcW w:type="dxa" w:w="1814"/>
          </w:tcPr>
          <w:p>
            <w:pPr>
              <w:spacing w:after="20" w:line="276" w:lineRule="auto"/>
            </w:pPr>
            <w:r/>
            <w:r>
              <w:rPr>
                <w:rFonts w:ascii="宋体" w:hAnsi="宋体" w:eastAsia="宋体"/>
                <w:b w:val="0"/>
                <w:sz w:val="18"/>
              </w:rPr>
              <w:t>通过不同形式的练习，使不同程度的学生在原有的水平上都能得到提高。</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师：通过本节课的学习，你们又掌握了哪些关于假分数的新知识呢？</w:t>
            </w:r>
          </w:p>
          <w:p>
            <w:pPr>
              <w:spacing w:after="20" w:line="276" w:lineRule="auto"/>
            </w:pPr>
            <w:r>
              <w:rPr>
                <w:rFonts w:ascii="宋体" w:hAnsi="宋体" w:eastAsia="宋体"/>
                <w:b w:val="0"/>
                <w:sz w:val="18"/>
              </w:rPr>
              <w:t>师：假分数化成整数或带分数的方法是怎样的？</w:t>
            </w:r>
          </w:p>
          <w:p>
            <w:pPr>
              <w:spacing w:after="20" w:line="276" w:lineRule="auto"/>
            </w:pPr>
            <w:r>
              <w:rPr>
                <w:rFonts w:ascii="宋体" w:hAnsi="宋体" w:eastAsia="宋体"/>
                <w:b w:val="0"/>
                <w:sz w:val="18"/>
              </w:rPr>
              <w:t>师：根据真分数与假分数的意义，结合分数中分子与分母的大小关系，你能把整个分数进行分类吗？</w:t>
            </w:r>
          </w:p>
        </w:tc>
        <w:tc>
          <w:tcPr>
            <w:tcW w:type="dxa" w:w="3061"/>
          </w:tcPr>
          <w:p>
            <w:pPr>
              <w:spacing w:after="20" w:line="276" w:lineRule="auto"/>
            </w:pPr>
            <w:r/>
            <w:r>
              <w:rPr>
                <w:rFonts w:ascii="宋体" w:hAnsi="宋体" w:eastAsia="宋体"/>
                <w:b w:val="0"/>
                <w:sz w:val="18"/>
              </w:rPr>
              <w:t>学生交流并讨论分数的分类方法。</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引导学生回顾梳理本课所学，完善认知结构，提升归纳与反思能力，核心问题："通过本节课的学习，你们又掌握了哪些关于假分数的新知识呢？"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教科书P54例3，完成教科书P54“做一做”第2题及P55～56“练习十三”中第3～7题、第9题。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在众多分类中，要引导学生观察、分析，体会到虽然各种分类都是正确的，但要抓住事物的本质进行分类。 【教学提示】 不同层次的学生会有不同的发现，此处要给时间让学生充分交流，让有不同意见的同学说出自己的理由。 【教学提示】 归纳的方法有点复杂，要耐心聆听学生的发言。</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没有直接讲解教科书上的例题，因为本节课的内容如果仅仅让学生学会假分数化成整数或带分数，那么方法很简单，甚至让学生记住就行。为了让学生深度思考，对分数的认识有一个整体的理解，沟通分数、除法和转化方法之间的联系，教师设计了一系列的问题，层层深入，激发学生学习数学的兴趣，自主地理解、推理概括，感悟出为什么要这样化，不仅知其然，而且知其所以然。</w:t>
      </w:r>
    </w:p>
    <w:p>
      <w:r>
        <w:br w:type="page"/>
      </w:r>
    </w:p>
    <w:p>
      <w:pPr>
        <w:spacing w:after="80" w:line="300" w:lineRule="auto"/>
      </w:pPr>
      <w:r>
        <w:rPr>
          <w:rFonts w:ascii="黑体" w:hAnsi="黑体" w:eastAsia="黑体"/>
          <w:b/>
          <w:sz w:val="24"/>
        </w:rPr>
        <w:t>二、课时教学方案（第9课时）</w:t>
      </w:r>
    </w:p>
    <w:p>
      <w:pPr>
        <w:spacing w:after="80" w:line="300" w:lineRule="auto"/>
      </w:pPr>
      <w:r>
        <w:rPr>
          <w:rFonts w:ascii="黑体" w:hAnsi="黑体" w:eastAsia="黑体"/>
          <w:b/>
          <w:sz w:val="24"/>
        </w:rPr>
        <w:t>第9课时　分数与除法（2）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第9课时　分数与除法（2）</w:t>
            </w:r>
          </w:p>
        </w:tc>
        <w:tc>
          <w:tcPr>
            <w:tcW w:type="dxa" w:w="6009"/>
          </w:tcPr>
          <w:p>
            <w:pPr>
              <w:spacing w:after="20" w:line="276" w:lineRule="auto"/>
            </w:pPr>
            <w:r/>
            <w:r>
              <w:rPr>
                <w:rFonts w:ascii="宋体" w:hAnsi="宋体" w:eastAsia="宋体"/>
                <w:b w:val="0"/>
                <w:sz w:val="20"/>
              </w:rPr>
              <w:t>第4单元 分数的意义和性质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教学内容：教科书P50例4，完成教科书P50“做一做”第2题及P51～52“练习十二”中相关习题。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（1）进一步理解分数与除法的关系，并运用这一关系解决有关的实际问题。</w:t>
      </w:r>
    </w:p>
    <w:p>
      <w:pPr>
        <w:spacing w:after="20" w:line="300" w:lineRule="auto"/>
        <w:ind w:firstLine="400"/>
      </w:pPr>
      <w:r>
        <w:rPr>
          <w:rFonts w:ascii="宋体" w:hAnsi="宋体" w:eastAsia="宋体"/>
          <w:b w:val="0"/>
          <w:sz w:val="20"/>
        </w:rPr>
        <w:t>（2）经历求一个数是另一个数的几分之几的解答过程，加深对分数意义的理解。</w:t>
      </w:r>
    </w:p>
    <w:p>
      <w:pPr>
        <w:spacing w:after="20" w:line="300" w:lineRule="auto"/>
        <w:ind w:firstLine="400"/>
      </w:pPr>
      <w:r>
        <w:rPr>
          <w:rFonts w:ascii="宋体" w:hAnsi="宋体" w:eastAsia="宋体"/>
          <w:b w:val="0"/>
          <w:sz w:val="20"/>
        </w:rPr>
        <w:t>（3）培养学生的探究精神与类推能力，渗透在一定条件下事物间相互转化的辩证唯物主义思想。</w:t>
      </w:r>
    </w:p>
    <w:p>
      <w:pPr>
        <w:spacing w:after="20" w:line="300" w:lineRule="auto"/>
      </w:pPr>
      <w:r>
        <w:rPr>
          <w:rFonts w:ascii="宋体" w:hAnsi="宋体" w:eastAsia="宋体"/>
          <w:b w:val="0"/>
          <w:sz w:val="20"/>
        </w:rPr>
        <w:t>教学重点：理解和掌握“求一个数是另一个数的几分之几”的解答方法。</w:t>
      </w:r>
    </w:p>
    <w:p>
      <w:pPr>
        <w:spacing w:after="20" w:line="300" w:lineRule="auto"/>
      </w:pPr>
      <w:r>
        <w:rPr>
          <w:rFonts w:ascii="宋体" w:hAnsi="宋体" w:eastAsia="宋体"/>
          <w:b w:val="0"/>
          <w:sz w:val="20"/>
        </w:rPr>
        <w:t>教学难点：本节课的教学重点也是教学难点。</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一、谈话激趣，以旧引新</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蓝纸条的长是白纸条的几倍？你们是怎样想的？；求白纸条的长是蓝纸条的几分之几。这里把什么看作单位“1”？</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二、创设情境，探索新知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你们能从中任意选择两个量，提出一个问题并解答吗？；“鹅的只数是鸭的多少倍”是什么意思？</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三、变换情境，深化认识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这道题能用今天所学的知识来解决吗？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四、自主练习、集中反馈</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通过本节课的学习，你们获得了哪些比较两个量大小或多少的经验?</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一、谈话激趣，以旧引新</w:t>
            </w:r>
          </w:p>
        </w:tc>
        <w:tc>
          <w:tcPr>
            <w:tcW w:type="dxa" w:w="3061"/>
          </w:tcPr>
          <w:p>
            <w:pPr>
              <w:spacing w:after="20" w:line="276" w:lineRule="auto"/>
            </w:pPr>
            <w:r/>
            <w:r>
              <w:rPr>
                <w:rFonts w:ascii="宋体" w:hAnsi="宋体" w:eastAsia="宋体"/>
                <w:b w:val="0"/>
                <w:sz w:val="18"/>
              </w:rPr>
              <w:t>课件出示问题。</w:t>
            </w:r>
          </w:p>
          <w:p>
            <w:pPr>
              <w:spacing w:after="20" w:line="276" w:lineRule="auto"/>
            </w:pPr>
            <w:r>
              <w:rPr>
                <w:rFonts w:ascii="宋体" w:hAnsi="宋体" w:eastAsia="宋体"/>
                <w:b w:val="0"/>
                <w:sz w:val="18"/>
              </w:rPr>
              <w:t>师：蓝纸条的长是白纸条的几倍？你们是怎样想的？</w:t>
            </w:r>
          </w:p>
          <w:p>
            <w:pPr>
              <w:spacing w:after="20" w:line="276" w:lineRule="auto"/>
            </w:pPr>
            <w:r>
              <w:rPr>
                <w:rFonts w:ascii="宋体" w:hAnsi="宋体" w:eastAsia="宋体"/>
                <w:b w:val="0"/>
                <w:sz w:val="18"/>
              </w:rPr>
              <w:t>师：求白纸条的长是蓝纸条的几分之几。这里把什么看作单位“1”？</w:t>
            </w:r>
          </w:p>
          <w:p>
            <w:pPr>
              <w:spacing w:after="20" w:line="276" w:lineRule="auto"/>
            </w:pPr>
            <w:r>
              <w:rPr>
                <w:rFonts w:ascii="宋体" w:hAnsi="宋体" w:eastAsia="宋体"/>
                <w:b w:val="0"/>
                <w:sz w:val="18"/>
              </w:rPr>
              <w:t>教师揭题引入：今天我们继续来学习分数与除法的关系的应用，解决“求一个数是另一个数的几分之几”的问题。[板书课题：分数与除法(2)]</w:t>
            </w:r>
          </w:p>
        </w:tc>
        <w:tc>
          <w:tcPr>
            <w:tcW w:type="dxa" w:w="3061"/>
          </w:tcPr>
          <w:p>
            <w:pPr>
              <w:spacing w:after="20" w:line="276" w:lineRule="auto"/>
            </w:pPr>
            <w:r/>
            <w:r>
              <w:rPr>
                <w:rFonts w:ascii="宋体" w:hAnsi="宋体" w:eastAsia="宋体"/>
                <w:b w:val="0"/>
                <w:sz w:val="18"/>
              </w:rPr>
              <w:t>学生会求一个数是另一个数的几倍。根据学生的回答，课件依次出现4÷1＝4，求一个数是另一个数的几倍，用除法计算。</w:t>
            </w:r>
          </w:p>
          <w:p>
            <w:pPr>
              <w:spacing w:after="20" w:line="276" w:lineRule="auto"/>
            </w:pPr>
            <w:r>
              <w:rPr>
                <w:rFonts w:ascii="宋体" w:hAnsi="宋体" w:eastAsia="宋体"/>
                <w:b w:val="0"/>
                <w:sz w:val="18"/>
              </w:rPr>
              <w:t>学生根据数量关系列式1÷4，再根据除法与分数的关系得到商为 EMBED Equation.DSMT4  。课件展示：求一个数是另一个数的几分之几，用除法计算。</w:t>
            </w:r>
          </w:p>
        </w:tc>
        <w:tc>
          <w:tcPr>
            <w:tcW w:type="dxa" w:w="1814"/>
          </w:tcPr>
          <w:p>
            <w:pPr>
              <w:spacing w:after="20" w:line="276" w:lineRule="auto"/>
            </w:pPr>
            <w:r/>
            <w:r>
              <w:rPr>
                <w:rFonts w:ascii="宋体" w:hAnsi="宋体" w:eastAsia="宋体"/>
                <w:b w:val="0"/>
                <w:sz w:val="18"/>
              </w:rPr>
              <w:t>求一个数是另一个数的几分之几与求一个数是另一个数的几倍本质上是一样的，都是用除法计算。这里的两道题一道是求倍数，另一道是根据除法与分数的关系求商，既是对前面知识的复习，也是为本节课的学习作铺垫。</w:t>
            </w:r>
          </w:p>
        </w:tc>
      </w:tr>
      <w:tr>
        <w:tc>
          <w:tcPr>
            <w:tcW w:type="dxa" w:w="1474"/>
          </w:tcPr>
          <w:p>
            <w:pPr>
              <w:spacing w:after="20" w:line="276" w:lineRule="auto"/>
            </w:pPr>
            <w:r>
              <w:rPr>
                <w:b/>
              </w:rPr>
            </w:r>
            <w:r>
              <w:rPr>
                <w:rFonts w:ascii="宋体" w:hAnsi="宋体" w:eastAsia="宋体"/>
                <w:b/>
                <w:sz w:val="18"/>
              </w:rPr>
              <w:t>二、创设情境，探索新知</w:t>
            </w:r>
          </w:p>
        </w:tc>
        <w:tc>
          <w:tcPr>
            <w:tcW w:type="dxa" w:w="3061"/>
          </w:tcPr>
          <w:p>
            <w:pPr>
              <w:spacing w:after="20" w:line="276" w:lineRule="auto"/>
            </w:pPr>
            <w:r/>
            <w:r>
              <w:rPr>
                <w:rFonts w:ascii="宋体" w:hAnsi="宋体" w:eastAsia="宋体"/>
                <w:b w:val="0"/>
                <w:sz w:val="18"/>
              </w:rPr>
              <w:t>1.课件出示教科书P50例4中的部分信息。</w:t>
            </w:r>
          </w:p>
          <w:p>
            <w:pPr>
              <w:spacing w:after="20" w:line="276" w:lineRule="auto"/>
            </w:pPr>
            <w:r>
              <w:rPr>
                <w:rFonts w:ascii="宋体" w:hAnsi="宋体" w:eastAsia="宋体"/>
                <w:b w:val="0"/>
                <w:sz w:val="18"/>
              </w:rPr>
              <w:t>师：你们能从中任意选择两个量，提出一个问题并解答吗？</w:t>
            </w:r>
          </w:p>
          <w:p>
            <w:pPr>
              <w:spacing w:after="20" w:line="276" w:lineRule="auto"/>
            </w:pPr>
            <w:r>
              <w:rPr>
                <w:rFonts w:ascii="宋体" w:hAnsi="宋体" w:eastAsia="宋体"/>
                <w:b w:val="0"/>
                <w:sz w:val="18"/>
              </w:rPr>
              <w:t>2.教学教科书P50例4第1问。</w:t>
            </w:r>
          </w:p>
          <w:p>
            <w:pPr>
              <w:spacing w:after="20" w:line="276" w:lineRule="auto"/>
            </w:pPr>
            <w:r>
              <w:rPr>
                <w:rFonts w:ascii="宋体" w:hAnsi="宋体" w:eastAsia="宋体"/>
                <w:b w:val="0"/>
                <w:sz w:val="18"/>
              </w:rPr>
              <w:t>课件出现问题。</w:t>
            </w:r>
          </w:p>
          <w:p>
            <w:pPr>
              <w:spacing w:after="20" w:line="276" w:lineRule="auto"/>
            </w:pPr>
            <w:r>
              <w:rPr>
                <w:rFonts w:ascii="宋体" w:hAnsi="宋体" w:eastAsia="宋体"/>
                <w:b w:val="0"/>
                <w:sz w:val="18"/>
              </w:rPr>
              <w:t>板书：20÷10=2鸡的只数是鸭的2倍。</w:t>
            </w:r>
          </w:p>
          <w:p>
            <w:pPr>
              <w:spacing w:after="20" w:line="276" w:lineRule="auto"/>
            </w:pPr>
            <w:r>
              <w:rPr>
                <w:rFonts w:ascii="宋体" w:hAnsi="宋体" w:eastAsia="宋体"/>
                <w:b w:val="0"/>
                <w:sz w:val="18"/>
              </w:rPr>
              <w:t>3.教学教科书P50例4第2问。</w:t>
            </w:r>
          </w:p>
          <w:p>
            <w:pPr>
              <w:spacing w:after="20" w:line="276" w:lineRule="auto"/>
            </w:pPr>
            <w:r>
              <w:rPr>
                <w:rFonts w:ascii="宋体" w:hAnsi="宋体" w:eastAsia="宋体"/>
                <w:b w:val="0"/>
                <w:sz w:val="18"/>
              </w:rPr>
              <w:t>课件出示问题。</w:t>
            </w:r>
          </w:p>
          <w:p>
            <w:pPr>
              <w:spacing w:after="20" w:line="276" w:lineRule="auto"/>
            </w:pPr>
            <w:r>
              <w:rPr>
                <w:rFonts w:ascii="宋体" w:hAnsi="宋体" w:eastAsia="宋体"/>
                <w:b w:val="0"/>
                <w:sz w:val="18"/>
              </w:rPr>
              <w:t>（1）阅读与理解。</w:t>
            </w:r>
          </w:p>
          <w:p>
            <w:pPr>
              <w:spacing w:after="20" w:line="276" w:lineRule="auto"/>
            </w:pPr>
            <w:r>
              <w:rPr>
                <w:rFonts w:ascii="宋体" w:hAnsi="宋体" w:eastAsia="宋体"/>
                <w:b w:val="0"/>
                <w:sz w:val="18"/>
              </w:rPr>
              <w:t>师：“鹅的只数是鸭的多少倍”是什么意思？</w:t>
            </w:r>
          </w:p>
          <w:p>
            <w:pPr>
              <w:spacing w:after="20" w:line="276" w:lineRule="auto"/>
            </w:pPr>
            <w:r>
              <w:rPr>
                <w:rFonts w:ascii="宋体" w:hAnsi="宋体" w:eastAsia="宋体"/>
                <w:b w:val="0"/>
                <w:sz w:val="18"/>
              </w:rPr>
              <w:t>（2）分析与解答。</w:t>
            </w:r>
          </w:p>
          <w:p>
            <w:pPr>
              <w:spacing w:after="20" w:line="276" w:lineRule="auto"/>
            </w:pPr>
            <w:r>
              <w:rPr>
                <w:rFonts w:ascii="宋体" w:hAnsi="宋体" w:eastAsia="宋体"/>
                <w:b w:val="0"/>
                <w:sz w:val="18"/>
              </w:rPr>
              <w:t>师：你们能列式并写出比较的结果吗？</w:t>
            </w:r>
          </w:p>
          <w:p>
            <w:pPr>
              <w:spacing w:after="20" w:line="276" w:lineRule="auto"/>
            </w:pPr>
            <w:r>
              <w:rPr>
                <w:rFonts w:ascii="宋体" w:hAnsi="宋体" w:eastAsia="宋体"/>
                <w:b w:val="0"/>
                <w:sz w:val="18"/>
              </w:rPr>
              <w:t>师：你们是怎样列式并得出结果的？</w:t>
            </w:r>
          </w:p>
          <w:p>
            <w:pPr>
              <w:spacing w:after="20" w:line="276" w:lineRule="auto"/>
            </w:pPr>
            <w:r>
              <w:rPr>
                <w:rFonts w:ascii="宋体" w:hAnsi="宋体" w:eastAsia="宋体"/>
                <w:b w:val="0"/>
                <w:sz w:val="18"/>
              </w:rPr>
              <w:t>4.探索并比较不同方法之间的联系。</w:t>
            </w:r>
          </w:p>
          <w:p>
            <w:pPr>
              <w:spacing w:after="20" w:line="276" w:lineRule="auto"/>
            </w:pPr>
            <w:r>
              <w:rPr>
                <w:rFonts w:ascii="宋体" w:hAnsi="宋体" w:eastAsia="宋体"/>
                <w:b w:val="0"/>
                <w:sz w:val="18"/>
              </w:rPr>
              <w:t>师：你们还能提出其他数学问题并解答吗？</w:t>
            </w:r>
          </w:p>
          <w:p>
            <w:pPr>
              <w:spacing w:after="20" w:line="276" w:lineRule="auto"/>
            </w:pPr>
            <w:r>
              <w:rPr>
                <w:rFonts w:ascii="宋体" w:hAnsi="宋体" w:eastAsia="宋体"/>
                <w:b w:val="0"/>
                <w:sz w:val="18"/>
              </w:rPr>
              <w:t>先让学生在小组内交流，再组织全班交流。</w:t>
            </w:r>
          </w:p>
          <w:p>
            <w:pPr>
              <w:spacing w:after="20" w:line="276" w:lineRule="auto"/>
            </w:pPr>
            <w:r>
              <w:rPr>
                <w:rFonts w:ascii="宋体" w:hAnsi="宋体" w:eastAsia="宋体"/>
                <w:b w:val="0"/>
                <w:sz w:val="18"/>
              </w:rPr>
              <w:t>师：上面两个问题有什么不同？通过刚才的学习你们有什么发现？</w:t>
            </w:r>
          </w:p>
          <w:p>
            <w:pPr>
              <w:spacing w:after="20" w:line="276" w:lineRule="auto"/>
            </w:pPr>
            <w:r>
              <w:rPr>
                <w:rFonts w:ascii="宋体" w:hAnsi="宋体" w:eastAsia="宋体"/>
                <w:b w:val="0"/>
                <w:sz w:val="18"/>
              </w:rPr>
              <w:t>的基本方法，符合数学知识发展的逻辑，有利于学生建立合理的认知结构。</w:t>
            </w:r>
          </w:p>
        </w:tc>
        <w:tc>
          <w:tcPr>
            <w:tcW w:type="dxa" w:w="3061"/>
          </w:tcPr>
          <w:p>
            <w:pPr>
              <w:spacing w:after="20" w:line="276" w:lineRule="auto"/>
            </w:pPr>
            <w:r/>
            <w:r>
              <w:rPr>
                <w:rFonts w:ascii="宋体" w:hAnsi="宋体" w:eastAsia="宋体"/>
                <w:b w:val="0"/>
                <w:sz w:val="18"/>
              </w:rPr>
              <w:t>学生任意选择两个量设计一个问题，并写出算式解答。</w:t>
            </w:r>
          </w:p>
          <w:p>
            <w:pPr>
              <w:spacing w:after="20" w:line="276" w:lineRule="auto"/>
            </w:pPr>
            <w:r>
              <w:rPr>
                <w:rFonts w:ascii="宋体" w:hAnsi="宋体" w:eastAsia="宋体"/>
                <w:b w:val="0"/>
                <w:sz w:val="18"/>
              </w:rPr>
              <w:t>学生汇报问题和解答。</w:t>
            </w:r>
          </w:p>
          <w:p>
            <w:pPr>
              <w:spacing w:after="20" w:line="276" w:lineRule="auto"/>
            </w:pPr>
            <w:r>
              <w:rPr>
                <w:rFonts w:ascii="宋体" w:hAnsi="宋体" w:eastAsia="宋体"/>
                <w:b w:val="0"/>
                <w:sz w:val="18"/>
              </w:rPr>
              <w:t>学生可能会根据数据的特点，提出用“差”或“倍”表示两个数量关系的问题，极个别学生也许会提出用分数表示两个数量关系的问题。</w:t>
            </w:r>
          </w:p>
          <w:p>
            <w:pPr>
              <w:spacing w:after="20" w:line="276" w:lineRule="auto"/>
            </w:pPr>
            <w:r>
              <w:rPr>
                <w:rFonts w:ascii="宋体" w:hAnsi="宋体" w:eastAsia="宋体"/>
                <w:b w:val="0"/>
                <w:sz w:val="18"/>
              </w:rPr>
              <w:t>这是学生已经学过的知识，他们能独立完成。</w:t>
            </w:r>
          </w:p>
          <w:p>
            <w:pPr>
              <w:spacing w:after="20" w:line="276" w:lineRule="auto"/>
            </w:pPr>
            <w:r>
              <w:rPr>
                <w:rFonts w:ascii="宋体" w:hAnsi="宋体" w:eastAsia="宋体"/>
                <w:b w:val="0"/>
                <w:sz w:val="18"/>
              </w:rPr>
              <w:t>学生独立解决问题，并反馈：鸡的只数是鸭的20÷10=2倍。</w:t>
            </w:r>
          </w:p>
          <w:p>
            <w:pPr>
              <w:spacing w:after="20" w:line="276" w:lineRule="auto"/>
            </w:pPr>
            <w:r>
              <w:rPr>
                <w:rFonts w:ascii="宋体" w:hAnsi="宋体" w:eastAsia="宋体"/>
                <w:b w:val="0"/>
                <w:sz w:val="18"/>
              </w:rPr>
              <w:t>求鹅的只数是鸭的多少倍，就是把鸭的只数看作单位“1”，将鹅的只数与鸭的只数进行比较，就是求7只是10只的多少倍。</w:t>
            </w:r>
          </w:p>
          <w:p>
            <w:pPr>
              <w:spacing w:after="20" w:line="276" w:lineRule="auto"/>
            </w:pPr>
            <w:r>
              <w:rPr>
                <w:rFonts w:ascii="宋体" w:hAnsi="宋体" w:eastAsia="宋体"/>
                <w:b w:val="0"/>
                <w:sz w:val="18"/>
              </w:rPr>
              <w:t>学生独立列式解答，全班交流。</w:t>
            </w:r>
          </w:p>
          <w:p>
            <w:pPr>
              <w:spacing w:after="20" w:line="276" w:lineRule="auto"/>
            </w:pPr>
            <w:r>
              <w:rPr>
                <w:rFonts w:ascii="宋体" w:hAnsi="宋体" w:eastAsia="宋体"/>
                <w:b w:val="0"/>
                <w:sz w:val="18"/>
              </w:rPr>
              <w:t>学生可能会谈到根据分数的意义要求鹅的只数是鸭的多少倍，就是求7只是10只的多少倍，用除法计算，可以用7÷10表示。把10只看作一个整体，7只就是这个整体的 EMBED Equation.DSMT4  ，也可以根据分数与除法的关系直接得到商为 EMBED Equation.DSMT4  。</w:t>
            </w:r>
          </w:p>
          <w:p>
            <w:pPr>
              <w:spacing w:after="20" w:line="276" w:lineRule="auto"/>
            </w:pPr>
            <w:r>
              <w:rPr>
                <w:rFonts w:ascii="宋体" w:hAnsi="宋体" w:eastAsia="宋体"/>
                <w:b w:val="0"/>
                <w:sz w:val="18"/>
              </w:rPr>
              <w:t>学生交流，教师板书：7÷10＝ EMBED Equation.DSMT4    鹅的只数是鸭的 EMBED Equation.DSMT4  倍。</w:t>
            </w:r>
          </w:p>
          <w:p>
            <w:pPr>
              <w:spacing w:after="20" w:line="276" w:lineRule="auto"/>
            </w:pPr>
            <w:r>
              <w:rPr>
                <w:rFonts w:ascii="宋体" w:hAnsi="宋体" w:eastAsia="宋体"/>
                <w:b w:val="0"/>
                <w:sz w:val="18"/>
              </w:rPr>
              <w:t>第1问求出的倍数是整数，第2问求出的倍数是分数。</w:t>
            </w:r>
          </w:p>
        </w:tc>
        <w:tc>
          <w:tcPr>
            <w:tcW w:type="dxa" w:w="1814"/>
          </w:tcPr>
          <w:p>
            <w:pPr>
              <w:spacing w:after="20" w:line="276" w:lineRule="auto"/>
            </w:pPr>
            <w:r/>
            <w:r>
              <w:rPr>
                <w:rFonts w:ascii="宋体" w:hAnsi="宋体" w:eastAsia="宋体"/>
                <w:b w:val="0"/>
                <w:sz w:val="18"/>
              </w:rPr>
              <w:t>让学生体会到求一个数是另一个数的几分之几也是比较两个数量的关系。</w:t>
            </w:r>
          </w:p>
          <w:p>
            <w:pPr>
              <w:spacing w:after="20" w:line="276" w:lineRule="auto"/>
            </w:pPr>
            <w:r>
              <w:rPr>
                <w:rFonts w:ascii="宋体" w:hAnsi="宋体" w:eastAsia="宋体"/>
                <w:b w:val="0"/>
                <w:sz w:val="18"/>
              </w:rPr>
              <w:t>“求一个数是另一个数的几分之几”本质上是用分数表示两个数量倍比的结果，它既是“求一个数是另一个数的几倍”这一数学问题的自然拓展，又与“求一个数比另一个数多(少)几”的数学问题有着一定的关联。因此，在让学生运用已有的数学知识和方法对相关的两个数量进行比较的背景下，引导学生探索“求一个数是另一个数的几分之几”</w:t>
            </w:r>
          </w:p>
        </w:tc>
      </w:tr>
      <w:tr>
        <w:tc>
          <w:tcPr>
            <w:tcW w:type="dxa" w:w="1474"/>
          </w:tcPr>
          <w:p>
            <w:pPr>
              <w:spacing w:after="20" w:line="276" w:lineRule="auto"/>
            </w:pPr>
            <w:r>
              <w:rPr>
                <w:b/>
              </w:rPr>
            </w:r>
            <w:r>
              <w:rPr>
                <w:rFonts w:ascii="宋体" w:hAnsi="宋体" w:eastAsia="宋体"/>
                <w:b/>
                <w:sz w:val="18"/>
              </w:rPr>
              <w:t>三、变换情境，深化认识</w:t>
            </w:r>
          </w:p>
        </w:tc>
        <w:tc>
          <w:tcPr>
            <w:tcW w:type="dxa" w:w="3061"/>
          </w:tcPr>
          <w:p>
            <w:pPr>
              <w:spacing w:after="20" w:line="276" w:lineRule="auto"/>
            </w:pPr>
            <w:r/>
            <w:r>
              <w:rPr>
                <w:rFonts w:ascii="宋体" w:hAnsi="宋体" w:eastAsia="宋体"/>
                <w:b w:val="0"/>
                <w:sz w:val="18"/>
              </w:rPr>
              <w:t>1.课件出示教科书P51“练习十二”第4题部分问题。</w:t>
            </w:r>
          </w:p>
          <w:p>
            <w:pPr>
              <w:spacing w:after="20" w:line="276" w:lineRule="auto"/>
            </w:pPr>
            <w:r>
              <w:rPr>
                <w:rFonts w:ascii="宋体" w:hAnsi="宋体" w:eastAsia="宋体"/>
                <w:b w:val="0"/>
                <w:sz w:val="18"/>
              </w:rPr>
              <w:t>师：这道题能用今天所学的知识来解决吗？</w:t>
            </w:r>
          </w:p>
          <w:p>
            <w:pPr>
              <w:spacing w:after="20" w:line="276" w:lineRule="auto"/>
            </w:pPr>
            <w:r>
              <w:rPr>
                <w:rFonts w:ascii="宋体" w:hAnsi="宋体" w:eastAsia="宋体"/>
                <w:b w:val="0"/>
                <w:sz w:val="18"/>
              </w:rPr>
              <w:t>师小结：把低级单位的名数换算成高级单位的名数，都用进率去除，根据除法与分数的关系，结果可用分数表示。</w:t>
            </w:r>
          </w:p>
          <w:p>
            <w:pPr>
              <w:spacing w:after="20" w:line="276" w:lineRule="auto"/>
            </w:pPr>
            <w:r>
              <w:rPr>
                <w:rFonts w:ascii="宋体" w:hAnsi="宋体" w:eastAsia="宋体"/>
                <w:b w:val="0"/>
                <w:sz w:val="18"/>
              </w:rPr>
              <w:t>完成后集中展示交流。</w:t>
            </w:r>
          </w:p>
        </w:tc>
        <w:tc>
          <w:tcPr>
            <w:tcW w:type="dxa" w:w="3061"/>
          </w:tcPr>
          <w:p>
            <w:pPr>
              <w:spacing w:after="20" w:line="276" w:lineRule="auto"/>
            </w:pPr>
            <w:r/>
            <w:r>
              <w:rPr>
                <w:rFonts w:ascii="宋体" w:hAnsi="宋体" w:eastAsia="宋体"/>
                <w:b w:val="0"/>
                <w:sz w:val="18"/>
              </w:rPr>
              <w:t>学生尝试自主练习，师生交流讨论。</w:t>
            </w:r>
          </w:p>
          <w:p>
            <w:pPr>
              <w:spacing w:after="20" w:line="276" w:lineRule="auto"/>
            </w:pPr>
            <w:r>
              <w:rPr>
                <w:rFonts w:ascii="宋体" w:hAnsi="宋体" w:eastAsia="宋体"/>
                <w:b w:val="0"/>
                <w:sz w:val="18"/>
              </w:rPr>
              <w:t>引导学生说出求9cm=？dm就是求9cm是10cm(10是进率)的几分之几，也可以用除法9÷10表示，所以9cm= EMBED Equation.DSMT4  dm；求133dm3＝?m3就是求133dm3是1000dm3（1000是进率）的几分之几，用除法133÷1000表示，所以133dm3＝ EMBED Equation.DSMT4  m3。</w:t>
            </w:r>
          </w:p>
          <w:p>
            <w:pPr>
              <w:spacing w:after="20" w:line="276" w:lineRule="auto"/>
            </w:pPr>
            <w:r>
              <w:rPr>
                <w:rFonts w:ascii="宋体" w:hAnsi="宋体" w:eastAsia="宋体"/>
                <w:b w:val="0"/>
                <w:sz w:val="18"/>
              </w:rPr>
              <w:t>2.学生独立完成教科书P51“练习十二”第4题</w:t>
            </w:r>
          </w:p>
        </w:tc>
        <w:tc>
          <w:tcPr>
            <w:tcW w:type="dxa" w:w="1814"/>
          </w:tcPr>
          <w:p>
            <w:pPr>
              <w:spacing w:after="20" w:line="276" w:lineRule="auto"/>
            </w:pPr>
            <w:r/>
            <w:r>
              <w:rPr>
                <w:rFonts w:ascii="宋体" w:hAnsi="宋体" w:eastAsia="宋体"/>
                <w:b w:val="0"/>
                <w:sz w:val="18"/>
              </w:rPr>
              <w:t>以不同的方式呈现知识，让学生熟练运用所学的知识解决问题，从而加深学生对“求一个数是另一个数的几分之几”的理解。</w:t>
            </w:r>
          </w:p>
        </w:tc>
      </w:tr>
      <w:tr>
        <w:tc>
          <w:tcPr>
            <w:tcW w:type="dxa" w:w="1474"/>
          </w:tcPr>
          <w:p>
            <w:pPr>
              <w:spacing w:after="20" w:line="276" w:lineRule="auto"/>
            </w:pPr>
            <w:r>
              <w:rPr>
                <w:b/>
              </w:rPr>
            </w:r>
            <w:r>
              <w:rPr>
                <w:rFonts w:ascii="宋体" w:hAnsi="宋体" w:eastAsia="宋体"/>
                <w:b/>
                <w:sz w:val="18"/>
              </w:rPr>
              <w:t>四、自主练习、集中反馈</w:t>
            </w:r>
          </w:p>
        </w:tc>
        <w:tc>
          <w:tcPr>
            <w:tcW w:type="dxa" w:w="3061"/>
          </w:tcPr>
          <w:p>
            <w:pPr>
              <w:spacing w:after="20" w:line="276" w:lineRule="auto"/>
            </w:pPr>
            <w:r/>
            <w:r>
              <w:rPr>
                <w:rFonts w:ascii="宋体" w:hAnsi="宋体" w:eastAsia="宋体"/>
                <w:b w:val="0"/>
                <w:sz w:val="18"/>
              </w:rPr>
              <w:t>1.课件出示教科书P50“做一做”第2题。</w:t>
            </w:r>
          </w:p>
          <w:p>
            <w:pPr>
              <w:spacing w:after="20" w:line="276" w:lineRule="auto"/>
            </w:pPr>
            <w:r>
              <w:rPr>
                <w:rFonts w:ascii="宋体" w:hAnsi="宋体" w:eastAsia="宋体"/>
                <w:b w:val="0"/>
                <w:sz w:val="18"/>
              </w:rPr>
              <w:t>2.完成教科书P51“练习十二”第5题。</w:t>
            </w:r>
          </w:p>
          <w:p>
            <w:pPr>
              <w:spacing w:after="20" w:line="276" w:lineRule="auto"/>
            </w:pPr>
            <w:r>
              <w:rPr>
                <w:rFonts w:ascii="宋体" w:hAnsi="宋体" w:eastAsia="宋体"/>
                <w:b w:val="0"/>
                <w:sz w:val="18"/>
              </w:rPr>
              <w:t>先让学生读取信息，再让学生解决问题并组织交流。</w:t>
            </w:r>
          </w:p>
          <w:p>
            <w:pPr>
              <w:spacing w:after="20" w:line="276" w:lineRule="auto"/>
            </w:pPr>
            <w:r>
              <w:rPr>
                <w:rFonts w:ascii="宋体" w:hAnsi="宋体" w:eastAsia="宋体"/>
                <w:b w:val="0"/>
                <w:sz w:val="18"/>
              </w:rPr>
              <w:t>3.完成教科书P52“练习十二”第10、11、13题。</w:t>
            </w:r>
          </w:p>
        </w:tc>
        <w:tc>
          <w:tcPr>
            <w:tcW w:type="dxa" w:w="3061"/>
          </w:tcPr>
          <w:p>
            <w:pPr>
              <w:spacing w:after="20" w:line="276" w:lineRule="auto"/>
            </w:pPr>
            <w:r/>
            <w:r>
              <w:rPr>
                <w:rFonts w:ascii="宋体" w:hAnsi="宋体" w:eastAsia="宋体"/>
                <w:b w:val="0"/>
                <w:sz w:val="18"/>
              </w:rPr>
              <w:t>学生独立解答后交流。</w:t>
            </w:r>
          </w:p>
          <w:p>
            <w:pPr>
              <w:spacing w:after="20" w:line="276" w:lineRule="auto"/>
            </w:pPr>
            <w:r>
              <w:rPr>
                <w:rFonts w:ascii="宋体" w:hAnsi="宋体" w:eastAsia="宋体"/>
                <w:b w:val="0"/>
                <w:sz w:val="18"/>
              </w:rPr>
              <w:t>学生独立完成后集中评价。</w:t>
            </w:r>
          </w:p>
          <w:p>
            <w:pPr>
              <w:spacing w:after="20" w:line="276" w:lineRule="auto"/>
            </w:pPr>
            <w:r>
              <w:rPr>
                <w:rFonts w:ascii="宋体" w:hAnsi="宋体" w:eastAsia="宋体"/>
                <w:b w:val="0"/>
                <w:sz w:val="18"/>
              </w:rPr>
              <w:t>第11题要求学生先说出单位“1”，再列式解答。</w:t>
            </w:r>
          </w:p>
        </w:tc>
        <w:tc>
          <w:tcPr>
            <w:tcW w:type="dxa" w:w="1814"/>
          </w:tcPr>
          <w:p>
            <w:pPr>
              <w:spacing w:after="20" w:line="276" w:lineRule="auto"/>
            </w:pPr>
            <w:r/>
            <w:r>
              <w:rPr>
                <w:rFonts w:ascii="宋体" w:hAnsi="宋体" w:eastAsia="宋体"/>
                <w:b w:val="0"/>
                <w:sz w:val="18"/>
              </w:rPr>
              <w:t>运用除法与分数的关系解决问题，进一步理解具体情境中分数的实际含义，并练习用分数表示两个量之间的关系。</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师：通过本节课的学习，你们获得了哪些比较两个量大小或多少的经验?</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引导学生回顾梳理本课所学，完善认知结构，提升归纳与反思能力，核心问题："通过本节课的学习，你们获得了哪些比较两个量大小或多少的经验?"</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分数与除法（2）</w:t>
      </w:r>
    </w:p>
    <w:p>
      <w:pPr>
        <w:spacing w:after="40" w:line="300" w:lineRule="auto"/>
      </w:pPr>
      <w:r>
        <w:rPr>
          <w:rFonts w:ascii="宋体" w:hAnsi="宋体" w:eastAsia="宋体"/>
          <w:b w:val="0"/>
          <w:sz w:val="20"/>
        </w:rPr>
        <w:t>20÷10=2</w:t>
      </w:r>
    </w:p>
    <w:p>
      <w:pPr>
        <w:spacing w:after="40" w:line="300" w:lineRule="auto"/>
      </w:pPr>
      <w:r>
        <w:rPr>
          <w:rFonts w:ascii="宋体" w:hAnsi="宋体" w:eastAsia="宋体"/>
          <w:b w:val="0"/>
          <w:sz w:val="20"/>
        </w:rPr>
        <w:t>7÷10= EMBED Equation.DSMT4</w:t>
      </w:r>
    </w:p>
    <w:p>
      <w:pPr>
        <w:spacing w:after="40" w:line="300" w:lineRule="auto"/>
      </w:pPr>
      <w:r>
        <w:rPr>
          <w:rFonts w:ascii="宋体" w:hAnsi="宋体" w:eastAsia="宋体"/>
          <w:b w:val="0"/>
          <w:sz w:val="20"/>
        </w:rPr>
        <w:t>鸡的只数是鸭的2倍。鹅的只数是鸭的 EMBED Equation.DSMT4  倍。</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教科书P50例4，完成教科书P50“做一做”第2题及P51～52“练习十二”中相关习题。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求白纸条的长是蓝纸条的几分之几，只需让学生知道是把蓝纸条的长度看作单位“1”，商可以用分数表示。 【教学提示】 学生列式解答并不难，关键是要让学生理解为什么这样列式。</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解决“求一个数是另一个数的几分之几”的实际问题。在教学中教师让学生经历解决问题的过程，利用分数的意义及分数与除法的关系解决实际问题，加深了学生对分数的意义的理解。但在名数的换算时，教师放手让学生自主探索，大部分学生能够很快归纳出方法，还有少数学生并不能完全理解算理，教师应及时给予指导。</w:t>
      </w:r>
    </w:p>
    <w:p>
      <w:r>
        <w:br w:type="page"/>
      </w:r>
    </w:p>
    <w:p>
      <w:pPr>
        <w:spacing w:after="80" w:line="300" w:lineRule="auto"/>
      </w:pPr>
      <w:r>
        <w:rPr>
          <w:rFonts w:ascii="黑体" w:hAnsi="黑体" w:eastAsia="黑体"/>
          <w:b/>
          <w:sz w:val="24"/>
        </w:rPr>
        <w:t>二、课时教学方案（第10课时）</w:t>
      </w:r>
    </w:p>
    <w:p>
      <w:pPr>
        <w:spacing w:after="80" w:line="300" w:lineRule="auto"/>
      </w:pPr>
      <w:r>
        <w:rPr>
          <w:rFonts w:ascii="黑体" w:hAnsi="黑体" w:eastAsia="黑体"/>
          <w:b/>
          <w:sz w:val="24"/>
        </w:rPr>
        <w:t>第10课时　约分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第10课时　约分</w:t>
            </w:r>
          </w:p>
        </w:tc>
        <w:tc>
          <w:tcPr>
            <w:tcW w:type="dxa" w:w="6009"/>
          </w:tcPr>
          <w:p>
            <w:pPr>
              <w:spacing w:after="20" w:line="276" w:lineRule="auto"/>
            </w:pPr>
            <w:r/>
            <w:r>
              <w:rPr>
                <w:rFonts w:ascii="宋体" w:hAnsi="宋体" w:eastAsia="宋体"/>
                <w:b w:val="0"/>
                <w:sz w:val="20"/>
              </w:rPr>
              <w:t>第4单元 分数的意义和性质（约分）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教学内容：教科书P65例4，完成教科书P65“做一做”第1、2题及教科书P66“练习十六”中第1～3题。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（1）理解约分和最简分数的意义，进一步加深对分数的基本性质、公因数、最大公因数的认识。探究并掌握约分的方法，能灵活运用所学知识正确约分。</w:t>
      </w:r>
    </w:p>
    <w:p>
      <w:pPr>
        <w:spacing w:after="20" w:line="300" w:lineRule="auto"/>
        <w:ind w:firstLine="400"/>
      </w:pPr>
      <w:r>
        <w:rPr>
          <w:rFonts w:ascii="宋体" w:hAnsi="宋体" w:eastAsia="宋体"/>
          <w:b w:val="0"/>
          <w:sz w:val="20"/>
        </w:rPr>
        <w:t>（2）在活动中提升学生的观察操作能力、归纳概括能力。</w:t>
      </w:r>
    </w:p>
    <w:p>
      <w:pPr>
        <w:spacing w:after="20" w:line="300" w:lineRule="auto"/>
        <w:ind w:firstLine="400"/>
      </w:pPr>
      <w:r>
        <w:rPr>
          <w:rFonts w:ascii="宋体" w:hAnsi="宋体" w:eastAsia="宋体"/>
          <w:b w:val="0"/>
          <w:sz w:val="20"/>
        </w:rPr>
        <w:t>（3）积累数学活动经验，体验数学学习的乐趣。</w:t>
      </w:r>
    </w:p>
    <w:p>
      <w:pPr>
        <w:spacing w:after="20" w:line="300" w:lineRule="auto"/>
      </w:pPr>
      <w:r>
        <w:rPr>
          <w:rFonts w:ascii="宋体" w:hAnsi="宋体" w:eastAsia="宋体"/>
          <w:b w:val="0"/>
          <w:sz w:val="20"/>
        </w:rPr>
        <w:t>教学重点：归纳、概括出最简分数的概念及约分的方法。</w:t>
      </w:r>
    </w:p>
    <w:p>
      <w:pPr>
        <w:spacing w:after="20" w:line="300" w:lineRule="auto"/>
      </w:pPr>
      <w:r>
        <w:rPr>
          <w:rFonts w:ascii="宋体" w:hAnsi="宋体" w:eastAsia="宋体"/>
          <w:b w:val="0"/>
          <w:sz w:val="20"/>
        </w:rPr>
        <w:t>教学难点：理解约分的意义，掌握约分的方法。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二、探究新知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题目要求什么？；怎样才能保证分数大小不变？</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三、实践应用，提升认识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解决这个问题时，你们的依据是什么？</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通过刚才的探究，我们来回顾一下今天的学习过程，你们有什么收获？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一、复习旧知识，揭示课题</w:t>
            </w:r>
          </w:p>
        </w:tc>
        <w:tc>
          <w:tcPr>
            <w:tcW w:type="dxa" w:w="3061"/>
          </w:tcPr>
          <w:p>
            <w:pPr>
              <w:spacing w:after="20" w:line="276" w:lineRule="auto"/>
            </w:pPr>
            <w:r/>
            <w:r>
              <w:rPr>
                <w:rFonts w:ascii="宋体" w:hAnsi="宋体" w:eastAsia="宋体"/>
                <w:b w:val="0"/>
                <w:sz w:val="18"/>
              </w:rPr>
              <w:t>课件呈现复习题。</w:t>
            </w:r>
          </w:p>
          <w:p>
            <w:pPr>
              <w:spacing w:after="20" w:line="276" w:lineRule="auto"/>
            </w:pPr>
            <w:r>
              <w:rPr>
                <w:rFonts w:ascii="宋体" w:hAnsi="宋体" w:eastAsia="宋体"/>
                <w:b w:val="0"/>
                <w:sz w:val="18"/>
              </w:rPr>
              <w:t>师：同学们的回答非常好。像这样把 EMBED Equation.DSMT4  化成分子、分母比较小而分数大小不变的分数就叫约分。今天我们就来学习和约分有关的知识。(板书课题：约分)</w:t>
            </w:r>
          </w:p>
        </w:tc>
        <w:tc>
          <w:tcPr>
            <w:tcW w:type="dxa" w:w="3061"/>
          </w:tcPr>
          <w:p>
            <w:pPr>
              <w:spacing w:after="20" w:line="276" w:lineRule="auto"/>
            </w:pPr>
            <w:r/>
            <w:r>
              <w:rPr>
                <w:rFonts w:ascii="宋体" w:hAnsi="宋体" w:eastAsia="宋体"/>
                <w:b w:val="0"/>
                <w:sz w:val="18"/>
              </w:rPr>
              <w:t>学生口答，教师课件呈现结果。</w:t>
            </w:r>
          </w:p>
        </w:tc>
        <w:tc>
          <w:tcPr>
            <w:tcW w:type="dxa" w:w="1814"/>
          </w:tcPr>
          <w:p>
            <w:pPr>
              <w:spacing w:after="20" w:line="276" w:lineRule="auto"/>
            </w:pPr>
            <w:r/>
            <w:r>
              <w:rPr>
                <w:rFonts w:ascii="宋体" w:hAnsi="宋体" w:eastAsia="宋体"/>
                <w:b w:val="0"/>
                <w:sz w:val="18"/>
              </w:rPr>
              <w:t>根据分数的基本性质把分数转化为指定分子或分母的分数，为新课的学习打好基础。</w:t>
            </w:r>
          </w:p>
        </w:tc>
      </w:tr>
      <w:tr>
        <w:tc>
          <w:tcPr>
            <w:tcW w:type="dxa" w:w="1474"/>
          </w:tcPr>
          <w:p>
            <w:pPr>
              <w:spacing w:after="20" w:line="276" w:lineRule="auto"/>
            </w:pPr>
            <w:r>
              <w:rPr>
                <w:b/>
              </w:rPr>
            </w:r>
            <w:r>
              <w:rPr>
                <w:rFonts w:ascii="宋体" w:hAnsi="宋体" w:eastAsia="宋体"/>
                <w:b/>
                <w:sz w:val="18"/>
              </w:rPr>
              <w:t>二、探究新知</w:t>
            </w:r>
          </w:p>
        </w:tc>
        <w:tc>
          <w:tcPr>
            <w:tcW w:type="dxa" w:w="3061"/>
          </w:tcPr>
          <w:p>
            <w:pPr>
              <w:spacing w:after="20" w:line="276" w:lineRule="auto"/>
            </w:pPr>
            <w:r/>
            <w:r>
              <w:rPr>
                <w:rFonts w:ascii="宋体" w:hAnsi="宋体" w:eastAsia="宋体"/>
                <w:b w:val="0"/>
                <w:sz w:val="18"/>
              </w:rPr>
              <w:t>1.课件出示教科书P65例4。</w:t>
            </w:r>
          </w:p>
          <w:p>
            <w:pPr>
              <w:spacing w:after="20" w:line="276" w:lineRule="auto"/>
            </w:pPr>
            <w:r>
              <w:rPr>
                <w:rFonts w:ascii="宋体" w:hAnsi="宋体" w:eastAsia="宋体"/>
                <w:b w:val="0"/>
                <w:sz w:val="18"/>
              </w:rPr>
              <w:t>2．仔细读题，理解题意。</w:t>
            </w:r>
          </w:p>
          <w:p>
            <w:pPr>
              <w:spacing w:after="20" w:line="276" w:lineRule="auto"/>
            </w:pPr>
            <w:r>
              <w:rPr>
                <w:rFonts w:ascii="宋体" w:hAnsi="宋体" w:eastAsia="宋体"/>
                <w:b w:val="0"/>
                <w:sz w:val="18"/>
              </w:rPr>
              <w:t>师：题目要求什么？</w:t>
            </w:r>
          </w:p>
          <w:p>
            <w:pPr>
              <w:spacing w:after="20" w:line="276" w:lineRule="auto"/>
            </w:pPr>
            <w:r>
              <w:rPr>
                <w:rFonts w:ascii="宋体" w:hAnsi="宋体" w:eastAsia="宋体"/>
                <w:b w:val="0"/>
                <w:sz w:val="18"/>
              </w:rPr>
              <w:t>师：怎样才能保证分数大小不变？</w:t>
            </w:r>
          </w:p>
          <w:p>
            <w:pPr>
              <w:spacing w:after="20" w:line="276" w:lineRule="auto"/>
            </w:pPr>
            <w:r>
              <w:rPr>
                <w:rFonts w:ascii="宋体" w:hAnsi="宋体" w:eastAsia="宋体"/>
                <w:b w:val="0"/>
                <w:sz w:val="18"/>
              </w:rPr>
              <w:t>师：怎样才能使分子和分母比较小？</w:t>
            </w:r>
          </w:p>
          <w:p>
            <w:pPr>
              <w:spacing w:after="20" w:line="276" w:lineRule="auto"/>
            </w:pPr>
            <w:r>
              <w:rPr>
                <w:rFonts w:ascii="宋体" w:hAnsi="宋体" w:eastAsia="宋体"/>
                <w:b w:val="0"/>
                <w:sz w:val="18"/>
              </w:rPr>
              <w:t>师：请你们自己独立思考，尝试着做一做。</w:t>
            </w:r>
          </w:p>
          <w:p>
            <w:pPr>
              <w:spacing w:after="20" w:line="276" w:lineRule="auto"/>
            </w:pPr>
            <w:r>
              <w:rPr>
                <w:rFonts w:ascii="宋体" w:hAnsi="宋体" w:eastAsia="宋体"/>
                <w:b w:val="0"/>
                <w:sz w:val="18"/>
              </w:rPr>
              <w:t>教师板书：</w:t>
            </w:r>
          </w:p>
          <w:p>
            <w:pPr>
              <w:spacing w:after="20" w:line="276" w:lineRule="auto"/>
            </w:pPr>
            <w:r>
              <w:rPr>
                <w:rFonts w:ascii="宋体" w:hAnsi="宋体" w:eastAsia="宋体"/>
                <w:b w:val="0"/>
                <w:sz w:val="18"/>
              </w:rPr>
              <w:t>4．观察分析，发现规律。</w:t>
            </w:r>
          </w:p>
          <w:p>
            <w:pPr>
              <w:spacing w:after="20" w:line="276" w:lineRule="auto"/>
            </w:pPr>
            <w:r>
              <w:rPr>
                <w:rFonts w:ascii="宋体" w:hAnsi="宋体" w:eastAsia="宋体"/>
                <w:b w:val="0"/>
                <w:sz w:val="18"/>
              </w:rPr>
              <w:t>(1)理解约分的概念。</w:t>
            </w:r>
          </w:p>
          <w:p>
            <w:pPr>
              <w:spacing w:after="20" w:line="276" w:lineRule="auto"/>
            </w:pPr>
            <w:r>
              <w:rPr>
                <w:rFonts w:ascii="宋体" w:hAnsi="宋体" w:eastAsia="宋体"/>
                <w:b w:val="0"/>
                <w:sz w:val="18"/>
              </w:rPr>
              <w:t>师：仔细观察同学们的各种解答，都达到了题目的要求了吗？</w:t>
            </w:r>
          </w:p>
          <w:p>
            <w:pPr>
              <w:spacing w:after="20" w:line="276" w:lineRule="auto"/>
            </w:pPr>
            <w:r>
              <w:rPr>
                <w:rFonts w:ascii="宋体" w:hAnsi="宋体" w:eastAsia="宋体"/>
                <w:b w:val="0"/>
                <w:sz w:val="18"/>
              </w:rPr>
              <w:t>师：尽管结果不一样，但是他们的解法相同吗？</w:t>
            </w:r>
          </w:p>
          <w:p>
            <w:pPr>
              <w:spacing w:after="20" w:line="276" w:lineRule="auto"/>
            </w:pPr>
            <w:r>
              <w:rPr>
                <w:rFonts w:ascii="宋体" w:hAnsi="宋体" w:eastAsia="宋体"/>
                <w:b w:val="0"/>
                <w:sz w:val="18"/>
              </w:rPr>
              <w:t>师介绍：把一个分数化成和它相等，但分子和分母都比较小的分数叫作约分。(板书)</w:t>
            </w:r>
          </w:p>
          <w:p>
            <w:pPr>
              <w:spacing w:after="20" w:line="276" w:lineRule="auto"/>
            </w:pPr>
            <w:r>
              <w:rPr>
                <w:rFonts w:ascii="宋体" w:hAnsi="宋体" w:eastAsia="宋体"/>
                <w:b w:val="0"/>
                <w:sz w:val="18"/>
              </w:rPr>
              <w:t>(2)理解最简分数的概念。</w:t>
            </w:r>
          </w:p>
          <w:p>
            <w:pPr>
              <w:spacing w:after="20" w:line="276" w:lineRule="auto"/>
            </w:pPr>
            <w:r>
              <w:rPr>
                <w:rFonts w:ascii="宋体" w:hAnsi="宋体" w:eastAsia="宋体"/>
                <w:b w:val="0"/>
                <w:sz w:val="18"/>
              </w:rPr>
              <w:t>师：仔细观察这里的 EMBED Equation.DSMT4  ， EMBED Equation.DSMT4  ， EMBED Equation.DSMT4  ， EMBED Equation.DSMT4  ，它们之间有什么关系？</w:t>
            </w:r>
          </w:p>
          <w:p>
            <w:pPr>
              <w:spacing w:after="20" w:line="276" w:lineRule="auto"/>
            </w:pPr>
            <w:r>
              <w:rPr>
                <w:rFonts w:ascii="宋体" w:hAnsi="宋体" w:eastAsia="宋体"/>
                <w:b w:val="0"/>
                <w:sz w:val="18"/>
              </w:rPr>
              <w:t>师：还有什么发现？</w:t>
            </w:r>
          </w:p>
          <w:p>
            <w:pPr>
              <w:spacing w:after="20" w:line="276" w:lineRule="auto"/>
            </w:pPr>
            <w:r>
              <w:rPr>
                <w:rFonts w:ascii="宋体" w:hAnsi="宋体" w:eastAsia="宋体"/>
                <w:b w:val="0"/>
                <w:sz w:val="18"/>
              </w:rPr>
              <w:t>师：同学们观察真仔细，像 EMBED Equation.DSMT4  这样，分子和分母只有公因数1的分数叫作最简分数。</w:t>
            </w:r>
          </w:p>
          <w:p>
            <w:pPr>
              <w:spacing w:after="20" w:line="276" w:lineRule="auto"/>
            </w:pPr>
            <w:r>
              <w:rPr>
                <w:rFonts w:ascii="宋体" w:hAnsi="宋体" w:eastAsia="宋体"/>
                <w:b w:val="0"/>
                <w:sz w:val="18"/>
              </w:rPr>
              <w:t>板书：分子和分母只有公因数1的分数叫作最简分数。约分时，通常要约成最简分数。</w:t>
            </w:r>
          </w:p>
          <w:p>
            <w:pPr>
              <w:spacing w:after="20" w:line="276" w:lineRule="auto"/>
            </w:pPr>
            <w:r>
              <w:rPr>
                <w:rFonts w:ascii="宋体" w:hAnsi="宋体" w:eastAsia="宋体"/>
                <w:b w:val="0"/>
                <w:sz w:val="18"/>
              </w:rPr>
              <w:t>师：通过刚才的探究，同学们用自己想出的不同方法，将分数化成了最简分数，这个做法就是约分的过程。同学们，还可以怎样理解呢？</w:t>
            </w:r>
          </w:p>
          <w:p>
            <w:pPr>
              <w:spacing w:after="20" w:line="276" w:lineRule="auto"/>
            </w:pPr>
            <w:r>
              <w:rPr>
                <w:rFonts w:ascii="宋体" w:hAnsi="宋体" w:eastAsia="宋体"/>
                <w:b w:val="0"/>
                <w:sz w:val="18"/>
              </w:rPr>
              <w:t>师：大家真会学习，我还有几个问题想请大家帮帮忙。化简是指什么？化简的依据是什么？化简到什么时候为止？</w:t>
            </w:r>
          </w:p>
          <w:p>
            <w:pPr>
              <w:spacing w:after="20" w:line="276" w:lineRule="auto"/>
            </w:pPr>
            <w:r>
              <w:rPr>
                <w:rFonts w:ascii="宋体" w:hAnsi="宋体" w:eastAsia="宋体"/>
                <w:b w:val="0"/>
                <w:sz w:val="18"/>
              </w:rPr>
              <w:t>(3)介绍约分的简便写法。</w:t>
            </w:r>
          </w:p>
          <w:p>
            <w:pPr>
              <w:spacing w:after="20" w:line="276" w:lineRule="auto"/>
            </w:pPr>
            <w:r>
              <w:rPr>
                <w:rFonts w:ascii="宋体" w:hAnsi="宋体" w:eastAsia="宋体"/>
                <w:b w:val="0"/>
                <w:sz w:val="18"/>
              </w:rPr>
              <w:t>师：同学们总结得真好，其实约分除了同学们想到的方法外，还可以这样写：</w:t>
            </w:r>
          </w:p>
          <w:p>
            <w:pPr>
              <w:spacing w:after="20" w:line="276" w:lineRule="auto"/>
            </w:pPr>
            <w:r>
              <w:rPr>
                <w:rFonts w:ascii="宋体" w:hAnsi="宋体" w:eastAsia="宋体"/>
                <w:b w:val="0"/>
                <w:sz w:val="18"/>
              </w:rPr>
              <w:t>教师边板书边讲解约分的过程：①逐次约分，找到分子和分母的公因数，就分别去除分子和分母，把商写在对应位置。继续找两个商的公因数，继续去除第一次得到的两个商……直到得到的两个商只有公因数1。②一次约分，找到分子和分母的最大公因数，直接用最大公因数去除分子和分母，得到的分数就是最简分数。</w:t>
            </w:r>
          </w:p>
          <w:p>
            <w:pPr>
              <w:spacing w:after="20" w:line="276" w:lineRule="auto"/>
            </w:pPr>
            <w:r>
              <w:rPr>
                <w:rFonts w:ascii="宋体" w:hAnsi="宋体" w:eastAsia="宋体"/>
                <w:b w:val="0"/>
                <w:sz w:val="18"/>
              </w:rPr>
              <w:t>师：同学们观察一下刚才的约分过程，怎样约分比较简便？</w:t>
            </w:r>
          </w:p>
        </w:tc>
        <w:tc>
          <w:tcPr>
            <w:tcW w:type="dxa" w:w="3061"/>
          </w:tcPr>
          <w:p>
            <w:pPr>
              <w:spacing w:after="20" w:line="276" w:lineRule="auto"/>
            </w:pPr>
            <w:r/>
            <w:r>
              <w:rPr>
                <w:rFonts w:ascii="宋体" w:hAnsi="宋体" w:eastAsia="宋体"/>
                <w:b w:val="0"/>
                <w:sz w:val="18"/>
              </w:rPr>
              <w:t>化成分子和分母比较小且分数大小不变的分数，包括两个意思：分子、分母比原分数的分子、分母都要小；分数大小不变。</w:t>
            </w:r>
          </w:p>
          <w:p>
            <w:pPr>
              <w:spacing w:after="20" w:line="276" w:lineRule="auto"/>
            </w:pPr>
            <w:r>
              <w:rPr>
                <w:rFonts w:ascii="宋体" w:hAnsi="宋体" w:eastAsia="宋体"/>
                <w:b w:val="0"/>
                <w:sz w:val="18"/>
              </w:rPr>
              <w:t>根据分数的基本性质，分子和分母同时乘或除以同一个不为0的数。</w:t>
            </w:r>
          </w:p>
          <w:p>
            <w:pPr>
              <w:spacing w:after="20" w:line="276" w:lineRule="auto"/>
            </w:pPr>
            <w:r>
              <w:rPr>
                <w:rFonts w:ascii="宋体" w:hAnsi="宋体" w:eastAsia="宋体"/>
                <w:b w:val="0"/>
                <w:sz w:val="18"/>
              </w:rPr>
              <w:t>分子和分母同时除以同一个大于1的数就比原来小。</w:t>
            </w:r>
          </w:p>
          <w:p>
            <w:pPr>
              <w:spacing w:after="20" w:line="276" w:lineRule="auto"/>
            </w:pPr>
            <w:r>
              <w:rPr>
                <w:rFonts w:ascii="宋体" w:hAnsi="宋体" w:eastAsia="宋体"/>
                <w:b w:val="0"/>
                <w:sz w:val="18"/>
              </w:rPr>
              <w:t>3．汇报交流。</w:t>
            </w:r>
          </w:p>
          <w:p>
            <w:pPr>
              <w:spacing w:after="20" w:line="276" w:lineRule="auto"/>
            </w:pPr>
            <w:r>
              <w:rPr>
                <w:rFonts w:ascii="宋体" w:hAnsi="宋体" w:eastAsia="宋体"/>
                <w:b w:val="0"/>
                <w:sz w:val="18"/>
              </w:rPr>
              <w:t>预设1：将分子、分母同时除以2，得到 EMBED Equation.DSMT4  。</w:t>
            </w:r>
          </w:p>
          <w:p>
            <w:pPr>
              <w:spacing w:after="20" w:line="276" w:lineRule="auto"/>
            </w:pPr>
            <w:r>
              <w:rPr>
                <w:rFonts w:ascii="宋体" w:hAnsi="宋体" w:eastAsia="宋体"/>
                <w:b w:val="0"/>
                <w:sz w:val="18"/>
              </w:rPr>
              <w:t>预设2：将分子、分母同时除以3，得到 EMBED Equation.DSMT4  。</w:t>
            </w:r>
          </w:p>
          <w:p>
            <w:pPr>
              <w:spacing w:after="20" w:line="276" w:lineRule="auto"/>
            </w:pPr>
            <w:r>
              <w:rPr>
                <w:rFonts w:ascii="宋体" w:hAnsi="宋体" w:eastAsia="宋体"/>
                <w:b w:val="0"/>
                <w:sz w:val="18"/>
              </w:rPr>
              <w:t>预设3：将分子、分母同时除以6，得到 EMBED Equation.DSMT4  。</w:t>
            </w:r>
          </w:p>
          <w:p>
            <w:pPr>
              <w:spacing w:after="20" w:line="276" w:lineRule="auto"/>
            </w:pPr>
            <w:r>
              <w:rPr>
                <w:rFonts w:ascii="宋体" w:hAnsi="宋体" w:eastAsia="宋体"/>
                <w:b w:val="0"/>
                <w:sz w:val="18"/>
              </w:rPr>
              <w:t>预设4：将分子、分母先同时除以2，再同时除以3，得到 EMBED Equation.DSMT4  。</w:t>
            </w:r>
          </w:p>
          <w:p>
            <w:pPr>
              <w:spacing w:after="20" w:line="276" w:lineRule="auto"/>
            </w:pPr>
            <w:r>
              <w:rPr>
                <w:rFonts w:ascii="宋体" w:hAnsi="宋体" w:eastAsia="宋体"/>
                <w:b w:val="0"/>
                <w:sz w:val="18"/>
              </w:rPr>
              <w:t>都达到了，分子和分母都变小了，而且大小都没变，都是运用分数的基本性质达到要求的。</w:t>
            </w:r>
          </w:p>
          <w:p>
            <w:pPr>
              <w:spacing w:after="20" w:line="276" w:lineRule="auto"/>
            </w:pPr>
            <w:r>
              <w:rPr>
                <w:rFonts w:ascii="宋体" w:hAnsi="宋体" w:eastAsia="宋体"/>
                <w:b w:val="0"/>
                <w:sz w:val="18"/>
              </w:rPr>
              <w:t>这些分数都是相等的，各个分数的分子、分母都分别比 EMBED Equation.DSMT4  的分子、分母小。</w:t>
            </w:r>
          </w:p>
          <w:p>
            <w:pPr>
              <w:spacing w:after="20" w:line="276" w:lineRule="auto"/>
            </w:pPr>
            <w:r>
              <w:rPr>
                <w:rFonts w:ascii="宋体" w:hAnsi="宋体" w:eastAsia="宋体"/>
                <w:b w:val="0"/>
                <w:sz w:val="18"/>
              </w:rPr>
              <w:t>EMBED Equation.DSMT4  和 EMBED Equation.DSMT4  还可以继续约分，但 EMBED Equation.DSMT4  不能再约了。</w:t>
            </w:r>
          </w:p>
          <w:p>
            <w:pPr>
              <w:spacing w:after="20" w:line="276" w:lineRule="auto"/>
            </w:pPr>
            <w:r>
              <w:rPr>
                <w:rFonts w:ascii="宋体" w:hAnsi="宋体" w:eastAsia="宋体"/>
                <w:b w:val="0"/>
                <w:sz w:val="18"/>
              </w:rPr>
              <w:t>约分就是用分子和分母的公因数去除，通常约成最简分数。</w:t>
            </w:r>
          </w:p>
          <w:p>
            <w:pPr>
              <w:spacing w:after="20" w:line="276" w:lineRule="auto"/>
            </w:pPr>
            <w:r>
              <w:rPr>
                <w:rFonts w:ascii="宋体" w:hAnsi="宋体" w:eastAsia="宋体"/>
                <w:b w:val="0"/>
                <w:sz w:val="18"/>
              </w:rPr>
              <w:t>化简的依据是分数的基本性质，直到分子和分母互质为止。</w:t>
            </w:r>
          </w:p>
          <w:p>
            <w:pPr>
              <w:spacing w:after="20" w:line="276" w:lineRule="auto"/>
            </w:pPr>
            <w:r>
              <w:rPr>
                <w:rFonts w:ascii="宋体" w:hAnsi="宋体" w:eastAsia="宋体"/>
                <w:b w:val="0"/>
                <w:sz w:val="18"/>
              </w:rPr>
              <w:t>约分时用分子和分母的最大公因数直接去除分子和分母比较简便。</w:t>
            </w:r>
          </w:p>
        </w:tc>
        <w:tc>
          <w:tcPr>
            <w:tcW w:type="dxa" w:w="1814"/>
          </w:tcPr>
          <w:p>
            <w:pPr>
              <w:spacing w:after="20" w:line="276" w:lineRule="auto"/>
            </w:pPr>
            <w:r/>
            <w:r>
              <w:rPr>
                <w:rFonts w:ascii="宋体" w:hAnsi="宋体" w:eastAsia="宋体"/>
                <w:b w:val="0"/>
                <w:sz w:val="18"/>
              </w:rPr>
              <w:t>让学生自主尝试，经历探究的过程，获得解决问题的方法。</w:t>
            </w:r>
          </w:p>
          <w:p>
            <w:pPr>
              <w:spacing w:after="20" w:line="276" w:lineRule="auto"/>
            </w:pPr>
            <w:r>
              <w:rPr>
                <w:rFonts w:ascii="宋体" w:hAnsi="宋体" w:eastAsia="宋体"/>
                <w:b w:val="0"/>
                <w:sz w:val="18"/>
              </w:rPr>
              <w:t>让学生通过自主探究、观察、比较等活动，经历将一个分数化成最简分数的过程，为学生积累了丰富的数学活动经验，提高了学生的思维能力和概括能力。</w:t>
            </w:r>
          </w:p>
        </w:tc>
      </w:tr>
      <w:tr>
        <w:tc>
          <w:tcPr>
            <w:tcW w:type="dxa" w:w="1474"/>
          </w:tcPr>
          <w:p>
            <w:pPr>
              <w:spacing w:after="20" w:line="276" w:lineRule="auto"/>
            </w:pPr>
            <w:r>
              <w:rPr>
                <w:b/>
              </w:rPr>
            </w:r>
            <w:r>
              <w:rPr>
                <w:rFonts w:ascii="宋体" w:hAnsi="宋体" w:eastAsia="宋体"/>
                <w:b/>
                <w:sz w:val="18"/>
              </w:rPr>
              <w:t>三、实践应用，提升认识</w:t>
            </w:r>
          </w:p>
        </w:tc>
        <w:tc>
          <w:tcPr>
            <w:tcW w:type="dxa" w:w="3061"/>
          </w:tcPr>
          <w:p>
            <w:pPr>
              <w:spacing w:after="20" w:line="276" w:lineRule="auto"/>
            </w:pPr>
            <w:r/>
            <w:r>
              <w:rPr>
                <w:rFonts w:ascii="宋体" w:hAnsi="宋体" w:eastAsia="宋体"/>
                <w:b w:val="0"/>
                <w:sz w:val="18"/>
              </w:rPr>
              <w:t>1.独立完成教科书P65“做一做”第1题。</w:t>
            </w:r>
          </w:p>
          <w:p>
            <w:pPr>
              <w:spacing w:after="20" w:line="276" w:lineRule="auto"/>
            </w:pPr>
            <w:r>
              <w:rPr>
                <w:rFonts w:ascii="宋体" w:hAnsi="宋体" w:eastAsia="宋体"/>
                <w:b w:val="0"/>
                <w:sz w:val="18"/>
              </w:rPr>
              <w:t>师：解决这个问题时，你们的依据是什么？</w:t>
            </w:r>
          </w:p>
          <w:p>
            <w:pPr>
              <w:spacing w:after="20" w:line="276" w:lineRule="auto"/>
            </w:pPr>
            <w:r>
              <w:rPr>
                <w:rFonts w:ascii="宋体" w:hAnsi="宋体" w:eastAsia="宋体"/>
                <w:b w:val="0"/>
                <w:sz w:val="18"/>
              </w:rPr>
              <w:t>2．独立完成教科书P65“做一做”第2题。</w:t>
            </w:r>
          </w:p>
          <w:p>
            <w:pPr>
              <w:spacing w:after="20" w:line="276" w:lineRule="auto"/>
            </w:pPr>
            <w:r>
              <w:rPr>
                <w:rFonts w:ascii="宋体" w:hAnsi="宋体" w:eastAsia="宋体"/>
                <w:b w:val="0"/>
                <w:sz w:val="18"/>
              </w:rPr>
              <w:t>3．独立完成教科书P66“练习十六”第1、3题。</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(2)全班集中评价。</w:t>
            </w:r>
          </w:p>
          <w:p>
            <w:pPr>
              <w:spacing w:after="20" w:line="276" w:lineRule="auto"/>
            </w:pPr>
            <w:r>
              <w:rPr>
                <w:rFonts w:ascii="宋体" w:hAnsi="宋体" w:eastAsia="宋体"/>
                <w:b w:val="0"/>
                <w:sz w:val="18"/>
              </w:rPr>
              <w:t>4．快速抢答教科书P66“练习十六”第2题。</w:t>
            </w:r>
          </w:p>
        </w:tc>
        <w:tc>
          <w:tcPr>
            <w:tcW w:type="dxa" w:w="3061"/>
          </w:tcPr>
          <w:p>
            <w:pPr>
              <w:spacing w:after="20" w:line="276" w:lineRule="auto"/>
            </w:pPr>
            <w:r/>
            <w:r>
              <w:rPr>
                <w:rFonts w:ascii="宋体" w:hAnsi="宋体" w:eastAsia="宋体"/>
                <w:b w:val="0"/>
                <w:sz w:val="18"/>
              </w:rPr>
              <w:t>分子和分母只有公因数1的分数就是最简分数。约分时直接用分子和分母的最大公因数去除分子和分母。</w:t>
            </w:r>
          </w:p>
          <w:p>
            <w:pPr>
              <w:spacing w:after="20" w:line="276" w:lineRule="auto"/>
            </w:pPr>
            <w:r>
              <w:rPr>
                <w:rFonts w:ascii="宋体" w:hAnsi="宋体" w:eastAsia="宋体"/>
                <w:b w:val="0"/>
                <w:sz w:val="18"/>
              </w:rPr>
              <w:t>第1题，学生可能直接用图形面积进行比较，也可能用分数表示蓝色部分和红色部分，再比较分数的大小，还可能比较空白部分的大小，两个空白部分是同样大的，所以涂色部分也同样大。第3题，引导学生判断分子和分母是否只有公因数1，若还有其他的公因数，要先找分子和分母的最大公因数，再化简成最简分数。</w:t>
            </w:r>
          </w:p>
          <w:p>
            <w:pPr>
              <w:spacing w:after="20" w:line="276" w:lineRule="auto"/>
            </w:pPr>
            <w:r>
              <w:rPr>
                <w:rFonts w:ascii="宋体" w:hAnsi="宋体" w:eastAsia="宋体"/>
                <w:b w:val="0"/>
                <w:sz w:val="18"/>
              </w:rPr>
              <w:t>学生说出答案后，要引导学生说说是怎么判断的。</w:t>
            </w:r>
          </w:p>
        </w:tc>
        <w:tc>
          <w:tcPr>
            <w:tcW w:type="dxa" w:w="1814"/>
          </w:tcPr>
          <w:p>
            <w:pPr>
              <w:spacing w:after="20" w:line="276" w:lineRule="auto"/>
            </w:pPr>
            <w:r/>
            <w:r>
              <w:rPr>
                <w:rFonts w:ascii="宋体" w:hAnsi="宋体" w:eastAsia="宋体"/>
                <w:b w:val="0"/>
                <w:sz w:val="18"/>
              </w:rPr>
              <w:t>学生在理解和掌握了约分的有关数学知识与技能、数学思想方法的基础上，运用所学知识解决实际问题。</w:t>
            </w:r>
          </w:p>
          <w:p>
            <w:pPr>
              <w:spacing w:after="20" w:line="276" w:lineRule="auto"/>
            </w:pPr>
            <w:r>
              <w:rPr>
                <w:rFonts w:ascii="宋体" w:hAnsi="宋体" w:eastAsia="宋体"/>
                <w:b w:val="0"/>
                <w:sz w:val="18"/>
              </w:rPr>
              <w:t>让学生在掌握和理解了最简分数、约分的基础上，进行巩固练习，掌握约分的方法，积累丰富的数学活动经验。</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师：通过刚才的探究，我们来回顾一下今天的学习过程，你们有什么收获？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引导学生回顾梳理本课所学，完善认知结构，提升归纳与反思能力，核心问题："通过刚才的探究，我们来回顾一下今天的学习过程，你们有什么收获？"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约分</w:t>
      </w:r>
    </w:p>
    <w:p>
      <w:pPr>
        <w:spacing w:after="40" w:line="300" w:lineRule="auto"/>
      </w:pPr>
      <w:r>
        <w:rPr>
          <w:rFonts w:ascii="宋体" w:hAnsi="宋体" w:eastAsia="宋体"/>
          <w:b w:val="0"/>
          <w:sz w:val="20"/>
        </w:rPr>
        <w:t>把一个分数化成和它相等，但分子和分母都比较小的分数叫作约分。</w:t>
      </w:r>
    </w:p>
    <w:p>
      <w:pPr>
        <w:spacing w:after="40" w:line="300" w:lineRule="auto"/>
      </w:pPr>
      <w:r>
        <w:rPr>
          <w:rFonts w:ascii="宋体" w:hAnsi="宋体" w:eastAsia="宋体"/>
          <w:b w:val="0"/>
          <w:sz w:val="20"/>
        </w:rPr>
        <w:t>分子和分母只有公因数1的分数叫作最简分数。约分时，通常要约成最简分数。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教科书P65例4，完成教科书P65“做一做”第1、2题及教科书P66“练习十六”中第1～3题。</w:t>
      </w:r>
    </w:p>
    <w:p>
      <w:pPr>
        <w:spacing w:after="40" w:line="300" w:lineRule="auto"/>
        <w:ind w:firstLine="400"/>
      </w:pPr>
      <w:r>
        <w:rPr>
          <w:rFonts w:ascii="宋体" w:hAnsi="宋体" w:eastAsia="宋体"/>
          <w:b w:val="0"/>
          <w:sz w:val="20"/>
        </w:rPr>
        <w:t>② 原设计安排：见“状元成才路”系列丛书《创优作业100分》对应课时作业。 (1)分母是8的真分数有( )个，其中最简真分数有（ ）。 (2)把eq \f(55,25)约分，可以用分子和分母的最大公因数( )去约，得到的最简分数的分数单位是( )，把这个最简分数化成带分数是( )。 (3)在eq \f(8,9)，eq \f(9,12)和eq \f(10,15)中，与eq \f(2,3)相等的分数是( )。 (4)在( )里填上合适的最简分数。 30分＝( )时 80 g＝( )kg 25 cm＝( )m 72 dm2＝( )m2 12 dm＝( )m 8个月＝( )年 (5)分子与分母的和是20的最简真分数有( )个。 (6)一个最简真分数，分母与分子的积是24，这个真分数可能是( )。 参考答案 (1)7 eq \f(1,8)，eq \f(3,8)，eq \f(5,8)，eq \f(7,8) (2)5 eq \f(1,5) 2eq \f(1,5) (3)eq \f(10,15) (4)eq \f(1,2) eq \f(2,25) eq \f(1,4) eq \f(18,25) eq \f(6,5) eq \f(2,3) (5)4 (6)eq \f(1,24)或eq \f(3,8)eq \x(\a\vs4\al(教学资源),,,INCLUDEPICTURE"慕140.TIF" ) 【教学笔记】 【教学提示】 虽然是复习回顾，但还是要关注学生的思维过程，适当地问问“为什么”“怎么想的”。 【教学提示】 本课时概念比较多，要引导学生在理解的基础上建立概念。 【教学提示】 尊重学生的差异，不要硬性规定学生用一次性约分。</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充分运用知识的迁移，调动了学生的学习兴趣，使学生学得轻松、愉快，同时感受了知识的形成过程。教学中，学生从逐次约分，到一次约分，感受到了一次约分的优越性。但是由于学生学习的差异性，不能硬性规定学生必须用一次约分，最终要用什么方法约分，让他们自己领悟和选择。</w:t>
      </w:r>
    </w:p>
    <w:p>
      <w:r>
        <w:br w:type="page"/>
      </w:r>
    </w:p>
    <w:p>
      <w:pPr>
        <w:spacing w:after="80" w:line="300" w:lineRule="auto"/>
      </w:pPr>
      <w:r>
        <w:rPr>
          <w:rFonts w:ascii="黑体" w:hAnsi="黑体" w:eastAsia="黑体"/>
          <w:b/>
          <w:sz w:val="24"/>
        </w:rPr>
        <w:t>二、课时教学方案（第11课时）</w:t>
      </w:r>
    </w:p>
    <w:p>
      <w:pPr>
        <w:spacing w:after="80" w:line="300" w:lineRule="auto"/>
      </w:pPr>
      <w:r>
        <w:rPr>
          <w:rFonts w:ascii="黑体" w:hAnsi="黑体" w:eastAsia="黑体"/>
          <w:b/>
          <w:sz w:val="24"/>
        </w:rPr>
        <w:t>第11课时　通分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第11课时　通分</w:t>
            </w:r>
          </w:p>
        </w:tc>
        <w:tc>
          <w:tcPr>
            <w:tcW w:type="dxa" w:w="6009"/>
          </w:tcPr>
          <w:p>
            <w:pPr>
              <w:spacing w:after="20" w:line="276" w:lineRule="auto"/>
            </w:pPr>
            <w:r/>
            <w:r>
              <w:rPr>
                <w:rFonts w:ascii="宋体" w:hAnsi="宋体" w:eastAsia="宋体"/>
                <w:b w:val="0"/>
                <w:sz w:val="20"/>
              </w:rPr>
              <w:t>第4单元 分数的意义和性质（通分）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教学内容：教科书P73~74例4、例5及“做一做”，完成教科书P75“练习十八”中第2题。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（1）知道通分的意义，掌握通分的方法，能比较分子和分母都不相同的分数的大小。</w:t>
      </w:r>
    </w:p>
    <w:p>
      <w:pPr>
        <w:spacing w:after="20" w:line="300" w:lineRule="auto"/>
        <w:ind w:firstLine="400"/>
      </w:pPr>
      <w:r>
        <w:rPr>
          <w:rFonts w:ascii="宋体" w:hAnsi="宋体" w:eastAsia="宋体"/>
          <w:b w:val="0"/>
          <w:sz w:val="20"/>
        </w:rPr>
        <w:t>（2）在比较分数大小的过程中体验通分的过程和方法，沟通新旧知识间的联系，培养类推迁移的能力。</w:t>
      </w:r>
    </w:p>
    <w:p>
      <w:pPr>
        <w:spacing w:after="20" w:line="300" w:lineRule="auto"/>
        <w:ind w:firstLine="400"/>
      </w:pPr>
      <w:r>
        <w:rPr>
          <w:rFonts w:ascii="宋体" w:hAnsi="宋体" w:eastAsia="宋体"/>
          <w:b w:val="0"/>
          <w:sz w:val="20"/>
        </w:rPr>
        <w:t>（3）培养学生细致认真的学习习惯。</w:t>
      </w:r>
    </w:p>
    <w:p>
      <w:pPr>
        <w:spacing w:after="20" w:line="300" w:lineRule="auto"/>
      </w:pPr>
      <w:r>
        <w:rPr>
          <w:rFonts w:ascii="宋体" w:hAnsi="宋体" w:eastAsia="宋体"/>
          <w:b w:val="0"/>
          <w:sz w:val="20"/>
        </w:rPr>
        <w:t>教学重点：理解通分的意义，掌握通分的一般方法。</w:t>
      </w:r>
    </w:p>
    <w:p>
      <w:pPr>
        <w:spacing w:after="20" w:line="300" w:lineRule="auto"/>
      </w:pPr>
      <w:r>
        <w:rPr>
          <w:rFonts w:ascii="宋体" w:hAnsi="宋体" w:eastAsia="宋体"/>
          <w:b w:val="0"/>
          <w:sz w:val="20"/>
        </w:rPr>
        <w:t>教学难点：确定公分母。</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一、创设情境，发现问题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我们住在地球上，你们对地球有哪些了解呢？；你们能通过分数大小的比较获得一些结论吗？</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二、合作探究，解决问题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要求黄豆和蚕豆哪个蛋白质含量比较高，就是求什么？；这两个分数的分子、分母都不相同，要怎么比较呢？</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三、拓展应用，解决问题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同桌交流时，有不同的意见吗？不同在哪里？</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关于通分，你们学到了什么？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一、创设情境，发现问题</w:t>
            </w:r>
          </w:p>
        </w:tc>
        <w:tc>
          <w:tcPr>
            <w:tcW w:type="dxa" w:w="3061"/>
          </w:tcPr>
          <w:p>
            <w:pPr>
              <w:spacing w:after="20" w:line="276" w:lineRule="auto"/>
            </w:pPr>
            <w:r/>
            <w:r>
              <w:rPr>
                <w:rFonts w:ascii="宋体" w:hAnsi="宋体" w:eastAsia="宋体"/>
                <w:b w:val="0"/>
                <w:sz w:val="18"/>
              </w:rPr>
              <w:t>1.明确学生对地球的了解。</w:t>
            </w:r>
          </w:p>
          <w:p>
            <w:pPr>
              <w:spacing w:after="20" w:line="276" w:lineRule="auto"/>
            </w:pPr>
            <w:r>
              <w:rPr>
                <w:rFonts w:ascii="宋体" w:hAnsi="宋体" w:eastAsia="宋体"/>
                <w:b w:val="0"/>
                <w:sz w:val="18"/>
              </w:rPr>
              <w:t>师：我们住在地球上，你们对地球有哪些了解呢？</w:t>
            </w:r>
          </w:p>
          <w:p>
            <w:pPr>
              <w:spacing w:after="20" w:line="276" w:lineRule="auto"/>
            </w:pPr>
            <w:r>
              <w:rPr>
                <w:rFonts w:ascii="宋体" w:hAnsi="宋体" w:eastAsia="宋体"/>
                <w:b w:val="0"/>
                <w:sz w:val="18"/>
              </w:rPr>
              <w:t>师：同学们的知识可真丰富，对地球了解这么多。</w:t>
            </w:r>
          </w:p>
          <w:p>
            <w:pPr>
              <w:spacing w:after="20" w:line="276" w:lineRule="auto"/>
            </w:pPr>
            <w:r>
              <w:rPr>
                <w:rFonts w:ascii="宋体" w:hAnsi="宋体" w:eastAsia="宋体"/>
                <w:b w:val="0"/>
                <w:sz w:val="18"/>
              </w:rPr>
              <w:t>2.比较同分母分数的大小。</w:t>
            </w:r>
          </w:p>
          <w:p>
            <w:pPr>
              <w:spacing w:after="20" w:line="276" w:lineRule="auto"/>
            </w:pPr>
            <w:r>
              <w:rPr>
                <w:rFonts w:ascii="宋体" w:hAnsi="宋体" w:eastAsia="宋体"/>
                <w:b w:val="0"/>
                <w:sz w:val="18"/>
              </w:rPr>
              <w:t>课件呈现教科书P73例4。</w:t>
            </w:r>
          </w:p>
          <w:p>
            <w:pPr>
              <w:spacing w:after="20" w:line="276" w:lineRule="auto"/>
            </w:pPr>
            <w:r>
              <w:rPr>
                <w:rFonts w:ascii="宋体" w:hAnsi="宋体" w:eastAsia="宋体"/>
                <w:b w:val="0"/>
                <w:sz w:val="18"/>
              </w:rPr>
              <w:t>3.发现规律，归纳方法。</w:t>
            </w:r>
          </w:p>
          <w:p>
            <w:pPr>
              <w:spacing w:after="20" w:line="276" w:lineRule="auto"/>
            </w:pPr>
            <w:r>
              <w:rPr>
                <w:rFonts w:ascii="宋体" w:hAnsi="宋体" w:eastAsia="宋体"/>
                <w:b w:val="0"/>
                <w:sz w:val="18"/>
              </w:rPr>
              <w:t>师：我们居住在这个蓝色的星球上，这个星球还藏着很多秘密。</w:t>
            </w:r>
          </w:p>
          <w:p>
            <w:pPr>
              <w:spacing w:after="20" w:line="276" w:lineRule="auto"/>
            </w:pPr>
            <w:r>
              <w:rPr>
                <w:rFonts w:ascii="宋体" w:hAnsi="宋体" w:eastAsia="宋体"/>
                <w:b w:val="0"/>
                <w:sz w:val="18"/>
              </w:rPr>
              <w:t>课件出示。</w:t>
            </w:r>
          </w:p>
          <w:p>
            <w:pPr>
              <w:spacing w:after="20" w:line="276" w:lineRule="auto"/>
            </w:pPr>
            <w:r>
              <w:rPr>
                <w:rFonts w:ascii="宋体" w:hAnsi="宋体" w:eastAsia="宋体"/>
                <w:b w:val="0"/>
                <w:sz w:val="18"/>
              </w:rPr>
              <w:t>师：你们能通过分数大小的比较获得一些结论吗？</w:t>
            </w:r>
          </w:p>
          <w:p>
            <w:pPr>
              <w:spacing w:after="20" w:line="276" w:lineRule="auto"/>
            </w:pPr>
            <w:r>
              <w:rPr>
                <w:rFonts w:ascii="宋体" w:hAnsi="宋体" w:eastAsia="宋体"/>
                <w:b w:val="0"/>
                <w:sz w:val="18"/>
              </w:rPr>
              <w:t>师：同学们只选择了一些相对容易比较的数据进行比较。我们可以把 EMBED Equation.DSMT4  ＞ EMBED Equation.DSMT4  ， EMBED Equation.DSMT4  ＞ EMBED Equation.DSMT4  , EMBED Equation.DSMT4  ＞ EMBED Equation.DSMT4  ,…归为一类，把 EMBED Equation.DSMT4  ＞ EMBED Equation.DSMT4  ，…归为一类。</w:t>
            </w:r>
          </w:p>
          <w:p>
            <w:pPr>
              <w:spacing w:after="20" w:line="276" w:lineRule="auto"/>
            </w:pPr>
            <w:r>
              <w:rPr>
                <w:rFonts w:ascii="宋体" w:hAnsi="宋体" w:eastAsia="宋体"/>
                <w:b w:val="0"/>
                <w:sz w:val="18"/>
              </w:rPr>
              <w:t>师：这两类分数各有什么特点?</w:t>
            </w:r>
          </w:p>
          <w:p>
            <w:pPr>
              <w:spacing w:after="20" w:line="276" w:lineRule="auto"/>
            </w:pPr>
            <w:r>
              <w:rPr>
                <w:rFonts w:ascii="宋体" w:hAnsi="宋体" w:eastAsia="宋体"/>
                <w:b w:val="0"/>
                <w:sz w:val="18"/>
              </w:rPr>
              <w:t>师：能总结一下这两类分数是如何比较大小的吗？</w:t>
            </w:r>
          </w:p>
          <w:p>
            <w:pPr>
              <w:spacing w:after="20" w:line="276" w:lineRule="auto"/>
            </w:pPr>
            <w:r>
              <w:rPr>
                <w:rFonts w:ascii="宋体" w:hAnsi="宋体" w:eastAsia="宋体"/>
                <w:b w:val="0"/>
                <w:sz w:val="18"/>
              </w:rPr>
              <w:t>(2)分子相同的两个分数比较大小，分母大的分数反而小。</w:t>
            </w:r>
          </w:p>
        </w:tc>
        <w:tc>
          <w:tcPr>
            <w:tcW w:type="dxa" w:w="3061"/>
          </w:tcPr>
          <w:p>
            <w:pPr>
              <w:spacing w:after="20" w:line="276" w:lineRule="auto"/>
            </w:pPr>
            <w:r/>
            <w:r>
              <w:rPr>
                <w:rFonts w:ascii="宋体" w:hAnsi="宋体" w:eastAsia="宋体"/>
                <w:b w:val="0"/>
                <w:sz w:val="18"/>
              </w:rPr>
              <w:t>学生可能有如下分析：如果把地球总面积平均分成10份，那么陆地只占3份，海洋占了7份。 EMBED Equation.DSMT4  是7个 EMBED Equation.DSMT4  , EMBED Equation.DSMT4  是3个 EMBED Equation.DSMT4  。因为 EMBED Equation.DSMT4  ＞ EMBED Equation.DSMT4  ，所以地球上的海洋面积大。（板书： EMBED Equation.DSMT4  ＞ EMBED Equation.DSMT4  ）</w:t>
            </w:r>
          </w:p>
          <w:p>
            <w:pPr>
              <w:spacing w:after="20" w:line="276" w:lineRule="auto"/>
            </w:pPr>
            <w:r>
              <w:rPr>
                <w:rFonts w:ascii="宋体" w:hAnsi="宋体" w:eastAsia="宋体"/>
                <w:b w:val="0"/>
                <w:sz w:val="18"/>
              </w:rPr>
              <w:t>学生可能通过一些简单数据的比较，得到下面一些结论：</w:t>
            </w:r>
          </w:p>
          <w:p>
            <w:pPr>
              <w:spacing w:after="20" w:line="276" w:lineRule="auto"/>
            </w:pPr>
            <w:r>
              <w:rPr>
                <w:rFonts w:ascii="宋体" w:hAnsi="宋体" w:eastAsia="宋体"/>
                <w:b w:val="0"/>
                <w:sz w:val="18"/>
              </w:rPr>
              <w:t>预设1：因为 EMBED Equation.DSMT4  ＞ EMBED Equation.DSMT4  ,所以北美洲面积比南美洲大。</w:t>
            </w:r>
          </w:p>
          <w:p>
            <w:pPr>
              <w:spacing w:after="20" w:line="276" w:lineRule="auto"/>
            </w:pPr>
            <w:r>
              <w:rPr>
                <w:rFonts w:ascii="宋体" w:hAnsi="宋体" w:eastAsia="宋体"/>
                <w:b w:val="0"/>
                <w:sz w:val="18"/>
              </w:rPr>
              <w:t>预设2：因为 EMBED Equation.DSMT4  ＞ EMBED Equation.DSMT4  ，所以南极洲面积比欧洲大。</w:t>
            </w:r>
          </w:p>
          <w:p>
            <w:pPr>
              <w:spacing w:after="20" w:line="276" w:lineRule="auto"/>
            </w:pPr>
            <w:r>
              <w:rPr>
                <w:rFonts w:ascii="宋体" w:hAnsi="宋体" w:eastAsia="宋体"/>
                <w:b w:val="0"/>
                <w:sz w:val="18"/>
              </w:rPr>
              <w:t>预设3：因为 EMBED Equation.DSMT4  ＞ EMBED Equation.DSMT4  ，所以南美洲面积比大洋洲大。</w:t>
            </w:r>
          </w:p>
          <w:p>
            <w:pPr>
              <w:spacing w:after="20" w:line="276" w:lineRule="auto"/>
            </w:pPr>
            <w:r>
              <w:rPr>
                <w:rFonts w:ascii="宋体" w:hAnsi="宋体" w:eastAsia="宋体"/>
                <w:b w:val="0"/>
                <w:sz w:val="18"/>
              </w:rPr>
              <w:t>一类分母相同，一类分子相同。</w:t>
            </w:r>
          </w:p>
          <w:p>
            <w:pPr>
              <w:spacing w:after="20" w:line="276" w:lineRule="auto"/>
            </w:pPr>
            <w:r>
              <w:rPr>
                <w:rFonts w:ascii="宋体" w:hAnsi="宋体" w:eastAsia="宋体"/>
                <w:b w:val="0"/>
                <w:sz w:val="18"/>
              </w:rPr>
              <w:t>学生可能会总结成：(1)分母相同的两个分数比较大小，分子大的分数就大；</w:t>
            </w:r>
          </w:p>
          <w:p>
            <w:pPr>
              <w:spacing w:after="20" w:line="276" w:lineRule="auto"/>
            </w:pPr>
            <w:r>
              <w:rPr>
                <w:rFonts w:ascii="宋体" w:hAnsi="宋体" w:eastAsia="宋体"/>
                <w:b w:val="0"/>
                <w:sz w:val="18"/>
              </w:rPr>
              <w:t>学生快速解答教科书P73“做一做”，并集中交流，说说比较的方法。（板书课题：通分）</w:t>
            </w:r>
          </w:p>
        </w:tc>
        <w:tc>
          <w:tcPr>
            <w:tcW w:type="dxa" w:w="1814"/>
          </w:tcPr>
          <w:p>
            <w:pPr>
              <w:spacing w:after="20" w:line="276" w:lineRule="auto"/>
            </w:pPr>
            <w:r/>
            <w:r>
              <w:rPr>
                <w:rFonts w:ascii="宋体" w:hAnsi="宋体" w:eastAsia="宋体"/>
                <w:b w:val="0"/>
                <w:sz w:val="18"/>
              </w:rPr>
              <w:t>学生已经学习了同分母分数大小比较的方法，这里进一步结合分数的意义加深理解和巩固，为后面的学习打好基础。</w:t>
            </w:r>
          </w:p>
          <w:p>
            <w:pPr>
              <w:spacing w:after="20" w:line="276" w:lineRule="auto"/>
            </w:pPr>
            <w:r>
              <w:rPr>
                <w:rFonts w:ascii="宋体" w:hAnsi="宋体" w:eastAsia="宋体"/>
                <w:b w:val="0"/>
                <w:sz w:val="18"/>
              </w:rPr>
              <w:t>改变教科书内容的呈现方式，继续探究地球的奥秘，提供地球的大量相关数据，既有利于激发学生的研究兴趣，又能给学生较为充分的选择与比较空间。</w:t>
            </w:r>
          </w:p>
          <w:p>
            <w:pPr>
              <w:spacing w:after="20" w:line="276" w:lineRule="auto"/>
            </w:pPr>
            <w:r>
              <w:rPr>
                <w:rFonts w:ascii="宋体" w:hAnsi="宋体" w:eastAsia="宋体"/>
                <w:b w:val="0"/>
                <w:sz w:val="18"/>
              </w:rPr>
              <w:t>引导学生通过归类，进一步掌握各类分数的特点，比较大小的方法也就一目了然了。4.方法运用，巩固练习。</w:t>
            </w:r>
          </w:p>
        </w:tc>
      </w:tr>
      <w:tr>
        <w:tc>
          <w:tcPr>
            <w:tcW w:type="dxa" w:w="1474"/>
          </w:tcPr>
          <w:p>
            <w:pPr>
              <w:spacing w:after="20" w:line="276" w:lineRule="auto"/>
            </w:pPr>
            <w:r>
              <w:rPr>
                <w:b/>
              </w:rPr>
            </w:r>
            <w:r>
              <w:rPr>
                <w:rFonts w:ascii="宋体" w:hAnsi="宋体" w:eastAsia="宋体"/>
                <w:b/>
                <w:sz w:val="18"/>
              </w:rPr>
              <w:t>二、合作探究，解决问题</w:t>
            </w:r>
          </w:p>
        </w:tc>
        <w:tc>
          <w:tcPr>
            <w:tcW w:type="dxa" w:w="3061"/>
          </w:tcPr>
          <w:p>
            <w:pPr>
              <w:spacing w:after="20" w:line="276" w:lineRule="auto"/>
            </w:pPr>
            <w:r/>
            <w:r>
              <w:rPr>
                <w:rFonts w:ascii="宋体" w:hAnsi="宋体" w:eastAsia="宋体"/>
                <w:b w:val="0"/>
                <w:sz w:val="18"/>
              </w:rPr>
              <w:t>师：同学们真棒！总结出了比较分数大小的方法。这两类分数要么分母相同，要么分子相同。在实际生活中，还有很多分子、分母都不相同的分数需要比较。</w:t>
            </w:r>
          </w:p>
          <w:p>
            <w:pPr>
              <w:spacing w:after="20" w:line="276" w:lineRule="auto"/>
            </w:pPr>
            <w:r>
              <w:rPr>
                <w:rFonts w:ascii="宋体" w:hAnsi="宋体" w:eastAsia="宋体"/>
                <w:b w:val="0"/>
                <w:sz w:val="18"/>
              </w:rPr>
              <w:t>课件出示教科书P74例5。</w:t>
            </w:r>
          </w:p>
          <w:p>
            <w:pPr>
              <w:spacing w:after="20" w:line="276" w:lineRule="auto"/>
            </w:pPr>
            <w:r>
              <w:rPr>
                <w:rFonts w:ascii="宋体" w:hAnsi="宋体" w:eastAsia="宋体"/>
                <w:b w:val="0"/>
                <w:sz w:val="18"/>
              </w:rPr>
              <w:t>1.分析问题，厘清思路。</w:t>
            </w:r>
          </w:p>
          <w:p>
            <w:pPr>
              <w:spacing w:after="20" w:line="276" w:lineRule="auto"/>
            </w:pPr>
            <w:r>
              <w:rPr>
                <w:rFonts w:ascii="宋体" w:hAnsi="宋体" w:eastAsia="宋体"/>
                <w:b w:val="0"/>
                <w:sz w:val="18"/>
              </w:rPr>
              <w:t>师：要求黄豆和蚕豆哪个蛋白质含量比较高，就是求什么？</w:t>
            </w:r>
          </w:p>
          <w:p>
            <w:pPr>
              <w:spacing w:after="20" w:line="276" w:lineRule="auto"/>
            </w:pPr>
            <w:r>
              <w:rPr>
                <w:rFonts w:ascii="宋体" w:hAnsi="宋体" w:eastAsia="宋体"/>
                <w:b w:val="0"/>
                <w:sz w:val="18"/>
              </w:rPr>
              <w:t>师：这两个分数的分子、分母都不相同，要怎么比较呢？</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师：都比较出来了吗？我们一起来分享。</w:t>
            </w:r>
          </w:p>
          <w:p>
            <w:pPr>
              <w:spacing w:after="20" w:line="276" w:lineRule="auto"/>
            </w:pPr>
            <w:r>
              <w:rPr>
                <w:rFonts w:ascii="宋体" w:hAnsi="宋体" w:eastAsia="宋体"/>
                <w:b w:val="0"/>
                <w:sz w:val="18"/>
              </w:rPr>
              <w:t>3.分析归纳，揭示通分。</w:t>
            </w:r>
          </w:p>
          <w:p>
            <w:pPr>
              <w:spacing w:after="20" w:line="276" w:lineRule="auto"/>
            </w:pPr>
            <w:r>
              <w:rPr>
                <w:rFonts w:ascii="宋体" w:hAnsi="宋体" w:eastAsia="宋体"/>
                <w:b w:val="0"/>
                <w:sz w:val="18"/>
              </w:rPr>
              <w:t>师：像第一种方法、第二种方法这样，把异分母分数分别化成和原来分数相等的同分母分数，叫作通分。异分母分数同分母分数。（板书）</w:t>
            </w:r>
          </w:p>
          <w:p>
            <w:pPr>
              <w:spacing w:after="20" w:line="276" w:lineRule="auto"/>
            </w:pPr>
            <w:r>
              <w:rPr>
                <w:rFonts w:ascii="宋体" w:hAnsi="宋体" w:eastAsia="宋体"/>
                <w:b w:val="0"/>
                <w:sz w:val="18"/>
              </w:rPr>
              <w:t>师：比较一下，通分时这两种通分方法哪种更好？为什么？</w:t>
            </w:r>
          </w:p>
          <w:p>
            <w:pPr>
              <w:spacing w:after="20" w:line="276" w:lineRule="auto"/>
            </w:pPr>
            <w:r>
              <w:rPr>
                <w:rFonts w:ascii="宋体" w:hAnsi="宋体" w:eastAsia="宋体"/>
                <w:b w:val="0"/>
                <w:sz w:val="18"/>
              </w:rPr>
              <w:t>师：大家同意他的想法吗？20是两个分母的最小公倍数，40，60，80等是两个分母的公倍数，数越大会越麻烦，所以我们通常把两个分母的最小公倍数作为公分母。</w:t>
            </w:r>
          </w:p>
          <w:p>
            <w:pPr>
              <w:spacing w:after="20" w:line="276" w:lineRule="auto"/>
            </w:pPr>
            <w:r>
              <w:rPr>
                <w:rFonts w:ascii="宋体" w:hAnsi="宋体" w:eastAsia="宋体"/>
                <w:b w:val="0"/>
                <w:sz w:val="18"/>
              </w:rPr>
              <w:t>师：同桌互相说一说如何给两个异分母分数进行通分。</w:t>
            </w:r>
          </w:p>
        </w:tc>
        <w:tc>
          <w:tcPr>
            <w:tcW w:type="dxa" w:w="3061"/>
          </w:tcPr>
          <w:p>
            <w:pPr>
              <w:spacing w:after="20" w:line="276" w:lineRule="auto"/>
            </w:pPr>
            <w:r/>
            <w:r>
              <w:rPr>
                <w:rFonts w:ascii="宋体" w:hAnsi="宋体" w:eastAsia="宋体"/>
                <w:b w:val="0"/>
                <w:sz w:val="18"/>
              </w:rPr>
              <w:t>求黄豆和蚕豆哪个蛋白质含量比较高，就是比较 EMBED Equation.DSMT4  和 EMBED Equation.DSMT4  的大小，谁大谁的蛋白质含量就比较高。</w:t>
            </w:r>
          </w:p>
          <w:p>
            <w:pPr>
              <w:spacing w:after="20" w:line="276" w:lineRule="auto"/>
            </w:pPr>
            <w:r>
              <w:rPr>
                <w:rFonts w:ascii="宋体" w:hAnsi="宋体" w:eastAsia="宋体"/>
                <w:b w:val="0"/>
                <w:sz w:val="18"/>
              </w:rPr>
              <w:t>小组讨论，展示汇报。</w:t>
            </w:r>
          </w:p>
          <w:p>
            <w:pPr>
              <w:spacing w:after="20" w:line="276" w:lineRule="auto"/>
            </w:pPr>
            <w:r>
              <w:rPr>
                <w:rFonts w:ascii="宋体" w:hAnsi="宋体" w:eastAsia="宋体"/>
                <w:b w:val="0"/>
                <w:sz w:val="18"/>
              </w:rPr>
              <w:t>学生可能会根据前面的同分母（子）的分数大小比较，想到根据分数的基本性质将分数转化，也可能想到转化成小数进行比较。</w:t>
            </w:r>
          </w:p>
          <w:p>
            <w:pPr>
              <w:spacing w:after="20" w:line="276" w:lineRule="auto"/>
            </w:pPr>
            <w:r>
              <w:rPr>
                <w:rFonts w:ascii="宋体" w:hAnsi="宋体" w:eastAsia="宋体"/>
                <w:b w:val="0"/>
                <w:sz w:val="18"/>
              </w:rPr>
              <w:t>预设2：转化成分母相同，但分母不是20，而是稍大一点的，如40，60，80等数。</w:t>
            </w:r>
          </w:p>
          <w:p>
            <w:pPr>
              <w:spacing w:after="20" w:line="276" w:lineRule="auto"/>
            </w:pPr>
            <w:r>
              <w:rPr>
                <w:rFonts w:ascii="宋体" w:hAnsi="宋体" w:eastAsia="宋体"/>
                <w:b w:val="0"/>
                <w:sz w:val="18"/>
              </w:rPr>
              <w:t>预设3：转化成分子相同。 EMBED Equation.DSMT4  = EMBED Equation.DSMT4  = EMBED Equation.DSMT4  ， EMBED Equation.DSMT4  ＞ EMBED Equation.DSMT4  ，所以 EMBED Equation.DSMT4  ＞ EMBED Equation.DSMT4  。</w:t>
            </w:r>
          </w:p>
          <w:p>
            <w:pPr>
              <w:spacing w:after="20" w:line="276" w:lineRule="auto"/>
            </w:pPr>
            <w:r>
              <w:rPr>
                <w:rFonts w:ascii="宋体" w:hAnsi="宋体" w:eastAsia="宋体"/>
                <w:b w:val="0"/>
                <w:sz w:val="18"/>
              </w:rPr>
              <w:t>预设4：分数化成小数。 EMBED Equation.DSMT4  ＝0.4, EMBED Equation.DSMT4  ＝0.25,0.4＞0.25，所以 EMBED Equation.DSMT4  ＞ EMBED Equation.DSMT4  。</w:t>
            </w:r>
          </w:p>
          <w:p>
            <w:pPr>
              <w:spacing w:after="20" w:line="276" w:lineRule="auto"/>
            </w:pPr>
            <w:r>
              <w:rPr>
                <w:rFonts w:ascii="宋体" w:hAnsi="宋体" w:eastAsia="宋体"/>
                <w:b w:val="0"/>
                <w:sz w:val="18"/>
              </w:rPr>
              <w:t>学生通过比较，能感觉到把分母都变成20就可以了，没必要都变成40,数越大会越麻烦。</w:t>
            </w:r>
          </w:p>
          <w:p>
            <w:pPr>
              <w:spacing w:after="20" w:line="276" w:lineRule="auto"/>
            </w:pPr>
            <w:r>
              <w:rPr>
                <w:rFonts w:ascii="宋体" w:hAnsi="宋体" w:eastAsia="宋体"/>
                <w:b w:val="0"/>
                <w:sz w:val="18"/>
              </w:rPr>
              <w:t>同桌互相交流。</w:t>
            </w:r>
          </w:p>
        </w:tc>
        <w:tc>
          <w:tcPr>
            <w:tcW w:type="dxa" w:w="1814"/>
          </w:tcPr>
          <w:p>
            <w:pPr>
              <w:spacing w:after="20" w:line="276" w:lineRule="auto"/>
            </w:pPr>
            <w:r/>
            <w:r>
              <w:rPr>
                <w:rFonts w:ascii="宋体" w:hAnsi="宋体" w:eastAsia="宋体"/>
                <w:b w:val="0"/>
                <w:sz w:val="18"/>
              </w:rPr>
              <w:t>让学生自主尝试，既加深对分数基本性质的理解，又培养学生的分析推理能力。</w:t>
            </w:r>
          </w:p>
          <w:p>
            <w:pPr>
              <w:spacing w:after="20" w:line="276" w:lineRule="auto"/>
            </w:pPr>
            <w:r>
              <w:rPr>
                <w:rFonts w:ascii="宋体" w:hAnsi="宋体" w:eastAsia="宋体"/>
                <w:b w:val="0"/>
                <w:sz w:val="18"/>
              </w:rPr>
              <w:t>比较分数的大小，一般是转化为分母相同的分数。但是应转化为哪个相同的分母呢？通过这个题目的比较、分析，学生就会选择将分母都转化为最小公倍数了。</w:t>
            </w:r>
          </w:p>
        </w:tc>
      </w:tr>
      <w:tr>
        <w:tc>
          <w:tcPr>
            <w:tcW w:type="dxa" w:w="1474"/>
          </w:tcPr>
          <w:p>
            <w:pPr>
              <w:spacing w:after="20" w:line="276" w:lineRule="auto"/>
            </w:pPr>
            <w:r>
              <w:rPr>
                <w:b/>
              </w:rPr>
            </w:r>
            <w:r>
              <w:rPr>
                <w:rFonts w:ascii="宋体" w:hAnsi="宋体" w:eastAsia="宋体"/>
                <w:b/>
                <w:sz w:val="18"/>
              </w:rPr>
              <w:t>三、拓展应用，解决问题</w:t>
            </w:r>
          </w:p>
        </w:tc>
        <w:tc>
          <w:tcPr>
            <w:tcW w:type="dxa" w:w="3061"/>
          </w:tcPr>
          <w:p>
            <w:pPr>
              <w:spacing w:after="20" w:line="276" w:lineRule="auto"/>
            </w:pPr>
            <w:r/>
            <w:r>
              <w:rPr>
                <w:rFonts w:ascii="宋体" w:hAnsi="宋体" w:eastAsia="宋体"/>
                <w:b w:val="0"/>
                <w:sz w:val="18"/>
              </w:rPr>
              <w:t>1.完成教科书P74“做一做”第1题。</w:t>
            </w:r>
          </w:p>
          <w:p>
            <w:pPr>
              <w:spacing w:after="20" w:line="276" w:lineRule="auto"/>
            </w:pPr>
            <w:r>
              <w:rPr>
                <w:rFonts w:ascii="宋体" w:hAnsi="宋体" w:eastAsia="宋体"/>
                <w:b w:val="0"/>
                <w:sz w:val="18"/>
              </w:rPr>
              <w:t>2.完成教科书P74“做一做”第2题。</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（2）同桌相互交流。</w:t>
            </w:r>
          </w:p>
          <w:p>
            <w:pPr>
              <w:spacing w:after="20" w:line="276" w:lineRule="auto"/>
            </w:pPr>
            <w:r>
              <w:rPr>
                <w:rFonts w:ascii="宋体" w:hAnsi="宋体" w:eastAsia="宋体"/>
                <w:b w:val="0"/>
                <w:sz w:val="18"/>
              </w:rPr>
              <w:t>（3）集中评价。</w:t>
            </w:r>
          </w:p>
          <w:p>
            <w:pPr>
              <w:spacing w:after="20" w:line="276" w:lineRule="auto"/>
            </w:pPr>
            <w:r>
              <w:rPr>
                <w:rFonts w:ascii="宋体" w:hAnsi="宋体" w:eastAsia="宋体"/>
                <w:b w:val="0"/>
                <w:sz w:val="18"/>
              </w:rPr>
              <w:t>师：同桌交流时，有不同的意见吗？不同在哪里？</w:t>
            </w:r>
          </w:p>
        </w:tc>
        <w:tc>
          <w:tcPr>
            <w:tcW w:type="dxa" w:w="3061"/>
          </w:tcPr>
          <w:p>
            <w:pPr>
              <w:spacing w:after="20" w:line="276" w:lineRule="auto"/>
            </w:pPr>
            <w:r/>
            <w:r>
              <w:rPr>
                <w:rFonts w:ascii="宋体" w:hAnsi="宋体" w:eastAsia="宋体"/>
                <w:b w:val="0"/>
                <w:sz w:val="18"/>
              </w:rPr>
              <w:t>学生独立完成再交流。</w:t>
            </w:r>
          </w:p>
          <w:p>
            <w:pPr>
              <w:spacing w:after="20" w:line="276" w:lineRule="auto"/>
            </w:pPr>
            <w:r>
              <w:rPr>
                <w:rFonts w:ascii="宋体" w:hAnsi="宋体" w:eastAsia="宋体"/>
                <w:b w:val="0"/>
                <w:sz w:val="18"/>
              </w:rPr>
              <w:t>一般学生都能比较出大小，但是方法可能不同，交流时，引导学生观察两个分数的特征，根据分数的特征转化成分子相同或分母相同的分数，再比较大小。【教学笔记】错误也是一种资源，关注学生的错误，集体分析错误原因及如何更正，能引导学生深刻理解所学知识，掌握学习的方法。</w:t>
            </w:r>
          </w:p>
          <w:p>
            <w:pPr>
              <w:spacing w:after="20" w:line="276" w:lineRule="auto"/>
            </w:pPr>
            <w:r>
              <w:rPr>
                <w:rFonts w:ascii="宋体" w:hAnsi="宋体" w:eastAsia="宋体"/>
                <w:b w:val="0"/>
                <w:sz w:val="18"/>
              </w:rPr>
              <w:t>学生独立解答后交流。</w:t>
            </w:r>
          </w:p>
          <w:p>
            <w:pPr>
              <w:spacing w:after="20" w:line="276" w:lineRule="auto"/>
            </w:pPr>
            <w:r>
              <w:rPr>
                <w:rFonts w:ascii="宋体" w:hAnsi="宋体" w:eastAsia="宋体"/>
                <w:b w:val="0"/>
                <w:sz w:val="18"/>
              </w:rPr>
              <w:t>题目没有要求比较大小，只是要求通分，可能有的学生受前面题目的影响，将两个分数化成分子相同的分数。教师要引导学生进行分析，一定要化成分母相同的分数，而且公分母尽可能是两个异分母的最小公倍数。3.完成教科书P75“练习十八”第2题。</w:t>
            </w:r>
          </w:p>
          <w:p>
            <w:pPr>
              <w:spacing w:after="20" w:line="276" w:lineRule="auto"/>
            </w:pPr>
            <w:r>
              <w:rPr>
                <w:rFonts w:ascii="宋体" w:hAnsi="宋体" w:eastAsia="宋体"/>
                <w:b w:val="0"/>
                <w:sz w:val="18"/>
              </w:rPr>
              <w:t>学生可能用的方法不同，还有可能通分的公分母不同。教师主要是引导学生进行对比分析，辨析错误。</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通过有层次的练习及时反馈学情，巩固新知，培养学生灵活运用知识解决问题的能力，核心问题："同桌交流时，有不同的意见吗？不同在哪里？"</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师：关于通分，你们学到了什么？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引导学生回顾梳理本课所学，完善认知结构，提升归纳与反思能力，核心问题："关于通分，你们学到了什么？"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教科书P73~74例4、例5及“做一做”，完成教科书P75“练习十八”中第2题。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如果学生难以得出一些结论，或难以总结比较分数大小的方法，教师可以示范举例启发学生思考。 【教学提示】 错误也是一种资源，关注学生的错误，集体分析错误原因及如何更正，能引导学生深刻理解所学知识，掌握学习的方法。 【教学提示】 允许学生有多种方法，但是不要为了追求多样化而多样化。</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数学知识的教学要体现它的应用性，因此在教学中教师遵循教科书的编排，在探索通分的方法时，为了能让学生的思维自主发挥，采用了先放后收的方法：先允许学生运用多种方法比较两个异分母分数的大小，让学生感受到同一个问题总是可以有多种方法解决，当学生的思维达到一定的程度时，又将学生的思维收回来，重点研究转化成同分母的方法，从而引出通分。但部分学生在公分母的选择上，习惯将两个分母的积作公分母。</w:t>
      </w:r>
    </w:p>
    <w:p>
      <w:r>
        <w:br w:type="page"/>
      </w:r>
    </w:p>
    <w:p>
      <w:pPr>
        <w:spacing w:after="80" w:line="300" w:lineRule="auto"/>
      </w:pPr>
      <w:r>
        <w:rPr>
          <w:rFonts w:ascii="黑体" w:hAnsi="黑体" w:eastAsia="黑体"/>
          <w:b/>
          <w:sz w:val="24"/>
        </w:rPr>
        <w:t>二、课时教学方案（第12课时）</w:t>
      </w:r>
    </w:p>
    <w:p>
      <w:pPr>
        <w:spacing w:after="80" w:line="300" w:lineRule="auto"/>
      </w:pPr>
      <w:r>
        <w:rPr>
          <w:rFonts w:ascii="黑体" w:hAnsi="黑体" w:eastAsia="黑体"/>
          <w:b/>
          <w:sz w:val="24"/>
        </w:rPr>
        <w:t>第12课时　分数的基本性质</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第12课时　分数的基本性质</w:t>
            </w:r>
          </w:p>
        </w:tc>
        <w:tc>
          <w:tcPr>
            <w:tcW w:type="dxa" w:w="6009"/>
          </w:tcPr>
          <w:p>
            <w:pPr>
              <w:spacing w:after="20" w:line="276" w:lineRule="auto"/>
            </w:pPr>
            <w:r/>
            <w:r>
              <w:rPr>
                <w:rFonts w:ascii="宋体" w:hAnsi="宋体" w:eastAsia="宋体"/>
                <w:b w:val="0"/>
                <w:sz w:val="20"/>
              </w:rPr>
              <w:t>第4单元 分数的意义和性质（分数的基本性质）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教学内容：教科书P57例1、例2，完成教科书P58～59“练习十四”中第1、8题。</w:t>
      </w:r>
    </w:p>
    <w:p>
      <w:pPr>
        <w:spacing w:after="80" w:line="300" w:lineRule="auto"/>
        <w:ind w:firstLine="400"/>
      </w:pPr>
      <w:r>
        <w:rPr>
          <w:rFonts w:ascii="宋体" w:hAnsi="宋体" w:eastAsia="宋体"/>
          <w:b w:val="0"/>
          <w:sz w:val="20"/>
        </w:rPr>
        <w:t>教学准备：课件，每人三张同样大的小正方形纸。</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（1）通过经历预测猜想——实验分析——合情推理——探究创造的过程，理解和掌握分数的基本性质。</w:t>
      </w:r>
    </w:p>
    <w:p>
      <w:pPr>
        <w:spacing w:after="20" w:line="300" w:lineRule="auto"/>
        <w:ind w:firstLine="400"/>
      </w:pPr>
      <w:r>
        <w:rPr>
          <w:rFonts w:ascii="宋体" w:hAnsi="宋体" w:eastAsia="宋体"/>
          <w:b w:val="0"/>
          <w:sz w:val="20"/>
        </w:rPr>
        <w:t>（2）根据分数的基本性质，把一个分数化成指定分母(或分子)而大小不变的分数。渗透解决问题的方法，培养建模能力。</w:t>
      </w:r>
    </w:p>
    <w:p>
      <w:pPr>
        <w:spacing w:after="20" w:line="300" w:lineRule="auto"/>
        <w:ind w:firstLine="400"/>
      </w:pPr>
      <w:r>
        <w:rPr>
          <w:rFonts w:ascii="宋体" w:hAnsi="宋体" w:eastAsia="宋体"/>
          <w:b w:val="0"/>
          <w:sz w:val="20"/>
        </w:rPr>
        <w:t>（3）体会到数学知识的内在联系，感受学习数学知识的价值。</w:t>
      </w:r>
    </w:p>
    <w:p>
      <w:pPr>
        <w:spacing w:after="20" w:line="300" w:lineRule="auto"/>
      </w:pPr>
      <w:r>
        <w:rPr>
          <w:rFonts w:ascii="宋体" w:hAnsi="宋体" w:eastAsia="宋体"/>
          <w:b w:val="0"/>
          <w:sz w:val="20"/>
        </w:rPr>
        <w:t>教学重点：经历分数基本性质的探索过程。</w:t>
      </w:r>
    </w:p>
    <w:p>
      <w:pPr>
        <w:spacing w:after="20" w:line="300" w:lineRule="auto"/>
      </w:pPr>
      <w:r>
        <w:rPr>
          <w:rFonts w:ascii="宋体" w:hAnsi="宋体" w:eastAsia="宋体"/>
          <w:b w:val="0"/>
          <w:sz w:val="20"/>
        </w:rPr>
        <w:t>教学难点：学生自主探索，发现和归纳分数的基本性质。</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一、故事引入，提出问题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三兄弟各吃了一张饼的几分之几？；妈妈分别满足了三兄弟的要求，真的是妈妈偏心，给三毛吃得最多吗？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二、小组合作，探索新知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这只是大家的猜想，究竟谁吃得多呢？；都涂完了吗？</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三、初步运用，理解深化</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都解答完了吗？你是怎样想的？怎样做的？</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四、实践应用，巩固新知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今天我们一起研究了分数的基本性质。大家对分数的基本性质还有哪些疑问呢？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一、故事引入，提出问题</w:t>
            </w:r>
          </w:p>
        </w:tc>
        <w:tc>
          <w:tcPr>
            <w:tcW w:type="dxa" w:w="3061"/>
          </w:tcPr>
          <w:p>
            <w:pPr>
              <w:spacing w:after="20" w:line="276" w:lineRule="auto"/>
            </w:pPr>
            <w:r/>
            <w:r>
              <w:rPr>
                <w:rFonts w:ascii="宋体" w:hAnsi="宋体" w:eastAsia="宋体"/>
                <w:b w:val="0"/>
                <w:sz w:val="18"/>
              </w:rPr>
              <w:t>1.课件出示“三人分饼”的故事。</w:t>
            </w:r>
          </w:p>
          <w:p>
            <w:pPr>
              <w:spacing w:after="20" w:line="276" w:lineRule="auto"/>
            </w:pPr>
            <w:r>
              <w:rPr>
                <w:rFonts w:ascii="宋体" w:hAnsi="宋体" w:eastAsia="宋体"/>
                <w:b w:val="0"/>
                <w:sz w:val="18"/>
              </w:rPr>
              <w:t>2．提出问题。</w:t>
            </w:r>
          </w:p>
          <w:p>
            <w:pPr>
              <w:spacing w:after="20" w:line="276" w:lineRule="auto"/>
            </w:pPr>
            <w:r>
              <w:rPr>
                <w:rFonts w:ascii="宋体" w:hAnsi="宋体" w:eastAsia="宋体"/>
                <w:b w:val="0"/>
                <w:sz w:val="18"/>
              </w:rPr>
              <w:t>师：三兄弟各吃了一张饼的几分之几？</w:t>
            </w:r>
          </w:p>
          <w:p>
            <w:pPr>
              <w:spacing w:after="20" w:line="276" w:lineRule="auto"/>
            </w:pPr>
            <w:r>
              <w:rPr>
                <w:rFonts w:ascii="宋体" w:hAnsi="宋体" w:eastAsia="宋体"/>
                <w:b w:val="0"/>
                <w:sz w:val="18"/>
              </w:rPr>
              <w:t>结合学生的发言，板书三个分数： EMBED Equation.DSMT4    EMBED Equation.DSMT4    EMBED Equation.DSMT4</w:t>
            </w:r>
          </w:p>
          <w:p>
            <w:pPr>
              <w:spacing w:after="20" w:line="276" w:lineRule="auto"/>
            </w:pPr>
            <w:r>
              <w:rPr>
                <w:rFonts w:ascii="宋体" w:hAnsi="宋体" w:eastAsia="宋体"/>
                <w:b w:val="0"/>
                <w:sz w:val="18"/>
              </w:rPr>
              <w:t>师：妈妈分别满足了三兄弟的要求，真的是妈妈偏心，给三毛吃得最多吗？</w:t>
            </w:r>
          </w:p>
          <w:p>
            <w:pPr>
              <w:spacing w:after="20" w:line="276" w:lineRule="auto"/>
            </w:pPr>
            <w:r>
              <w:rPr>
                <w:rFonts w:ascii="宋体" w:hAnsi="宋体" w:eastAsia="宋体"/>
                <w:b w:val="0"/>
                <w:sz w:val="18"/>
              </w:rPr>
              <w:t>师：到底是不是同样多呢？学习了今天的内容，大家就知道了。(板书课题：分数的基本性质)</w:t>
            </w:r>
          </w:p>
        </w:tc>
        <w:tc>
          <w:tcPr>
            <w:tcW w:type="dxa" w:w="3061"/>
          </w:tcPr>
          <w:p>
            <w:pPr>
              <w:spacing w:after="20" w:line="276" w:lineRule="auto"/>
            </w:pPr>
            <w:r/>
            <w:r>
              <w:rPr>
                <w:rFonts w:ascii="宋体" w:hAnsi="宋体" w:eastAsia="宋体"/>
                <w:b w:val="0"/>
                <w:sz w:val="18"/>
              </w:rPr>
              <w:t>学生有了一定的生活经验，有的学生会说三兄弟吃得同样多，但也有学生会说不一样多。</w:t>
            </w:r>
          </w:p>
        </w:tc>
        <w:tc>
          <w:tcPr>
            <w:tcW w:type="dxa" w:w="1814"/>
          </w:tcPr>
          <w:p>
            <w:pPr>
              <w:spacing w:after="20" w:line="276" w:lineRule="auto"/>
            </w:pPr>
            <w:r/>
            <w:r>
              <w:rPr>
                <w:rFonts w:ascii="宋体" w:hAnsi="宋体" w:eastAsia="宋体"/>
                <w:b w:val="0"/>
                <w:sz w:val="18"/>
              </w:rPr>
              <w:t>创设故事情境引出三个分数，但没有直观地呈现这三个分数的大小，让学生猜测这三个分数的大小关系，为自主探索研究“分数的基本性质”做必要的铺垫，同时又很好地激发了学生的学习兴趣。</w:t>
            </w:r>
          </w:p>
        </w:tc>
      </w:tr>
      <w:tr>
        <w:tc>
          <w:tcPr>
            <w:tcW w:type="dxa" w:w="1474"/>
          </w:tcPr>
          <w:p>
            <w:pPr>
              <w:spacing w:after="20" w:line="276" w:lineRule="auto"/>
            </w:pPr>
            <w:r>
              <w:rPr>
                <w:b/>
              </w:rPr>
            </w:r>
            <w:r>
              <w:rPr>
                <w:rFonts w:ascii="宋体" w:hAnsi="宋体" w:eastAsia="宋体"/>
                <w:b/>
                <w:sz w:val="18"/>
              </w:rPr>
              <w:t>二、小组合作，探索新知</w:t>
            </w:r>
          </w:p>
        </w:tc>
        <w:tc>
          <w:tcPr>
            <w:tcW w:type="dxa" w:w="3061"/>
          </w:tcPr>
          <w:p>
            <w:pPr>
              <w:spacing w:after="20" w:line="276" w:lineRule="auto"/>
            </w:pPr>
            <w:r/>
            <w:r>
              <w:rPr>
                <w:rFonts w:ascii="宋体" w:hAnsi="宋体" w:eastAsia="宋体"/>
                <w:b w:val="0"/>
                <w:sz w:val="18"/>
              </w:rPr>
              <w:t>1.借助图形，直观感知。</w:t>
            </w:r>
          </w:p>
          <w:p>
            <w:pPr>
              <w:spacing w:after="20" w:line="276" w:lineRule="auto"/>
            </w:pPr>
            <w:r>
              <w:rPr>
                <w:rFonts w:ascii="宋体" w:hAnsi="宋体" w:eastAsia="宋体"/>
                <w:b w:val="0"/>
                <w:sz w:val="18"/>
              </w:rPr>
              <w:t>(1)小组合作，涂出分数。</w:t>
            </w:r>
          </w:p>
          <w:p>
            <w:pPr>
              <w:spacing w:after="20" w:line="276" w:lineRule="auto"/>
            </w:pPr>
            <w:r>
              <w:rPr>
                <w:rFonts w:ascii="宋体" w:hAnsi="宋体" w:eastAsia="宋体"/>
                <w:b w:val="0"/>
                <w:sz w:val="18"/>
              </w:rPr>
              <w:t>师：这只是大家的猜想，究竟谁吃得多呢？大家自己分一分，验证你们的猜想。</w:t>
            </w:r>
          </w:p>
          <w:p>
            <w:pPr>
              <w:spacing w:after="20" w:line="276" w:lineRule="auto"/>
            </w:pPr>
            <w:r>
              <w:rPr>
                <w:rFonts w:ascii="宋体" w:hAnsi="宋体" w:eastAsia="宋体"/>
                <w:b w:val="0"/>
                <w:sz w:val="18"/>
              </w:rPr>
              <w:t>师：请拿出准备好的小正方形纸，3人小组合作，分别折一折、涂一涂，表示出 EMBED Equation.DSMT4  ， EMBED Equation.DSMT4  ， EMBED Equation.DSMT4  。</w:t>
            </w:r>
          </w:p>
          <w:p>
            <w:pPr>
              <w:spacing w:after="20" w:line="276" w:lineRule="auto"/>
            </w:pPr>
            <w:r>
              <w:rPr>
                <w:rFonts w:ascii="宋体" w:hAnsi="宋体" w:eastAsia="宋体"/>
                <w:b w:val="0"/>
                <w:sz w:val="18"/>
              </w:rPr>
              <w:t>(2)观察分析，初步感知。</w:t>
            </w:r>
          </w:p>
          <w:p>
            <w:pPr>
              <w:spacing w:after="20" w:line="276" w:lineRule="auto"/>
            </w:pPr>
            <w:r>
              <w:rPr>
                <w:rFonts w:ascii="宋体" w:hAnsi="宋体" w:eastAsia="宋体"/>
                <w:b w:val="0"/>
                <w:sz w:val="18"/>
              </w:rPr>
              <w:t>师：都涂完了吗？</w:t>
            </w:r>
          </w:p>
          <w:p>
            <w:pPr>
              <w:spacing w:after="20" w:line="276" w:lineRule="auto"/>
            </w:pPr>
            <w:r>
              <w:rPr>
                <w:rFonts w:ascii="宋体" w:hAnsi="宋体" w:eastAsia="宋体"/>
                <w:b w:val="0"/>
                <w:sz w:val="18"/>
              </w:rPr>
              <w:t>师：现在请每个小组把涂完的三张小正方形纸摆放成一排，仔细观察，你们发现了什么？</w:t>
            </w:r>
          </w:p>
          <w:p>
            <w:pPr>
              <w:spacing w:after="20" w:line="276" w:lineRule="auto"/>
            </w:pPr>
            <w:r>
              <w:rPr>
                <w:rFonts w:ascii="宋体" w:hAnsi="宋体" w:eastAsia="宋体"/>
                <w:b w:val="0"/>
                <w:sz w:val="18"/>
              </w:rPr>
              <w:t>(3)汇报交流，验证猜想。</w:t>
            </w:r>
          </w:p>
          <w:p>
            <w:pPr>
              <w:spacing w:after="20" w:line="276" w:lineRule="auto"/>
            </w:pPr>
            <w:r>
              <w:rPr>
                <w:rFonts w:ascii="宋体" w:hAnsi="宋体" w:eastAsia="宋体"/>
                <w:b w:val="0"/>
                <w:sz w:val="18"/>
              </w:rPr>
              <w:t>师：每个小组都发现是相同的吗？</w:t>
            </w:r>
          </w:p>
          <w:p>
            <w:pPr>
              <w:spacing w:after="20" w:line="276" w:lineRule="auto"/>
            </w:pPr>
            <w:r>
              <w:rPr>
                <w:rFonts w:ascii="宋体" w:hAnsi="宋体" w:eastAsia="宋体"/>
                <w:b w:val="0"/>
                <w:sz w:val="18"/>
              </w:rPr>
              <w:t>师：你们是怎么分的？我们一起来分一分，看看每部分是多少。</w:t>
            </w:r>
          </w:p>
          <w:p>
            <w:pPr>
              <w:spacing w:after="20" w:line="276" w:lineRule="auto"/>
            </w:pPr>
            <w:r>
              <w:rPr>
                <w:rFonts w:ascii="宋体" w:hAnsi="宋体" w:eastAsia="宋体"/>
                <w:b w:val="0"/>
                <w:sz w:val="18"/>
              </w:rPr>
              <w:t>师：既然他们分得的饼同样多，那么表示他们分得的饼的三个分数是什么关系呢？</w:t>
            </w:r>
          </w:p>
          <w:p>
            <w:pPr>
              <w:spacing w:after="20" w:line="276" w:lineRule="auto"/>
            </w:pPr>
            <w:r>
              <w:rPr>
                <w:rFonts w:ascii="宋体" w:hAnsi="宋体" w:eastAsia="宋体"/>
                <w:b w:val="0"/>
                <w:sz w:val="18"/>
              </w:rPr>
              <w:t>教师板书： EMBED Equation.DSMT4  ＝ EMBED Equation.DSMT4  ＝ EMBED Equation.DSMT4</w:t>
            </w:r>
          </w:p>
          <w:p>
            <w:pPr>
              <w:spacing w:after="20" w:line="276" w:lineRule="auto"/>
            </w:pPr>
            <w:r>
              <w:rPr>
                <w:rFonts w:ascii="宋体" w:hAnsi="宋体" w:eastAsia="宋体"/>
                <w:b w:val="0"/>
                <w:sz w:val="18"/>
              </w:rPr>
              <w:t>2．比较归纳，探索规律。</w:t>
            </w:r>
          </w:p>
          <w:p>
            <w:pPr>
              <w:spacing w:after="20" w:line="276" w:lineRule="auto"/>
            </w:pPr>
            <w:r>
              <w:rPr>
                <w:rFonts w:ascii="宋体" w:hAnsi="宋体" w:eastAsia="宋体"/>
                <w:b w:val="0"/>
                <w:sz w:val="18"/>
              </w:rPr>
              <w:t>(1)引导学生从左往右看等式中的三个分数。</w:t>
            </w:r>
          </w:p>
          <w:p>
            <w:pPr>
              <w:spacing w:after="20" w:line="276" w:lineRule="auto"/>
            </w:pPr>
            <w:r>
              <w:rPr>
                <w:rFonts w:ascii="宋体" w:hAnsi="宋体" w:eastAsia="宋体"/>
                <w:b w:val="0"/>
                <w:sz w:val="18"/>
              </w:rPr>
              <w:t>师：这三个分数什么变了？什么没变？</w:t>
            </w:r>
          </w:p>
          <w:p>
            <w:pPr>
              <w:spacing w:after="20" w:line="276" w:lineRule="auto"/>
            </w:pPr>
            <w:r>
              <w:rPr>
                <w:rFonts w:ascii="宋体" w:hAnsi="宋体" w:eastAsia="宋体"/>
                <w:b w:val="0"/>
                <w:sz w:val="18"/>
              </w:rPr>
              <w:t>让学生把发现的结果小结成一句话：分数的分子和分母同时乘同一个数，分数的大小不变。</w:t>
            </w:r>
          </w:p>
          <w:p>
            <w:pPr>
              <w:spacing w:after="20" w:line="276" w:lineRule="auto"/>
            </w:pPr>
            <w:r>
              <w:rPr>
                <w:rFonts w:ascii="宋体" w:hAnsi="宋体" w:eastAsia="宋体"/>
                <w:b w:val="0"/>
                <w:sz w:val="18"/>
              </w:rPr>
              <w:t>(2)从右往左观察等式中的三个分数。</w:t>
            </w:r>
          </w:p>
          <w:p>
            <w:pPr>
              <w:spacing w:after="20" w:line="276" w:lineRule="auto"/>
            </w:pPr>
            <w:r>
              <w:rPr>
                <w:rFonts w:ascii="宋体" w:hAnsi="宋体" w:eastAsia="宋体"/>
                <w:b w:val="0"/>
                <w:sz w:val="18"/>
              </w:rPr>
              <w:t>师：这三个分数什么变了？什么没变？</w:t>
            </w:r>
          </w:p>
          <w:p>
            <w:pPr>
              <w:spacing w:after="20" w:line="276" w:lineRule="auto"/>
            </w:pPr>
            <w:r>
              <w:rPr>
                <w:rFonts w:ascii="宋体" w:hAnsi="宋体" w:eastAsia="宋体"/>
                <w:b w:val="0"/>
                <w:sz w:val="18"/>
              </w:rPr>
              <w:t>(3)让学生把这两句话总结成一句：分数的分子和分母同时乘或除以同一个数，分数的大小不变。</w:t>
            </w:r>
          </w:p>
          <w:p>
            <w:pPr>
              <w:spacing w:after="20" w:line="276" w:lineRule="auto"/>
            </w:pPr>
            <w:r>
              <w:rPr>
                <w:rFonts w:ascii="宋体" w:hAnsi="宋体" w:eastAsia="宋体"/>
                <w:b w:val="0"/>
                <w:sz w:val="18"/>
              </w:rPr>
              <w:t>(4)举例论证，归纳规律。</w:t>
            </w:r>
          </w:p>
          <w:p>
            <w:pPr>
              <w:spacing w:after="20" w:line="276" w:lineRule="auto"/>
            </w:pPr>
            <w:r>
              <w:rPr>
                <w:rFonts w:ascii="宋体" w:hAnsi="宋体" w:eastAsia="宋体"/>
                <w:b w:val="0"/>
                <w:sz w:val="18"/>
              </w:rPr>
              <w:t>(5)完整归纳分数的基本性质。</w:t>
            </w:r>
          </w:p>
          <w:p>
            <w:pPr>
              <w:spacing w:after="20" w:line="276" w:lineRule="auto"/>
            </w:pPr>
            <w:r>
              <w:rPr>
                <w:rFonts w:ascii="宋体" w:hAnsi="宋体" w:eastAsia="宋体"/>
                <w:b w:val="0"/>
                <w:sz w:val="18"/>
              </w:rPr>
              <w:t>师：我们通过直观图分析发现了这一规律，你们能用我们以前学过的知识解释分数的基本性质吗？</w:t>
            </w:r>
          </w:p>
          <w:p>
            <w:pPr>
              <w:spacing w:after="20" w:line="276" w:lineRule="auto"/>
            </w:pPr>
            <w:r>
              <w:rPr>
                <w:rFonts w:ascii="宋体" w:hAnsi="宋体" w:eastAsia="宋体"/>
                <w:b w:val="0"/>
                <w:sz w:val="18"/>
              </w:rPr>
              <w:t>除数同时乘或除以同一个不为0的数，商不变，推理得出分子和分母同时乘或者除以同一个不为0的数，分数的大小不变。</w:t>
            </w:r>
          </w:p>
          <w:p>
            <w:pPr>
              <w:spacing w:after="20" w:line="276" w:lineRule="auto"/>
            </w:pPr>
            <w:r>
              <w:rPr>
                <w:rFonts w:ascii="宋体" w:hAnsi="宋体" w:eastAsia="宋体"/>
                <w:b w:val="0"/>
                <w:sz w:val="18"/>
              </w:rPr>
              <w:t>师：被除数和除数同时乘或除以同一个不为0的数，商不变。为什么强调“不为0”，这里的分子和分母能同时乘或除以0吗？</w:t>
            </w:r>
          </w:p>
          <w:p>
            <w:pPr>
              <w:spacing w:after="20" w:line="276" w:lineRule="auto"/>
            </w:pPr>
            <w:r>
              <w:rPr>
                <w:rFonts w:ascii="宋体" w:hAnsi="宋体" w:eastAsia="宋体"/>
                <w:b w:val="0"/>
                <w:sz w:val="18"/>
              </w:rPr>
              <w:t>板书：分数的基本性质：分数的分子和分母同时乘或者除以相同的数(0除外)，分数的大小不变。(课件同时呈现)</w:t>
            </w:r>
          </w:p>
          <w:p>
            <w:pPr>
              <w:spacing w:after="20" w:line="276" w:lineRule="auto"/>
            </w:pPr>
            <w:r>
              <w:rPr>
                <w:rFonts w:ascii="宋体" w:hAnsi="宋体" w:eastAsia="宋体"/>
                <w:b w:val="0"/>
                <w:sz w:val="18"/>
              </w:rPr>
              <w:t>(6)解决问题。</w:t>
            </w:r>
          </w:p>
          <w:p>
            <w:pPr>
              <w:spacing w:after="20" w:line="276" w:lineRule="auto"/>
            </w:pPr>
            <w:r>
              <w:rPr>
                <w:rFonts w:ascii="宋体" w:hAnsi="宋体" w:eastAsia="宋体"/>
                <w:b w:val="0"/>
                <w:sz w:val="18"/>
              </w:rPr>
              <w:t>师：现在，大家知道三兄弟谁分得的饼多吗？为什么？</w:t>
            </w:r>
          </w:p>
        </w:tc>
        <w:tc>
          <w:tcPr>
            <w:tcW w:type="dxa" w:w="3061"/>
          </w:tcPr>
          <w:p>
            <w:pPr>
              <w:spacing w:after="20" w:line="276" w:lineRule="auto"/>
            </w:pPr>
            <w:r/>
            <w:r>
              <w:rPr>
                <w:rFonts w:ascii="宋体" w:hAnsi="宋体" w:eastAsia="宋体"/>
                <w:b w:val="0"/>
                <w:sz w:val="18"/>
              </w:rPr>
              <w:t>学生小组合作完成。</w:t>
            </w:r>
          </w:p>
          <w:p>
            <w:pPr>
              <w:spacing w:after="20" w:line="276" w:lineRule="auto"/>
            </w:pPr>
            <w:r>
              <w:rPr>
                <w:rFonts w:ascii="宋体" w:hAnsi="宋体" w:eastAsia="宋体"/>
                <w:b w:val="0"/>
                <w:sz w:val="18"/>
              </w:rPr>
              <w:t>三张小正方形纸的涂色部分的大小是相同的。</w:t>
            </w:r>
          </w:p>
          <w:p>
            <w:pPr>
              <w:spacing w:after="20" w:line="276" w:lineRule="auto"/>
            </w:pPr>
            <w:r>
              <w:rPr>
                <w:rFonts w:ascii="宋体" w:hAnsi="宋体" w:eastAsia="宋体"/>
                <w:b w:val="0"/>
                <w:sz w:val="18"/>
              </w:rPr>
              <w:t>学生汇报分法，教师课件逐步呈现分的过程，并用分数表示出每部分。</w:t>
            </w:r>
          </w:p>
          <w:p>
            <w:pPr>
              <w:spacing w:after="20" w:line="276" w:lineRule="auto"/>
            </w:pPr>
            <w:r>
              <w:rPr>
                <w:rFonts w:ascii="宋体" w:hAnsi="宋体" w:eastAsia="宋体"/>
                <w:b w:val="0"/>
                <w:sz w:val="18"/>
              </w:rPr>
              <w:t>学生得出结论，三个分数相等，课件显示等号将这三个分数连接起来。</w:t>
            </w:r>
          </w:p>
          <w:p>
            <w:pPr>
              <w:spacing w:after="20" w:line="276" w:lineRule="auto"/>
            </w:pPr>
            <w:r>
              <w:rPr>
                <w:rFonts w:ascii="宋体" w:hAnsi="宋体" w:eastAsia="宋体"/>
                <w:b w:val="0"/>
                <w:sz w:val="18"/>
              </w:rPr>
              <w:t>学生归纳：分数的分子和分母同时除以同一个数，分数的大小不变。</w:t>
            </w:r>
          </w:p>
          <w:p>
            <w:pPr>
              <w:spacing w:after="20" w:line="276" w:lineRule="auto"/>
            </w:pPr>
            <w:r>
              <w:rPr>
                <w:rFonts w:ascii="宋体" w:hAnsi="宋体" w:eastAsia="宋体"/>
                <w:b w:val="0"/>
                <w:sz w:val="18"/>
              </w:rPr>
              <w:t>学生根据整数除法中商不变的规律，由 EMBED Equation.DSMT4  ＝被除数÷除数，被除数和</w:t>
            </w:r>
          </w:p>
          <w:p>
            <w:pPr>
              <w:spacing w:after="20" w:line="276" w:lineRule="auto"/>
            </w:pPr>
            <w:r>
              <w:rPr>
                <w:rFonts w:ascii="宋体" w:hAnsi="宋体" w:eastAsia="宋体"/>
                <w:b w:val="0"/>
                <w:sz w:val="18"/>
              </w:rPr>
              <w:t>学生发表自己的观点，最终确定0除外。</w:t>
            </w:r>
          </w:p>
          <w:p>
            <w:pPr>
              <w:spacing w:after="20" w:line="276" w:lineRule="auto"/>
            </w:pPr>
            <w:r>
              <w:rPr>
                <w:rFonts w:ascii="宋体" w:hAnsi="宋体" w:eastAsia="宋体"/>
                <w:b w:val="0"/>
                <w:sz w:val="18"/>
              </w:rPr>
              <w:t>学生根据所学知识分析三兄弟分得的饼同样多，平均分的份数多了，得到的份数多了，但每份数变小了，所以大小不变。</w:t>
            </w:r>
          </w:p>
        </w:tc>
        <w:tc>
          <w:tcPr>
            <w:tcW w:type="dxa" w:w="1814"/>
          </w:tcPr>
          <w:p>
            <w:pPr>
              <w:spacing w:after="20" w:line="276" w:lineRule="auto"/>
            </w:pPr>
            <w:r/>
            <w:r>
              <w:rPr>
                <w:rFonts w:ascii="宋体" w:hAnsi="宋体" w:eastAsia="宋体"/>
                <w:b w:val="0"/>
                <w:sz w:val="18"/>
              </w:rPr>
              <w:t>利用折一折、涂一涂、比一比的实际操作环节，并通过课件进一步演示，让每一名学生都能从比较中感性地认识到这三个分数是相等的。</w:t>
            </w:r>
          </w:p>
          <w:p>
            <w:pPr>
              <w:spacing w:after="20" w:line="276" w:lineRule="auto"/>
            </w:pPr>
            <w:r>
              <w:rPr>
                <w:rFonts w:ascii="宋体" w:hAnsi="宋体" w:eastAsia="宋体"/>
                <w:b w:val="0"/>
                <w:sz w:val="18"/>
              </w:rPr>
              <w:t>沟通分数的基本性质与商不变的规律之间的联系。引导学生应用分数和除法的关系，以及整数除法中商不变的规律，说明分数的基本性质，把性质补充完整。</w:t>
            </w:r>
          </w:p>
          <w:p>
            <w:pPr>
              <w:spacing w:after="20" w:line="276" w:lineRule="auto"/>
            </w:pPr>
            <w:r>
              <w:rPr>
                <w:rFonts w:ascii="宋体" w:hAnsi="宋体" w:eastAsia="宋体"/>
                <w:b w:val="0"/>
                <w:sz w:val="18"/>
              </w:rPr>
              <w:t>让学生进行自主探索、发现规律，并通过有序的交流和讨论，在思维的碰撞中总结规律，通过教师有效指导，使学生经历一个不断完善、修正、充实的过程。</w:t>
            </w:r>
          </w:p>
        </w:tc>
      </w:tr>
      <w:tr>
        <w:tc>
          <w:tcPr>
            <w:tcW w:type="dxa" w:w="1474"/>
          </w:tcPr>
          <w:p>
            <w:pPr>
              <w:spacing w:after="20" w:line="276" w:lineRule="auto"/>
            </w:pPr>
            <w:r>
              <w:rPr>
                <w:b/>
              </w:rPr>
            </w:r>
            <w:r>
              <w:rPr>
                <w:rFonts w:ascii="宋体" w:hAnsi="宋体" w:eastAsia="宋体"/>
                <w:b/>
                <w:sz w:val="18"/>
              </w:rPr>
              <w:t>三、初步运用，理解深化</w:t>
            </w:r>
          </w:p>
        </w:tc>
        <w:tc>
          <w:tcPr>
            <w:tcW w:type="dxa" w:w="3061"/>
          </w:tcPr>
          <w:p>
            <w:pPr>
              <w:spacing w:after="20" w:line="276" w:lineRule="auto"/>
            </w:pPr>
            <w:r/>
            <w:r>
              <w:rPr>
                <w:rFonts w:ascii="宋体" w:hAnsi="宋体" w:eastAsia="宋体"/>
                <w:b w:val="0"/>
                <w:sz w:val="18"/>
              </w:rPr>
              <w:t>1.课件出示教科书P57例2。</w:t>
            </w:r>
          </w:p>
          <w:p>
            <w:pPr>
              <w:spacing w:after="20" w:line="276" w:lineRule="auto"/>
            </w:pPr>
            <w:r>
              <w:rPr>
                <w:rFonts w:ascii="宋体" w:hAnsi="宋体" w:eastAsia="宋体"/>
                <w:b w:val="0"/>
                <w:sz w:val="18"/>
              </w:rPr>
              <w:t>3．展示交流。</w:t>
            </w:r>
          </w:p>
          <w:p>
            <w:pPr>
              <w:spacing w:after="20" w:line="276" w:lineRule="auto"/>
            </w:pPr>
            <w:r>
              <w:rPr>
                <w:rFonts w:ascii="宋体" w:hAnsi="宋体" w:eastAsia="宋体"/>
                <w:b w:val="0"/>
                <w:sz w:val="18"/>
              </w:rPr>
              <w:t>师：都解答完了吗？你是怎样想的？怎样做的？</w:t>
            </w:r>
          </w:p>
        </w:tc>
        <w:tc>
          <w:tcPr>
            <w:tcW w:type="dxa" w:w="3061"/>
          </w:tcPr>
          <w:p>
            <w:pPr>
              <w:spacing w:after="20" w:line="276" w:lineRule="auto"/>
            </w:pPr>
            <w:r/>
            <w:r>
              <w:rPr>
                <w:rFonts w:ascii="宋体" w:hAnsi="宋体" w:eastAsia="宋体"/>
                <w:b w:val="0"/>
                <w:sz w:val="18"/>
              </w:rPr>
              <w:t>2．学生自主解答。</w:t>
            </w:r>
          </w:p>
          <w:p>
            <w:pPr>
              <w:spacing w:after="20" w:line="276" w:lineRule="auto"/>
            </w:pPr>
            <w:r>
              <w:rPr>
                <w:rFonts w:ascii="宋体" w:hAnsi="宋体" w:eastAsia="宋体"/>
                <w:b w:val="0"/>
                <w:sz w:val="18"/>
              </w:rPr>
              <w:t>根据分数的基本性质，分数的分子和分母同时乘或除以相同的数(0除外)，分数的大小不变。在 EMBED Equation.DSMT4  ＝ EMBED Equation.DSMT4  中，分母乘4，要使分数大小不变，分子也要乘4；根据 EMBED Equation.DSMT4  ＝ EMBED Equation.DSMT4  ，可知24除以2才等于12，所以分母24除以2，分子10也要除以2。</w:t>
            </w:r>
          </w:p>
        </w:tc>
        <w:tc>
          <w:tcPr>
            <w:tcW w:type="dxa" w:w="1814"/>
          </w:tcPr>
          <w:p>
            <w:pPr>
              <w:spacing w:after="20" w:line="276" w:lineRule="auto"/>
            </w:pPr>
            <w:r/>
            <w:r>
              <w:rPr>
                <w:rFonts w:ascii="宋体" w:hAnsi="宋体" w:eastAsia="宋体"/>
                <w:b w:val="0"/>
                <w:sz w:val="18"/>
              </w:rPr>
              <w:t>学生刚刚建立分数的基本性质的概念，让学生自主解答例2，是对基本性质的一种逆运用，进一步理解和掌握分数的基本性质。</w:t>
            </w:r>
          </w:p>
        </w:tc>
      </w:tr>
      <w:tr>
        <w:tc>
          <w:tcPr>
            <w:tcW w:type="dxa" w:w="1474"/>
          </w:tcPr>
          <w:p>
            <w:pPr>
              <w:spacing w:after="20" w:line="276" w:lineRule="auto"/>
            </w:pPr>
            <w:r>
              <w:rPr>
                <w:b/>
              </w:rPr>
            </w:r>
            <w:r>
              <w:rPr>
                <w:rFonts w:ascii="宋体" w:hAnsi="宋体" w:eastAsia="宋体"/>
                <w:b/>
                <w:sz w:val="18"/>
              </w:rPr>
              <w:t>四、实践应用，巩固新知</w:t>
            </w:r>
          </w:p>
        </w:tc>
        <w:tc>
          <w:tcPr>
            <w:tcW w:type="dxa" w:w="3061"/>
          </w:tcPr>
          <w:p>
            <w:pPr>
              <w:spacing w:after="20" w:line="276" w:lineRule="auto"/>
            </w:pPr>
            <w:r/>
            <w:r>
              <w:rPr>
                <w:rFonts w:ascii="宋体" w:hAnsi="宋体" w:eastAsia="宋体"/>
                <w:b w:val="0"/>
                <w:sz w:val="18"/>
              </w:rPr>
              <w:t>1.课件出示教科书P58“练习十四”第1题。</w:t>
            </w:r>
          </w:p>
          <w:p>
            <w:pPr>
              <w:spacing w:after="20" w:line="276" w:lineRule="auto"/>
            </w:pPr>
            <w:r>
              <w:rPr>
                <w:rFonts w:ascii="宋体" w:hAnsi="宋体" w:eastAsia="宋体"/>
                <w:b w:val="0"/>
                <w:sz w:val="18"/>
              </w:rPr>
              <w:t>(1)学生独立在教科书上涂一涂。</w:t>
            </w:r>
          </w:p>
          <w:p>
            <w:pPr>
              <w:spacing w:after="20" w:line="276" w:lineRule="auto"/>
            </w:pPr>
            <w:r>
              <w:rPr>
                <w:rFonts w:ascii="宋体" w:hAnsi="宋体" w:eastAsia="宋体"/>
                <w:b w:val="0"/>
                <w:sz w:val="18"/>
              </w:rPr>
              <w:t>(2)展示学生的答案，集中评价。</w:t>
            </w:r>
          </w:p>
          <w:p>
            <w:pPr>
              <w:spacing w:after="20" w:line="276" w:lineRule="auto"/>
            </w:pPr>
            <w:r>
              <w:rPr>
                <w:rFonts w:ascii="宋体" w:hAnsi="宋体" w:eastAsia="宋体"/>
                <w:b w:val="0"/>
                <w:sz w:val="18"/>
              </w:rPr>
              <w:t>(3)课件集中呈现完整解答。</w:t>
            </w:r>
          </w:p>
          <w:p>
            <w:pPr>
              <w:spacing w:after="20" w:line="276" w:lineRule="auto"/>
            </w:pPr>
            <w:r>
              <w:rPr>
                <w:rFonts w:ascii="宋体" w:hAnsi="宋体" w:eastAsia="宋体"/>
                <w:b w:val="0"/>
                <w:sz w:val="18"/>
              </w:rPr>
              <w:t>2.课件出示教科书P59“练习十四”第8题。</w:t>
            </w:r>
          </w:p>
          <w:p>
            <w:pPr>
              <w:spacing w:after="20" w:line="276" w:lineRule="auto"/>
            </w:pPr>
            <w:r>
              <w:rPr>
                <w:rFonts w:ascii="宋体" w:hAnsi="宋体" w:eastAsia="宋体"/>
                <w:b w:val="0"/>
                <w:sz w:val="18"/>
              </w:rPr>
              <w:t>(1)学生独立在教科书上涂一涂。</w:t>
            </w:r>
          </w:p>
          <w:p>
            <w:pPr>
              <w:spacing w:after="20" w:line="276" w:lineRule="auto"/>
            </w:pPr>
            <w:r>
              <w:rPr>
                <w:rFonts w:ascii="宋体" w:hAnsi="宋体" w:eastAsia="宋体"/>
                <w:b w:val="0"/>
                <w:sz w:val="18"/>
              </w:rPr>
              <w:t>(2)展示学生的作品，集中评价。</w:t>
            </w:r>
          </w:p>
          <w:p>
            <w:pPr>
              <w:spacing w:after="20" w:line="276" w:lineRule="auto"/>
            </w:pPr>
            <w:r>
              <w:rPr>
                <w:rFonts w:ascii="宋体" w:hAnsi="宋体" w:eastAsia="宋体"/>
                <w:b w:val="0"/>
                <w:sz w:val="18"/>
              </w:rPr>
              <w:t>(3)课件集中呈现完整解答。</w:t>
            </w:r>
          </w:p>
        </w:tc>
        <w:tc>
          <w:tcPr>
            <w:tcW w:type="dxa" w:w="3061"/>
          </w:tcPr>
          <w:p>
            <w:pPr>
              <w:spacing w:after="20" w:line="276" w:lineRule="auto"/>
            </w:pPr>
            <w:r/>
            <w:r>
              <w:rPr>
                <w:rFonts w:ascii="宋体" w:hAnsi="宋体" w:eastAsia="宋体"/>
                <w:b w:val="0"/>
                <w:sz w:val="18"/>
              </w:rPr>
              <w:t>学生知道怎么涂，但是为什么这样涂，要引导学生表达清楚，让学生说明涂色的依据。</w:t>
            </w:r>
          </w:p>
        </w:tc>
        <w:tc>
          <w:tcPr>
            <w:tcW w:type="dxa" w:w="1814"/>
          </w:tcPr>
          <w:p>
            <w:pPr>
              <w:spacing w:after="20" w:line="276" w:lineRule="auto"/>
            </w:pPr>
            <w:r/>
            <w:r>
              <w:rPr>
                <w:rFonts w:ascii="宋体" w:hAnsi="宋体" w:eastAsia="宋体"/>
                <w:b w:val="0"/>
                <w:sz w:val="18"/>
              </w:rPr>
              <w:t>帮助学生在理解的基础上掌握分数的基本性质。</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师：今天我们一起研究了分数的基本性质。大家对分数的基本性质还有哪些疑问呢？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引导学生回顾梳理本课所学，完善认知结构，提升归纳与反思能力，核心问题："今天我们一起研究了分数的基本性质。大家对分数的基本性质还有哪些疑问呢？"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分数的基本性质</w:t>
      </w:r>
    </w:p>
    <w:p>
      <w:pPr>
        <w:spacing w:after="40" w:line="300" w:lineRule="auto"/>
      </w:pPr>
      <w:r>
        <w:rPr>
          <w:rFonts w:ascii="宋体" w:hAnsi="宋体" w:eastAsia="宋体"/>
          <w:b w:val="0"/>
          <w:sz w:val="20"/>
        </w:rPr>
        <w:t>EMBED Equation.DSMT4  = EMBED Equation.DSMT4  = EMBED Equation.DSMT4</w:t>
      </w:r>
    </w:p>
    <w:p>
      <w:pPr>
        <w:spacing w:after="40" w:line="300" w:lineRule="auto"/>
      </w:pPr>
      <w:r>
        <w:rPr>
          <w:rFonts w:ascii="宋体" w:hAnsi="宋体" w:eastAsia="宋体"/>
          <w:b w:val="0"/>
          <w:sz w:val="20"/>
        </w:rPr>
        <w:t>分数的基本性质：分数的分子和分母同时乘或者除以相同的数(0除外)，分数的大小不变。</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教科书P57例1、例2，完成教科书P58～59“练习十四”中第1、8题。</w:t>
      </w:r>
    </w:p>
    <w:p>
      <w:pPr>
        <w:spacing w:after="40" w:line="300" w:lineRule="auto"/>
        <w:ind w:firstLine="400"/>
      </w:pPr>
      <w:r>
        <w:rPr>
          <w:rFonts w:ascii="宋体" w:hAnsi="宋体" w:eastAsia="宋体"/>
          <w:b w:val="0"/>
          <w:sz w:val="20"/>
        </w:rPr>
        <w:t>② 原设计安排：见“状元成才路”系列丛书《创优作业100分》对应课时作业。 填一填。 (1)eq \f(3,7)＝eq \f(3×（ ）,7×2)＝eq \f(（ ）,14) eq \f(35,28)＝eq \f(35÷7,28÷（ ）)＝eq \f(（ ）,（ ）) eq \f(1,6)＝eq \f(4,（ ）) eq \f(20,36)＝eq \f(（ ）,9) eq \f(6,5)＝eq \f(（ ）,10)＝eq \f(30,（ ）) eq \f(8,36)＝eq \f(（ ）,18)＝eq \f(2,（ ）) (2)在eq \f(4,9)，eq \f(7,8)，eq \f(12,16)，eq \f(12,20)，eq \f(15,20)中，与eq \f(3,4)相等的分数有( )。 (3)分数eq \f(6,20)，如果把它的分母除以2，要使分数的大小不变，那么分子应除以( )；如果把它的分子加上12，要使分数的大小不变，那么分母应加上( )。 参考答案 (1)2 6 7 eq \f(5,4) 24 5 12 25 4 9 (2)eq \f(12,16)和eq \f(15,20) (3)2 40eq \x(\a\vs4\al(教学资源),INCLUDEPICTURE"慕125.TIF" INCLUDEPICTURE"算125.TIF") 【教学笔记】 【教学提示】 教师可以直接讲故事，讲完后再播放课件，培养学生的聆听能力。 【教学提示】 很多学生知道这三个分数是相等的，但仅仅是停留在表象，要引导学生从数学的角度进行分析。 【教学提示】 关注学生怎么想的，让学生充分表述，厘清思路。</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教学设计突出的特点是学法的设计，从大胆猜想、实验感知、观察讨论到概括总结，完全是为学生自主探究、合作交流的学习设计的。让学生从找规律中粗略地发现分数的基本性质之后，进一步引导学生运用商不变的规律及分数与除法的关系完整归纳分数的基本性质，并加深了学生对该性质的理解，教学达到了预期的效果。</w:t>
      </w:r>
    </w:p>
    <w:p>
      <w:r>
        <w:br w:type="page"/>
      </w:r>
    </w:p>
    <w:p>
      <w:pPr>
        <w:spacing w:after="80" w:line="300" w:lineRule="auto"/>
      </w:pPr>
      <w:r>
        <w:rPr>
          <w:rFonts w:ascii="黑体" w:hAnsi="黑体" w:eastAsia="黑体"/>
          <w:b/>
          <w:sz w:val="24"/>
        </w:rPr>
        <w:t>二、课时教学方案（第13课时）</w:t>
      </w:r>
    </w:p>
    <w:p>
      <w:pPr>
        <w:spacing w:after="80" w:line="300" w:lineRule="auto"/>
      </w:pPr>
      <w:r>
        <w:rPr>
          <w:rFonts w:ascii="黑体" w:hAnsi="黑体" w:eastAsia="黑体"/>
          <w:b/>
          <w:sz w:val="24"/>
        </w:rPr>
        <w:t>第13课时　分数和小数的互化</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第13课时　分数和小数的互化</w:t>
            </w:r>
          </w:p>
        </w:tc>
        <w:tc>
          <w:tcPr>
            <w:tcW w:type="dxa" w:w="6009"/>
          </w:tcPr>
          <w:p>
            <w:pPr>
              <w:spacing w:after="20" w:line="276" w:lineRule="auto"/>
            </w:pPr>
            <w:r/>
            <w:r>
              <w:rPr>
                <w:rFonts w:ascii="宋体" w:hAnsi="宋体" w:eastAsia="宋体"/>
                <w:b w:val="0"/>
                <w:sz w:val="20"/>
              </w:rPr>
              <w:t>第4单元 分数的意义和性质（分数和小数的互化）</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教学内容：教科书P77例1、例2及“做一做”,完成教科书P78~79“练习十九”中第1、3题及“你知道吗？”。</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（1）引导学生经历分数与小数互化方法的探究过程，能正确、熟练地进行分数和小数的互化。</w:t>
      </w:r>
    </w:p>
    <w:p>
      <w:pPr>
        <w:spacing w:after="20" w:line="300" w:lineRule="auto"/>
        <w:ind w:firstLine="400"/>
      </w:pPr>
      <w:r>
        <w:rPr>
          <w:rFonts w:ascii="宋体" w:hAnsi="宋体" w:eastAsia="宋体"/>
          <w:b w:val="0"/>
          <w:sz w:val="20"/>
        </w:rPr>
        <w:t>（2）培养学生综合应用所学知识解决问题的能力。</w:t>
      </w:r>
    </w:p>
    <w:p>
      <w:pPr>
        <w:spacing w:after="20" w:line="300" w:lineRule="auto"/>
        <w:ind w:firstLine="400"/>
      </w:pPr>
      <w:r>
        <w:rPr>
          <w:rFonts w:ascii="宋体" w:hAnsi="宋体" w:eastAsia="宋体"/>
          <w:b w:val="0"/>
          <w:sz w:val="20"/>
        </w:rPr>
        <w:t>（3）在学习活动中，让学生感受数学与日常生活的联系，体会数学活动充满着探索与创造。</w:t>
      </w:r>
    </w:p>
    <w:p>
      <w:pPr>
        <w:spacing w:after="20" w:line="300" w:lineRule="auto"/>
      </w:pPr>
      <w:r>
        <w:rPr>
          <w:rFonts w:ascii="宋体" w:hAnsi="宋体" w:eastAsia="宋体"/>
          <w:b w:val="0"/>
          <w:sz w:val="20"/>
        </w:rPr>
        <w:t>教学重点：理解并掌握分数和小数的互化方法。</w:t>
      </w:r>
    </w:p>
    <w:p>
      <w:pPr>
        <w:spacing w:after="20" w:line="300" w:lineRule="auto"/>
      </w:pPr>
      <w:r>
        <w:rPr>
          <w:rFonts w:ascii="宋体" w:hAnsi="宋体" w:eastAsia="宋体"/>
          <w:b w:val="0"/>
          <w:sz w:val="20"/>
        </w:rPr>
        <w:t>教学难点：根据分数的特点选择合理、简便的方法把分数化成小数。</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一、复习铺垫，引入新知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还记得分数与除法的关系吗？分数的基本性质呢？</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二、自主探索，掌握方法</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怎么解决这个问题？你们会列式计算吗？；比一比，这两种结果有什么相同点和不同点？它们之间有怎样的联系呢？</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三、回顾反思，系统归纳</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今天我们是用什么方法将小数化成分数的？分数化成小数呢？分别要注意什么？；同学们，其实有些分数能化成有限小数，还有些分数不能化成有限小数，这当中又有什么奥秘呢？请大家自学教科书P79的“你知道吗？</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四、分层练习，巩固提升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回顾今天的学习过程，你们有什么收获呢？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一、复习铺垫，引入新知</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师：小数实际上是分母为10，100，1000,…的分数的另一种形式。</w:t>
            </w:r>
          </w:p>
          <w:p>
            <w:pPr>
              <w:spacing w:after="20" w:line="276" w:lineRule="auto"/>
            </w:pPr>
            <w:r>
              <w:rPr>
                <w:rFonts w:ascii="宋体" w:hAnsi="宋体" w:eastAsia="宋体"/>
                <w:b w:val="0"/>
                <w:sz w:val="18"/>
              </w:rPr>
              <w:t>师：还记得分数与除法的关系吗？分数的基本性质呢？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复习旧知识，回忆小数的意义及分数与除法的关系，让学生明确小数是分母为10，100，1000,…的分数的另一种形式，引入新课。在了解学生知识起点的基础上，把握本节课的教学起点，以便学生实现旧知识向新知识的正向迁移。</w:t>
            </w:r>
          </w:p>
        </w:tc>
      </w:tr>
      <w:tr>
        <w:tc>
          <w:tcPr>
            <w:tcW w:type="dxa" w:w="1474"/>
          </w:tcPr>
          <w:p>
            <w:pPr>
              <w:spacing w:after="20" w:line="276" w:lineRule="auto"/>
            </w:pPr>
            <w:r>
              <w:rPr>
                <w:b/>
              </w:rPr>
            </w:r>
            <w:r>
              <w:rPr>
                <w:rFonts w:ascii="宋体" w:hAnsi="宋体" w:eastAsia="宋体"/>
                <w:b/>
                <w:sz w:val="18"/>
              </w:rPr>
              <w:t>二、自主探索，掌握方法</w:t>
            </w:r>
          </w:p>
        </w:tc>
        <w:tc>
          <w:tcPr>
            <w:tcW w:type="dxa" w:w="3061"/>
          </w:tcPr>
          <w:p>
            <w:pPr>
              <w:spacing w:after="20" w:line="276" w:lineRule="auto"/>
            </w:pPr>
            <w:r/>
            <w:r>
              <w:rPr>
                <w:rFonts w:ascii="宋体" w:hAnsi="宋体" w:eastAsia="宋体"/>
                <w:b w:val="0"/>
                <w:sz w:val="18"/>
              </w:rPr>
              <w:t>1.教学教科书P77例1:小数化分数。</w:t>
            </w:r>
          </w:p>
          <w:p>
            <w:pPr>
              <w:spacing w:after="20" w:line="276" w:lineRule="auto"/>
            </w:pPr>
            <w:r>
              <w:rPr>
                <w:rFonts w:ascii="宋体" w:hAnsi="宋体" w:eastAsia="宋体"/>
                <w:b w:val="0"/>
                <w:sz w:val="18"/>
              </w:rPr>
              <w:t>(1)独立思考，解决问题。</w:t>
            </w:r>
          </w:p>
          <w:p>
            <w:pPr>
              <w:spacing w:after="20" w:line="276" w:lineRule="auto"/>
            </w:pPr>
            <w:r>
              <w:rPr>
                <w:rFonts w:ascii="宋体" w:hAnsi="宋体" w:eastAsia="宋体"/>
                <w:b w:val="0"/>
                <w:sz w:val="18"/>
              </w:rPr>
              <w:t>师：怎么解决这个问题？你们会列式计算吗？</w:t>
            </w:r>
          </w:p>
          <w:p>
            <w:pPr>
              <w:spacing w:after="20" w:line="276" w:lineRule="auto"/>
            </w:pPr>
            <w:r>
              <w:rPr>
                <w:rFonts w:ascii="宋体" w:hAnsi="宋体" w:eastAsia="宋体"/>
                <w:b w:val="0"/>
                <w:sz w:val="18"/>
              </w:rPr>
              <w:t>(2)全班交流，比较异同。</w:t>
            </w:r>
          </w:p>
          <w:p>
            <w:pPr>
              <w:spacing w:after="20" w:line="276" w:lineRule="auto"/>
            </w:pPr>
            <w:r>
              <w:rPr>
                <w:rFonts w:ascii="宋体" w:hAnsi="宋体" w:eastAsia="宋体"/>
                <w:b w:val="0"/>
                <w:sz w:val="18"/>
              </w:rPr>
              <w:t>师：比一比，这两种结果有什么相同点和不同点？它们之间有怎样的联系呢？</w:t>
            </w:r>
          </w:p>
          <w:p>
            <w:pPr>
              <w:spacing w:after="20" w:line="276" w:lineRule="auto"/>
            </w:pPr>
            <w:r>
              <w:rPr>
                <w:rFonts w:ascii="宋体" w:hAnsi="宋体" w:eastAsia="宋体"/>
                <w:b w:val="0"/>
                <w:sz w:val="18"/>
              </w:rPr>
              <w:t>结合学生的交流，教师板书：0.3= EMBED Equation.DSMT4     0.6= EMBED Equation.DSMT4</w:t>
            </w:r>
          </w:p>
          <w:p>
            <w:pPr>
              <w:spacing w:after="20" w:line="276" w:lineRule="auto"/>
            </w:pPr>
            <w:r>
              <w:rPr>
                <w:rFonts w:ascii="宋体" w:hAnsi="宋体" w:eastAsia="宋体"/>
                <w:b w:val="0"/>
                <w:sz w:val="18"/>
              </w:rPr>
              <w:t>(3)探索交流，明确方法。</w:t>
            </w:r>
          </w:p>
          <w:p>
            <w:pPr>
              <w:spacing w:after="20" w:line="276" w:lineRule="auto"/>
            </w:pPr>
            <w:r>
              <w:rPr>
                <w:rFonts w:ascii="宋体" w:hAnsi="宋体" w:eastAsia="宋体"/>
                <w:b w:val="0"/>
                <w:sz w:val="18"/>
              </w:rPr>
              <w:t>师：能不能把小数直接写成分数形式呢？如果能，怎么写？（板书课题：分数和小数的互化）</w:t>
            </w:r>
          </w:p>
          <w:p>
            <w:pPr>
              <w:spacing w:after="20" w:line="276" w:lineRule="auto"/>
            </w:pPr>
            <w:r>
              <w:rPr>
                <w:rFonts w:ascii="宋体" w:hAnsi="宋体" w:eastAsia="宋体"/>
                <w:b w:val="0"/>
                <w:sz w:val="18"/>
              </w:rPr>
              <w:t>师：做完了吗？你们是怎么做的？怎么想的？</w:t>
            </w:r>
          </w:p>
          <w:p>
            <w:pPr>
              <w:spacing w:after="20" w:line="276" w:lineRule="auto"/>
            </w:pPr>
            <w:r>
              <w:rPr>
                <w:rFonts w:ascii="宋体" w:hAnsi="宋体" w:eastAsia="宋体"/>
                <w:b w:val="0"/>
                <w:sz w:val="18"/>
              </w:rPr>
              <w:t>师生小结：小数化成分数时，先把小数化成分母是10,100,1000，…的分数，能约分的要约分。（板书）</w:t>
            </w:r>
          </w:p>
          <w:p>
            <w:pPr>
              <w:spacing w:after="20" w:line="276" w:lineRule="auto"/>
            </w:pPr>
            <w:r>
              <w:rPr>
                <w:rFonts w:ascii="宋体" w:hAnsi="宋体" w:eastAsia="宋体"/>
                <w:b w:val="0"/>
                <w:sz w:val="18"/>
              </w:rPr>
              <w:t>师：把小数化成分数需要注意什么呢？</w:t>
            </w:r>
          </w:p>
          <w:p>
            <w:pPr>
              <w:spacing w:after="20" w:line="276" w:lineRule="auto"/>
            </w:pPr>
            <w:r>
              <w:rPr>
                <w:rFonts w:ascii="宋体" w:hAnsi="宋体" w:eastAsia="宋体"/>
                <w:b w:val="0"/>
                <w:sz w:val="18"/>
              </w:rPr>
              <w:t>2.教学教科书P77例2:分数化小数。</w:t>
            </w:r>
          </w:p>
          <w:p>
            <w:pPr>
              <w:spacing w:after="20" w:line="276" w:lineRule="auto"/>
            </w:pPr>
            <w:r>
              <w:rPr>
                <w:rFonts w:ascii="宋体" w:hAnsi="宋体" w:eastAsia="宋体"/>
                <w:b w:val="0"/>
                <w:sz w:val="18"/>
              </w:rPr>
              <w:t>师：刚才我们研究了小数化成分数的方法，那么分数又该怎样化成小数呢？</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（1）提出问题。</w:t>
            </w:r>
          </w:p>
          <w:p>
            <w:pPr>
              <w:spacing w:after="20" w:line="276" w:lineRule="auto"/>
            </w:pPr>
            <w:r>
              <w:rPr>
                <w:rFonts w:ascii="宋体" w:hAnsi="宋体" w:eastAsia="宋体"/>
                <w:b w:val="0"/>
                <w:sz w:val="18"/>
              </w:rPr>
              <w:t>师： EMBED Equation.DSMT4  、 EMBED Equation.DSMT4  怎样化成小数?</w:t>
            </w:r>
          </w:p>
          <w:p>
            <w:pPr>
              <w:spacing w:after="20" w:line="276" w:lineRule="auto"/>
            </w:pPr>
            <w:r>
              <w:rPr>
                <w:rFonts w:ascii="宋体" w:hAnsi="宋体" w:eastAsia="宋体"/>
                <w:b w:val="0"/>
                <w:sz w:val="18"/>
              </w:rPr>
              <w:t>（2）解决问题。</w:t>
            </w:r>
          </w:p>
          <w:p>
            <w:pPr>
              <w:spacing w:after="20" w:line="276" w:lineRule="auto"/>
            </w:pPr>
            <w:r>
              <w:rPr>
                <w:rFonts w:ascii="宋体" w:hAnsi="宋体" w:eastAsia="宋体"/>
                <w:b w:val="0"/>
                <w:sz w:val="18"/>
              </w:rPr>
              <w:t>师：分母是10,100,1000，…的分数化成小数，可以直接去掉分母，看1后面有几个0，就从分子的最后一位起向左数几位，点上小数点。</w:t>
            </w:r>
          </w:p>
          <w:p>
            <w:pPr>
              <w:spacing w:after="20" w:line="276" w:lineRule="auto"/>
            </w:pPr>
            <w:r>
              <w:rPr>
                <w:rFonts w:ascii="宋体" w:hAnsi="宋体" w:eastAsia="宋体"/>
                <w:b w:val="0"/>
                <w:sz w:val="18"/>
              </w:rPr>
              <w:t>师：分母不是10,100，1000，…的分数怎样化成小数呢？</w:t>
            </w:r>
          </w:p>
          <w:p>
            <w:pPr>
              <w:spacing w:after="20" w:line="276" w:lineRule="auto"/>
            </w:pPr>
            <w:r>
              <w:rPr>
                <w:rFonts w:ascii="宋体" w:hAnsi="宋体" w:eastAsia="宋体"/>
                <w:b w:val="0"/>
                <w:sz w:val="18"/>
              </w:rPr>
              <w:t>师： EMBED Equation.DSMT4  、 EMBED Equation.DSMT4  该怎么化成小数呢？</w:t>
            </w:r>
          </w:p>
          <w:p>
            <w:pPr>
              <w:spacing w:after="20" w:line="276" w:lineRule="auto"/>
            </w:pPr>
            <w:r>
              <w:rPr>
                <w:rFonts w:ascii="宋体" w:hAnsi="宋体" w:eastAsia="宋体"/>
                <w:b w:val="0"/>
                <w:sz w:val="18"/>
              </w:rPr>
              <w:t>师：我们是用分数与除法的关系来解决问题的，分子除以分母，如遇到除不尽的，怎么办？</w:t>
            </w:r>
          </w:p>
          <w:p>
            <w:pPr>
              <w:spacing w:after="20" w:line="276" w:lineRule="auto"/>
            </w:pPr>
            <w:r>
              <w:rPr>
                <w:rFonts w:ascii="宋体" w:hAnsi="宋体" w:eastAsia="宋体"/>
                <w:b w:val="0"/>
                <w:sz w:val="18"/>
              </w:rPr>
              <w:t>师： EMBED Equation.DSMT4  、 EMBED Equation.DSMT4  该怎么化成小数呢？小组合作，开展研究。</w:t>
            </w:r>
          </w:p>
          <w:p>
            <w:pPr>
              <w:spacing w:after="20" w:line="276" w:lineRule="auto"/>
            </w:pPr>
            <w:r>
              <w:rPr>
                <w:rFonts w:ascii="宋体" w:hAnsi="宋体" w:eastAsia="宋体"/>
                <w:b w:val="0"/>
                <w:sz w:val="18"/>
              </w:rPr>
              <w:t>师生总结：除不尽时，结果一般用“四舍五入”法保留两位小数，解决实际问题的时候可根据题目要求和实际情况酌情保留。</w:t>
            </w:r>
          </w:p>
          <w:p>
            <w:pPr>
              <w:spacing w:after="20" w:line="276" w:lineRule="auto"/>
            </w:pPr>
            <w:r>
              <w:rPr>
                <w:rFonts w:ascii="宋体" w:hAnsi="宋体" w:eastAsia="宋体"/>
                <w:b w:val="0"/>
                <w:sz w:val="18"/>
              </w:rPr>
              <w:t>(3)自主练习。</w:t>
            </w:r>
          </w:p>
          <w:p>
            <w:pPr>
              <w:spacing w:after="20" w:line="276" w:lineRule="auto"/>
            </w:pPr>
            <w:r>
              <w:rPr>
                <w:rFonts w:ascii="宋体" w:hAnsi="宋体" w:eastAsia="宋体"/>
                <w:b w:val="0"/>
                <w:sz w:val="18"/>
              </w:rPr>
              <w:t>①课件出示教科书P77“做一做”。</w:t>
            </w:r>
          </w:p>
          <w:p>
            <w:pPr>
              <w:spacing w:after="20" w:line="276" w:lineRule="auto"/>
            </w:pPr>
            <w:r>
              <w:rPr>
                <w:rFonts w:ascii="宋体" w:hAnsi="宋体" w:eastAsia="宋体"/>
                <w:b w:val="0"/>
                <w:sz w:val="18"/>
              </w:rPr>
              <w:t>师：这6个数中，有分数，有小数，要比较这些数的大小，该怎么办？</w:t>
            </w:r>
          </w:p>
          <w:p>
            <w:pPr>
              <w:spacing w:after="20" w:line="276" w:lineRule="auto"/>
            </w:pPr>
            <w:r>
              <w:rPr>
                <w:rFonts w:ascii="宋体" w:hAnsi="宋体" w:eastAsia="宋体"/>
                <w:b w:val="0"/>
                <w:sz w:val="18"/>
              </w:rPr>
              <w:t>②归纳一般方法。</w:t>
            </w:r>
          </w:p>
          <w:p>
            <w:pPr>
              <w:spacing w:after="20" w:line="276" w:lineRule="auto"/>
            </w:pPr>
            <w:r>
              <w:rPr>
                <w:rFonts w:ascii="宋体" w:hAnsi="宋体" w:eastAsia="宋体"/>
                <w:b w:val="0"/>
                <w:sz w:val="18"/>
              </w:rPr>
              <w:t>师：分数化成小数，有多种方法，你们能归纳出一般方法吗？</w:t>
            </w:r>
          </w:p>
          <w:p>
            <w:pPr>
              <w:spacing w:after="20" w:line="276" w:lineRule="auto"/>
            </w:pPr>
            <w:r>
              <w:rPr>
                <w:rFonts w:ascii="宋体" w:hAnsi="宋体" w:eastAsia="宋体"/>
                <w:b w:val="0"/>
                <w:sz w:val="18"/>
              </w:rPr>
              <w:t>相互交流后，自主小结。让学生比较这两种方法，选择比较简便的方法。</w:t>
            </w:r>
          </w:p>
          <w:p>
            <w:pPr>
              <w:spacing w:after="20" w:line="276" w:lineRule="auto"/>
            </w:pPr>
            <w:r>
              <w:rPr>
                <w:rFonts w:ascii="宋体" w:hAnsi="宋体" w:eastAsia="宋体"/>
                <w:b w:val="0"/>
                <w:sz w:val="18"/>
              </w:rPr>
              <w:t>师生归纳并板书：一般方法：分子÷分母(除不尽时按要求保留几位小数)。特殊方法：①分母是10,100,1000，…时，直接化成小数；②分母是10,100,1000，…的因数时，可化成分母是10,100,1000，…的分数，再化成小数。</w:t>
            </w:r>
          </w:p>
        </w:tc>
        <w:tc>
          <w:tcPr>
            <w:tcW w:type="dxa" w:w="3061"/>
          </w:tcPr>
          <w:p>
            <w:pPr>
              <w:spacing w:after="20" w:line="276" w:lineRule="auto"/>
            </w:pPr>
            <w:r/>
            <w:r>
              <w:rPr>
                <w:rFonts w:ascii="宋体" w:hAnsi="宋体" w:eastAsia="宋体"/>
                <w:b w:val="0"/>
                <w:sz w:val="18"/>
              </w:rPr>
              <w:t>学生会想到用除法解决问题，结果的表示可能会出现分数和小数两种情况。</w:t>
            </w:r>
          </w:p>
          <w:p>
            <w:pPr>
              <w:spacing w:after="20" w:line="276" w:lineRule="auto"/>
            </w:pPr>
            <w:r>
              <w:rPr>
                <w:rFonts w:ascii="宋体" w:hAnsi="宋体" w:eastAsia="宋体"/>
                <w:b w:val="0"/>
                <w:sz w:val="18"/>
              </w:rPr>
              <w:t>学生展示自己的算法，并和全班同学分享自己的想法。</w:t>
            </w:r>
          </w:p>
          <w:p>
            <w:pPr>
              <w:spacing w:after="20" w:line="276" w:lineRule="auto"/>
            </w:pPr>
            <w:r>
              <w:rPr>
                <w:rFonts w:ascii="宋体" w:hAnsi="宋体" w:eastAsia="宋体"/>
                <w:b w:val="0"/>
                <w:sz w:val="18"/>
              </w:rPr>
              <w:t>预设1：3÷10=0.3(m)   3÷5=0.6(m)</w:t>
            </w:r>
          </w:p>
          <w:p>
            <w:pPr>
              <w:spacing w:after="20" w:line="276" w:lineRule="auto"/>
            </w:pPr>
            <w:r>
              <w:rPr>
                <w:rFonts w:ascii="宋体" w:hAnsi="宋体" w:eastAsia="宋体"/>
                <w:b w:val="0"/>
                <w:sz w:val="18"/>
              </w:rPr>
              <w:t>预设2：3÷10= EMBED Equation.DSMT4  (m)   3÷5= EMBED Equation.DSMT4  (m)</w:t>
            </w:r>
          </w:p>
          <w:p>
            <w:pPr>
              <w:spacing w:after="20" w:line="276" w:lineRule="auto"/>
            </w:pPr>
            <w:r>
              <w:rPr>
                <w:rFonts w:ascii="宋体" w:hAnsi="宋体" w:eastAsia="宋体"/>
                <w:b w:val="0"/>
                <w:sz w:val="18"/>
              </w:rPr>
              <w:t>学生能领悟到分数与小数之间的相等关系，分数可以写成小数的形式，小数也可以写成分数的形式。</w:t>
            </w:r>
          </w:p>
          <w:p>
            <w:pPr>
              <w:spacing w:after="20" w:line="276" w:lineRule="auto"/>
            </w:pPr>
            <w:r>
              <w:rPr>
                <w:rFonts w:ascii="宋体" w:hAnsi="宋体" w:eastAsia="宋体"/>
                <w:b w:val="0"/>
                <w:sz w:val="18"/>
              </w:rPr>
              <w:t>①学生讨论，并试着完成教科书P77的“自己试一试”。</w:t>
            </w:r>
          </w:p>
          <w:p>
            <w:pPr>
              <w:spacing w:after="20" w:line="276" w:lineRule="auto"/>
            </w:pPr>
            <w:r>
              <w:rPr>
                <w:rFonts w:ascii="宋体" w:hAnsi="宋体" w:eastAsia="宋体"/>
                <w:b w:val="0"/>
                <w:sz w:val="18"/>
              </w:rPr>
              <w:t>②学生交流，归纳方法。</w:t>
            </w:r>
          </w:p>
          <w:p>
            <w:pPr>
              <w:spacing w:after="20" w:line="276" w:lineRule="auto"/>
            </w:pPr>
            <w:r>
              <w:rPr>
                <w:rFonts w:ascii="宋体" w:hAnsi="宋体" w:eastAsia="宋体"/>
                <w:b w:val="0"/>
                <w:sz w:val="18"/>
              </w:rPr>
              <w:t>学生能根据小数的意义，把小数化成分数。</w:t>
            </w:r>
          </w:p>
          <w:p>
            <w:pPr>
              <w:spacing w:after="20" w:line="276" w:lineRule="auto"/>
            </w:pPr>
            <w:r>
              <w:rPr>
                <w:rFonts w:ascii="宋体" w:hAnsi="宋体" w:eastAsia="宋体"/>
                <w:b w:val="0"/>
                <w:sz w:val="18"/>
              </w:rPr>
              <w:t>看清楚原来的小数是几位小数；不是最简分数的，要化成最简分数。</w:t>
            </w:r>
          </w:p>
          <w:p>
            <w:pPr>
              <w:spacing w:after="20" w:line="276" w:lineRule="auto"/>
            </w:pPr>
            <w:r>
              <w:rPr>
                <w:rFonts w:ascii="宋体" w:hAnsi="宋体" w:eastAsia="宋体"/>
                <w:b w:val="0"/>
                <w:sz w:val="18"/>
              </w:rPr>
              <w:t>分母不是10,100,1000，…的分数化成小数，有的学生可能只停留在移小数点的想法上，有的学生能运用分数与除法的关系，用分子除以分母再计算。</w:t>
            </w:r>
          </w:p>
          <w:p>
            <w:pPr>
              <w:spacing w:after="20" w:line="276" w:lineRule="auto"/>
            </w:pPr>
            <w:r>
              <w:rPr>
                <w:rFonts w:ascii="宋体" w:hAnsi="宋体" w:eastAsia="宋体"/>
                <w:b w:val="0"/>
                <w:sz w:val="18"/>
              </w:rPr>
              <w:t>EMBED Equation.DSMT4  、 EMBED Equation.DSMT4  都是分子除以分母除不尽的情况，根据前面的经验，学生都会计算。</w:t>
            </w:r>
          </w:p>
          <w:p>
            <w:pPr>
              <w:spacing w:after="20" w:line="276" w:lineRule="auto"/>
            </w:pPr>
            <w:r>
              <w:rPr>
                <w:rFonts w:ascii="宋体" w:hAnsi="宋体" w:eastAsia="宋体"/>
                <w:b w:val="0"/>
                <w:sz w:val="18"/>
              </w:rPr>
              <w:t>学生想到的方法可能有两种：一是把分数化成小数；二是把小数化成分数，再通分。</w:t>
            </w:r>
          </w:p>
          <w:p>
            <w:pPr>
              <w:spacing w:after="20" w:line="276" w:lineRule="auto"/>
            </w:pPr>
            <w:r>
              <w:rPr>
                <w:rFonts w:ascii="宋体" w:hAnsi="宋体" w:eastAsia="宋体"/>
                <w:b w:val="0"/>
                <w:sz w:val="18"/>
              </w:rPr>
              <w:t>把 EMBED Equation.DSMT4  化成小数，可能会出现两种方法：①运用分数的基本性质，把 EMBED Equation.DSMT4  的分子和分母同时乘4,转化为分母是100的分数，再化成小数；②利用分数与除法的关系，用分子除以分母得出小数。</w:t>
            </w:r>
          </w:p>
        </w:tc>
        <w:tc>
          <w:tcPr>
            <w:tcW w:type="dxa" w:w="1814"/>
          </w:tcPr>
          <w:p>
            <w:pPr>
              <w:spacing w:after="20" w:line="276" w:lineRule="auto"/>
            </w:pPr>
            <w:r/>
            <w:r>
              <w:rPr>
                <w:rFonts w:ascii="宋体" w:hAnsi="宋体" w:eastAsia="宋体"/>
                <w:b w:val="0"/>
                <w:sz w:val="18"/>
              </w:rPr>
              <w:t>引导学生观察分析，并能根据小数的意义将小数改写成分母是10，100，1000，…的分数。“0.6＝ EMBED Equation.DSMT4  ”中的 EMBED Equation.DSMT4  是约分后的分数，让学生在讨论交流中明确这一点。</w:t>
            </w:r>
          </w:p>
          <w:p>
            <w:pPr>
              <w:spacing w:after="20" w:line="276" w:lineRule="auto"/>
            </w:pPr>
            <w:r>
              <w:rPr>
                <w:rFonts w:ascii="宋体" w:hAnsi="宋体" w:eastAsia="宋体"/>
                <w:b w:val="0"/>
                <w:sz w:val="18"/>
              </w:rPr>
              <w:t>小数化成分数的方法是一种不完全归纳的方法，呈现尽量多的例子，从中发现规律，总结方法，更有说服力。</w:t>
            </w:r>
          </w:p>
          <w:p>
            <w:pPr>
              <w:spacing w:after="20" w:line="276" w:lineRule="auto"/>
            </w:pPr>
            <w:r>
              <w:rPr>
                <w:rFonts w:ascii="宋体" w:hAnsi="宋体" w:eastAsia="宋体"/>
                <w:b w:val="0"/>
                <w:sz w:val="18"/>
              </w:rPr>
              <w:t>由于学生已经掌握了分母是10,100,1000，…的分数化成小数的方法，对于分母不是10,100,1000，…的分数，不能直接化成小数，于是产生了认知上的冲突，从而激发起学生解决问题的欲望，此时让学生分组讨论、研究，学生在合作交流中自己找到解决问题的办法。</w:t>
            </w:r>
          </w:p>
        </w:tc>
      </w:tr>
      <w:tr>
        <w:tc>
          <w:tcPr>
            <w:tcW w:type="dxa" w:w="1474"/>
          </w:tcPr>
          <w:p>
            <w:pPr>
              <w:spacing w:after="20" w:line="276" w:lineRule="auto"/>
            </w:pPr>
            <w:r>
              <w:rPr>
                <w:b/>
              </w:rPr>
            </w:r>
            <w:r>
              <w:rPr>
                <w:rFonts w:ascii="宋体" w:hAnsi="宋体" w:eastAsia="宋体"/>
                <w:b/>
                <w:sz w:val="18"/>
              </w:rPr>
              <w:t>三、回顾反思，系统归纳</w:t>
            </w:r>
          </w:p>
        </w:tc>
        <w:tc>
          <w:tcPr>
            <w:tcW w:type="dxa" w:w="3061"/>
          </w:tcPr>
          <w:p>
            <w:pPr>
              <w:spacing w:after="20" w:line="276" w:lineRule="auto"/>
            </w:pPr>
            <w:r/>
            <w:r>
              <w:rPr>
                <w:rFonts w:ascii="宋体" w:hAnsi="宋体" w:eastAsia="宋体"/>
                <w:b w:val="0"/>
                <w:sz w:val="18"/>
              </w:rPr>
              <w:t>1.系统归纳。</w:t>
            </w:r>
          </w:p>
          <w:p>
            <w:pPr>
              <w:spacing w:after="20" w:line="276" w:lineRule="auto"/>
            </w:pPr>
            <w:r>
              <w:rPr>
                <w:rFonts w:ascii="宋体" w:hAnsi="宋体" w:eastAsia="宋体"/>
                <w:b w:val="0"/>
                <w:sz w:val="18"/>
              </w:rPr>
              <w:t>师：今天我们是用什么方法将小数化成分数的？分数化成小数呢？分别要注意什么？</w:t>
            </w:r>
          </w:p>
          <w:p>
            <w:pPr>
              <w:spacing w:after="20" w:line="276" w:lineRule="auto"/>
            </w:pPr>
            <w:r>
              <w:rPr>
                <w:rFonts w:ascii="宋体" w:hAnsi="宋体" w:eastAsia="宋体"/>
                <w:b w:val="0"/>
                <w:sz w:val="18"/>
              </w:rPr>
              <w:t>师：小数化成分数一般要约分，分数化成小数除不尽时要根据题目要求保留几位小数，实际解题的过程中要根据题目的特点选择合适的方法。</w:t>
            </w:r>
          </w:p>
          <w:p>
            <w:pPr>
              <w:spacing w:after="20" w:line="276" w:lineRule="auto"/>
            </w:pPr>
            <w:r>
              <w:rPr>
                <w:rFonts w:ascii="宋体" w:hAnsi="宋体" w:eastAsia="宋体"/>
                <w:b w:val="0"/>
                <w:sz w:val="18"/>
              </w:rPr>
              <w:t>2.知识拓展。</w:t>
            </w:r>
          </w:p>
          <w:p>
            <w:pPr>
              <w:spacing w:after="20" w:line="276" w:lineRule="auto"/>
            </w:pPr>
            <w:r>
              <w:rPr>
                <w:rFonts w:ascii="宋体" w:hAnsi="宋体" w:eastAsia="宋体"/>
                <w:b w:val="0"/>
                <w:sz w:val="18"/>
              </w:rPr>
              <w:t>课件出示教科书P79“你知道吗？”。</w:t>
            </w:r>
          </w:p>
          <w:p>
            <w:pPr>
              <w:spacing w:after="20" w:line="276" w:lineRule="auto"/>
            </w:pPr>
            <w:r>
              <w:rPr>
                <w:rFonts w:ascii="宋体" w:hAnsi="宋体" w:eastAsia="宋体"/>
                <w:b w:val="0"/>
                <w:sz w:val="18"/>
              </w:rPr>
              <w:t>师：同学们，其实有些分数能化成有限小数，还有些分数不能化成有限小数，这当中又有什么奥秘呢？请大家自学教科书P79的“你知道吗？”。</w:t>
            </w:r>
          </w:p>
          <w:p>
            <w:pPr>
              <w:spacing w:after="20" w:line="276" w:lineRule="auto"/>
            </w:pPr>
            <w:r>
              <w:rPr>
                <w:rFonts w:ascii="宋体" w:hAnsi="宋体" w:eastAsia="宋体"/>
                <w:b w:val="0"/>
                <w:sz w:val="18"/>
              </w:rPr>
              <w:t>师：通过阅读，你们了解了什么？</w:t>
            </w:r>
          </w:p>
          <w:p>
            <w:pPr>
              <w:spacing w:after="20" w:line="276" w:lineRule="auto"/>
            </w:pPr>
            <w:r>
              <w:rPr>
                <w:rFonts w:ascii="宋体" w:hAnsi="宋体" w:eastAsia="宋体"/>
                <w:b w:val="0"/>
                <w:sz w:val="18"/>
              </w:rPr>
              <w:t>师： EMBED Equation.DSMT4  ， EMBED Equation.DSMT4  ， EMBED Equation.DSMT4  ， EMBED Equation.DSMT4  这些分数，哪些能化成有限小数？哪些不能化成有限小数？为什么？</w:t>
            </w:r>
          </w:p>
        </w:tc>
        <w:tc>
          <w:tcPr>
            <w:tcW w:type="dxa" w:w="3061"/>
          </w:tcPr>
          <w:p>
            <w:pPr>
              <w:spacing w:after="20" w:line="276" w:lineRule="auto"/>
            </w:pPr>
            <w:r/>
            <w:r>
              <w:rPr>
                <w:rFonts w:ascii="宋体" w:hAnsi="宋体" w:eastAsia="宋体"/>
                <w:b w:val="0"/>
                <w:sz w:val="18"/>
              </w:rPr>
              <w:t>小组内交流讨论。</w:t>
            </w:r>
          </w:p>
        </w:tc>
        <w:tc>
          <w:tcPr>
            <w:tcW w:type="dxa" w:w="1814"/>
          </w:tcPr>
          <w:p>
            <w:pPr>
              <w:spacing w:after="20" w:line="276" w:lineRule="auto"/>
            </w:pPr>
            <w:r/>
            <w:r>
              <w:rPr>
                <w:rFonts w:ascii="宋体" w:hAnsi="宋体" w:eastAsia="宋体"/>
                <w:b w:val="0"/>
                <w:sz w:val="18"/>
              </w:rPr>
              <w:t>让学生在讨论、分享、小结中，归纳出完整的分数和小数互化的方法。根据实际要求灵活选用恰当的方法，从而突出重点，突破难点。</w:t>
            </w:r>
          </w:p>
          <w:p>
            <w:pPr>
              <w:spacing w:after="20" w:line="276" w:lineRule="auto"/>
            </w:pPr>
            <w:r>
              <w:rPr>
                <w:rFonts w:ascii="宋体" w:hAnsi="宋体" w:eastAsia="宋体"/>
                <w:b w:val="0"/>
                <w:sz w:val="18"/>
              </w:rPr>
              <w:t>学习判断一个最简分数能否化成有限小数的方法，拓展知识宽度，提升学生解决问题的能力。</w:t>
            </w:r>
          </w:p>
        </w:tc>
      </w:tr>
      <w:tr>
        <w:tc>
          <w:tcPr>
            <w:tcW w:type="dxa" w:w="1474"/>
          </w:tcPr>
          <w:p>
            <w:pPr>
              <w:spacing w:after="20" w:line="276" w:lineRule="auto"/>
            </w:pPr>
            <w:r>
              <w:rPr>
                <w:b/>
              </w:rPr>
            </w:r>
            <w:r>
              <w:rPr>
                <w:rFonts w:ascii="宋体" w:hAnsi="宋体" w:eastAsia="宋体"/>
                <w:b/>
                <w:sz w:val="18"/>
              </w:rPr>
              <w:t>四、分层练习，巩固提升</w:t>
            </w:r>
          </w:p>
        </w:tc>
        <w:tc>
          <w:tcPr>
            <w:tcW w:type="dxa" w:w="3061"/>
          </w:tcPr>
          <w:p>
            <w:pPr>
              <w:spacing w:after="20" w:line="276" w:lineRule="auto"/>
            </w:pPr>
            <w:r/>
            <w:r>
              <w:rPr>
                <w:rFonts w:ascii="宋体" w:hAnsi="宋体" w:eastAsia="宋体"/>
                <w:b w:val="0"/>
                <w:sz w:val="18"/>
              </w:rPr>
              <w:t>1.基础练习。</w:t>
            </w:r>
          </w:p>
          <w:p>
            <w:pPr>
              <w:spacing w:after="20" w:line="276" w:lineRule="auto"/>
            </w:pPr>
            <w:r>
              <w:rPr>
                <w:rFonts w:ascii="宋体" w:hAnsi="宋体" w:eastAsia="宋体"/>
                <w:b w:val="0"/>
                <w:sz w:val="18"/>
              </w:rPr>
              <w:t>（1）填空：把0.25化成分数时，因为0.25是（     ）小数，所以就在1后面写（     ）个0作（     ），把0.25去掉小数点作（     ），最后是（     ）。</w:t>
            </w:r>
          </w:p>
          <w:p>
            <w:pPr>
              <w:spacing w:after="20" w:line="276" w:lineRule="auto"/>
            </w:pPr>
            <w:r>
              <w:rPr>
                <w:rFonts w:ascii="宋体" w:hAnsi="宋体" w:eastAsia="宋体"/>
                <w:b w:val="0"/>
                <w:sz w:val="18"/>
              </w:rPr>
              <w:t>（2）教科书P78“练习十九”第1题。学生独立完成再集中评价。</w:t>
            </w:r>
          </w:p>
          <w:p>
            <w:pPr>
              <w:spacing w:after="20" w:line="276" w:lineRule="auto"/>
            </w:pPr>
            <w:r>
              <w:rPr>
                <w:rFonts w:ascii="宋体" w:hAnsi="宋体" w:eastAsia="宋体"/>
                <w:b w:val="0"/>
                <w:sz w:val="18"/>
              </w:rPr>
              <w:t>2.综合练习：教科书P78“练习十九”第3题。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习题的设计力争突出重点，突破难点，在遵循学生认知规律的基础上，体现层次性和针对性。让学生合理运用互化的方法灵活解决生活中的实际问题，在运用知识解决问题的过程中，体验成功的乐趣，进一步强化对知识的巩固。</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师：回顾今天的学习过程，你们有什么收获呢？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引导学生回顾梳理本课所学，完善认知结构，提升归纳与反思能力，核心问题："回顾今天的学习过程，你们有什么收获呢？"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教科书P77例1、例2及“做一做”,完成教科书P78~79“练习十九”中第1、3题及“你知道吗？”。</w:t>
      </w:r>
    </w:p>
    <w:p>
      <w:pPr>
        <w:spacing w:after="40" w:line="300" w:lineRule="auto"/>
        <w:ind w:firstLine="400"/>
      </w:pPr>
      <w:r>
        <w:rPr>
          <w:rFonts w:ascii="宋体" w:hAnsi="宋体" w:eastAsia="宋体"/>
          <w:b w:val="0"/>
          <w:sz w:val="20"/>
        </w:rPr>
        <w:t>② 原设计安排：见“状元成才路”系列丛书《创优作业100分》对应课时作业。 【教学笔记】 【教学提示】 根据题目要求，学生在保留两位小数时，可能会出现错误，教师要及时纠正，重点关注分数化成小数的方法。 【教学提示】 也许有学生不进行通分，也不再全部转化成小数或分数，而是将估计与各种方法综合运用进行排序，也要进行肯定。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突破本节课的重难点——分数化成小数时，教师将例题中的6个数分成3组，逐步推进，层层理解，并在知识的升华处进行适当的启发、引导，让学生在讨论、交流的过程中找到分数化小数的方法，实现自主学习。从反馈的情况来看，学生对这部分内容掌握得比较好，但仍有部分学生不能正确约分，小数除法基础不扎实。因此，在教学中还应多了解学生的学习状况，对学生的知识掌握情况要有预见性，以便更有效地因材施教。</w:t>
      </w:r>
    </w:p>
    <w:p>
      <w:r>
        <w:br w:type="page"/>
      </w:r>
    </w:p>
    <w:p>
      <w:pPr>
        <w:spacing w:after="80" w:line="300" w:lineRule="auto"/>
      </w:pPr>
      <w:r>
        <w:rPr>
          <w:rFonts w:ascii="黑体" w:hAnsi="黑体" w:eastAsia="黑体"/>
          <w:b/>
          <w:sz w:val="24"/>
        </w:rPr>
        <w:t>二、课时教学方案（第14课时）</w:t>
      </w:r>
    </w:p>
    <w:p>
      <w:pPr>
        <w:spacing w:after="80" w:line="300" w:lineRule="auto"/>
      </w:pPr>
      <w:r>
        <w:rPr>
          <w:rFonts w:ascii="黑体" w:hAnsi="黑体" w:eastAsia="黑体"/>
          <w:b/>
          <w:sz w:val="24"/>
        </w:rPr>
        <w:t>第14课时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第14课时　整理和复习</w:t>
            </w:r>
          </w:p>
        </w:tc>
        <w:tc>
          <w:tcPr>
            <w:tcW w:type="dxa" w:w="6009"/>
          </w:tcPr>
          <w:p>
            <w:pPr>
              <w:spacing w:after="20" w:line="276" w:lineRule="auto"/>
            </w:pPr>
            <w:r/>
            <w:r>
              <w:rPr>
                <w:rFonts w:ascii="宋体" w:hAnsi="宋体" w:eastAsia="宋体"/>
                <w:b w:val="0"/>
                <w:sz w:val="20"/>
              </w:rPr>
              <w:t>第4单元 分数的意义和性质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教学内容：教科书P80～82“整理和复习”及“练习二十”中相关习题。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（1）进一步理解和掌握有关分数的知识以及它们之间的联系。</w:t>
      </w:r>
    </w:p>
    <w:p>
      <w:pPr>
        <w:spacing w:after="20" w:line="300" w:lineRule="auto"/>
        <w:ind w:firstLine="400"/>
      </w:pPr>
      <w:r>
        <w:rPr>
          <w:rFonts w:ascii="宋体" w:hAnsi="宋体" w:eastAsia="宋体"/>
          <w:b w:val="0"/>
          <w:sz w:val="20"/>
        </w:rPr>
        <w:t>（2）初步学会根据数学知识之间的内在联系整理有关分数的知识，发展逻辑思维能力，提高解决简单实际问题的能力。</w:t>
      </w:r>
    </w:p>
    <w:p>
      <w:pPr>
        <w:spacing w:after="20" w:line="300" w:lineRule="auto"/>
        <w:ind w:firstLine="400"/>
      </w:pPr>
      <w:r>
        <w:rPr>
          <w:rFonts w:ascii="宋体" w:hAnsi="宋体" w:eastAsia="宋体"/>
          <w:b w:val="0"/>
          <w:sz w:val="20"/>
        </w:rPr>
        <w:t>（3）激发学生的参与热情，培养主体意识和数学应用意识。</w:t>
      </w:r>
    </w:p>
    <w:p>
      <w:pPr>
        <w:spacing w:after="20" w:line="300" w:lineRule="auto"/>
      </w:pPr>
      <w:r>
        <w:rPr>
          <w:rFonts w:ascii="宋体" w:hAnsi="宋体" w:eastAsia="宋体"/>
          <w:b w:val="0"/>
          <w:sz w:val="20"/>
        </w:rPr>
        <w:t>教学重点：分数的意义、性质及其应用。</w:t>
      </w:r>
    </w:p>
    <w:p>
      <w:pPr>
        <w:spacing w:after="20" w:line="300" w:lineRule="auto"/>
      </w:pPr>
      <w:r>
        <w:rPr>
          <w:rFonts w:ascii="宋体" w:hAnsi="宋体" w:eastAsia="宋体"/>
          <w:b w:val="0"/>
          <w:sz w:val="20"/>
        </w:rPr>
        <w:t>教学难点：知识的整理及综合运用。</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一、直接揭示课题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二、回顾整理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首先，请大家回忆一下，本单元我们学到了分数的哪些知识呢？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三、沟通联系</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看到这些分数，结合刚才的知识结构图，你们想到了什么？；从中你们读到了哪些数学信息？要解答什么问题？</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四、实践应用</w:t>
            </w:r>
          </w:p>
        </w:tc>
        <w:tc>
          <w:tcPr>
            <w:tcW w:type="dxa" w:w="1814"/>
          </w:tcPr>
          <w:p>
            <w:pPr>
              <w:spacing w:after="20" w:line="276" w:lineRule="auto"/>
            </w:pPr>
            <w:r/>
            <w:r>
              <w:rPr>
                <w:rFonts w:ascii="宋体" w:hAnsi="宋体" w:eastAsia="宋体"/>
                <w:b w:val="0"/>
                <w:sz w:val="18"/>
              </w:rPr>
              <w:t>课件、教科书P81～82、教科书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五、自主练习</w:t>
            </w:r>
          </w:p>
        </w:tc>
        <w:tc>
          <w:tcPr>
            <w:tcW w:type="dxa" w:w="1814"/>
          </w:tcPr>
          <w:p>
            <w:pPr>
              <w:spacing w:after="20" w:line="276" w:lineRule="auto"/>
            </w:pPr>
            <w:r/>
            <w:r>
              <w:rPr>
                <w:rFonts w:ascii="宋体" w:hAnsi="宋体" w:eastAsia="宋体"/>
                <w:b w:val="0"/>
                <w:sz w:val="18"/>
              </w:rPr>
              <w:t>教科书P81～82、课件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通过今天的整理和复习，你们有哪些新的收获？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一、直接揭示课题</w:t>
            </w:r>
          </w:p>
        </w:tc>
        <w:tc>
          <w:tcPr>
            <w:tcW w:type="dxa" w:w="3061"/>
          </w:tcPr>
          <w:p>
            <w:pPr>
              <w:spacing w:after="20" w:line="276" w:lineRule="auto"/>
            </w:pPr>
            <w:r/>
            <w:r>
              <w:rPr>
                <w:rFonts w:ascii="宋体" w:hAnsi="宋体" w:eastAsia="宋体"/>
                <w:b w:val="0"/>
                <w:sz w:val="18"/>
              </w:rPr>
              <w:t>师：同学们，这一单元我们学习了与分数有关的内容。这节课，我们就一起来对所学的知识进行整理和复习。(板书课题：整理和复习)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开门见山地提出本节课的学习内容，目标明确且为后续学习节约时间。让学生都集中思考有关分数的问题。</w:t>
            </w:r>
          </w:p>
        </w:tc>
      </w:tr>
      <w:tr>
        <w:tc>
          <w:tcPr>
            <w:tcW w:type="dxa" w:w="1474"/>
          </w:tcPr>
          <w:p>
            <w:pPr>
              <w:spacing w:after="20" w:line="276" w:lineRule="auto"/>
            </w:pPr>
            <w:r>
              <w:rPr>
                <w:b/>
              </w:rPr>
            </w:r>
            <w:r>
              <w:rPr>
                <w:rFonts w:ascii="宋体" w:hAnsi="宋体" w:eastAsia="宋体"/>
                <w:b/>
                <w:sz w:val="18"/>
              </w:rPr>
              <w:t>二、回顾整理</w:t>
            </w:r>
          </w:p>
        </w:tc>
        <w:tc>
          <w:tcPr>
            <w:tcW w:type="dxa" w:w="3061"/>
          </w:tcPr>
          <w:p>
            <w:pPr>
              <w:spacing w:after="20" w:line="276" w:lineRule="auto"/>
            </w:pPr>
            <w:r/>
            <w:r>
              <w:rPr>
                <w:rFonts w:ascii="宋体" w:hAnsi="宋体" w:eastAsia="宋体"/>
                <w:b w:val="0"/>
                <w:sz w:val="18"/>
              </w:rPr>
              <w:t>师：首先，请大家回忆一下，本单元我们学到了分数的哪些知识呢？</w:t>
            </w:r>
          </w:p>
        </w:tc>
        <w:tc>
          <w:tcPr>
            <w:tcW w:type="dxa" w:w="3061"/>
          </w:tcPr>
          <w:p>
            <w:pPr>
              <w:spacing w:after="20" w:line="276" w:lineRule="auto"/>
            </w:pPr>
            <w:r/>
            <w:r>
              <w:rPr>
                <w:rFonts w:ascii="宋体" w:hAnsi="宋体" w:eastAsia="宋体"/>
                <w:b w:val="0"/>
                <w:sz w:val="18"/>
              </w:rPr>
              <w:t>同桌先互相说一说，再全班交流，教师根据学生的回答板书。</w:t>
            </w:r>
          </w:p>
          <w:p>
            <w:pPr>
              <w:spacing w:after="20" w:line="276" w:lineRule="auto"/>
            </w:pPr>
            <w:r>
              <w:rPr>
                <w:rFonts w:ascii="宋体" w:hAnsi="宋体" w:eastAsia="宋体"/>
                <w:b w:val="0"/>
                <w:sz w:val="18"/>
              </w:rPr>
              <w:t>学生可能会说得有些杂乱，或者一个人只能说出其中的一两个知识点，教师有意识地借助板书引导学生形成知识结构。</w:t>
            </w:r>
          </w:p>
        </w:tc>
        <w:tc>
          <w:tcPr>
            <w:tcW w:type="dxa" w:w="1814"/>
          </w:tcPr>
          <w:p>
            <w:pPr>
              <w:spacing w:after="20" w:line="276" w:lineRule="auto"/>
            </w:pPr>
            <w:r/>
            <w:r>
              <w:rPr>
                <w:rFonts w:ascii="宋体" w:hAnsi="宋体" w:eastAsia="宋体"/>
                <w:b w:val="0"/>
                <w:sz w:val="18"/>
              </w:rPr>
              <w:t>引导学生通过同桌互相讨论，一起回忆本单元的一些知识点，弄清知识的来龙去脉，沟通其纵横联系，使之条理化、系统化，帮助学生建立起良好的认知结构。</w:t>
            </w:r>
          </w:p>
        </w:tc>
      </w:tr>
      <w:tr>
        <w:tc>
          <w:tcPr>
            <w:tcW w:type="dxa" w:w="1474"/>
          </w:tcPr>
          <w:p>
            <w:pPr>
              <w:spacing w:after="20" w:line="276" w:lineRule="auto"/>
            </w:pPr>
            <w:r>
              <w:rPr>
                <w:b/>
              </w:rPr>
            </w:r>
            <w:r>
              <w:rPr>
                <w:rFonts w:ascii="宋体" w:hAnsi="宋体" w:eastAsia="宋体"/>
                <w:b/>
                <w:sz w:val="18"/>
              </w:rPr>
              <w:t>三、沟通联系</w:t>
            </w:r>
          </w:p>
        </w:tc>
        <w:tc>
          <w:tcPr>
            <w:tcW w:type="dxa" w:w="3061"/>
          </w:tcPr>
          <w:p>
            <w:pPr>
              <w:spacing w:after="20" w:line="276" w:lineRule="auto"/>
            </w:pPr>
            <w:r/>
            <w:r>
              <w:rPr>
                <w:rFonts w:ascii="宋体" w:hAnsi="宋体" w:eastAsia="宋体"/>
                <w:b w:val="0"/>
                <w:sz w:val="18"/>
              </w:rPr>
              <w:t>1.课件出示教科书P80“整理和复习”第1题中的分数。</w:t>
            </w:r>
          </w:p>
          <w:p>
            <w:pPr>
              <w:spacing w:after="20" w:line="276" w:lineRule="auto"/>
            </w:pPr>
            <w:r>
              <w:rPr>
                <w:rFonts w:ascii="宋体" w:hAnsi="宋体" w:eastAsia="宋体"/>
                <w:b w:val="0"/>
                <w:sz w:val="18"/>
              </w:rPr>
              <w:t>师：看到这些分数，结合刚才的知识结构图，你们想到了什么？</w:t>
            </w:r>
          </w:p>
          <w:p>
            <w:pPr>
              <w:spacing w:after="20" w:line="276" w:lineRule="auto"/>
            </w:pPr>
            <w:r>
              <w:rPr>
                <w:rFonts w:ascii="宋体" w:hAnsi="宋体" w:eastAsia="宋体"/>
                <w:b w:val="0"/>
                <w:sz w:val="18"/>
              </w:rPr>
              <w:t>2．以教科书P80“整理和复习”第1题为载体沟通联系。</w:t>
            </w:r>
          </w:p>
          <w:p>
            <w:pPr>
              <w:spacing w:after="20" w:line="276" w:lineRule="auto"/>
            </w:pPr>
            <w:r>
              <w:rPr>
                <w:rFonts w:ascii="宋体" w:hAnsi="宋体" w:eastAsia="宋体"/>
                <w:b w:val="0"/>
                <w:sz w:val="18"/>
              </w:rPr>
              <w:t>师：同学们想到的内容可真多！下面我们一个个解决。</w:t>
            </w:r>
          </w:p>
          <w:p>
            <w:pPr>
              <w:spacing w:after="20" w:line="276" w:lineRule="auto"/>
            </w:pPr>
            <w:r>
              <w:rPr>
                <w:rFonts w:ascii="宋体" w:hAnsi="宋体" w:eastAsia="宋体"/>
                <w:b w:val="0"/>
                <w:sz w:val="18"/>
              </w:rPr>
              <w:t>(1)将分数分类。</w:t>
            </w:r>
          </w:p>
          <w:p>
            <w:pPr>
              <w:spacing w:after="20" w:line="276" w:lineRule="auto"/>
            </w:pPr>
            <w:r>
              <w:rPr>
                <w:rFonts w:ascii="宋体" w:hAnsi="宋体" w:eastAsia="宋体"/>
                <w:b w:val="0"/>
                <w:sz w:val="18"/>
              </w:rPr>
              <w:t>(2)回顾分数单位和通分。</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(3)整理通分和比较分数的大小。</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(4)复习约分。</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3．以教科书P80“整理和复习”第2题为载体归纳方法。</w:t>
            </w:r>
          </w:p>
          <w:p>
            <w:pPr>
              <w:spacing w:after="20" w:line="276" w:lineRule="auto"/>
            </w:pPr>
            <w:r>
              <w:rPr>
                <w:rFonts w:ascii="宋体" w:hAnsi="宋体" w:eastAsia="宋体"/>
                <w:b w:val="0"/>
                <w:sz w:val="18"/>
              </w:rPr>
              <w:t>(1)课件出示教科书P80“整理和复习”第2题。</w:t>
            </w:r>
          </w:p>
          <w:p>
            <w:pPr>
              <w:spacing w:after="20" w:line="276" w:lineRule="auto"/>
            </w:pPr>
            <w:r>
              <w:rPr>
                <w:rFonts w:ascii="宋体" w:hAnsi="宋体" w:eastAsia="宋体"/>
                <w:b w:val="0"/>
                <w:sz w:val="18"/>
              </w:rPr>
              <w:t>师：从中你们读到了哪些数学信息？要解答什么问题？</w:t>
            </w:r>
          </w:p>
          <w:p>
            <w:pPr>
              <w:spacing w:after="20" w:line="276" w:lineRule="auto"/>
            </w:pPr>
            <w:r>
              <w:rPr>
                <w:rFonts w:ascii="宋体" w:hAnsi="宋体" w:eastAsia="宋体"/>
                <w:b w:val="0"/>
                <w:sz w:val="18"/>
              </w:rPr>
              <w:t>(2)分析与解答。</w:t>
            </w:r>
          </w:p>
          <w:p>
            <w:pPr>
              <w:spacing w:after="20" w:line="276" w:lineRule="auto"/>
            </w:pPr>
            <w:r>
              <w:rPr>
                <w:rFonts w:ascii="宋体" w:hAnsi="宋体" w:eastAsia="宋体"/>
                <w:b w:val="0"/>
                <w:sz w:val="18"/>
              </w:rPr>
              <w:t>师：这个问题是什么类型的数学问题？怎样解答呢？</w:t>
            </w:r>
          </w:p>
          <w:p>
            <w:pPr>
              <w:spacing w:after="20" w:line="276" w:lineRule="auto"/>
            </w:pPr>
            <w:r>
              <w:rPr>
                <w:rFonts w:ascii="宋体" w:hAnsi="宋体" w:eastAsia="宋体"/>
                <w:b w:val="0"/>
                <w:sz w:val="18"/>
              </w:rPr>
              <w:t>(3)展示交流，集中评价。</w:t>
            </w:r>
          </w:p>
        </w:tc>
        <w:tc>
          <w:tcPr>
            <w:tcW w:type="dxa" w:w="3061"/>
          </w:tcPr>
          <w:p>
            <w:pPr>
              <w:spacing w:after="20" w:line="276" w:lineRule="auto"/>
            </w:pPr>
            <w:r/>
            <w:r>
              <w:rPr>
                <w:rFonts w:ascii="宋体" w:hAnsi="宋体" w:eastAsia="宋体"/>
                <w:b w:val="0"/>
                <w:sz w:val="18"/>
              </w:rPr>
              <w:t>学生可能会想到以下几个方面：①分数的意义；②分数单位；③分数与除法之间的关系；④真分数与假分数；⑤约分、通分、分数的基本性质；⑥带分数；⑦比较分数的大小……</w:t>
            </w:r>
          </w:p>
          <w:p>
            <w:pPr>
              <w:spacing w:after="20" w:line="276" w:lineRule="auto"/>
            </w:pPr>
            <w:r>
              <w:rPr>
                <w:rFonts w:ascii="宋体" w:hAnsi="宋体" w:eastAsia="宋体"/>
                <w:b w:val="0"/>
                <w:sz w:val="18"/>
              </w:rPr>
              <w:t>学生说，课件呈现结果。</w:t>
            </w:r>
          </w:p>
          <w:p>
            <w:pPr>
              <w:spacing w:after="20" w:line="276" w:lineRule="auto"/>
            </w:pPr>
            <w:r>
              <w:rPr>
                <w:rFonts w:ascii="宋体" w:hAnsi="宋体" w:eastAsia="宋体"/>
                <w:b w:val="0"/>
                <w:sz w:val="18"/>
              </w:rPr>
              <w:t>裁成边长是8 cm或10 cm的方巾都没有剩余，正方形布料的边长其实就是方巾的边长的倍数，求正方形布料的边长至少是多少厘米就是求两种不同方巾的边长的最小公倍数。</w:t>
            </w:r>
          </w:p>
          <w:p>
            <w:pPr>
              <w:spacing w:after="20" w:line="276" w:lineRule="auto"/>
            </w:pPr>
            <w:r>
              <w:rPr>
                <w:rFonts w:ascii="宋体" w:hAnsi="宋体" w:eastAsia="宋体"/>
                <w:b w:val="0"/>
                <w:sz w:val="18"/>
              </w:rPr>
              <w:t>学生自主解答。</w:t>
            </w:r>
          </w:p>
        </w:tc>
        <w:tc>
          <w:tcPr>
            <w:tcW w:type="dxa" w:w="1814"/>
          </w:tcPr>
          <w:p>
            <w:pPr>
              <w:spacing w:after="20" w:line="276" w:lineRule="auto"/>
            </w:pPr>
            <w:r/>
            <w:r>
              <w:rPr>
                <w:rFonts w:ascii="宋体" w:hAnsi="宋体" w:eastAsia="宋体"/>
                <w:b w:val="0"/>
                <w:sz w:val="18"/>
              </w:rPr>
              <w:t>通过对这几个分数的联想，放手让学生自己提出问题、分析问题、解决问题，改变由教师一讲到底的现象，提高学生的积极性，让学生思维不受束缚。教师把握学生的起点，围绕学生的问题有的放矢，这样让每一名学生都能体验到成功的快乐。</w:t>
            </w:r>
          </w:p>
          <w:p>
            <w:pPr>
              <w:spacing w:after="20" w:line="276" w:lineRule="auto"/>
            </w:pPr>
            <w:r>
              <w:rPr>
                <w:rFonts w:ascii="宋体" w:hAnsi="宋体" w:eastAsia="宋体"/>
                <w:b w:val="0"/>
                <w:sz w:val="18"/>
              </w:rPr>
              <w:t>依据教科书线索，以一道题为例，复习分数单位、分数的分类、约分和通分、大小比较等知识，进一步沟通相关知识之间的联系与区别。</w:t>
            </w:r>
          </w:p>
          <w:p>
            <w:pPr>
              <w:spacing w:after="20" w:line="276" w:lineRule="auto"/>
            </w:pPr>
            <w:r>
              <w:rPr>
                <w:rFonts w:ascii="宋体" w:hAnsi="宋体" w:eastAsia="宋体"/>
                <w:b w:val="0"/>
                <w:sz w:val="18"/>
              </w:rPr>
              <w:t>引导学生经历解决问题的全过程，培养学生将实际问题转化成数学问题的能力，并进一步梳理知识，找到解决问题的方法，提升解决问题的能力。</w:t>
            </w:r>
          </w:p>
        </w:tc>
      </w:tr>
      <w:tr>
        <w:tc>
          <w:tcPr>
            <w:tcW w:type="dxa" w:w="1474"/>
          </w:tcPr>
          <w:p>
            <w:pPr>
              <w:spacing w:after="20" w:line="276" w:lineRule="auto"/>
            </w:pPr>
            <w:r>
              <w:rPr>
                <w:b/>
              </w:rPr>
            </w:r>
            <w:r>
              <w:rPr>
                <w:rFonts w:ascii="宋体" w:hAnsi="宋体" w:eastAsia="宋体"/>
                <w:b/>
                <w:sz w:val="18"/>
              </w:rPr>
              <w:t>四、实践应用</w:t>
            </w:r>
          </w:p>
        </w:tc>
        <w:tc>
          <w:tcPr>
            <w:tcW w:type="dxa" w:w="3061"/>
          </w:tcPr>
          <w:p>
            <w:pPr>
              <w:spacing w:after="20" w:line="276" w:lineRule="auto"/>
            </w:pPr>
            <w:r/>
            <w:r>
              <w:rPr>
                <w:rFonts w:ascii="宋体" w:hAnsi="宋体" w:eastAsia="宋体"/>
                <w:b w:val="0"/>
                <w:sz w:val="18"/>
              </w:rPr>
              <w:t>1.知识闯关，快速抢答。</w:t>
            </w:r>
          </w:p>
          <w:p>
            <w:pPr>
              <w:spacing w:after="20" w:line="276" w:lineRule="auto"/>
            </w:pPr>
            <w:r>
              <w:rPr>
                <w:rFonts w:ascii="宋体" w:hAnsi="宋体" w:eastAsia="宋体"/>
                <w:b w:val="0"/>
                <w:sz w:val="18"/>
              </w:rPr>
              <w:t>课件依次呈现教科书P81～82“练习二十”中的第1、2、4、6题，学生口答，课件呈现答案。</w:t>
            </w:r>
          </w:p>
          <w:p>
            <w:pPr>
              <w:spacing w:after="20" w:line="276" w:lineRule="auto"/>
            </w:pPr>
            <w:r>
              <w:rPr>
                <w:rFonts w:ascii="宋体" w:hAnsi="宋体" w:eastAsia="宋体"/>
                <w:b w:val="0"/>
                <w:sz w:val="18"/>
              </w:rPr>
              <w:t>2.独立解答。</w:t>
            </w:r>
          </w:p>
          <w:p>
            <w:pPr>
              <w:spacing w:after="20" w:line="276" w:lineRule="auto"/>
            </w:pPr>
            <w:r>
              <w:rPr>
                <w:rFonts w:ascii="宋体" w:hAnsi="宋体" w:eastAsia="宋体"/>
                <w:b w:val="0"/>
                <w:sz w:val="18"/>
              </w:rPr>
              <w:t>第8题是用最小公倍数解决问题，在起始时间点学生容易出错，要求学生在交流中确定。</w:t>
            </w:r>
          </w:p>
        </w:tc>
        <w:tc>
          <w:tcPr>
            <w:tcW w:type="dxa" w:w="3061"/>
          </w:tcPr>
          <w:p>
            <w:pPr>
              <w:spacing w:after="20" w:line="276" w:lineRule="auto"/>
            </w:pPr>
            <w:r/>
            <w:r>
              <w:rPr>
                <w:rFonts w:ascii="宋体" w:hAnsi="宋体" w:eastAsia="宋体"/>
                <w:b w:val="0"/>
                <w:sz w:val="18"/>
              </w:rPr>
              <w:t>学生回答这几道题应该没有问题，但是要关注学生的思维过程，通过追问启发学生思考。</w:t>
            </w:r>
          </w:p>
          <w:p>
            <w:pPr>
              <w:spacing w:after="20" w:line="276" w:lineRule="auto"/>
            </w:pPr>
            <w:r>
              <w:rPr>
                <w:rFonts w:ascii="宋体" w:hAnsi="宋体" w:eastAsia="宋体"/>
                <w:b w:val="0"/>
                <w:sz w:val="18"/>
              </w:rPr>
              <w:t>学生独立完成教科书P81～82“练习二十”第3、8题。</w:t>
            </w:r>
          </w:p>
          <w:p>
            <w:pPr>
              <w:spacing w:after="20" w:line="276" w:lineRule="auto"/>
            </w:pPr>
            <w:r>
              <w:rPr>
                <w:rFonts w:ascii="宋体" w:hAnsi="宋体" w:eastAsia="宋体"/>
                <w:b w:val="0"/>
                <w:sz w:val="18"/>
              </w:rPr>
              <w:t>第3题是求一个数是另一个数的几分之几的问题，但是有隐含条件，也就是两个答案的和是1，学生不一定能知道，教师要引导。</w:t>
            </w:r>
          </w:p>
          <w:p>
            <w:pPr>
              <w:spacing w:after="20" w:line="276" w:lineRule="auto"/>
            </w:pPr>
            <w:r>
              <w:rPr>
                <w:rFonts w:ascii="宋体" w:hAnsi="宋体" w:eastAsia="宋体"/>
                <w:b w:val="0"/>
                <w:sz w:val="18"/>
              </w:rPr>
              <w:t>3．小组合作完成教科书P82“练习二十”第11*题。</w:t>
            </w:r>
          </w:p>
          <w:p>
            <w:pPr>
              <w:spacing w:after="20" w:line="276" w:lineRule="auto"/>
            </w:pPr>
            <w:r>
              <w:rPr>
                <w:rFonts w:ascii="宋体" w:hAnsi="宋体" w:eastAsia="宋体"/>
                <w:b w:val="0"/>
                <w:sz w:val="18"/>
              </w:rPr>
              <w:t>虽然这是一道选做题，但是大部分学生都能理解，能运用最小公倍数的知识解答。</w:t>
            </w:r>
          </w:p>
        </w:tc>
        <w:tc>
          <w:tcPr>
            <w:tcW w:type="dxa" w:w="1814"/>
          </w:tcPr>
          <w:p>
            <w:pPr>
              <w:spacing w:after="20" w:line="276" w:lineRule="auto"/>
            </w:pPr>
            <w:r/>
            <w:r>
              <w:rPr>
                <w:rFonts w:ascii="宋体" w:hAnsi="宋体" w:eastAsia="宋体"/>
                <w:b w:val="0"/>
                <w:sz w:val="18"/>
              </w:rPr>
              <w:t>“练习二十”中共有11道题，这些题分别涉及了本单元不同的知识点，由易到难，逐步训练，落实知识点，提升学生解决问题的能力。</w:t>
            </w:r>
          </w:p>
        </w:tc>
      </w:tr>
      <w:tr>
        <w:tc>
          <w:tcPr>
            <w:tcW w:type="dxa" w:w="1474"/>
          </w:tcPr>
          <w:p>
            <w:pPr>
              <w:spacing w:after="20" w:line="276" w:lineRule="auto"/>
            </w:pPr>
            <w:r>
              <w:rPr>
                <w:b/>
              </w:rPr>
            </w:r>
            <w:r>
              <w:rPr>
                <w:rFonts w:ascii="宋体" w:hAnsi="宋体" w:eastAsia="宋体"/>
                <w:b/>
                <w:sz w:val="18"/>
              </w:rPr>
              <w:t>五、自主练习</w:t>
            </w:r>
          </w:p>
        </w:tc>
        <w:tc>
          <w:tcPr>
            <w:tcW w:type="dxa" w:w="3061"/>
          </w:tcPr>
          <w:p>
            <w:pPr>
              <w:spacing w:after="20" w:line="276" w:lineRule="auto"/>
            </w:pPr>
            <w:r/>
            <w:r>
              <w:rPr>
                <w:rFonts w:ascii="宋体" w:hAnsi="宋体" w:eastAsia="宋体"/>
                <w:b w:val="0"/>
                <w:sz w:val="18"/>
              </w:rPr>
              <w:t>——</w:t>
            </w:r>
          </w:p>
        </w:tc>
        <w:tc>
          <w:tcPr>
            <w:tcW w:type="dxa" w:w="3061"/>
          </w:tcPr>
          <w:p>
            <w:pPr>
              <w:spacing w:after="20" w:line="276" w:lineRule="auto"/>
            </w:pPr>
            <w:r/>
            <w:r>
              <w:rPr>
                <w:rFonts w:ascii="宋体" w:hAnsi="宋体" w:eastAsia="宋体"/>
                <w:b w:val="0"/>
                <w:sz w:val="18"/>
              </w:rPr>
              <w:t>学生独立解答教科书P81～82“练习二十”中第5、7、9题，解答完后再集中评价。</w:t>
            </w:r>
          </w:p>
        </w:tc>
        <w:tc>
          <w:tcPr>
            <w:tcW w:type="dxa" w:w="1814"/>
          </w:tcPr>
          <w:p>
            <w:pPr>
              <w:spacing w:after="20" w:line="276" w:lineRule="auto"/>
            </w:pPr>
            <w:r/>
            <w:r>
              <w:rPr>
                <w:rFonts w:ascii="宋体" w:hAnsi="宋体" w:eastAsia="宋体"/>
                <w:b w:val="0"/>
                <w:sz w:val="18"/>
              </w:rPr>
              <w:t>在前面的整理复习和实践应用中，本单元的知识点基本上都有涉及，起到较好的巩固作用。</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师：通过今天的整理和复习，你们有哪些新的收获？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引导学生回顾梳理本课所学，完善认知结构，提升归纳与反思能力，核心问题："通过今天的整理和复习，你们有哪些新的收获？"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教科书P80～82“整理和复习”及“练习二十”中相关习题。</w:t>
      </w:r>
    </w:p>
    <w:p>
      <w:pPr>
        <w:spacing w:after="40" w:line="300" w:lineRule="auto"/>
        <w:ind w:firstLine="400"/>
      </w:pPr>
      <w:r>
        <w:rPr>
          <w:rFonts w:ascii="宋体" w:hAnsi="宋体" w:eastAsia="宋体"/>
          <w:b w:val="0"/>
          <w:sz w:val="20"/>
        </w:rPr>
        <w:t>② 原设计安排：见“状元成才路”系列丛书《创优作业100分》对应课时作业。 填一填。 (1)2eq \f(2,9)的分数单位是( )，它有( )个这样的分数单位，再添( )个这样的分数单位就是最小的合数。 (2)4÷5＝eq \f(（ ）,20)＝eq \f(24,（ ）)＝( )(填小数) 有5个萝卜，共重3 kg，平均分给4只小兔，每只小兔能分到这些萝卜的eq \f(（ ）,（ ）)， 每只小兔能分到( )个萝卜，每只小兔能分到( )kg萝卜。 (4)填最简分数：28 cm＝eq \f(（ ）,（ ）) m 35 mL＝eq \f(（ ）,（ ）) L 75分＝eq \f(（ ）,（ ）) 时 (5)45和60的最大公因数是( )，最小公倍数是( )。 参考答案 (1)eq \f(1,9) 20 16 (2)16 30 0.8 (3)eq \f(1,4) eq \f(5,4) eq \f(3,4) (4)eq \f(7,25) eq \f(7,200) eq \f(5,4) (5)15 180 【教学笔记】 【教学提示】 学生交流可能是无序的，但教师一定要做到心中有数，将学生交流的内容板书到相应的位置，形成完整体系。 【教学提示】 此环节是本节课的主要教学内容，更多的是在师生、生生互动中完成，形式可以不拘一格。</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复习课引导学生用自己喜欢的表达方式整理本单元知识。通过师生交流、生生互动、同桌交流、全班汇报展示、讨论评价等方式构建本单元的知识体系，脉络清晰，重点突出。学生在解决问题中进一步理解相关的概念及其意义，但解决问题的能力仍有待提高。</w:t>
      </w:r>
    </w:p>
    <w:p>
      <w:r>
        <w:br w:type="page"/>
      </w:r>
    </w:p>
    <w:p>
      <w:pPr>
        <w:spacing w:after="80" w:line="300" w:lineRule="auto"/>
      </w:pPr>
      <w:r>
        <w:rPr>
          <w:rFonts w:ascii="黑体" w:hAnsi="黑体" w:eastAsia="黑体"/>
          <w:b/>
          <w:sz w:val="24"/>
        </w:rPr>
        <w:t>二、课时教学方案（第15课时）</w:t>
      </w:r>
    </w:p>
    <w:p>
      <w:pPr>
        <w:spacing w:after="80" w:line="300" w:lineRule="auto"/>
      </w:pPr>
      <w:r>
        <w:rPr>
          <w:rFonts w:ascii="黑体" w:hAnsi="黑体" w:eastAsia="黑体"/>
          <w:b/>
          <w:sz w:val="24"/>
        </w:rPr>
        <w:t>第15课时　练习课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第15课时　练习课</w:t>
            </w:r>
          </w:p>
        </w:tc>
        <w:tc>
          <w:tcPr>
            <w:tcW w:type="dxa" w:w="6009"/>
          </w:tcPr>
          <w:p>
            <w:pPr>
              <w:spacing w:after="20" w:line="276" w:lineRule="auto"/>
            </w:pPr>
            <w:r/>
            <w:r>
              <w:rPr>
                <w:rFonts w:ascii="宋体" w:hAnsi="宋体" w:eastAsia="宋体"/>
                <w:b w:val="0"/>
                <w:sz w:val="20"/>
              </w:rPr>
              <w:t>第4单元 分数的意义和性质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教学内容：教科书P47“做一做”第4题和P48“练习十一”中第1~6题。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（1）进一步理解并掌握分数的意义，巩固单位“1”的概念。</w:t>
      </w:r>
    </w:p>
    <w:p>
      <w:pPr>
        <w:spacing w:after="20" w:line="300" w:lineRule="auto"/>
        <w:ind w:firstLine="400"/>
      </w:pPr>
      <w:r>
        <w:rPr>
          <w:rFonts w:ascii="宋体" w:hAnsi="宋体" w:eastAsia="宋体"/>
          <w:b w:val="0"/>
          <w:sz w:val="20"/>
        </w:rPr>
        <w:t>（2）巩固分数单位的概念，知道一个分数中有几个分数单位。</w:t>
      </w:r>
    </w:p>
    <w:p>
      <w:pPr>
        <w:spacing w:after="20" w:line="300" w:lineRule="auto"/>
        <w:ind w:firstLine="400"/>
      </w:pPr>
      <w:r>
        <w:rPr>
          <w:rFonts w:ascii="宋体" w:hAnsi="宋体" w:eastAsia="宋体"/>
          <w:b w:val="0"/>
          <w:sz w:val="20"/>
        </w:rPr>
        <w:t>（3）在理解分数含义的过程中，注重生活与数学的密切联系。</w:t>
      </w:r>
    </w:p>
    <w:p>
      <w:pPr>
        <w:spacing w:after="20" w:line="300" w:lineRule="auto"/>
      </w:pPr>
      <w:r>
        <w:rPr>
          <w:rFonts w:ascii="宋体" w:hAnsi="宋体" w:eastAsia="宋体"/>
          <w:b w:val="0"/>
          <w:sz w:val="20"/>
        </w:rPr>
        <w:t>教学重点：掌握单位“1”和分数单位的概念。</w:t>
      </w:r>
    </w:p>
    <w:p>
      <w:pPr>
        <w:spacing w:after="20" w:line="300" w:lineRule="auto"/>
      </w:pPr>
      <w:r>
        <w:rPr>
          <w:rFonts w:ascii="宋体" w:hAnsi="宋体" w:eastAsia="宋体"/>
          <w:b w:val="0"/>
          <w:sz w:val="20"/>
        </w:rPr>
        <w:t>教学难点：理解分数单位，能说明一个分数中有几个分数单位。</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一、复习旧知识，导入练习</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从图中你看到了什么？你能写出什么分数？；你们还记得把单位“1”平均分成几份，其中的1份叫作什么吗？</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二、实践应用，加深理解</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三、综合练习，系统认识分数的意义</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每人分得多少饼干？；为什么一会儿是 EMBED Equation.DSMT4  包，一会儿又是4块呢？它们有什么联系和区别？</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四、自主练习，形成技能</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通过本节课的练习，你们对分数的意义有哪些新的认识？又有哪些新的收获？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一、复习旧知识，导入练习</w:t>
            </w:r>
          </w:p>
        </w:tc>
        <w:tc>
          <w:tcPr>
            <w:tcW w:type="dxa" w:w="3061"/>
          </w:tcPr>
          <w:p>
            <w:pPr>
              <w:spacing w:after="20" w:line="276" w:lineRule="auto"/>
            </w:pPr>
            <w:r/>
            <w:r>
              <w:rPr>
                <w:rFonts w:ascii="宋体" w:hAnsi="宋体" w:eastAsia="宋体"/>
                <w:b w:val="0"/>
                <w:sz w:val="18"/>
              </w:rPr>
              <w:t>师：昨天我们认识了分数，今天我们来练习。</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师：从图中你看到了什么？你能写出什么分数？</w:t>
            </w:r>
          </w:p>
          <w:p>
            <w:pPr>
              <w:spacing w:after="20" w:line="276" w:lineRule="auto"/>
            </w:pPr>
            <w:r>
              <w:rPr>
                <w:rFonts w:ascii="宋体" w:hAnsi="宋体" w:eastAsia="宋体"/>
                <w:b w:val="0"/>
                <w:sz w:val="18"/>
              </w:rPr>
              <w:t>师：用我们昨天学到的知识，谁能说说为什么它们能用同一个分数表示。</w:t>
            </w:r>
          </w:p>
          <w:p>
            <w:pPr>
              <w:spacing w:after="20" w:line="276" w:lineRule="auto"/>
            </w:pPr>
            <w:r>
              <w:rPr>
                <w:rFonts w:ascii="宋体" w:hAnsi="宋体" w:eastAsia="宋体"/>
                <w:b w:val="0"/>
                <w:sz w:val="18"/>
              </w:rPr>
              <w:t>师：你们还记得把单位“1”平均分成几份，其中的1份叫作什么吗？</w:t>
            </w:r>
          </w:p>
        </w:tc>
        <w:tc>
          <w:tcPr>
            <w:tcW w:type="dxa" w:w="3061"/>
          </w:tcPr>
          <w:p>
            <w:pPr>
              <w:spacing w:after="20" w:line="276" w:lineRule="auto"/>
            </w:pPr>
            <w:r/>
            <w:r>
              <w:rPr>
                <w:rFonts w:ascii="宋体" w:hAnsi="宋体" w:eastAsia="宋体"/>
                <w:b w:val="0"/>
                <w:sz w:val="18"/>
              </w:rPr>
              <w:t>学生会说，左图是把一个圆平均分成6份，涂1份；右图是把6个圆平均分成6份，涂1份。写出的分数都是16。</w:t>
            </w:r>
          </w:p>
          <w:p>
            <w:pPr>
              <w:spacing w:after="20" w:line="276" w:lineRule="auto"/>
            </w:pPr>
            <w:r>
              <w:rPr>
                <w:rFonts w:ascii="宋体" w:hAnsi="宋体" w:eastAsia="宋体"/>
                <w:b w:val="0"/>
                <w:sz w:val="18"/>
              </w:rPr>
              <w:t>不管是一个圆还是几个圆，都是把一个整体（单位“1”）平均分成6份，涂其中的1份。</w:t>
            </w:r>
          </w:p>
          <w:p>
            <w:pPr>
              <w:spacing w:after="20" w:line="276" w:lineRule="auto"/>
            </w:pPr>
            <w:r>
              <w:rPr>
                <w:rFonts w:ascii="宋体" w:hAnsi="宋体" w:eastAsia="宋体"/>
                <w:b w:val="0"/>
                <w:sz w:val="18"/>
              </w:rPr>
              <w:t>分数单位。</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创设情境激活学生已有经验，自然引出本课学习内容，激发学习兴趣，核心问题："从图中你看到了什么？你能写出什么分数？"</w:t>
            </w:r>
          </w:p>
        </w:tc>
      </w:tr>
      <w:tr>
        <w:tc>
          <w:tcPr>
            <w:tcW w:type="dxa" w:w="1474"/>
          </w:tcPr>
          <w:p>
            <w:pPr>
              <w:spacing w:after="20" w:line="276" w:lineRule="auto"/>
            </w:pPr>
            <w:r>
              <w:rPr>
                <w:b/>
              </w:rPr>
            </w:r>
            <w:r>
              <w:rPr>
                <w:rFonts w:ascii="宋体" w:hAnsi="宋体" w:eastAsia="宋体"/>
                <w:b/>
                <w:sz w:val="18"/>
              </w:rPr>
              <w:t>二、实践应用，加深理解</w:t>
            </w:r>
          </w:p>
        </w:tc>
        <w:tc>
          <w:tcPr>
            <w:tcW w:type="dxa" w:w="3061"/>
          </w:tcPr>
          <w:p>
            <w:pPr>
              <w:spacing w:after="20" w:line="276" w:lineRule="auto"/>
            </w:pPr>
            <w:r/>
            <w:r>
              <w:rPr>
                <w:rFonts w:ascii="宋体" w:hAnsi="宋体" w:eastAsia="宋体"/>
                <w:b w:val="0"/>
                <w:sz w:val="18"/>
              </w:rPr>
              <w:t>课件出示教科书P48“练习十一”第1题。</w:t>
            </w:r>
          </w:p>
          <w:p>
            <w:pPr>
              <w:spacing w:after="20" w:line="276" w:lineRule="auto"/>
            </w:pPr>
            <w:r>
              <w:rPr>
                <w:rFonts w:ascii="宋体" w:hAnsi="宋体" w:eastAsia="宋体"/>
                <w:b w:val="0"/>
                <w:sz w:val="18"/>
              </w:rPr>
              <w:t>（1）学生独立在教科书上完成。</w:t>
            </w:r>
          </w:p>
          <w:p>
            <w:pPr>
              <w:spacing w:after="20" w:line="276" w:lineRule="auto"/>
            </w:pPr>
            <w:r>
              <w:rPr>
                <w:rFonts w:ascii="宋体" w:hAnsi="宋体" w:eastAsia="宋体"/>
                <w:b w:val="0"/>
                <w:sz w:val="18"/>
              </w:rPr>
              <w:t>（2）集中交流，课件呈现结果。</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将按要求涂色与写分数结合在一起，进一步理解和巩固单位“1”与分数单位的意义。</w:t>
            </w:r>
          </w:p>
        </w:tc>
      </w:tr>
      <w:tr>
        <w:tc>
          <w:tcPr>
            <w:tcW w:type="dxa" w:w="1474"/>
          </w:tcPr>
          <w:p>
            <w:pPr>
              <w:spacing w:after="20" w:line="276" w:lineRule="auto"/>
            </w:pPr>
            <w:r>
              <w:rPr>
                <w:b/>
              </w:rPr>
            </w:r>
            <w:r>
              <w:rPr>
                <w:rFonts w:ascii="宋体" w:hAnsi="宋体" w:eastAsia="宋体"/>
                <w:b/>
                <w:sz w:val="18"/>
              </w:rPr>
              <w:t>三、综合练习，系统认识分数的意义</w:t>
            </w:r>
          </w:p>
        </w:tc>
        <w:tc>
          <w:tcPr>
            <w:tcW w:type="dxa" w:w="3061"/>
          </w:tcPr>
          <w:p>
            <w:pPr>
              <w:spacing w:after="20" w:line="276" w:lineRule="auto"/>
            </w:pPr>
            <w:r/>
            <w:r>
              <w:rPr>
                <w:rFonts w:ascii="宋体" w:hAnsi="宋体" w:eastAsia="宋体"/>
                <w:b w:val="0"/>
                <w:sz w:val="18"/>
              </w:rPr>
              <w:t>1.课件出示教科书P48“练习十一”第2题。</w:t>
            </w:r>
          </w:p>
          <w:p>
            <w:pPr>
              <w:spacing w:after="20" w:line="276" w:lineRule="auto"/>
            </w:pPr>
            <w:r>
              <w:rPr>
                <w:rFonts w:ascii="宋体" w:hAnsi="宋体" w:eastAsia="宋体"/>
                <w:b w:val="0"/>
                <w:sz w:val="18"/>
              </w:rPr>
              <w:t>（1）学生独立在教科书上完成。</w:t>
            </w:r>
          </w:p>
          <w:p>
            <w:pPr>
              <w:spacing w:after="20" w:line="276" w:lineRule="auto"/>
            </w:pPr>
            <w:r>
              <w:rPr>
                <w:rFonts w:ascii="宋体" w:hAnsi="宋体" w:eastAsia="宋体"/>
                <w:b w:val="0"/>
                <w:sz w:val="18"/>
              </w:rPr>
              <w:t>（2）提问引导。</w:t>
            </w:r>
          </w:p>
          <w:p>
            <w:pPr>
              <w:spacing w:after="20" w:line="276" w:lineRule="auto"/>
            </w:pPr>
            <w:r>
              <w:rPr>
                <w:rFonts w:ascii="宋体" w:hAnsi="宋体" w:eastAsia="宋体"/>
                <w:b w:val="0"/>
                <w:sz w:val="18"/>
              </w:rPr>
              <w:t>师：每人分得多少饼干？</w:t>
            </w:r>
          </w:p>
          <w:p>
            <w:pPr>
              <w:spacing w:after="20" w:line="276" w:lineRule="auto"/>
            </w:pPr>
            <w:r>
              <w:rPr>
                <w:rFonts w:ascii="宋体" w:hAnsi="宋体" w:eastAsia="宋体"/>
                <w:b w:val="0"/>
                <w:sz w:val="18"/>
              </w:rPr>
              <w:t>师：为什么一会儿是 EMBED Equation.DSMT4  包，一会儿又是4块呢？它们有什么联系和区别？</w:t>
            </w:r>
          </w:p>
          <w:p>
            <w:pPr>
              <w:spacing w:after="20" w:line="276" w:lineRule="auto"/>
            </w:pPr>
            <w:r>
              <w:rPr>
                <w:rFonts w:ascii="宋体" w:hAnsi="宋体" w:eastAsia="宋体"/>
                <w:b w:val="0"/>
                <w:sz w:val="18"/>
              </w:rPr>
              <w:t>（1）学生独立在教科书上完成。</w:t>
            </w:r>
          </w:p>
          <w:p>
            <w:pPr>
              <w:spacing w:after="20" w:line="276" w:lineRule="auto"/>
            </w:pPr>
            <w:r>
              <w:rPr>
                <w:rFonts w:ascii="宋体" w:hAnsi="宋体" w:eastAsia="宋体"/>
                <w:b w:val="0"/>
                <w:sz w:val="18"/>
              </w:rPr>
              <w:t>（2）提问引导。</w:t>
            </w:r>
          </w:p>
          <w:p>
            <w:pPr>
              <w:spacing w:after="20" w:line="276" w:lineRule="auto"/>
            </w:pPr>
            <w:r>
              <w:rPr>
                <w:rFonts w:ascii="宋体" w:hAnsi="宋体" w:eastAsia="宋体"/>
                <w:b w:val="0"/>
                <w:sz w:val="18"/>
              </w:rPr>
              <w:t>师：怎样找分数单位？如何知道分数单位的个数？</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（2）集中展示交流。</w:t>
            </w:r>
          </w:p>
          <w:p>
            <w:pPr>
              <w:spacing w:after="20" w:line="276" w:lineRule="auto"/>
            </w:pPr>
            <w:r>
              <w:rPr>
                <w:rFonts w:ascii="宋体" w:hAnsi="宋体" w:eastAsia="宋体"/>
                <w:b w:val="0"/>
                <w:sz w:val="18"/>
              </w:rPr>
              <w:t>（1）同桌之间相互交流，独立解答。</w:t>
            </w:r>
          </w:p>
          <w:p>
            <w:pPr>
              <w:spacing w:after="20" w:line="276" w:lineRule="auto"/>
            </w:pPr>
            <w:r>
              <w:rPr>
                <w:rFonts w:ascii="宋体" w:hAnsi="宋体" w:eastAsia="宋体"/>
                <w:b w:val="0"/>
                <w:sz w:val="18"/>
              </w:rPr>
              <w:t>（2）集中交流，课件呈现结果。</w:t>
            </w:r>
          </w:p>
        </w:tc>
        <w:tc>
          <w:tcPr>
            <w:tcW w:type="dxa" w:w="3061"/>
          </w:tcPr>
          <w:p>
            <w:pPr>
              <w:spacing w:after="20" w:line="276" w:lineRule="auto"/>
            </w:pPr>
            <w:r/>
            <w:r>
              <w:rPr>
                <w:rFonts w:ascii="宋体" w:hAnsi="宋体" w:eastAsia="宋体"/>
                <w:b w:val="0"/>
                <w:sz w:val="18"/>
              </w:rPr>
              <w:t>有的说 EMBED Equation.DSMT4  包，有的说4块。</w:t>
            </w:r>
          </w:p>
          <w:p>
            <w:pPr>
              <w:spacing w:after="20" w:line="276" w:lineRule="auto"/>
            </w:pPr>
            <w:r>
              <w:rPr>
                <w:rFonts w:ascii="宋体" w:hAnsi="宋体" w:eastAsia="宋体"/>
                <w:b w:val="0"/>
                <w:sz w:val="18"/>
              </w:rPr>
              <w:t>分母是几，分数单位就是几分之一；分子是几，就有几个这样的分数单位。</w:t>
            </w:r>
          </w:p>
          <w:p>
            <w:pPr>
              <w:spacing w:after="20" w:line="276" w:lineRule="auto"/>
            </w:pPr>
            <w:r>
              <w:rPr>
                <w:rFonts w:ascii="宋体" w:hAnsi="宋体" w:eastAsia="宋体"/>
                <w:b w:val="0"/>
                <w:sz w:val="18"/>
              </w:rPr>
              <w:t>将不同分母的分数在同一条直线上表示出来，对学生来说有一定的难度。</w:t>
            </w:r>
          </w:p>
        </w:tc>
        <w:tc>
          <w:tcPr>
            <w:tcW w:type="dxa" w:w="1814"/>
          </w:tcPr>
          <w:p>
            <w:pPr>
              <w:spacing w:after="20" w:line="276" w:lineRule="auto"/>
            </w:pPr>
            <w:r/>
            <w:r>
              <w:rPr>
                <w:rFonts w:ascii="宋体" w:hAnsi="宋体" w:eastAsia="宋体"/>
                <w:b w:val="0"/>
                <w:sz w:val="18"/>
              </w:rPr>
              <w:t>这个内容学生在三年级时，解决问题中已经学习过。本课时再次学习，是为后面学习分数与除法的关系作铺垫。通过追问，引导学生理解，数量单位不同，计算结果就不同。这两个结果，一个是用分数的意义来解答的，一个是用整数除法来解答的。2.课件出示教科书P48“练习十一”第3题。</w:t>
            </w:r>
          </w:p>
          <w:p>
            <w:pPr>
              <w:spacing w:after="20" w:line="276" w:lineRule="auto"/>
            </w:pPr>
            <w:r>
              <w:rPr>
                <w:rFonts w:ascii="宋体" w:hAnsi="宋体" w:eastAsia="宋体"/>
                <w:b w:val="0"/>
                <w:sz w:val="18"/>
              </w:rPr>
              <w:t>一方面理解和巩固分数单位的相关知识，另一方面为后面学习分数大小比较和四则运算奠定基础。3.课件出示教科书P48“练习十一”第4题。</w:t>
            </w:r>
          </w:p>
          <w:p>
            <w:pPr>
              <w:spacing w:after="20" w:line="276" w:lineRule="auto"/>
            </w:pPr>
            <w:r>
              <w:rPr>
                <w:rFonts w:ascii="宋体" w:hAnsi="宋体" w:eastAsia="宋体"/>
                <w:b w:val="0"/>
                <w:sz w:val="18"/>
              </w:rPr>
              <w:t>先用直线上的点表示分数，再数形结合理解，进一步完善分数的意义，巩固分数单位的概念。4.课件出示教科书P47“做一做”第4题。</w:t>
            </w:r>
          </w:p>
          <w:p>
            <w:pPr>
              <w:spacing w:after="20" w:line="276" w:lineRule="auto"/>
            </w:pPr>
            <w:r>
              <w:rPr>
                <w:rFonts w:ascii="宋体" w:hAnsi="宋体" w:eastAsia="宋体"/>
                <w:b w:val="0"/>
                <w:sz w:val="18"/>
              </w:rPr>
              <w:t>借助“分数墙”巩固对分数单位的认识，加深对分数意义的理解。同时还为以后学习真分数、假分数，以及分数的基本性质提供素材。</w:t>
            </w:r>
          </w:p>
        </w:tc>
      </w:tr>
      <w:tr>
        <w:tc>
          <w:tcPr>
            <w:tcW w:type="dxa" w:w="1474"/>
          </w:tcPr>
          <w:p>
            <w:pPr>
              <w:spacing w:after="20" w:line="276" w:lineRule="auto"/>
            </w:pPr>
            <w:r>
              <w:rPr>
                <w:b/>
              </w:rPr>
            </w:r>
            <w:r>
              <w:rPr>
                <w:rFonts w:ascii="宋体" w:hAnsi="宋体" w:eastAsia="宋体"/>
                <w:b/>
                <w:sz w:val="18"/>
              </w:rPr>
              <w:t>四、自主练习，形成技能</w:t>
            </w:r>
          </w:p>
        </w:tc>
        <w:tc>
          <w:tcPr>
            <w:tcW w:type="dxa" w:w="3061"/>
          </w:tcPr>
          <w:p>
            <w:pPr>
              <w:spacing w:after="20" w:line="276" w:lineRule="auto"/>
            </w:pPr>
            <w:r/>
            <w:r>
              <w:rPr>
                <w:rFonts w:ascii="宋体" w:hAnsi="宋体" w:eastAsia="宋体"/>
                <w:b w:val="0"/>
                <w:sz w:val="18"/>
              </w:rPr>
              <w:t>1.课件出示教科书P48“练习十一”第5题。</w:t>
            </w:r>
          </w:p>
          <w:p>
            <w:pPr>
              <w:spacing w:after="20" w:line="276" w:lineRule="auto"/>
            </w:pPr>
            <w:r>
              <w:rPr>
                <w:rFonts w:ascii="宋体" w:hAnsi="宋体" w:eastAsia="宋体"/>
                <w:b w:val="0"/>
                <w:sz w:val="18"/>
              </w:rPr>
              <w:t>2.课件出示教科书P48“练习十一”第6题。</w:t>
            </w:r>
          </w:p>
          <w:p>
            <w:pPr>
              <w:spacing w:after="20" w:line="276" w:lineRule="auto"/>
            </w:pPr>
            <w:r>
              <w:rPr>
                <w:rFonts w:ascii="宋体" w:hAnsi="宋体" w:eastAsia="宋体"/>
                <w:b w:val="0"/>
                <w:sz w:val="18"/>
              </w:rPr>
              <w:t>根据课堂时间让学生结合实际交流。</w:t>
            </w:r>
          </w:p>
        </w:tc>
        <w:tc>
          <w:tcPr>
            <w:tcW w:type="dxa" w:w="3061"/>
          </w:tcPr>
          <w:p>
            <w:pPr>
              <w:spacing w:after="20" w:line="276" w:lineRule="auto"/>
            </w:pPr>
            <w:r/>
            <w:r>
              <w:rPr>
                <w:rFonts w:ascii="宋体" w:hAnsi="宋体" w:eastAsia="宋体"/>
                <w:b w:val="0"/>
                <w:sz w:val="18"/>
              </w:rPr>
              <w:t>学生自主画图后，全班展示交流。</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师：通过本节课的练习，你们对分数的意义有哪些新的认识？又有哪些新的收获？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引导学生回顾梳理本课所学，完善认知结构，提升归纳与反思能力，核心问题："通过本节课的练习，你们对分数的意义有哪些新的认识？又有哪些新的收获？"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教科书P47“做一做”第4题和P48“练习十一”中第1~6题。</w:t>
      </w:r>
    </w:p>
    <w:p>
      <w:pPr>
        <w:spacing w:after="40" w:line="300" w:lineRule="auto"/>
        <w:ind w:firstLine="400"/>
      </w:pPr>
      <w:r>
        <w:rPr>
          <w:rFonts w:ascii="宋体" w:hAnsi="宋体" w:eastAsia="宋体"/>
          <w:b w:val="0"/>
          <w:sz w:val="20"/>
        </w:rPr>
        <w:t>② 原设计安排：见“状元成才路”系列丛书《创优作业100分》对应课时作业。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由于分数单位是分数意义的重要概念，如果只安排一个课时教学，时间显得很仓促，缺乏足够的练习，达不到预期目标。在本课时，通过交流探讨、习题演练，让学生充分地认识分数单位，建构分数单位的意义，效果比较好。在最后的交流环节中，培养学生的逆向思维能力，强化、拓展对单位“1”的理解。但在用直线上的点表示已知分数时，学生缺乏对知识的体验，需要多花点时间让学生充分交流探讨，进一步理解分数单位。</w:t>
      </w:r>
    </w:p>
    <w:p>
      <w:r>
        <w:br w:type="page"/>
      </w:r>
    </w:p>
    <w:p>
      <w:pPr>
        <w:spacing w:after="80" w:line="300" w:lineRule="auto"/>
      </w:pPr>
      <w:r>
        <w:rPr>
          <w:rFonts w:ascii="黑体" w:hAnsi="黑体" w:eastAsia="黑体"/>
          <w:b/>
          <w:sz w:val="24"/>
        </w:rPr>
        <w:t>二、课时教学方案（第16课时）</w:t>
      </w:r>
    </w:p>
    <w:p>
      <w:pPr>
        <w:spacing w:after="80" w:line="300" w:lineRule="auto"/>
      </w:pPr>
      <w:r>
        <w:rPr>
          <w:rFonts w:ascii="黑体" w:hAnsi="黑体" w:eastAsia="黑体"/>
          <w:b/>
          <w:sz w:val="24"/>
        </w:rPr>
        <w:t>第16课时　练习课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第16课时　练习课</w:t>
            </w:r>
          </w:p>
        </w:tc>
        <w:tc>
          <w:tcPr>
            <w:tcW w:type="dxa" w:w="6009"/>
          </w:tcPr>
          <w:p>
            <w:pPr>
              <w:spacing w:after="20" w:line="276" w:lineRule="auto"/>
            </w:pPr>
            <w:r/>
            <w:r>
              <w:rPr>
                <w:rFonts w:ascii="宋体" w:hAnsi="宋体" w:eastAsia="宋体"/>
                <w:b w:val="0"/>
                <w:sz w:val="20"/>
              </w:rPr>
              <w:t>第4单元 分数的意义和性质（分数的基本性质）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教学内容：教科书P58～59“练习十四”中相关习题。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（1）进一步理解和掌握分数的基本性质，运用分数的基本性质解决简单的实际问题。</w:t>
      </w:r>
    </w:p>
    <w:p>
      <w:pPr>
        <w:spacing w:after="20" w:line="300" w:lineRule="auto"/>
        <w:ind w:firstLine="400"/>
      </w:pPr>
      <w:r>
        <w:rPr>
          <w:rFonts w:ascii="宋体" w:hAnsi="宋体" w:eastAsia="宋体"/>
          <w:b w:val="0"/>
          <w:sz w:val="20"/>
        </w:rPr>
        <w:t>（2）培养学生应用所学数学知识解决问题的能力及认真审题的良好习惯。</w:t>
      </w:r>
    </w:p>
    <w:p>
      <w:pPr>
        <w:spacing w:after="20" w:line="300" w:lineRule="auto"/>
      </w:pPr>
      <w:r>
        <w:rPr>
          <w:rFonts w:ascii="宋体" w:hAnsi="宋体" w:eastAsia="宋体"/>
          <w:b w:val="0"/>
          <w:sz w:val="20"/>
        </w:rPr>
        <w:t>教学重点：对分数的基本性质的深化与理解，并能熟练地运用。</w:t>
      </w:r>
    </w:p>
    <w:p>
      <w:pPr>
        <w:spacing w:after="20" w:line="300" w:lineRule="auto"/>
      </w:pPr>
      <w:r>
        <w:rPr>
          <w:rFonts w:ascii="宋体" w:hAnsi="宋体" w:eastAsia="宋体"/>
          <w:b w:val="0"/>
          <w:sz w:val="20"/>
        </w:rPr>
        <w:t>教学难点：本节课的教学重点也是教学难点。</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一、谈话引入，揭示课题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什么是分数的基本性质？</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二、综合练习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将 EMBED Equation.DSMT4  化成分母是10的分数，该怎么化呢？</w:t>
            </w:r>
          </w:p>
        </w:tc>
        <w:tc>
          <w:tcPr>
            <w:tcW w:type="dxa" w:w="1361"/>
          </w:tcPr>
          <w:p>
            <w:pPr>
              <w:spacing w:after="20" w:line="276" w:lineRule="auto"/>
            </w:pPr>
            <w:r/>
            <w:r>
              <w:rPr>
                <w:rFonts w:ascii="宋体" w:hAnsi="宋体" w:eastAsia="宋体"/>
                <w:b w:val="0"/>
                <w:sz w:val="18"/>
              </w:rPr>
              <w:t>31分钟</w:t>
            </w:r>
          </w:p>
        </w:tc>
      </w:tr>
      <w:tr>
        <w:tc>
          <w:tcPr>
            <w:tcW w:type="dxa" w:w="2835"/>
          </w:tcPr>
          <w:p>
            <w:pPr>
              <w:spacing w:after="20" w:line="276" w:lineRule="auto"/>
            </w:pPr>
            <w:r/>
            <w:r>
              <w:rPr>
                <w:rFonts w:ascii="宋体" w:hAnsi="宋体" w:eastAsia="宋体"/>
                <w:b w:val="0"/>
                <w:sz w:val="18"/>
              </w:rPr>
              <w:t>三、自主练习</w:t>
            </w:r>
          </w:p>
        </w:tc>
        <w:tc>
          <w:tcPr>
            <w:tcW w:type="dxa" w:w="1814"/>
          </w:tcPr>
          <w:p>
            <w:pPr>
              <w:spacing w:after="20" w:line="276" w:lineRule="auto"/>
            </w:pPr>
            <w:r/>
            <w:r>
              <w:rPr>
                <w:rFonts w:ascii="宋体" w:hAnsi="宋体" w:eastAsia="宋体"/>
                <w:b w:val="0"/>
                <w:sz w:val="18"/>
              </w:rPr>
              <w:t>教科书P58~59、课件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今天我们学习了分数的基本性质的运用，你们有什么收获?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一、谈话引入，揭示课题</w:t>
            </w:r>
          </w:p>
        </w:tc>
        <w:tc>
          <w:tcPr>
            <w:tcW w:type="dxa" w:w="3061"/>
          </w:tcPr>
          <w:p>
            <w:pPr>
              <w:spacing w:after="20" w:line="276" w:lineRule="auto"/>
            </w:pPr>
            <w:r/>
            <w:r>
              <w:rPr>
                <w:rFonts w:ascii="宋体" w:hAnsi="宋体" w:eastAsia="宋体"/>
                <w:b w:val="0"/>
                <w:sz w:val="18"/>
              </w:rPr>
              <w:t>师：什么是分数的基本性质？</w:t>
            </w:r>
          </w:p>
          <w:p>
            <w:pPr>
              <w:spacing w:after="20" w:line="276" w:lineRule="auto"/>
            </w:pPr>
            <w:r>
              <w:rPr>
                <w:rFonts w:ascii="宋体" w:hAnsi="宋体" w:eastAsia="宋体"/>
                <w:b w:val="0"/>
                <w:sz w:val="18"/>
              </w:rPr>
              <w:t>师：今天这节课老师和同学们一起来进行分数基本性质的练习。</w:t>
            </w:r>
          </w:p>
          <w:p>
            <w:pPr>
              <w:spacing w:after="20" w:line="276" w:lineRule="auto"/>
            </w:pPr>
            <w:r>
              <w:rPr>
                <w:rFonts w:ascii="宋体" w:hAnsi="宋体" w:eastAsia="宋体"/>
                <w:b w:val="0"/>
                <w:sz w:val="18"/>
              </w:rPr>
              <w:t>师：接下来，老师将和同学们一起来“闯关”，你们有信心吗？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让学生在交流活动中加深对分数的基本性质的理解，通过自由交流的方式增加学习的乐趣，拓展学生的思路。</w:t>
            </w:r>
          </w:p>
        </w:tc>
      </w:tr>
      <w:tr>
        <w:tc>
          <w:tcPr>
            <w:tcW w:type="dxa" w:w="1474"/>
          </w:tcPr>
          <w:p>
            <w:pPr>
              <w:spacing w:after="20" w:line="276" w:lineRule="auto"/>
            </w:pPr>
            <w:r>
              <w:rPr>
                <w:b/>
              </w:rPr>
            </w:r>
            <w:r>
              <w:rPr>
                <w:rFonts w:ascii="宋体" w:hAnsi="宋体" w:eastAsia="宋体"/>
                <w:b/>
                <w:sz w:val="18"/>
              </w:rPr>
              <w:t>二、综合练习</w:t>
            </w:r>
          </w:p>
        </w:tc>
        <w:tc>
          <w:tcPr>
            <w:tcW w:type="dxa" w:w="3061"/>
          </w:tcPr>
          <w:p>
            <w:pPr>
              <w:spacing w:after="20" w:line="276" w:lineRule="auto"/>
            </w:pPr>
            <w:r/>
            <w:r>
              <w:rPr>
                <w:rFonts w:ascii="宋体" w:hAnsi="宋体" w:eastAsia="宋体"/>
                <w:b w:val="0"/>
                <w:sz w:val="18"/>
              </w:rPr>
              <w:t>1.基础练习，掌握性质。</w:t>
            </w:r>
          </w:p>
          <w:p>
            <w:pPr>
              <w:spacing w:after="20" w:line="276" w:lineRule="auto"/>
            </w:pPr>
            <w:r>
              <w:rPr>
                <w:rFonts w:ascii="宋体" w:hAnsi="宋体" w:eastAsia="宋体"/>
                <w:b w:val="0"/>
                <w:sz w:val="18"/>
              </w:rPr>
              <w:t>(1)完成教科书P58“练习十四”第3题，同桌互相说出相等的分数。</w:t>
            </w:r>
          </w:p>
          <w:p>
            <w:pPr>
              <w:spacing w:after="20" w:line="276" w:lineRule="auto"/>
            </w:pPr>
            <w:r>
              <w:rPr>
                <w:rFonts w:ascii="宋体" w:hAnsi="宋体" w:eastAsia="宋体"/>
                <w:b w:val="0"/>
                <w:sz w:val="18"/>
              </w:rPr>
              <w:t>①每个人说出相等的两个分数。</w:t>
            </w:r>
          </w:p>
          <w:p>
            <w:pPr>
              <w:spacing w:after="20" w:line="276" w:lineRule="auto"/>
            </w:pPr>
            <w:r>
              <w:rPr>
                <w:rFonts w:ascii="宋体" w:hAnsi="宋体" w:eastAsia="宋体"/>
                <w:b w:val="0"/>
                <w:sz w:val="18"/>
              </w:rPr>
              <w:t>②一名同学说出一个分数，另一名同学说出与之相等的分数。</w:t>
            </w:r>
          </w:p>
          <w:p>
            <w:pPr>
              <w:spacing w:after="20" w:line="276" w:lineRule="auto"/>
            </w:pPr>
            <w:r>
              <w:rPr>
                <w:rFonts w:ascii="宋体" w:hAnsi="宋体" w:eastAsia="宋体"/>
                <w:b w:val="0"/>
                <w:sz w:val="18"/>
              </w:rPr>
              <w:t>③教师说一个分数，同学们说出相等的分数。</w:t>
            </w:r>
          </w:p>
          <w:p>
            <w:pPr>
              <w:spacing w:after="20" w:line="276" w:lineRule="auto"/>
            </w:pPr>
            <w:r>
              <w:rPr>
                <w:rFonts w:ascii="宋体" w:hAnsi="宋体" w:eastAsia="宋体"/>
                <w:b w:val="0"/>
                <w:sz w:val="18"/>
              </w:rPr>
              <w:t>(2)完成教科书P58“练习十四”第2题。</w:t>
            </w:r>
          </w:p>
          <w:p>
            <w:pPr>
              <w:spacing w:after="20" w:line="276" w:lineRule="auto"/>
            </w:pPr>
            <w:r>
              <w:rPr>
                <w:rFonts w:ascii="宋体" w:hAnsi="宋体" w:eastAsia="宋体"/>
                <w:b w:val="0"/>
                <w:sz w:val="18"/>
              </w:rPr>
              <w:t>②快速抢答，课件呈现。</w:t>
            </w:r>
          </w:p>
          <w:p>
            <w:pPr>
              <w:spacing w:after="20" w:line="276" w:lineRule="auto"/>
            </w:pPr>
            <w:r>
              <w:rPr>
                <w:rFonts w:ascii="宋体" w:hAnsi="宋体" w:eastAsia="宋体"/>
                <w:b w:val="0"/>
                <w:sz w:val="18"/>
              </w:rPr>
              <w:t>2．能力训练，运用性质。</w:t>
            </w:r>
          </w:p>
          <w:p>
            <w:pPr>
              <w:spacing w:after="20" w:line="276" w:lineRule="auto"/>
            </w:pPr>
            <w:r>
              <w:rPr>
                <w:rFonts w:ascii="宋体" w:hAnsi="宋体" w:eastAsia="宋体"/>
                <w:b w:val="0"/>
                <w:sz w:val="18"/>
              </w:rPr>
              <w:t>(1)完成教科书P58“练习十四”第5题。</w:t>
            </w:r>
          </w:p>
          <w:p>
            <w:pPr>
              <w:spacing w:after="20" w:line="276" w:lineRule="auto"/>
            </w:pPr>
            <w:r>
              <w:rPr>
                <w:rFonts w:ascii="宋体" w:hAnsi="宋体" w:eastAsia="宋体"/>
                <w:b w:val="0"/>
                <w:sz w:val="18"/>
              </w:rPr>
              <w:t>①引导学生先观察，再找出大小相等的分数。</w:t>
            </w:r>
          </w:p>
          <w:p>
            <w:pPr>
              <w:spacing w:after="20" w:line="276" w:lineRule="auto"/>
            </w:pPr>
            <w:r>
              <w:rPr>
                <w:rFonts w:ascii="宋体" w:hAnsi="宋体" w:eastAsia="宋体"/>
                <w:b w:val="0"/>
                <w:sz w:val="18"/>
              </w:rPr>
              <w:t>②让学生在直线上标出表示该分数的点。</w:t>
            </w:r>
          </w:p>
          <w:p>
            <w:pPr>
              <w:spacing w:after="20" w:line="276" w:lineRule="auto"/>
            </w:pPr>
            <w:r>
              <w:rPr>
                <w:rFonts w:ascii="宋体" w:hAnsi="宋体" w:eastAsia="宋体"/>
                <w:b w:val="0"/>
                <w:sz w:val="18"/>
              </w:rPr>
              <w:t>(2)完成教科书P58“练习十四”第7题。</w:t>
            </w:r>
          </w:p>
          <w:p>
            <w:pPr>
              <w:spacing w:after="20" w:line="276" w:lineRule="auto"/>
            </w:pPr>
            <w:r>
              <w:rPr>
                <w:rFonts w:ascii="宋体" w:hAnsi="宋体" w:eastAsia="宋体"/>
                <w:b w:val="0"/>
                <w:sz w:val="18"/>
              </w:rPr>
              <w:t>④师：将 EMBED Equation.DSMT4  化成分母是10的分数，该怎么化呢？</w:t>
            </w:r>
          </w:p>
          <w:p>
            <w:pPr>
              <w:spacing w:after="20" w:line="276" w:lineRule="auto"/>
            </w:pPr>
            <w:r>
              <w:rPr>
                <w:rFonts w:ascii="宋体" w:hAnsi="宋体" w:eastAsia="宋体"/>
                <w:b w:val="0"/>
                <w:sz w:val="18"/>
              </w:rPr>
              <w:t>（3）完成教科书P59“练习十四”第9题。</w:t>
            </w:r>
          </w:p>
          <w:p>
            <w:pPr>
              <w:spacing w:after="20" w:line="276" w:lineRule="auto"/>
            </w:pPr>
            <w:r>
              <w:rPr>
                <w:rFonts w:ascii="宋体" w:hAnsi="宋体" w:eastAsia="宋体"/>
                <w:b w:val="0"/>
                <w:sz w:val="18"/>
              </w:rPr>
              <w:t>①以 EMBED Equation.DSMT4  = EMBED Equation.DSMT4  = EMBED Equation.DSMT4  为例探究方法后学生自主解答。</w:t>
            </w:r>
          </w:p>
          <w:p>
            <w:pPr>
              <w:spacing w:after="20" w:line="276" w:lineRule="auto"/>
            </w:pPr>
            <w:r>
              <w:rPr>
                <w:rFonts w:ascii="宋体" w:hAnsi="宋体" w:eastAsia="宋体"/>
                <w:b w:val="0"/>
                <w:sz w:val="18"/>
              </w:rPr>
              <w:t>3.巩固提升，活用性质。</w:t>
            </w:r>
          </w:p>
          <w:p>
            <w:pPr>
              <w:spacing w:after="20" w:line="276" w:lineRule="auto"/>
            </w:pPr>
            <w:r>
              <w:rPr>
                <w:rFonts w:ascii="宋体" w:hAnsi="宋体" w:eastAsia="宋体"/>
                <w:b w:val="0"/>
                <w:sz w:val="18"/>
              </w:rPr>
              <w:t>(1)课件出示教科书P59“练习十四”第10题。</w:t>
            </w:r>
          </w:p>
          <w:p>
            <w:pPr>
              <w:spacing w:after="20" w:line="276" w:lineRule="auto"/>
            </w:pPr>
            <w:r>
              <w:rPr>
                <w:rFonts w:ascii="宋体" w:hAnsi="宋体" w:eastAsia="宋体"/>
                <w:b w:val="0"/>
                <w:sz w:val="18"/>
              </w:rPr>
              <w:t>(2)完成教科书P59“练习十四”第13*题。</w:t>
            </w:r>
          </w:p>
        </w:tc>
        <w:tc>
          <w:tcPr>
            <w:tcW w:type="dxa" w:w="3061"/>
          </w:tcPr>
          <w:p>
            <w:pPr>
              <w:spacing w:after="20" w:line="276" w:lineRule="auto"/>
            </w:pPr>
            <w:r/>
            <w:r>
              <w:rPr>
                <w:rFonts w:ascii="宋体" w:hAnsi="宋体" w:eastAsia="宋体"/>
                <w:b w:val="0"/>
                <w:sz w:val="18"/>
              </w:rPr>
              <w:t>与某个分数相等的分数有很多，教师说出一个分数后，可以从以下几个方面引导学生：①学生说相等的分数时，让学生说说自己是怎么找到这个分数的；②不同的学生说出不同的分数，让其他学生判断正误，并说明理由；③引导学生思考这样的分数说不说得完。</w:t>
            </w:r>
          </w:p>
          <w:p>
            <w:pPr>
              <w:spacing w:after="20" w:line="276" w:lineRule="auto"/>
            </w:pPr>
            <w:r>
              <w:rPr>
                <w:rFonts w:ascii="宋体" w:hAnsi="宋体" w:eastAsia="宋体"/>
                <w:b w:val="0"/>
                <w:sz w:val="18"/>
              </w:rPr>
              <w:t>①学生独立在教科书上完成。</w:t>
            </w:r>
          </w:p>
          <w:p>
            <w:pPr>
              <w:spacing w:after="20" w:line="276" w:lineRule="auto"/>
            </w:pPr>
            <w:r>
              <w:rPr>
                <w:rFonts w:ascii="宋体" w:hAnsi="宋体" w:eastAsia="宋体"/>
                <w:b w:val="0"/>
                <w:sz w:val="18"/>
              </w:rPr>
              <w:t>③全班反馈。</w:t>
            </w:r>
          </w:p>
          <w:p>
            <w:pPr>
              <w:spacing w:after="20" w:line="276" w:lineRule="auto"/>
            </w:pPr>
            <w:r>
              <w:rPr>
                <w:rFonts w:ascii="宋体" w:hAnsi="宋体" w:eastAsia="宋体"/>
                <w:b w:val="0"/>
                <w:sz w:val="18"/>
              </w:rPr>
              <w:t>①学生独立完成。</w:t>
            </w:r>
          </w:p>
          <w:p>
            <w:pPr>
              <w:spacing w:after="20" w:line="276" w:lineRule="auto"/>
            </w:pPr>
            <w:r>
              <w:rPr>
                <w:rFonts w:ascii="宋体" w:hAnsi="宋体" w:eastAsia="宋体"/>
                <w:b w:val="0"/>
                <w:sz w:val="18"/>
              </w:rPr>
              <w:t>②同桌互相检查。</w:t>
            </w:r>
          </w:p>
          <w:p>
            <w:pPr>
              <w:spacing w:after="20" w:line="276" w:lineRule="auto"/>
            </w:pPr>
            <w:r>
              <w:rPr>
                <w:rFonts w:ascii="宋体" w:hAnsi="宋体" w:eastAsia="宋体"/>
                <w:b w:val="0"/>
                <w:sz w:val="18"/>
              </w:rPr>
              <w:t>③汇报发现的问题。</w:t>
            </w:r>
          </w:p>
          <w:p>
            <w:pPr>
              <w:spacing w:after="20" w:line="276" w:lineRule="auto"/>
            </w:pPr>
            <w:r>
              <w:rPr>
                <w:rFonts w:ascii="宋体" w:hAnsi="宋体" w:eastAsia="宋体"/>
                <w:b w:val="0"/>
                <w:sz w:val="18"/>
              </w:rPr>
              <w:t>有些题是分子和分母同时乘同一个不为0的数，有的是分子和分母同时除以同一个不为0的数，乘或者除以的这个数是怎么得到的，要引导学生掌握方法：看分母与10的关系，如果分母乘一个数得到10，分子也乘这个数；如果分母除以一个数得到10，分子也除以这个数。</w:t>
            </w:r>
          </w:p>
          <w:p>
            <w:pPr>
              <w:spacing w:after="20" w:line="276" w:lineRule="auto"/>
            </w:pPr>
            <w:r>
              <w:rPr>
                <w:rFonts w:ascii="宋体" w:hAnsi="宋体" w:eastAsia="宋体"/>
                <w:b w:val="0"/>
                <w:sz w:val="18"/>
              </w:rPr>
              <w:t>引导学生分析理解：25不能直接化成10，可以进行多次转化，观察分数特点，可以先化成 EMBED Equation.DSMT4  ，再化成分母是10的分数。</w:t>
            </w:r>
          </w:p>
          <w:p>
            <w:pPr>
              <w:spacing w:after="20" w:line="276" w:lineRule="auto"/>
            </w:pPr>
            <w:r>
              <w:rPr>
                <w:rFonts w:ascii="宋体" w:hAnsi="宋体" w:eastAsia="宋体"/>
                <w:b w:val="0"/>
                <w:sz w:val="18"/>
              </w:rPr>
              <w:t>②学生解答后集中评价。</w:t>
            </w:r>
          </w:p>
          <w:p>
            <w:pPr>
              <w:spacing w:after="20" w:line="276" w:lineRule="auto"/>
            </w:pPr>
            <w:r>
              <w:rPr>
                <w:rFonts w:ascii="宋体" w:hAnsi="宋体" w:eastAsia="宋体"/>
                <w:b w:val="0"/>
                <w:sz w:val="18"/>
              </w:rPr>
              <w:t>学生独立完成，再全班反馈，反馈时，让学生说说解题思路。</w:t>
            </w:r>
          </w:p>
          <w:p>
            <w:pPr>
              <w:spacing w:after="20" w:line="276" w:lineRule="auto"/>
            </w:pPr>
            <w:r>
              <w:rPr>
                <w:rFonts w:ascii="宋体" w:hAnsi="宋体" w:eastAsia="宋体"/>
                <w:b w:val="0"/>
                <w:sz w:val="18"/>
              </w:rPr>
              <w:t>预设1:10分钟相当于一堂课的1040,1040＝14，所以两个班做练习的时间同样长。</w:t>
            </w:r>
          </w:p>
          <w:p>
            <w:pPr>
              <w:spacing w:after="20" w:line="276" w:lineRule="auto"/>
            </w:pPr>
            <w:r>
              <w:rPr>
                <w:rFonts w:ascii="宋体" w:hAnsi="宋体" w:eastAsia="宋体"/>
                <w:b w:val="0"/>
                <w:sz w:val="18"/>
              </w:rPr>
              <w:t>预设2：一堂课40分钟，14就是10分钟，所以两个班做练习的时间同样长。</w:t>
            </w:r>
          </w:p>
          <w:p>
            <w:pPr>
              <w:spacing w:after="20" w:line="276" w:lineRule="auto"/>
            </w:pPr>
            <w:r>
              <w:rPr>
                <w:rFonts w:ascii="宋体" w:hAnsi="宋体" w:eastAsia="宋体"/>
                <w:b w:val="0"/>
                <w:sz w:val="18"/>
              </w:rPr>
              <w:t>①学生独立思考。</w:t>
            </w:r>
          </w:p>
          <w:p>
            <w:pPr>
              <w:spacing w:after="20" w:line="276" w:lineRule="auto"/>
            </w:pPr>
            <w:r>
              <w:rPr>
                <w:rFonts w:ascii="宋体" w:hAnsi="宋体" w:eastAsia="宋体"/>
                <w:b w:val="0"/>
                <w:sz w:val="18"/>
              </w:rPr>
              <w:t>②交流分享。</w:t>
            </w:r>
          </w:p>
          <w:p>
            <w:pPr>
              <w:spacing w:after="20" w:line="276" w:lineRule="auto"/>
            </w:pPr>
            <w:r>
              <w:rPr>
                <w:rFonts w:ascii="宋体" w:hAnsi="宋体" w:eastAsia="宋体"/>
                <w:b w:val="0"/>
                <w:sz w:val="18"/>
              </w:rPr>
              <w:t>分享时，引导学生掌握用举例说明的方法，用具体的分数按照要求来操作，看分数的大小变化，多举几个例子发现规律。</w:t>
            </w:r>
          </w:p>
        </w:tc>
        <w:tc>
          <w:tcPr>
            <w:tcW w:type="dxa" w:w="1814"/>
          </w:tcPr>
          <w:p>
            <w:pPr>
              <w:spacing w:after="20" w:line="276" w:lineRule="auto"/>
            </w:pPr>
            <w:r/>
            <w:r>
              <w:rPr>
                <w:rFonts w:ascii="宋体" w:hAnsi="宋体" w:eastAsia="宋体"/>
                <w:b w:val="0"/>
                <w:sz w:val="18"/>
              </w:rPr>
              <w:t>进一步提升学生对分数基本性质的灵活运用能力，同时培养学生的观察分析能力。</w:t>
            </w:r>
          </w:p>
        </w:tc>
      </w:tr>
      <w:tr>
        <w:tc>
          <w:tcPr>
            <w:tcW w:type="dxa" w:w="1474"/>
          </w:tcPr>
          <w:p>
            <w:pPr>
              <w:spacing w:after="20" w:line="276" w:lineRule="auto"/>
            </w:pPr>
            <w:r>
              <w:rPr>
                <w:b/>
              </w:rPr>
            </w:r>
            <w:r>
              <w:rPr>
                <w:rFonts w:ascii="宋体" w:hAnsi="宋体" w:eastAsia="宋体"/>
                <w:b/>
                <w:sz w:val="18"/>
              </w:rPr>
              <w:t>三、自主练习</w:t>
            </w:r>
          </w:p>
        </w:tc>
        <w:tc>
          <w:tcPr>
            <w:tcW w:type="dxa" w:w="3061"/>
          </w:tcPr>
          <w:p>
            <w:pPr>
              <w:spacing w:after="20" w:line="276" w:lineRule="auto"/>
            </w:pPr>
            <w:r/>
            <w:r>
              <w:rPr>
                <w:rFonts w:ascii="宋体" w:hAnsi="宋体" w:eastAsia="宋体"/>
                <w:b w:val="0"/>
                <w:sz w:val="18"/>
              </w:rPr>
              <w:t>2.集中评价。</w:t>
            </w:r>
          </w:p>
        </w:tc>
        <w:tc>
          <w:tcPr>
            <w:tcW w:type="dxa" w:w="3061"/>
          </w:tcPr>
          <w:p>
            <w:pPr>
              <w:spacing w:after="20" w:line="276" w:lineRule="auto"/>
            </w:pPr>
            <w:r/>
            <w:r>
              <w:rPr>
                <w:rFonts w:ascii="宋体" w:hAnsi="宋体" w:eastAsia="宋体"/>
                <w:b w:val="0"/>
                <w:sz w:val="18"/>
              </w:rPr>
              <w:t>1.学生独立完成教科书P58~59“练习十四”第4、6、11、12题。</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师：今天我们学习了分数的基本性质的运用，你们有什么收获?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引导学生回顾梳理本课所学，完善认知结构，提升归纳与反思能力，核心问题："今天我们学习了分数的基本性质的运用，你们有什么收获?"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教科书P58～59“练习十四”中相关习题。</w:t>
      </w:r>
    </w:p>
    <w:p>
      <w:pPr>
        <w:spacing w:after="40" w:line="300" w:lineRule="auto"/>
        <w:ind w:firstLine="400"/>
      </w:pPr>
      <w:r>
        <w:rPr>
          <w:rFonts w:ascii="宋体" w:hAnsi="宋体" w:eastAsia="宋体"/>
          <w:b w:val="0"/>
          <w:sz w:val="20"/>
        </w:rPr>
        <w:t>② 原设计安排：见“状元成才路”系列丛书《创优作业100分》对应课时作业。 【教学笔记】 【教学提示】 学生判断正误时，不管答案是否正确，都要引导学生说出理由或举例说明。</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练习课，着重设计了一系列与之相关、形式多样的练习，目的在于帮助学生在应用中巩固分数的基本性质。课堂上，教师大胆放手让学生独立完成练习并交流，留给学生足够的探索时间和广阔的思维空间，引导他们自主练习，在合作、交流中发现问题、解决问题，这样既提高了学生练习的效率，又促进了学生各方面能力的发展，让学生得到的不仅是数学知识，更主要的是学习数学的方法。</w:t>
      </w:r>
    </w:p>
    <w:p>
      <w:r>
        <w:br w:type="page"/>
      </w:r>
    </w:p>
    <w:p>
      <w:pPr>
        <w:spacing w:after="80" w:line="300" w:lineRule="auto"/>
      </w:pPr>
      <w:r>
        <w:rPr>
          <w:rFonts w:ascii="黑体" w:hAnsi="黑体" w:eastAsia="黑体"/>
          <w:b/>
          <w:sz w:val="24"/>
        </w:rPr>
        <w:t>二、课时教学方案（第17课时）</w:t>
      </w:r>
    </w:p>
    <w:p>
      <w:pPr>
        <w:spacing w:after="80" w:line="300" w:lineRule="auto"/>
      </w:pPr>
      <w:r>
        <w:rPr>
          <w:rFonts w:ascii="黑体" w:hAnsi="黑体" w:eastAsia="黑体"/>
          <w:b/>
          <w:sz w:val="24"/>
        </w:rPr>
        <w:t>第17课时　练习课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第17课时　练习课</w:t>
            </w:r>
          </w:p>
        </w:tc>
        <w:tc>
          <w:tcPr>
            <w:tcW w:type="dxa" w:w="6009"/>
          </w:tcPr>
          <w:p>
            <w:pPr>
              <w:spacing w:after="20" w:line="276" w:lineRule="auto"/>
            </w:pPr>
            <w:r/>
            <w:r>
              <w:rPr>
                <w:rFonts w:ascii="宋体" w:hAnsi="宋体" w:eastAsia="宋体"/>
                <w:b w:val="0"/>
                <w:sz w:val="20"/>
              </w:rPr>
              <w:t>第4单元 分数的意义和性质（约分）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教学内容：教科书P66～67“练习十六”中第4～13*题。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（1）进一步理解约分的根据是分数的基本性质，掌握约分的技能，感受约分的应用价值。</w:t>
      </w:r>
    </w:p>
    <w:p>
      <w:pPr>
        <w:spacing w:after="20" w:line="300" w:lineRule="auto"/>
        <w:ind w:firstLine="400"/>
      </w:pPr>
      <w:r>
        <w:rPr>
          <w:rFonts w:ascii="宋体" w:hAnsi="宋体" w:eastAsia="宋体"/>
          <w:b w:val="0"/>
          <w:sz w:val="20"/>
        </w:rPr>
        <w:t>（2）在自主探索、合作交流中，体验成功的愉悦，进一步树立学好数学的自信心，发展对数学的积极情感，培养学生主动学习和独立思考的习惯。</w:t>
      </w:r>
    </w:p>
    <w:p>
      <w:pPr>
        <w:spacing w:after="20" w:line="300" w:lineRule="auto"/>
      </w:pPr>
      <w:r>
        <w:rPr>
          <w:rFonts w:ascii="宋体" w:hAnsi="宋体" w:eastAsia="宋体"/>
          <w:b w:val="0"/>
          <w:sz w:val="20"/>
        </w:rPr>
        <w:t>教学重点：能准确判断约分的结果是不是最简分数。</w:t>
      </w:r>
    </w:p>
    <w:p>
      <w:pPr>
        <w:spacing w:after="20" w:line="300" w:lineRule="auto"/>
      </w:pPr>
      <w:r>
        <w:rPr>
          <w:rFonts w:ascii="宋体" w:hAnsi="宋体" w:eastAsia="宋体"/>
          <w:b w:val="0"/>
          <w:sz w:val="20"/>
        </w:rPr>
        <w:t>教学难点：能熟练应用约分的方法，正确地约分。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一、回顾整理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谁能完整地说说，怎样进行约分？</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二、基础训练</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三、综合训练</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你们读到了哪些数学信息？；在解答问题时，如果结果是假分数，我们怎么处理比较好？</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四、拓展训练</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思考一下，两个数的公因数与这两个数的质因数有什么关系？；那么怎么求这两个数的公因数与最大公因数呢？</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五、自主练习</w:t>
            </w:r>
          </w:p>
        </w:tc>
        <w:tc>
          <w:tcPr>
            <w:tcW w:type="dxa" w:w="1814"/>
          </w:tcPr>
          <w:p>
            <w:pPr>
              <w:spacing w:after="20" w:line="276" w:lineRule="auto"/>
            </w:pPr>
            <w:r/>
            <w:r>
              <w:rPr>
                <w:rFonts w:ascii="宋体" w:hAnsi="宋体" w:eastAsia="宋体"/>
                <w:b w:val="0"/>
                <w:sz w:val="18"/>
              </w:rPr>
              <w:t>教科书P66～67、课件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一、回顾整理</w:t>
            </w:r>
          </w:p>
        </w:tc>
        <w:tc>
          <w:tcPr>
            <w:tcW w:type="dxa" w:w="3061"/>
          </w:tcPr>
          <w:p>
            <w:pPr>
              <w:spacing w:after="20" w:line="276" w:lineRule="auto"/>
            </w:pPr>
            <w:r/>
            <w:r>
              <w:rPr>
                <w:rFonts w:ascii="宋体" w:hAnsi="宋体" w:eastAsia="宋体"/>
                <w:b w:val="0"/>
                <w:sz w:val="18"/>
              </w:rPr>
              <w:t>1.回顾约分的方法。</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2.回顾最简分数和约分。</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3．整理约分方法。</w:t>
            </w:r>
          </w:p>
          <w:p>
            <w:pPr>
              <w:spacing w:after="20" w:line="276" w:lineRule="auto"/>
            </w:pPr>
            <w:r>
              <w:rPr>
                <w:rFonts w:ascii="宋体" w:hAnsi="宋体" w:eastAsia="宋体"/>
                <w:b w:val="0"/>
                <w:sz w:val="18"/>
              </w:rPr>
              <w:t>师：谁能完整地说说，怎样进行约分？</w:t>
            </w:r>
          </w:p>
          <w:p>
            <w:pPr>
              <w:spacing w:after="20" w:line="276" w:lineRule="auto"/>
            </w:pPr>
            <w:r>
              <w:rPr>
                <w:rFonts w:ascii="宋体" w:hAnsi="宋体" w:eastAsia="宋体"/>
                <w:b w:val="0"/>
                <w:sz w:val="18"/>
              </w:rPr>
              <w:t>教师揭示课题：本节课我们继续学习约分。</w:t>
            </w:r>
          </w:p>
        </w:tc>
        <w:tc>
          <w:tcPr>
            <w:tcW w:type="dxa" w:w="3061"/>
          </w:tcPr>
          <w:p>
            <w:pPr>
              <w:spacing w:after="20" w:line="276" w:lineRule="auto"/>
            </w:pPr>
            <w:r/>
            <w:r>
              <w:rPr>
                <w:rFonts w:ascii="宋体" w:hAnsi="宋体" w:eastAsia="宋体"/>
                <w:b w:val="0"/>
                <w:sz w:val="18"/>
              </w:rPr>
              <w:t>学生说方法，课件同步呈现。</w:t>
            </w:r>
          </w:p>
          <w:p>
            <w:pPr>
              <w:spacing w:after="20" w:line="276" w:lineRule="auto"/>
            </w:pPr>
            <w:r>
              <w:rPr>
                <w:rFonts w:ascii="宋体" w:hAnsi="宋体" w:eastAsia="宋体"/>
                <w:b w:val="0"/>
                <w:sz w:val="18"/>
              </w:rPr>
              <w:t>学生交流怎样判断一个分数是不是最简分数，再把不是最简分数的化成最简分数。</w:t>
            </w:r>
          </w:p>
          <w:p>
            <w:pPr>
              <w:spacing w:after="20" w:line="276" w:lineRule="auto"/>
            </w:pPr>
            <w:r>
              <w:rPr>
                <w:rFonts w:ascii="宋体" w:hAnsi="宋体" w:eastAsia="宋体"/>
                <w:b w:val="0"/>
                <w:sz w:val="18"/>
              </w:rPr>
              <w:t>学生归纳，课件呈现约分的方法。</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创设情境激活学生已有经验，自然引出本课学习内容，激发学习兴趣，核心问题："谁能完整地说说，怎样进行约分？"</w:t>
            </w:r>
          </w:p>
        </w:tc>
      </w:tr>
      <w:tr>
        <w:tc>
          <w:tcPr>
            <w:tcW w:type="dxa" w:w="1474"/>
          </w:tcPr>
          <w:p>
            <w:pPr>
              <w:spacing w:after="20" w:line="276" w:lineRule="auto"/>
            </w:pPr>
            <w:r>
              <w:rPr>
                <w:b/>
              </w:rPr>
            </w:r>
            <w:r>
              <w:rPr>
                <w:rFonts w:ascii="宋体" w:hAnsi="宋体" w:eastAsia="宋体"/>
                <w:b/>
                <w:sz w:val="18"/>
              </w:rPr>
              <w:t>二、基础训练</w:t>
            </w:r>
          </w:p>
        </w:tc>
        <w:tc>
          <w:tcPr>
            <w:tcW w:type="dxa" w:w="3061"/>
          </w:tcPr>
          <w:p>
            <w:pPr>
              <w:spacing w:after="20" w:line="276" w:lineRule="auto"/>
            </w:pPr>
            <w:r/>
            <w:r>
              <w:rPr>
                <w:rFonts w:ascii="宋体" w:hAnsi="宋体" w:eastAsia="宋体"/>
                <w:b w:val="0"/>
                <w:sz w:val="18"/>
              </w:rPr>
              <w:t>课件出示教科书P66“练习十六”第5题。</w:t>
            </w:r>
          </w:p>
        </w:tc>
        <w:tc>
          <w:tcPr>
            <w:tcW w:type="dxa" w:w="3061"/>
          </w:tcPr>
          <w:p>
            <w:pPr>
              <w:spacing w:after="20" w:line="276" w:lineRule="auto"/>
            </w:pPr>
            <w:r/>
            <w:r>
              <w:rPr>
                <w:rFonts w:ascii="宋体" w:hAnsi="宋体" w:eastAsia="宋体"/>
                <w:b w:val="0"/>
                <w:sz w:val="18"/>
              </w:rPr>
              <w:t>学生先独立完成，再交流展示，在交流展示时分享方法。</w:t>
            </w:r>
          </w:p>
        </w:tc>
        <w:tc>
          <w:tcPr>
            <w:tcW w:type="dxa" w:w="1814"/>
          </w:tcPr>
          <w:p>
            <w:pPr>
              <w:spacing w:after="20" w:line="276" w:lineRule="auto"/>
            </w:pPr>
            <w:r/>
            <w:r>
              <w:rPr>
                <w:rFonts w:ascii="宋体" w:hAnsi="宋体" w:eastAsia="宋体"/>
                <w:b w:val="0"/>
                <w:sz w:val="18"/>
              </w:rPr>
              <w:t>虽然第5题是“多对一”，但最终还是要将每个分数进行约分，得到最简分数再归类。通过基础练习，巩固约分的基本方法。</w:t>
            </w:r>
          </w:p>
        </w:tc>
      </w:tr>
      <w:tr>
        <w:tc>
          <w:tcPr>
            <w:tcW w:type="dxa" w:w="1474"/>
          </w:tcPr>
          <w:p>
            <w:pPr>
              <w:spacing w:after="20" w:line="276" w:lineRule="auto"/>
            </w:pPr>
            <w:r>
              <w:rPr>
                <w:b/>
              </w:rPr>
            </w:r>
            <w:r>
              <w:rPr>
                <w:rFonts w:ascii="宋体" w:hAnsi="宋体" w:eastAsia="宋体"/>
                <w:b/>
                <w:sz w:val="18"/>
              </w:rPr>
              <w:t>三、综合训练</w:t>
            </w:r>
          </w:p>
        </w:tc>
        <w:tc>
          <w:tcPr>
            <w:tcW w:type="dxa" w:w="3061"/>
          </w:tcPr>
          <w:p>
            <w:pPr>
              <w:spacing w:after="20" w:line="276" w:lineRule="auto"/>
            </w:pPr>
            <w:r/>
            <w:r>
              <w:rPr>
                <w:rFonts w:ascii="宋体" w:hAnsi="宋体" w:eastAsia="宋体"/>
                <w:b w:val="0"/>
                <w:sz w:val="18"/>
              </w:rPr>
              <w:t>1.课件出示教科书P66“练习十六”第4题。</w:t>
            </w:r>
          </w:p>
          <w:p>
            <w:pPr>
              <w:spacing w:after="20" w:line="276" w:lineRule="auto"/>
            </w:pPr>
            <w:r>
              <w:rPr>
                <w:rFonts w:ascii="宋体" w:hAnsi="宋体" w:eastAsia="宋体"/>
                <w:b w:val="0"/>
                <w:sz w:val="18"/>
              </w:rPr>
              <w:t>（1）学生读题分析。</w:t>
            </w:r>
          </w:p>
          <w:p>
            <w:pPr>
              <w:spacing w:after="20" w:line="276" w:lineRule="auto"/>
            </w:pPr>
            <w:r>
              <w:rPr>
                <w:rFonts w:ascii="宋体" w:hAnsi="宋体" w:eastAsia="宋体"/>
                <w:b w:val="0"/>
                <w:sz w:val="18"/>
              </w:rPr>
              <w:t>师：你们读到了哪些数学信息？</w:t>
            </w:r>
          </w:p>
          <w:p>
            <w:pPr>
              <w:spacing w:after="20" w:line="276" w:lineRule="auto"/>
            </w:pPr>
            <w:r>
              <w:rPr>
                <w:rFonts w:ascii="宋体" w:hAnsi="宋体" w:eastAsia="宋体"/>
                <w:b w:val="0"/>
                <w:sz w:val="18"/>
              </w:rPr>
              <w:t>（2）学生独立解答。</w:t>
            </w:r>
          </w:p>
          <w:p>
            <w:pPr>
              <w:spacing w:after="20" w:line="276" w:lineRule="auto"/>
            </w:pPr>
            <w:r>
              <w:rPr>
                <w:rFonts w:ascii="宋体" w:hAnsi="宋体" w:eastAsia="宋体"/>
                <w:b w:val="0"/>
                <w:sz w:val="18"/>
              </w:rPr>
              <w:t>（3）展示交流。</w:t>
            </w:r>
          </w:p>
          <w:p>
            <w:pPr>
              <w:spacing w:after="20" w:line="276" w:lineRule="auto"/>
            </w:pPr>
            <w:r>
              <w:rPr>
                <w:rFonts w:ascii="宋体" w:hAnsi="宋体" w:eastAsia="宋体"/>
                <w:b w:val="0"/>
                <w:sz w:val="18"/>
              </w:rPr>
              <w:t>2.课件出示教科书P67“练习十六”第9题。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（3）提炼经验。</w:t>
            </w:r>
          </w:p>
          <w:p>
            <w:pPr>
              <w:spacing w:after="20" w:line="276" w:lineRule="auto"/>
            </w:pPr>
            <w:r>
              <w:rPr>
                <w:rFonts w:ascii="宋体" w:hAnsi="宋体" w:eastAsia="宋体"/>
                <w:b w:val="0"/>
                <w:sz w:val="18"/>
              </w:rPr>
              <w:t>师：在解答问题时，如果结果是假分数，我们怎么处理比较好？</w:t>
            </w:r>
          </w:p>
        </w:tc>
        <w:tc>
          <w:tcPr>
            <w:tcW w:type="dxa" w:w="3061"/>
          </w:tcPr>
          <w:p>
            <w:pPr>
              <w:spacing w:after="20" w:line="276" w:lineRule="auto"/>
            </w:pPr>
            <w:r/>
            <w:r>
              <w:rPr>
                <w:rFonts w:ascii="宋体" w:hAnsi="宋体" w:eastAsia="宋体"/>
                <w:b w:val="0"/>
                <w:sz w:val="18"/>
              </w:rPr>
              <w:t>80张艺术照，有35张是兰兰喜欢的，要求两个问题，分别用最简分数表示兰兰喜欢的照片占照片总数的几分之几，其他的照片占照片总数的几分之几。</w:t>
            </w:r>
          </w:p>
          <w:p>
            <w:pPr>
              <w:spacing w:after="20" w:line="276" w:lineRule="auto"/>
            </w:pPr>
            <w:r>
              <w:rPr>
                <w:rFonts w:ascii="宋体" w:hAnsi="宋体" w:eastAsia="宋体"/>
                <w:b w:val="0"/>
                <w:sz w:val="18"/>
              </w:rPr>
              <w:t>运用“求一个数是另一个数的几分之几”解决问题，引导学生分清楚谁是单位“1”。计算的结果化成最简分数。</w:t>
            </w:r>
          </w:p>
          <w:p>
            <w:pPr>
              <w:spacing w:after="20" w:line="276" w:lineRule="auto"/>
            </w:pPr>
            <w:r>
              <w:rPr>
                <w:rFonts w:ascii="宋体" w:hAnsi="宋体" w:eastAsia="宋体"/>
                <w:b w:val="0"/>
                <w:sz w:val="18"/>
              </w:rPr>
              <w:t>可能有少数学生没有约成最简分数，针对错误，教师让其他学生进行判断，分析错误原因，提示要注意的问题。</w:t>
            </w:r>
          </w:p>
          <w:p>
            <w:pPr>
              <w:spacing w:after="20" w:line="276" w:lineRule="auto"/>
            </w:pPr>
            <w:r>
              <w:rPr>
                <w:rFonts w:ascii="宋体" w:hAnsi="宋体" w:eastAsia="宋体"/>
                <w:b w:val="0"/>
                <w:sz w:val="18"/>
              </w:rPr>
              <w:t>先约分成最简分数，再化成带分数。</w:t>
            </w:r>
          </w:p>
        </w:tc>
        <w:tc>
          <w:tcPr>
            <w:tcW w:type="dxa" w:w="1814"/>
          </w:tcPr>
          <w:p>
            <w:pPr>
              <w:spacing w:after="20" w:line="276" w:lineRule="auto"/>
            </w:pPr>
            <w:r/>
            <w:r>
              <w:rPr>
                <w:rFonts w:ascii="宋体" w:hAnsi="宋体" w:eastAsia="宋体"/>
                <w:b w:val="0"/>
                <w:sz w:val="18"/>
              </w:rPr>
              <w:t>这两道题都突出约分的应用，第4题是结果要化成最简分数，第9题是通过先约分再化成带分数，感受约分的作用，巩固约分的方法，积累解决问题的经验。</w:t>
            </w:r>
          </w:p>
        </w:tc>
      </w:tr>
      <w:tr>
        <w:tc>
          <w:tcPr>
            <w:tcW w:type="dxa" w:w="1474"/>
          </w:tcPr>
          <w:p>
            <w:pPr>
              <w:spacing w:after="20" w:line="276" w:lineRule="auto"/>
            </w:pPr>
            <w:r>
              <w:rPr>
                <w:b/>
              </w:rPr>
            </w:r>
            <w:r>
              <w:rPr>
                <w:rFonts w:ascii="宋体" w:hAnsi="宋体" w:eastAsia="宋体"/>
                <w:b/>
                <w:sz w:val="18"/>
              </w:rPr>
              <w:t>四、拓展训练</w:t>
            </w:r>
          </w:p>
        </w:tc>
        <w:tc>
          <w:tcPr>
            <w:tcW w:type="dxa" w:w="3061"/>
          </w:tcPr>
          <w:p>
            <w:pPr>
              <w:spacing w:after="20" w:line="276" w:lineRule="auto"/>
            </w:pPr>
            <w:r/>
            <w:r>
              <w:rPr>
                <w:rFonts w:ascii="宋体" w:hAnsi="宋体" w:eastAsia="宋体"/>
                <w:b w:val="0"/>
                <w:sz w:val="18"/>
              </w:rPr>
              <w:t>课件出示教科书P67“练习十六”第12*题。</w:t>
            </w:r>
          </w:p>
          <w:p>
            <w:pPr>
              <w:spacing w:after="20" w:line="276" w:lineRule="auto"/>
            </w:pPr>
            <w:r>
              <w:rPr>
                <w:rFonts w:ascii="宋体" w:hAnsi="宋体" w:eastAsia="宋体"/>
                <w:b w:val="0"/>
                <w:sz w:val="18"/>
              </w:rPr>
              <w:t>师：思考一下，两个数的公因数与这两个数的质因数有什么关系？</w:t>
            </w:r>
          </w:p>
          <w:p>
            <w:pPr>
              <w:spacing w:after="20" w:line="276" w:lineRule="auto"/>
            </w:pPr>
            <w:r>
              <w:rPr>
                <w:rFonts w:ascii="宋体" w:hAnsi="宋体" w:eastAsia="宋体"/>
                <w:b w:val="0"/>
                <w:sz w:val="18"/>
              </w:rPr>
              <w:t>教师归纳：两个数公有的质因数和公有的质因数的积，都是这两个数的公因数。</w:t>
            </w:r>
          </w:p>
          <w:p>
            <w:pPr>
              <w:spacing w:after="20" w:line="276" w:lineRule="auto"/>
            </w:pPr>
            <w:r>
              <w:rPr>
                <w:rFonts w:ascii="宋体" w:hAnsi="宋体" w:eastAsia="宋体"/>
                <w:b w:val="0"/>
                <w:sz w:val="18"/>
              </w:rPr>
              <w:t>师：那么怎么求这两个数的公因数与最大公因数呢？</w:t>
            </w:r>
          </w:p>
          <w:p>
            <w:pPr>
              <w:spacing w:after="20" w:line="276" w:lineRule="auto"/>
            </w:pPr>
            <w:r>
              <w:rPr>
                <w:rFonts w:ascii="宋体" w:hAnsi="宋体" w:eastAsia="宋体"/>
                <w:b w:val="0"/>
                <w:sz w:val="18"/>
              </w:rPr>
              <w:t>师生讨论，归纳方法：先找出两个数全部公有的质因数，再将质因数两个相乘、三个相乘……直到所有的质因数全部相乘。</w:t>
            </w:r>
          </w:p>
          <w:p>
            <w:pPr>
              <w:spacing w:after="20" w:line="276" w:lineRule="auto"/>
            </w:pPr>
            <w:r>
              <w:rPr>
                <w:rFonts w:ascii="宋体" w:hAnsi="宋体" w:eastAsia="宋体"/>
                <w:b w:val="0"/>
                <w:sz w:val="18"/>
              </w:rPr>
              <w:t>教师引导学生解答：a=2×3×3×5，b=2×2×3×3×5，所以a、b公有的质因数有2，3，3，5。</w:t>
            </w:r>
          </w:p>
          <w:p>
            <w:pPr>
              <w:spacing w:after="20" w:line="276" w:lineRule="auto"/>
            </w:pPr>
            <w:r>
              <w:rPr>
                <w:rFonts w:ascii="宋体" w:hAnsi="宋体" w:eastAsia="宋体"/>
                <w:b w:val="0"/>
                <w:sz w:val="18"/>
              </w:rPr>
              <w:t>2×3＝6，2×5＝10，3×3＝9,3×5＝15,2×3×3＝18,2×3×5＝30,3×3×5＝45,2×3×3×5＝90</w:t>
            </w:r>
          </w:p>
          <w:p>
            <w:pPr>
              <w:spacing w:after="20" w:line="276" w:lineRule="auto"/>
            </w:pPr>
            <w:r>
              <w:rPr>
                <w:rFonts w:ascii="宋体" w:hAnsi="宋体" w:eastAsia="宋体"/>
                <w:b w:val="0"/>
                <w:sz w:val="18"/>
              </w:rPr>
              <w:t>所以a、b的公因数有1，2，3，5，6，10，9，15，18，30，45，90，最大公因数是90。</w:t>
            </w:r>
          </w:p>
        </w:tc>
        <w:tc>
          <w:tcPr>
            <w:tcW w:type="dxa" w:w="3061"/>
          </w:tcPr>
          <w:p>
            <w:pPr>
              <w:spacing w:after="20" w:line="276" w:lineRule="auto"/>
            </w:pPr>
            <w:r/>
            <w:r>
              <w:rPr>
                <w:rFonts w:ascii="宋体" w:hAnsi="宋体" w:eastAsia="宋体"/>
                <w:b w:val="0"/>
                <w:sz w:val="18"/>
              </w:rPr>
              <w:t>学生可能会说两个数公有的质因数一定是这两个数的公因数。教师引导发现，两个数公有的质因数的积，也是这两个数的公因数。如a、b公有的质因数有2、3，那么2和3的积6也是它们的公因数。</w:t>
            </w:r>
          </w:p>
          <w:p>
            <w:pPr>
              <w:spacing w:after="20" w:line="276" w:lineRule="auto"/>
            </w:pPr>
            <w:r>
              <w:rPr>
                <w:rFonts w:ascii="宋体" w:hAnsi="宋体" w:eastAsia="宋体"/>
                <w:b w:val="0"/>
                <w:sz w:val="18"/>
              </w:rPr>
              <w:t>也有可能学生直接将这两个数求出来，再找公因数，也是可以的。</w:t>
            </w:r>
          </w:p>
        </w:tc>
        <w:tc>
          <w:tcPr>
            <w:tcW w:type="dxa" w:w="1814"/>
          </w:tcPr>
          <w:p>
            <w:pPr>
              <w:spacing w:after="20" w:line="276" w:lineRule="auto"/>
            </w:pPr>
            <w:r/>
            <w:r>
              <w:rPr>
                <w:rFonts w:ascii="宋体" w:hAnsi="宋体" w:eastAsia="宋体"/>
                <w:b w:val="0"/>
                <w:sz w:val="18"/>
              </w:rPr>
              <w:t>这是一道思考题，旨在启发学生利用分解后的质因数求两个数的最大公因数。教学时，不对全班学生作要求，但是教师要尽可能地为学生提供指导，拓展学生的思维。</w:t>
            </w:r>
          </w:p>
        </w:tc>
      </w:tr>
      <w:tr>
        <w:tc>
          <w:tcPr>
            <w:tcW w:type="dxa" w:w="1474"/>
          </w:tcPr>
          <w:p>
            <w:pPr>
              <w:spacing w:after="20" w:line="276" w:lineRule="auto"/>
            </w:pPr>
            <w:r>
              <w:rPr>
                <w:b/>
              </w:rPr>
            </w:r>
            <w:r>
              <w:rPr>
                <w:rFonts w:ascii="宋体" w:hAnsi="宋体" w:eastAsia="宋体"/>
                <w:b/>
                <w:sz w:val="18"/>
              </w:rPr>
              <w:t>五、自主练习</w:t>
            </w:r>
          </w:p>
        </w:tc>
        <w:tc>
          <w:tcPr>
            <w:tcW w:type="dxa" w:w="3061"/>
          </w:tcPr>
          <w:p>
            <w:pPr>
              <w:spacing w:after="20" w:line="276" w:lineRule="auto"/>
            </w:pPr>
            <w:r/>
            <w:r>
              <w:rPr>
                <w:rFonts w:ascii="宋体" w:hAnsi="宋体" w:eastAsia="宋体"/>
                <w:b w:val="0"/>
                <w:sz w:val="18"/>
              </w:rPr>
              <w:t>2.解答后集中评价。</w:t>
            </w:r>
          </w:p>
        </w:tc>
        <w:tc>
          <w:tcPr>
            <w:tcW w:type="dxa" w:w="3061"/>
          </w:tcPr>
          <w:p>
            <w:pPr>
              <w:spacing w:after="20" w:line="276" w:lineRule="auto"/>
            </w:pPr>
            <w:r/>
            <w:r>
              <w:rPr>
                <w:rFonts w:ascii="宋体" w:hAnsi="宋体" w:eastAsia="宋体"/>
                <w:b w:val="0"/>
                <w:sz w:val="18"/>
              </w:rPr>
              <w:t>1.学生自主解答教科书P66～67“练习十六”第6、7、8、10、11、13*题。</w:t>
            </w:r>
          </w:p>
          <w:p>
            <w:pPr>
              <w:spacing w:after="20" w:line="276" w:lineRule="auto"/>
            </w:pPr>
            <w:r>
              <w:rPr>
                <w:rFonts w:ascii="宋体" w:hAnsi="宋体" w:eastAsia="宋体"/>
                <w:b w:val="0"/>
                <w:sz w:val="18"/>
              </w:rPr>
              <w:t>学生的学习状况存在差异，要尊重学生的差异，特别是对于有些典型错例，教师把它转化为教学资源，通过错因分析并更正促进学生理解和掌握。</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师：本节课我们复习了上节课学习的有关约分的知识。通过本节课的学习，我们要能熟练、正确地进行约分，并能灵活运用有关约分的知识解题。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教科书P66～67“练习十六”中第4～13*题。</w:t>
      </w:r>
    </w:p>
    <w:p>
      <w:pPr>
        <w:spacing w:after="40" w:line="300" w:lineRule="auto"/>
        <w:ind w:firstLine="400"/>
      </w:pPr>
      <w:r>
        <w:rPr>
          <w:rFonts w:ascii="宋体" w:hAnsi="宋体" w:eastAsia="宋体"/>
          <w:b w:val="0"/>
          <w:sz w:val="20"/>
        </w:rPr>
        <w:t>② 原设计安排：见“状元成才路”系列丛书《创优作业100分》对应课时作业。 1选一选。(将正确答案的序号填在括号里) (1)下面没有化成最简分数的有( )个。 eq \f(20,36)＝eq \f(5,9) eq \f(12,90)＝eq \f(2,15) eq \f(28,60)＝eq \f(7,15) eq \f(30,42)＝eq \f(15,21) eq \f(28,12)＝eq \f(14,6) A．1 B．2 C．3 D．4 (2)下面说法正确的是( )。 A．一个分数约分后，它的大小不变，分数单位也不变 B．分子、分母都是合数的分数，一定不是最简分数 C.eq \f(a,a＋1)(a为非零自然数)一定是最简分数 D．分子和分母是不同的奇数，这个分数一定是最简分数 (3)从2，3，5，8中任选两个数分别作为分子和分母组成分数，可以组成( )个最简真分数。 A．3 B．4 C．5 D．6 (4)一个分数，如果分子加上2，约分后得eq \f(4,5)；如果分子减去2，约分后得eq \f(3,5)。这个分数是( )。 A.eq \f(14,20) B.eq \f(7,10) C.eq \f(5,8) D.eq \f(2,5) 2先约分，再比较各组分数的大小。 eq \f(6,10)和eq \f(9,15) eq \f(18,27)和eq \f(16,48) eq \f(24,42)和eq \f(15,35) eq \f(40,72)和eq \f(21,27) 参考答案 1．(1)B (2)C (3)C (4)A 2.eq \f(6,10)＝eq \f(3,5) eq \f(9,15)＝eq \f(3,5) eq \f(3,5)＝eq \f(3,5)，所以eq \f(6,10)＝eq \f(9,15)。 eq \f(18,27)＝eq \f(2,3) eq \f(16,48)＝eq \f(1,3) eq \f(2,3)＞eq \f(1,3)，所以eq \f(18,27) ＞ eq \f(16,48)。 eq \f(24,42)＝eq \f(4,7) eq \f(15,35)＝eq \f(3,7) eq \f(4,7)＞eq \f(3,7)，所以eq \f(24,42)＞ eq \f(15,35)。 eq \f(40,72)＝eq \f(5,9) eq \f(21,27)＝eq \f(7,9) eq \f(5,9)＜eq \f(7,9)，所以eq \f(40,72)＜ eq \f(21,27)。 【教学笔记】 【教学提示】 选择少数分数让学生说说是怎样约分的，怎样判断其是不是最简分数。</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让学生在交流、反馈中进一步掌握了约分的方法，培养了学生主动、积极的学习习惯。但在练习中发现有的学生约分不彻底，需要重温互质数的概念，并练习判断互质数，以加深学生对约分成最简分数含义的理解。由于时间的关系，对最后第12*题的引导还不够，只有少数学生理解了。</w:t>
      </w:r>
    </w:p>
    <w:p>
      <w:r>
        <w:br w:type="page"/>
      </w:r>
    </w:p>
    <w:p>
      <w:pPr>
        <w:spacing w:after="80" w:line="300" w:lineRule="auto"/>
      </w:pPr>
      <w:r>
        <w:rPr>
          <w:rFonts w:ascii="黑体" w:hAnsi="黑体" w:eastAsia="黑体"/>
          <w:b/>
          <w:sz w:val="24"/>
        </w:rPr>
        <w:t>二、课时教学方案（第18课时）</w:t>
      </w:r>
    </w:p>
    <w:p>
      <w:pPr>
        <w:spacing w:after="80" w:line="300" w:lineRule="auto"/>
      </w:pPr>
      <w:r>
        <w:rPr>
          <w:rFonts w:ascii="黑体" w:hAnsi="黑体" w:eastAsia="黑体"/>
          <w:b/>
          <w:sz w:val="24"/>
        </w:rPr>
        <w:t>第18课时　练习课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第18课时　练习课</w:t>
            </w:r>
          </w:p>
        </w:tc>
        <w:tc>
          <w:tcPr>
            <w:tcW w:type="dxa" w:w="6009"/>
          </w:tcPr>
          <w:p>
            <w:pPr>
              <w:spacing w:after="20" w:line="276" w:lineRule="auto"/>
            </w:pPr>
            <w:r/>
            <w:r>
              <w:rPr>
                <w:rFonts w:ascii="宋体" w:hAnsi="宋体" w:eastAsia="宋体"/>
                <w:b w:val="0"/>
                <w:sz w:val="20"/>
              </w:rPr>
              <w:t>第4单元 分数的意义和性质（通分）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教学内容：教科书P75～76“练习十八”中相关习题。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（1）进一步理解通分的意义，熟练掌握通分的方法，并能进行两个以上分数的通分。</w:t>
      </w:r>
    </w:p>
    <w:p>
      <w:pPr>
        <w:spacing w:after="20" w:line="300" w:lineRule="auto"/>
        <w:ind w:firstLine="400"/>
      </w:pPr>
      <w:r>
        <w:rPr>
          <w:rFonts w:ascii="宋体" w:hAnsi="宋体" w:eastAsia="宋体"/>
          <w:b w:val="0"/>
          <w:sz w:val="20"/>
        </w:rPr>
        <w:t>（2）熟练掌握比较分数大小的方法，能将两个以上分数按一定的大小顺序排列。</w:t>
      </w:r>
    </w:p>
    <w:p>
      <w:pPr>
        <w:spacing w:after="20" w:line="300" w:lineRule="auto"/>
        <w:ind w:firstLine="400"/>
      </w:pPr>
      <w:r>
        <w:rPr>
          <w:rFonts w:ascii="宋体" w:hAnsi="宋体" w:eastAsia="宋体"/>
          <w:b w:val="0"/>
          <w:sz w:val="20"/>
        </w:rPr>
        <w:t>（3）经历数学学习活动，形成解决问题的一些基本策略，发展实践能力与创新精神。</w:t>
      </w:r>
    </w:p>
    <w:p>
      <w:pPr>
        <w:spacing w:after="20" w:line="300" w:lineRule="auto"/>
      </w:pPr>
      <w:r>
        <w:rPr>
          <w:rFonts w:ascii="宋体" w:hAnsi="宋体" w:eastAsia="宋体"/>
          <w:b w:val="0"/>
          <w:sz w:val="20"/>
        </w:rPr>
        <w:t>教学重点：熟练掌握求两个分数分母的最小公倍数的方法。</w:t>
      </w:r>
    </w:p>
    <w:p>
      <w:pPr>
        <w:spacing w:after="20" w:line="300" w:lineRule="auto"/>
      </w:pPr>
      <w:r>
        <w:rPr>
          <w:rFonts w:ascii="宋体" w:hAnsi="宋体" w:eastAsia="宋体"/>
          <w:b w:val="0"/>
          <w:sz w:val="20"/>
        </w:rPr>
        <w:t>教学难点：三个分数通分的方法，能很快找出三个分数分母的最小公倍数。</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你们是如何比较分数大小的？什么叫作通分？</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二、基础练习，熟悉找公分母的方法</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三、以题为例，探究多个分数大小的比较</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这是一个什么类型的问题？；你打算怎样解决这个问题？</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四、自主练习，巩固提升</w:t>
            </w:r>
          </w:p>
        </w:tc>
        <w:tc>
          <w:tcPr>
            <w:tcW w:type="dxa" w:w="1814"/>
          </w:tcPr>
          <w:p>
            <w:pPr>
              <w:spacing w:after="20" w:line="276" w:lineRule="auto"/>
            </w:pPr>
            <w:r/>
            <w:r>
              <w:rPr>
                <w:rFonts w:ascii="宋体" w:hAnsi="宋体" w:eastAsia="宋体"/>
                <w:b w:val="0"/>
                <w:sz w:val="18"/>
              </w:rPr>
              <w:t>教科书P75~76、课件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五、拓展练习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通过这节课的学习,你们有什么收获?还有什么问题?</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1.回顾基本概念。</w:t>
            </w:r>
          </w:p>
          <w:p>
            <w:pPr>
              <w:spacing w:after="20" w:line="276" w:lineRule="auto"/>
            </w:pPr>
            <w:r>
              <w:rPr>
                <w:rFonts w:ascii="宋体" w:hAnsi="宋体" w:eastAsia="宋体"/>
                <w:b w:val="0"/>
                <w:sz w:val="18"/>
              </w:rPr>
              <w:t>师：你们是如何比较分数大小的？什么叫作通分？</w:t>
            </w:r>
          </w:p>
          <w:p>
            <w:pPr>
              <w:spacing w:after="20" w:line="276" w:lineRule="auto"/>
            </w:pPr>
            <w:r>
              <w:rPr>
                <w:rFonts w:ascii="宋体" w:hAnsi="宋体" w:eastAsia="宋体"/>
                <w:b w:val="0"/>
                <w:sz w:val="18"/>
              </w:rPr>
              <w:t>课件出示习题，让学生填空。</w:t>
            </w:r>
          </w:p>
          <w:p>
            <w:pPr>
              <w:spacing w:after="20" w:line="276" w:lineRule="auto"/>
            </w:pPr>
            <w:r>
              <w:rPr>
                <w:rFonts w:ascii="宋体" w:hAnsi="宋体" w:eastAsia="宋体"/>
                <w:b w:val="0"/>
                <w:sz w:val="18"/>
              </w:rPr>
              <w:t>2．回顾分数大小比较的方法。</w:t>
            </w:r>
          </w:p>
          <w:p>
            <w:pPr>
              <w:spacing w:after="20" w:line="276" w:lineRule="auto"/>
            </w:pPr>
            <w:r>
              <w:rPr>
                <w:rFonts w:ascii="宋体" w:hAnsi="宋体" w:eastAsia="宋体"/>
                <w:b w:val="0"/>
                <w:sz w:val="18"/>
              </w:rPr>
              <w:t>(1)课件出示教科书P75“练习十八”第1题。</w:t>
            </w:r>
          </w:p>
          <w:p>
            <w:pPr>
              <w:spacing w:after="20" w:line="276" w:lineRule="auto"/>
            </w:pPr>
            <w:r>
              <w:rPr>
                <w:rFonts w:ascii="宋体" w:hAnsi="宋体" w:eastAsia="宋体"/>
                <w:b w:val="0"/>
                <w:sz w:val="18"/>
              </w:rPr>
              <w:t>(2)学生自主解答。</w:t>
            </w:r>
          </w:p>
          <w:p>
            <w:pPr>
              <w:spacing w:after="20" w:line="276" w:lineRule="auto"/>
            </w:pPr>
            <w:r>
              <w:rPr>
                <w:rFonts w:ascii="宋体" w:hAnsi="宋体" w:eastAsia="宋体"/>
                <w:b w:val="0"/>
                <w:sz w:val="18"/>
              </w:rPr>
              <w:t>(3)展示交流时回顾分数大小比较的方法。</w:t>
            </w:r>
          </w:p>
        </w:tc>
        <w:tc>
          <w:tcPr>
            <w:tcW w:type="dxa" w:w="3061"/>
          </w:tcPr>
          <w:p>
            <w:pPr>
              <w:spacing w:after="20" w:line="276" w:lineRule="auto"/>
            </w:pPr>
            <w:r/>
            <w:r>
              <w:rPr>
                <w:rFonts w:ascii="宋体" w:hAnsi="宋体" w:eastAsia="宋体"/>
                <w:b w:val="0"/>
                <w:sz w:val="18"/>
              </w:rPr>
              <w:t>预设1：把异分母分数( 分别 )化成和( 原来分数 )相等的( 同分母 )分数，叫作通分。</w:t>
            </w:r>
          </w:p>
          <w:p>
            <w:pPr>
              <w:spacing w:after="20" w:line="276" w:lineRule="auto"/>
            </w:pPr>
            <w:r>
              <w:rPr>
                <w:rFonts w:ascii="宋体" w:hAnsi="宋体" w:eastAsia="宋体"/>
                <w:b w:val="0"/>
                <w:sz w:val="18"/>
              </w:rPr>
              <w:t>预设2：通分时选用的公分母一般是原来几个分母的( 最小公倍数 )。</w:t>
            </w:r>
          </w:p>
          <w:p>
            <w:pPr>
              <w:spacing w:after="20" w:line="276" w:lineRule="auto"/>
            </w:pPr>
            <w:r>
              <w:rPr>
                <w:rFonts w:ascii="宋体" w:hAnsi="宋体" w:eastAsia="宋体"/>
                <w:b w:val="0"/>
                <w:sz w:val="18"/>
              </w:rPr>
              <w:t>预设3：通分的方法是先求出原来几个分母的( 最小公倍数 )，然后把各分数分别化成用这个( 最小公倍数 )作分母的分数。</w:t>
            </w:r>
          </w:p>
          <w:p>
            <w:pPr>
              <w:spacing w:after="20" w:line="276" w:lineRule="auto"/>
            </w:pPr>
            <w:r>
              <w:rPr>
                <w:rFonts w:ascii="宋体" w:hAnsi="宋体" w:eastAsia="宋体"/>
                <w:b w:val="0"/>
                <w:sz w:val="18"/>
              </w:rPr>
              <w:t>预设4：通分的依据是( 分数的基本性质 )。</w:t>
            </w:r>
          </w:p>
          <w:p>
            <w:pPr>
              <w:spacing w:after="20" w:line="276" w:lineRule="auto"/>
            </w:pPr>
            <w:r>
              <w:rPr>
                <w:rFonts w:ascii="宋体" w:hAnsi="宋体" w:eastAsia="宋体"/>
                <w:b w:val="0"/>
                <w:sz w:val="18"/>
              </w:rPr>
              <w:t>预设5：通分的目的是把( 异 )分母的分数化成( 同 )分母的分数。</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创设情境激活学生已有经验，自然引出本课学习内容，激发学习兴趣，核心问题："你们是如何比较分数大小的？什么叫作通分？"</w:t>
            </w:r>
          </w:p>
        </w:tc>
      </w:tr>
      <w:tr>
        <w:tc>
          <w:tcPr>
            <w:tcW w:type="dxa" w:w="1474"/>
          </w:tcPr>
          <w:p>
            <w:pPr>
              <w:spacing w:after="20" w:line="276" w:lineRule="auto"/>
            </w:pPr>
            <w:r>
              <w:rPr>
                <w:b/>
              </w:rPr>
            </w:r>
            <w:r>
              <w:rPr>
                <w:rFonts w:ascii="宋体" w:hAnsi="宋体" w:eastAsia="宋体"/>
                <w:b/>
                <w:sz w:val="18"/>
              </w:rPr>
              <w:t>二、基础练习，熟悉找公分母的方法</w:t>
            </w:r>
          </w:p>
        </w:tc>
        <w:tc>
          <w:tcPr>
            <w:tcW w:type="dxa" w:w="3061"/>
          </w:tcPr>
          <w:p>
            <w:pPr>
              <w:spacing w:after="20" w:line="276" w:lineRule="auto"/>
            </w:pPr>
            <w:r/>
            <w:r>
              <w:rPr>
                <w:rFonts w:ascii="宋体" w:hAnsi="宋体" w:eastAsia="宋体"/>
                <w:b w:val="0"/>
                <w:sz w:val="18"/>
              </w:rPr>
              <w:t>1.完成教科书P75“练习十八”第5题。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（2）集中展示交流，反馈比较方法。</w:t>
            </w:r>
          </w:p>
          <w:p>
            <w:pPr>
              <w:spacing w:after="20" w:line="276" w:lineRule="auto"/>
            </w:pPr>
            <w:r>
              <w:rPr>
                <w:rFonts w:ascii="宋体" w:hAnsi="宋体" w:eastAsia="宋体"/>
                <w:b w:val="0"/>
                <w:sz w:val="18"/>
              </w:rPr>
              <w:t>方法归纳：通分时，先找到两个分数分母的最小公倍数，作为通分的公分母，再根据分数的基本性质将分子、分母同时乘同一个不为0的数。</w:t>
            </w:r>
          </w:p>
          <w:p>
            <w:pPr>
              <w:spacing w:after="20" w:line="276" w:lineRule="auto"/>
            </w:pPr>
            <w:r>
              <w:rPr>
                <w:rFonts w:ascii="宋体" w:hAnsi="宋体" w:eastAsia="宋体"/>
                <w:b w:val="0"/>
                <w:sz w:val="18"/>
              </w:rPr>
              <w:t>2．完成教科书P76“练习十八”第8题。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(2)集中展示交流，反馈比较方法。</w:t>
            </w:r>
          </w:p>
          <w:p>
            <w:pPr>
              <w:spacing w:after="20" w:line="276" w:lineRule="auto"/>
            </w:pPr>
            <w:r>
              <w:rPr>
                <w:rFonts w:ascii="宋体" w:hAnsi="宋体" w:eastAsia="宋体"/>
                <w:b w:val="0"/>
                <w:sz w:val="18"/>
              </w:rPr>
              <w:t>方法归纳：通分时，两个分数的分母是互质数，公分母就是这两个分母的积；两个分数的分母中一个是另一个的倍数，公分母就是较大的那个。</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通分时，找异分母分数的公分母是关键，熟练地找到公分母能提高通分的效率。通过两道练习，进一步提升找公分母的技能。</w:t>
            </w:r>
          </w:p>
        </w:tc>
      </w:tr>
      <w:tr>
        <w:tc>
          <w:tcPr>
            <w:tcW w:type="dxa" w:w="1474"/>
          </w:tcPr>
          <w:p>
            <w:pPr>
              <w:spacing w:after="20" w:line="276" w:lineRule="auto"/>
            </w:pPr>
            <w:r>
              <w:rPr>
                <w:b/>
              </w:rPr>
            </w:r>
            <w:r>
              <w:rPr>
                <w:rFonts w:ascii="宋体" w:hAnsi="宋体" w:eastAsia="宋体"/>
                <w:b/>
                <w:sz w:val="18"/>
              </w:rPr>
              <w:t>三、以题为例，探究多个分数大小的比较</w:t>
            </w:r>
          </w:p>
        </w:tc>
        <w:tc>
          <w:tcPr>
            <w:tcW w:type="dxa" w:w="3061"/>
          </w:tcPr>
          <w:p>
            <w:pPr>
              <w:spacing w:after="20" w:line="276" w:lineRule="auto"/>
            </w:pPr>
            <w:r/>
            <w:r>
              <w:rPr>
                <w:rFonts w:ascii="宋体" w:hAnsi="宋体" w:eastAsia="宋体"/>
                <w:b w:val="0"/>
                <w:sz w:val="18"/>
              </w:rPr>
              <w:t>1.比较三个分数大小。</w:t>
            </w:r>
          </w:p>
          <w:p>
            <w:pPr>
              <w:spacing w:after="20" w:line="276" w:lineRule="auto"/>
            </w:pPr>
            <w:r>
              <w:rPr>
                <w:rFonts w:ascii="宋体" w:hAnsi="宋体" w:eastAsia="宋体"/>
                <w:b w:val="0"/>
                <w:sz w:val="18"/>
              </w:rPr>
              <w:t>(1)学生合作探究。</w:t>
            </w:r>
          </w:p>
          <w:p>
            <w:pPr>
              <w:spacing w:after="20" w:line="276" w:lineRule="auto"/>
            </w:pPr>
            <w:r>
              <w:rPr>
                <w:rFonts w:ascii="宋体" w:hAnsi="宋体" w:eastAsia="宋体"/>
                <w:b w:val="0"/>
                <w:sz w:val="18"/>
              </w:rPr>
              <w:t>课件出示教科书P75“练习十八”第6题。</w:t>
            </w:r>
          </w:p>
          <w:p>
            <w:pPr>
              <w:spacing w:after="20" w:line="276" w:lineRule="auto"/>
            </w:pPr>
            <w:r>
              <w:rPr>
                <w:rFonts w:ascii="宋体" w:hAnsi="宋体" w:eastAsia="宋体"/>
                <w:b w:val="0"/>
                <w:sz w:val="18"/>
              </w:rPr>
              <w:t>师：这是一个什么类型的问题？</w:t>
            </w:r>
          </w:p>
          <w:p>
            <w:pPr>
              <w:spacing w:after="20" w:line="276" w:lineRule="auto"/>
            </w:pPr>
            <w:r>
              <w:rPr>
                <w:rFonts w:ascii="宋体" w:hAnsi="宋体" w:eastAsia="宋体"/>
                <w:b w:val="0"/>
                <w:sz w:val="18"/>
              </w:rPr>
              <w:t>师：你打算怎样解决这个问题？</w:t>
            </w:r>
          </w:p>
          <w:p>
            <w:pPr>
              <w:spacing w:after="20" w:line="276" w:lineRule="auto"/>
            </w:pPr>
            <w:r>
              <w:rPr>
                <w:rFonts w:ascii="宋体" w:hAnsi="宋体" w:eastAsia="宋体"/>
                <w:b w:val="0"/>
                <w:sz w:val="18"/>
              </w:rPr>
              <w:t>(2)汇报讨论结果。</w:t>
            </w:r>
          </w:p>
          <w:p>
            <w:pPr>
              <w:spacing w:after="20" w:line="276" w:lineRule="auto"/>
            </w:pPr>
            <w:r>
              <w:rPr>
                <w:rFonts w:ascii="宋体" w:hAnsi="宋体" w:eastAsia="宋体"/>
                <w:b w:val="0"/>
                <w:sz w:val="18"/>
              </w:rPr>
              <w:t>师：三个分数的大小该如何比较？</w:t>
            </w:r>
          </w:p>
          <w:p>
            <w:pPr>
              <w:spacing w:after="20" w:line="276" w:lineRule="auto"/>
            </w:pPr>
            <w:r>
              <w:rPr>
                <w:rFonts w:ascii="宋体" w:hAnsi="宋体" w:eastAsia="宋体"/>
                <w:b w:val="0"/>
                <w:sz w:val="18"/>
              </w:rPr>
              <w:t>2．比较分数大小的综合练习。</w:t>
            </w:r>
          </w:p>
          <w:p>
            <w:pPr>
              <w:spacing w:after="20" w:line="276" w:lineRule="auto"/>
            </w:pPr>
            <w:r>
              <w:rPr>
                <w:rFonts w:ascii="宋体" w:hAnsi="宋体" w:eastAsia="宋体"/>
                <w:b w:val="0"/>
                <w:sz w:val="18"/>
              </w:rPr>
              <w:t>(1)课件出示教科书P76“练习十八”第9题。</w:t>
            </w:r>
          </w:p>
          <w:p>
            <w:pPr>
              <w:spacing w:after="20" w:line="276" w:lineRule="auto"/>
            </w:pPr>
            <w:r>
              <w:rPr>
                <w:rFonts w:ascii="宋体" w:hAnsi="宋体" w:eastAsia="宋体"/>
                <w:b w:val="0"/>
                <w:sz w:val="18"/>
              </w:rPr>
              <w:t>(2)学生尝试解答，可以互相交流。</w:t>
            </w:r>
          </w:p>
          <w:p>
            <w:pPr>
              <w:spacing w:after="20" w:line="276" w:lineRule="auto"/>
            </w:pPr>
            <w:r>
              <w:rPr>
                <w:rFonts w:ascii="宋体" w:hAnsi="宋体" w:eastAsia="宋体"/>
                <w:b w:val="0"/>
                <w:sz w:val="18"/>
              </w:rPr>
              <w:t>(3)集中反馈，交流方法。</w:t>
            </w:r>
          </w:p>
        </w:tc>
        <w:tc>
          <w:tcPr>
            <w:tcW w:type="dxa" w:w="3061"/>
          </w:tcPr>
          <w:p>
            <w:pPr>
              <w:spacing w:after="20" w:line="276" w:lineRule="auto"/>
            </w:pPr>
            <w:r/>
            <w:r>
              <w:rPr>
                <w:rFonts w:ascii="宋体" w:hAnsi="宋体" w:eastAsia="宋体"/>
                <w:b w:val="0"/>
                <w:sz w:val="18"/>
              </w:rPr>
              <w:t>学生可能会说这是比较三个分数大小的问题。</w:t>
            </w:r>
          </w:p>
          <w:p>
            <w:pPr>
              <w:spacing w:after="20" w:line="276" w:lineRule="auto"/>
            </w:pPr>
            <w:r>
              <w:rPr>
                <w:rFonts w:ascii="宋体" w:hAnsi="宋体" w:eastAsia="宋体"/>
                <w:b w:val="0"/>
                <w:sz w:val="18"/>
              </w:rPr>
              <w:t>学生会说：比较出三个分数的大小，即把三个分数按从大到小或从小到大的顺序排列起来。</w:t>
            </w:r>
          </w:p>
          <w:p>
            <w:pPr>
              <w:spacing w:after="20" w:line="276" w:lineRule="auto"/>
            </w:pPr>
            <w:r>
              <w:rPr>
                <w:rFonts w:ascii="宋体" w:hAnsi="宋体" w:eastAsia="宋体"/>
                <w:b w:val="0"/>
                <w:sz w:val="18"/>
              </w:rPr>
              <w:t>解决这个问题要分两步。第一步：通分(将这三个分数化成同分母分数，可以逐步通分，也可以一次通分)。第二步：比较大小(比较三个分数的大小)。</w:t>
            </w:r>
          </w:p>
          <w:p>
            <w:pPr>
              <w:spacing w:after="20" w:line="276" w:lineRule="auto"/>
            </w:pPr>
            <w:r>
              <w:rPr>
                <w:rFonts w:ascii="宋体" w:hAnsi="宋体" w:eastAsia="宋体"/>
                <w:b w:val="0"/>
                <w:sz w:val="18"/>
              </w:rPr>
              <w:t>预设1：先把分数分成假分数和真分数两类，假分数都比真分数大。再按类别比较。</w:t>
            </w:r>
          </w:p>
          <w:p>
            <w:pPr>
              <w:spacing w:after="20" w:line="276" w:lineRule="auto"/>
            </w:pPr>
            <w:r>
              <w:rPr>
                <w:rFonts w:ascii="宋体" w:hAnsi="宋体" w:eastAsia="宋体"/>
                <w:b w:val="0"/>
                <w:sz w:val="18"/>
              </w:rPr>
              <w:t>预设3：根据分数与1的差比较大小， EMBED Equation.DSMT4  比1大 EMBED Equation.DSMT4  ， EMBED Equation.DSMT4  比1少 EMBED Equation.DSMT4  ， EMBED Equation.DSMT4  比1少 EMBED Equation.DSMT4  ， EMBED Equation.DSMT4  比1少 EMBED Equation.DSMT4  ， EMBED Equation.DSMT4  比1少 EMBED Equation.DSMT4  ，可以比较出这几个分数的大小，再来看 EMBED Equation.DSMT4  。</w:t>
            </w:r>
          </w:p>
        </w:tc>
        <w:tc>
          <w:tcPr>
            <w:tcW w:type="dxa" w:w="1814"/>
          </w:tcPr>
          <w:p>
            <w:pPr>
              <w:spacing w:after="20" w:line="276" w:lineRule="auto"/>
            </w:pPr>
            <w:r/>
            <w:r>
              <w:rPr>
                <w:rFonts w:ascii="宋体" w:hAnsi="宋体" w:eastAsia="宋体"/>
                <w:b w:val="0"/>
                <w:sz w:val="18"/>
              </w:rPr>
              <w:t>比较三个分数的大小，虽然只比比较两个分数的大小多了一个分数，但是难度却增加很多，主要是要找三个分数分母的最小公倍数。以此题为例，开拓学生的知识面，积累解决问题的经验。</w:t>
            </w:r>
          </w:p>
          <w:p>
            <w:pPr>
              <w:spacing w:after="20" w:line="276" w:lineRule="auto"/>
            </w:pPr>
            <w:r>
              <w:rPr>
                <w:rFonts w:ascii="宋体" w:hAnsi="宋体" w:eastAsia="宋体"/>
                <w:b w:val="0"/>
                <w:sz w:val="18"/>
              </w:rPr>
              <w:t>通分时，找异分母分数的公分母是关键，熟练地找到公分母能提高通分的效率。通过两道练习，进一步提升找公分母的技能。</w:t>
            </w:r>
          </w:p>
        </w:tc>
      </w:tr>
      <w:tr>
        <w:tc>
          <w:tcPr>
            <w:tcW w:type="dxa" w:w="1474"/>
          </w:tcPr>
          <w:p>
            <w:pPr>
              <w:spacing w:after="20" w:line="276" w:lineRule="auto"/>
            </w:pPr>
            <w:r>
              <w:rPr>
                <w:b/>
              </w:rPr>
            </w:r>
            <w:r>
              <w:rPr>
                <w:rFonts w:ascii="宋体" w:hAnsi="宋体" w:eastAsia="宋体"/>
                <w:b/>
                <w:sz w:val="18"/>
              </w:rPr>
              <w:t>四、自主练习，巩固提升</w:t>
            </w:r>
          </w:p>
        </w:tc>
        <w:tc>
          <w:tcPr>
            <w:tcW w:type="dxa" w:w="3061"/>
          </w:tcPr>
          <w:p>
            <w:pPr>
              <w:spacing w:after="20" w:line="276" w:lineRule="auto"/>
            </w:pPr>
            <w:r/>
            <w:r>
              <w:rPr>
                <w:rFonts w:ascii="宋体" w:hAnsi="宋体" w:eastAsia="宋体"/>
                <w:b w:val="0"/>
                <w:sz w:val="18"/>
              </w:rPr>
              <w:t>教师个别辅导。</w:t>
            </w:r>
          </w:p>
          <w:p>
            <w:pPr>
              <w:spacing w:after="20" w:line="276" w:lineRule="auto"/>
            </w:pPr>
            <w:r>
              <w:rPr>
                <w:rFonts w:ascii="宋体" w:hAnsi="宋体" w:eastAsia="宋体"/>
                <w:b w:val="0"/>
                <w:sz w:val="18"/>
              </w:rPr>
              <w:t>第4题和第7题是实际问题，引导学生将解决问题与比较分数大小联系起来。</w:t>
            </w:r>
          </w:p>
          <w:p>
            <w:pPr>
              <w:spacing w:after="20" w:line="276" w:lineRule="auto"/>
            </w:pPr>
            <w:r>
              <w:rPr>
                <w:rFonts w:ascii="宋体" w:hAnsi="宋体" w:eastAsia="宋体"/>
                <w:b w:val="0"/>
                <w:sz w:val="18"/>
              </w:rPr>
              <w:t>第10题不仅仅要关注结果，也要注意引导学生观察，发现规律，培养学生的合情推理能力。</w:t>
            </w:r>
          </w:p>
        </w:tc>
        <w:tc>
          <w:tcPr>
            <w:tcW w:type="dxa" w:w="3061"/>
          </w:tcPr>
          <w:p>
            <w:pPr>
              <w:spacing w:after="20" w:line="276" w:lineRule="auto"/>
            </w:pPr>
            <w:r/>
            <w:r>
              <w:rPr>
                <w:rFonts w:ascii="宋体" w:hAnsi="宋体" w:eastAsia="宋体"/>
                <w:b w:val="0"/>
                <w:sz w:val="18"/>
              </w:rPr>
              <w:t>1.学生自主解答教科书P75~76“练习十八”第3、4、7、10题。</w:t>
            </w:r>
          </w:p>
          <w:p>
            <w:pPr>
              <w:spacing w:after="20" w:line="276" w:lineRule="auto"/>
            </w:pPr>
            <w:r>
              <w:rPr>
                <w:rFonts w:ascii="宋体" w:hAnsi="宋体" w:eastAsia="宋体"/>
                <w:b w:val="0"/>
                <w:sz w:val="18"/>
              </w:rPr>
              <w:t>2.全班集中评价。</w:t>
            </w:r>
          </w:p>
          <w:p>
            <w:pPr>
              <w:spacing w:after="20" w:line="276" w:lineRule="auto"/>
            </w:pPr>
            <w:r>
              <w:rPr>
                <w:rFonts w:ascii="宋体" w:hAnsi="宋体" w:eastAsia="宋体"/>
                <w:b w:val="0"/>
                <w:sz w:val="18"/>
              </w:rPr>
              <w:t>第3题学生会有不同的方法，可以引导学生将分数转化为分子相同或分母相同进行比较。</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五、拓展练习</w:t>
            </w:r>
          </w:p>
        </w:tc>
        <w:tc>
          <w:tcPr>
            <w:tcW w:type="dxa" w:w="3061"/>
          </w:tcPr>
          <w:p>
            <w:pPr>
              <w:spacing w:after="20" w:line="276" w:lineRule="auto"/>
            </w:pPr>
            <w:r/>
            <w:r>
              <w:rPr>
                <w:rFonts w:ascii="宋体" w:hAnsi="宋体" w:eastAsia="宋体"/>
                <w:b w:val="0"/>
                <w:sz w:val="18"/>
              </w:rPr>
              <w:t>1.完成教科书P76“练习十八”第11*题。</w:t>
            </w:r>
          </w:p>
        </w:tc>
        <w:tc>
          <w:tcPr>
            <w:tcW w:type="dxa" w:w="3061"/>
          </w:tcPr>
          <w:p>
            <w:pPr>
              <w:spacing w:after="20" w:line="276" w:lineRule="auto"/>
            </w:pPr>
            <w:r/>
            <w:r>
              <w:rPr>
                <w:rFonts w:ascii="宋体" w:hAnsi="宋体" w:eastAsia="宋体"/>
                <w:b w:val="0"/>
                <w:sz w:val="18"/>
              </w:rPr>
              <w:t>2.小组合作，自主探索。3.集体研讨，分享方法。</w:t>
            </w:r>
          </w:p>
          <w:p>
            <w:pPr>
              <w:spacing w:after="20" w:line="276" w:lineRule="auto"/>
            </w:pPr>
            <w:r>
              <w:rPr>
                <w:rFonts w:ascii="宋体" w:hAnsi="宋体" w:eastAsia="宋体"/>
                <w:b w:val="0"/>
                <w:sz w:val="18"/>
              </w:rPr>
              <w:t>此题需要综合运用比较分数大小和分数的基本性质这两方面知识，由于 EMBED Equation.DSMT4  和 EMBED Equation.DSMT4  的分子都是1，分母是相邻的自然数，所以在 EMBED Equation.DSMT4  和 EMBED Equation.DSMT4  之间不能直接写出一个分子是1的分数，需要应用分数的基本性质把这两个分数的分子、分母分别扩大到原来的若干倍。教师要引导学生厘清思路，掌握基本方法。</w:t>
            </w:r>
          </w:p>
        </w:tc>
        <w:tc>
          <w:tcPr>
            <w:tcW w:type="dxa" w:w="1814"/>
          </w:tcPr>
          <w:p>
            <w:pPr>
              <w:spacing w:after="20" w:line="276" w:lineRule="auto"/>
            </w:pPr>
            <w:r/>
            <w:r>
              <w:rPr>
                <w:rFonts w:ascii="宋体" w:hAnsi="宋体" w:eastAsia="宋体"/>
                <w:b w:val="0"/>
                <w:sz w:val="18"/>
              </w:rPr>
              <w:t>本题综合性较强，解答方法比较灵活，同时渗透了有理数的稠密性，放在教学的最后，供学有余力的学生思考，提升学生的思维能力。</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师：通过这节课的学习,你们有什么收获?还有什么问题?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引导学生回顾梳理本课所学，完善认知结构，提升归纳与反思能力，核心问题："通过这节课的学习,你们有什么收获?还有什么问题?"</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教科书P75～76“练习十八”中相关习题。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在比较分数大小的过程中，要关注学生的比较方法，还要让学生说说是如何通分的。 【教学提示】 学生交流时可能方法不一致，教师要追问、引导，让学生明白三个分数同时通分比较方便。 【教学提示】 不同学生数感不同，比较方法也不相同，只要学生能比较出结果，就要予以肯定。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练习课设计的题型层次性较强，不仅体现了由浅入深认识事物的原则，更体现了知识由易到难、循序渐进的教学原则。通过练习，让学生更加深入理解了通分的含义、依据和方法，学生的解题能力和速度都有了较为明显的提高，出错的情况也相对少了一些。尤其是理解能力较差的学生，最需要练习课的巩固与强化。本节课基本达到了有效教学的目的。</w:t>
      </w:r>
    </w:p>
    <w:p>
      <w:r>
        <w:br w:type="page"/>
      </w:r>
    </w:p>
    <w:p>
      <w:pPr>
        <w:spacing w:after="80" w:line="300" w:lineRule="auto"/>
      </w:pPr>
      <w:r>
        <w:rPr>
          <w:rFonts w:ascii="黑体" w:hAnsi="黑体" w:eastAsia="黑体"/>
          <w:b/>
          <w:sz w:val="24"/>
        </w:rPr>
        <w:t>二、课时教学方案（第19课时）</w:t>
      </w:r>
    </w:p>
    <w:p>
      <w:pPr>
        <w:spacing w:after="80" w:line="300" w:lineRule="auto"/>
      </w:pPr>
      <w:r>
        <w:rPr>
          <w:rFonts w:ascii="黑体" w:hAnsi="黑体" w:eastAsia="黑体"/>
          <w:b/>
          <w:sz w:val="24"/>
        </w:rPr>
        <w:t>第19课时　练习课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第19课时　练习课</w:t>
            </w:r>
          </w:p>
        </w:tc>
        <w:tc>
          <w:tcPr>
            <w:tcW w:type="dxa" w:w="6009"/>
          </w:tcPr>
          <w:p>
            <w:pPr>
              <w:spacing w:after="20" w:line="276" w:lineRule="auto"/>
            </w:pPr>
            <w:r/>
            <w:r>
              <w:rPr>
                <w:rFonts w:ascii="宋体" w:hAnsi="宋体" w:eastAsia="宋体"/>
                <w:b w:val="0"/>
                <w:sz w:val="20"/>
              </w:rPr>
              <w:t>第4单元 分数的意义和性质（分数和小数的互化）</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三年级上学期的学习中，已借助操作、直观的方式，初步认识了分数(基本是真分数)，知道了分数各部分的名称，会读、写简单的分数，会比较分子是1的分数以及同分母分数的大小，还学习了简单的同分母分数加、减法。在本学期，又学习了因数、倍数等概念，掌握了2、3、5的倍数的特征。这些都是本单元学习的重要基础。教科书的内容，既有一定的现实意义，又相当富有趣味性。教学时，应充分利用教科书的这一特点，用数学本身的魅力和趣味性，激发学生的学习兴趣，调动其学习的积极性。</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教学内容：教科书P78～79“练习十九”中相关习题。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（1）进一步巩固对分数和小数互化方法的理解。</w:t>
      </w:r>
    </w:p>
    <w:p>
      <w:pPr>
        <w:spacing w:after="20" w:line="300" w:lineRule="auto"/>
        <w:ind w:firstLine="400"/>
      </w:pPr>
      <w:r>
        <w:rPr>
          <w:rFonts w:ascii="宋体" w:hAnsi="宋体" w:eastAsia="宋体"/>
          <w:b w:val="0"/>
          <w:sz w:val="20"/>
        </w:rPr>
        <w:t>（2）培养学生的计算能力和观察能力。关注互化结果，促进学生有意识地记一些常见的分数、小数互化值。</w:t>
      </w:r>
    </w:p>
    <w:p>
      <w:pPr>
        <w:spacing w:after="20" w:line="300" w:lineRule="auto"/>
      </w:pPr>
      <w:r>
        <w:rPr>
          <w:rFonts w:ascii="宋体" w:hAnsi="宋体" w:eastAsia="宋体"/>
          <w:b w:val="0"/>
          <w:sz w:val="20"/>
        </w:rPr>
        <w:t>教学重点：正确、熟练地进行分数与小数的互化。</w:t>
      </w:r>
    </w:p>
    <w:p>
      <w:pPr>
        <w:spacing w:after="20" w:line="300" w:lineRule="auto"/>
      </w:pPr>
      <w:r>
        <w:rPr>
          <w:rFonts w:ascii="宋体" w:hAnsi="宋体" w:eastAsia="宋体"/>
          <w:b w:val="0"/>
          <w:sz w:val="20"/>
        </w:rPr>
        <w:t>教学难点：本节课的教学重点也是教学难点。</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一、基础练习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二、综合应用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怎么知道谁家离学校远些？；谁回家的时间长一些呢？</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三、自主练习</w:t>
            </w:r>
          </w:p>
        </w:tc>
        <w:tc>
          <w:tcPr>
            <w:tcW w:type="dxa" w:w="1814"/>
          </w:tcPr>
          <w:p>
            <w:pPr>
              <w:spacing w:after="20" w:line="276" w:lineRule="auto"/>
            </w:pPr>
            <w:r/>
            <w:r>
              <w:rPr>
                <w:rFonts w:ascii="宋体" w:hAnsi="宋体" w:eastAsia="宋体"/>
                <w:b w:val="0"/>
                <w:sz w:val="18"/>
              </w:rPr>
              <w:t>教科书P78～79、课件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四、补充练习课件出示习题。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一、基础练习</w:t>
            </w:r>
          </w:p>
        </w:tc>
        <w:tc>
          <w:tcPr>
            <w:tcW w:type="dxa" w:w="3061"/>
          </w:tcPr>
          <w:p>
            <w:pPr>
              <w:spacing w:after="20" w:line="276" w:lineRule="auto"/>
            </w:pPr>
            <w:r/>
            <w:r>
              <w:rPr>
                <w:rFonts w:ascii="宋体" w:hAnsi="宋体" w:eastAsia="宋体"/>
                <w:b w:val="0"/>
                <w:sz w:val="18"/>
              </w:rPr>
              <w:t>1.完成教科书P78“练习十九”第2题。</w:t>
            </w:r>
          </w:p>
          <w:p>
            <w:pPr>
              <w:spacing w:after="20" w:line="276" w:lineRule="auto"/>
            </w:pPr>
            <w:r>
              <w:rPr>
                <w:rFonts w:ascii="宋体" w:hAnsi="宋体" w:eastAsia="宋体"/>
                <w:b w:val="0"/>
                <w:sz w:val="18"/>
              </w:rPr>
              <w:t>2.完成教科书P79“练习十九”第8题。</w:t>
            </w:r>
          </w:p>
        </w:tc>
        <w:tc>
          <w:tcPr>
            <w:tcW w:type="dxa" w:w="3061"/>
          </w:tcPr>
          <w:p>
            <w:pPr>
              <w:spacing w:after="20" w:line="276" w:lineRule="auto"/>
            </w:pPr>
            <w:r/>
            <w:r>
              <w:rPr>
                <w:rFonts w:ascii="宋体" w:hAnsi="宋体" w:eastAsia="宋体"/>
                <w:b w:val="0"/>
                <w:sz w:val="18"/>
              </w:rPr>
              <w:t>学生独立完成后，集体反馈。</w:t>
            </w:r>
          </w:p>
          <w:p>
            <w:pPr>
              <w:spacing w:after="20" w:line="276" w:lineRule="auto"/>
            </w:pPr>
            <w:r>
              <w:rPr>
                <w:rFonts w:ascii="宋体" w:hAnsi="宋体" w:eastAsia="宋体"/>
                <w:b w:val="0"/>
                <w:sz w:val="18"/>
              </w:rPr>
              <w:t>学生独立完成后，集体反馈。</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二、综合应用</w:t>
            </w:r>
          </w:p>
        </w:tc>
        <w:tc>
          <w:tcPr>
            <w:tcW w:type="dxa" w:w="3061"/>
          </w:tcPr>
          <w:p>
            <w:pPr>
              <w:spacing w:after="20" w:line="276" w:lineRule="auto"/>
            </w:pPr>
            <w:r/>
            <w:r>
              <w:rPr>
                <w:rFonts w:ascii="宋体" w:hAnsi="宋体" w:eastAsia="宋体"/>
                <w:b w:val="0"/>
                <w:sz w:val="18"/>
              </w:rPr>
              <w:t>1.课件出示教科书P78“练习十九”第4题。</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2．课件出示教科书P79“练习十九”第10题。</w:t>
            </w:r>
          </w:p>
          <w:p>
            <w:pPr>
              <w:spacing w:after="20" w:line="276" w:lineRule="auto"/>
            </w:pPr>
            <w:r>
              <w:rPr>
                <w:rFonts w:ascii="宋体" w:hAnsi="宋体" w:eastAsia="宋体"/>
                <w:b w:val="0"/>
                <w:sz w:val="18"/>
              </w:rPr>
              <w:t>师：怎么知道谁家离学校远些？</w:t>
            </w:r>
          </w:p>
          <w:p>
            <w:pPr>
              <w:spacing w:after="20" w:line="276" w:lineRule="auto"/>
            </w:pPr>
            <w:r>
              <w:rPr>
                <w:rFonts w:ascii="宋体" w:hAnsi="宋体" w:eastAsia="宋体"/>
                <w:b w:val="0"/>
                <w:sz w:val="18"/>
              </w:rPr>
              <w:t>师：谁回家的时间长一些呢？</w:t>
            </w:r>
          </w:p>
          <w:p>
            <w:pPr>
              <w:spacing w:after="20" w:line="276" w:lineRule="auto"/>
            </w:pPr>
            <w:r>
              <w:rPr>
                <w:rFonts w:ascii="宋体" w:hAnsi="宋体" w:eastAsia="宋体"/>
                <w:b w:val="0"/>
                <w:sz w:val="18"/>
              </w:rPr>
              <w:t>教师小结：当数据形式不一致时，统一成分数或小数均可。</w:t>
            </w:r>
          </w:p>
        </w:tc>
        <w:tc>
          <w:tcPr>
            <w:tcW w:type="dxa" w:w="3061"/>
          </w:tcPr>
          <w:p>
            <w:pPr>
              <w:spacing w:after="20" w:line="276" w:lineRule="auto"/>
            </w:pPr>
            <w:r/>
            <w:r>
              <w:rPr>
                <w:rFonts w:ascii="宋体" w:hAnsi="宋体" w:eastAsia="宋体"/>
                <w:b w:val="0"/>
                <w:sz w:val="18"/>
              </w:rPr>
              <w:t>求猎豹的速度是小汽车速度的多少倍时，有的学生用带分数表示，有的学生用小数表示，教师引导学生用分数表示倍数关系。</w:t>
            </w:r>
          </w:p>
          <w:p>
            <w:pPr>
              <w:spacing w:after="20" w:line="276" w:lineRule="auto"/>
            </w:pPr>
            <w:r>
              <w:rPr>
                <w:rFonts w:ascii="宋体" w:hAnsi="宋体" w:eastAsia="宋体"/>
                <w:b w:val="0"/>
                <w:sz w:val="18"/>
              </w:rPr>
              <w:t>学生可能会说，谁从学校回家走的路程长些，谁家离学校就远些。但是不知道两人的速度，无法求出路程，引导学生推理出，速度相同，谁花的时间长些，谁家离学校就远些。</w:t>
            </w:r>
          </w:p>
          <w:p>
            <w:pPr>
              <w:spacing w:after="20" w:line="276" w:lineRule="auto"/>
            </w:pPr>
            <w:r>
              <w:rPr>
                <w:rFonts w:ascii="宋体" w:hAnsi="宋体" w:eastAsia="宋体"/>
                <w:b w:val="0"/>
                <w:sz w:val="18"/>
              </w:rPr>
              <w:t>预设1：统一成以小时为单位的数，再比较。</w:t>
            </w:r>
          </w:p>
          <w:p>
            <w:pPr>
              <w:spacing w:after="20" w:line="276" w:lineRule="auto"/>
            </w:pPr>
            <w:r>
              <w:rPr>
                <w:rFonts w:ascii="宋体" w:hAnsi="宋体" w:eastAsia="宋体"/>
                <w:b w:val="0"/>
                <w:sz w:val="18"/>
              </w:rPr>
              <w:t>预设2：统一成以分钟为单位的数，再比较。</w:t>
            </w:r>
          </w:p>
        </w:tc>
        <w:tc>
          <w:tcPr>
            <w:tcW w:type="dxa" w:w="1814"/>
          </w:tcPr>
          <w:p>
            <w:pPr>
              <w:spacing w:after="20" w:line="276" w:lineRule="auto"/>
            </w:pPr>
            <w:r/>
            <w:r>
              <w:rPr>
                <w:rFonts w:ascii="宋体" w:hAnsi="宋体" w:eastAsia="宋体"/>
                <w:b w:val="0"/>
                <w:sz w:val="18"/>
              </w:rPr>
              <w:t>求一个数是另一个数的多少倍(几分之几)，渗透倒数的概念，沟通小数、分数之间的联系。</w:t>
            </w:r>
          </w:p>
          <w:p>
            <w:pPr>
              <w:spacing w:after="20" w:line="276" w:lineRule="auto"/>
            </w:pPr>
            <w:r>
              <w:rPr>
                <w:rFonts w:ascii="宋体" w:hAnsi="宋体" w:eastAsia="宋体"/>
                <w:b w:val="0"/>
                <w:sz w:val="18"/>
              </w:rPr>
              <w:t>通过比较大小的实际问题，实现分数、小数的灵活转化。</w:t>
            </w:r>
          </w:p>
        </w:tc>
      </w:tr>
      <w:tr>
        <w:tc>
          <w:tcPr>
            <w:tcW w:type="dxa" w:w="1474"/>
          </w:tcPr>
          <w:p>
            <w:pPr>
              <w:spacing w:after="20" w:line="276" w:lineRule="auto"/>
            </w:pPr>
            <w:r>
              <w:rPr>
                <w:b/>
              </w:rPr>
            </w:r>
            <w:r>
              <w:rPr>
                <w:rFonts w:ascii="宋体" w:hAnsi="宋体" w:eastAsia="宋体"/>
                <w:b/>
                <w:sz w:val="18"/>
              </w:rPr>
              <w:t>三、自主练习</w:t>
            </w:r>
          </w:p>
        </w:tc>
        <w:tc>
          <w:tcPr>
            <w:tcW w:type="dxa" w:w="3061"/>
          </w:tcPr>
          <w:p>
            <w:pPr>
              <w:spacing w:after="20" w:line="276" w:lineRule="auto"/>
            </w:pPr>
            <w:r/>
            <w:r>
              <w:rPr>
                <w:rFonts w:ascii="宋体" w:hAnsi="宋体" w:eastAsia="宋体"/>
                <w:b w:val="0"/>
                <w:sz w:val="18"/>
              </w:rPr>
              <w:t>2.完成后集中评价。</w:t>
            </w:r>
          </w:p>
        </w:tc>
        <w:tc>
          <w:tcPr>
            <w:tcW w:type="dxa" w:w="3061"/>
          </w:tcPr>
          <w:p>
            <w:pPr>
              <w:spacing w:after="20" w:line="276" w:lineRule="auto"/>
            </w:pPr>
            <w:r/>
            <w:r>
              <w:rPr>
                <w:rFonts w:ascii="宋体" w:hAnsi="宋体" w:eastAsia="宋体"/>
                <w:b w:val="0"/>
                <w:sz w:val="18"/>
              </w:rPr>
              <w:t>1.学生独立完成教科书P78～79“练习十九”第5、6、7、9题。</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四、补充练习课件出示习题。</w:t>
            </w:r>
          </w:p>
        </w:tc>
        <w:tc>
          <w:tcPr>
            <w:tcW w:type="dxa" w:w="3061"/>
          </w:tcPr>
          <w:p>
            <w:pPr>
              <w:spacing w:after="20" w:line="276" w:lineRule="auto"/>
            </w:pPr>
            <w:r/>
            <w:r>
              <w:rPr>
                <w:rFonts w:ascii="宋体" w:hAnsi="宋体" w:eastAsia="宋体"/>
                <w:b w:val="0"/>
                <w:sz w:val="18"/>
              </w:rPr>
              <w:t>课件出示习题。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本课时的内容相对比较少，适当补充不同的内容，进一步落实本次练习的重点，突破难点。</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师：本节课我们复习了分数和小数的互化。通过复习，我们能够更加熟练、正确地进行分数和小数的互化，并能应用分数和小数互化的知识解决一些问题。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教科书P78～79“练习十九”中相关习题。</w:t>
      </w:r>
    </w:p>
    <w:p>
      <w:pPr>
        <w:spacing w:after="40" w:line="300" w:lineRule="auto"/>
        <w:ind w:firstLine="400"/>
      </w:pPr>
      <w:r>
        <w:rPr>
          <w:rFonts w:ascii="宋体" w:hAnsi="宋体" w:eastAsia="宋体"/>
          <w:b w:val="0"/>
          <w:sz w:val="20"/>
        </w:rPr>
        <w:t>② 原设计安排：见“状元成才路”系列丛书《创优作业100分》对应课时作业。 填一填。 (1)在直线上面的括号里填上适当的小数，在直线下面的括号里填上适当的分数。 (2)在eq \f(4,5)，eq \f(7,8)，eq \f(2,15)，eq \f(3,15)，eq \f(7,80)，eq \f(11,30)，eq \f(5,14)，eq \f(3,24)中，能化成有限小数的有（ ）。 (3)把eq \f(5,4)，0.9，eq \f(2,3)，eq \f(7,8)，0.88按从大到小的顺序排列：（ ）。 参考答案 (1)上面：0.4 0.9 1.2 1.9 下面：eq \f(2,5) eq \f(9,10) 1eq \f(1,5) 1eq \f(9,10) (2)eq \f(4,5)，eq \f(7,8)，eq \f(3,15)，eq \f(7,80)，eq \f(3,24) (3)eq \f(5,4)&gt;0.9&gt;0.88&gt;eq \f(7,8)&gt;eq \f(2,3)eq \x(\a\vs4\al(教学资源),,,INCLUDEPICTURE"慕168.TIF") 【教学笔记】 【教学提示】 这两道题比较简单，学生快速解答后集体反馈，选少数不同答案的学生问问是怎么想的。 【教学提示】 学生独立解答时，教师要了解学生的解答情况，并进行个别指导。</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组织学生进行独立尝试、小组合作、分析、讨论、总结等，明确分数和小数的互化方法，所有的方法都由学生自己概括，自己总结，教师只是引导、补充。学生不仅学到了知识和方法，还提高了语言表达能力。但在组织学生进行概括、总结时，还是放手不够，教师的提示、引导过多，小组的合作学习指导不够。</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