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人教版五年级数学下册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第2单元 因数和倍数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7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单元开启课、活动探索课、专题练习课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第2单元 因数和倍数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的内容是在学生已经掌握了一定的整数知识的基础上，进一步认识整数的性质。主要内容包括：因数和倍数的认识，2、5、3的倍数，质数和合数。其中，重点是因数和倍数的概念，2、5、3的倍数的特征，质数和合数的概念。难点是了解和掌握概念之间的联系和区别，在建立概念、运用概念的过程中，逐步发展数学的抽象能力与推理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坚持精简理论概念和分散难点的处理方式，精简了整除、分解质因数、互质数等概念。首先用除法算式直接给出了因数和倍数的概念，让学生感知因数与倍数的本质意义，领悟到这两个概念反映了整数除法中余数为0的情况；再在此基础上，让学生根据已有的生活经验探索2、5、3的倍数的特征，其中在掌握了2的倍数特征的基础上，又安排了介绍偶数和奇数的概念，然后在进一步探讨因数和倍数的规律中认识质数和合数。本单元的知识内容比较抽象，概念也比较多，教科书中恰当地运用了生活实例或具体情境来进行教学，培养学生的探究意识和抽象思维能力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数学一直被认为是“科学的皇后”，而数论更被誉为“数学的皇后”。本单元的知识作为数论知识的初步，一直是小学数学教科书中的重要内容。一方面，本单元内容是后续学习约分、通分、公因数等内容的重要基础；另一方面，这部分内容的学习能使学生加深对整数与整数除法的认识，加之这些知识比较抽象，而且概念间的联系非常紧密，所以也有助于发展学生的数学思维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第1课时：通过自主探索，掌握2、5的倍数的特征，能准确判断2、5的倍数，促进数感的发展。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第2课时：理解因数和倍数的概念，能举例说明。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第3课时：理解质数、合数的意义，会正确判断一个数是质数还是合数。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第4课时：通过自主探索，理解并掌握3的倍数的特征，能判断或写出3的倍数，促进数感的发展。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第5课时：进一步体会因数和倍数的意义，培养数感。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第6课时：掌握两个自然数相加之和的奇偶性的规律。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第7课时：进一步理解并掌握2、5、3的倍数的特征，会准确判断2、5、3的倍数。促进数感的发展。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关注由具体到抽象、由特殊到一般的概括、归纳过程，引导学生从本质上理解概念，同时结合具体的例子降低难度，避免死记硬背。本单元中，因数和倍数是两个最基本的概念，要引导学生结合除法算式，抽象概括出“商是整数而没有余数”的共同属性，在感悟“整除”的基础上理解因数和倍数概念的内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加强对概念间相互关系的梳理，促进理解与记忆。本单元概念较多，如因数、倍数、质数、合数、奇数、偶数等概念，又较为抽象，很难结合生活实例或具体情境进行教学，因而学生理解起来有一定的难度，容易混淆。要引导学生用联系的观点去掌握知识，不能机械地记忆概念和结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2、5的倍数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通过自主探索，掌握2、5的倍数的特征，能准确判断2、5的倍数，促进数感的发展。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因数和倍数的认识（1）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理解因数和倍数的概念，能举例说明。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质数和合数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理解质数、合数的意义，会正确判断一个数是质数还是合数。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3的倍数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通过自主探索，理解并掌握3的倍数的特征，能判断或写出3的倍数，促进数感的发展。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因数和倍数的认识（2）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进一步体会因数和倍数的意义，培养数感。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奇偶性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掌握两个自然数相加之和的奇偶性的规律。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练习课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进一步理解并掌握2、5、3的倍数的特征，会准确判断2、5、3的倍数。促进数感的发展。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2、5的倍数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2、5的倍数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因数和倍数（、5、3的倍数）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教学内容：教科书P9例1，完成教科书P9“做一做”和P11“练习三”中第1、2题。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教学准备：课件，每名学生一张百数表。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（1）通过自主探索，掌握2、5的倍数的特征，能准确判断2、5的倍数，促进数感的发展。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（2）了解奇数与偶数，能准确判断奇数与偶数。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（3）通过观察、比较、抽象、概括等活动，培养学生的抽象概括能力和分析能力，增强学生的学习兴趣。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教学重点：掌握2、5的倍数的特征。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教学难点：正确判断一个数是不是2或5的倍数。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一、复习旧知识，设疑导入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我们已经学习了有关因数和倍数的知识，谁能举例说一说什么叫因数，什么叫倍数？；关于倍数，你还知道什么知识？能举例说说吗？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二、探索5的倍数的特征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现在都圈出来了吧？你们有什么发现呢？；我们观察发现5的倍数，个位上的数都是0或5。那么一个数个位上是0或5，这个数就是5的倍数吗？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三、探索2的倍数的特征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根据5的倍数的特征，猜想一下，什么样的数会是2的倍数呢？；大家的猜想都很有道理，到底是否正确呢？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四、做一做，加深理解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做完这道题你们发现既是2的倍数，又是5的倍数的数有什么特征吗？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五、认识奇数和偶数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从教科书中，你们学到了些什么？；谁来说说什么是偶数？什么是奇数？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六、即时演练，反馈评价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七、课堂小结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一、复习旧知识，设疑导入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1.复习回顾。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师：我们已经学习了有关因数和倍数的知识，谁能举例说一说什么叫因数，什么叫倍数？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师：关于倍数，你还知道什么知识？能举例说说吗？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2．设疑导入。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师：同学们说了这么多关于倍数的知识，真棒！关于倍数的知识，我还知道很多，不信的话，你们可以考考老师。你们随便说一个自然数，老师都能快速判断它是不是2或5的倍数。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师：老师厉害吧！你们想知道老师为什么不计算就能快速判断出来吗？(想)学了今天的知识，你们就知道其中的奥秘了。(板书课题：2、5的倍数)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大多数学生能结合前面所学的知识，举例表述因数和倍数的意义，并能说出找一个数的因数和倍数的方法，知道一个数的因数和倍数的特征。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学生报数，教师快速说出是不是2或5的倍数，同时让学生运用除法知识进行验证。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通过复习让学生表述因数和倍数的概念，并举出具体的例子，帮助学生重点回顾找一个数的倍数的方法，为学习本节课的知识打基础。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创设学生考教师的游戏情境，调动学生学习的积极性；教师快速又准确地进行判断，激发学生的好奇心和探究欲望。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二、探索5的倍数的特征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1.课件出示教科书P9例1。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师：请同学们拿出课前准备好的百数表，在这些数中找出5的倍数，把它们圈起来。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2．集中展示，交流汇报。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教师选取一名学生的百数表为例，和同学们一起补充完整。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师：现在都圈出来了吧？你们有什么发现呢？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3．由具体到抽象，理解5的倍数的特征。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(1)举例验证，观察发现。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师：我们观察发现5的倍数，个位上的数都是0或5。那么一个数个位上是0或5，这个数就是5的倍数吗？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师：请同学们与同桌合作，举出一些更大的、个位上的数是0或5的数，看它们是不是5的倍数。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师：验证了吗？你举出的是什么数？是不是5的倍数？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(2)归纳5的倍数的特征。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师：我们通过圈一圈、举例等方式发现了哪些数是5的倍数，怎样的数才是5的倍数呢？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在学生充分交流的基础上，归纳：个位上是0或5的数，都是5的倍数。(课件呈现并板书)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学生自主活动，找出5的倍数圈起来。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有的学生发现圈起来的数都在同一列，即第1列和第6列，有的学生发现圈起来的数个位上的数都是0或5。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同学们举出三位数、四位数或更大的数，用除法验证是不是5的倍数。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百数表，让学生通过找一找、圈一圈、议一议等活动，发现5的倍数的特征。同时让学生体验合情推理的一般过程，即仅仅通过100以内的数还不够，可以通过举例来验证规律，当所有非零的数都符合这一特征时，就可以概括出基本的特征，完善学生的认知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三、探索2的倍数的特征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1.猜想。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师：根据5的倍数的特征，猜想一下，什么样的数会是2的倍数呢？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2.验证。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(1)借助百数表观察验证。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师：大家的猜想都很有道理，到底是否正确呢？继续来观察百数表，将表中2的倍数涂上红色。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(2)课件出示百数表。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(3)学生在自己的百数表上给2的倍数涂上红色。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(4)交流比较，发现2的倍数的特征。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师：谁来说说，你涂的数有哪些特征？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师：观察2的倍数的特征，跟你刚才的猜想一致吗？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3．归纳2的倍数的特征。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师：2的倍数到底有什么特征呢？可以像刚才探究5的倍数的特征一样，举例验证你的发现。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在学生归纳的基础上，教师板书：个位上是0，2，4，6或8的数，都是2的倍数。(课件同时展示)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预设1：由5的倍数的特征，学生可能会猜想个位上的数是0或2的整数是2的倍数。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预设2：因为4是2的倍数，学生猜想个位上的数是0，2或4的整数是2的倍数。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根据在百数表中找5的倍数的经验，学生能很快在百数表中涂出2的倍数。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学生汇报，课件将百数表中个位上是0，2，4，6，8的数涂红。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预设1：涂色的数与自己的猜想不一致，通过涂色丰富了对2的倍数的特征的认识。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预设2：涂色的数与自己的猜想一致，激发学生学习的自信心。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通过猜想、涂色、小组交流、全班汇报、课件演示，学生完全能归纳出2的倍数的特征。也许学生表述的语言不是很规范、全面，只要学生的表达合理就要给予肯定。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通过猜想，培养学生的思考、类推能力。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让学生找一找、涂一涂，初步发现2的倍数的特征。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放手让学生自主探索，小组交流，既可以让全体学生参与其中，培养学生的合作能力，也让学生在活动中体验、感悟2的倍数的特征，理解更深刻。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四、做一做，加深理解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课件出示教科书P9“做一做”。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师：做完这道题你们发现既是2的倍数，又是5的倍数的数有什么特征吗？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学生汇报，课件显示答案。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根据前面学过的总结2、5的倍数的特征的方法，学生很快发现：个位上是0的数，既是2的倍数，又是5的倍数。(课件呈现并板书)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运用2、5的倍数的特征解决问题，既巩固2、5的倍数的特征，又渗透2和5共同的倍数的特征。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五、认识奇数和偶数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1.引导学生自学。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师：我们认识了2、5的倍数的特征，请再次认真读一读例1。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2．自学情况反馈。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师：从教科书中，你们学到了些什么？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师：谁来说说什么是偶数？什么是奇数？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师：偶数就是我们以前所说的“双数”，奇数就是我们以前所说的“单数”。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师小结：整数中，是2的倍数的数叫作偶数(0也是偶数)，不是2的倍数的数叫作奇数。(板书)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3．举例、判断，理解偶数和奇数的概念。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(1)让学生列举出几个偶数、几个奇数。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(2)教师说几个数，请学生迅速判断它是偶数还是奇数。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知道了2、5的倍数的特征，还知道了什么是偶数和奇数。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学生用自己的话表述偶数和奇数。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偶数和奇数的概念是约定俗成的，不存在要自主探究，只要学生知道就行。而在低年级的时候，学生已经知道了双数和单数，所以在这里让学生通过自学的方式认识偶数和奇数，沟通新旧知识的联系，通过举例、判断的方式加深学生对偶数和奇数的理解，比教师直接告诉学生效果要好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六、即时演练，反馈评价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1.课件出示教科书P11“练习三”第1题。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(1)学生自主读题，厘清题意。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(2)要求学生用两种不同的符号在教科书上标出奇数和偶数。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(3)交流哪些是奇数，哪些是偶数。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2．课件出示教科书P11“练习三”第2题。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(1)学生独立在教科书上完成。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(2)汇报交流，课件呈现完整答案。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当学生说出答案后，教师追问：你是怎么想的？为什么？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(1)学生独立思考每个说法是否正确，并说明为什么。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(2)师生共同讨论，交流想法。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学生交流后，课件呈现正确结果。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此题是对奇数和偶数概念的巩固，学生都能比较轻松地解答。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5的倍数的特征是个位上的数是0或5，两位数的最高位不能为0，所以这个数只能是55。教师可以追问：50行吗？为什么？(2)既是2的倍数，又是5的倍数，这个数的个位上的数只能是0。(3)2的倍数和5的倍数都有很多，既是2的倍数，又是5的倍数，这个三位数个位上的数一定是0，要使它最小，百位和十位上的数应该尽可能小，那就是100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巩固理解奇数、偶数的含义，通过找出奇数、偶数，巩固2的倍数的特征及判断方法。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通过辨析，厘清知识之间的关系，加深对奇数、偶数、2的倍数的特征、5的倍数的特征的理解。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七、课堂小结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引导学生整理本节课的知识，课件完整地呈现本节课的核心要点。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2、5的倍数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个位上是0或5的数，都是5的倍数。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个位上是0，2，4，6或8的数，都是2的倍数。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个位上是0的数，既是2的倍数，又是5的倍数。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整数中，是2的倍数的数叫作偶数（0也是偶数），不是2的倍数的数叫作奇数。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教科书P9例1，完成教科书P9“做一做”和P11“练习三”中第1、2题。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1.把符合条件的数填入相应的圈里。 2.选一选。(将正确答案的序号填在括号里) (1)自然数中,最小的偶数是( ) ,最小的奇数是( )。 A.0 B.1 C.2 D.3 ( 2)下列数中,()不是2的倍数,( )是5的倍数。 A.口口3 B.口口6 C.口口8 D.口口0 (3)成成在做“用橡皮筋驱动小车”实验时,分别记录了橡皮筋缠绕三种不同的圈数时 小车行驶的距离。发现三次距离正好是3个连续的奇数,距离总和是39 m,最短的一次是( )m。 A.11 B.12 C.13 D.15 参考答案 2.(1)A B (2)A D (3)A 【教学笔记】 【教学提示】 学生随便报数时，教师可以说：“报大一点的，再报大一点的。”调动学生的学习积极性。 【教学提示】 此处是本节课的重点，可以鼓励学生举出个位上的数是0或5的五位数、六位数等不同的数进行验证。 【教学提示】 针对学生的各种猜想，教师不要急于肯定或否定，让学生说说自己猜想的依据，培养学生的思维能力。 【教学提示】 对于2的倍数的特征，主要是建立感性认知，所以要让学生观察、交流、比较，在具体的活动中感知。 【教学提示】 要关注结果，更要关注学生的思维过程。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中，先根据观察，发现2、5的倍数的特征，再根据特征，判断一个数是不是2、5的倍数，偶数和奇数的认识也是如此，有利于培养学生的说理能力与习惯；所以在教学中涉及解决问题，都是尽可能让学生不仅说是什么，还要说为什么，怎么想的。这也导致本节课的时间很紧张，今后在交流时，要注意引导学生说不同的想法，想法相同的就不重复，节省教学时间，提升教学效率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因数和倍数的认识（1）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因数和倍数的认识（1）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教学内容：教科书P5例1，完成教科书P5“做一做”和P7“练习二”中第1题。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（1）理解因数和倍数的概念，能举例说明。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（2）通过自主探索，体会一个数的因数与倍数之间相互依存的关系。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（3）会判断一个数是不是另一个数的因数或倍数。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教学重点：理解因数和倍数的概念。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教学难点：本节课的教学重点也是教学难点。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一、谈话激趣，体会依存关系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同学们能够说出与家人之间的关系吗？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二、探究体验，理解因数和倍数的概念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仔细观察，这些算式都一样吗？；既然不一样，你们能把这些算式分类吗？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三、运用辨析，深化理解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上面的说法对吗？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四、反馈评价，巩固提升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填好了吗？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同学们回顾一下，本节课我们学了些什么？；说一说，你们对因数和倍数有哪些认识？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一、谈话激趣，体会依存关系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师：同学们能够说出与家人之间的关系吗？如父子、母女。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师：在数学中,数和数之间也存在着关系。今天我们就来研究两个自然数之间的关系。［板书课题：因数和倍数的认识（1）］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学生会很快说出人物关系。教师结合情境让学生体会相互依存的关系。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通过学生熟悉的事物，让学生体会相互依存的关系，作为本课时的学习切入点。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二、探究体验，理解因数和倍数的概念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1.课件出示算式。(课件先不出示算式答案。)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2.观察算式特点，进行分类。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师：仔细观察，这些算式都一样吗？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师：既然不一样，你们能把这些算式分类吗？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课件出示分类结果。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3．理解因数和倍数的意义。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(1)发现特点，抽象概括概念。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师：我们现在就来分析研究第一种算式。这类算式有什么特点呢？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师生共同探讨，发现这类算式的特点：被除数、除数和商都是整数。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指出：在整数除法中，如果商是整数且没有余数，我们就说除数是被除数的因数(也称约数)，被除数是除数的倍数。例如，12÷2＝6，我们就说2是12的因数，12是2的倍数。12÷6＝2，我们就说6是12的因数，12是6的倍数。(课件出示结论，板书结论。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(2)深化理解，举例说明。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师：谁能说一说，第一种情况的每个算式中，谁是谁的因数？谁是谁的倍数？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师：谁能再列举一道这样的算式，并说说谁是谁的因数，谁是谁的倍数？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(3)明确研究因数和倍数时0除外。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师：在自然数中，有一个数很特殊，大家知道是哪一个数吗？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师：对，因为0有很多特殊性，如0乘一个数还得0，0不能作除数等等。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课件出示例子。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学生计算，课件呈现计算结果。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在计算时，一般能整除的算式，学生都会直接写出结果。不能整除的算式，教师让学生写出商和余数。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学生会说不一样。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引导学生根据“结果是否有余数”把算式分成两类：第一类，商是整数且没有余数；第二类，商是整数且有余数。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有的学生可能会说算式中的数都是自然数，教师引导学生，自然数也是整数，习惯上我们都称之为整数。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学生照样子能快速说出谁是谁的因数，谁是谁的倍数。也有个别学生说出“2是因数”“20是倍数”等，教师要予以指正，因数和倍数都不能单独存在(板书)。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学生一般都知道是0。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让学生在计算的过程中深刻感受商的特点。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通过分类，抽象概括出每类算式的共同特点，初步感知被除数、除数和商都是整数的算式特点。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由具体的算式到抽象的概念，让学生充分认识算式中的被除数、除数和商都是整数的共同属性，在此基础上建立因数和倍数的概念。让学生自由表达，在讨论和思考中相互促进，加深对概念的理解。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举例是对概念理解运用的一种常用的方式，通过举例内化因数和倍数的概念。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三、运用辨析，深化理解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1.课件出示教科书P5“做一做”。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(1)同桌之间互相说说。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师：上面的说法对吗？说说你的理由。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(1)虽然6和5都是整数，但是6除以5的结果有余数，即余数为1，所以不能说5是6的因数，6是5的倍数。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(2)研究因数和倍数的时候，我们所指的数是自然数(一般不包括0)，1.8和0.3都不是自然数，不能说它们谁是谁的因数或倍数。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由算式24÷3＝8可以知道24÷8＝3，所以8是24的因数，24是8的倍数。同时，教师提示学生并课件出示：在整数除法中，如果商是整数且没有余数，我们就说除数是被除数的因数，商也是被除数的因数，被除数是除数的倍数，也是商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(4)因数和倍数是相互依存的关系，由54÷6＝9知道6是54的因数，54是6的倍数，但是不能单独说某一个数是因数或倍数。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通过让同桌之间互相说一说谁是谁的因数，谁是谁的倍数，进一步让学生体会因数和倍数是相互依存的。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充分让学生交流自己的想法，如果有学生判断错误，让其他学生判断并说出错在哪里。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因数和倍数的概念比较抽象，通过反例帮助学生辨析，准确把握概念的外延和内涵，明确概念的条件(前提)，理解概念的依存性。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四、反馈评价，巩固提升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1.互相说说，谁是谁的因数，谁是谁的倍数。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2．课件出示教科书P7“练习二”第1题。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(1)学生独立在教科书上解答。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师：填好了吗？说说你是怎样填的。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(2)学生汇报交流后，课件呈现正确答案。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学生互相说说后，再全班集中交流。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本次交流在前面学习的基础上有所提升，需要根据一道算式说出其中所有的相互关系：谁是谁的因数或倍数。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由根据除法算式判断，到直接对两个数的关系进行判断，对学生来说是一次认识的提升。促进学生自主运用概念的条件，加深对概念的理解。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师：同学们回顾一下，本节课我们学了些什么？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引导学生回顾：计算——算式——分类——发现特征——因数和倍数——运用辨析。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师：说一说，你们对因数和倍数有哪些认识？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课堂小结不仅仅是对知识的归纳，更是为了引导学生回顾学习过程，帮助学生感悟概念建立的过程，掌握一定的学习方法。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因数和倍数的认识（1）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12÷2=6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2是12的因数，12是2的倍数。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6是12的因数，12是6的倍数。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因数和倍数是相互依存的。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教科书P5例1，完成教科书P5“做一做”和P7“练习二”中第1题。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1.(1)15÷3＝5，( )和( )都是( )的因数，( )是( )和( )的倍数。, (2)5×8＝40，( )和( )都是( )的因数，( )是( )和( )的倍数。 (3)根据10÷10＝1可知，( )既是10的因数，又是10的倍数。 2.辨一辨。(对的画“√”，错的画“×”) (1)因为20÷4＝5，所以20是倍数，5是因数。( ) (2)6÷5＝1.2，我们就说6是5的倍数，5是6的因数。( ) (3)24和16都是8的倍数，8既是24的因数，也是16的因数。( ) 自然数1，2，3，…都是1的倍数。( ) (5)3.6是9的倍数。( ) 参考答案 (1)3 5 15 15 3 5 (2)5 8 40 40 5 8 (3)10 2.(1)× (2)× (3)√ (4)√ (5)× 【教学笔记】 【教学提示】 要面向全体，让学生都参与计算。 【教学提示】 本环节注意引导学生理解因数和倍数的依存关系。 【教学提示】 本环节是本节课的重点，要让学生充分表达自己的观点，归纳算式特点。 【教学提示】 对概念的深化理解，教师可引导学生小组讨论，再发表见解。 【教学提示】 让学生独立思考后再交流。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在前面已经接触过因数和倍数的概念，但是此“因数”“倍数”与彼“因数”“倍数”不是同一概念，学生还是有点容易混淆。由于本节课是学生建立因数和倍数概念的第一课时，为了能建立清晰正确的概念，避免造成不必要的干扰，教师回避了乘法各部分名称及“倍数”“几倍”，计划等学生对因数和倍数有了较全面的认识后再来辨析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质数和合数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质数和合数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因数和倍数（质数和合数）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教学内容：教科书P14例1，完成教科书P16“练习四”中第1～3题。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教学准备：课件，百数表。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（1）理解质数、合数的意义，会正确判断一个数是质数还是合数。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（2）能在1～100的自然数中，找出质数与合数，并能熟练判断20以内哪些数是质数，哪些数是合数。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（3）在观察与思考中，培养学生的探究能力。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教学重点：建立质数、合数的概念。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教学难点：会正确判断一个数是质数还是合数。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一、以旧引新，初步感知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同学们都会找一个数的因数吧？；都找出来了吗？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二、建立质数和合数的概念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根据因数的个数，你能将1～20分类吗？；按这三个标准分类，是不是所有的整数都能找到自己的类别？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三、自主选择方法，制作100以内的质数表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做质数表是什么意思？；这么多的数，该如何找呢？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四、实践应用，反馈评价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同学们，这节课你们有什么收获呢？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一、以旧引新，初步感知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师：同学们都会找一个数的因数吧？下面我们来找1～20各数的因数。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师：都找出来了吗？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师：仔细观察这些数的因数的个数，你们有什么发现？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3．揭示课题。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师：同学们真会观察！整数的因数的个数并不是都相同的，根据一个数因数的个数，我们可以引出质数和合数的概念，这也是我们今天要探究的内容。(板书课题：质数和合数)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1.学生独立找1～20各数的因数。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学生独立思考，找1～20各数的因数。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2．汇报交流，初步感知。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学生汇报，课件展示1～20各数的因数。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各个数的因数的个数不一样，并不是数越大因数的个数就越多，等等。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从学生熟悉的找一个数的因数入手，既复习旧知识，又认识到各个数的因数个数是不同的，为建立质数和合数的概念打下基础。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二、建立质数和合数的概念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1.分类活动。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师：根据因数的个数，你能将1～20分类吗？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师：同学们的分法都很有道理，数学家也把整数分为三类。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课件出示分类结果。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2．揭示概念。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(1)感性认知。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师：按这三个标准分类，是不是所有的整数都能找到自己的类别？举例看看。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师：21在哪类？22呢？23呢？24呢？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(2)归纳概念。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师：像2，3，23这样的数，只有1和它本身两个因数，叫作质数。(板书)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师：像4，6，8，9这样的数，除了1和它本身还有别的因数，叫作合数。(板书)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(3)理解概念。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师：仔细读一读这两个概念，想一想，判断一个数是质数还是合数，关键看什么？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师：在什么情况下，一个数一定是质数？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师：什么样的数才是合数？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师：1有几个因数？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师：非零自然数按照因数的个数可以分为几类？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3．巩固概念。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(1)师：说一说，20以内有哪些质数？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结合前面的认识学生说，教师板书：20以内的质数有：2，3，5，7，11，13，17，19。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(2)师：25是质数还是合数？29呢？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学生根据因数的个数分类，有的分成两类，即多于两个因数的数为一类，其余为一类；或者1只有1个因数，为一类，其余的为一类；有的分成三类，即1为一类，两个因数的为一类，多于两个因数的为一类。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关键看因数的个数。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学生说：“只有两个因数。”教师及时追问：“什么叫只有？哪两个因数？”引导学生说出“1和它本身”。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：“除了1和它本身还有别的因数的数。”教师追问：“合数至少有几个因数？合数的因数中可以肯定的有几个？是哪几个？”引导学生说出“合数至少有3个因数，可以肯定的因数有2个，分别是1和它本身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1只有1个因数，即它本身。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学生表述，教师板书：非零自然数分为质数、合数和1，1既不是质数，也不是合数。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学生判断后，让学生说说是怎么判断的，引导学生运用质数和合数的概念判断一个数是质数还是合数。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从20以内的数的分类到概念的建立，让学生经历由具体到抽象的过程，对质数、合数的认识由感性到理性。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三、自主选择方法，制作100以内的质数表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师：我们知道了质数、合数，来找一找100以内有哪些质数。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1.课件出示教科书P14例1。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2．明确活动任务。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师：做质数表是什么意思？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师：这么多的数，该如何找呢？仔细想一想你们有什么好的方法。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5．展示交流、课件同步呈现找的过程。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(1)交流找质数的方法。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师：都找出来了吗？你是怎么找的？谁来与大家分享一下？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师：划去了2、3、5的倍数后，剩下的数都是质数吗？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师：还要看哪些数的倍数？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师：为什么不接着看4、6、8、9、10的倍数？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师：需要看11的倍数吗？同桌讨论一下。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(2)回顾整理，归纳方法。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课件完整呈现100以内的质数表。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师：回顾一下我们刚才找100以内的质数的方法，想一想，判断一个数是不是质数，该怎么做？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师：回顾一下我们刚才找100以内的质数的方法，想一想，判断一个数是不是质数，该怎么做？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师生共同探讨，交流归纳出方法：像刚才这样依次划去除每个质数本身之外的所有倍数的方法叫作“筛法”，今后判断一个数是不是质数也经常用到，基本步骤是：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步：看是不是2、3、5的倍数，除了2、3、5本身以外，是2、3、5的倍数的数就不是质数；第二步，由小到大分别用其他质数(如7，11，13，…)去除这个数，看结果是否是整数，如果结果是整数，这个数就不是质数；第三步，找到两个相同数，它俩的积略大于这个数，直到试除的质数是小于这两个相同数的最大质数为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(3)举例应用，理解方法。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师：判断89是不是质数，怎么判断？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通过学生交流，引导学生明确，要一个不漏地找出100以内的质数。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3．交流讨论找质数的方法。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预设1：一个数一个数判断，看每个数有几个因数。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预设2：先把合数和1去掉，剩下的就是质数。师追问：判断一个数是否是合数，有什么好的方法呢？引导学生根据2、3、5的倍数特征先判断它们的倍数是不是合数(除了本身，其他倍数都是合数)。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4．学生自主找100以内的质数。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学生说划去2、3、5的倍数，2、3、5除外，课件同步呈现。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除了2、3、5外，找其他数的倍数，学生可能有点迷茫。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学生小组讨论，确定继续看哪些数，最终确定是7。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因为4、6、8、9、10的倍数一定是2、3、5的倍数，前面都已经划掉了。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不需要，因为11乘10就大于100了，而10以内的数乘11前面都已经试过了，所以只要看到10以内最大质数的倍数就可以了。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用2、3、5的倍数的特征判断，89不是2、3、5的倍数，用7试除，有余数，而10×10＝100，大于89，7是10以内最大的质数。再就不用试除了，除了1和89，再找不到其他因数，89就是质数。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本环节对于学生来说比较难，特别是要找哪个数的倍数，找到哪个数为止，是学生今后找100以内质数的重要方法。让学生充分地交流、探讨，在实践中理解和掌握方法。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虽然在今后的学习中，很少有判断一个数是否是质数的内容，但是经常会用到“筛法”来找一个数的因数，如互质数、公倍数、约分、通分等内容都需要学生用较小的质数去试除，在此，对方法进行整理提炼，为今后的学习奠定基础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四、实践应用，反馈评价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1.课件出示教科书P16“练习四”第1题。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(1)学生独立思考。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(2)全班交流解答，课件呈现答案。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2．课件出示教科书P16“练习四”第2题。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(1)学生在教科书上独立完成。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(2)全班交流，课件展示正确答案。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3．课件出示教科书P16“练习四”第3题。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(1)学生在教科书上独立完成。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(2)全班交流，课件展示正确答案。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学生会判断不正确，但判断方法有多种。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预设1：举例说明。如9是奇数，是合数。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预设2：2是偶数，但它是质数。强调2是唯一一个既是偶数又是质数的数，也是最小的质数。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预设3：除了质数外，有合数，还有1。1既不是质数，也不是合数。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预设4：如2是质数，3也是质数，2＋3＝5，而5是奇数。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引导学生选择有利条件入手解答。如“和是10，积是21的两个质数”，和是10的数很多，但是积是21的两个数只有3和7。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让学生通过辨析认识奇数与质数、偶数与合数、两个质数之和与偶数的交叉关系。记住1既不是质数，也不是合数，2是最小的质数，是唯一一个既是偶数又是质数的数。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进一步理解质数和合数的概念，辨析质数、合数、奇数、偶数这几个概念，沟通它们之间的联系。掌握判断一个数是质数还是合数的方法。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师：同学们，这节课你们有什么收获呢？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引导学生回顾梳理本课所学，完善认知结构，提升归纳与反思能力，核心问题："同学们，这节课你们有什么收获呢？"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教科书P14例1，完成教科书P16“练习四”中第1～3题。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1填一填。 一个质数只有( )个因数，一个合数至少有( )个因数。 在1～20中，质数有（ ），合数有（ ），( )既不是质数也不是合数。 (3)最小的质数是( )，最小的合数是( )。 （4）在括号里填上合适的质数。 16＝( )＋( ) 24＝( )－( ) 70＝( )×( )×( ) 2辨一辨。(对的画“√”，错的画“×”) 所有的质数都是奇数，所有的合数都是偶数。 （ ） 自然数可以分为奇数和偶数，也可以分为质数和合数。 （ ） (3)91是奇数，也是合数。 （ ） (4)两个质数的积一定是合数。 （ ） 3你知道下面的数各是多少吗？ 这两个数分别是（ ）和（ ）。 这两个数分别是（ ）和（ ）。 参考答案 (1)两 三 (2)2，3，5，7，11，13，17，19 4，6，8，9，10，12，14，15，16，18，20 1 (3)2 4 (4)5 11 29 5 2 5 7(前两小题答案均不唯一) (1)× (2)× (3)√ (4)√ (1)19 2 (2)4 13 【教学笔记】 【教学提示】 引导学生在不同的分类标准下，找到相同的特征。 【教学提示】 此处要引导学生说出判断的方法，为后面制作100以内的质数表打基础。 【教学提示】 找质数有点难，为了提升效率，先讨论，确定找的方法，再让学生自主找。 【教学提示】 如果时间充裕，可以让同桌之间互相举例，判断一个数是否是质数。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质数和合数对于学生来说，有点抽象，实际生活中也难以找到合适的原型，而且学生很容易产生质数都是奇数的错误认识。本节课的几道练习题，让学生辨析质数、合数与奇数、偶数的区别与联系，还是有少数学生区分不清，看来在后面的学习中还要加强这些内容的训练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3的倍数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3的倍数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因数和倍数（、5、3的倍数）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教学内容：教科书P10例2，完成教科书P10“做一做”及P11“练习三”中第3~5题。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教学准备：课件，每人一张百数表。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（1）通过自主探索，理解并掌握3的倍数的特征，能判断或写出3的倍数，促进数感的发展。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（2）通过观察、猜想、验证、推理、概括等活动经历探究3的倍数的特征的过程，培养观察、比较和分析、概括等能力，积累活动经验。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（3）通过主动参与探究、质疑问难等过程，获得探索数学结论的成功体验，培养科学探究精神。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教学重点：理解并掌握3的倍数的特征。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教学难点：能正确判断一个数是不是3的倍数。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一、回顾探究2、5的倍数的特征的过程，揭示课题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前面我们学习了2、5的倍数的特征，回顾一下，我们是怎样发现2、5的倍数的特征的？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二、探究3的倍数的特征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猜一猜，3的倍数的特征会是怎样的？；通过计算发现了什么？你们的猜测正确吗？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三、实践应用，深化理解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课件、教科书、数字卡片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下面用数字卡片摆出来的数中哪些是3的倍数？你是怎么判断的？；读一读，说出的数要符合哪些条件？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一、回顾探究2、5的倍数的特征的过程，揭示课题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1.回顾旧知识。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师：前面我们学习了2、5的倍数的特征，回顾一下，我们是怎样发现2、5的倍数的特征的？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师：本节课我们学习3的倍数的特征。（板书课题：3的倍数）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学生交流，教师引导归纳。2.揭示课题。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3的倍数的特征相对于2、5的倍数的特征比较隐蔽，不容易观察发现，生活中也找不到情境介入，通过回顾2、5的倍数的特征的探究历程，引导学生掌握一般的探究流程，为本节课的学习提供帮助。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二、探究3的倍数的特征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1.猜想。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师：猜一猜，3的倍数的特征会是怎样的？说说你的理由。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师：猜测是否正确，我们举例验证就行。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师：快速计算，根据你们的猜测，看看10，23，36，49这几个数是不是3的倍数。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师：通过计算发现了什么？你们的猜测正确吗？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3.利用探究经验，探索3的倍数的特征。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师：看来把2、5的倍数的特征直接迁移过来是不行的，我们还是要经历探究过程，自主去发现。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（1）借助百数表，找出3的倍数。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课件出示教科书P10例2。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师：请同学们拿出百数表，在表上用红笔涂出3的倍数。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（2）交流展示学生涂出的作品。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教师以某一个学生的百数表为例，引导学生涂出所有3的倍数，并结合学生的交流，课件呈现所有3的倍数。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（3）探索3的倍数的特征。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师：横着看，圈出3的倍数中的前10个数，个位上分别是哪些数字？（课件呈现）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师：判断一个数是不是3的倍数，只看个位行吗？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师：横着看不行，还可以怎样看？你发现了什么？小组内相互讨论。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师：哪个小组来汇报你们的发现？是怎么发现的？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师：根据大家的发现，你们能说说3的倍数有什么特征吗？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（4）深化理解，强化认识。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师：根据你们发现的规律，列举几个数试一试，看是不是3的倍数。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师：你们现在知道了3的倍数的特征吗？是怎样的？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按照思维惯性，可能很多学生会猜测个位上是0或3的数是3的倍数，或个位上是0，3，6，9的数是3的倍数。2.制造冲突，激发探究意识。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学生通过除法计算会发现10，23，49并不是3的倍数，36是3的倍数。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学生发现3的倍数与个位上的数无关。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学生自主涂色。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学生有前面涂色的经验和有序思考的习惯，在此会逐步涂出3的倍数。少数不能全部涂出来的同学，可以与同桌讨论一下，相互指导。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学生能很快找出前10个3的倍数，发现个位上的数有1~9和0，所以判断一个数是不是3的倍数，只看个位不行。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学生活动，组内讨论、交流。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有的竖着看，有的可能是斜着看。如果学生说到竖着看，就让其他学生发表自己的见解，通过辨析发现竖着看行不通。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学生从涂色的部分很快就能发现斜着看第一斜行：3，12，21，30；第二斜行：6,15,24,33,42,51,60，…十位上依次加1，个位上依次减1，各斜行中的数各位上的数的和不变，且都是3的倍数。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学生举例，其他同学一起计算验证。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学生表达，教师板书：一个数各位上的数的和是3的倍数，这个数就是3的倍数。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通过具体的数验证同学们的猜测，制造认知冲突，激发学生的问题意识，产生积极的探究需求。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前面验证猜想时已经感受到了3的倍数与个位上的数无关，在此，进一步借助百数表，让学生直接感受到3的倍数的特征跟个位上的数无关，减少受到2、5的倍数的特征的干扰。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借助课件降低学生观察发现规律的难度，让学生自主探索。学生通过观察、讨论、对比、类推，不断地尝试、校正，发现3的倍数的特征跟各位上的数的和有关，继而初步感知3的倍数的特征，同时积累探索活动的经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让学生自己举例、验证任意多位数是不是3的倍数，有利于培养学生的数感。同时从特殊到一般，经历归纳推理的一般过程，培养学生的探索意识，发展学生的推理、抽象、概括能力。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三、实践应用，深化理解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1.课件出示教科书P10“做一做”。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(1)判断哪些数字卡片摆出来的数是3的倍数。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师：下面用数字卡片摆出来的数中哪些是3的倍数？你是怎么判断的？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(2)师：在每个数后面增加一张卡片，使这个三位数成为3的倍数。说说你是怎么想的。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分组讨论，全班集中交流展示。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2．课件出示教科书P11“练习三”第3题。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(1)学生独立在教科书上圈出来。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(2)全班集中交流展示，课件呈现完整答案。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3．课件出示教科书P11“练习三”第4题。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(1)教师引导学生理解题意。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师：读一读，说出的数要符合哪些条件？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(2)学生独立思考，列举符合条件的数。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(3)汇报交流，提炼思维方法。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4．课件出示教科书P11“练习三”第5题。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(2)组内交流。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(3)全班集中评价。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学生有的可能一个一个地试除，有的可能直接求出两个数字的和，教师要引导学生理解，摆出来的数是不是3的倍数，跟数字的顺序无关，而是跟组成数的数字和有关，直接求出数字和就行。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这个问题对于学生来说有点难度，特别是58、47这两个数，本身不是3的倍数，要引导学生发散思维，发现规律，按规律补充卡片，将所有的可能都考虑到。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这道题是对3的倍数的特征及判断方法的巩固练习，根据3的倍数的特征，计算每个数各位上的数的和是不是3的倍数即可。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预设1：既是3的倍数，又是偶数。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预设2：既是5的倍数，又是奇数。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预设1: 3的倍数的偶数，个位上的数必须是偶数，可以先确定个位上的数，再根据各位上的数的和是3的倍数的特征确定其他数位上的数。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预设2: 5的倍数的奇数，个位上的数只能是5，个位上的数是5的数一定既是5的倍数，又是奇数，所以个位上的数是5的数都符合条件。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每个方框里填1个数字，使组成的每个数都是3的倍数,对学生而言并不是很难，但是要将所有的填法找出来，需要严谨的思维。学生汇报交流时，教师要关注学生的思维方法，引导学生有序思考。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这个问题第一问学生很容易解答，但是第二问是一个开放性的问题，答案不唯一，对于学生来说有点难度。组织学生小组合作，既能降低探究难度，也能智慧合作共享，感悟思维方法。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这是一道发散题，一是让学生掌握这类题的思考方法，二是培养学生思维的发散能力，养成严谨的思维品质。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师：通过本节课的学习，你们有哪些收获呢？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3的倍数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一个数各位上的数的和是3的倍数，这个数就是3的倍数。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教科书P10例2，完成教科书P10“做一做”及P11“练习三”中第3~5题。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1.辨一辨。(对的画“√”，错的画“×”) (1)个位上是3，6，9的数一定是3的倍数。( ) (2)3的倍数一定是奇数。( ) (3)同时是2和3的倍数的数一定是6的倍数。( ) (4)一个三位数各位上的数字都相同，这个三位数一定是3的倍数。( ) 2.要使下面各数都是3的倍数，□里分别可以填哪些数字？ 21□( ) □35 ( ) 2□8 ( ) □72 ( ) 154□ ( ) 6□32 ( ) 参考答案 1．(1)× (2)× (3)√ (4)√ 2．0，3，6，9 1，4，7 2，5，8 3，6，9 2，5，8 1，4，7eq \x(\a\vs4\al(教学资源),,,INCLUDEPICTURE"慕28.TIF") 【教学笔记】 【教学提示】 对于学生的各种猜测，只要合理就行，不要急于否定。 【教学提示】 3的倍数的特征比较隐蔽，要耐心倾听学生的想法。 【教学提示】 不仅仅要关注结果，更要关注学生的思维过程，提炼思维方法。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前面2、5的倍数的特征对于本节课学习来说，有一定的负迁移，恰好与学生的认知产生冲突，激发学生的探究欲望。但是3的倍数的特征非常抽象，学生只有亲身经历涂色，通过观察涂色，才能发现规律。我在思考，如果百数表中的涂色不给学生这么明显的暗示，学生是否能发现3的倍数的特征？我们该如何从数学本质上引导学生发现问题、提出问题、探寻规律？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因数和倍数的认识（2）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因数和倍数的认识（2）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教学内容：教科书P6例2、例3，完成教科书P7～8“练习二”中第2、5、7题。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（1）进一步体会因数和倍数的意义，培养数感。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（2）掌握找一个数的因数和倍数的方法，发现一个数的因数和倍数个数的特征，感受分类思想。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（3）体会数学知识之间的内在联系，培养思维的条理性和有序性。提升分析、概括和比较的能力。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教学重点：掌握找一个数的因数和倍数的方法。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教学难点：有序地找出一个数的因数和倍数。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一、回顾整理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二、探索找一个数的因数的方法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18的因数有哪些？；同学们用不同的方法找到了18的因数，你们觉得哪种方法好？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三、探索找一个数的倍数的方法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2的倍数有哪些？你是怎样找到的？；找到了2的倍数吗？找到了多少个？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四、巩固练习，形成技能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通过今天的学习，你们知道怎样找一个数的因数吗？一个数的因数有什么特点？；怎样找一个数的倍数？一个数的倍数有什么特点？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按照从前往后的顺序，一道题一道题解答，学生边说课件边展示结果。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对于2÷4，要求学生说清楚为什么没有谁是谁的因数，谁是谁的倍数。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回顾因数和倍数的意义，一方面加深理解，另一方面为本课时的学习作铺垫。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二、探索找一个数的因数的方法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1.设疑提问。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承接前面的口算题，教师提问：18的因数只有6和3吗？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2．课件出示教科书P6例2。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师：18的因数有哪些？独自思考，想办法找出18的所有因数。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(1)关注学生的解题方法，选择有代表性的方法交流。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(2)引导学生有序思考，归纳找一个数的因数的方法。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师：同学们用不同的方法找到了18的因数，你们觉得哪种方法好？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师引导学生发现：这两种方法每次能找出两个因数，而且不重复、不遗漏。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结合学生的回答，课件分别呈现列除法算式和乘法算式找一个数的因数的方法。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师小结：从最小的非0自然数1找起，一直找到它本身，找的过程中一对一对地找，写的时候从小到大写。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4．明确18的因数的表示方法。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师：(课件呈现，教师指着课件)像这种表示18的因数的方法，我们称之为列举法。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师：18的因数还有一种表示方法，就是图示法。(课件出示集合图)这个圈里的数都是18的因数，18的因数都写在这个圈里。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5．观察、发现一个数的因数的特征。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(1)找30的因数和36的因数。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师：我们已经找出了18的因数，你能找出30的因数有哪些吗？36的因数呢？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(2)发现、归纳一个数的因数的特征。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师：仔细观察找到的因数，你们发现了什么？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课件集中呈现18、30、36的全部因数。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师小结：一个数的最小因数是1，最大因数是它本身。一个数的因数的个数是有限的。(课件出示并板书)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学生议论纷纷，各抒己见，基本达成了18不是只有6和3两个因数的共识。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预设1：根据因数和倍数的意义，通过除法算式找18的因数。因为18÷1＝18，所以1和18是18的因数；18÷2＝9，所以2和9是18的因数；18÷3＝6，所以3和6是18的因数。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预设2：想哪两个整数的积是18，这两个整数就都是18的因数。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预设3：思路不是很清晰，一个一个地试。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列乘法或除法算式找。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学生自主解答后展示交流。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有的学生接受新知识比较慢，还不能一下子用到最优的方法，但是大部分学生都能有序找到30的因数和36的因数。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学生会根据各个数的因数发现部分特征，如都有因数1、每个数本身都是自己的因数等，但不一定能全面说出来。教师要引导学生将具体的数据抽象化。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尊重学生的个性思维，在学生已有的经验上交流分享，体验各种不同找法，在比较中感悟优化。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用集合图表示一个数的全部因数，为后面用交集图表示两个数的公因数打下基础。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学生通过自主探索，观察归纳出一个数的因数的特征，初步感受一个数的因数的个数是有限的，以及最大因数和最小因数的特征。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三、探索找一个数的倍数的方法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师：刚刚我们学习了找一个数的因数的方法，我们再来看看如何找一个数的倍数。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1．课件出示教科书P6例3。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师：2的倍数有哪些？你是怎样找到的？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师：找到了2的倍数吗？找到了多少个？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师：你们是怎么找的？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师：同学们用不同的方法找2的倍数，很不错。你们能继续找吗？写得完吗？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3．提炼找2的倍数的方法。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师：这么多种方法里面，你们觉得哪种方法好？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师小结：一般用乘法，用2分别去乘非零自然数，得到的积都是2的倍数。(课件出示)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师：写不完的我们用“…”表示。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4．明确2的倍数的表示方法。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师：与一个数的因数的表示方法一样，我们可以用列举法(课件展示)，也可以用图示法(课件呈现集合图)表示一个数的倍数。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5．自主找3、5的倍数。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6．观察、发现一个数的倍数的特征。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课件集中呈现2、3、5的倍数。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师：仔细观察，你发现这些数的倍数有哪些特征呢？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师小结：一个数的最小倍数是它本身，没有最大倍数。一个数的倍数的个数是无限的。(课件呈现并板书。)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学生独立自主解答。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2．交流展示找到的倍数及方法。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学生都会找2的倍数，但是找到的个数不相同，有的找得多，有的找得少。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预设1：利用除法算式找2的倍数。因为2÷2＝1，所以2是2的倍数，4÷2＝2，所以4是2的倍数……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预设2：利用乘法算式找2的倍数。因为2×1＝2，所以2是2的倍数，2×2＝4，所以4是2的倍数……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预设3：从小到大一个一个地试，如用4÷2，6÷2……看能不能得到整数商且没有余数。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不管哪种方法，学生都感觉写不完。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学生已经知道了找一个数的倍数的方法，而且3和5都比较小，用非零自然数分别去乘，得到的积很容易口算出来。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学生边说，课件边呈现找的方法和结果。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有了前面观察归纳的经验，学生很容易发现一个数的倍数的特征。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有了前面找一个数的因数的学习经验，找一个数的倍数及发现一个数的倍数的特征要容易一些，所以在环节设计中也要轻松一些。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四、巩固练习，形成技能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1.课件出示教科书P7“练习二”第2题。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（1）师：想一想怎样找不会遗漏，也不会重复。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（2）学生独立完成，交流答案，课件呈现答案。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2.课件出示教科书P7“练习二”第5题。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（1）学生独立思考后与同桌交流。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（2）课件出示答案。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3.课件出示教科书P8“练习二”第7题。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（1）学生在教科书上独立完成。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（2）全班集中交流，课件同步呈现正确答案。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第（1）题是考查因数的概念，后3题是考查倍数的概念，让学生根据所学知识说明理由。针对不同的想法，要让学生充分交流。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这道题具有一定的综合性，要关注解答错误的学生，让解答错误的学生说说自己是怎么想的。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师：通过今天的学习，你们知道怎样找一个数的因数吗？一个数的因数有什么特点？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师：怎样找一个数的倍数？一个数的倍数有什么特点？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引导学生回顾梳理本课所学，完善认知结构，提升归纳与反思能力，核心问题："通过今天的学习，你们知道怎样找一个数的因数吗？一个数的因数有什么特点？"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因数和倍数的认识（2）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因数的特征：一个数的最小因数是1，最大因数是它本身。一个数的因数的个数是有限的。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倍数的特征：一个数的最小倍数是它本身，没有最大倍数。一个数的倍数的个数是无限的。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教科书P6例2、例3，完成教科书P7～8“练习二”中第2、5、7题。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填一填。 (1)32÷1＝( )，32÷2＝( )，32÷( )＝( )，所以32的因数有（ ）。其中最小的因数是( )，最大的因数是( )。 (2)4×1＝( )，4×2＝( )，4×3＝( )，4×4＝( )，……所以4的倍数有( )。其中最小的倍数是( )，( )最大的倍数。 (3)1的因数有( )个，7的因数有( )个，12的因数有( )个，25的因数有( )个。 (4)15的倍数有( )个，70以内15的倍数有（ ）。 参考答案 (1)32 16 4 8 1，2，4，8，16，32 1 32 (2)4 8 12 16 4，8，12，16，… 4 没有 (3)1 2 6 3 (4)无数 15，30，45，60 【教学笔记】 【教学提示】 学生很难知道自己的方法是否与别人的相同，所以在学生自主探索时，教师要了解到各种不同的方法，展示时才会有条不紊。 【教学提示】 让学生经历逐步优化的过程，先让答案不完全的学生交流，再让有序思考的学生展示。 【教学提示】 要给那些接受新知识比较慢的学生慢慢成长的空间，在此教师主要引导学生交流有序找到一个数的倍数的方法。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在学生认识因数和倍数的基础上进行教学的。在找一个数的因数时，如何做到既不重复又不遗漏，对于刚刚对因数和倍数有感性认识的学生来说有一定的困难。教学时让学生充分交流，在交流辨析的过程中逐步优化。虽然用时比较长，但是效果很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奇偶性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奇偶性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因数和倍数（质数和合数）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教学内容：教科书P15例2，完成教科书P16～17“练习四”中第4～7题、“你知道吗？”。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教学准备：课件，喝水用的一次性杯子1个。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（1）掌握两个自然数相加之和的奇偶性的规律。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（2）在探究规律的过程中，培养学生的探究意识和推理能力。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（3）在解决问题中感受数学与生活的联系，体会应用价值，丰富解决问题的策略。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教学重点：两个数相加的和的奇偶性的确定。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教学难点：能应用数的奇偶性分析和解释生活中的一些简单问题。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一、游戏激趣，感知规律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翻动8次后，杯口朝上还是朝下？11次呢？；如果我翻动100次后，杯口朝哪里？119次呢？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二、自主探究，发现规律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从题目中你们知道了什么？；同学们用举例的方法发现了一些规律，这些规律是不是具有普遍性呢？可以用哪些方法验证？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三、拓展提升，深化认识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两个自然数相加，和的奇偶性我们可以确定，如果是多个自然数相加呢？；如果一组自然数相加，其中有偶数，也有奇数，在确定和的奇偶性时，该怎么办？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四、运用规律，内化规律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一、游戏激趣，感知规律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师：同学们，我们来做一个“翻杯子”的游戏，猜一猜杯口朝上还是朝下。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教师演示活动：拿出1个一次性杯子，请同学们认真观察，教师演示翻动杯子：开始杯口朝上，翻动1次，杯口朝下；翻动2次，杯口朝上；翻动3次，杯口又朝下；翻动4次，杯口又朝上……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师：翻动8次后，杯口朝上还是朝下？11次呢？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师：如果我翻动100次后，杯口朝哪里？119次呢？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师：老师没有翻，你们就能确定杯口朝上还是朝下，为什么呢？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杯子在翻动中，杯口的朝向确实是有规律的，跟杯子翻动的次数有关。奇数次，杯口朝下；偶数次，杯口朝上。同学们就是运用了奇偶性的规律对杯口的朝向作出了判断。生活中，还有很多问题涉及数的奇偶性。本节课我们就来研究奇偶性问题。(板书课题：奇偶性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学生猜测后，教师翻动杯子，验证学生的猜测。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学生会判断杯口朝上或朝下。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学生能发现杯子翻动是有规律的，“翻动奇数次，杯口朝下；翻动偶数次，杯口朝上”。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通过游戏活动，激发学生的学习热情，让学生初步感知规律。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二、自主探究，发现规律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1.阅读与理解。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(1)课件出示教科书P15例2。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(2)理解题意。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师：从题目中你们知道了什么？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教师引导学生对三个问题用算式表征，并用课件呈现。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2．分析与解答。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(1)举例探索，初步感受。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师：任意写几道两个除0以外的自然数相加的算式，看看它们的结果是奇数还是偶数。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(2)寻找依据，发现规律。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师：同学们用举例的方法发现了一些规律，这些规律是不是具有普遍性呢？可以用哪些方法验证？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那么，“奇数＋偶数”就是“(2n＋1)＋2m＝2(n＋m)＋1”，除以2有余数。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“奇数＋奇数”就是“(2n＋1)＋(2m＋1)＝(2n＋2m＋2)＝2(n＋m＋1)”，除以2没有余数。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“偶数＋偶数”就是“2n＋2m＝2(n＋m)”，除以2没有余数。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师：现在能总结发现的规律吗？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课件呈现。(教师板书)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奇数＋偶数＝奇数　奇数＋奇数＝偶数　偶数＋偶数＝偶数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3.回顾与反思。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师：这个结论正确吗？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引导学生找更大的数试一试。课件举例验证。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有的学生将题目用自己的语言叙述一遍；有的学生说，题目让我们去探索奇数、偶数的和。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学生自主写算式计算，再展示交流。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学生写出不同的算式进行计算，并交流自己的发现。学生会发现：一个奇数加一个偶数，和是奇数；一个奇数加一个奇数，和是偶数；一个偶数加一个偶数，和还是偶数。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有的学生想到用语言表述，一般学生继续列举更多的算式说明，有的学生想到用图形说明。师生边交流边用课件呈现。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预设1：继续举例，用算式说明。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预设2：用图形说明，结合图形尝试用字母表示数，将数与形结合起来理解。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预设3：通过说理探究，如用2n＋1表示奇数，用2m表示偶数。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学生用算式和语言表示自然数和的奇偶性规律。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让学生经历解决问题的全过程，运用举例、图示、叙述等方法验证发现的规律，丰富学生解决问题的策略，积累探究经验。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三、拓展提升，深化认识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师：两个自然数相加，和的奇偶性我们可以确定，如果是多个自然数相加呢？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(1)偶数＋偶数＋偶数＋……＋偶数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(2)奇数＋奇数＋奇数＋……＋奇数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师：如果一组自然数相加，其中有偶数，也有奇数，在确定和的奇偶性时，该怎么办？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师小结：多个自然数相加，就看加数中奇数的个数，如果加数中有奇数个奇数，和就是奇数；有偶数个奇数，和就是偶数。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学生采用不同的方法进行探究，如举例、画图、用字母推理等等，会发现：不管多少个偶数相加，和都是偶数；奇数个奇数相加，和是奇数；偶数个奇数相加，和是偶数。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小组讨论后交流探讨。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看这组数中有多少个奇数。因为不管多少个偶数相加，和都是偶数，不影响计算结果的奇偶性。如果这组数中有奇数个奇数，和就是奇数；有偶数个奇数，和就是偶数。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利用两数相加的经验，进行拓展延伸，引导学生探究多个数相加的和的奇偶性，培养学生的推理能力。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四、运用规律，内化规律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1.解决基本问题。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2．解决生活问题。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课件出示教科书P17“练习四”第5题。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(1)学生自主解答。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(2)同桌交流。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(3)集中评价。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3．拓展延伸。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课件出示教科书P16“练习四”第4题。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(1)学生独立探究积的奇偶性。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(2)全班展示交流。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(3)引导发现规律：奇数×奇数＝奇数　偶数×偶数＝偶数　奇数×偶数＝偶数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4．探究活动。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课件出示教科书P17“练习四”第7题，学生同桌之间交流。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师小结：6的倍数的特征：个位上的数是偶数；各位上的数的和是3的倍数。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5．数学文化。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(1)课件出示教科书P17“你知道吗？”，介绍“哥德巴赫猜想”。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(2)两人一组，根据“哥德巴赫猜想”玩一玩教科书P17第6题中的游戏。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全班交流展示，课件呈现解答过程。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30是偶数，分成甲、乙两队，也就是甲、乙两队的人数和是偶数。偶数个奇数的和是偶数，如果甲队人数为奇数，乙队人数也一定是奇数；多个偶数相加的和为偶数，如果甲队人数为偶数，乙队人数也一定为偶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有了前面的探究经验，学生都会举例探索，发现规律。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由于在前面的活动中，已经涉及“既是2的倍数，又是3的倍数的数的特征”，所以在此学生很容易知道6的倍数的特征。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学生说后，教师引导整理。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引导学生回顾梳理本课所学，完善认知结构，提升归纳与反思能力，核心问题："这节课你们有哪些收获呢？"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奇偶性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奇数+偶数=奇数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奇数+奇数=偶数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偶数+偶数=偶数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教科书P15例2，完成教科书P16～17“练习四”中第4～7题、“你知道吗？”。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1不计算，直接判断下面算式的结果是奇数还是偶数。 46＋27( ) 34＋108( ) 1＋2＋3＋…＋99( ) 13×72( ) 71×67( ) 2×1×3×5×…×49( ) 2如果2a＋3b＝2025(a、b均为非0自然数)，那么b是奇数还是偶数？请说明理由。 参考答案 1．奇数 偶数 偶数 偶数 奇数 偶数 2．b是奇数。理由：2a一定是偶数，2025是奇数，偶数加奇数的和才是奇数，故3b一定是奇数，而3是奇数，奇数乘奇数的积才是奇数，所以b是奇数。eq \x(\a\vs4\al(教学资源),,,INCLUDEPICTURE"慕42.TIF") 【教学笔记】 【教学提示】 可以反问学生：需要探究“偶数与奇数的和”吗？让学生明白“奇数＋偶数”与“偶数＋奇数”是同一类型。 【教学提示】 小学生很难自主想到用图形说明，教师要给予适当的提示。 【教学提示】 有了探究和的奇偶性的经验，此处学生自主探究应该不难。教学时要让学生充分地发表个人观点。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内容是为解决问题设计的，所以在教学过程中，我更注重让学生经历解决问题的过程，特别注重“阅读与理解”中学生对问题的表征方式，帮助学生理解探究问题。在探究和的奇偶性规律时，反复让学生通过举例、图示等方法理解规律，加深印象。所以在练习的探究活动中，学生相对比较轻松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练习课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练习课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第2单元 因数和倍数（、5、3的倍数）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知识基础方面，学生已经学习了一定的整数知识，如整数的认识、整数的四则运算及其应用。在认知方面，学生的抽象能力已经有了进一步的发展，具备了一定的思维基础，能够在活动中探索发现和总结归纳新的知识。但是本单元的概念比较抽象，而且概念又比较多，学生很容易混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教学内容：教科书P11~13“练习三”中第6~12题、“生活中的数学”。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（1）进一步理解并掌握2、5、3的倍数的特征，会准确判断2、5、3的倍数。促进数感的发展。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（2）知道2、5、3的倍数的特征及偶数与奇数之间的联系与区别，在运用概念的过程中，逐步发展数学的抽象能力与推理能力。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（3）在练习过程中感悟同时是2、5、3中任意两个数的倍数的特征，灵活运用这些特征解决问题。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教学重点：进一步理解并掌握2、5、3的倍数的特征。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教学难点：正确运用2、5、3的倍数的特征解决问题。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一、谈话导入，说说生活中的数学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你们观察过父母或者自己的公民身份号码吗？有什么规律？；你们还知道哪些地方用到了奇数、偶数的知识？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二、基础训练，加深理解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哪些数涂的是绿色？你是怎么想的？；哪些数是3的倍数？你是怎么知道的？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三、综合应用，巩固提升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你读到了哪些数学信息？；店员说得对吗？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四、探究4的倍数的特征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前面我们学习了2、3、5的倍数的特征，由它们的倍数的特征，你们能猜想一下4的倍数的特征吗？；2的倍数都是4的倍数吗？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五、自主练习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教科书P11～12、课件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六、课堂小结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通过本节课的学习，你们有哪些新的收获呢？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一、谈话导入，说说生活中的数学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师：前面我们学习了2、5、3的倍数的特征，想想生活中哪些地方用到了这些知识。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只要我们用心观察，生活中处处有数学。如我们数学书的页码，摊开书，左边的页码都是偶数，右边的页码都是奇数。（让学生翻开书看看）如果老师说看奇数页的内容时，你们会看书的哪一边啊？（书的右边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师：你们观察过父母或者自己的公民身份号码吗？有什么规律？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教师引导学生看教科书P13“生活中的数学”情境图。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师：公民身份号码中的第17位数字可以分辨性别，如1、3、5、7、9为男性，2、4、6、8、0为女性；所以通过一个人的公民身份号码我们就可以判断出此人的性别。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师：你们还知道哪些地方用到了奇数、偶数的知识？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师：这些知识都与我们的生活息息相关，本节课我们继续学习。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学生可能会说到买东西时，知道是否算错了钱数等生活问题，让学生自由表达。如果学生无法找到生活中数学的应用，教师可以直接介绍。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大型电影院、文化宫、报告厅等地方，每次参与的人比较多时，为了控制人流，就会设单双号；街道两边的门牌号；体育课时报数，单数出列……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让学生感受到数学知识在生活中的用处，用数学的眼光观察世界，培养学生的应用意识，激发学生学习数学的兴趣。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二、基础训练，加深理解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师：哪些数涂的是绿色？你是怎么想的？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师：哪些数是3的倍数？你是怎么知道的？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3．课件出示教科书P12“练习三”第8题。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师：个位上是3，6，9的数，都是3的倍数。对吗？为什么？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师：个位上是1，3，5，7，9的数，都是奇数。对吗？为什么？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师：在全部整数里，不是奇数就是偶数。对吗？说说理由。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学生口答，教师点击课件呈现答案。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判断一个数是否是2的倍数，只需看这个数的个位上的数是否是0，2，4，6或8即可。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学生口答，课件呈现答案。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一个数各位上的数的和是3的倍数，这个数就是3的倍数。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不对，学生直接说出3的倍数的特征，或者举例说明。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对。个位上是1，3，5，7，9的数都不是2的倍数，不是2的倍数的数就是奇数。或者，个位上是1，3，5，7，9的数除以2的结果都不是整数，所以是奇数。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对。因为所有的整数，个位数字要么是0，2，4，6，8，要么是1，3，5，7，9，所以不是奇数就是偶数。或者，因为所有的整数要么是2的倍数，要么不是2的倍数。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进一步巩固掌握2、3的倍数的特征，理解奇数和偶数的概念，落实基本的概念。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三、综合应用，巩固提升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1.课件出示教科书P12“练习三”第7题。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师：你读到了哪些数学信息？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师：店员说得对吗？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2．探究教科书P13“练习三”第12题。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(1)课件出示教科书P13“练习三”第12题。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(2)学生独立解答。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(3)展示交流，探究分享。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师：既是2和5的倍数，又是3的倍数的最小两位数是多少？你是怎么想的？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师：既是2的倍数，又是3的倍数的最小三位数是多少？最大三位数是多少？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引导学生思考：先找出既是2的倍数，又是3的倍数的数的特征，再来考虑三位数中最小和最大的数。或先找出最小数到最大数的范围，再考虑同时是2和3的倍数的特征。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引导学生读出数学信息：妈妈买了马蹄莲和郁金香，马蹄莲每枝10元，郁金香每枝5元。店员说妈妈应付87元。要判断店员说得对不对。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同桌间相互交流，并说明理由。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题中没有妈妈买的马蹄莲和郁金香的具体数量，有些学生可能不知道怎么入手，教师要引导学生理解，不需要具体的数量，根据应付的钱数的特征进行判断。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马蹄莲10元一枝，不管买几枝马蹄莲，它的总价是10的倍数，也就是整十数；郁金香每枝5元，不管买几枝郁金香，买郁金香的钱数一定是5的倍数。两个个位上是0或5的数相加，和的个位上也一定是0或5，而87的个位上不是0或5，所以店员说得不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预设2：马蹄莲10元一枝，10是5的倍数，买马蹄莲的钱数一定是5的倍数，郁金香每枝5元，5也是5的倍数，所以不管买几枝马蹄莲和郁金香，总价钱一定是5的倍数。而87不是5的倍数，所以店员说得不对。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预设1：既是2的倍数又是5的倍数的数末尾是0，就可以确定个位上是0，再来看十位上的数。各位上的数的和是3的倍数的数是3的倍数，0和3，6，9的和均是3的倍数，所以两位数可能是30，60，90，其中最小的数是30。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预设2：2和5的倍数中，两位数有10，20，30，40，50，60，…其中又是3的倍数的数最小是30。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预设3：既是2的倍数，又是5的倍数，这个数就是10的倍数，一个两位数既是10的倍数，又是3的倍数，就是3×10＝30，所以这个最小的两位数是30。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预设1：既是2的倍数，又是3的倍数，最小的是6，那么最小的三位数就是6的倍数。根据找6的倍数的方法，先估算，再试乘6×16＝96，6×17＝102，最小的三位数是102。166×6＝996，167×6＝1002，最大的三位数是996。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最小的三位数是10□，再考虑2的倍数，□里可以填0，2，4，6，8，又是3的倍数，那么1＋0＋□的和是3的倍数，□里最小填2，所以最小的数就是102；最大的三位数是99□，□里的数是偶数且9＋9＋□的和是3的倍数，□里最大填6，所以最大的三位数是996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运用5的倍数的特征解决实际问题，在运用的过程中进一步体会5的倍数的特征，提升学生解决问题的能力。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本题是一道综合性较强的问题，在解答问题的过程中探索10、6的倍数的特征，进一步增加学生的数学探究活动经验，培养学生的数学能力。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四、探究4的倍数的特征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1.师：前面我们学习了2、3、5的倍数的特征，由它们的倍数的特征，你们能猜想一下4的倍数的特征吗？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2．课件出示教科书P12“练习三”第11题的数表，让学生圈出4的倍数。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3．探究4的倍数与2的倍数的关系。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(1)根据学生的汇报交流，课件出示圈出的数。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(2)课件出示教科书P12“练习三”第11题第(1)问。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(3)师：2的倍数都是4的倍数吗？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4．探究4的倍数的特征。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(1)课件出示教科书P12“练习三”第11题第(2)问。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(2)课件出示200以内的数表，并涂出4的倍数让学生观察。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师生一起探讨、交流，发现：一个整数的末两位数是4的倍数，这个数就是4的倍数。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学生可能根据前面的经验，猜测个位数、各位数的和等，教师都不急于下结论，而是激励学生验证自己的猜想。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4的倍数的个位上都是偶数，所以4的倍数都是2的倍数。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2的倍数的个位上的数都是偶数，但是个位上的数是偶数的数不一定是4的倍数。所以2的倍数不一定都是4的倍数。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学生知道只看个位，不能判断一个数是不是4的倍数。但是由于数据有限，学生很难归纳出4的倍数的特征。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本题是一道探究性练习，运用前面探究2、3、5的倍数的特征的方法，通过观察、操作有所发现，积累活动经验，提升探究能力。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五、自主练习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1.学生自主完成教科书P11～12“练习三”第6、9、10题。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2.全班交流，反馈评价。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六、课堂小结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师：通过本节课的学习，你们有哪些新的收获呢？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引导学生回顾梳理本课所学，完善认知结构，提升归纳与反思能力，核心问题："通过本节课的学习，你们有哪些新的收获呢？"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教科书P11~13“练习三”中第6~12题、“生活中的数学”。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原设计安排：见“状元成才路”系列丛书《创优作业100分》对应课时作业。 1填一填。 (1)在1～20的自然数中，是3的倍数的有( )；既是3的倍数，又是2的倍数的有( )。 (2)127至少加上( )才是3的倍数，至少减去( )才是5的倍数。 (3)3的倍数中，最大的两位数是( )，最小的三位数是( )。 (4)同时是2，3，5的倍数的最小三位数是( )，最大三位数是( )。 2用eq \x(0)eq \x(2)eq \x(5)三张卡片按要求组成三位数。 (1)偶数： (2)奇数： (3)5的倍数： (4)同时是2和5的倍数： 3一个多位数要使这个数是3的倍数，□里最大填( )，最小填( )。(□里只能填一个数字。) 参考答案 1．(1)3，6，9，12，15，18 6，12，18 (2)2 2 (3)99 102 (4)120 990 2．(1)250，520，502 (2)205 (3)250，520，205 (4)250，520 3．8 2eq \x(\a\vs4\al(教学资源),,,INCLUDEPICTURE"知33.TIF") 【教学笔记】 【教学提示】 引导学生结合图文，完整、有序地读出数学信息。 【教学提示】 引导学生思考先考虑什么，满足哪些条件，再考虑什么，满足什么条件，培养学生有条理地分析问题的习惯。 【教学提示】 本环节只要求学有余力的学生探究，教师根据本班的实际情况处理，不对全班作要求。可以根据学生的学习情况取舍。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练习课中，除了巩固2、5、3的倍数的特征外，教科书还设计了很多综合性、开放性的习题，如涉及4、6、10的倍数的特征，需要学生有较强的分析、推理能力，大部分学生能通过分析推理，有条理地表述根据什么条件，知道什么，达到学习目标，但是有少部分学生却停留在“知道”的层面，综合分析的能力还需要进一步加强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