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人教版六年级数学上册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第1单元 确定位置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确定位置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图形与几何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5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单元开启课、活动探索课、自主整理课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教科书第1~15页，包括“用有序数对确定位置”和“用方向和距离确定位置”两部分，最后安排整理和复习。教材从学生熟悉的座位情境引出“列、行”与有序数对，再以海上搜救等情境引出“参照点+方向+距离”的定位方法，并安排“描述与绘制简单路线图”的综合应用。整理和复习中进一步沟通三种表示方法的联系：直线上一个数、平面内两个数（有序数对）、空间中三个数，帮助学生形成“用数学语言确定位置”的结构化认识。教学材料以教科书为主，辅以本单元配套课件（座位图、搜救情境图、路线图等）、量角器、直尺与方格纸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六年级学生在低年级已会用“第几排第几个”等方式描述位置，在认识数轴后初步体会“一个数确定直线上的一点”；但用统一、简洁的数学方法确定平面内点的位置尚属首次系统学习。常见困难：①认为描述位置只要一个数或一种说法，对“两个条件缺一不可”体会不深；②方向的表述不规范（说不准“谁偏谁多少度”）；③根据比例尺进行图上距离与实际距离的换算易错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单元素养目标：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空间观念：能在具体情境中用有序数对、方向与距离确定平面内点的位置，理解不同表示方法的本质与适用范围；② 几何直观：会画简单的平面图与路线图，借助图形分析和解决问题；③ 应用意识：感受确定位置在生活、军事、导航等领域的价值，形成用数学语言表达位置的习惯。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第1课时：在具体情境中认识列、行的定义，初步理解数对的含义，会用有序数对表示具体情境中物体的位置；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第2课时：在具体情境中能够认识平面图上的方向，掌握用方向和距离确定位置的方法；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第3课时：结合具体事例，根据方向和距离的描述，在图上确定某个点的位置；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第4课时：结合具体情境，掌握描述路线图的方法，能根据方向和距离绘制简单的路线图；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第5课时：熟练地掌握用有序数对确定位置与用方向和距离确定位置的知识，能熟练地应用知识；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充分利用座位图、搜救等真实情境，让学生经历“描述位置→说法不一产生歧义→需要统一标准”的过程，自主建构表示方法。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重视操作与测量：用量角器画方向、按比例尺算图上距离，在“定点—定方向—定距离”的绘图中落实方法。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加强两种方法的对比与沟通（数对：列、行两个数；方向距离：参照点、方向、距离），并提升到“直线—平面—空间”表示点所需数据的维度认识。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联系生活应用（电影票、停车位、地图导航、上学路线），让学生在用数学语言描述路线中体会价值。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用有序数对确定位置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在具体情境中认识列、行的定义，初步理解数对的含义，会用有序数对表示具体情境中物体的位置；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用方向和距离确定位置（1）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在具体情境中能够认识平面图上的方向，掌握用方向和距离确定位置的方法；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用方向和距离确定位置（2）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结合具体事例，根据方向和距离的描述，在图上确定某个点的位置；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用方向和距离确定位置（3）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结合具体情境，掌握描述路线图的方法，能根据方向和距离绘制简单的路线图；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自主整理课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熟练地掌握用有序数对确定位置与用方向和距离确定位置的知识，能熟练地应用知识；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注：课型依据温州市上课常规“单元开启课、活动探索课、专题练习课、自主整理课、主题拓展课”分类。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用有序数对确定位置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用有序数对确定位置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确定位置（确定位置）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会用“第几排第几个”描述同学位置，也知道数轴上一个数对应直线上一个点；但尚未学习用统一、简洁的方式表示平面内物体的位置，对“两个数、有顺序”缺少体会。本课从“怎样把张亮的位置说清楚”入手，引导学生在比较中体会统一表示方法的必要性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教学内容：教科书第2~3页例1及“做一做”、练习一第1~2题（认识列、行，理解有序数对的含义）。教学材料：座位情境图、课件（含“张亮在哪儿”情境）、方格纸。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（1）在具体情境中认识列、行的定义，初步理解数对的含义，会用有序数对表示具体情境中物体的位置；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（2）理解方格纸上数对的含义，能在平面内用有序数对表示物体的位置，知道方格纸上对应数对的位置；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（3）经历观察、操作、想象、猜测、分析和推理等过程，积累活动经验，提高空间想象力和推理能力，进一步发展空间观念和几何直观。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教学重点：理解有序数对的含义，会用有序数对表示具体情境中物体的位置。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教学难点：理解数对的“有序性”：（2,3）与（3,2）表示不同位置；同一列各点第一个数相同、同一行各点第二个数相同。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在“说法不一”的真实情境中产生统一表示位置的需要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座位情境图、课件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你知道张亮的位置在哪儿吗？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认识列、行，学会用“第几列第几行”描述位置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座位图、课件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竖排叫什么？横排叫什么？确定第几列、第几行分别怎样数？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理解有序数对的含义，会用数对表示位置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座位图、课件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（2,3）表示什么？（3,4）和（4,3）有什么不同？（6,3）是谁的位置？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在方格纸上用数对表示点，沟通与数轴的联系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方格纸、课件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怎样在一条直线上表示数？平面内的点又需要几个数？（2,a）表示哪些同学？（b,3）呢？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巩固应用，感受数对在生活中的广泛应用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教科书做一做、练习一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生活中还有哪些地方用两个数确定位置？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出示班级座位图（张亮、周明、孙芳、李小冬、赵雪、王艳）。提问：“你知道张亮的位置在哪儿吗？”鼓励学生用不同说法描述，追问：“这样描述有什么问题？怎样才能说得准确又简洁？”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观察座位图，尝试用“在孙芳的后面”“在周明的左边”“在第三排”等方式描述张亮的位置，发现说法很多、不够准确，产生统一表示方法的需求。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从真实座位情境出发，让学生在“描述—比较—发现歧义”中体会统一表示位置标准的必要性。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二、认识列与行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引导学生观察座位排列：竖排叫作列，确定第几列一般从左往右数；横排叫作行，确定第几行一般从前往后数。请学生指出第1列、第2列和第1行、第2行，再提问：“张亮在第几列、第几行？赵雪、王艳呢？”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在座位图上数一数、说一说，明确“列从左往右、行从前往后”的规则，能用“第几列第几行”准确说出张亮、赵雪、王艳的位置。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建立“列、行”的概念和统一的计数规则，为用两个数表示位置打下基础。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三、认识有序数对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讲解：张亮在第2列第3行，可以用一个有序数对（2,3）表示，两个数之间用逗号隔开。组织比较王艳（3,4）与赵雪（4,3），提问：“它们有什么不同？”再出示（6,3），让学生指出是谁的位置。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理解（2,3）中前一个数表示列、后一个数表示行；通过比较（3,4）与（4,3）发现“顺序不同，位置不同”，体会“有序数对”中“有序”的含义；能根据给定数对在图中找到对应同学。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在正反两方面的举例（数对→位置、位置→数对）中理解数对含义，突出“有序”这一本质特征。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四、平面内表示点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先引导学生回顾在直线上表示数的方法（画带方向的直线、定单位长度、找位置），再提出问题：“我们还可以用有序数对来表示平面内的点。”让学生在方格图上表示同学们的位置，追问：“同一列中三人的数对有什么相同点？同一行呢？（2,a）、（b,3）分别表示哪些同学的位置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在方格图上用数对表示同学们的位置，发现同一列的数对第一个数相同、同一行的第二个数相同；结合（2,a）、（b,3）理解数对中字母表示一类位置，实现从座位图到平面上点的抽象。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将座位图抽象为平面上的点，沟通“直线用1个数、平面用2个数”的联系，初步渗透坐标思想。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（照样子写出图中各点位置；标出各点连成封闭图形；找到座位并涂色再用数对表示）。展示生活中用数对确定位置的例子（地理坐标、电影院座位、停车位、医院床位），让学生说说各表示什么。最后小结本课收获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独立完成练习，交流“数对→点、点→数对”的对应；结合电影票“9排8座”、坐标“（经度,纬度）”等实例，感受有序数对在生活中的广泛应用。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在练习中巩固数对表示与读取，通过生活实例体会数学与生活的联系，增强应用意识。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用有序数对确定位置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竖排＝列（从左往右数）　　横排＝行（从前往后数）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张亮（2,3）→ 第2列第3行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王艳（3,4）≠ 赵雪（4,3）　顺序不同，位置不同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同一列：第一个数相同；同一行：第二个数相同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平面内表示点需要2个数（直线1个、平面2个、空间3个）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预习教科书第2~3页，用“第几列第几行”说一说自己座位的位置；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找一找生活中用“两个数”确定位置的例子（电影票、停车位、快递柜编号等），记录下来准备交流。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《数学作业本》本课时练习（用有序数对表示位置、根据数对找位置）；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实践作业：画一张自己房间的简易平面图，用有序数对标出床、书桌、书架的位置，下节课交流。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用方向和距离确定位置（1）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用方向和距离确定位置（1）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确定位置（确定位置）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会用有序数对确定位置，生活中也有“方向”的经验（东、南、西、北、东北等），但把“方向+距离”作为确定位置的两个条件、并用“××偏××多少度”规范表述还是第一次。本课易错点是方向角的表述和“观测点（参照点）”意识的建立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教学内容：教科书第5~6页例2及“做一做”（用方向和距离确定位置的方法）。教学材料：海上搜救情境图、课件（含方向标、比例尺）、量角器。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（1）在具体情境中能够认识平面图上的方向，掌握用方向和距离确定位置的方法；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（2）经历探究确定物体位置方法的过程，在由实物到绘制坐标图的抽象过程中初步渗透坐标法的思想，发展空间观念；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（3）在具体情境中感受数学与生活的密切联系，获得成功的体验。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教学重点：掌握用方向和距离确定位置的方法（确定参照点后，方向与距离缺一不可）。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教学难点：建立“参照点”意识；用“北偏东（西）××度”“东（西）偏南（北）××度”规范描述方向。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在真实情境中感受确定位置的需要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台风预警与搜救情境图、课件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说说可以从图中获得哪些信息？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体会“只有距离不能确定位置”，引出方向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课件演示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只用距离能确定渔船的具体位置吗？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在平面图上用方向和距离描述位置，归纳方法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平面图（方向标、比例尺）、课件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渔船在搜救船的什么方向上？距离是多少？怎样规范表述？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在练习中巩固用方向和距离确定位置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教科书做一做、中国地图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沈阳、上海、西安和乌鲁木齐分别在北京的什么方向上？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梳理方法，形成结构化认识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课件小结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在平面图上描述某个点的位置，分几步？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播放/出示台风预警情境，引出“一艘渔船遇到危险，需要紧急救援”，介绍海上搜救队通过雷达扫描发现目标：渔船距搜救船1500 m。提问：“说说可以从图中获得哪些信息？”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观察情境图，说出渔船与搜救船之间的距离等信息，发现“知道距离”还不能确定渔船的位置，产生进一步确定方向的需要。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以真实的搜救情境激发兴趣，让学生在提取信息中意识到确定位置需要更多条件。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二、探究：距离够吗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提出问题：“怎样描述渔船相对于搜救船的具体位置？以什么作为观测点比较合适？只用距离能确定吗？”结合课件演示：距离搜救船1500 m的点有无数个，还需要知道渔船在搜救船的什么方向上。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思考、讨论后明确：以搜救船为观测点便于观察；仅知道距离，渔船的位置有无数种可能，还必须知道方向，“方向+距离”缺一不可。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通过“反例”（无数个点）让学生真正理解确定位置的两个条件，培养思维的严密性。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三、用方向和距离描述位置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出示带方向标和比例尺（1 cm表示500 m）的平面图，组织小组讨论渔船的具体位置。引导学生量出角度，得出“渔船在搜救船的南偏东65°方向上，距离搜救船1500米”（也可说东偏南25°）。归纳：确定平面内一个物体的准确位置，要先确定参照点，再确定物体相对于参照点的方向和距离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小组合作，量角度、算距离（图距3 cm×500 m＝1500 m），用“××偏××××度、距离××”描述渔船位置；在交流中比较“南偏东65°”与“东偏南25°”两种表述，理解方向描述的一般规则。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在度量与表述中掌握方法，体会“参照点+方向+距离”的结构，发展空间观念。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①量一量，说一说沈阳、上海、西安和乌鲁木齐分别在北京的什么方向上；②以人民广场为参照点，量一量、填一填各场所的方向与距离；③找一幅中国地图，说一说北京在哈尔滨的什么方向、哈尔滨在北京的什么方向。提醒学生先找参照点、再看方向标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动手测量角度、读出距离并规范表述；在第③题中发现两个地点互为观测点时方向的“相对性”，进一步理解参照点在确定位置中的作用。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在真实地图与平面图练习中巩固方法，同时渗透“方向具有相对性”的认识。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引导学生共同小结：在平面图上描述某个点的位置，①确定参照点；②找到相对于参照点的距离和方向。比较本单元两种方法（数对、方向距离）的相同点：都需要两个条件。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用自己的语言归纳描述位置的两个步骤，体会两种确定位置方法的本质联系。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将方法提升为可迁移的步骤，为后续“在图上确定点”和“描述路线”作铺垫。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用方向和距离确定位置（1）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渔船在搜救船南偏东65°方向、距离1500 m处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　观测点（参照点）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　方向（量角度）＋距离（比例尺换算）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方法：①确定参照点　②找方向和距离　（二者缺一不可）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预习教科书第5~6页；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在家里找一张简单的地图或平面图，试着用“××偏××××度、距离××”描述一个地点相对于另一个地点的位置。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《数学作业本》本课时练习（用方向和距离描述位置）；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观察任务：记录一次天气预报中台风中心的位置描述（如“在东经××、北纬××”或“在某地偏东××度”），思考其中包含了哪些确定位置的条件。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用方向和距离确定位置（2）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用方向和距离确定位置（2）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确定位置（确定位置）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上节课学生学会了用方向和距离描述位置，本课反过来“根据描述在图上确定点的位置”，需要用量角器画方向、按比例尺换算距离。学生已学过角的度量与比例尺的初步应用，主要困难是操作中方向角的准确绘制和图上距离的换算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教学内容：教科书第7~8页“做一做”（根据方向和距离的描述在图上确定点的位置）。教学材料：搜救船情境图、校园平面图、量角器、直尺、课件（分步演示“定点—定方向—定距离”）。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（1）结合具体事例，根据方向和距离的描述，在图上确定某个点的位置；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（2）通过绘制平面图，培养动手操作能力，在活动中培养合作探究的意识和能力，积累活动经验，发展空间观念；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（3）联系生活实际，体会在图上准确地标出物体位置的重要性，感受数学就在身边，激发学习兴趣。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教学重点：会根据方向和距离的描述，在平面图上确定点的位置（定点、定方向、定距离）。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教学难点：用量角器准确画出指定方向；根据比例尺把实际距离换算为图上距离。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复习描述位置的方法，引出“在图上定点”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学校周边场所平面图、课件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医院、邮局、图书馆和商场分别在学校什么位置？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在图上标出指定点，归纳三步法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搜救船情境图、量角器、直尺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如何在图上标出货船的位置？分几步？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在应用中巩固绘图方法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教学楼、图书馆、体育馆分别在校门什么方向、多远？小刚家与学校的位置关系怎样说？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梳理绘图步骤，总结提升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课件小结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在平面图上确定某个点的具体位置，步骤是什么？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出示以学校为参照点的平面图，提问：“以学校为参照点，分别说说医院、邮局、图书馆和商场的位置。”追问：“反过来，如果给出方向和距离，你能在图上找到这个点吗？”引出本课任务。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用“××偏××××度、距离××米”描述各场所位置，进而思考：已知描述如何在图上标出点的位置。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由“描述→读数”自然过渡到“读数→定点”，明确本课学习任务，建立方法互逆的认识。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二、探究：在图上确定点的位置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出示例题：“一艘货船位于搜救船北偏西40°方向上，距离搜救船1000 m，请在图中标出货船的位置。”组织学生尝试后汇报，引导归纳三步：①定点：确定参照点，建立方向标；②定方向：用量角器确定该点相对于参照点的方向；③定距离：根据图上单位长度（1 cm表示500 m，1000 m画2 cm），用刻度尺确定距离。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在图上以搜救船为参照点画方向标，用量角器量出北偏西40°的方向，按比例尺算出图上距离2 cm并标出货船；在交流中明确“定点—定方向—定距离”的操作顺序。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把描述位置的方法“倒过来”用于绘图，在操作中理解方法的结构，培养动手能力与空间观念。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组织完成“做一做”：①在图中分别画出A岛的西偏北30°、西偏南40°和东偏南20°方向；②在平面图上标出校园内各建筑物（教学楼在校门正北150 m、图书馆北偏东35°方向150 m、体育馆西偏北40°方向200 m）；③量一量、说一说小刚家在学校的什么方向、学校在小刚家的什么方向，并照样子说说其他同学的家与学校的位置关系。提醒：先定参照点，再画方向，最后按比例尺定距离。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按要求画方向线、标位置，熟练“定点—定方向—定距离”；在第③题中发现“方向相反、距离不变”的位置相对性，能用规范语言描述两个地点的相互位置。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在画图与表述的多次练习中巩固方法，体会位置的相对性，发展几何直观。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引导学生小结：在平面图上确定某个点的具体位置——①定点；②定方向；③定距离。追问：三步中哪一步最容易出错？要注意什么？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复述三步法，交流操作中易错点（方向角方向弄反、比例尺换算错误），提出注意事项。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将操作经验提升为清晰的步骤，并通过易错点交流提高操作准确性。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用方向和距离确定位置（2）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在平面图上确定点的位置：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① 定点——确定参照点，建立方向标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② 定方向——用量角器量（画）角度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③ 定距离——按比例尺换算图上距离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例：货船在搜救船北偏西40°方向、1000 m处（1 cm＝500 m，画2 cm）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复习用量角器量角、画角；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预习教科书第7~8页“做一做”，准备量角器、直尺。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《数学作业本》本课时练习（根据方向和距离在图上确定点）；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综合任务：以自己家为参照点，在方格纸上标出学校、书店（或超市）的位置（自定比例尺），并用方向和距离描述。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用方向和距离确定位置（3）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用方向和距离确定位置（3）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确定位置（确定位置）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会用方向和距离描述两个地点的相对位置，本课学习多地点“路线”的描述与绘制。困难在于：①路线要分段描述，每段都要确定参照点；②往返路线“方向相反、距离不变”的理解；③根据文字描述一段一段地画出路线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教学内容：教科书第9页“做一做”及练习（描述路线图的方法、根据描述绘制简单路线图）。教学材料：小明放学回家路线图、课件（分段演示）、直尺、量角器、方格纸。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（1）结合具体情境，掌握描述路线图的方法，能根据方向和距离绘制简单的路线图；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（2）在绘制路线图的过程中，渗透数形结合思想，通过绘制路线图提高动手操作能力，形成几何直观；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（3）联系生活实际，培养合作意识，增强学好数学的信心。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教学重点：掌握描述路线图的方法：按行走路线确定每一个参照点，在每个参照点建立方向标，描述到下一地点的方向和距离。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教学难点：每段路线参照点的转换；往返时“方向相反、距离不变”；根据描述一段一段地绘制路线图。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在生活话题中感受描述路线的方法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你能说一说从家到学校的路线吗？怎样描述才清楚？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在分段观察中掌握描述路线的方法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小明放学回家路线图、课件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小明的回家路线分几段？每段的起点、终点在哪里？每段以什么为参照点、沿什么方向、走了多远？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在往返对比中理解位置的相对性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同一路线图、课件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小明从家到学校的路线怎样说？和放学回家的路线有什么相同与不同？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根据描述绘制路线图，实现方法互逆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教科书做一做、方格纸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根据同伴的描述，怎样画出路线示意图？先定什么？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总结方法，形成结构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课件小结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描述路线图的方法是什么？画路线图的步骤是什么？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谈话引入：“同学们，你们能说一说从家到学校的路线吗？怎样才能清楚地描述路线呢？”揭示课题：今天学习描述和绘制简单的路线图。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尝试用自己的话说从家到学校的路线，发现要说清楚“从哪里出发、向什么方向、走多远、到哪里”，体会分段描述的需要。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从熟悉的生活路线引入，激活经验，明确“清楚描述路线”的基本要素。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二、探究：描述路线图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小明放学回家的路线图（学校→邮局→书店→小明家）。提问：“观察情境图，你们能提取哪些信息？这条路线分为几段？每段的起点、终点在哪？每段以什么为参照点、沿着什么方向、移动了多少距离？”组织逐段表述：第1段以学校为参照点，向南偏东30°方向走200 m到达邮局；第2段以邮局为参照点，向东偏南30°方向走600 m到达书店；第3段以书店为参照点，向正东方向走540 m到家。最后让学生完整地说一遍。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观察路线图，数出路线分3段，逐段找出起点、终点、参照点、方向和距离；在教师引导下逐段规范表述，再完整连贯地说出小明回家的路线。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在“分段—定点—定向—定距”的观察表述中，掌握描述路线图的方法，培养有条理的表达。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三、往返路线的对比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提问：“你们能描述小明从家到学校的路线吗？”引导学生逆向描述：从家出发向正西走540 m到书店，再向西偏北30°方向走600 m到邮局，最后向北偏西30°方向走200 m到学校。追问：“往返路线的方向和距离有什么规律？”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逆向逐段描述，比较后发现：每一段的方向相反、距离不变，起点的参照点相应改变，进一步体会方向与距离在往返中的相对性。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通过往返对比深化对“参照点”和“方向相对性”的理解，提升思维的灵活性。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四、绘制路线图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出示“做一做”：根据描述“我沿正南方向走50 m到路口，再沿南偏西30°方向走100 m到公园”画路线图。提示方法：先确定起点、方向标和单位长度，再根据描述从起点出发，找好方向和距离，一段一段地画。组织同桌互说互画、互相检查。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明确画图步骤，按“起点—方向标—单位长度—逐段画”的顺序绘制路线图，并与同伴交流、互相检查修正。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在“根据描述画图”中实现“描述↔绘图”的方法互逆，培养动手能力与数形结合思想。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共同整理：①描述路线图的方法——先按行走路线确定每一个参照点，再在每个参照点位置建立方向标，描述到下一个地点所行走的方向和距离，每一步说清楚“从哪里走、向什么方向走多远、到达哪里”；②画路线图的步骤——先确定起点、方向标和单位长度，再根据描述一段一段地画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用自己的语言归纳描述与绘制路线图的方法步骤，形成本单元知识结构。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将本课方法与上两课时内容整合，完善“确定位置”单元的知识结构。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用方向和距离确定位置（3）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描述路线图：①按行走路线确定每一个参照点；②在每个参照点建立方向标，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　说清到下一地点的方向和距离（从哪里→什么方向→多远→到哪里）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画路线图：①定起点、方向标、单位长度；②逐段找方向和距离画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往返：方向相反、距离不变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回忆昨天学习的“定点—定方向—定距离”方法；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观察上学路上的一处转弯，记下大致方向与距离估计，准备课上交流。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《数学作业本》本课时练习（描述路线、绘制路线）；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综合任务：以家为起点，用方向和距离描述一条你熟悉的出行路线（如家→公园→书店），并画出路线示意图。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整理和复习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整理和复习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第1单元 确定位置（确定位置）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学习即将结束，学生已学完用有序数对、用方向和距离确定位置及描述、绘制路线。复习课前引导学生以小组为单位整理本单元知识，形成知识结构；复习中针对练习中反映的易错点（方向表述、相对位置、比例尺换算）进行巩固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教学内容：教科书第11~15页练习二（整理和复习）。教学材料：学生课前整理的知识结构图、课件（含练习二各题情境图）。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（1）熟练地掌握用有序数对确定位置与用方向和距离确定位置的知识，能熟练地应用知识；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（2）初步学会根据数学知识之间的内在联系整理有关图形的位置的知识，发展逻辑思维能力，提高解决简单实际问题的能力；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（3）激发参与热情，发展空间观念和几何直观。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教学重点：系统整理本单元两种确定位置的方法及其应用，形成知识网络。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教学难点：在综合问题中灵活选择方法，正确处理“互为参照点”的位置相对性。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回顾整理，建构单元知识结构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学生整理单、课件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确定平面内点的位置有哪些方法？它们之间有什么联系？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沟通直线、平面、空间表示点的联系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直线上、平面内、空间中表示点分别需要几个数？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综合运用，解决问题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教科书练习二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先找参照点，再判断方向和距离——这两个条件都确定了吗？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总结收获，提炼方法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通过今天的整理和复习，你们有哪些新的收获？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一、回顾整理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交流课前小组整理的知识结构图，共同梳理：确定位置有两种方法——用有序数对（需要列、行两个条件）、用方向和距离（确定参照点后需要方向、距离两个条件），并可用于描述路线。提问：“它们之间有什么联系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以小组为单位展示整理成果，互相补充，形成“确定位置”知识结构图，体会两种方法都需要两个条件的本质联系。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在自主整理与交流中建构知识网络，培养整理归纳能力。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二、沟通联系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出示对比图：直线上表示点仅需1个数，平面内需2个数（行和列两个方向），空间中需3个数（长、宽、高三个方向）。引导学生从“确定位置需要几个独立条件”的角度理解三种表示。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通过比较理解：确定位置所需数据的个数与空间的维度有关，初步形成“维度”的直观认识。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提升对确定位置本质的理解，发展空间观念与推理意识。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三、巩固运用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练习二第1~11题：①用有序数对表示药材位置并标出三七；②用有序数对表示建筑物位置并标出场所；③~⑤用方向和距离描述、标出场所（含石油勘探定位）；⑥说一说上学、放学路线；⑦用有序数对与方向距离两种方法描述位置并据描述标点、说路线；⑧数对与方向距离的换算；⑨据路线图填表并求平均速度；⑩补全公交路线图并描述原路返回；⑪设计“小小动物园”导游图。巡视指导，重点反馈“互为参照点”的题目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独立或合作完成练习，在“数对↔方向距离”的换算、相对位置描述、路线图绘制与阅读中灵活选择方法；针对错题交流注意事项（先定参照点、方向相反距离不变、比例尺换算）。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在丰富的问题情境中综合运用本单元知识，提高解决简单实际问题的能力。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提问：“通过今天的整理和复习，你们有哪些新的收获？”引导学生从知识、方法、应用三方面总结，强调“确定位置需要两个条件”“先定参照点”的核心经验。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畅谈收获，梳理本单元学习中的经验与方法，提出仍存在的疑问。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在反思中提炼学习方法，为后续图形与几何内容的学习积累经验。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整理和复习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确定位置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├ 用有序数对确定位置——列、行（两个数）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├ 用方向和距离确定位置——参照点＋方向＋距离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└ 描述/绘制路线——分段，逐段定参照点、方向、距离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直线1个数　平面2个数　空间3个数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以小组为单位整理本单元知识，用喜欢的方式（结构图、表格等）记录下来；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回顾练习二中自己做错的题，想一想错因。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《数学作业本》本单元综合练习；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拓展任务：收集一种生活中“定位”的例子（快递物流、GPS导航、棋盘等），下节课用1分钟向同学介绍其中的数学方法。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