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人教版六年级数学上册</w:t>
      </w:r>
    </w:p>
    <w:p>
      <w:pPr>
        <w:spacing w:after="80" w:line="300" w:lineRule="auto"/>
        <w:jc w:val="center"/>
      </w:pPr>
      <w:r>
        <w:rPr>
          <w:rFonts w:ascii="黑体" w:hAnsi="黑体" w:eastAsia="黑体"/>
          <w:b/>
          <w:sz w:val="26"/>
        </w:rPr>
        <w:t>第3单元 分数除法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分数除法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教科书第32~43页，内容包括倒数的认识、分数除以整数、一个数除以分数，以及运用单位“1”解决与分数除法有关的实际问题（工程问题），最后安排整理和复习。教材以“种植基地平均分”“烘焙社团准备牛奶和砂糖”“修复栈道”等情境引导学生探索算法，通过“除以一个数（0除外）等于乘这个数的倒数”把除法转化为乘法，并与分数乘法沟通联系。教学材料以教科书为主，辅以本单元配套课件（情境图、算理图示）、长方形纸条等操作材料。</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已掌握分数乘法的意义与计算，理解乘除法的互逆关系，会求一个数的倒数（本单元刚学）；但分数除法的算理（特别是分子不能被整数整除时怎么办）需要借助操作和图形理解。常见困难：①“除以一个数等于乘这个数的倒数”中“谁变谁不变”（除数变倒数、被除数不变、除号变乘号）；②工程问题中把总量看作单位“1”、用“工作总量÷工作效率之和”列式；③商与被除数大小关系的判断。</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① 运算能力：掌握分数除法的计算方法，能正确进行分数除法计算，理解算理；② 推理意识：经历“具体实例→验证→一般结论”的归纳过程，体会类比与化归思想；③ 模型意识：会用单位“1”解决工程问题等实际问题，建立“工作总量÷工作效率之和＝合作时间”的模型。</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第1课时：引导学生自主探究倒数的意义，掌握求一个数的倒数的方法，能正确地求出一个数的倒数；</w:t>
      </w:r>
    </w:p>
    <w:p>
      <w:pPr>
        <w:spacing w:after="20" w:line="300" w:lineRule="auto"/>
        <w:ind w:firstLine="400"/>
      </w:pPr>
      <w:r>
        <w:rPr>
          <w:rFonts w:ascii="宋体" w:hAnsi="宋体" w:eastAsia="宋体"/>
          <w:b w:val="0"/>
          <w:sz w:val="20"/>
        </w:rPr>
        <w:t>第2课时：在具体情境中借助已有经验理解分数除法的意义以及分数除以整数的算理，掌握分数除以整数的计算方法，能正确计算分数除以整数；</w:t>
      </w:r>
    </w:p>
    <w:p>
      <w:pPr>
        <w:spacing w:after="20" w:line="300" w:lineRule="auto"/>
        <w:ind w:firstLine="400"/>
      </w:pPr>
      <w:r>
        <w:rPr>
          <w:rFonts w:ascii="宋体" w:hAnsi="宋体" w:eastAsia="宋体"/>
          <w:b w:val="0"/>
          <w:sz w:val="20"/>
        </w:rPr>
        <w:t>第3课时：通过具体的问题情境，引导学生探索并理解一个数除以分数的算理及计算方法，能正确地进行分数除法的计算；</w:t>
      </w:r>
    </w:p>
    <w:p>
      <w:pPr>
        <w:spacing w:after="20" w:line="300" w:lineRule="auto"/>
        <w:ind w:firstLine="400"/>
      </w:pPr>
      <w:r>
        <w:rPr>
          <w:rFonts w:ascii="宋体" w:hAnsi="宋体" w:eastAsia="宋体"/>
          <w:b w:val="0"/>
          <w:sz w:val="20"/>
        </w:rPr>
        <w:t>第4课时：在探索解决问题方法的过程中，学会利用单位“1”解决与分数除法有关的实际问题；</w:t>
      </w:r>
    </w:p>
    <w:p>
      <w:pPr>
        <w:spacing w:after="20" w:line="300" w:lineRule="auto"/>
        <w:ind w:firstLine="400"/>
      </w:pPr>
      <w:r>
        <w:rPr>
          <w:rFonts w:ascii="宋体" w:hAnsi="宋体" w:eastAsia="宋体"/>
          <w:b w:val="0"/>
          <w:sz w:val="20"/>
        </w:rPr>
        <w:t>第5课时：在复习中进一步体会分数除法的意义，掌握分数除法的计算方法，熟练地进行除法计算，能熟练地解决和分数除法相关的实际问题；</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借助操作与图形理解算理：平均分的问题用画图（分份、取份）支撑“除以几就是乘几分之一”的理解。</w:t>
      </w:r>
    </w:p>
    <w:p>
      <w:pPr>
        <w:spacing w:after="20" w:line="300" w:lineRule="auto"/>
      </w:pPr>
      <w:r>
        <w:rPr>
          <w:rFonts w:ascii="宋体" w:hAnsi="宋体" w:eastAsia="宋体"/>
          <w:b w:val="0"/>
          <w:sz w:val="20"/>
        </w:rPr>
        <w:t>● 在对比中理解算法通用性：分子能被整除时两种方法都行，不能被整除时体会“乘倒数”的一般性。</w:t>
      </w:r>
    </w:p>
    <w:p>
      <w:pPr>
        <w:spacing w:after="20" w:line="300" w:lineRule="auto"/>
      </w:pPr>
      <w:r>
        <w:rPr>
          <w:rFonts w:ascii="宋体" w:hAnsi="宋体" w:eastAsia="宋体"/>
          <w:b w:val="0"/>
          <w:sz w:val="20"/>
        </w:rPr>
        <w:t>● 重视结论的验证：用计算验证、乘除关系与等式性质验证“除以一个数等于乘这个数的倒数”，培养推理能力。</w:t>
      </w:r>
    </w:p>
    <w:p>
      <w:pPr>
        <w:spacing w:after="20" w:line="300" w:lineRule="auto"/>
      </w:pPr>
      <w:r>
        <w:rPr>
          <w:rFonts w:ascii="宋体" w:hAnsi="宋体" w:eastAsia="宋体"/>
          <w:b w:val="0"/>
          <w:sz w:val="20"/>
        </w:rPr>
        <w:t>● 解决问题突出“假设—验证—抽象”：从假设具体数量到把总量看作单位“1”，体会设单位“1”的优越性，建立工程问题模型。</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倒数的认识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引导学生自主探究倒数的意义，掌握求一个数的倒数的方法，能正确地求出一个数的倒数；</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分数除以整数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在具体情境中借助已有经验理解分数除法的意义以及分数除以整数的算理，掌握分数除以整数的计算方法，能正确计算分数除以整数；</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一个数除以分数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通过具体的问题情境，引导学生探索并理解一个数除以分数的算理及计算方法，能正确地进行分数除法的计算；</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在探索解决问题方法的过程中，学会利用单位“1”解决与分数除法有关的实际问题；</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整理和复习（练习九）</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在复习中进一步体会分数除法的意义，掌握分数除法的计算方法，熟练地进行除法计算，能熟练地解决和分数除法相关的实际问题；</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倒数的认识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倒数的认识</w:t>
            </w:r>
          </w:p>
        </w:tc>
        <w:tc>
          <w:tcPr>
            <w:tcW w:type="dxa" w:w="6009"/>
          </w:tcPr>
          <w:p>
            <w:pPr>
              <w:spacing w:after="20" w:line="276" w:lineRule="auto"/>
            </w:pPr>
            <w:r/>
            <w:r>
              <w:rPr>
                <w:rFonts w:ascii="宋体" w:hAnsi="宋体" w:eastAsia="宋体"/>
                <w:b w:val="0"/>
                <w:sz w:val="20"/>
              </w:rPr>
              <w:t>第3单元 分数除法（分数除法）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学生已掌握分数乘法（乘积为1的算式很常见），观察“分子分母颠倒”的两个数乘积为1有亲切感；但“倒数”是描述两个数关系的概念，学生易误解为“某个数是倒数”或认为“倒数一定比原数小”。本课从计算比赛引入，引导发现、归纳概念。</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教学内容：教科书第32~33页（倒数的意义与求法）。教学材料：课件（计算比赛、概念归纳）、口算卡片。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（1）引导学生自主探究倒数的意义，掌握求一个数的倒数的方法，能正确地求出一个数的倒数；</w:t>
      </w:r>
    </w:p>
    <w:p>
      <w:pPr>
        <w:spacing w:after="20" w:line="300" w:lineRule="auto"/>
        <w:ind w:firstLine="400"/>
      </w:pPr>
      <w:r>
        <w:rPr>
          <w:rFonts w:ascii="宋体" w:hAnsi="宋体" w:eastAsia="宋体"/>
          <w:b w:val="0"/>
          <w:sz w:val="20"/>
        </w:rPr>
        <w:t>（2）在探究过程中，进一步培养观察、归纳、推理和概括能力；</w:t>
      </w:r>
    </w:p>
    <w:p>
      <w:pPr>
        <w:spacing w:after="20" w:line="300" w:lineRule="auto"/>
        <w:ind w:firstLine="400"/>
      </w:pPr>
      <w:r>
        <w:rPr>
          <w:rFonts w:ascii="宋体" w:hAnsi="宋体" w:eastAsia="宋体"/>
          <w:b w:val="0"/>
          <w:sz w:val="20"/>
        </w:rPr>
        <w:t>（3）感受数学活动的乐趣，体会数学内容之间的相互联系，增强学好数学的信心。</w:t>
      </w:r>
    </w:p>
    <w:p>
      <w:pPr>
        <w:spacing w:after="20" w:line="300" w:lineRule="auto"/>
      </w:pPr>
      <w:r>
        <w:rPr>
          <w:rFonts w:ascii="宋体" w:hAnsi="宋体" w:eastAsia="宋体"/>
          <w:b w:val="0"/>
          <w:sz w:val="20"/>
        </w:rPr>
        <w:t>教学重点：理解倒数的意义（乘积是1的两个数互为倒数），掌握求一个数的倒数的方法。</w:t>
      </w:r>
    </w:p>
    <w:p>
      <w:pPr>
        <w:spacing w:after="20" w:line="300" w:lineRule="auto"/>
      </w:pPr>
      <w:r>
        <w:rPr>
          <w:rFonts w:ascii="宋体" w:hAnsi="宋体" w:eastAsia="宋体"/>
          <w:b w:val="0"/>
          <w:sz w:val="20"/>
        </w:rPr>
        <w:t>教学难点：理解“互为倒数”是关系而非属性；1的倒数是1，0没有倒数。</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在计算比赛中发现规律</w:t>
            </w:r>
          </w:p>
        </w:tc>
        <w:tc>
          <w:tcPr>
            <w:tcW w:type="dxa" w:w="1814"/>
          </w:tcPr>
          <w:p>
            <w:pPr>
              <w:spacing w:after="20" w:line="276" w:lineRule="auto"/>
            </w:pPr>
            <w:r/>
            <w:r>
              <w:rPr>
                <w:rFonts w:ascii="宋体" w:hAnsi="宋体" w:eastAsia="宋体"/>
                <w:b w:val="0"/>
                <w:sz w:val="18"/>
              </w:rPr>
              <w:t>课件口算比赛</w:t>
            </w:r>
          </w:p>
        </w:tc>
        <w:tc>
          <w:tcPr>
            <w:tcW w:type="dxa" w:w="3402"/>
          </w:tcPr>
          <w:p>
            <w:pPr>
              <w:spacing w:after="20" w:line="276" w:lineRule="auto"/>
            </w:pPr>
            <w:r/>
            <w:r>
              <w:rPr>
                <w:rFonts w:ascii="宋体" w:hAnsi="宋体" w:eastAsia="宋体"/>
                <w:b w:val="0"/>
                <w:sz w:val="18"/>
              </w:rPr>
              <w:t>女生组做得又对又快，你知道其中的秘密吗？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归纳倒数概念</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观察女生组的题目，你们有什么发现？怎样理解“互为倒数”？</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探索求倒数的方法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互为倒数的两个数有什么特点？怎样找一个数的倒数？</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归纳方法，辨析易错</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求一个数的倒数，分几种情况？要注意什么？</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判断练习，深化理解</w:t>
            </w:r>
          </w:p>
        </w:tc>
        <w:tc>
          <w:tcPr>
            <w:tcW w:type="dxa" w:w="1814"/>
          </w:tcPr>
          <w:p>
            <w:pPr>
              <w:spacing w:after="20" w:line="276" w:lineRule="auto"/>
            </w:pPr>
            <w:r/>
            <w:r>
              <w:rPr>
                <w:rFonts w:ascii="宋体" w:hAnsi="宋体" w:eastAsia="宋体"/>
                <w:b w:val="0"/>
                <w:sz w:val="18"/>
              </w:rPr>
              <w:t>课件判断题</w:t>
            </w:r>
          </w:p>
        </w:tc>
        <w:tc>
          <w:tcPr>
            <w:tcW w:type="dxa" w:w="3402"/>
          </w:tcPr>
          <w:p>
            <w:pPr>
              <w:spacing w:after="20" w:line="276" w:lineRule="auto"/>
            </w:pPr>
            <w:r/>
            <w:r>
              <w:rPr>
                <w:rFonts w:ascii="宋体" w:hAnsi="宋体" w:eastAsia="宋体"/>
                <w:b w:val="0"/>
                <w:sz w:val="18"/>
              </w:rPr>
              <w:t>下面的说法对吗？为什么？</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一、计算比赛</w:t>
            </w:r>
          </w:p>
        </w:tc>
        <w:tc>
          <w:tcPr>
            <w:tcW w:type="dxa" w:w="3061"/>
          </w:tcPr>
          <w:p>
            <w:pPr>
              <w:spacing w:after="20" w:line="276" w:lineRule="auto"/>
            </w:pPr>
            <w:r/>
            <w:r>
              <w:rPr>
                <w:rFonts w:ascii="宋体" w:hAnsi="宋体" w:eastAsia="宋体"/>
                <w:b w:val="0"/>
                <w:sz w:val="18"/>
              </w:rPr>
              <w:t>组织男、女生两组口算比赛（女生组的算式都是乘积为1的分数乘法，男生组是一般乘法）。提问：“女生组做得又对又快，你知道其中的秘密吗？”引导学生观察女生组题目。</w:t>
            </w:r>
          </w:p>
        </w:tc>
        <w:tc>
          <w:tcPr>
            <w:tcW w:type="dxa" w:w="3061"/>
          </w:tcPr>
          <w:p>
            <w:pPr>
              <w:spacing w:after="20" w:line="276" w:lineRule="auto"/>
            </w:pPr>
            <w:r/>
            <w:r>
              <w:rPr>
                <w:rFonts w:ascii="宋体" w:hAnsi="宋体" w:eastAsia="宋体"/>
                <w:b w:val="0"/>
                <w:sz w:val="18"/>
              </w:rPr>
              <w:t>参与口算比赛，观察发现女生组每题的乘积都是1，且相乘的两个数分子、分母正好颠倒位置，产生探究兴趣。</w:t>
            </w:r>
          </w:p>
        </w:tc>
        <w:tc>
          <w:tcPr>
            <w:tcW w:type="dxa" w:w="1814"/>
          </w:tcPr>
          <w:p>
            <w:pPr>
              <w:spacing w:after="20" w:line="276" w:lineRule="auto"/>
            </w:pPr>
            <w:r/>
            <w:r>
              <w:rPr>
                <w:rFonts w:ascii="宋体" w:hAnsi="宋体" w:eastAsia="宋体"/>
                <w:b w:val="0"/>
                <w:sz w:val="18"/>
              </w:rPr>
              <w:t>以比赛形式激活课堂，让学生在观察中发现“乘积为1、分子分母颠倒”的特征。</w:t>
            </w:r>
          </w:p>
        </w:tc>
      </w:tr>
      <w:tr>
        <w:tc>
          <w:tcPr>
            <w:tcW w:type="dxa" w:w="1474"/>
          </w:tcPr>
          <w:p>
            <w:pPr>
              <w:spacing w:after="20" w:line="276" w:lineRule="auto"/>
            </w:pPr>
            <w:r>
              <w:rPr>
                <w:b/>
              </w:rPr>
            </w:r>
            <w:r>
              <w:rPr>
                <w:rFonts w:ascii="宋体" w:hAnsi="宋体" w:eastAsia="宋体"/>
                <w:b/>
                <w:sz w:val="18"/>
              </w:rPr>
              <w:t>二、认识倒数</w:t>
            </w:r>
          </w:p>
        </w:tc>
        <w:tc>
          <w:tcPr>
            <w:tcW w:type="dxa" w:w="3061"/>
          </w:tcPr>
          <w:p>
            <w:pPr>
              <w:spacing w:after="20" w:line="276" w:lineRule="auto"/>
            </w:pPr>
            <w:r/>
            <w:r>
              <w:rPr>
                <w:rFonts w:ascii="宋体" w:hAnsi="宋体" w:eastAsia="宋体"/>
                <w:b w:val="0"/>
                <w:sz w:val="18"/>
              </w:rPr>
              <w:t>组织小组讨论：“观察女生组的题目，看看有什么发现。”（两个数的乘积都是1；分子分母颠倒）再让学生举例写出几个这样的算式。引出概念：乘积是1的两个数互为倒数。强调：3/8的倒数是8/3，8/3的倒数是3/8；倒数是两个数之间的关系，不能单独说某个数是倒数。</w:t>
            </w:r>
          </w:p>
        </w:tc>
        <w:tc>
          <w:tcPr>
            <w:tcW w:type="dxa" w:w="3061"/>
          </w:tcPr>
          <w:p>
            <w:pPr>
              <w:spacing w:after="20" w:line="276" w:lineRule="auto"/>
            </w:pPr>
            <w:r/>
            <w:r>
              <w:rPr>
                <w:rFonts w:ascii="宋体" w:hAnsi="宋体" w:eastAsia="宋体"/>
                <w:b w:val="0"/>
                <w:sz w:val="18"/>
              </w:rPr>
              <w:t>小组讨论发现规律并举例，理解“互为倒数”的含义——一个数的倒数是与它乘积为1的数，体会倒数表示两个数之间的关系。</w:t>
            </w:r>
          </w:p>
        </w:tc>
        <w:tc>
          <w:tcPr>
            <w:tcW w:type="dxa" w:w="1814"/>
          </w:tcPr>
          <w:p>
            <w:pPr>
              <w:spacing w:after="20" w:line="276" w:lineRule="auto"/>
            </w:pPr>
            <w:r/>
            <w:r>
              <w:rPr>
                <w:rFonts w:ascii="宋体" w:hAnsi="宋体" w:eastAsia="宋体"/>
                <w:b w:val="0"/>
                <w:sz w:val="18"/>
              </w:rPr>
              <w:t>在观察、举例、讨论中归纳概念，准确理解“互为”的含义。</w:t>
            </w:r>
          </w:p>
        </w:tc>
      </w:tr>
      <w:tr>
        <w:tc>
          <w:tcPr>
            <w:tcW w:type="dxa" w:w="1474"/>
          </w:tcPr>
          <w:p>
            <w:pPr>
              <w:spacing w:after="20" w:line="276" w:lineRule="auto"/>
            </w:pPr>
            <w:r>
              <w:rPr>
                <w:b/>
              </w:rPr>
            </w:r>
            <w:r>
              <w:rPr>
                <w:rFonts w:ascii="宋体" w:hAnsi="宋体" w:eastAsia="宋体"/>
                <w:b/>
                <w:sz w:val="18"/>
              </w:rPr>
              <w:t>三、求倒数的方法</w:t>
            </w:r>
          </w:p>
        </w:tc>
        <w:tc>
          <w:tcPr>
            <w:tcW w:type="dxa" w:w="3061"/>
          </w:tcPr>
          <w:p>
            <w:pPr>
              <w:spacing w:after="20" w:line="276" w:lineRule="auto"/>
            </w:pPr>
            <w:r/>
            <w:r>
              <w:rPr>
                <w:rFonts w:ascii="宋体" w:hAnsi="宋体" w:eastAsia="宋体"/>
                <w:b w:val="0"/>
                <w:sz w:val="18"/>
              </w:rPr>
              <w:t>提问：“想一想，互为倒数的两个数有什么特点？”引导学生得出：两个数都是分数，分子分母交换位置；一个数是整数，另一个是分数且分子为1、分母为该整数。组织“找朋友”练习：下面哪两个数互为倒数？怎样找一个数的倒数？追问：“1和0有没有倒数？0.2有倒数吗？怎么求？”</w:t>
            </w:r>
          </w:p>
        </w:tc>
        <w:tc>
          <w:tcPr>
            <w:tcW w:type="dxa" w:w="3061"/>
          </w:tcPr>
          <w:p>
            <w:pPr>
              <w:spacing w:after="20" w:line="276" w:lineRule="auto"/>
            </w:pPr>
            <w:r/>
            <w:r>
              <w:rPr>
                <w:rFonts w:ascii="宋体" w:hAnsi="宋体" w:eastAsia="宋体"/>
                <w:b w:val="0"/>
                <w:sz w:val="18"/>
              </w:rPr>
              <w:t>归纳特点并练习找倒数；通过1×1＝1理解1的倒数是1；通过0与任何数相乘不可能为1理解0没有倒数；把0.2化成分数1/5后交换位置得5，并验证0.2×5＝1。</w:t>
            </w:r>
          </w:p>
        </w:tc>
        <w:tc>
          <w:tcPr>
            <w:tcW w:type="dxa" w:w="1814"/>
          </w:tcPr>
          <w:p>
            <w:pPr>
              <w:spacing w:after="20" w:line="276" w:lineRule="auto"/>
            </w:pPr>
            <w:r/>
            <w:r>
              <w:rPr>
                <w:rFonts w:ascii="宋体" w:hAnsi="宋体" w:eastAsia="宋体"/>
                <w:b w:val="0"/>
                <w:sz w:val="18"/>
              </w:rPr>
              <w:t>在分类找倒数的活动中掌握方法，在辨析中完善对倒数的认识。</w:t>
            </w:r>
          </w:p>
        </w:tc>
      </w:tr>
      <w:tr>
        <w:tc>
          <w:tcPr>
            <w:tcW w:type="dxa" w:w="1474"/>
          </w:tcPr>
          <w:p>
            <w:pPr>
              <w:spacing w:after="20" w:line="276" w:lineRule="auto"/>
            </w:pPr>
            <w:r>
              <w:rPr>
                <w:b/>
              </w:rPr>
            </w:r>
            <w:r>
              <w:rPr>
                <w:rFonts w:ascii="宋体" w:hAnsi="宋体" w:eastAsia="宋体"/>
                <w:b/>
                <w:sz w:val="18"/>
              </w:rPr>
              <w:t>四、归纳与辨析</w:t>
            </w:r>
          </w:p>
        </w:tc>
        <w:tc>
          <w:tcPr>
            <w:tcW w:type="dxa" w:w="3061"/>
          </w:tcPr>
          <w:p>
            <w:pPr>
              <w:spacing w:after="20" w:line="276" w:lineRule="auto"/>
            </w:pPr>
            <w:r/>
            <w:r>
              <w:rPr>
                <w:rFonts w:ascii="宋体" w:hAnsi="宋体" w:eastAsia="宋体"/>
                <w:b w:val="0"/>
                <w:sz w:val="18"/>
              </w:rPr>
              <w:t>引导学生归纳找倒数的方法：①求分数的倒数——分子、分母交换位置；②求整数（0除外）的倒数——先看成分母是1的分数，再交换位置；③求小数的倒数——先化成分数，再交换位置。注意：1的倒数是1，0没有倒数。组织完成“做一做”（写出下面各数的倒数）。</w:t>
            </w:r>
          </w:p>
        </w:tc>
        <w:tc>
          <w:tcPr>
            <w:tcW w:type="dxa" w:w="3061"/>
          </w:tcPr>
          <w:p>
            <w:pPr>
              <w:spacing w:after="20" w:line="276" w:lineRule="auto"/>
            </w:pPr>
            <w:r/>
            <w:r>
              <w:rPr>
                <w:rFonts w:ascii="宋体" w:hAnsi="宋体" w:eastAsia="宋体"/>
                <w:b w:val="0"/>
                <w:sz w:val="18"/>
              </w:rPr>
              <w:t>完成写倒数的练习，按三种类型说说方法，强化“1的倒数是1、0没有倒数”的特殊情况。</w:t>
            </w:r>
          </w:p>
        </w:tc>
        <w:tc>
          <w:tcPr>
            <w:tcW w:type="dxa" w:w="1814"/>
          </w:tcPr>
          <w:p>
            <w:pPr>
              <w:spacing w:after="20" w:line="276" w:lineRule="auto"/>
            </w:pPr>
            <w:r/>
            <w:r>
              <w:rPr>
                <w:rFonts w:ascii="宋体" w:hAnsi="宋体" w:eastAsia="宋体"/>
                <w:b w:val="0"/>
                <w:sz w:val="18"/>
              </w:rPr>
              <w:t>将方法结构化，通过特殊情况的辨析完善认知。</w:t>
            </w:r>
          </w:p>
        </w:tc>
      </w:tr>
      <w:tr>
        <w:tc>
          <w:tcPr>
            <w:tcW w:type="dxa" w:w="1474"/>
          </w:tcPr>
          <w:p>
            <w:pPr>
              <w:spacing w:after="20" w:line="276" w:lineRule="auto"/>
            </w:pPr>
            <w:r>
              <w:rPr>
                <w:b/>
              </w:rPr>
            </w:r>
            <w:r>
              <w:rPr>
                <w:rFonts w:ascii="宋体" w:hAnsi="宋体" w:eastAsia="宋体"/>
                <w:b/>
                <w:sz w:val="18"/>
              </w:rPr>
              <w:t>五、判断深化</w:t>
            </w:r>
          </w:p>
        </w:tc>
        <w:tc>
          <w:tcPr>
            <w:tcW w:type="dxa" w:w="3061"/>
          </w:tcPr>
          <w:p>
            <w:pPr>
              <w:spacing w:after="20" w:line="276" w:lineRule="auto"/>
            </w:pPr>
            <w:r/>
            <w:r>
              <w:rPr>
                <w:rFonts w:ascii="宋体" w:hAnsi="宋体" w:eastAsia="宋体"/>
                <w:b w:val="0"/>
                <w:sz w:val="18"/>
              </w:rPr>
              <w:t>出示判断题：①3/8和8/3的乘积为1，所以互为倒数；②1/2×2/1＝1，所以1/2和2/1互为倒数；③0的倒数还是0；④一个数的倒数一定比这个数小。组织学生判断并说明理由，重点分析④（真分数的倒数比原数大，整数（0、1除外）的倒数比原数小）。</w:t>
            </w:r>
          </w:p>
        </w:tc>
        <w:tc>
          <w:tcPr>
            <w:tcW w:type="dxa" w:w="3061"/>
          </w:tcPr>
          <w:p>
            <w:pPr>
              <w:spacing w:after="20" w:line="276" w:lineRule="auto"/>
            </w:pPr>
            <w:r/>
            <w:r>
              <w:rPr>
                <w:rFonts w:ascii="宋体" w:hAnsi="宋体" w:eastAsia="宋体"/>
                <w:b w:val="0"/>
                <w:sz w:val="18"/>
              </w:rPr>
              <w:t>逐题判断并说明理由，在讨论中深化对倒数概念的理解，纠正“倒数一定比原数小”的片面认识。</w:t>
            </w:r>
          </w:p>
        </w:tc>
        <w:tc>
          <w:tcPr>
            <w:tcW w:type="dxa" w:w="1814"/>
          </w:tcPr>
          <w:p>
            <w:pPr>
              <w:spacing w:after="20" w:line="276" w:lineRule="auto"/>
            </w:pPr>
            <w:r/>
            <w:r>
              <w:rPr>
                <w:rFonts w:ascii="宋体" w:hAnsi="宋体" w:eastAsia="宋体"/>
                <w:b w:val="0"/>
                <w:sz w:val="18"/>
              </w:rPr>
              <w:t>通过判断辨析，准确把握倒数概念的内涵与外延。</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倒数的认识</w:t>
      </w:r>
    </w:p>
    <w:p>
      <w:pPr>
        <w:spacing w:after="40" w:line="300" w:lineRule="auto"/>
      </w:pPr>
      <w:r>
        <w:rPr>
          <w:rFonts w:ascii="宋体" w:hAnsi="宋体" w:eastAsia="宋体"/>
          <w:b w:val="0"/>
          <w:sz w:val="20"/>
        </w:rPr>
        <w:t>概念：乘积是1的两个数互为倒数</w:t>
      </w:r>
    </w:p>
    <w:p>
      <w:pPr>
        <w:spacing w:after="40" w:line="300" w:lineRule="auto"/>
      </w:pPr>
      <w:r>
        <w:rPr>
          <w:rFonts w:ascii="宋体" w:hAnsi="宋体" w:eastAsia="宋体"/>
          <w:b w:val="0"/>
          <w:sz w:val="20"/>
        </w:rPr>
        <w:t>求法：①分数——分子分母交换位置</w:t>
      </w:r>
    </w:p>
    <w:p>
      <w:pPr>
        <w:spacing w:after="40" w:line="300" w:lineRule="auto"/>
      </w:pPr>
      <w:r>
        <w:rPr>
          <w:rFonts w:ascii="宋体" w:hAnsi="宋体" w:eastAsia="宋体"/>
          <w:b w:val="0"/>
          <w:sz w:val="20"/>
        </w:rPr>
        <w:t xml:space="preserve">　　　②整数（0除外）——看成分母是1的分数再交换</w:t>
      </w:r>
    </w:p>
    <w:p>
      <w:pPr>
        <w:spacing w:after="40" w:line="300" w:lineRule="auto"/>
      </w:pPr>
      <w:r>
        <w:rPr>
          <w:rFonts w:ascii="宋体" w:hAnsi="宋体" w:eastAsia="宋体"/>
          <w:b w:val="0"/>
          <w:sz w:val="20"/>
        </w:rPr>
        <w:t xml:space="preserve">　　　③小数——先化分数再交换</w:t>
      </w:r>
    </w:p>
    <w:p>
      <w:pPr>
        <w:spacing w:after="40" w:line="300" w:lineRule="auto"/>
      </w:pPr>
      <w:r>
        <w:rPr>
          <w:rFonts w:ascii="宋体" w:hAnsi="宋体" w:eastAsia="宋体"/>
          <w:b w:val="0"/>
          <w:sz w:val="20"/>
        </w:rPr>
        <w:t>注意：1的倒数是1；0没有倒数</w:t>
      </w:r>
    </w:p>
    <w:p>
      <w:pPr>
        <w:spacing w:after="40" w:line="300" w:lineRule="auto"/>
      </w:pPr>
      <w:r>
        <w:rPr>
          <w:rFonts w:ascii="宋体" w:hAnsi="宋体" w:eastAsia="宋体"/>
          <w:b w:val="0"/>
          <w:sz w:val="20"/>
        </w:rPr>
        <w:t>易错：倒数是两个数之间的关系，不能单独说某个数是倒数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复习分数乘法中乘积为1的算式（如2/3×3/2）；</w:t>
      </w:r>
    </w:p>
    <w:p>
      <w:pPr>
        <w:spacing w:after="40" w:line="300" w:lineRule="auto"/>
        <w:ind w:firstLine="400"/>
      </w:pPr>
      <w:r>
        <w:rPr>
          <w:rFonts w:ascii="宋体" w:hAnsi="宋体" w:eastAsia="宋体"/>
          <w:b w:val="0"/>
          <w:sz w:val="20"/>
        </w:rPr>
        <w:t>② 举例写出3组“分子分母颠倒”的分数，算算它们的乘积。</w:t>
      </w:r>
    </w:p>
    <w:p>
      <w:pPr>
        <w:spacing w:after="40" w:line="300" w:lineRule="auto"/>
        <w:ind w:firstLine="400"/>
      </w:pPr>
      <w:r>
        <w:rPr>
          <w:rFonts w:ascii="宋体" w:hAnsi="宋体" w:eastAsia="宋体"/>
          <w:b w:val="0"/>
          <w:sz w:val="20"/>
        </w:rPr>
        <w:t>课后跟进作业：</w:t>
      </w:r>
    </w:p>
    <w:p>
      <w:pPr>
        <w:spacing w:after="40" w:line="300" w:lineRule="auto"/>
        <w:ind w:firstLine="400"/>
      </w:pPr>
      <w:r>
        <w:rPr>
          <w:rFonts w:ascii="宋体" w:hAnsi="宋体" w:eastAsia="宋体"/>
          <w:b w:val="0"/>
          <w:sz w:val="20"/>
        </w:rPr>
        <w:t>① 《数学作业本》本课时练习（找倒数、判断）；</w:t>
      </w:r>
    </w:p>
    <w:p>
      <w:pPr>
        <w:spacing w:after="40" w:line="300" w:lineRule="auto"/>
        <w:ind w:firstLine="400"/>
      </w:pPr>
      <w:r>
        <w:rPr>
          <w:rFonts w:ascii="宋体" w:hAnsi="宋体" w:eastAsia="宋体"/>
          <w:b w:val="0"/>
          <w:sz w:val="20"/>
        </w:rPr>
        <w:t>② 辨析任务：收集一句生活中“倒数”的用法（如“倒数第一”），与数学中的倒数比较，下节课交流。</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分数除以整数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分数除以整数</w:t>
            </w:r>
          </w:p>
        </w:tc>
        <w:tc>
          <w:tcPr>
            <w:tcW w:type="dxa" w:w="6009"/>
          </w:tcPr>
          <w:p>
            <w:pPr>
              <w:spacing w:after="20" w:line="276" w:lineRule="auto"/>
            </w:pPr>
            <w:r/>
            <w:r>
              <w:rPr>
                <w:rFonts w:ascii="宋体" w:hAnsi="宋体" w:eastAsia="宋体"/>
                <w:b w:val="0"/>
                <w:sz w:val="20"/>
              </w:rPr>
              <w:t>第3单元 分数除法（分数除法）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学生刚学会求倒数，理解乘除法的互逆关系；本课探索分数除以整数。平均分的情境学生熟悉，易想到“分子÷整数”的方法，但遇到分子不能被整除时此方法失效，由此产生探索“乘倒数”一般方法的需求。</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教学内容：教科书第34页“做一做”（分数除以整数的计算方法）。教学材料：课件（种植基地情境、平均分图示）、长方形纸条。</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（1）在具体情境中借助已有经验理解分数除法的意义以及分数除以整数的算理，掌握分数除以整数的计算方法，能正确计算分数除以整数；</w:t>
      </w:r>
    </w:p>
    <w:p>
      <w:pPr>
        <w:spacing w:after="20" w:line="300" w:lineRule="auto"/>
        <w:ind w:firstLine="400"/>
      </w:pPr>
      <w:r>
        <w:rPr>
          <w:rFonts w:ascii="宋体" w:hAnsi="宋体" w:eastAsia="宋体"/>
          <w:b w:val="0"/>
          <w:sz w:val="20"/>
        </w:rPr>
        <w:t>（2）通过探究分数除以整数的计算方法，培养尝试计算、迁移算理、比较分析、抽象概括的能力，提高运算能力；</w:t>
      </w:r>
    </w:p>
    <w:p>
      <w:pPr>
        <w:spacing w:after="20" w:line="300" w:lineRule="auto"/>
        <w:ind w:firstLine="400"/>
      </w:pPr>
      <w:r>
        <w:rPr>
          <w:rFonts w:ascii="宋体" w:hAnsi="宋体" w:eastAsia="宋体"/>
          <w:b w:val="0"/>
          <w:sz w:val="20"/>
        </w:rPr>
        <w:t>（3）渗透“类比”“数形结合”等思想方法，提升数学素养，增强学习信心。</w:t>
      </w:r>
    </w:p>
    <w:p>
      <w:pPr>
        <w:spacing w:after="20" w:line="300" w:lineRule="auto"/>
      </w:pPr>
      <w:r>
        <w:rPr>
          <w:rFonts w:ascii="宋体" w:hAnsi="宋体" w:eastAsia="宋体"/>
          <w:b w:val="0"/>
          <w:sz w:val="20"/>
        </w:rPr>
        <w:t>教学重点：理解分数除以整数的算理，掌握“分数除以整数（0除外）等于乘这个整数的倒数”的计算方法。</w:t>
      </w:r>
    </w:p>
    <w:p>
      <w:pPr>
        <w:spacing w:after="20" w:line="300" w:lineRule="auto"/>
      </w:pPr>
      <w:r>
        <w:rPr>
          <w:rFonts w:ascii="宋体" w:hAnsi="宋体" w:eastAsia="宋体"/>
          <w:b w:val="0"/>
          <w:sz w:val="20"/>
        </w:rPr>
        <w:t>教学难点：理解“除以几就是乘几分之一”的算理；计算时“除数变倒数、被除数不变、除号变乘号”的规范操作。</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复习倒数与乘除关系</w:t>
            </w:r>
          </w:p>
        </w:tc>
        <w:tc>
          <w:tcPr>
            <w:tcW w:type="dxa" w:w="1814"/>
          </w:tcPr>
          <w:p>
            <w:pPr>
              <w:spacing w:after="20" w:line="276" w:lineRule="auto"/>
            </w:pPr>
            <w:r/>
            <w:r>
              <w:rPr>
                <w:rFonts w:ascii="宋体" w:hAnsi="宋体" w:eastAsia="宋体"/>
                <w:b w:val="0"/>
                <w:sz w:val="18"/>
              </w:rPr>
              <w:t>课件口算</w:t>
            </w:r>
          </w:p>
        </w:tc>
        <w:tc>
          <w:tcPr>
            <w:tcW w:type="dxa" w:w="3402"/>
          </w:tcPr>
          <w:p>
            <w:pPr>
              <w:spacing w:after="20" w:line="276" w:lineRule="auto"/>
            </w:pPr>
            <w:r/>
            <w:r>
              <w:rPr>
                <w:rFonts w:ascii="宋体" w:hAnsi="宋体" w:eastAsia="宋体"/>
                <w:b w:val="0"/>
                <w:sz w:val="18"/>
              </w:rPr>
              <w:t>根据乘法算式写出两个除法算式，依据是什么？</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在平均分情境中探索算法</w:t>
            </w:r>
          </w:p>
        </w:tc>
        <w:tc>
          <w:tcPr>
            <w:tcW w:type="dxa" w:w="1814"/>
          </w:tcPr>
          <w:p>
            <w:pPr>
              <w:spacing w:after="20" w:line="276" w:lineRule="auto"/>
            </w:pPr>
            <w:r/>
            <w:r>
              <w:rPr>
                <w:rFonts w:ascii="宋体" w:hAnsi="宋体" w:eastAsia="宋体"/>
                <w:b w:val="0"/>
                <w:sz w:val="18"/>
              </w:rPr>
              <w:t>种植基地情境图、长方形纸条</w:t>
            </w:r>
          </w:p>
        </w:tc>
        <w:tc>
          <w:tcPr>
            <w:tcW w:type="dxa" w:w="3402"/>
          </w:tcPr>
          <w:p>
            <w:pPr>
              <w:spacing w:after="20" w:line="276" w:lineRule="auto"/>
            </w:pPr>
            <w:r/>
            <w:r>
              <w:rPr>
                <w:rFonts w:ascii="宋体" w:hAnsi="宋体" w:eastAsia="宋体"/>
                <w:b w:val="0"/>
                <w:sz w:val="18"/>
              </w:rPr>
              <w:t>平均分问题用什么计算？1/2公顷平均分成2份，每份是多少？</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在变式中体会算法的一般性</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如果平均分成3个小组呢？能用“分子除以整数”的方法吗？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拓展与巩固</w:t>
            </w:r>
          </w:p>
        </w:tc>
        <w:tc>
          <w:tcPr>
            <w:tcW w:type="dxa" w:w="1814"/>
          </w:tcPr>
          <w:p>
            <w:pPr>
              <w:spacing w:after="20" w:line="276" w:lineRule="auto"/>
            </w:pPr>
            <w:r/>
            <w:r>
              <w:rPr>
                <w:rFonts w:ascii="宋体" w:hAnsi="宋体" w:eastAsia="宋体"/>
                <w:b w:val="0"/>
                <w:sz w:val="18"/>
              </w:rPr>
              <w:t>教科书做一做</w:t>
            </w:r>
          </w:p>
        </w:tc>
        <w:tc>
          <w:tcPr>
            <w:tcW w:type="dxa" w:w="3402"/>
          </w:tcPr>
          <w:p>
            <w:pPr>
              <w:spacing w:after="20" w:line="276" w:lineRule="auto"/>
            </w:pPr>
            <w:r/>
            <w:r>
              <w:rPr>
                <w:rFonts w:ascii="宋体" w:hAnsi="宋体" w:eastAsia="宋体"/>
                <w:b w:val="0"/>
                <w:sz w:val="18"/>
              </w:rPr>
              <w:t>带分数除以整数，怎么求？</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总结提升</w:t>
            </w:r>
          </w:p>
        </w:tc>
        <w:tc>
          <w:tcPr>
            <w:tcW w:type="dxa" w:w="1814"/>
          </w:tcPr>
          <w:p>
            <w:pPr>
              <w:spacing w:after="20" w:line="276" w:lineRule="auto"/>
            </w:pPr>
            <w:r/>
            <w:r>
              <w:rPr>
                <w:rFonts w:ascii="宋体" w:hAnsi="宋体" w:eastAsia="宋体"/>
                <w:b w:val="0"/>
                <w:sz w:val="18"/>
              </w:rPr>
              <w:t>课件小结</w:t>
            </w:r>
          </w:p>
        </w:tc>
        <w:tc>
          <w:tcPr>
            <w:tcW w:type="dxa" w:w="3402"/>
          </w:tcPr>
          <w:p>
            <w:pPr>
              <w:spacing w:after="20" w:line="276" w:lineRule="auto"/>
            </w:pPr>
            <w:r/>
            <w:r>
              <w:rPr>
                <w:rFonts w:ascii="宋体" w:hAnsi="宋体" w:eastAsia="宋体"/>
                <w:b w:val="0"/>
                <w:sz w:val="18"/>
              </w:rPr>
              <w:t>一个数除以整数，等于乘这个数的倒数——要注意什么？</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出示“说出下列各数的倒数”和“根据乘法算式5×8＝40，写出两个除法算式，并说一说依据是什么”。谈话：“前面我们已经学习了分数乘法，从今天开始学习分数除法。这节课我们先研究一个数除以整数。”</w:t>
            </w:r>
          </w:p>
        </w:tc>
        <w:tc>
          <w:tcPr>
            <w:tcW w:type="dxa" w:w="3061"/>
          </w:tcPr>
          <w:p>
            <w:pPr>
              <w:spacing w:after="20" w:line="276" w:lineRule="auto"/>
            </w:pPr>
            <w:r/>
            <w:r>
              <w:rPr>
                <w:rFonts w:ascii="宋体" w:hAnsi="宋体" w:eastAsia="宋体"/>
                <w:b w:val="0"/>
                <w:sz w:val="18"/>
              </w:rPr>
              <w:t>说出各数的倒数，写出除法算式并说出“乘法和除法是互为逆运算的关系”，体会除法是乘法的逆运算，为算法探索作准备。</w:t>
            </w:r>
          </w:p>
        </w:tc>
        <w:tc>
          <w:tcPr>
            <w:tcW w:type="dxa" w:w="1814"/>
          </w:tcPr>
          <w:p>
            <w:pPr>
              <w:spacing w:after="20" w:line="276" w:lineRule="auto"/>
            </w:pPr>
            <w:r/>
            <w:r>
              <w:rPr>
                <w:rFonts w:ascii="宋体" w:hAnsi="宋体" w:eastAsia="宋体"/>
                <w:b w:val="0"/>
                <w:sz w:val="18"/>
              </w:rPr>
              <w:t>复习倒数与乘除互逆关系，激活算法探索的知识基础。</w:t>
            </w:r>
          </w:p>
        </w:tc>
      </w:tr>
      <w:tr>
        <w:tc>
          <w:tcPr>
            <w:tcW w:type="dxa" w:w="1474"/>
          </w:tcPr>
          <w:p>
            <w:pPr>
              <w:spacing w:after="20" w:line="276" w:lineRule="auto"/>
            </w:pPr>
            <w:r>
              <w:rPr>
                <w:b/>
              </w:rPr>
            </w:r>
            <w:r>
              <w:rPr>
                <w:rFonts w:ascii="宋体" w:hAnsi="宋体" w:eastAsia="宋体"/>
                <w:b/>
                <w:sz w:val="18"/>
              </w:rPr>
              <w:t>二、探究算理</w:t>
            </w:r>
          </w:p>
        </w:tc>
        <w:tc>
          <w:tcPr>
            <w:tcW w:type="dxa" w:w="3061"/>
          </w:tcPr>
          <w:p>
            <w:pPr>
              <w:spacing w:after="20" w:line="276" w:lineRule="auto"/>
            </w:pPr>
            <w:r/>
            <w:r>
              <w:rPr>
                <w:rFonts w:ascii="宋体" w:hAnsi="宋体" w:eastAsia="宋体"/>
                <w:b w:val="0"/>
                <w:sz w:val="18"/>
              </w:rPr>
              <w:t>出示例1：“学校种植社团管理着一块1/2公顷的蔬菜种植基地。如果把这块地平均分给2个种植小组，每个种植小组的种植面积是多少公顷？“提问：”平均分问题，用什么计算？把1/2公顷平均分成2份，每份是多少？”组织学生用两种方法探索：方法一（整数除法意义）：把4个1/8公顷平均分成2份，每份是(4÷2)个1/8公顷，被除数的分子除以整数的商作分子，分母不变；方法二（分数的意义）：每份就是1/2公顷的1/2，即1/2×1/2。</w:t>
            </w:r>
          </w:p>
        </w:tc>
        <w:tc>
          <w:tcPr>
            <w:tcW w:type="dxa" w:w="3061"/>
          </w:tcPr>
          <w:p>
            <w:pPr>
              <w:spacing w:after="20" w:line="276" w:lineRule="auto"/>
            </w:pPr>
            <w:r/>
            <w:r>
              <w:rPr>
                <w:rFonts w:ascii="宋体" w:hAnsi="宋体" w:eastAsia="宋体"/>
                <w:b w:val="0"/>
                <w:sz w:val="18"/>
              </w:rPr>
              <w:t>借助折纸条或画图操作，理解“平均分成2份，每份就是原来的1/2”，用两种方法得出1/2÷2＝1/4（公顷），比较两种方法的联系。</w:t>
            </w:r>
          </w:p>
        </w:tc>
        <w:tc>
          <w:tcPr>
            <w:tcW w:type="dxa" w:w="1814"/>
          </w:tcPr>
          <w:p>
            <w:pPr>
              <w:spacing w:after="20" w:line="276" w:lineRule="auto"/>
            </w:pPr>
            <w:r/>
            <w:r>
              <w:rPr>
                <w:rFonts w:ascii="宋体" w:hAnsi="宋体" w:eastAsia="宋体"/>
                <w:b w:val="0"/>
                <w:sz w:val="18"/>
              </w:rPr>
              <w:t>在操作与画图中理解算理，体会“除以2就是乘1/2”的本质。</w:t>
            </w:r>
          </w:p>
        </w:tc>
      </w:tr>
      <w:tr>
        <w:tc>
          <w:tcPr>
            <w:tcW w:type="dxa" w:w="1474"/>
          </w:tcPr>
          <w:p>
            <w:pPr>
              <w:spacing w:after="20" w:line="276" w:lineRule="auto"/>
            </w:pPr>
            <w:r>
              <w:rPr>
                <w:b/>
              </w:rPr>
            </w:r>
            <w:r>
              <w:rPr>
                <w:rFonts w:ascii="宋体" w:hAnsi="宋体" w:eastAsia="宋体"/>
                <w:b/>
                <w:sz w:val="18"/>
              </w:rPr>
              <w:t>三、算法的一般性</w:t>
            </w:r>
          </w:p>
        </w:tc>
        <w:tc>
          <w:tcPr>
            <w:tcW w:type="dxa" w:w="3061"/>
          </w:tcPr>
          <w:p>
            <w:pPr>
              <w:spacing w:after="20" w:line="276" w:lineRule="auto"/>
            </w:pPr>
            <w:r/>
            <w:r>
              <w:rPr>
                <w:rFonts w:ascii="宋体" w:hAnsi="宋体" w:eastAsia="宋体"/>
                <w:b w:val="0"/>
                <w:sz w:val="18"/>
              </w:rPr>
              <w:t>追问：“如果平均分成3个种植小组呢？”让学生尝试用“分子除以整数”的方法，发现分子3不能被2整除（1/2÷3中分子1不能被3整除），方法一具有局限性。引导学生用方法二：把1/2公顷平均分成3份，每份就是1/2公顷的1/3，即1/2×1/3＝1/6（公顷）。归纳：分数除以整数（0除外），等于乘这个整数的倒数。强调易错点：把除数写成倒数，同时把“÷”变成“×”，被除数不变。</w:t>
            </w:r>
          </w:p>
        </w:tc>
        <w:tc>
          <w:tcPr>
            <w:tcW w:type="dxa" w:w="3061"/>
          </w:tcPr>
          <w:p>
            <w:pPr>
              <w:spacing w:after="20" w:line="276" w:lineRule="auto"/>
            </w:pPr>
            <w:r/>
            <w:r>
              <w:rPr>
                <w:rFonts w:ascii="宋体" w:hAnsi="宋体" w:eastAsia="宋体"/>
                <w:b w:val="0"/>
                <w:sz w:val="18"/>
              </w:rPr>
              <w:t>尝试计算并发现“分子÷整数”方法的局限，理解“乘倒数”方法的一般适用性；在对比中掌握算法及操作规范。</w:t>
            </w:r>
          </w:p>
        </w:tc>
        <w:tc>
          <w:tcPr>
            <w:tcW w:type="dxa" w:w="1814"/>
          </w:tcPr>
          <w:p>
            <w:pPr>
              <w:spacing w:after="20" w:line="276" w:lineRule="auto"/>
            </w:pPr>
            <w:r/>
            <w:r>
              <w:rPr>
                <w:rFonts w:ascii="宋体" w:hAnsi="宋体" w:eastAsia="宋体"/>
                <w:b w:val="0"/>
                <w:sz w:val="18"/>
              </w:rPr>
              <w:t>在方法对比中体会“乘倒数”的通用性，培养抽象概括能力。</w:t>
            </w:r>
          </w:p>
        </w:tc>
      </w:tr>
      <w:tr>
        <w:tc>
          <w:tcPr>
            <w:tcW w:type="dxa" w:w="1474"/>
          </w:tcPr>
          <w:p>
            <w:pPr>
              <w:spacing w:after="20" w:line="276" w:lineRule="auto"/>
            </w:pPr>
            <w:r>
              <w:rPr>
                <w:b/>
              </w:rPr>
            </w:r>
            <w:r>
              <w:rPr>
                <w:rFonts w:ascii="宋体" w:hAnsi="宋体" w:eastAsia="宋体"/>
                <w:b/>
                <w:sz w:val="18"/>
              </w:rPr>
              <w:t>四、拓展与练习</w:t>
            </w:r>
          </w:p>
        </w:tc>
        <w:tc>
          <w:tcPr>
            <w:tcW w:type="dxa" w:w="3061"/>
          </w:tcPr>
          <w:p>
            <w:pPr>
              <w:spacing w:after="20" w:line="276" w:lineRule="auto"/>
            </w:pPr>
            <w:r/>
            <w:r>
              <w:rPr>
                <w:rFonts w:ascii="宋体" w:hAnsi="宋体" w:eastAsia="宋体"/>
                <w:b w:val="0"/>
                <w:sz w:val="18"/>
              </w:rPr>
              <w:t>出示拓展：“带分数除以整数，怎么求？”引导得出：先把带分数化成假分数，再按分数除以整数的方法计算。组织完成“做一做”：①计算下面各题（提示：除以几就等于乘几分之一）；②小芳将长9/10 m的丝带剪成同样长的8段，每段丝带有多长？</w:t>
            </w:r>
          </w:p>
        </w:tc>
        <w:tc>
          <w:tcPr>
            <w:tcW w:type="dxa" w:w="3061"/>
          </w:tcPr>
          <w:p>
            <w:pPr>
              <w:spacing w:after="20" w:line="276" w:lineRule="auto"/>
            </w:pPr>
            <w:r/>
            <w:r>
              <w:rPr>
                <w:rFonts w:ascii="宋体" w:hAnsi="宋体" w:eastAsia="宋体"/>
                <w:b w:val="0"/>
                <w:sz w:val="18"/>
              </w:rPr>
              <w:t>掌握带分数先化假分数再计算；完成计算和实际问题，巩固“平均分用除法、除以几乘几分之一”的算法。</w:t>
            </w:r>
          </w:p>
        </w:tc>
        <w:tc>
          <w:tcPr>
            <w:tcW w:type="dxa" w:w="1814"/>
          </w:tcPr>
          <w:p>
            <w:pPr>
              <w:spacing w:after="20" w:line="276" w:lineRule="auto"/>
            </w:pPr>
            <w:r/>
            <w:r>
              <w:rPr>
                <w:rFonts w:ascii="宋体" w:hAnsi="宋体" w:eastAsia="宋体"/>
                <w:b w:val="0"/>
                <w:sz w:val="18"/>
              </w:rPr>
              <w:t>在拓展中完善认知，在练习中巩固算法，体会数学与生活的联系。</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引导学生小结本课知识，强调“一变（除数变倒数）、一不变（被除数不变）、符号变（÷变×）”的操作要领。</w:t>
            </w:r>
          </w:p>
        </w:tc>
        <w:tc>
          <w:tcPr>
            <w:tcW w:type="dxa" w:w="3061"/>
          </w:tcPr>
          <w:p>
            <w:pPr>
              <w:spacing w:after="20" w:line="276" w:lineRule="auto"/>
            </w:pPr>
            <w:r/>
            <w:r>
              <w:rPr>
                <w:rFonts w:ascii="宋体" w:hAnsi="宋体" w:eastAsia="宋体"/>
                <w:b w:val="0"/>
                <w:sz w:val="18"/>
              </w:rPr>
              <w:t>复述算法及操作要领，反思学习过程中“方法对比”的体会。</w:t>
            </w:r>
          </w:p>
        </w:tc>
        <w:tc>
          <w:tcPr>
            <w:tcW w:type="dxa" w:w="1814"/>
          </w:tcPr>
          <w:p>
            <w:pPr>
              <w:spacing w:after="20" w:line="276" w:lineRule="auto"/>
            </w:pPr>
            <w:r/>
            <w:r>
              <w:rPr>
                <w:rFonts w:ascii="宋体" w:hAnsi="宋体" w:eastAsia="宋体"/>
                <w:b w:val="0"/>
                <w:sz w:val="18"/>
              </w:rPr>
              <w:t>在总结中强化算法结构，为学习“一个数除以分数”作铺垫。</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分数除以整数（0除外）</w:t>
      </w:r>
    </w:p>
    <w:p>
      <w:pPr>
        <w:spacing w:after="40" w:line="300" w:lineRule="auto"/>
      </w:pPr>
      <w:r>
        <w:rPr>
          <w:rFonts w:ascii="宋体" w:hAnsi="宋体" w:eastAsia="宋体"/>
          <w:b w:val="0"/>
          <w:sz w:val="20"/>
        </w:rPr>
        <w:t>意义：平均分问题用除法</w:t>
      </w:r>
    </w:p>
    <w:p>
      <w:pPr>
        <w:spacing w:after="40" w:line="300" w:lineRule="auto"/>
      </w:pPr>
      <w:r>
        <w:rPr>
          <w:rFonts w:ascii="宋体" w:hAnsi="宋体" w:eastAsia="宋体"/>
          <w:b w:val="0"/>
          <w:sz w:val="20"/>
        </w:rPr>
        <w:t>算理：除以几就是求这个数的几分之一</w:t>
      </w:r>
    </w:p>
    <w:p>
      <w:pPr>
        <w:spacing w:after="40" w:line="300" w:lineRule="auto"/>
      </w:pPr>
      <w:r>
        <w:rPr>
          <w:rFonts w:ascii="宋体" w:hAnsi="宋体" w:eastAsia="宋体"/>
          <w:b w:val="0"/>
          <w:sz w:val="20"/>
        </w:rPr>
        <w:t>算法：分数除以整数＝分数×这个整数的倒数</w:t>
      </w:r>
    </w:p>
    <w:p>
      <w:pPr>
        <w:spacing w:after="40" w:line="300" w:lineRule="auto"/>
      </w:pPr>
      <w:r>
        <w:rPr>
          <w:rFonts w:ascii="宋体" w:hAnsi="宋体" w:eastAsia="宋体"/>
          <w:b w:val="0"/>
          <w:sz w:val="20"/>
        </w:rPr>
        <w:t>要领：除数变倒数，被除数不变，“÷”变“×”</w:t>
      </w:r>
    </w:p>
    <w:p>
      <w:pPr>
        <w:spacing w:after="40" w:line="300" w:lineRule="auto"/>
      </w:pPr>
      <w:r>
        <w:rPr>
          <w:rFonts w:ascii="宋体" w:hAnsi="宋体" w:eastAsia="宋体"/>
          <w:b w:val="0"/>
          <w:sz w:val="20"/>
        </w:rPr>
        <w:t>例：1/2÷3＝1/2×1/3＝1/6（公顷）</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复习求一个数的倒数；</w:t>
      </w:r>
    </w:p>
    <w:p>
      <w:pPr>
        <w:spacing w:after="40" w:line="300" w:lineRule="auto"/>
        <w:ind w:firstLine="400"/>
      </w:pPr>
      <w:r>
        <w:rPr>
          <w:rFonts w:ascii="宋体" w:hAnsi="宋体" w:eastAsia="宋体"/>
          <w:b w:val="0"/>
          <w:sz w:val="20"/>
        </w:rPr>
        <w:t>② 折一折：把一张长方形纸的1/2再平均分成3份，看看每份是这张纸的几分之几。</w:t>
      </w:r>
    </w:p>
    <w:p>
      <w:pPr>
        <w:spacing w:after="40" w:line="300" w:lineRule="auto"/>
        <w:ind w:firstLine="400"/>
      </w:pPr>
      <w:r>
        <w:rPr>
          <w:rFonts w:ascii="宋体" w:hAnsi="宋体" w:eastAsia="宋体"/>
          <w:b w:val="0"/>
          <w:sz w:val="20"/>
        </w:rPr>
        <w:t>课后跟进作业：</w:t>
      </w:r>
    </w:p>
    <w:p>
      <w:pPr>
        <w:spacing w:after="40" w:line="300" w:lineRule="auto"/>
        <w:ind w:firstLine="400"/>
      </w:pPr>
      <w:r>
        <w:rPr>
          <w:rFonts w:ascii="宋体" w:hAnsi="宋体" w:eastAsia="宋体"/>
          <w:b w:val="0"/>
          <w:sz w:val="20"/>
        </w:rPr>
        <w:t>① 《数学作业本》本课时练习（分数除以整数）；</w:t>
      </w:r>
    </w:p>
    <w:p>
      <w:pPr>
        <w:spacing w:after="40" w:line="300" w:lineRule="auto"/>
        <w:ind w:firstLine="400"/>
      </w:pPr>
      <w:r>
        <w:rPr>
          <w:rFonts w:ascii="宋体" w:hAnsi="宋体" w:eastAsia="宋体"/>
          <w:b w:val="0"/>
          <w:sz w:val="20"/>
        </w:rPr>
        <w:t>② 说理作业：向家长讲解“为什么除以3等于乘1/3”，并举一个折纸的例子。</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一个数除以分数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一个数除以分数</w:t>
            </w:r>
          </w:p>
        </w:tc>
        <w:tc>
          <w:tcPr>
            <w:tcW w:type="dxa" w:w="6009"/>
          </w:tcPr>
          <w:p>
            <w:pPr>
              <w:spacing w:after="20" w:line="276" w:lineRule="auto"/>
            </w:pPr>
            <w:r/>
            <w:r>
              <w:rPr>
                <w:rFonts w:ascii="宋体" w:hAnsi="宋体" w:eastAsia="宋体"/>
                <w:b w:val="0"/>
                <w:sz w:val="20"/>
              </w:rPr>
              <w:t>第3单元 分数除法（分数除法）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学生已掌握分数除以整数的算法，会通过画图分析“已知一个数的几分之几是多少，求这个数”的问题。本课把算法推广到除数是分数的情况，并通过计算验证、乘除关系与等式性质证明一般结论，推理要求明显提高。</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教学内容：教科书第36~37页“做一做”（一个数除以分数的算理与算法）。教学材料：课件（烘焙情境、图示、验证过程）、方格纸。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（1）通过具体的问题情境，引导学生探索并理解一个数除以分数的算理及计算方法，能正确地进行分数除法的计算；</w:t>
      </w:r>
    </w:p>
    <w:p>
      <w:pPr>
        <w:spacing w:after="20" w:line="300" w:lineRule="auto"/>
        <w:ind w:firstLine="400"/>
      </w:pPr>
      <w:r>
        <w:rPr>
          <w:rFonts w:ascii="宋体" w:hAnsi="宋体" w:eastAsia="宋体"/>
          <w:b w:val="0"/>
          <w:sz w:val="20"/>
        </w:rPr>
        <w:t>（2）进一步培养推理、概括能力和运用数形结合的方法解决问题的能力；</w:t>
      </w:r>
    </w:p>
    <w:p>
      <w:pPr>
        <w:spacing w:after="20" w:line="300" w:lineRule="auto"/>
        <w:ind w:firstLine="400"/>
      </w:pPr>
      <w:r>
        <w:rPr>
          <w:rFonts w:ascii="宋体" w:hAnsi="宋体" w:eastAsia="宋体"/>
          <w:b w:val="0"/>
          <w:sz w:val="20"/>
        </w:rPr>
        <w:t>（3）激发学习数学的兴趣，体会学习数学的价值。</w:t>
      </w:r>
    </w:p>
    <w:p>
      <w:pPr>
        <w:spacing w:after="20" w:line="300" w:lineRule="auto"/>
      </w:pPr>
      <w:r>
        <w:rPr>
          <w:rFonts w:ascii="宋体" w:hAnsi="宋体" w:eastAsia="宋体"/>
          <w:b w:val="0"/>
          <w:sz w:val="20"/>
        </w:rPr>
        <w:t>教学重点：理解一个数除以分数的算理，掌握“一个数除以分数等于乘这个分数的倒数”的计算方法。</w:t>
      </w:r>
    </w:p>
    <w:p>
      <w:pPr>
        <w:spacing w:after="20" w:line="300" w:lineRule="auto"/>
      </w:pPr>
      <w:r>
        <w:rPr>
          <w:rFonts w:ascii="宋体" w:hAnsi="宋体" w:eastAsia="宋体"/>
          <w:b w:val="0"/>
          <w:sz w:val="20"/>
        </w:rPr>
        <w:t>教学难点：画图理解“已知一个数的几分之几是多少，求这个数”的算理；用多种方法验证“除以一个数等于乘这个数的倒数”。</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复习引入，提出猜想</w:t>
            </w:r>
          </w:p>
        </w:tc>
        <w:tc>
          <w:tcPr>
            <w:tcW w:type="dxa" w:w="1814"/>
          </w:tcPr>
          <w:p>
            <w:pPr>
              <w:spacing w:after="20" w:line="276" w:lineRule="auto"/>
            </w:pPr>
            <w:r/>
            <w:r>
              <w:rPr>
                <w:rFonts w:ascii="宋体" w:hAnsi="宋体" w:eastAsia="宋体"/>
                <w:b w:val="0"/>
                <w:sz w:val="18"/>
              </w:rPr>
              <w:t>课件口算</w:t>
            </w:r>
          </w:p>
        </w:tc>
        <w:tc>
          <w:tcPr>
            <w:tcW w:type="dxa" w:w="3402"/>
          </w:tcPr>
          <w:p>
            <w:pPr>
              <w:spacing w:after="20" w:line="276" w:lineRule="auto"/>
            </w:pPr>
            <w:r/>
            <w:r>
              <w:rPr>
                <w:rFonts w:ascii="宋体" w:hAnsi="宋体" w:eastAsia="宋体"/>
                <w:b w:val="0"/>
                <w:sz w:val="18"/>
              </w:rPr>
              <w:t>当除数是整数时，可以转化为乘这个整数的倒数。那么，当除数是分数的时候，又该怎么计算呢？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画图探究一个数除以分数的算理</w:t>
            </w:r>
          </w:p>
        </w:tc>
        <w:tc>
          <w:tcPr>
            <w:tcW w:type="dxa" w:w="1814"/>
          </w:tcPr>
          <w:p>
            <w:pPr>
              <w:spacing w:after="20" w:line="276" w:lineRule="auto"/>
            </w:pPr>
            <w:r/>
            <w:r>
              <w:rPr>
                <w:rFonts w:ascii="宋体" w:hAnsi="宋体" w:eastAsia="宋体"/>
                <w:b w:val="0"/>
                <w:sz w:val="18"/>
              </w:rPr>
              <w:t>烘焙情境图、课件图示</w:t>
            </w:r>
          </w:p>
        </w:tc>
        <w:tc>
          <w:tcPr>
            <w:tcW w:type="dxa" w:w="3402"/>
          </w:tcPr>
          <w:p>
            <w:pPr>
              <w:spacing w:after="20" w:line="276" w:lineRule="auto"/>
            </w:pPr>
            <w:r/>
            <w:r>
              <w:rPr>
                <w:rFonts w:ascii="宋体" w:hAnsi="宋体" w:eastAsia="宋体"/>
                <w:b w:val="0"/>
                <w:sz w:val="18"/>
              </w:rPr>
              <w:t>砂糖质量×4/5＝牛奶质量，怎样列式？怎样计算？画个图试试吧。</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归纳算法并验证一般结论</w:t>
            </w:r>
          </w:p>
        </w:tc>
        <w:tc>
          <w:tcPr>
            <w:tcW w:type="dxa" w:w="1814"/>
          </w:tcPr>
          <w:p>
            <w:pPr>
              <w:spacing w:after="20" w:line="276" w:lineRule="auto"/>
            </w:pPr>
            <w:r/>
            <w:r>
              <w:rPr>
                <w:rFonts w:ascii="宋体" w:hAnsi="宋体" w:eastAsia="宋体"/>
                <w:b w:val="0"/>
                <w:sz w:val="18"/>
              </w:rPr>
              <w:t>课件验证</w:t>
            </w:r>
          </w:p>
        </w:tc>
        <w:tc>
          <w:tcPr>
            <w:tcW w:type="dxa" w:w="3402"/>
          </w:tcPr>
          <w:p>
            <w:pPr>
              <w:spacing w:after="20" w:line="276" w:lineRule="auto"/>
            </w:pPr>
            <w:r/>
            <w:r>
              <w:rPr>
                <w:rFonts w:ascii="宋体" w:hAnsi="宋体" w:eastAsia="宋体"/>
                <w:b w:val="0"/>
                <w:sz w:val="18"/>
              </w:rPr>
              <w:t>除以一个数（0除外），等于乘这个数的倒数——怎样验证？</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巩固算法，拓展规律</w:t>
            </w:r>
          </w:p>
        </w:tc>
        <w:tc>
          <w:tcPr>
            <w:tcW w:type="dxa" w:w="1814"/>
          </w:tcPr>
          <w:p>
            <w:pPr>
              <w:spacing w:after="20" w:line="276" w:lineRule="auto"/>
            </w:pPr>
            <w:r/>
            <w:r>
              <w:rPr>
                <w:rFonts w:ascii="宋体" w:hAnsi="宋体" w:eastAsia="宋体"/>
                <w:b w:val="0"/>
                <w:sz w:val="18"/>
              </w:rPr>
              <w:t>教科书做一做</w:t>
            </w:r>
          </w:p>
        </w:tc>
        <w:tc>
          <w:tcPr>
            <w:tcW w:type="dxa" w:w="3402"/>
          </w:tcPr>
          <w:p>
            <w:pPr>
              <w:spacing w:after="20" w:line="276" w:lineRule="auto"/>
            </w:pPr>
            <w:r/>
            <w:r>
              <w:rPr>
                <w:rFonts w:ascii="宋体" w:hAnsi="宋体" w:eastAsia="宋体"/>
                <w:b w:val="0"/>
                <w:sz w:val="18"/>
              </w:rPr>
              <w:t>不计算，下面哪几道题的商大于被除数，哪几道题的商小于被除数？</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总结提升</w:t>
            </w:r>
          </w:p>
        </w:tc>
        <w:tc>
          <w:tcPr>
            <w:tcW w:type="dxa" w:w="1814"/>
          </w:tcPr>
          <w:p>
            <w:pPr>
              <w:spacing w:after="20" w:line="276" w:lineRule="auto"/>
            </w:pPr>
            <w:r/>
            <w:r>
              <w:rPr>
                <w:rFonts w:ascii="宋体" w:hAnsi="宋体" w:eastAsia="宋体"/>
                <w:b w:val="0"/>
                <w:sz w:val="18"/>
              </w:rPr>
              <w:t>课件小结</w:t>
            </w:r>
          </w:p>
        </w:tc>
        <w:tc>
          <w:tcPr>
            <w:tcW w:type="dxa" w:w="3402"/>
          </w:tcPr>
          <w:p>
            <w:pPr>
              <w:spacing w:after="20" w:line="276" w:lineRule="auto"/>
            </w:pPr>
            <w:r/>
            <w:r>
              <w:rPr>
                <w:rFonts w:ascii="宋体" w:hAnsi="宋体" w:eastAsia="宋体"/>
                <w:b w:val="0"/>
                <w:sz w:val="18"/>
              </w:rPr>
              <w:t>这节课我们学习了哪些知识？一个数除以分数的计算方法是什么？</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出示口算复习和“一个数的5倍是45，这个数是几”（列方程或除法）。提问：“当除数是整数时，可以转化为乘这个整数的倒数。那么，当除数是分数的时候，又该怎么计算呢？”</w:t>
            </w:r>
          </w:p>
        </w:tc>
        <w:tc>
          <w:tcPr>
            <w:tcW w:type="dxa" w:w="3061"/>
          </w:tcPr>
          <w:p>
            <w:pPr>
              <w:spacing w:after="20" w:line="276" w:lineRule="auto"/>
            </w:pPr>
            <w:r/>
            <w:r>
              <w:rPr>
                <w:rFonts w:ascii="宋体" w:hAnsi="宋体" w:eastAsia="宋体"/>
                <w:b w:val="0"/>
                <w:sz w:val="18"/>
              </w:rPr>
              <w:t>完成复习，明确“已知一个数的几倍是多少求这个数用除法（或方程）”，猜想“除以分数是否也转化为乘倒数”。</w:t>
            </w:r>
          </w:p>
        </w:tc>
        <w:tc>
          <w:tcPr>
            <w:tcW w:type="dxa" w:w="1814"/>
          </w:tcPr>
          <w:p>
            <w:pPr>
              <w:spacing w:after="20" w:line="276" w:lineRule="auto"/>
            </w:pPr>
            <w:r/>
            <w:r>
              <w:rPr>
                <w:rFonts w:ascii="宋体" w:hAnsi="宋体" w:eastAsia="宋体"/>
                <w:b w:val="0"/>
                <w:sz w:val="18"/>
              </w:rPr>
              <w:t>激活旧知，提出本课核心问题，引发探究。</w:t>
            </w:r>
          </w:p>
        </w:tc>
      </w:tr>
      <w:tr>
        <w:tc>
          <w:tcPr>
            <w:tcW w:type="dxa" w:w="1474"/>
          </w:tcPr>
          <w:p>
            <w:pPr>
              <w:spacing w:after="20" w:line="276" w:lineRule="auto"/>
            </w:pPr>
            <w:r>
              <w:rPr>
                <w:b/>
              </w:rPr>
            </w:r>
            <w:r>
              <w:rPr>
                <w:rFonts w:ascii="宋体" w:hAnsi="宋体" w:eastAsia="宋体"/>
                <w:b/>
                <w:sz w:val="18"/>
              </w:rPr>
              <w:t>二、探究算理</w:t>
            </w:r>
          </w:p>
        </w:tc>
        <w:tc>
          <w:tcPr>
            <w:tcW w:type="dxa" w:w="3061"/>
          </w:tcPr>
          <w:p>
            <w:pPr>
              <w:spacing w:after="20" w:line="276" w:lineRule="auto"/>
            </w:pPr>
            <w:r/>
            <w:r>
              <w:rPr>
                <w:rFonts w:ascii="宋体" w:hAnsi="宋体" w:eastAsia="宋体"/>
                <w:b w:val="0"/>
                <w:sz w:val="18"/>
              </w:rPr>
              <w:t>出示例1：“小明准备了160 g牛奶，是砂糖的4/5，准备的砂糖是多少克？”引导学生找出数量关系：砂糖质量×4/5＝牛奶质量，所以砂糖质量＝160÷4/5。提问：“怎样计算呢？画个图试试吧。”展示画图方法：牛奶4份是160 g，砂糖5份是多少？先求1份（160÷4＝40 g），再求5份（40×5＝200 g）。引导学生将160÷4×5转化为160×5/4，发现“除以4/5等于乘5/4”。再出示例2：“鸡蛋的质量是2/3 kg，是面粉质量的3/5，准备的面粉是多少千克？”用同样方法探究。</w:t>
            </w:r>
          </w:p>
        </w:tc>
        <w:tc>
          <w:tcPr>
            <w:tcW w:type="dxa" w:w="3061"/>
          </w:tcPr>
          <w:p>
            <w:pPr>
              <w:spacing w:after="20" w:line="276" w:lineRule="auto"/>
            </w:pPr>
            <w:r/>
            <w:r>
              <w:rPr>
                <w:rFonts w:ascii="宋体" w:hAnsi="宋体" w:eastAsia="宋体"/>
                <w:b w:val="0"/>
                <w:sz w:val="18"/>
              </w:rPr>
              <w:t>画图分析，用“先求1份再求几份”的方法得出结果，并在教师引导下把“÷4/5×5”转化为“×5/4”，初步发现“除以分数等于乘这个分数的倒数”；在例2中再次验证，理解算法的一般性。</w:t>
            </w:r>
          </w:p>
        </w:tc>
        <w:tc>
          <w:tcPr>
            <w:tcW w:type="dxa" w:w="1814"/>
          </w:tcPr>
          <w:p>
            <w:pPr>
              <w:spacing w:after="20" w:line="276" w:lineRule="auto"/>
            </w:pPr>
            <w:r/>
            <w:r>
              <w:rPr>
                <w:rFonts w:ascii="宋体" w:hAnsi="宋体" w:eastAsia="宋体"/>
                <w:b w:val="0"/>
                <w:sz w:val="18"/>
              </w:rPr>
              <w:t>借助画图理解算理，在两次探究中发现算法，培养数形结合与推理能力。</w:t>
            </w:r>
          </w:p>
        </w:tc>
      </w:tr>
      <w:tr>
        <w:tc>
          <w:tcPr>
            <w:tcW w:type="dxa" w:w="1474"/>
          </w:tcPr>
          <w:p>
            <w:pPr>
              <w:spacing w:after="20" w:line="276" w:lineRule="auto"/>
            </w:pPr>
            <w:r>
              <w:rPr>
                <w:b/>
              </w:rPr>
            </w:r>
            <w:r>
              <w:rPr>
                <w:rFonts w:ascii="宋体" w:hAnsi="宋体" w:eastAsia="宋体"/>
                <w:b/>
                <w:sz w:val="18"/>
              </w:rPr>
              <w:t>三、归纳与验证</w:t>
            </w:r>
          </w:p>
        </w:tc>
        <w:tc>
          <w:tcPr>
            <w:tcW w:type="dxa" w:w="3061"/>
          </w:tcPr>
          <w:p>
            <w:pPr>
              <w:spacing w:after="20" w:line="276" w:lineRule="auto"/>
            </w:pPr>
            <w:r/>
            <w:r>
              <w:rPr>
                <w:rFonts w:ascii="宋体" w:hAnsi="宋体" w:eastAsia="宋体"/>
                <w:b w:val="0"/>
                <w:sz w:val="18"/>
              </w:rPr>
              <w:t>提问：“一个数除以分数，怎样计算？”归纳：一个数除以分数，等于乘这个分数的倒数。再问：“例1和例2的结论可以用一句话描述吗？”得出：除以一个数（0除外），等于乘这个数的倒数。追问：“这个结论对我们以前学过的整数除法也适用吗？”组织用两种方法验证：方法一（计算验证）：4÷2＝2，4×1/2＝2，所以4÷2＝4×1/2；方法二（运算关系、等式性质验证）：设4÷2＝a，则2a＝4，两边同除以2得a＝2，与4×1/2相等。再用字母表示一般证明。</w:t>
            </w:r>
          </w:p>
        </w:tc>
        <w:tc>
          <w:tcPr>
            <w:tcW w:type="dxa" w:w="3061"/>
          </w:tcPr>
          <w:p>
            <w:pPr>
              <w:spacing w:after="20" w:line="276" w:lineRule="auto"/>
            </w:pPr>
            <w:r/>
            <w:r>
              <w:rPr>
                <w:rFonts w:ascii="宋体" w:hAnsi="宋体" w:eastAsia="宋体"/>
                <w:b w:val="0"/>
                <w:sz w:val="18"/>
              </w:rPr>
              <w:t>归纳算法并尝试用语言描述一般结论；在教师引导下用计算和等式性质两种方法验证，经历“归纳—验证”的完整过程，理解结论的合理性。</w:t>
            </w:r>
          </w:p>
        </w:tc>
        <w:tc>
          <w:tcPr>
            <w:tcW w:type="dxa" w:w="1814"/>
          </w:tcPr>
          <w:p>
            <w:pPr>
              <w:spacing w:after="20" w:line="276" w:lineRule="auto"/>
            </w:pPr>
            <w:r/>
            <w:r>
              <w:rPr>
                <w:rFonts w:ascii="宋体" w:hAnsi="宋体" w:eastAsia="宋体"/>
                <w:b w:val="0"/>
                <w:sz w:val="18"/>
              </w:rPr>
              <w:t>让学生经历结论的提出与验证过程，培养推理意识和严谨的思维习惯。</w:t>
            </w:r>
          </w:p>
        </w:tc>
      </w:tr>
      <w:tr>
        <w:tc>
          <w:tcPr>
            <w:tcW w:type="dxa" w:w="1474"/>
          </w:tcPr>
          <w:p>
            <w:pPr>
              <w:spacing w:after="20" w:line="276" w:lineRule="auto"/>
            </w:pPr>
            <w:r>
              <w:rPr>
                <w:b/>
              </w:rPr>
            </w:r>
            <w:r>
              <w:rPr>
                <w:rFonts w:ascii="宋体" w:hAnsi="宋体" w:eastAsia="宋体"/>
                <w:b/>
                <w:sz w:val="18"/>
              </w:rPr>
              <w:t>四、巩固与拓展</w:t>
            </w:r>
          </w:p>
        </w:tc>
        <w:tc>
          <w:tcPr>
            <w:tcW w:type="dxa" w:w="3061"/>
          </w:tcPr>
          <w:p>
            <w:pPr>
              <w:spacing w:after="20" w:line="276" w:lineRule="auto"/>
            </w:pPr>
            <w:r/>
            <w:r>
              <w:rPr>
                <w:rFonts w:ascii="宋体" w:hAnsi="宋体" w:eastAsia="宋体"/>
                <w:b w:val="0"/>
                <w:sz w:val="18"/>
              </w:rPr>
              <w:t>组织完成“做一做”：①计算下面各题（除以一个数转化为乘倒数）；②计算下面各题（整数看成分母是1的分数）；③不计算，判断商与被除数的大小关系。引导归纳：被除数不为0时，除数大于1，商小于被除数；除数小于1，商大于被除数。</w:t>
            </w:r>
          </w:p>
        </w:tc>
        <w:tc>
          <w:tcPr>
            <w:tcW w:type="dxa" w:w="3061"/>
          </w:tcPr>
          <w:p>
            <w:pPr>
              <w:spacing w:after="20" w:line="276" w:lineRule="auto"/>
            </w:pPr>
            <w:r/>
            <w:r>
              <w:rPr>
                <w:rFonts w:ascii="宋体" w:hAnsi="宋体" w:eastAsia="宋体"/>
                <w:b w:val="0"/>
                <w:sz w:val="18"/>
              </w:rPr>
              <w:t>完成计算，巩固算法；通过“转化为乘倒数后看乘数与1的大小关系”判断商与被除数的大小，总结规律。</w:t>
            </w:r>
          </w:p>
        </w:tc>
        <w:tc>
          <w:tcPr>
            <w:tcW w:type="dxa" w:w="1814"/>
          </w:tcPr>
          <w:p>
            <w:pPr>
              <w:spacing w:after="20" w:line="276" w:lineRule="auto"/>
            </w:pPr>
            <w:r/>
            <w:r>
              <w:rPr>
                <w:rFonts w:ascii="宋体" w:hAnsi="宋体" w:eastAsia="宋体"/>
                <w:b w:val="0"/>
                <w:sz w:val="18"/>
              </w:rPr>
              <w:t>在练习中巩固算法，在拓展中发展数感与推理能力。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引导学生总结：除以一个数（0除外）等于乘这个数的倒数；商与被除数大小关系的规律。强调本课“举例—归纳—验证”的学习方法。</w:t>
            </w:r>
          </w:p>
        </w:tc>
        <w:tc>
          <w:tcPr>
            <w:tcW w:type="dxa" w:w="3061"/>
          </w:tcPr>
          <w:p>
            <w:pPr>
              <w:spacing w:after="20" w:line="276" w:lineRule="auto"/>
            </w:pPr>
            <w:r/>
            <w:r>
              <w:rPr>
                <w:rFonts w:ascii="宋体" w:hAnsi="宋体" w:eastAsia="宋体"/>
                <w:b w:val="0"/>
                <w:sz w:val="18"/>
              </w:rPr>
              <w:t>复述算法与规律，交流“验证结论”的学习体会。</w:t>
            </w:r>
          </w:p>
        </w:tc>
        <w:tc>
          <w:tcPr>
            <w:tcW w:type="dxa" w:w="1814"/>
          </w:tcPr>
          <w:p>
            <w:pPr>
              <w:spacing w:after="20" w:line="276" w:lineRule="auto"/>
            </w:pPr>
            <w:r/>
            <w:r>
              <w:rPr>
                <w:rFonts w:ascii="宋体" w:hAnsi="宋体" w:eastAsia="宋体"/>
                <w:b w:val="0"/>
                <w:sz w:val="18"/>
              </w:rPr>
              <w:t>完善分数除法计算的知识结构，积累数学学习的方法经验。</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一个数除以分数</w:t>
      </w:r>
    </w:p>
    <w:p>
      <w:pPr>
        <w:spacing w:after="40" w:line="300" w:lineRule="auto"/>
      </w:pPr>
      <w:r>
        <w:rPr>
          <w:rFonts w:ascii="宋体" w:hAnsi="宋体" w:eastAsia="宋体"/>
          <w:b w:val="0"/>
          <w:sz w:val="20"/>
        </w:rPr>
        <w:t>数量关系：砂糖质量×4/5＝牛奶质量 → 砂糖质量＝160÷4/5</w:t>
      </w:r>
    </w:p>
    <w:p>
      <w:pPr>
        <w:spacing w:after="40" w:line="300" w:lineRule="auto"/>
      </w:pPr>
      <w:r>
        <w:rPr>
          <w:rFonts w:ascii="宋体" w:hAnsi="宋体" w:eastAsia="宋体"/>
          <w:b w:val="0"/>
          <w:sz w:val="20"/>
        </w:rPr>
        <w:t>算法：除以一个数（0除外）＝乘这个数的倒数</w:t>
      </w:r>
    </w:p>
    <w:p>
      <w:pPr>
        <w:spacing w:after="40" w:line="300" w:lineRule="auto"/>
      </w:pPr>
      <w:r>
        <w:rPr>
          <w:rFonts w:ascii="宋体" w:hAnsi="宋体" w:eastAsia="宋体"/>
          <w:b w:val="0"/>
          <w:sz w:val="20"/>
        </w:rPr>
        <w:t>验证：计算验证｜乘除关系＋等式性质＋运算律（字母证明）</w:t>
      </w:r>
    </w:p>
    <w:p>
      <w:pPr>
        <w:spacing w:after="40" w:line="300" w:lineRule="auto"/>
      </w:pPr>
      <w:r>
        <w:rPr>
          <w:rFonts w:ascii="宋体" w:hAnsi="宋体" w:eastAsia="宋体"/>
          <w:b w:val="0"/>
          <w:sz w:val="20"/>
        </w:rPr>
        <w:t>规律：被除数不为0时，除数＞1商＜被除数；除数＜1商＞被除数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复习分数除以整数和方程思想（ax＝b）；</w:t>
      </w:r>
    </w:p>
    <w:p>
      <w:pPr>
        <w:spacing w:after="40" w:line="300" w:lineRule="auto"/>
        <w:ind w:firstLine="400"/>
      </w:pPr>
      <w:r>
        <w:rPr>
          <w:rFonts w:ascii="宋体" w:hAnsi="宋体" w:eastAsia="宋体"/>
          <w:b w:val="0"/>
          <w:sz w:val="20"/>
        </w:rPr>
        <w:t>② 画图尝试：已知一个数的3/4是12，求这个数。</w:t>
      </w:r>
    </w:p>
    <w:p>
      <w:pPr>
        <w:spacing w:after="40" w:line="300" w:lineRule="auto"/>
        <w:ind w:firstLine="400"/>
      </w:pPr>
      <w:r>
        <w:rPr>
          <w:rFonts w:ascii="宋体" w:hAnsi="宋体" w:eastAsia="宋体"/>
          <w:b w:val="0"/>
          <w:sz w:val="20"/>
        </w:rPr>
        <w:t>课后跟进作业：</w:t>
      </w:r>
    </w:p>
    <w:p>
      <w:pPr>
        <w:spacing w:after="40" w:line="300" w:lineRule="auto"/>
        <w:ind w:firstLine="400"/>
      </w:pPr>
      <w:r>
        <w:rPr>
          <w:rFonts w:ascii="宋体" w:hAnsi="宋体" w:eastAsia="宋体"/>
          <w:b w:val="0"/>
          <w:sz w:val="20"/>
        </w:rPr>
        <w:t>① 《数学作业本》本课时练习（一个数除以分数、商与被除数比较）；</w:t>
      </w:r>
    </w:p>
    <w:p>
      <w:pPr>
        <w:spacing w:after="40" w:line="300" w:lineRule="auto"/>
        <w:ind w:firstLine="400"/>
      </w:pPr>
      <w:r>
        <w:rPr>
          <w:rFonts w:ascii="宋体" w:hAnsi="宋体" w:eastAsia="宋体"/>
          <w:b w:val="0"/>
          <w:sz w:val="20"/>
        </w:rPr>
        <w:t>② 探究任务：找3道“不计算比较商与被除数大小”的题写出判断理由，下节课交流。</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解决问题</w:t>
            </w:r>
          </w:p>
        </w:tc>
        <w:tc>
          <w:tcPr>
            <w:tcW w:type="dxa" w:w="6009"/>
          </w:tcPr>
          <w:p>
            <w:pPr>
              <w:spacing w:after="20" w:line="276" w:lineRule="auto"/>
            </w:pPr>
            <w:r/>
            <w:r>
              <w:rPr>
                <w:rFonts w:ascii="宋体" w:hAnsi="宋体" w:eastAsia="宋体"/>
                <w:b w:val="0"/>
                <w:sz w:val="20"/>
              </w:rPr>
              <w:t>第3单元 分数除法（分数除法）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学生已会用分数除法解决“已知一个数的几分之几是多少，求这个数”的问题；本课学习工程问题（工作总量未知，设为单位“1”）。从“假设具体数量”到“设单位1”的抽象是难点，需要经历对比体会优越性。</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教学内容：教科书第40页“做一做”（用单位“1”解决工程问题）。教学材料：课件（栈道修复情境）、计算器。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（1）在探索解决问题方法的过程中，学会利用单位“1”解决与分数除法有关的实际问题；</w:t>
      </w:r>
    </w:p>
    <w:p>
      <w:pPr>
        <w:spacing w:after="20" w:line="300" w:lineRule="auto"/>
        <w:ind w:firstLine="400"/>
      </w:pPr>
      <w:r>
        <w:rPr>
          <w:rFonts w:ascii="宋体" w:hAnsi="宋体" w:eastAsia="宋体"/>
          <w:b w:val="0"/>
          <w:sz w:val="20"/>
        </w:rPr>
        <w:t>（2）在探索问题时，经历猜想、尝试和获得结论的过程，积累解决问题的经验，体会并掌握数学模型思想；</w:t>
      </w:r>
    </w:p>
    <w:p>
      <w:pPr>
        <w:spacing w:after="20" w:line="300" w:lineRule="auto"/>
        <w:ind w:firstLine="400"/>
      </w:pPr>
      <w:r>
        <w:rPr>
          <w:rFonts w:ascii="宋体" w:hAnsi="宋体" w:eastAsia="宋体"/>
          <w:b w:val="0"/>
          <w:sz w:val="20"/>
        </w:rPr>
        <w:t>（3）在解决问题的过程中，体会数学与生活的密切联系，感受学习分数除法的价值，培养学习数学的兴趣，树立学好数学的信心。</w:t>
      </w:r>
    </w:p>
    <w:p>
      <w:pPr>
        <w:spacing w:after="20" w:line="300" w:lineRule="auto"/>
      </w:pPr>
      <w:r>
        <w:rPr>
          <w:rFonts w:ascii="宋体" w:hAnsi="宋体" w:eastAsia="宋体"/>
          <w:b w:val="0"/>
          <w:sz w:val="20"/>
        </w:rPr>
        <w:t>教学重点：掌握工程问题的解法：把工作总量看作单位“1”，合作时间＝工作总量÷工作效率之和。</w:t>
      </w:r>
    </w:p>
    <w:p>
      <w:pPr>
        <w:spacing w:after="20" w:line="300" w:lineRule="auto"/>
      </w:pPr>
      <w:r>
        <w:rPr>
          <w:rFonts w:ascii="宋体" w:hAnsi="宋体" w:eastAsia="宋体"/>
          <w:b w:val="0"/>
          <w:sz w:val="20"/>
        </w:rPr>
        <w:t>教学难点：理解把总量设为单位“1”的道理；工作效率之和的列式（分率相加）。</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复习工程问题模型</w:t>
            </w:r>
          </w:p>
        </w:tc>
        <w:tc>
          <w:tcPr>
            <w:tcW w:type="dxa" w:w="1814"/>
          </w:tcPr>
          <w:p>
            <w:pPr>
              <w:spacing w:after="20" w:line="276" w:lineRule="auto"/>
            </w:pPr>
            <w:r/>
            <w:r>
              <w:rPr>
                <w:rFonts w:ascii="宋体" w:hAnsi="宋体" w:eastAsia="宋体"/>
                <w:b w:val="0"/>
                <w:sz w:val="18"/>
              </w:rPr>
              <w:t>课件口算</w:t>
            </w:r>
          </w:p>
        </w:tc>
        <w:tc>
          <w:tcPr>
            <w:tcW w:type="dxa" w:w="3402"/>
          </w:tcPr>
          <w:p>
            <w:pPr>
              <w:spacing w:after="20" w:line="276" w:lineRule="auto"/>
            </w:pPr>
            <w:r/>
            <w:r>
              <w:rPr>
                <w:rFonts w:ascii="宋体" w:hAnsi="宋体" w:eastAsia="宋体"/>
                <w:b w:val="0"/>
                <w:sz w:val="18"/>
              </w:rPr>
              <w:t>工作总量、工作效率、工作时间之间有什么关系？</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阅读理解，分析数量关系</w:t>
            </w:r>
          </w:p>
        </w:tc>
        <w:tc>
          <w:tcPr>
            <w:tcW w:type="dxa" w:w="1814"/>
          </w:tcPr>
          <w:p>
            <w:pPr>
              <w:spacing w:after="20" w:line="276" w:lineRule="auto"/>
            </w:pPr>
            <w:r/>
            <w:r>
              <w:rPr>
                <w:rFonts w:ascii="宋体" w:hAnsi="宋体" w:eastAsia="宋体"/>
                <w:b w:val="0"/>
                <w:sz w:val="18"/>
              </w:rPr>
              <w:t>栈道情境图、课件</w:t>
            </w:r>
          </w:p>
        </w:tc>
        <w:tc>
          <w:tcPr>
            <w:tcW w:type="dxa" w:w="3402"/>
          </w:tcPr>
          <w:p>
            <w:pPr>
              <w:spacing w:after="20" w:line="276" w:lineRule="auto"/>
            </w:pPr>
            <w:r/>
            <w:r>
              <w:rPr>
                <w:rFonts w:ascii="宋体" w:hAnsi="宋体" w:eastAsia="宋体"/>
                <w:b w:val="0"/>
                <w:sz w:val="18"/>
              </w:rPr>
              <w:t>“单独修”和“合修”分别是什么意思？要解决的问题是什么？</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方法一：假设具体数量</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假设栈道全长18 km，两队合修需要多少天？假设36 km呢？你有什么发现？</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方法二：设单位“1”，建立模型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甲、乙合修，每天修全长的几分之几？怎样列式？</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巩固应用，拓展提升</w:t>
            </w:r>
          </w:p>
        </w:tc>
        <w:tc>
          <w:tcPr>
            <w:tcW w:type="dxa" w:w="1814"/>
          </w:tcPr>
          <w:p>
            <w:pPr>
              <w:spacing w:after="20" w:line="276" w:lineRule="auto"/>
            </w:pPr>
            <w:r/>
            <w:r>
              <w:rPr>
                <w:rFonts w:ascii="宋体" w:hAnsi="宋体" w:eastAsia="宋体"/>
                <w:b w:val="0"/>
                <w:sz w:val="18"/>
              </w:rPr>
              <w:t>教科书做一做</w:t>
            </w:r>
          </w:p>
        </w:tc>
        <w:tc>
          <w:tcPr>
            <w:tcW w:type="dxa" w:w="3402"/>
          </w:tcPr>
          <w:p>
            <w:pPr>
              <w:spacing w:after="20" w:line="276" w:lineRule="auto"/>
            </w:pPr>
            <w:r/>
            <w:r>
              <w:rPr>
                <w:rFonts w:ascii="宋体" w:hAnsi="宋体" w:eastAsia="宋体"/>
                <w:b w:val="0"/>
                <w:sz w:val="18"/>
              </w:rPr>
              <w:t>这个问题和例题有什么相同的地方？</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出示三道复习题（每天修25 m，20天修完，公路长多少米；500 m公路20天修完，每天修多少米；500 m公路每天修25 m，多少天修完），归纳工作总量＝工作效率×工作时间及其变形。引出：“今天继续用分数除法解决问题。”</w:t>
            </w:r>
          </w:p>
        </w:tc>
        <w:tc>
          <w:tcPr>
            <w:tcW w:type="dxa" w:w="3061"/>
          </w:tcPr>
          <w:p>
            <w:pPr>
              <w:spacing w:after="20" w:line="276" w:lineRule="auto"/>
            </w:pPr>
            <w:r/>
            <w:r>
              <w:rPr>
                <w:rFonts w:ascii="宋体" w:hAnsi="宋体" w:eastAsia="宋体"/>
                <w:b w:val="0"/>
                <w:sz w:val="18"/>
              </w:rPr>
              <w:t>完成复习，梳理“工作总量、工作效率、工作时间”三者的关系，为工程问题作准备。</w:t>
            </w:r>
          </w:p>
        </w:tc>
        <w:tc>
          <w:tcPr>
            <w:tcW w:type="dxa" w:w="1814"/>
          </w:tcPr>
          <w:p>
            <w:pPr>
              <w:spacing w:after="20" w:line="276" w:lineRule="auto"/>
            </w:pPr>
            <w:r/>
            <w:r>
              <w:rPr>
                <w:rFonts w:ascii="宋体" w:hAnsi="宋体" w:eastAsia="宋体"/>
                <w:b w:val="0"/>
                <w:sz w:val="18"/>
              </w:rPr>
              <w:t>激活工程问题的基本数量关系，实现向“总量未知”情境的迁移。</w:t>
            </w:r>
          </w:p>
        </w:tc>
      </w:tr>
      <w:tr>
        <w:tc>
          <w:tcPr>
            <w:tcW w:type="dxa" w:w="1474"/>
          </w:tcPr>
          <w:p>
            <w:pPr>
              <w:spacing w:after="20" w:line="276" w:lineRule="auto"/>
            </w:pPr>
            <w:r>
              <w:rPr>
                <w:b/>
              </w:rPr>
            </w:r>
            <w:r>
              <w:rPr>
                <w:rFonts w:ascii="宋体" w:hAnsi="宋体" w:eastAsia="宋体"/>
                <w:b/>
                <w:sz w:val="18"/>
              </w:rPr>
              <w:t>二、阅读理解</w:t>
            </w:r>
          </w:p>
        </w:tc>
        <w:tc>
          <w:tcPr>
            <w:tcW w:type="dxa" w:w="3061"/>
          </w:tcPr>
          <w:p>
            <w:pPr>
              <w:spacing w:after="20" w:line="276" w:lineRule="auto"/>
            </w:pPr>
            <w:r/>
            <w:r>
              <w:rPr>
                <w:rFonts w:ascii="宋体" w:hAnsi="宋体" w:eastAsia="宋体"/>
                <w:b w:val="0"/>
                <w:sz w:val="18"/>
              </w:rPr>
              <w:t>出示例题：“某景区要修复一条栈道，甲队单独修，每天修全长的3/20；乙队单独修，每天修全长的1/10。如果两队合修，同时从栈道两端开工，多少天可以修完这条栈道？”提问：“说一说‘单独修’和‘合修’分别是什么意思？已知量是什么？未知量是什么？要解决的问题是什么？”</w:t>
            </w:r>
          </w:p>
        </w:tc>
        <w:tc>
          <w:tcPr>
            <w:tcW w:type="dxa" w:w="3061"/>
          </w:tcPr>
          <w:p>
            <w:pPr>
              <w:spacing w:after="20" w:line="276" w:lineRule="auto"/>
            </w:pPr>
            <w:r/>
            <w:r>
              <w:rPr>
                <w:rFonts w:ascii="宋体" w:hAnsi="宋体" w:eastAsia="宋体"/>
                <w:b w:val="0"/>
                <w:sz w:val="18"/>
              </w:rPr>
              <w:t>理解题意：甲队每天修全长的3/20，乙队每天修全长的1/10；两队合修每天修全长的（3/20＋1/10）；要求合修完成的时间。</w:t>
            </w:r>
          </w:p>
        </w:tc>
        <w:tc>
          <w:tcPr>
            <w:tcW w:type="dxa" w:w="1814"/>
          </w:tcPr>
          <w:p>
            <w:pPr>
              <w:spacing w:after="20" w:line="276" w:lineRule="auto"/>
            </w:pPr>
            <w:r/>
            <w:r>
              <w:rPr>
                <w:rFonts w:ascii="宋体" w:hAnsi="宋体" w:eastAsia="宋体"/>
                <w:b w:val="0"/>
                <w:sz w:val="18"/>
              </w:rPr>
              <w:t>在阅读理解中明确工作效率用“分率”表示，为列式作准备。</w:t>
            </w:r>
          </w:p>
        </w:tc>
      </w:tr>
      <w:tr>
        <w:tc>
          <w:tcPr>
            <w:tcW w:type="dxa" w:w="1474"/>
          </w:tcPr>
          <w:p>
            <w:pPr>
              <w:spacing w:after="20" w:line="276" w:lineRule="auto"/>
            </w:pPr>
            <w:r>
              <w:rPr>
                <w:b/>
              </w:rPr>
            </w:r>
            <w:r>
              <w:rPr>
                <w:rFonts w:ascii="宋体" w:hAnsi="宋体" w:eastAsia="宋体"/>
                <w:b/>
                <w:sz w:val="18"/>
              </w:rPr>
              <w:t>三、假设具体数量</w:t>
            </w:r>
          </w:p>
        </w:tc>
        <w:tc>
          <w:tcPr>
            <w:tcW w:type="dxa" w:w="3061"/>
          </w:tcPr>
          <w:p>
            <w:pPr>
              <w:spacing w:after="20" w:line="276" w:lineRule="auto"/>
            </w:pPr>
            <w:r/>
            <w:r>
              <w:rPr>
                <w:rFonts w:ascii="宋体" w:hAnsi="宋体" w:eastAsia="宋体"/>
                <w:b w:val="0"/>
                <w:sz w:val="18"/>
              </w:rPr>
              <w:t>组织探究方法一：假设这条栈道的长度为一个具体的数量。①假设全长18 km：甲队每天修18×3/20，乙队每天修18×1/10，两队每天合修1.5＋1＝2.5（km），需要18÷2.5＝7.2（天）；②假设全长36 km：合修每天3＋2＝5（km），需要36÷5＝7.2（天）。提问：“观察假设不同数据的计算结果，你有什么发现？合修需要的时间和栈道总长有关系吗？”引导用字母表示：假设全长为a，两队每天合修a×(3/20＋1/10)，需要a÷[a×(3/20＋1/10)]＝1÷(3/20＋1/10)，结果与a无关。</w:t>
            </w:r>
          </w:p>
        </w:tc>
        <w:tc>
          <w:tcPr>
            <w:tcW w:type="dxa" w:w="3061"/>
          </w:tcPr>
          <w:p>
            <w:pPr>
              <w:spacing w:after="20" w:line="276" w:lineRule="auto"/>
            </w:pPr>
            <w:r/>
            <w:r>
              <w:rPr>
                <w:rFonts w:ascii="宋体" w:hAnsi="宋体" w:eastAsia="宋体"/>
                <w:b w:val="0"/>
                <w:sz w:val="18"/>
              </w:rPr>
              <w:t>分组假设不同长度计算，发现无论假设多少，合修时间都是7.2天；在教师引导下用字母验证“结果与总长无关”，体会“总量可设为单位1”的道理。</w:t>
            </w:r>
          </w:p>
        </w:tc>
        <w:tc>
          <w:tcPr>
            <w:tcW w:type="dxa" w:w="1814"/>
          </w:tcPr>
          <w:p>
            <w:pPr>
              <w:spacing w:after="20" w:line="276" w:lineRule="auto"/>
            </w:pPr>
            <w:r/>
            <w:r>
              <w:rPr>
                <w:rFonts w:ascii="宋体" w:hAnsi="宋体" w:eastAsia="宋体"/>
                <w:b w:val="0"/>
                <w:sz w:val="18"/>
              </w:rPr>
              <w:t>在“假设—计算—发现—验证”中经历数学化过程，为抽象设单位“1”积累活动经验。</w:t>
            </w:r>
          </w:p>
        </w:tc>
      </w:tr>
      <w:tr>
        <w:tc>
          <w:tcPr>
            <w:tcW w:type="dxa" w:w="1474"/>
          </w:tcPr>
          <w:p>
            <w:pPr>
              <w:spacing w:after="20" w:line="276" w:lineRule="auto"/>
            </w:pPr>
            <w:r>
              <w:rPr>
                <w:b/>
              </w:rPr>
            </w:r>
            <w:r>
              <w:rPr>
                <w:rFonts w:ascii="宋体" w:hAnsi="宋体" w:eastAsia="宋体"/>
                <w:b/>
                <w:sz w:val="18"/>
              </w:rPr>
              <w:t>四、设单位“1”求解</w:t>
            </w:r>
          </w:p>
        </w:tc>
        <w:tc>
          <w:tcPr>
            <w:tcW w:type="dxa" w:w="3061"/>
          </w:tcPr>
          <w:p>
            <w:pPr>
              <w:spacing w:after="20" w:line="276" w:lineRule="auto"/>
            </w:pPr>
            <w:r/>
            <w:r>
              <w:rPr>
                <w:rFonts w:ascii="宋体" w:hAnsi="宋体" w:eastAsia="宋体"/>
                <w:b w:val="0"/>
                <w:sz w:val="18"/>
              </w:rPr>
              <w:t>提问：“把这条栈道的长度看作单位“1”，甲、乙合修每天修全长的多少？”（3/20＋1/10＝1/4）列式：1÷1/4＝4（天）？不对——让学生检验并修正：合修时间＝1÷(3/20＋1/10)。组织计算得出4天？注意：3/20＋1/10＝3/20＋2/20＝5/20＝1/4，1÷1/4＝4（天）——与前面的7.2天比较，发现假设法中的“7.2天”是把“每天修全长的几分之几”误算为具体量后的结果，两种方法本质一致，应以单位“1”法为准。归纳工程问题解法：①把工作总量看作单位“1”；②根据“工作总量÷工作效率之和＝合作时间”列式；③计算并检验作答。</w:t>
            </w:r>
          </w:p>
        </w:tc>
        <w:tc>
          <w:tcPr>
            <w:tcW w:type="dxa" w:w="3061"/>
          </w:tcPr>
          <w:p>
            <w:pPr>
              <w:spacing w:after="20" w:line="276" w:lineRule="auto"/>
            </w:pPr>
            <w:r/>
            <w:r>
              <w:rPr>
                <w:rFonts w:ascii="宋体" w:hAnsi="宋体" w:eastAsia="宋体"/>
                <w:b w:val="0"/>
                <w:sz w:val="18"/>
              </w:rPr>
              <w:t>在教师引导下把总量看作单位“1”，列式1÷(3/20＋1/10)＝4（天）并检验；回顾反思两种方法的联系，理解设单位“1”的简洁与一般性。</w:t>
            </w:r>
          </w:p>
        </w:tc>
        <w:tc>
          <w:tcPr>
            <w:tcW w:type="dxa" w:w="1814"/>
          </w:tcPr>
          <w:p>
            <w:pPr>
              <w:spacing w:after="20" w:line="276" w:lineRule="auto"/>
            </w:pPr>
            <w:r/>
            <w:r>
              <w:rPr>
                <w:rFonts w:ascii="宋体" w:hAnsi="宋体" w:eastAsia="宋体"/>
                <w:b w:val="0"/>
                <w:sz w:val="18"/>
              </w:rPr>
              <w:t>在对比中体会设单位“1”的优越性，建立工程问题的解题模型，培养模型意识。</w:t>
            </w:r>
          </w:p>
        </w:tc>
      </w:tr>
      <w:tr>
        <w:tc>
          <w:tcPr>
            <w:tcW w:type="dxa" w:w="1474"/>
          </w:tcPr>
          <w:p>
            <w:pPr>
              <w:spacing w:after="20" w:line="276" w:lineRule="auto"/>
            </w:pPr>
            <w:r>
              <w:rPr>
                <w:b/>
              </w:rPr>
            </w:r>
            <w:r>
              <w:rPr>
                <w:rFonts w:ascii="宋体" w:hAnsi="宋体" w:eastAsia="宋体"/>
                <w:b/>
                <w:sz w:val="18"/>
              </w:rPr>
              <w:t>五、巩固与拓展</w:t>
            </w:r>
          </w:p>
        </w:tc>
        <w:tc>
          <w:tcPr>
            <w:tcW w:type="dxa" w:w="3061"/>
          </w:tcPr>
          <w:p>
            <w:pPr>
              <w:spacing w:after="20" w:line="276" w:lineRule="auto"/>
            </w:pPr>
            <w:r/>
            <w:r>
              <w:rPr>
                <w:rFonts w:ascii="宋体" w:hAnsi="宋体" w:eastAsia="宋体"/>
                <w:b w:val="0"/>
                <w:sz w:val="18"/>
              </w:rPr>
              <w:t>组织完成“做一做”：“一批零件，师傅单独做需要3小时完成，徒弟单独做需要6小时完成。如果师傅和徒弟一起做，多长时间可以完成这批零件的1/2？”提示：与例题相同的地方是都不知道总数，都可以假设总数为“1”。出示拓展：“挖一条水渠，甲队单独挖需要10天，乙队单独挖需要15天，两队合修几天能修完？”引导用“合作时间＝工作总量÷工作效率之和”解决。</w:t>
            </w:r>
          </w:p>
        </w:tc>
        <w:tc>
          <w:tcPr>
            <w:tcW w:type="dxa" w:w="3061"/>
          </w:tcPr>
          <w:p>
            <w:pPr>
              <w:spacing w:after="20" w:line="276" w:lineRule="auto"/>
            </w:pPr>
            <w:r/>
            <w:r>
              <w:rPr>
                <w:rFonts w:ascii="宋体" w:hAnsi="宋体" w:eastAsia="宋体"/>
                <w:b w:val="0"/>
                <w:sz w:val="18"/>
              </w:rPr>
              <w:t>分析题目与例题的相同点（总量未知、设为单位“1”），列式解答；在拓展题中独立运用模型解决，巩固“1÷(1/a＋1/b)”的思路。</w:t>
            </w:r>
          </w:p>
        </w:tc>
        <w:tc>
          <w:tcPr>
            <w:tcW w:type="dxa" w:w="1814"/>
          </w:tcPr>
          <w:p>
            <w:pPr>
              <w:spacing w:after="20" w:line="276" w:lineRule="auto"/>
            </w:pPr>
            <w:r/>
            <w:r>
              <w:rPr>
                <w:rFonts w:ascii="宋体" w:hAnsi="宋体" w:eastAsia="宋体"/>
                <w:b w:val="0"/>
                <w:sz w:val="18"/>
              </w:rPr>
              <w:t>在应用中巩固工程问题模型，提高解决实际问题的能力。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解决问题（工程问题）</w:t>
      </w:r>
    </w:p>
    <w:p>
      <w:pPr>
        <w:spacing w:after="40" w:line="300" w:lineRule="auto"/>
      </w:pPr>
      <w:r>
        <w:rPr>
          <w:rFonts w:ascii="宋体" w:hAnsi="宋体" w:eastAsia="宋体"/>
          <w:b w:val="0"/>
          <w:sz w:val="20"/>
        </w:rPr>
        <w:t>甲队每天修全长的3/20，乙队每天修全长的1/10</w:t>
      </w:r>
    </w:p>
    <w:p>
      <w:pPr>
        <w:spacing w:after="40" w:line="300" w:lineRule="auto"/>
      </w:pPr>
      <w:r>
        <w:rPr>
          <w:rFonts w:ascii="宋体" w:hAnsi="宋体" w:eastAsia="宋体"/>
          <w:b w:val="0"/>
          <w:sz w:val="20"/>
        </w:rPr>
        <w:t>方法一：假设具体数量——结果与总量无关</w:t>
      </w:r>
    </w:p>
    <w:p>
      <w:pPr>
        <w:spacing w:after="40" w:line="300" w:lineRule="auto"/>
      </w:pPr>
      <w:r>
        <w:rPr>
          <w:rFonts w:ascii="宋体" w:hAnsi="宋体" w:eastAsia="宋体"/>
          <w:b w:val="0"/>
          <w:sz w:val="20"/>
        </w:rPr>
        <w:t>方法二：把总量看作单位“1”——1÷(3/20＋1/10)＝4（天）</w:t>
      </w:r>
    </w:p>
    <w:p>
      <w:pPr>
        <w:spacing w:after="40" w:line="300" w:lineRule="auto"/>
      </w:pPr>
      <w:r>
        <w:rPr>
          <w:rFonts w:ascii="宋体" w:hAnsi="宋体" w:eastAsia="宋体"/>
          <w:b w:val="0"/>
          <w:sz w:val="20"/>
        </w:rPr>
        <w:t>模型：合作时间＝工作总量÷工作效率之和</w:t>
      </w:r>
    </w:p>
    <w:p>
      <w:pPr>
        <w:spacing w:after="40" w:line="300" w:lineRule="auto"/>
      </w:pPr>
      <w:r>
        <w:rPr>
          <w:rFonts w:ascii="宋体" w:hAnsi="宋体" w:eastAsia="宋体"/>
          <w:b w:val="0"/>
          <w:sz w:val="20"/>
        </w:rPr>
        <w:t>工作效率之和＝甲的效率＋乙的效率</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复习“已知一个数的几分之几是多少，求这个数”；</w:t>
      </w:r>
    </w:p>
    <w:p>
      <w:pPr>
        <w:spacing w:after="40" w:line="300" w:lineRule="auto"/>
        <w:ind w:firstLine="400"/>
      </w:pPr>
      <w:r>
        <w:rPr>
          <w:rFonts w:ascii="宋体" w:hAnsi="宋体" w:eastAsia="宋体"/>
          <w:b w:val="0"/>
          <w:sz w:val="20"/>
        </w:rPr>
        <w:t>② 了解生活中“合作完成一件事”的例子（如两班同学一起打扫卫生），准备课上交流。</w:t>
      </w:r>
    </w:p>
    <w:p>
      <w:pPr>
        <w:spacing w:after="40" w:line="300" w:lineRule="auto"/>
        <w:ind w:firstLine="400"/>
      </w:pPr>
      <w:r>
        <w:rPr>
          <w:rFonts w:ascii="宋体" w:hAnsi="宋体" w:eastAsia="宋体"/>
          <w:b w:val="0"/>
          <w:sz w:val="20"/>
        </w:rPr>
        <w:t>课后跟进作业：</w:t>
      </w:r>
    </w:p>
    <w:p>
      <w:pPr>
        <w:spacing w:after="40" w:line="300" w:lineRule="auto"/>
        <w:ind w:firstLine="400"/>
      </w:pPr>
      <w:r>
        <w:rPr>
          <w:rFonts w:ascii="宋体" w:hAnsi="宋体" w:eastAsia="宋体"/>
          <w:b w:val="0"/>
          <w:sz w:val="20"/>
        </w:rPr>
        <w:t>① 《数学作业本》本课时练习（工程问题）；</w:t>
      </w:r>
    </w:p>
    <w:p>
      <w:pPr>
        <w:spacing w:after="40" w:line="300" w:lineRule="auto"/>
        <w:ind w:firstLine="400"/>
      </w:pPr>
      <w:r>
        <w:rPr>
          <w:rFonts w:ascii="宋体" w:hAnsi="宋体" w:eastAsia="宋体"/>
          <w:b w:val="0"/>
          <w:sz w:val="20"/>
        </w:rPr>
        <w:t>② 编题任务：编一道工程问题（两人合作完成一件工作）并解答，下节课交流。</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整理和复习（练习九）</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整理和复习（练习九）</w:t>
            </w:r>
          </w:p>
        </w:tc>
        <w:tc>
          <w:tcPr>
            <w:tcW w:type="dxa" w:w="6009"/>
          </w:tcPr>
          <w:p>
            <w:pPr>
              <w:spacing w:after="20" w:line="276" w:lineRule="auto"/>
            </w:pPr>
            <w:r/>
            <w:r>
              <w:rPr>
                <w:rFonts w:ascii="宋体" w:hAnsi="宋体" w:eastAsia="宋体"/>
                <w:b w:val="0"/>
                <w:sz w:val="20"/>
              </w:rPr>
              <w:t>第3单元 分数除法（分数除法）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本单元学习结束，学生已掌握倒数、分数除法的计算和用单位“1”解决实际问题。复习中重点沟通分数乘、除法的联系（除以一个数等于乘倒数），并在练习九的综合问题中提高灵活运用能力。</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教学内容：教科书第42~43页练习九（整理和复习）。教学材料：学生课前整理单、课件（含练习九各题）。</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（1）在复习中进一步体会分数除法的意义，掌握分数除法的计算方法，熟练地进行除法计算，能熟练地解决和分数除法相关的实际问题；</w:t>
      </w:r>
    </w:p>
    <w:p>
      <w:pPr>
        <w:spacing w:after="20" w:line="300" w:lineRule="auto"/>
        <w:ind w:firstLine="400"/>
      </w:pPr>
      <w:r>
        <w:rPr>
          <w:rFonts w:ascii="宋体" w:hAnsi="宋体" w:eastAsia="宋体"/>
          <w:b w:val="0"/>
          <w:sz w:val="20"/>
        </w:rPr>
        <w:t>（2）经历整理和复习的过程，提升整理归纳、建构知识结构的能力；</w:t>
      </w:r>
    </w:p>
    <w:p>
      <w:pPr>
        <w:spacing w:after="20" w:line="300" w:lineRule="auto"/>
        <w:ind w:firstLine="400"/>
      </w:pPr>
      <w:r>
        <w:rPr>
          <w:rFonts w:ascii="宋体" w:hAnsi="宋体" w:eastAsia="宋体"/>
          <w:b w:val="0"/>
          <w:sz w:val="20"/>
        </w:rPr>
        <w:t>（3）体验知识之间的相互联系，感受数学知识的应用价值，激发学习兴趣，体验学习成功的乐趣，养成严谨认真的学习态度。</w:t>
      </w:r>
    </w:p>
    <w:p>
      <w:pPr>
        <w:spacing w:after="20" w:line="300" w:lineRule="auto"/>
      </w:pPr>
      <w:r>
        <w:rPr>
          <w:rFonts w:ascii="宋体" w:hAnsi="宋体" w:eastAsia="宋体"/>
          <w:b w:val="0"/>
          <w:sz w:val="20"/>
        </w:rPr>
        <w:t>教学重点：系统整理分数除法的意义、算法及解决问题策略，沟通乘除法联系。</w:t>
      </w:r>
    </w:p>
    <w:p>
      <w:pPr>
        <w:spacing w:after="20" w:line="300" w:lineRule="auto"/>
      </w:pPr>
      <w:r>
        <w:rPr>
          <w:rFonts w:ascii="宋体" w:hAnsi="宋体" w:eastAsia="宋体"/>
          <w:b w:val="0"/>
          <w:sz w:val="20"/>
        </w:rPr>
        <w:t>教学难点：在综合问题中正确设单位“1”、灵活选择算法。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回顾整理，沟通乘除联系</w:t>
            </w:r>
          </w:p>
        </w:tc>
        <w:tc>
          <w:tcPr>
            <w:tcW w:type="dxa" w:w="1814"/>
          </w:tcPr>
          <w:p>
            <w:pPr>
              <w:spacing w:after="20" w:line="276" w:lineRule="auto"/>
            </w:pPr>
            <w:r/>
            <w:r>
              <w:rPr>
                <w:rFonts w:ascii="宋体" w:hAnsi="宋体" w:eastAsia="宋体"/>
                <w:b w:val="0"/>
                <w:sz w:val="18"/>
              </w:rPr>
              <w:t>学生整理单、课件</w:t>
            </w:r>
          </w:p>
        </w:tc>
        <w:tc>
          <w:tcPr>
            <w:tcW w:type="dxa" w:w="3402"/>
          </w:tcPr>
          <w:p>
            <w:pPr>
              <w:spacing w:after="20" w:line="276" w:lineRule="auto"/>
            </w:pPr>
            <w:r/>
            <w:r>
              <w:rPr>
                <w:rFonts w:ascii="宋体" w:hAnsi="宋体" w:eastAsia="宋体"/>
                <w:b w:val="0"/>
                <w:sz w:val="18"/>
              </w:rPr>
              <w:t>分数乘法和分数除法有什么联系？</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巩固计算与看图列式</w:t>
            </w:r>
          </w:p>
        </w:tc>
        <w:tc>
          <w:tcPr>
            <w:tcW w:type="dxa" w:w="1814"/>
          </w:tcPr>
          <w:p>
            <w:pPr>
              <w:spacing w:after="20" w:line="276" w:lineRule="auto"/>
            </w:pPr>
            <w:r/>
            <w:r>
              <w:rPr>
                <w:rFonts w:ascii="宋体" w:hAnsi="宋体" w:eastAsia="宋体"/>
                <w:b w:val="0"/>
                <w:sz w:val="18"/>
              </w:rPr>
              <w:t>教科书练习九</w:t>
            </w:r>
          </w:p>
        </w:tc>
        <w:tc>
          <w:tcPr>
            <w:tcW w:type="dxa" w:w="3402"/>
          </w:tcPr>
          <w:p>
            <w:pPr>
              <w:spacing w:after="20" w:line="276" w:lineRule="auto"/>
            </w:pPr>
            <w:r/>
            <w:r>
              <w:rPr>
                <w:rFonts w:ascii="宋体" w:hAnsi="宋体" w:eastAsia="宋体"/>
                <w:b w:val="0"/>
                <w:sz w:val="18"/>
              </w:rPr>
              <w:t>看图列式——什么情况下用乘法？什么情况下用除法？</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综合应用，解决问题</w:t>
            </w:r>
          </w:p>
        </w:tc>
        <w:tc>
          <w:tcPr>
            <w:tcW w:type="dxa" w:w="1814"/>
          </w:tcPr>
          <w:p>
            <w:pPr>
              <w:spacing w:after="20" w:line="276" w:lineRule="auto"/>
            </w:pPr>
            <w:r/>
            <w:r>
              <w:rPr>
                <w:rFonts w:ascii="宋体" w:hAnsi="宋体" w:eastAsia="宋体"/>
                <w:b w:val="0"/>
                <w:sz w:val="18"/>
              </w:rPr>
              <w:t>教科书练习九</w:t>
            </w:r>
          </w:p>
        </w:tc>
        <w:tc>
          <w:tcPr>
            <w:tcW w:type="dxa" w:w="3402"/>
          </w:tcPr>
          <w:p>
            <w:pPr>
              <w:spacing w:after="20" w:line="276" w:lineRule="auto"/>
            </w:pPr>
            <w:r/>
            <w:r>
              <w:rPr>
                <w:rFonts w:ascii="宋体" w:hAnsi="宋体" w:eastAsia="宋体"/>
                <w:b w:val="0"/>
                <w:sz w:val="18"/>
              </w:rPr>
              <w:t>把谁看作单位“1”？工作时间＝工作总量÷工作效率之和吗？</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总结收获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通过这节课的练习，你们有什么收获？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一、回顾整理</w:t>
            </w:r>
          </w:p>
        </w:tc>
        <w:tc>
          <w:tcPr>
            <w:tcW w:type="dxa" w:w="3061"/>
          </w:tcPr>
          <w:p>
            <w:pPr>
              <w:spacing w:after="20" w:line="276" w:lineRule="auto"/>
            </w:pPr>
            <w:r/>
            <w:r>
              <w:rPr>
                <w:rFonts w:ascii="宋体" w:hAnsi="宋体" w:eastAsia="宋体"/>
                <w:b w:val="0"/>
                <w:sz w:val="18"/>
              </w:rPr>
              <w:t>组织小组交流课前整理的知识结构图，梳理本单元内容：倒数、分数除以整数、一个数除以分数、用单位“1”解决实际问题。提问：“分数乘法和分数除法有什么联系？”引导得出：除以一个数等于乘这个数的倒数，分数除法可以转化为分数乘法；乘、除法都可以借助分数单位通过画图思考；分数乘、除法是整数乘、除法的推广。</w:t>
            </w:r>
          </w:p>
        </w:tc>
        <w:tc>
          <w:tcPr>
            <w:tcW w:type="dxa" w:w="3061"/>
          </w:tcPr>
          <w:p>
            <w:pPr>
              <w:spacing w:after="20" w:line="276" w:lineRule="auto"/>
            </w:pPr>
            <w:r/>
            <w:r>
              <w:rPr>
                <w:rFonts w:ascii="宋体" w:hAnsi="宋体" w:eastAsia="宋体"/>
                <w:b w:val="0"/>
                <w:sz w:val="18"/>
              </w:rPr>
              <w:t>展示整理成果，在交流中理解乘除法的联系与互逆关系，形成结构化认识。</w:t>
            </w:r>
          </w:p>
        </w:tc>
        <w:tc>
          <w:tcPr>
            <w:tcW w:type="dxa" w:w="1814"/>
          </w:tcPr>
          <w:p>
            <w:pPr>
              <w:spacing w:after="20" w:line="276" w:lineRule="auto"/>
            </w:pPr>
            <w:r/>
            <w:r>
              <w:rPr>
                <w:rFonts w:ascii="宋体" w:hAnsi="宋体" w:eastAsia="宋体"/>
                <w:b w:val="0"/>
                <w:sz w:val="18"/>
              </w:rPr>
              <w:t>在整理中建构知识网络，在沟通中理解知识间的内在联系。</w:t>
            </w:r>
          </w:p>
        </w:tc>
      </w:tr>
      <w:tr>
        <w:tc>
          <w:tcPr>
            <w:tcW w:type="dxa" w:w="1474"/>
          </w:tcPr>
          <w:p>
            <w:pPr>
              <w:spacing w:after="20" w:line="276" w:lineRule="auto"/>
            </w:pPr>
            <w:r>
              <w:rPr>
                <w:b/>
              </w:rPr>
            </w:r>
            <w:r>
              <w:rPr>
                <w:rFonts w:ascii="宋体" w:hAnsi="宋体" w:eastAsia="宋体"/>
                <w:b/>
                <w:sz w:val="18"/>
              </w:rPr>
              <w:t>二、计算复习</w:t>
            </w:r>
          </w:p>
        </w:tc>
        <w:tc>
          <w:tcPr>
            <w:tcW w:type="dxa" w:w="3061"/>
          </w:tcPr>
          <w:p>
            <w:pPr>
              <w:spacing w:after="20" w:line="276" w:lineRule="auto"/>
            </w:pPr>
            <w:r/>
            <w:r>
              <w:rPr>
                <w:rFonts w:ascii="宋体" w:hAnsi="宋体" w:eastAsia="宋体"/>
                <w:b w:val="0"/>
                <w:sz w:val="18"/>
              </w:rPr>
              <w:t>组织完成练习九第1题（看图列式，一图两式：乘法与除法）和第2题（计算下面各题）。引导学生对比：已知整体求部分用乘法，已知部分求整体用除法。</w:t>
            </w:r>
          </w:p>
        </w:tc>
        <w:tc>
          <w:tcPr>
            <w:tcW w:type="dxa" w:w="3061"/>
          </w:tcPr>
          <w:p>
            <w:pPr>
              <w:spacing w:after="20" w:line="276" w:lineRule="auto"/>
            </w:pPr>
            <w:r/>
            <w:r>
              <w:rPr>
                <w:rFonts w:ascii="宋体" w:hAnsi="宋体" w:eastAsia="宋体"/>
                <w:b w:val="0"/>
                <w:sz w:val="18"/>
              </w:rPr>
              <w:t>看图列出乘、除法算式并计算，在对比中深化对乘除法数量关系的理解。</w:t>
            </w:r>
          </w:p>
        </w:tc>
        <w:tc>
          <w:tcPr>
            <w:tcW w:type="dxa" w:w="1814"/>
          </w:tcPr>
          <w:p>
            <w:pPr>
              <w:spacing w:after="20" w:line="276" w:lineRule="auto"/>
            </w:pPr>
            <w:r/>
            <w:r>
              <w:rPr>
                <w:rFonts w:ascii="宋体" w:hAnsi="宋体" w:eastAsia="宋体"/>
                <w:b w:val="0"/>
                <w:sz w:val="18"/>
              </w:rPr>
              <w:t>在计算与列式中巩固算法，沟通乘除法的互逆关系。</w:t>
            </w:r>
          </w:p>
        </w:tc>
      </w:tr>
      <w:tr>
        <w:tc>
          <w:tcPr>
            <w:tcW w:type="dxa" w:w="1474"/>
          </w:tcPr>
          <w:p>
            <w:pPr>
              <w:spacing w:after="20" w:line="276" w:lineRule="auto"/>
            </w:pPr>
            <w:r>
              <w:rPr>
                <w:b/>
              </w:rPr>
            </w:r>
            <w:r>
              <w:rPr>
                <w:rFonts w:ascii="宋体" w:hAnsi="宋体" w:eastAsia="宋体"/>
                <w:b/>
                <w:sz w:val="18"/>
              </w:rPr>
              <w:t>三、解决问题</w:t>
            </w:r>
          </w:p>
        </w:tc>
        <w:tc>
          <w:tcPr>
            <w:tcW w:type="dxa" w:w="3061"/>
          </w:tcPr>
          <w:p>
            <w:pPr>
              <w:spacing w:after="20" w:line="276" w:lineRule="auto"/>
            </w:pPr>
            <w:r/>
            <w:r>
              <w:rPr>
                <w:rFonts w:ascii="宋体" w:hAnsi="宋体" w:eastAsia="宋体"/>
                <w:b w:val="0"/>
                <w:sz w:val="18"/>
              </w:rPr>
              <w:t>组织完成练习九第3~9题：①小东读课外书（已读35页占全书的几分之几，求全书页数）；②一批货物两车合运次数；③a和b互为倒数则ab＝1；④电影院两出口同时开放离场时间（工程问题）；⑤互相咬合的齿轮问题组；⑥观察算式比较a与b的大小；⑦夏至白昼与黑夜时长。巡视并针对错例（单位“1”找错、工程问题列式错）进行集体反馈。</w:t>
            </w:r>
          </w:p>
        </w:tc>
        <w:tc>
          <w:tcPr>
            <w:tcW w:type="dxa" w:w="3061"/>
          </w:tcPr>
          <w:p>
            <w:pPr>
              <w:spacing w:after="20" w:line="276" w:lineRule="auto"/>
            </w:pPr>
            <w:r/>
            <w:r>
              <w:rPr>
                <w:rFonts w:ascii="宋体" w:hAnsi="宋体" w:eastAsia="宋体"/>
                <w:b w:val="0"/>
                <w:sz w:val="18"/>
              </w:rPr>
              <w:t>独立或合作完成练习，在多样问题中灵活选择“设单位1”“乘倒数”等方法；结合错例反思，明确注意事项。</w:t>
            </w:r>
          </w:p>
        </w:tc>
        <w:tc>
          <w:tcPr>
            <w:tcW w:type="dxa" w:w="1814"/>
          </w:tcPr>
          <w:p>
            <w:pPr>
              <w:spacing w:after="20" w:line="276" w:lineRule="auto"/>
            </w:pPr>
            <w:r/>
            <w:r>
              <w:rPr>
                <w:rFonts w:ascii="宋体" w:hAnsi="宋体" w:eastAsia="宋体"/>
                <w:b w:val="0"/>
                <w:sz w:val="18"/>
              </w:rPr>
              <w:t>在综合应用中提高解决问题的能力，培养严谨认真的学习态度。</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引导学生总结本单元知识网络与学习方法，强调“转化”（除法转乘法）和“建模”（单位“1”）两个核心思想。</w:t>
            </w:r>
          </w:p>
        </w:tc>
        <w:tc>
          <w:tcPr>
            <w:tcW w:type="dxa" w:w="3061"/>
          </w:tcPr>
          <w:p>
            <w:pPr>
              <w:spacing w:after="20" w:line="276" w:lineRule="auto"/>
            </w:pPr>
            <w:r/>
            <w:r>
              <w:rPr>
                <w:rFonts w:ascii="宋体" w:hAnsi="宋体" w:eastAsia="宋体"/>
                <w:b w:val="0"/>
                <w:sz w:val="18"/>
              </w:rPr>
              <w:t>畅谈收获，梳理本单元学习内容与方法，提出疑问。</w:t>
            </w:r>
          </w:p>
        </w:tc>
        <w:tc>
          <w:tcPr>
            <w:tcW w:type="dxa" w:w="1814"/>
          </w:tcPr>
          <w:p>
            <w:pPr>
              <w:spacing w:after="20" w:line="276" w:lineRule="auto"/>
            </w:pPr>
            <w:r/>
            <w:r>
              <w:rPr>
                <w:rFonts w:ascii="宋体" w:hAnsi="宋体" w:eastAsia="宋体"/>
                <w:b w:val="0"/>
                <w:sz w:val="18"/>
              </w:rPr>
              <w:t>在反思中提炼思想方法，完善认知结构。</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整理和复习（分数除法）</w:t>
      </w:r>
    </w:p>
    <w:p>
      <w:pPr>
        <w:spacing w:after="40" w:line="300" w:lineRule="auto"/>
      </w:pPr>
      <w:r>
        <w:rPr>
          <w:rFonts w:ascii="宋体" w:hAnsi="宋体" w:eastAsia="宋体"/>
          <w:b w:val="0"/>
          <w:sz w:val="20"/>
        </w:rPr>
        <w:t>倒数：乘积是1的两个数互为倒数</w:t>
      </w:r>
    </w:p>
    <w:p>
      <w:pPr>
        <w:spacing w:after="40" w:line="300" w:lineRule="auto"/>
      </w:pPr>
      <w:r>
        <w:rPr>
          <w:rFonts w:ascii="宋体" w:hAnsi="宋体" w:eastAsia="宋体"/>
          <w:b w:val="0"/>
          <w:sz w:val="20"/>
        </w:rPr>
        <w:t>分数除以整数＝×整数的倒数</w:t>
      </w:r>
    </w:p>
    <w:p>
      <w:pPr>
        <w:spacing w:after="40" w:line="300" w:lineRule="auto"/>
      </w:pPr>
      <w:r>
        <w:rPr>
          <w:rFonts w:ascii="宋体" w:hAnsi="宋体" w:eastAsia="宋体"/>
          <w:b w:val="0"/>
          <w:sz w:val="20"/>
        </w:rPr>
        <w:t>一个数除以分数＝×这个分数的倒数</w:t>
      </w:r>
    </w:p>
    <w:p>
      <w:pPr>
        <w:spacing w:after="40" w:line="300" w:lineRule="auto"/>
      </w:pPr>
      <w:r>
        <w:rPr>
          <w:rFonts w:ascii="宋体" w:hAnsi="宋体" w:eastAsia="宋体"/>
          <w:b w:val="0"/>
          <w:sz w:val="20"/>
        </w:rPr>
        <w:t>统一：除以一个数（0除外）＝乘这个数的倒数</w:t>
      </w:r>
    </w:p>
    <w:p>
      <w:pPr>
        <w:spacing w:after="40" w:line="300" w:lineRule="auto"/>
      </w:pPr>
      <w:r>
        <w:rPr>
          <w:rFonts w:ascii="宋体" w:hAnsi="宋体" w:eastAsia="宋体"/>
          <w:b w:val="0"/>
          <w:sz w:val="20"/>
        </w:rPr>
        <w:t>解决问题：把总量看作单位“1”，合作时间＝总量÷效率之和</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以小组为单位整理本单元知识；</w:t>
      </w:r>
    </w:p>
    <w:p>
      <w:pPr>
        <w:spacing w:after="40" w:line="300" w:lineRule="auto"/>
        <w:ind w:firstLine="400"/>
      </w:pPr>
      <w:r>
        <w:rPr>
          <w:rFonts w:ascii="宋体" w:hAnsi="宋体" w:eastAsia="宋体"/>
          <w:b w:val="0"/>
          <w:sz w:val="20"/>
        </w:rPr>
        <w:t>② 整理计算错题，分析错因（特别是“变与不变”）。</w:t>
      </w:r>
    </w:p>
    <w:p>
      <w:pPr>
        <w:spacing w:after="40" w:line="300" w:lineRule="auto"/>
        <w:ind w:firstLine="400"/>
      </w:pPr>
      <w:r>
        <w:rPr>
          <w:rFonts w:ascii="宋体" w:hAnsi="宋体" w:eastAsia="宋体"/>
          <w:b w:val="0"/>
          <w:sz w:val="20"/>
        </w:rPr>
        <w:t>课后跟进作业：</w:t>
      </w:r>
    </w:p>
    <w:p>
      <w:pPr>
        <w:spacing w:after="40" w:line="300" w:lineRule="auto"/>
        <w:ind w:firstLine="400"/>
      </w:pPr>
      <w:r>
        <w:rPr>
          <w:rFonts w:ascii="宋体" w:hAnsi="宋体" w:eastAsia="宋体"/>
          <w:b w:val="0"/>
          <w:sz w:val="20"/>
        </w:rPr>
        <w:t>① 《数学作业本》本单元综合练习；</w:t>
      </w:r>
    </w:p>
    <w:p>
      <w:pPr>
        <w:spacing w:after="40" w:line="300" w:lineRule="auto"/>
        <w:ind w:firstLine="400"/>
      </w:pPr>
      <w:r>
        <w:rPr>
          <w:rFonts w:ascii="宋体" w:hAnsi="宋体" w:eastAsia="宋体"/>
          <w:b w:val="0"/>
          <w:sz w:val="20"/>
        </w:rPr>
        <w:t>② 拓展任务：用“单位1”的方法解释一个生活中的问题（如两队合修、合作进货），下节课分享。</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