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第4单元 生活中的负数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生活中的负数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2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是“综合与实践”领域的学习活动，教科书第44~47页，安排“寻找及认识负数”和“应用负数及小讲堂”两个课时。教材引导学生在熟悉的生活情境中寻找带“-”的数（气温、冰箱温度、电梯楼层、收支账目、海拔高度），归纳出正数和负数可以表示相反意义的量；进而在数线上表示负数，理解0是正数与负数的分界点；最后通过生活应用与数学史资料（刘徽“正算赤、负算黑”），感受负数的价值与文化。本单元是数与代数领域数概念的一次扩充，为第三学段后续学习有理数奠定基础。教学材料以教科书为主，辅以本单元配套课件（气温图、电梯按键图、数线图等）、学习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六年级学生在生活中已零散接触过带“-”的数（天气预报零下温度、电梯地下层），但尚未形成负数的数学概念。常见困难：①认为“-”就是减号，把“-4”读作“减4”；②以为0℃表示“没有温度”；③不理解为什么可以用负数表示“支出”“低于”等；④在数线上标负数位置时容易左右颠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数感：在熟悉情境中初步认识负数，理解正数和负数表示相反意义的量，知道0是正数与负数的分界点；② 几何直观：能在数线上表示正数、负数和0，借助数线直观比较它们的位置关系；③ 应用意识：会用负数表示生活中的收支、胜负、增减等相反意义的量，感受负数在生活中的应用价值。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第1课时：在熟悉的生活情境中初步认识负数，理解正数和负数可以表示相反意义的量，会正确地读、写负数；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第2课时：会用负数表示生活中具有相反意义的量（收支、达标成绩、水位、误差等）；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课前布置“寻找生活中的负数”实践任务（天气预报、冰箱、电梯、账单、海拔），课堂上先交流后归纳，让材料来自学生。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重视0的教学：通过0℃不是没有温度、海拔0米是海平面、收支0元是分界等实例，理解0是正负数的分界点。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充分利用数线这一直观模型，让学生在数线上找点、标数，发现0左边的数是负数、右边的数是正数。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结合数学史（刘徽用算筹颜色区分正负数）进行文化渗透，并安排“小讲堂”让学生展示应用负数的实例。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寻找及认识负数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在熟悉的生活情境中初步认识负数，理解正数和负数可以表示相反意义的量，会正确地读、写负数；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应用负数及小讲堂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会用负数表示生活中具有相反意义的量（收支、达标成绩、水位、误差等）；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注：课型依据温州市上课常规“单元开启课、活动探索课、专题练习课、自主整理课、主题拓展课”分类。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寻找及认识负数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寻找及认识负数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生活中的负数（生活中的负数）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学生在生活中见过零下温度、电梯地下层等带“-”的数，但多把“-”误读为减号，也不知道这些数的共同含义。本课从学生课前收集的生活实例入手，在交流与比较中归纳负数的本质。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教学内容：教科书第44~46页（寻找生活中的负数、正负数的意义、读写、在数线上表示负数）。教学材料：学生课前收集的生活素材、课件（气温图、冰箱、电梯按键、海拔示意图）、数线学习单。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（1）在熟悉的生活情境中初步认识负数，理解正数和负数可以表示相反意义的量，会正确地读、写负数；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（2）能在数线上表示正数、负数和0，理解0是正数和负数的分界点，知道0既不是正数也不是负数；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（3）经历寻找、归纳、表示的过程，感受负数在生活中的应用价值，发展数感。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教学重点：理解正数和负数表示相反意义的量；会正确地读、写负数。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教学难点：理解0是正数与负数的分界点（0℃不是没有温度）；能在数线上正确标出负数的位置。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在交流课前收集的材料中感受负数无处不在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学生课前收集的生活素材、课件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你找到了哪些带“-”的数？它们各表示什么？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归纳正负数的本质：表示相反意义的量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课件（气温、海拔、账单对比图）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0℃是不是表示没有温度？“-10℃”表示什么？“+8848.86 m”和“-10984 m”有什么不同？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掌握负数的读、写方法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“负6、负四点七、负八分之三”各怎么写？写负数要注意什么？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在数线上表示负数，理解0的分界作用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数线学习单、课件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负数应该在数线的什么位置？0是正数还是负数？能在数线上标出-2.5、-3.5吗？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巩固区分正数与负数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下面哪些是正数？哪些是负数？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一、交流收集的材料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出示学生课前收集的素材：北京气温-4~0℃、冰箱冷冻室-16℃、电梯按键-1层、账单支出-85元、吐鲁番盆地海拔-154.31 m。提问：“这些数有什么共同点？和以前学过的数有什么不一样？”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展示自己收集的材料，说出各数表示的意思（零下4摄氏度、地下1层、支出85元、低于海平面154.31 m），发现它们都带有“-”，是和以前学过的数不同的一类数。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让学生用自己的材料进入学习，在交流中感受负数来源于生活、应用广泛。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二、归纳正负数的意义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组织讨论：①温度以0℃为分界，零下温度用带“-”的数表示，0℃表示标准大气压下冰水混合物的温度，不是没有温度；②海拔以海平面为分界，低于海平面用带“-”的数，“+8848.86 m”的“+”可以省略；③账单中带“-”表示支出、带“+”表示收入。引导学生归纳：正数和负数可以用来表示相反意义的量。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结合具体实例理解0是分界点；说出“-10℃”表示零下10摄氏度；比较珠峰与马里亚纳海沟海拔的表示，归纳出“一个数前面有“-”和没有“-”，表示了相反意义的量”。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通过温度、海拔、收支三组对比，突破“0是分界点”和“相反意义的量”两个理解难点。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三、负数的读与写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讲解：读负数时先读“负”，再读数；写负数时一定要在数前面添加“-”，而正数前面的“+”可以省略不写。组织“读一读、写一写”练习：写出负6、负四点七、负八分之三，并读出-2.5、-3/8等数。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跟读、练读负数，正确写出指定负数，明确““-”不能省略”的书写规范。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规范负数的读写，避免把“-”只理解成减号。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四、在数线上表示负数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出示数线（已标0~5），提问：“负数应该画在数线的什么位置？”引导学生把数线从0向左延长，标出-1、-2、-3、-4。追问：“0是正数还是负数？”再让学生尝试标出-2.5、-3.5，说说-2.5在-2和-3之间的什么位置。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把数线向左延长并标出-1~-4，发现0左边的数是负数、右边的数是正数，0既不是正数也不是负数；能在数线上正确标出-2.5、-3.5等负小数，理解负数也在数线上有确定的位置。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把数轴经验迁移到负数，用直观模型支撑“0是分界点”的理解。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组织完成“指出下面哪些是正数、哪些是负数”（-7、2.5、0、-5.2、+41）和“在数线上标出各数”的练习，展示反馈。小结：正数和负数表示相反意义的量，0是分界点。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独立判断并说明理由，特别注意0既不是正数也不是负数；在数线上标出指定各数，梳理本课收获。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在判断与标注中巩固概念，通过0的特殊性深化理解。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寻找及认识负数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相反意义的量 → 正数与负数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温度：0℃分界（零上 / 零下）　海拔：海平面分界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账单：收入＋ / 支出－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读法：先读“负”，再读数；写法：数前必写“-”（“+”可省）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数线：0 ──── 正数　｜　负数 ──── 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0既不是正数，也不是负数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收集3个以上生活中带“-”的数（拍照或记录），了解它们的含义；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思考：这些数有什么共同点？和以前学的数哪里不一样？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《数学作业本》本课时对应练习（正负数判断、读写）；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数线练习：在数线上标出-1、-2.5、-4、3.5，并写出各数的相反意义的量。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应用负数及小讲堂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应用负数及小讲堂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生活中的负数（生活中的负数）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学生已在第1课时认识负数，知道正负数表示相反意义的量。本课进一步在“收支记录、体测成绩、水位、净重误差”等真实任务中用负数表示，并通过“小讲堂”展示负数的应用与数学史，体会负数的价值。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教学内容：教科书第47页（应用负数、数学史资料）。教学材料：课件（春节收支表、坐位体前屈记录单、学习单三）、数学史资料（刘徽“正算赤、负算黑”）。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（1）会用负数表示生活中具有相反意义的量（收支、达标成绩、水位、误差等）；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（2）了解负数的历史和在生活中的应用，感受数学文化的魅力；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（3）在实践活动中培养合作意识与应用意识，获得用数学表达现实问题的成功体验。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教学重点：会根据“确定标准（0点）→判断方向→读数写数”的步骤用负数表示相反意义的量。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教学难点：理解“0点”的确定方法（收入支出以0元、体测以达标标准、水位以警戒水位为标准）；小数减大数结果的表示。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复习引入，明确本课任务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下面哪些数是负数？月球表面白天零上127℃、夜间零下183℃各记作多少？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在收支情境中用正负数表示收入与支出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课件（春节收支表）、计算器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正数表示什么？负数表示什么？怎样计算春节期间的总余额？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在体测成绩中用正负数表示超过或未到标准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课件（坐位体前屈记录单）、学习单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坐位体前屈成绩怎样用正负数表示？如果达标成绩是128次，怎样表示各同学的跳绳成绩？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在水位、净重等情境中综合应用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课件、学习单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汛期水位高于警戒水位1.5 m记作多少？旱季低于3 m呢？净重205 g记为+5 g，197 g记作多少？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数学史与小讲堂：感受负数的价值与文化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课件（数学史资料）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有了负数，8-10的结果可以怎样表示？刘徽是怎样区分正负数的？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出示练习：判断-9、0.8、-3.7、12、0中的正负数；月球表面白天温度可达零上127℃记作（　）℃，夜间零下183℃记作（　）℃。提问：“用负数表示的关键是什么？”引出本课应用任务。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判断正负数，正确填写127℃和-183℃，明确用负数表示要先找到表示“0”的标准和相反的方向。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在练习中复习概念，并点明用负数表示的关键步骤。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二、活动一：记录家庭收支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出示小明家春节收支记录（父母工资+9500元、给老人-2000元、压岁钱-200元、买年货-500元）。提问：“正数、负数分别表示什么？要算春节总余额，怎样列式？”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理解收入记正、支出记负，列式9500-2000-200-500=6800（元），体会用正负数可以简洁记录收支。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在真实的收支任务中体会负数表示相反意义的量的便利。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三、活动二：记录测试成绩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坐位体前屈：指尖到达脚尖记0，超过用正数、未到用负数。组织全班测试并记录。再出示学习单三：5名同学跳绳成绩（129、125、123、118、140个），达标标准128次，高于128次用正数表示、低于用负数表示，完成记录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参与坐位体前屈测试并用正负数记录；把跳绳成绩转化为+1、-3、-5、-10、+12，理解“以达标标准为0点”的表示方法。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在两次测试任务中，掌握“先定0点标准、再判断方向”的表示方法。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四、活动三：综合应用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组织完成学习单：①警戒水位记为0 m，汛期高于1.5 m记为+1.5 m，旱季低于3 m记为-3 m；②袋装食品标准净重200 g，205 g记为+5 g，197 g记为-3 g。追问：“这里的0点分别是什么？”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完成练习并说出每题的“0点”（警戒水位、标准净重），进一步明确正负数是相对标准而言的。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通过不同情境的0点对比，深化“相反意义的量相对于某一标准”的理解。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五、小讲堂与小结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介绍：我国很早就使用负数，刘徽用算筹“正算赤、负算黑”区分正负数。提问：“8-10等于多少？怎样用负数表示？”引导学生用“大的数减小的数，结果前加负号”解释。组织学生以小讲堂形式交流一个生活中的负数应用实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理解8-10=-2（多2与少2是相反意义）；了解数学史；举出生活中的负数应用（气温、楼层、记账、比赛净胜球），感受负数的价值。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沟通负数与减法运算的联系，渗透数学文化，培养应用意识与表达自信。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应用负数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表示三步：定0点（标准）→ 判方向（超过/未到）→ 读数写数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收支：收入＋、支出－　（工资+9500，给老人-2000）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体测：达标为0，超过为正、未到为负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水位：警戒水位为0；净重：标准净重为0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数学史：刘徽“正算赤、负算黑”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8-10 = -2（大数减小数，结果前加负号）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记录家庭某一天的收支情况（至少4项），思考怎样用正负数表示；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了解一个负数的历史小故事或生活应用实例，准备小讲堂交流。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《数学作业本》本课时对应练习（用正负数表示收支、成绩、水位）；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实践任务：观察记录一周内某类数据（如气温），用正负数表示并与家人交流。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