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人教版六年级数学上册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第5单元 圆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圆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图形与几何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9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单元开启课、活动探索课、自主整理课、主题拓展课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教科书第48~78页，包括圆的认识、扇形的认识、圆的周长、圆的面积、解决问题五个内容，之后安排整理和复习，最后是“体育中的数学”“利用圆设计图案”两个综合与实践活动。教材从画圆入手认识圆的各部分名称与特征（一中同长、轴对称），再以“化曲为直”思想为主线，经历测量、猜想、验证，得出圆的周长C=πd=2πr；通过数方格估算、剪拼转化推导圆的面积S=πr²；进而研究圆环及“外方内圆”“外圆内方”等组合图形，并沟通与旧知（周长、面积、对称、转化）的联系。圆周率的历史（《九章算术》、祖冲之、刘徽割圆术）是重要的文化素材。教学材料以教科书为主，辅以本单元配套课件、圆规、剪刀、圆形纸片与计算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在一年级起就直观认识圆，四年级掌握了周长与面积概念及长方形、平行四边形等面积公式的推导，积累了“化曲为直”“转化”的活动经验；但尚未用数学语言精确刻画圆的特征。常见困难：①画圆时圆规使用方法不正确（针尖脚移动、两脚距离变化）；②对“一中同长”的数学含义理解不深；③圆周率意义的理解（任意圆的周长与直径比值一定）；④圆面积公式推导中“近似”与“极限”思想的体会；⑤组合图形（圆环、外方内圆）的转化思路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单元素养目标：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空间观念：认识圆的特征，掌握圆、扇形的各部分名称，理解圆的周长与面积公式的推导过程；② 几何直观：借助操作、图示分析“外方内圆”“外圆内方”等组合图形的关系，发展直观想象；③ 推理意识：经历测量—猜想—验证的探究过程，体会化曲为直、极限与转化思想，能有条理地表达思考过程；④ 应用意识：解决与圆有关的实际问题（起跑线、铁环、扫风面积等），感受数学的应用价值。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第1课时：联系生活实际认识圆，学会用圆规画圆，认识圆心、半径、直径及其字母表示，理解并掌握圆的特征；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第2课时：认识弧、圆心角以及它们之间的对应关系，掌握扇形的基本特征，能准确辨认扇形；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第3课时：认识圆的周长，能用滚动、绕线等方法测量圆的周长，理解并掌握圆的周长计算公式C=πd=2πr；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第4课时：经历操作、观察、验证、讨论和归纳等过程，探索并掌握圆的面积计算公式，能正确计算圆的面积；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第5课时：进一步掌握求圆的面积的方法，会求圆环的面积，会利用图形的运动转化求圆中涂色部分的面积；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第6课时：运用圆的面积公式探究“外方内圆”和“外圆内方”两种设计中正方形和圆之间的关系，认识组合图形的特征；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第7课时：加深对圆和扇形的理解和认识，巩固圆的周长、面积的计算方法，能解决与圆有关的实际问题；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第8课时：了解田径场跑道的结构，学会确定跑道起跑线的方法；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第9课时：会利用直尺和圆规设计一些和圆有关的图案；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（四）单元教学建议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保证操作时间：画圆、折圆、量周长、剪拼圆等操作是概念建立与公式推导的基础，不可用讲解替代。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突出“化曲为直”：滚动法、绕绳法、剪拼转化都围绕把“曲”转化为“直”（线段、长方形），引导学生自己发现方法。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重视极限思想的渗透：圆等分的份数越多，拼成的图形越接近长方形，用课件动态演示帮助学生想象。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沟通知识联系：圆的周长与平面图形周长、圆的面积与已学图形面积公式的推导方法相联系，完善认知结构。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用好数学文化素材：墨子“一中同长”、祖冲之圆周率、刘徽割圆术，增强民族自豪感与文化自信。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圆的认识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单元开启课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联系生活实际认识圆，学会用圆规画圆，认识圆心、半径、直径及其字母表示，理解并掌握圆的特征；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扇形的认识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认识弧、圆心角以及它们之间的对应关系，掌握扇形的基本特征，能准确辨认扇形；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圆的周长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认识圆的周长，能用滚动、绕线等方法测量圆的周长，理解并掌握圆的周长计算公式C=πd=2πr；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第4课时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圆的面积（1）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经历操作、观察、验证、讨论和归纳等过程，探索并掌握圆的面积计算公式，能正确计算圆的面积；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第5课时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圆的面积（2）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进一步掌握求圆的面积的方法，会求圆环的面积，会利用图形的运动转化求圆中涂色部分的面积；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第6课时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解决问题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活动探索课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运用圆的面积公式探究“外方内圆”和“外圆内方”两种设计中正方形和圆之间的关系，认识组合图形的特征；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第7课时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整理和复习（练习十三）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自主整理课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加深对圆和扇形的理解和认识，巩固圆的周长、面积的计算方法，能解决与圆有关的实际问题；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第8课时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体育中的数学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了解田径场跑道的结构，学会确定跑道起跑线的方法；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第9课时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利用圆设计图案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会利用直尺和圆规设计一些和圆有关的图案；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注：课型依据温州市上课常规“单元开启课、活动探索课、专题练习课、自主整理课、主题拓展课”分类。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圆的认识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圆的认识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圆（圆）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在生活中大量接触圆形物体，能直观辨认圆；在前面学习中已掌握用圆规画圆的基本技能，并知道长方形等图形的轴对称性。但尚未精确认识圆的各部分名称与特征，对“圆是由一条曲线围成的封闭图形”“一中同长”缺少数学化的表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教学内容：教科书第48~50页例1及“做一做”（画圆、认识圆心半径直径、圆的特征）。教学材料：圆形实物与图片（中国天眼、涟漪、摩天轮、月亮门）、圆规、圆形纸片、课件。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（1）联系生活实际认识圆，学会用圆规画圆，认识圆心、半径、直径及其字母表示，理解并掌握圆的特征；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（2）经历画圆、折圆、量一量等操作活动，理解同一个圆中半径与直径的关系（d=2r）及圆是轴对称图形；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（3）在动手操作与观察思考中提升实践能力，发展空间观念，感受数学知识的魅力。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教学重点：认识圆的各部分名称，掌握圆的特征（半径决定大小、圆心决定位置、d=2r、轴对称）。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教学难点：理解“一中同长”的数学含义；用圆规规范画圆（针尖脚固定不动、两脚距离不变）。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在生活情境中抽象出圆的图形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课件（中国天眼、涟漪、摩天轮、月亮门、环岛路）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这些物体你见过吗？它们是什么形状？生活中还有哪些圆形物体？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经历多种画圆方法的比较，学会用圆规画圆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圆形实物、细绳、圆规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你能想办法在纸上画一个圆吗？这些方法各有什么局限？用圆规画圆要注意什么？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认识圆心、半径、直径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圆规、圆形纸片、课件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什么是圆心、半径、直径？半径和直径有什么关系？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探究圆的特征，感悟“一中同长”文化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圆形纸片、课件（墨子语录）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圆是轴对称图形吗？有多少条对称轴？“一中同长”是什么意思？圆的大小和位置与什么有关？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巩固画图与特征应用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怎样用圆规画半径2 cm的圆？怎样找到杯口画的圆的圆心？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一、情境导入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出示中国天眼俯视图、水滴涟漪、摩天轮、月亮门、环岛路俯视图等图片。提问：“这些物体的表面是什么形状？你能举例说说生活中的圆吗？”指出：圆是常见的曲线图形，今天系统地研究圆。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观察图片说出圆形，举例（车轮、盘子、钟面、硬币等），初步感受圆在生活中的广泛应用。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从大量生活实例中抽象出圆的图形，激发学习兴趣。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二、画圆的方法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你能想办法在纸上画一个圆吗？”组织学生尝试用实物画圆、系绳画圆，比较两种方法的局限（大小不能随意变化、绳子要有弹性、要拉直）。再讲解圆规画圆三步：取点（定圆心O）、定长定点（两脚分开、针尖固定）、旋转一周。追问：“画圆时针尖脚能动吗？两脚距离能变吗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尝试用实物描圆、系绳画圆，在比较中体会局限；学习圆规画圆的方法并练习，明确“针尖固定不动、两脚距离不变”的操作要点。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在方法比较中突出圆规画圆的优越性，掌握规范画图技能。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三、认识各部分名称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结合画圆过程讲解：针尖固定的一点是圆心，用字母O表示；连接圆心和圆上任意一点的线段是半径，用字母r表示，半径长度就是圆规两脚间的距离；通过圆心并且两端都在圆上的线段是直径，用字母d表示。组织学生在所画圆上标出O、r、d，提问：“一个圆中有多少条半径、多少条直径？直径和半径有什么关系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在圆上标出圆心、半径、直径；通过画一画、量一量发现：同一个圆中所有的半径都相等，所有的直径都相等，直径长度是半径的2倍（d=2r，r=d/2），直径是圆内最长的线段。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把画圆经验与概念建立融合，通过操作发现半径、直径的关系。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四、圆的特征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折圆活动：沿直径对折，发现圆是轴对称图形，有无数条对称轴（直径所在的直线）。介绍墨子“圆，一中同长也”（比西方早1000多年）：“一中”指只有一个圆心，“同长”指圆心到圆上各点距离相等。再出示两组圆（同位置不同大小、同大小不同位置），提问：“圆的大小与什么有关？位置与什么有关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对折圆形纸片发现圆是轴对称图形、有无数条对称轴；理解“一中同长”的含义；通过比较得出：半径决定圆的大小，圆心决定圆的位置。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在操作中发现圆的本质特征，结合数学文化加深理解，发展空间观念。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五、巩固练习与小结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组织完成“做一做”：①用圆规画一个半径2 cm的圆，标出O、r、d；②想办法找出用杯口画出的圆的圆心。组织反馈与小结（圆的特征、画圆方法）。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规范画圆并标注；用“对折两次，折痕交点是圆心”的方法找圆心；梳理本课收获。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在练习中巩固画图技能与特征理解，培养解决问题的能力。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圆的认识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画圆：取点（圆心O）→ 定长定点 → 旋转一周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圆心O：决定圆的位置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半径r：决定圆的大小（同一圆中，半径有无数条且都相等）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直径d：通过圆心两端在圆上（d = 2r，r = d÷2）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特征：轴对称图形，无数条对称轴；墨子：圆，一中同长也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收集3个圆形物品，试着用圆规画几个大小不同的圆；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想一想：画圆时怎样做到大小固定不变？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《数学作业本》本课时对应练习（填半径直径关系、画指定圆）；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找一找家中圆形物体的圆心，写下你的方法。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扇形的认识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扇形的认识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圆（圆）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学生刚掌握了圆的特征（半径、直径、圆心），具备用圆规画圆和度量角度的经验；但对“弧”“圆心角”“扇形”等概念首次接触，容易把扇形与三角形混淆。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教学内容：教科书第51页（认识弧、圆心角、扇形）。教学材料：折扇、蛋糕、拱桥等扇形实物图片、圆形纸片、量角器、课件。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（1）认识弧、圆心角以及它们之间的对应关系，掌握扇形的基本特征，能准确辨认扇形；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（2）知道圆心角及半径的大小决定扇形的大小，在同一个圆中圆心角越大扇形越大；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（3）经历观察、比较、画图等操作活动，培养动手能力与合作意识，感受数学知识之间的内在联系。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教学重点：掌握扇形的特征（一条弧和经过弧两端的两条半径围成的图形），准确辨认扇形。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教学难点：理解扇形大小由圆心角和半径共同决定（同圆中看圆心角，不同圆中半径也有关）。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从生活实物中感知扇形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课件（折扇、蛋糕、拱桥）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这些物体你见过吗？把折扇的外形描一描，你发现了什么？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认识扇形各部分名称，明确扇形与圆的关系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圆形纸片、课件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什么是弧？什么是扇形？什么是圆心角？扇形和圆有什么关系？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探究扇形大小的决定因素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圆形纸片、课件（大小不同的扇形）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同一个圆中扇形的大小与什么有关？不在同一个圆中呢？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认识特殊扇形（半圆、四分之一圆）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圆形纸片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以半圆为弧的扇形，圆心角是多少度？四分之一圆为弧的呢？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巩固辨认与画图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下列物体中哪些地方有扇形？怎样画一个圆心角100°的扇形？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一、情境导入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出示折扇、蛋糕、拱桥图片。提问：“这些物体你见过吗？知道它们是什么形状吗？”让学生在纸上描出折扇外形，观察描出的图形，引出：这样的图形叫作扇形。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描出折扇外形，发现“由一条曲线和两条线段围成”的图形，初步感知扇形。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从熟悉实物抽象出扇形，建立初步表象。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二、认识扇形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讲解：圆上A、B两点之间的部分叫作弧，读作“弧AB”；一条弧和经过这条弧两端的两条半径所围成的图形叫作扇形；像∠AOB这样顶点在圆心的角叫作圆心角。组织学生在圆上画出扇形并互相指认（弧、半径、半径、圆心角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在圆中画出扇形，指认弧、两条半径与圆心角，理解“扇形是圆的一部分”。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通过画图与指认，建立扇形各要素的概念及其与圆的联系。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三、扇形的大小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学生在同一个圆中画几个不同大小的扇形，比较后发现：同一个圆中扇形的大小与圆心角大小有关，圆心角越大，扇形越大。再出示圆心角相同但半径不同的扇形，提问：“半径不同，扇形大小还一样吗？”得出：圆心角一样时，半径越长，扇形越大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画图比较发现“同圆中圆心角决定扇形大小”；对比不同圆的扇形，理解半径也影响扇形大小。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在对比实验中归纳影响扇形大小的两个因素，培养归纳推理能力。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四、特殊的扇形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组织对折活动：把圆对折成半圆，以半圆为弧的扇形圆心角是180°（平角）；再对折成四分之一圆，圆心角是90°（直角）。追问：“圆有几条对称轴？扇形有几条？”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通过对折得出半圆扇形圆心角180°、四分之一圆扇形圆心角90°；发现圆有无数条对称轴，扇形只有1条。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在折纸中发现特殊扇形与对称轴，加深对扇形特征的理解。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五、巩固练习与小结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组织完成“做一做”：①指出物体中的扇形；②画一个半径2 cm的圆，再画一个圆心角100°的扇形（先画100°角，角的另一边为另一条半径）。反馈并小结。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辨认生活中的扇形；按步骤画出指定扇形，梳理“扇形定义、圆心角、大小因素”等收获。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在辨认与作图中巩固概念，落实作图技能。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扇形的认识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弧：圆上两点之间的部分（弧AB）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圆心角：顶点在圆心的角（∠AOB）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扇形：一条弧＋经过弧两端的两条半径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大小：同圆中看圆心角（越大越大）；不同圆中半径越长越大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半圆为弧：180°；四分之一圆为弧：90°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找一找生活中扇形或近似扇形的物体；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复习用量角器画指定度数的角。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《数学作业本》本课时对应练习（判断扇形、填圆心角度数）；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在圆中画几个不同大小的扇形，量出它们的圆心角。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圆的周长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圆的周长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圆（圆）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掌握平面图形周长的意义（封闭图形一周的长度），会用直尺和卷尺测量；对“圆的周长是一条曲线”有直观感受，但首次遇到“曲”的度量，对滚动、绕绳等化曲为直方法缺少经验，对“圆的周长与直径有关”的猜想与验证需要引导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教学内容：教科书第55~57页例1及“做一做”（圆的周长意义、测量方法、圆周率、计算公式）。教学材料：圆桌与菜板情境图、一元硬币、圆形纸片、杯盖、绳子、直尺、计算器、课件。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（1）认识圆的周长，能用滚动、绕线等方法测量圆的周长，理解并掌握圆的周长计算公式C=πd=2πr；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（2）经历测量计算、研究发现圆的周长与直径关系的过程，渗透“化曲为直”的转化思想；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（3）体验解决问题方法的多样性，体会数学与现实生活的密切联系，了解圆周率的文化价值。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教学重点：理解圆周率的意义，掌握圆的周长计算公式并能正确运用。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教学难点：理解任意圆的周长与直径的比值是一定的（圆周率）；测量中误差的处理。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在生活问题中产生测量圆周长的需要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课件（圆桌、菜板开裂图）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要给圆桌和菜板边缘箍一圈铁皮，分别需要多长的铁皮？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用多种方法测量圆的周长，体会化曲为直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圆形实物、绳子、直尺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怎样测量圆的周长？滚动法、绕绳法各是怎样做的？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探究圆的周长与直径的关系，认识圆周率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一元硬币、圆形纸片、杯盖、计算器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圆的周长可能和什么有关？周长除以直径的结果有什么规律？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推导并应用圆的周长公式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课件（汽车里程表问题）、计算器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怎样用π表示圆的周长？轮子转1圈走多远？总里程已知，怎样求转动圈数？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巩固公式的正逆向使用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已知r或d怎样求周长？已知周长怎样求直径？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一、情境导入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出示圆桌和菜板边缘开裂的图片。提问：“需要在它们的边缘箍上一圈铁皮，分别需要多长的铁皮？要计算铁皮长度，实际在计算什么？”引出：围成圆的曲线的长是圆的周长。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理解箍铁皮就是求圆桌和菜板边缘一周的长度，即圆的周长，明确学习任务。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从真实问题引出圆的周长的意义。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二、测量圆的周长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怎样求出圆形物体一周的长度？”组织学生操作：方法一，滚动法（起点与0刻度对齐，沿直尺滚动一圈）；方法二，绕绳法（绳绕一圈做标记，再量绳长）；方法三，用卷尺直接量。比较后指出：这些方法都把“曲”变成了“直”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选择实物动手测量，尝试滚动法、绕绳法，记录测量结果，体会“化曲为直”的思想。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在操作中掌握测量方法，渗透转化思想。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三、圆周率的探究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用绕线或滚动的方法测量太麻烦，有时也做不到，怎样准确计算圆的周长？你觉得圆的周长可能和什么有关？”引导学生猜想与直径有关后，组织测量几个圆的周长和直径，计算“周长÷直径”，填入表格（一元硬币6.9/2.2、圆形纸片12.5/4、杯盖22/7，结果都是3.14左右）。归纳：任意一个圆的周长除以它的直径，结果是一个固定的数，叫作圆周率，用π表示，π是无限不循环小数，实际应用中常取近似值3.14。介绍祖冲之把π精确到小数点后7位（早国外约1000年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测量、计算、填表，发现每个圆的周长÷直径都大约是3.14，理解圆周率的意义；了解祖冲之的成就，增强民族自豪感。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经历测量—猜想—验证的完整探究过程，自主发现圆周率，渗透极限与文化教育。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四、周长公式与应用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引导学生由“周长÷直径=π”推出：如果用C表示圆的周长，就有C=πd或C=2πr。出示例题：汽车轮子直径75 cm，转1圈走多远？（C=πd，3.14×75=235.5 cm=2.355 m）这辆车总里程4710 km，轮子一共转了多少圈？（4710000÷2.355=2000000圈）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推导公式C=πd=2πr；解决轮子行程问题，理解“转1圈的路程=轮的周长、圈数=总里程÷周长”，体会公式的应用价值。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在推导与真实问题应用中巩固公式，发展应用意识。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五、巩固练习与小结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组织完成“做一做”：①求各圆周长（r=3 cm、d=8 cm、r=5 cm）；②已知圆桌面周长6.28 m，求直径（d=C÷π）。反馈并小结（周长意义、π、公式）。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独立计算并汇报；由周长逆推直径，理解公式的变形；梳理本课收获。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在正逆两向练习中熟练运用公式，完善认知。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圆的周长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意义：围成圆的曲线的长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测量：滚动法、绕绳法（化曲为直）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圆周率π：周长÷直径＝固定值（无限不循环小数，≈3.14）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祖冲之：精确到小数点后7位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公式：C = πd 或 C = 2πr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应用：转1圈路程＝轮周长；圈数＝总里程÷周长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找3个圆形物体，用绕绳法测出它们的周长；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量出它们的直径，算一算周长÷直径的商。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《数学作业本》本课时对应练习（求周长、由周长求直径）；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实践任务：测量家中自行车轮的直径，算一算转100圈大约行多少米。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二、课时教学方案（第4课时）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第4课时　圆的面积（1）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第4课时　圆的面积（1）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圆（圆）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掌握长方形、平行四边形、三角形、梯形面积公式的推导（都用了转化方法），会计算圆周长；但面对“曲边图形”的面积计算缺少思路，对“数方格估一估”的误差处理和“剪拼后越来越接近长方形”的极限思想需要重点引导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教学内容：教科书第60~62页（圆的面积公式推导）及“做一做”。教学材料：圆形纸片（r=10 cm）、透明方格纸、剪刀、课件（等分剪拼动画、割圆术资料）。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（1）经历操作、观察、验证、讨论和归纳等过程，探索并掌握圆的面积计算公式，能正确计算圆的面积；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（2）运用转化的数学思想方法解决问题，感悟极限思想，增强空间观念；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（3）进一步体验数学与生活的联系，提高学习数学的兴趣。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教学重点：经历圆面积公式的推导过程，掌握S=πr²。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教学难点：理解剪拼后“近似”与“极限”的关系（等分越多越接近长方形）；由长方形面积公式推导圆面积公式的道理。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在估算中感受圆面积与半径平方的关系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圆形纸片（r=10 cm）、透明方格纸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什么是圆的面积？如果圆的半径是10 cm，怎样求它的面积？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9分钟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回忆旧知，明确转化思路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课件（面积公式推导图）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平行四边形、三角形、梯形的面积公式是怎样推导的？圆能不能转化成学过的图形？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剪拼操作，推导圆的面积公式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圆形纸片（16等分、32等分）、剪刀、课件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把圆8等分、16等分、32等分后剪拼，拼出的图形像什么？等分的份数越多越接近什么？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了解割圆术，巩固公式应用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课件（割圆术、风电机组情境）、计算器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刘徽的割圆术是怎样做的？已知r、d、C分别怎样求圆的面积？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巩固公式的灵活运用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已知周长怎样求面积？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一、估一估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提问：“什么是圆的面积？”（圆所占平面的大小）如果圆的半径为10 cm，怎样求这个圆的面积？组织用透明方格纸数方格：①只数整数格（69×4=276）；②不满一格算整格（86×4=344）；③不满一格算半格（77.5×4=310）。追问：“小方格分得越来越小，结果会怎样？”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数方格估算圆面积（大于276 cm²、小于344 cm²、约310 cm²），发现圆的面积大约是半径平方的3.1倍，理解方格越小估算越精确。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在估算中感受圆面积与r²的关系，为公式推导提供猜想依据，渗透极限思想。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二、回顾转化方法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回忆：平行四边形转化成长方形、三角形转化成平行四边形、梯形转化成平行四边形，都是用了转化的方法。提问：“能不能把圆也转化成学过的图形来计算面积？找一个圆，通过剪、拼的方法试一试。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回忆已有面积公式的推导方法，明确“把圆转化成已学图形”的研究思路。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激活转化经验，为圆的面积推导搭建方法桥梁。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三、剪拼推导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把圆8等分、16等分、32等分后剪开，拼成近似的平行四边形（课件同步演示）。追问：“等分的份数越来越多，拼出的图形会越来越接近什么形状？”引导观察：分的份数越多，拼成的图形越接近长方形，长方形的长相当于圆周长的一半（πr），宽相当于半径（r）。由长方形面积=长×宽推出：圆的面积=πr×r=πr²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动手剪拼，观察比较8、16、32等分后的图形，发现越接近长方形；理解“长≈πr、宽≈r”，从而推出S=πr²。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在操作与观察中完成公式推导，体会化曲为直与极限思想。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四、应用与文化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介绍刘徽的“割圆术”（从圆内接正六边形开始，边数逐次加倍逐步逼近圆）。出示例题：全球首台20兆瓦海上风电机组叶轮半径150 m，扫风面积是多少？（3.14×150²=70650 m²）大约相当于几个足球场（105 m×68 m）？（70650÷7140≈10个）归纳三种求法：已知r用S=πr²；已知d先求r；已知C先由C=2πr求r。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了解割圆术；列式计算扫风面积并比较足球场个数，掌握由d、C求面积的转化方法。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在文化浸润与实际应用中巩固公式，培养模型意识。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五、巩固练习与小结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组织完成“做一做”：①圆形茶几桌面直径1 m，面积是多少？（先求r再求S）②圆形蓄水池周长约31.4 m，占地面积约是多少？（由C求r再求S）追问：“我们是怎样推导出圆的面积计算公式的？”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独立完成两题，理顺“周长→半径→面积”的思路；回顾推导过程，梳理“转化+极限”的思想。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在综合练习中熟练公式，回顾提炼思想方法。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圆的面积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意义：圆所占平面的大小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估算：数方格（r=10 cm 约310 cm² ≈ 3.1r²）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推导：圆 ─剪拼─ 近似平行四边形 → 长方形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 xml:space="preserve">　　　长≈圆周长的一半（πr）　宽＝r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公式：S = πr²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已知d：S=π(d÷2)²；已知C：r=C÷π÷2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刘徽割圆术：割之弥细，所失弥少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复习平行四边形、三角形面积公式的推导过程；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准备圆形纸片（最好16或32等分画好线），试着剪一剪、拼一拼。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《数学作业本》本课时对应练习（求面积、由周长求面积）；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计算家中圆形物体（如圆桌）的面积，写出已知条件与解答过程。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二、课时教学方案（第5课时）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第5课时　圆的面积（2）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第5课时　圆的面积（2）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圆（圆）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掌握S=πr²及由d、C求面积的方法；对“组合图形”的面积计算在前面（如长方体表面）有初步经验，但圆环（两个同心圆）的结构与“外圆面积-内圆面积”的思路、以及用平移旋转转化不规则图形，需要操作与直观支撑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教学内容：教科书第63页例3（圆环面积）及“做一做”。教学材料：圆环教具、课件（青玉御题蚕纹璧、平移旋转转化动画）。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（1）进一步掌握求圆的面积的方法，会求圆环的面积，会利用图形的运动转化求圆中涂色部分的面积；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（2）了解圆环的特征，会正确、灵活地求圆环的面积和涂色部分的面积；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（3）在解决问题的过程中提高解决问题的能力，发展空间观念。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教学重点：掌握圆环面积公式S环=πR²-πr²=π(R²-r²)。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教学难点：理解“外圆面积减内圆面积”的算理；用平移、旋转将不规则图形转化为规则图形。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复习导入，引出圆环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已知r=2 cm怎样求面积？已知d=6 dm呢？大圆中间挖去一个小圆得到什么图形？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认识圆环，探究圆环面积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圆环教具、课件（青玉璧）、计算器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什么是外圆、内圆、环宽？圆环的面积怎样求？两种算法有什么不同？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用平移、旋转转化不规则图形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课件（转化动画）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右图涂色部分可以怎样转化成一个规则图形？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巩固练习与小结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怎样求涂色部分面积？用平移转化成长方形后怎样算？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一、复习导入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出示练习：求r=2 cm、d=6 dm的圆的面积（12.56 cm²、28.26 dm²）。提问：“一个大圆，中间挖去一个小圆，能得到什么图形？”引出圆环。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复习已知r、d求面积；观察得出挖去小圆后得到圆环，明确本课学习内容。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复习旧知，引出新图形，建立学习起点。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二、圆环的面积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讲解：圆环是两个大小不同的同心圆，较大的叫外圆、较小的叫内圆，两圆之间的宽度叫环宽。出示例题：故宫“青玉御题蚕纹璧”，外圆直径26.3 cm，内圆直径5.4 cm，面积约多少？呈现两种方法：小丽：外圆面积-内圆面积（π×13.15²-π×2.7²≈520.1 cm²）；小明：π(R²-r²)（3.14×165.6325≈520.1 cm²）。组织比较异同，归纳：S环=πR²-πr²=π(R²-r²)；已知直径则先求半径。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认识圆环各部分；理解“外圆面积-内圆面积”的算理；比较两种算法的相同点与简便性，掌握圆环面积公式。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在真实文物情境中探究圆环面积，体会算法优化。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三、转化求面积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出示例题：大半圆挖去一个小半圆再加一个小半圆。引导发现：把右边的小半圆绕大半圆圆心顺时针旋转180°到左边，涂色部分刚好是一个大半圆（3.14×5²÷2=39.25 cm²）。再出示长方形挖去半圆再加半圆的图形，把上面的半圆平移到下面，涂色部分刚好是一个长方形（(3×2)×3=18 cm²）。归纳：求不规则图形的面积，可以先通过旋转或平移转化为规则图形再计算。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观察想象旋转、平移后的图形，理解转化的道理，列式计算，归纳转化方法。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在图形运动中体验转化思想，培养空间观念。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四、巩固练习与小结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组织完成“做一做”（求各图形涂色部分面积）：①S圆环=S外圆-S内圆；②平移转化为长方形；(1+2)×2=6 cm²；③旋转转化为圆：3.14×(1+1+1)²×1/4=7.065 cm²。小结：圆环面积与转化方法。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完成练习，说明转化思路；梳理“圆环面积公式、旋转平移转化”两方面的收获。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巩固圆环面积与转化策略，形成方法结构。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圆的面积（2）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圆环：两个大小不同的同心圆（外圆R、内圆r、环宽）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S环 = πR²－πr² = π(R²－r²)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已知直径：先求半径（R=D÷2，r=d÷2）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不规则图形 ─旋转/平移─ 规则图形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例：大半圆39.25 cm²；长方形18 cm²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复习S=πr²及由d、C求面积的方法；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观察生活中的圆环（如碗口、甜甜圈），想一想它的面积怎样算。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《数学作业本》本课时对应练习（圆环面积、组合图形面积）；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选做：用平移或旋转的思路，计算一个组合图形的面积并画图说明。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二、课时教学方案（第6课时）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第6课时　解决问题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第6课时　解决问题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圆（圆）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学生已掌握圆的周长与面积计算，会用列举法发现规律；但“外方内圆”“外圆内方”中正方形与圆的面积关系涉及两个未知量的关系处理，需要假设半径、列举数据、归纳规律的完整过程，是本课的难点。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教学内容：教科书第65页（“外方内圆”和“外圆内方”问题）及“做一做”。教学材料：我国古建筑窗棂图案、方格纸、课件（组合图形、重叠旋转图）。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（1）运用圆的面积公式探究“外方内圆”和“外圆内方”两种设计中正方形和圆之间的关系，认识组合图形的特征；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（2）经历“假设—列举—归纳—应用”的探究过程，提高分析问题和解决问题的能力；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（3）结合例题渗透传统文化教育，感受数学的价值，提升学习兴趣。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教学重点：发现并理解“外方内圆”中圆面积是正方形面积的π/4、“外圆内方”中圆面积是正方形面积的π/2。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教学难点：用假设半径的方法发现规律；理解“大正方形的面积是小正方形的2倍”的原理。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在建筑文化情境中提出问题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课件（外方内圆、外圆内方建筑图案）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你见过这些图案吗？什么是外方内圆？什么是外圆内方？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假设列举，探究“外方内圆”的面积关系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方格纸、课件（数据表）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圆的半径和正方形的边长都不知道怎么办？圆面积是正方形面积的几分之几？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转化分解，探究“外圆内方”的面积关系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课件（三角形分解图）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正方形的边长不知道，怎样计算它的面积？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沟通两种设计的关系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课件（重叠图）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把两个图形重叠在一起，你能发现什么？把小正方形旋转呢？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应用规律解决问题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教科书做一做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已知正方形面积是20 cm²，怎样求圆的面积和涂色部分面积？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一、情境导入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我国古建筑中的“外方内圆”“外圆内方”窗棂图案。提问：“这些图案你见过吗？”讲解：“外方内圆”就是研究正方形内最大的圆，“外圆内方”就是研究圆内最大的正方形。提出问题：“这两种设计中正方形和圆面积之间有什么关系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欣赏图案，理解“外方内圆”“外圆内方”的含义，明确探究任务。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在传统文化情境中提出探究问题，激发兴趣。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二、探究外方内圆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提问：“圆的半径和正方形的边长都不知道，怎么办？”引导学生假设半径分别为1 cm、2 cm、3 cm，计算圆的面积（π、4π、9π）与正方形面积（边长a=2r，4、16、36）。观察归纳：圆面积是正方形面积的π/4。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假设半径列举计算，填表观察，发现无论半径多少，圆面积总是正方形面积的π/4。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用假设列举发现规律，培养归纳推理能力。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三、探究外圆内方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外圆内方中正方形的边长不知道，怎样计算它的面积？”引导把正方形看作两个三角形，底是圆的直径（2r），高是圆的半径（r）：正方形面积=三角形面积×2=直径×半径÷2×2=直径×半径=2r²。列举r=1、2、3（正方形面积2、8、18，圆面积π、4π、9π），归纳：圆面积是正方形面积的π/2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理解“正方形分成两个三角形”的分解思路，列举计算后发现圆面积是正方形面积的π/2。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在分解转化中发现规律，体会几何直观。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四、沟通联系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出示重叠图：把小正方形旋转45°，发现大正方形的面积是小正方形的2倍。提问：“为什么？（大正方形边长是小正方形边长的√2倍，面积是2倍）”（结合图示定性说明即可，不做√2的计算要求。）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观察重叠与旋转后的图形，发现大正方形面积是小正方形面积的2倍，理解两种设计之间的联系。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在图形运动中沟通两种设计的关系，发展空间观念。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五、巩固练习与小结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组织完成“做一做”：已知正方形面积20 cm²，利用“圆面积是正方形面积的π/4”求出圆的面积（20×π/4=15.7 cm²），再求涂色部分面积（20-15.7=4.3 cm²）。小结本课发现的规律。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运用规律解题，体会“不用求半径也能算面积”的简洁；梳理两类设计中的面积关系。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在应用中巩固规律，体会假设归纳方法的价值。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解决问题（外方内圆、外圆内方）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方法：假设半径 → 列举 → 归纳规律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外方内圆：a=2r，S正=(2r)²=4r²，S圆/S正=π/4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外圆内方：S正=2r²，S圆/S正=π/2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重叠发现：大正方形面积＝小正方形面积的2倍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应用：S正=20 cm² → S圆=15.7 cm²，涂色=4.3 cm²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复习圆的面积公式；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在方格纸上画一个正方形和它的内切圆，估一估圆面积占正方形的几分之几。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《数学作业本》本课时对应练习；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选做：找一找生活中“外方内圆”或“外圆内方”的设计，量一量、算一算。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二、课时教学方案（第7课时）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第7课时　整理和复习（练习十三）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第7课时　整理和复习（练习十三）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圆（圆）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学生已完成本单元新授，对圆的认识、扇形、周长、面积有分散的掌握；但知识尚未结构化，对“化曲为直”这一主线的贯通、圆环与组合图形的综合运用还存在困难，需要系统整理与针对性练习。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教学内容：教科书第71~73页整理和复习、练习十三第1~9题。教学材料：课件（知识结构图、练习题）、计算器。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（1）加深对圆和扇形的理解和认识，巩固圆的周长、面积的计算方法，能解决与圆有关的实际问题；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（2）掌握整理和复习的方法，提高归纳知识的意识和能力；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（3）感受数学与生活的密切联系，增强学习数学的信心。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教学重点：系统整理圆与扇形的特征、周长与面积公式，形成知识网络。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教学难点：综合运用（圆环、外方内圆、去尾法取整等）解决实际问题。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回顾整理，构建知识网络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课件（知识结构图）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本单元学习了哪些知识？圆和扇形各有什么特征？周长和面积公式是怎样得到的？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基本练习，巩固公式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课件、计算器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求中国天眼圈梁一圈的长度？求双面绣圆面的面积？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综合练习，突破难点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课件、计算器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做铁环最多几个？结果怎样取整？旋转木马栏杆内占地面积是多少？已知正方形面积怎样求圆面积？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拓展练习与课堂小结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压路机前进多远？组合图形的周长面积怎样算？十环面积是九环的几分之几？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一、回顾整理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学生回顾整理：圆的特征（一中同长、圆心定位置、半径定大小、d=2r、轴对称无数条对称轴）、扇形（弧+两条半径、圆心角决定大小）、周长（C=πd=2πr，化曲为直）、面积（S=πr²，剪拼转化）、圆环与组合图形。师生共同完成知识结构图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分组整理本单元知识，汇报交流，形成“特征—周长—面积—应用”的知识网络，沟通“化曲为直”“转化”的主线。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在自主整理中建构知识网络，把握单元主线。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二、巩固运用（一）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组织完成练习十三第1~2题：①“中国天眼”圈梁直径500 m，沿圈梁走一圈约多少米？（3.14×500=1570 m）②双面绣圆面直径20 cm，面积是多少？（3.14×(20÷2)²=314 cm²）反馈算理（先求r再求面积）。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独立完成并汇报，说明已知d求周长、面积的思路，巩固公式。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在真实情境中巩固基本计算。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三、巩固运用（二）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组织完成第3~5题：①10 m铁条做直径50 cm铁环，最多几个？（3.14×0.5=1.57 m，10÷1.57≈6个，余料不够做一个用“去尾法”）②旋转木马直径8 m、四周留1 m小路，栏杆内占地面积？（(8+1+1)÷2=5 m，3.14×5²=78.5 m²）③正方形面积10 cm²，求圆面积（r²=10，3.14×10=31.4 cm²）。提示：注意单位统一与取整方法。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分析题意，正确列式；在“去尾法”、环形面积、由正方形面积求圆面积等问题中突破难点，提升综合能力。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在综合问题中熟练方法，关注易错点（单位、取整、间接条件）。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四、拓展与小结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选做第6~8题：①压路机前轮直径1.7 m、每分钟6圈，10分钟前进多远？（3.14×1.7×6×10=320.28 m）②正方形+四个90°扇形的周长与面积；③气步枪靶十环面积是九环面积的几分之几。小结本单元知识、方法与易错点。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选做拓展题，综合运用周长面积知识；梳理本单元收获与仍需注意的问题。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在拓展中提升综合应用能力，完善认知结构。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整理和复习（圆）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特征：一中同长；圆心定位置，半径定大小；d=2r；轴对称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扇形：一条弧+两条半径；圆心角越大扇形越大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周长：C=πd=2πr（化曲为直）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面积：S=πr²（剪拼转化）；S环=π(R²-r²)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易错：单位统一；余料取整（去尾法）；间接条件求r²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自主整理本单元知识（画知识结构图）；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整理计算错题，分析错因。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《数学作业本》练习十三；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综合任务：测量一个圆形物体（如圆桌面），算出它的周长和面积，写出思考过程。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二、课时教学方案（第8课时）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第8课时　体育中的数学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第8课时　体育中的数学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圆（综合与实践）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掌握圆的周长计算，对“400米跑道由两条直道和一个圆的周长组成”有生活印象；但把跑道抽象成几何图形、发现内外圈长度差异的原因、推导相邻跑道起跑线差距，需要完整的数据收集与推理过程，是综合运用圆的周长解决实际问题的好素材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教学内容：教科书第74~78页综合与实践活动“体育中的数学”。教学材料：操场跑道图、卷尺或跑道设计标准数据、计算器、活动记录单、课件。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（1）了解田径场跑道的结构，学会确定跑道起跑线的方法；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（2）经历发现和提出问题、分析和解决问题的过程，发展综合运用数学知识解决体育中实际问题的能力，体会抽象、推理等基本的数学思想；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（3）在主动参与数学活动的过程中体会探索知识的乐趣，感受数学知识在生活中的广泛应用。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教学重点：理解跑道一圈长度=2条直道+一个圆的周长，发现相邻跑道起跑线相差π×(跑道宽度×2)。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教学难点：把实际跑道抽象为几何图形；理解“相邻跑道长度差只与圆周长差有关，与直道无关”。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在体育话题中提出研究问题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体育运动中有哪些有趣的数学问题？100 m和400 m跑的起跑线为什么不同？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分析跑道结构，确定研究方案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跑道图、活动记录单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400 m跑道由哪几部分组成？内外跑道的差异是怎样形成的？要解决起跑线问题需要哪些数据？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计算相邻跑道长度之差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计算器、跑道数据表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哪一圈跑道长度是400 m？相邻跑道的长度之差与直道有关吗？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回顾过程，汇报交流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活动记录单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回顾解决问题的过程，你有什么发现？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拓展迁移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怎样用本课方法研究其他体育中的数学问题？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一、确定主题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提问：“体育运动中有许多有趣的数学问题，课前同学们也做了了解，你发现了什么？”组织交流：400 m跑的起跑线是怎样设置的？足球比赛怎样分组？篮球得分怎样算？跳水得分怎样算？聚焦问题：“为什么100 m跑和400 m跑的起跑线不同？”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交流课前了解到的体育中的数学问题；讨论得出：100 m是直道竞赛起跑线相同，400 m是弯道竞赛、终点相同而外圈更长，所以起跑线不同。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从学生关注的话题中聚焦研究主题，感受数学与体育的联系。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二、分析解决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跑道图，提问：“每一条跑道具体由哪几个部分组成？内外跑道的差异是怎样形成的？”引导得出：跑道一圈长度=2条直道长度+一个圆的周长；内外跑道长度不同是因为圆的周长不同。追问：“要知道各跑道起跑线相差多少，需要哪些数据？”（直道长度、最内圈半圆直径、跑道宽度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观察跑道图，说出跑道组成（两条直道+一个圆的周长）；理解内外圈差异源于圆周长不同；讨论确定需要测量的数据（直道长度、内圈直径、跑道宽度）或查阅设计标准。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在观察分析中抽象出几何模型，培养模型意识。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三、计算发现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用计算器计算：最内圈85.96×2+72.6×3.14≈400（m）；第2条85.96×2+(72.6+1.22×2)×3.14-400≈7.66（m）。引导发现：各跑道直道一样长，长度差与直道无关，只与圆的周长差有关。归纳：相邻两条跑道起跑线之间的距离=π×(跑道宽度×2)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借助计算器逐条计算跑道全长（400、407.66、415.33、423……），发现相邻跑道差约7.66 m且都相等，归纳出“起跑线差距=π×道宽×2”。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在数据计算中发现规律，培养运算能力与推理意识。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四、回顾与汇报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提问：“回顾解决问题的过程，你有什么发现？”（跑道宽度固定时每条跑道总长度的差相同）组织小组完善活动记录单（研究问题、研究过程、研究结论），在班级内汇报交流。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总结发现：相邻跑道起跑线距离=π×(跑道宽度×2)；小组合作完成记录单并汇报，分享研究过程与结论。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在回顾与汇报中提炼结论，培养表达与合作能力。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五、课堂小结与拓展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小结本课：用圆的周长知识解决了起跑线问题，经历了“提出问题—收集数据—分析计算—发现规律—汇报”的过程。布置拓展：用类似方法研究足球分组、篮球得分统计等问题。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梳理研究过程与方法；提出想继续研究的体育中的数学问题。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提炼研究方法，引导迁移应用到其他问题。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体育中的数学——确定起跑线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跑道一圈 = 2条直道 + 一个圆的周长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内外圈差异：圆的周长不同（直道相同）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最内圈：85.96×2 + 72.6×3.14 ≈ 400（m）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相邻跑道差 = π×(跑道宽度×2) ≈ 7.66（m）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过程：提问 → 收集数据 → 计算 → 发现规律 → 汇报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了解田径场跑道的结构（画一画或查一查）；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思考：400 m跑外圈运动员的起跑线为什么要向前移？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完成活动记录单（研究问题、过程、结论）；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选做：研究一个体育中的数学问题（如篮球得分统计、足球赛制），下节课汇报。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二、课时教学方案（第9课时）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第9课时　利用圆设计图案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第9课时　利用圆设计图案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第5单元 圆（综合与实践）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学生已掌握圆的特征（圆心定位置、半径定大小）和用圆规画圆的技能，认识了轴对称图形；但用圆规和直尺按步骤设计图案、分析图案的构造过程，需要细致的观察与有序的操作。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教学内容：教科书第74~78页综合与实践活动“利用圆设计图案”。教学材料：圆规、直尺、彩笔、图案作品、课件（作图步骤演示）。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（1）会利用直尺和圆规设计一些和圆有关的图案；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（2）培养学生对图形的观察和分析能力，提高动手操作能力，学会欣赏数学美；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（3）在设计活动中深化对“圆心决定圆的位置，半径决定圆的大小”的理解，发展空间观念。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教学重点：掌握用圆规和直尺设计图案的基本步骤（观察分析→逐步作图→整理涂色）。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教学难点：分析复杂图案的构成（由哪些圆、半圆组成）并确定作图顺序。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欣赏图案，明确任务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课件（美丽图案）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你见过这些美丽的图案吗？它们是画出来的？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4分钟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分析图案结构，学习作图步骤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课件（四瓣花作图演示）、圆规、直尺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四个花瓣实际上是由什么组成的？画图案先要确定什么？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独立设计图案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圆规、直尺、彩笔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这个图案要画哪些圆和半圆？对称轴怎样画？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展示交流，总结方法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学生作品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用圆规和直尺画图案的步骤和方法是什么？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一、欣赏导入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出示用圆规和直尺画出的美丽图案。提问：“你见过这些美丽的图案吗？猜一猜它们是怎样画出来的？”揭示：这些图形就是用圆规和直尺一步一步画出来的。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欣赏图案，猜测作图方法，明确本课任务——用圆规和直尺设计图案。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在欣赏中激发创作欲望，引出学习任务。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二、分析画法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四瓣花图案，提问：“四个花瓣实际上是由什么组成的？”（四个半圆）“要画这个图案，先要确定什么？”（某个圆或半圆的圆心和半径）逐步演示：①画圆定圆心；②画两条互相垂直的对称轴交圆于A、B、C、D；③依次连接得正方形ABCD；④以AB为直径、AB中点为圆心在正方形内画半圆；⑤同样方法画另外三个半圆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观察发现花瓣由半圆组成；理解“先定圆心和半径”的关键；跟随步骤画出四瓣花图案。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在分析中学会“分解图案—确定顺序—逐步作图”的方法。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三、动手设计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两个图案，组织分组作图：图案一：①画圆并画两条互相垂直的对称轴；②在两条对称轴上以大圆半径为直径画4个大半圆；③以大半圆半径为直径画8个小半圆；④涂色。图案二：①画圆并沿4个方向画4条对称轴；②在4条对称轴上以大圆半径为直径画8个小圆；③涂色。巡视指导，提醒先定圆心半径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分组选择图案，按步骤用圆规和直尺作图并涂色，在实践中加深“圆心定位置、半径定大小”的感受。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在独立作图中应用方法，提高动手操作能力。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四、展示与小结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组织展示作品，互评欣赏。总结方法：①观察图案特点，分析图案的设计过程；②用圆规和直尺一步一步地画图；③擦掉多余的辅助线并涂上颜色。引导学生感受数学美与对称美。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展示作品，欣赏评价；总结作图三步骤；交流创作体会，感受数学之美。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在展示交流中提炼方法，培养审美情趣。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利用圆设计图案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关键：圆心决定位置，半径决定大小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步骤：①观察分析图案构成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 xml:space="preserve">　　　②用圆规和直尺逐步作图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 xml:space="preserve">　　　③擦辅助线、涂色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四瓣花：正方形 + 4个半圆（直径为边）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对称轴：2条垂直 → 4个方向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收集1个用圆设计的图案，试着分析它由哪些圆组成；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练习用圆规画多个不同圆心、不同半径的圆。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完善课堂作品，用圆规和直尺再设计一个新图案；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选做：为自己的班级活动设计一个含圆形的标志，写出设计思路。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