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第6单元 百分数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11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单元开启课、活动探索课、主题拓展课、自主整理课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科书第79~107页，包括百分数的意义和读写法、百分数与分数小数的互化、折扣、利率、用百分数解决问题（求一个数比另一个数多/少百分之几、求比一个数多/少百分之几的数、两次变化幅度）、以及综合与实践活动“确定达标线”和“水是生命之源”，最后安排整理和复习。教材以投篮选拔情境引入百分数，突出其“表示一个数是另一个数的百分之多少”的关系本质；通过与分数对比，理解百分数只能表示两个量之间的关系、不能表示具体量；应用部分依次展开折扣、利率、增长率（增长量÷单位“1”）、逆向问题（已知量÷(1±百分率)）、两次增减（假设法）等类型，并借助百分数制定达标线，最后以水资源为主题开展综合实践。教学材料以教科书为主，辅以课件（利率表、国家学生体质健康标准、水资源资料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在五年级已掌握分数的意义、分数与小数互化、分数乘除法解决问题，理解“求一个数是另一个数的几分之几用除法”；对生活中常见的百分数（出勤率、命中率）也有接触。常见困难：①百分数与分数的意义混淆（百分数不能表示具体量）；②互化时小数点移动方向与位数出错；③“求比一个数多/少百分之几”中单位“1”的判断；④逆向问题（已知变化后的量求原量）的数量关系分析；⑤两次增减变化（先涨后降不一定回到原价）的直觉误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数感：理解百分数的意义，熟练掌握小数、分数、百分数的互化，能在真实情境中解释百分数的含义；② 运算能力：正确进行百分数的乘除运算与简便计算，能灵活选择算术法或方程法解决问题；③ 模型意识：借助线段图建立单位“1”的意识，能用百分数刻画变化幅度，解决折扣、利率、达标线等实际问题；④ 应用意识：在制定达标线、调查水资源等活动中，经历收集数据—整理数据—分析数据—作出判断的过程，发展数据意识，增强社会责任感。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第1课时：通过比较体会引入百分数的必要性，会正确地读、写百分数；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第2课时：依据小数、分数和百分数的意义，理解和掌握将分数、小数转化成百分数的方法；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第3课时：结合现实情境，掌握求一个数的百分之几是多少的解题方法，以及将百分数化成小数、分数的方法；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第4课时：理解“折扣”的含义，掌握原价、现价和折扣之间的关系，能自主解决有关折扣的实际问题；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第5课时：初步了解有关储蓄的知识，知道本金、利息和利率的含义，掌握计算利息的方法，会进行简单计算；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第6课时：理解“一个数比另一个数多（或少）百分之多少”的含义，能正确解答“求一个数比另一个数多（或少）百分之多少”的实际问题；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第7课时：学会分析“求比一个数多（或少）百分之几的数是多少”的逆向问题的数量关系，并能正确解答；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第8课时：掌握用假设法解决“已知一个数量的两次增减变化情况，求最后变化幅度”的百分数问题；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第9课时：掌握数据收集、整理的基本方法，会借助百分数来制定达标线，能正确计算达标率并根据达标率反推达标线；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第10课时：进一步理解百分数的意义，会读、写百分数，熟练掌握小数、分数、百分数之间互化的方法，能正确解决有关百分数的实际问题；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第11课时：收集有关水资源的基本知识，了解世界和我国淡水资源的基本概况，掌握生活用水调查与实验的方法，能设计并落实节水方案；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重视百分数与分数的对比：通过“哪几个分数能写成百分数、哪几个不能”的讨论，理解百分数只表示关系。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互化教学重在理解算理：小数点移动两位的本质是分母100的变化，避免机械记忆。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画线段图分析数量关系：折扣、利率、增长率等问题都借助线段图找准单位“1”，鼓励一题多解与检验。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关注“标准不同则幅度不同”：用“都多2万辆为什么增长率不同”等实例，加深对单位“1”的理解。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综合与实践要真做事：确定达标线需真实收集全班数据，水是生命之源需落实调查、实验与宣传，避免走过场。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百分数的意义和读、写法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通过比较体会引入百分数的必要性，会正确地读、写百分数；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百分数和分数、小数的互化（1）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依据小数、分数和百分数的意义，理解和掌握将分数、小数转化成百分数的方法；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百分数和分数、小数的互化（2）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结合现实情境，掌握求一个数的百分之几是多少的解题方法，以及将百分数化成小数、分数的方法；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折扣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理解“折扣”的含义，掌握原价、现价和折扣之间的关系，能自主解决有关折扣的实际问题；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初步了解有关储蓄的知识，知道本金、利息和利率的含义，掌握计算利息的方法，会进行简单计算；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用百分数解决问题（1）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理解“一个数比另一个数多（或少）百分之多少”的含义，能正确解答“求一个数比另一个数多（或少）百分之多少”的实际问题；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用百分数解决问题（2）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学会分析“求比一个数多（或少）百分之几的数是多少”的逆向问题的数量关系，并能正确解答；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第8课时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用百分数解决问题（3）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掌握用假设法解决“已知一个数量的两次增减变化情况，求最后变化幅度”的百分数问题；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第9课时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确定达标线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掌握数据收集、整理的基本方法，会借助百分数来制定达标线，能正确计算达标率并根据达标率反推达标线；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第10课时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整理和复习（练习十八）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进一步理解百分数的意义，会读、写百分数，熟练掌握小数、分数、百分数之间互化的方法，能正确解决有关百分数的实际问题；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水是生命之源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收集有关水资源的基本知识，了解世界和我国淡水资源的基本概况，掌握生活用水调查与实验的方法，能设计并落实节水方案；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百分数的意义和读、写法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百分数的意义和读、写法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“求一个数是另一个数的几分之几用除法计算”和分数基本性质（通分）；在生活中见过百分数，但对其意义理解模糊，常与分数混淆。本课从投篮选拔的真实问题引入，在比较中体会引入百分数的必要性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教学内容：教科书第80页例1及“做一做”（百分数的意义、读写法）。教学材料：课件（投篮统计表、生活百分数图片：出勤率、合格率、面料成分、充电电量）。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（1）通过比较体会引入百分数的必要性，会正确地读、写百分数；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（2）理解百分数的实际意义，了解百分数与分数的联系与区别，会运用百分数描述生活中的数学现象；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（3）在认识百分数的过程中培养观察、分析、比较能力，发展数感。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教学重点：理解百分数的意义（表示一个数是另一个数的百分之多少），会正确读写百分数。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教学难点：百分数与分数在意义上的区别（百分数不能表示具体量，只能表示关系）。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在投篮选拔问题中产生统一比较标准的需要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课件（投篮统计表）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看投篮命中数，命中数越多水平越高，这样比较公平吗？应该看什么？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化成分母100的分数，引出百分数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课件（分数对比表）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9/20、4/10、11/25能一眼看出大小吗？怎样比较更方便？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理解百分数的意义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课件（生活百分数图片）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出勤率95%、合格率99%分别表示什么？你还见过哪些百分数？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对比百分数与分数的区别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百分数和以前学的分数在意义上有什么相同点和不同点？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巩固读写与意义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实际产量是计划产量的112%表示什么？泪水中98.2%是水表示什么？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3名选手投篮情况（1号：命中9、出手20；2号：命中4、出手10；3号：命中11、出手25）。提问：“看命中数，谁水平高？”引导学生发现出手数不同，只比命中数不公平。追问：“要比水平，应该看什么？”（命中数占出手数的几分之几，用除法计算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发现“出手数不同不能直接比命中数”，明确要比较命中数占出手数的比例，列出9÷20、4÷10、11÷25。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在真实问题中体会比较标准的必要性，激活“求一个数是另一个数的几分之几”的旧知。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二、引出百分数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这三个分数能一眼看出大小吗？”引导学生利用分数基本性质化成分母是100的分数（45/100、40/100、44/100），发现分母相同、分子越大分数越大，便于比较。指出：篮球比赛中常用命中率表示投篮水平，命中率用百分数表示（45%、40%、44%），介绍写法（先写分子再写%）与读法（先读%读作“百分之”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把分数化成分母100的分数并比较；认识百分数的写法与读法，理解45%表示命中数占出手数的45/100。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在通分比较中引出百分数，体会其便于比较的优越性，掌握读写方法。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三、百分数的意义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：出勤率95%、合格率99%、新能源车销量是上一年3月的197.45%、面料中羊毛65.5%等。提问：“这些百分数分别表示什么意思？”组织说一说。归纳：百分数表示一个数是另一个数的百分之多少，也叫百分率或百分比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结合实例说出各百分数的意义（出勤人数占应到人数的95%等）；交流生活中见过的百分数及其含义，归纳百分数的意义。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在大量实例中建构百分数的意义，感受其广泛应用。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四、百分数与分数的区别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讨论：“百分数和分数有什么相同点和不同点？”引导学生发现：分数既可以表示两个量之间的关系，又可以表示一个具体的量；百分数只能表示两个量之间的关系，不能表示一个具体量，所以不写成分数形式、不带单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举例对比（如“一根绳长3/4 m”是具体量，不能写成75% m），明确百分数只表示关系、不带单位。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在对比中辨析概念本质，突破易混点。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组织完成“做一做”（说出百分数表示的意思：超额完成112%、泪水中98.2%是水、面粉是小麦的75%），反馈并小结意义与读写。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说出各百分数的意义，注意超过100%的情况（增长率）；梳理本课收获。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在练习中巩固意义理解，包括“可以超过100%”的特例。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百分数的意义和读、写法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产生：比较命中数占出手数的比例（化成分母100便于比较）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意义：表示一个数是另一个数的百分之多少（百分率、百分比）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写法：先写分子，再写“%”　读法：先读“%”，再读数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与分数区别：百分数只表示关系，不表示具体量（不带单位）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特例：增长率可以超过100%；发芽率等不超过100%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收集3个生活中的百分数，写下它们表示的意思；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复习“求一个数是另一个数的几分之几用除法计算”。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《数学作业本》本课时对应练习（读写百分数、说出意义）；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调查：记录家人或新闻中提到的一个百分数，分析它表示哪两个量之间的关系。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百分数和分数、小数的互化（1）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百分数和分数、小数的互化（1）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学生刚理解百分数的意义，已掌握分数与小数互化、分数基本性质；但“把分数化成百分数”的路径（先化小数再化百分数，除不尽保留三位小数）和“求一个数是另一个数的百分之多少”的计算格式需要规范。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教学内容：教科书第82页（小数、分数化成百分数）及“做一做”（命中率、发芽率）。教学材料：课件（投篮统计、发绿豆芽试验记录）、计算器。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（1）依据小数、分数和百分数的意义，理解和掌握将分数、小数转化成百分数的方法；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（2）会解决求一个数是另一个数的百分之多少的问题，理解生活中百分率的实际含义；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（3）进一步明确百分率与分数的联系和区别，感受百分率应用的广泛性。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教学重点：掌握小数化百分数（小数点右移两位加%）和分数化百分数的方法。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教学难点：分母不是100的因数或倍数时，先化成小数（除不尽保留三位小数）再化成百分数；百分率计算格式。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复习引入，明确互化任务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磨出的面粉质量是小麦的几分之几？成活的棵数占植树总棵数的几分之几？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在命中率情境中探索互化方法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课件（投篮统计）、计算器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命中率怎样计算？3÷5和4÷6的结果怎样化成百分数？除不尽怎么办？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归纳互化方法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课件（方法图）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小数怎样化成百分数？分数呢？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认识生活中的百分率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课件（百分率公式）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出勤率、合格率、出粉率、成活率各怎样计算？发芽率表示什么意思？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巩固练习与小结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发芽率最高的是哪一次？互化时要注意什么？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出示：妈妈用80 kg小麦磨出60 kg面粉，面粉质量是小麦的几分之几？（60÷80=3/4）植树50棵成活40棵，成活棵数占几分之几？（40÷50=4/5）追问：“这两个分数用百分数怎样表示？”引出互化任务。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计算并说出分数（3/4、4/5）；尝试用百分数表示，引出新课。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复习“求一个数是另一个数的几分之几”，引出互化需求。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二、探索互化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小力第1节5投3中，第2节6投4中，两节命中率分别是多少？哪节高？呈现两种方法：①先算分数再化成百分数（3/5=60%，4/6≈0.667=66.7%）；②先用小数表示再改写（3÷5=0.6=60%，4÷6≈0.667=66.7%）。强调：除不尽时通常保留三位小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计算命中率；尝试两种互化路径；发现第2节命中率高；理解“分母不能直接化成100时，先化成小数再化成百分数”。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在真实情境中探索互化路径，体验方法多样性。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三、归纳方法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讨论并归纳：小数化百分数——小数点向右移动两位，后面加上百分号；分数化百分数——分母是100的因数或倍数，化成分母是100的分数；分母不是100的因数或倍数，把分数化成小数，再化成百分数。对比示范（如1/8=0.125=12.5%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参与归纳两条互化路径；练习1/8、3/40等的互化，理解方法的适用条件。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在归纳中形成方法结构，注意分类讨论。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四、生活中的百分率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：出勤率=出勤人数÷学生总人数×100%，合格率=合格产品数÷产品总数×100%，出粉率=面粉质量÷小麦总质量×100%，成活率=成活棵数÷种植总棵数×100%。出示例题：小明4次发绿豆芽试验（种子数10、20、22、25；发芽数5、15、18、23），计算各次发芽率（50%、75%、81.8%、92%），哪次最高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理解各百分率的意义与计算公式；计算发芽率并比较，发现都表示“部分量占总量”的关系。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在实例中理解百分率的统一结构，体会数学与生活的联系。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组织完成“做一做”（补充发芽率表格），反馈计算格式（结果用百分数表示）。小结两条互化路径与百分率计算方法。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完成表格并比较；梳理“小数→百分数、分数→百分数”的方法与注意事项。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巩固互化方法与计算格式。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百分数和分数、小数的互化（1）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小数 → 百分数：小数点右移两位，加上%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 → 百分数：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分母是100的因数/倍数 → 化成分母100的分数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否则 → 先化成小数（除不尽保留三位小数）再化成百分数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百分率 = 部分量÷总量×100%（命中率、出勤率、发芽率）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复习分数与小数互化；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收集2个生活中“率”的例子（如及格率、成活率）。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《数学作业本》本课时对应练习（小数分数化百分数）；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计算一个生活中的百分率（如本班同学上网课出勤率），写出过程。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百分数和分数、小数的互化（2）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百分数和分数、小数的互化（2）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学生已掌握小数、分数化成百分数的方法，会计算“求一个数的几分之几是多少”；本课学习相反方向（百分数化成小数、分数）和“求一个数的百分之几是多少”，沟通两者意义上的相同点，避免机械套用。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教学内容：教科书第83页（百分数化成小数、分数）及“做一做”。教学材料：课件（投篮情境、互化方法图）、计算器。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（1）结合现实情境，掌握求一个数的百分之几是多少的解题方法，以及将百分数化成小数、分数的方法；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（2）沟通知识间的联系，培养分析能力，发展数感；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（3）沟通数学与生活的密切联系，体会学习数学的价值，增强学好数学的信心。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教学重点：掌握百分数化成小数（小数点左移两位去%）和化成分数（化成分母100的分数再化简）的方法。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教学难点：理解“求一个数的百分之几是多少”与“求一个数的几分之几是多少”意义相同；位数不够时用0补足。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复习反向导入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0.055、1.4怎样化成百分数？反过来百分数怎样化成小数和分数？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在投篮情境中理解求一个数的百分之几是多少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课件（投篮情境）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25%表示什么意思？求投中多少个球就是求什么？怎样列式？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归纳百分数化成小数、分数的方法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课件（方法图）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百分数怎样化成小数？怎样化成分数？位数不够怎么办？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在达标问题中综合应用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体育达标率怎样算？已知达标率怎样求达标人数？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沟通联系，课堂小结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求一个数的百分之几和求一个数的几分之几有什么相同点？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出示练习：把0.055、1.4、4/5、3/4、2/7化成百分数（5.5%、140%、80%、75%、28.6%）。追问：“反过来，百分数怎样化成小数和分数？”引出本课内容。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完成正向互化；发现本课要学习反向互化。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在复习中明确学习方向，建立互化的完整结构。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二、求一个数的百分之几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投篮20次，命中率约25%，投中了多少个球？提问：“25%表示什么意思？求投中多少个球，就是求什么？”（20次的25%是多少次）引导列式20×25%，呈现两种算法：①20×25%=20×1/4=5（个）；②20×25%=20×0.25=5（个）。追问：“如果乐乐再参加一次，还会投中5个吗？”（不一定，投篮是可能事件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理解25%表示命中次数占出手次数的25%；列式计算得5个；体会百分数应用的随机性，理解算法算理。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在情境中理解数量关系，沟通与“求几分之几”的联系。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三、归纳互化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归纳：百分数化小数——小数点向左移动两位，去掉百分号（25%=0.25）；百分数化分数——化成分母是100的分数，再化简。出示思考：5%、0.5%、0.05%化成小数（0.05、0.005、0.0005），提问：“位数不够怎么办？”（用0补足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归纳两条互化路径；练习转化，掌握“位数不够用0补足”的方法。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在归纳与对比中形成完整互化方法，关注易错点。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组织完成“做一做”：①互化练习（0.08=8%、37.5%=0.375=3/8等）；②六年级160人，达标152人，达标率是多少？（152÷160×100%=95%）③六（1）班40人，95%达标，达标多少人？（40×95%=38人）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完成互化；计算达标率与达标人数，理顺“率→量”“量→率”两个方向。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在正逆两向问题中深化对百分数关系的理解。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五、沟通与小结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提问：“求一个数的百分之几是多少和求一个数的几分之几是多少，意义相同吗？”小结：意义相同，都是求部分量；互化关键是小数点移动（右移两位加%、左移两位去%）与分母100的变化。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理解两类问题的相同本质；梳理互化方法与应用要点。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在沟通中建立知识联系，完善认知结构。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百分数和分数、小数的互化（2）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 → 小数：小数点左移两位，去掉%（位数不够用0补足）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 → 分数：化成分母100的分数，再化简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求一个数的百分之几是多少 = 求一个数的几分之几是多少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量 → 率：部分量÷总量×100%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率 → 量：总量×百分率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复习小数、分数化成百分数的方法；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思考：25%化成小数和分数各是多少？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《数学作业本》本课时对应练习（互化、求百分率、求量）；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选做：调查本班同学最喜欢的运动项目，计算各项目人数占全班的百分比。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折扣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折扣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学生在生活中见过商品打折（九折、八五折），对“现价比原价便宜”有购物经验；但“几折表示十分之几也就是百分之几十”的数学含义、原价现价折扣三者的关系尚未系统建立，解决问题的格式需要规范。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教学内容：教科书第85页（折扣的意义与原价、现价、折扣的关系）及“做一做”。教学材料：课件（商场打折情境、商品标签）、计算器。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（1）理解“折扣”的含义，掌握原价、现价和折扣之间的关系，能自主解决有关折扣的实际问题；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（2）经历解决问题的过程，发现折扣问题与百分数问题的联系，能灵活合理地选择方法解决问题；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（3）体会数学与实际生活的联系，获得用数学解决问题的成功体验。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教学重点：理解“几折”表示十分之几（百分之几十），掌握原价×折扣=现价的关系。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教学难点：“便宜了多少钱”的两种解法；已知其中两个量求第三个量的变式。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在购物情境中认识折扣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课件（商场打折图片）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你见过打折吗？“几折”表示什么？九折、八五折各表示什么？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解决“求现价”问题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课件（例题1）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八五折表示什么意思？求买这辆自行车要用多少钱，就是求什么？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解决“求便宜多少”问题，体验解法多样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课件（例题2）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和第（1）题相比有什么不同？有几种解决方法？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归纳原价、现价、折扣的关系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课件（关系图）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知道其中两个量，怎样求第三个量？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巩固练习与小结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怎样判断哪个更划算？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一、认识折扣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商场打折图片。提问：“在生活中，你见过打折吗？”讲解：商店有时采用打折扣的方式降价出售商品，俗称“打折”。组织讨论：“几折表示什么？”归纳：几折就表示十分之几，也就是百分之几十。九折=原价的90%，八五折=原价的85%，七五折=现价是原价的75%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结合购物经验理解打折；明确“几折=十分之几=百分之几十”；会说出七五折、八七折的含义。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在生活经验基础上建立折扣的数学含义。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二、求现价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出示例题：爸爸给小雨买自行车，原价280元，现在打八五折，要用多少钱？提问：“八五折表示什么意思？怎么求？”（求原价的85%是多少，用乘法）板书：280×85%=238（元）。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理解八五折=按原价的85%出售；列式280×85%=238（元），体会折扣问题就是百分数问题。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把折扣问题转化为“求一个数的百分之几是多少”，建立数量关系。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三、求便宜的钱数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电水壶原价160元，打九折，比原价便宜了多少钱？提问：“和第（1）题有什么不同？”呈现两种方法：方法一：先求现价再相减（160×90%=144元，160-144=16元）；方法二：先求便宜百分之几（160×(1-90%)=16元）。组织比较优化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分析题意与第（1）题的区别；尝试两种解法并比较，理解“便宜的钱=原价×(1-折扣)”的算理。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在解法比较中培养发散思维与优化意识。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四、归纳关系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归纳：现价=原价×折扣；原价=现价÷折扣；折扣=现价÷原价；便宜的钱数=原价×(1-折扣)=原价-原价×折扣。组织完成“做一做”：算出各物品打折后的价钱（80元六五折=52元、105元七折=73.5元、35元八八折=30.8元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理解三个量的关系，能正逆运用；完成练习并汇报。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在归纳中建立模型，能灵活解决折扣问题。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组织完成练习（比较不同折扣的优惠程度），反馈并小结：折扣的意义、三者关系、解题关键（找准单位“1”）。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完成比较类练习，说明思路；梳理折扣问题的解决方法。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在比较中深化理解，培养理性消费意识。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折扣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几折 = 十分之几 = 百分之几十（九折=90%）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现价 = 原价×折扣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原价 = 现价÷折扣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折扣 = 现价÷原价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便宜的钱 = 原价×(1－折扣) = 原价－现价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例：280×85%=238（元）；160×(1－90%)=16（元）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收集2个商品打折的标签，记录原价、现价和折扣；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算一算：九折、七五折各是原价的百分之几？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《数学作业本》本课时对应练习（折扣计算）；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实践任务：帮家长计算一件打折商品比原价便宜了多少元。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利率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利率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学生已理解百分数表示两个量的关系，会计算“求一个数的百分之几是多少”；对储蓄有生活印象，但本金、利息、利率等概念及利息计算方法首次系统学习。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教学内容：教科书第86页（利率的意义与利息计算）及“做一做”。教学材料：课件（存单、存款利率表）、计算器。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（1）初步了解有关储蓄的知识，知道本金、利息和利率的含义，掌握计算利息的方法，会进行简单计算；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（2）在探究解决问题的过程中增强应用意识和解决问题的能力；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（3）感受数学在日常生活中的应用，激发学习数学的兴趣。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教学重点：理解本金、利息、利率的含义，掌握利息=本金×利率×存期。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教学难点：“到期连本带息取出”问题的理解；利率随存期不同而不同的认识。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在储蓄话题中引出概念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课件（存单）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家里暂时不用的钱一般怎么处理？存入银行有什么好处？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认识本金、利息、利率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课件（存单、利率表）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从存单中你能获取哪些信息？什么是本金、利息、利率？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解决到期取款问题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课件（例题）、计算器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取出总钱数包括哪些部分？有几种解决方法？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归纳关系并巩固练习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知道其中三个量，怎样求第四个量？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利息怎样计算？取回总钱数包括什么？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一、认识储蓄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提问：“你知道家里节约下来或暂时不用的钱一般是怎么处理的吗？把钱存入银行有什么好处？”讲解：储蓄不仅使钱财更安全、增加收入，还可以支援国家建设。介绍存款方式（活期、整存整取、零存整取）。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交流家庭储蓄经验；理解储蓄的意义与常见方式。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从生活话题引入，明确学习内容。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二、本金、利息、利率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出示存单与利率表。讲解：存入银行的钱是本金；取款时银行按照一定的利率（通常用百分数表示）和存期多付给的钱是利息；利息=本金×利率×存期。指出：银行的利率有时会随着国家经济的发展而变动。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从存单中提取信息（本金、存期、年利率）；理解三个概念及其关系。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建立利息计算的基本模型。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三、到期取款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王奶奶把5000元整存整取存二年定期，年利率2.10%，到期连本带息取出，可以取出多少钱？引导理解：取出总钱数=本金+利息。呈现两种方法：方法一：先求利息再加本金（5000×2.10%×2=210元，5000+210=5210元）；方法二：5000×(1+2.10%×2)=5210元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分析“连本带息”的含义；尝试两种解法，理解利息计算公式，比较两种方法的联系。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在真实问题中掌握利息计算，体验方法多样性。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四、归纳与练习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归纳四个量的关系：利息=本金×利率×存期；本金=利息÷(利率×存期)；利率=利息÷(本金×存期)；存期=利息÷(本金×利率)。组织完成“做一做”：张爷爷8000元存三年定期，年利率2.75%，可得利息多少元？一共能取出多少钱？（8000×2.75%×3=660元，8000+660=8660元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理解四个量的关系；完成练习并汇报，巩固利息计算。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在归纳与练习中完善模型，能正逆运用。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小结：利息=本金×利率×存期；取回总钱数=本金+利息。提醒：利率用百分数表示，计算时先转化成小数或分数；教育学生合理理财、勤俭节约。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梳理利息问题的解决方法与注意事项。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巩固知识，渗透理财教育。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利率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本金：存入银行的钱；利息：银行多付的钱；利率：用百分数表示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利息 = 本金×利率×存期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取回总钱数 = 本金＋利息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例：5000×2.10%×2 = 210（元），5000+210 = 5210（元）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变式：本金=利息÷(利率×存期)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了解银行储蓄的方式（活期、定期）和利率表；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和家长聊一聊：把钱存银行有什么好处？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《数学作业本》本课时对应练习（利息计算）；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实践任务：假如把1000元存入银行一年（年利率自选），到期可得多少利息？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用百分数解决问题（1）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用百分数解决问题（1）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学生已理解“求一个数是另一个数的几分之几用除法”，会画线段图分析分数问题；但“增长率”这类“两数差÷单位“1””的结构、以及“都多2万辆为什么增长率不同”的标准意识，需要对比与直观支撑。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教学内容：教科书第90页（求一个数比另一个数多/少百分之几）及“做一做”。教学材料：课件（汽车产量统计表、线段图）、计算器。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（1）理解“一个数比另一个数多（或少）百分之多少”的含义，能正确解答“求一个数比另一个数多（或少）百分之多少”的实际问题；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（2）通过自主探究、合作交流，获得解决问题的有效方法，体验方法的多样性，提高分析问题和解决问题的能力；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（3）在解决实际问题的过程中加深对单位“1”的理解，发展模型意识。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教学重点：掌握“求一个数比另一个数多（或少）百分之多少”的解题方法（两数差÷单位“1”的量）。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教学难点：理解“都多2万辆但增长率不同”的原因（比较的标准不同）；百分号前一位小数的处理。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复习数量关系，引出增长率问题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白兔50只、黑兔40只，白兔比黑兔多几分之几？增长率是指什么占什么的百分比？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画线段图分析数量关系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课件（线段图）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两种车实际产量都比原计划多多少？增长的幅度一样吗？为什么？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探究解题方法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怎样求增长率？有几种方法？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归纳解题方法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课件（方法图）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求一个数比另一个数多（或少）百分之多少，关键是什么？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巩固练习与小结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实际造林比原计划增长了百分之多少？沙化面积减少了百分之多少？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：白兔50只，黑兔40只，白兔只数是黑兔的几分之几？白兔比黑兔多几分之几？出示例题：某汽车公司原计划与实际生产情况（燃油车12→14万辆，新能源车8→10万辆），哪种汽车增长率大？提问：“增长率是指什么占什么的百分比？把谁看作单位“1”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复习“一个数比另一个多几分之几”的旧知；理解增长率是增长量占原计划的百分比，原计划产量是单位“1”。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在旧知迁移中明确增长率的结构与单位“1”。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二、线段图分析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画线段图：原计划（单位“1”）、实际、比原计划多生产的部分。提问：“两种车实际产量都比原计划多2万辆，增长的幅度一样吗？”组织讨论：都是把各自原计划产量看作单位“1”，但原计划产量不同，比较的标准不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画线段图表示两种车的产量关系；发现都多2万辆但原计划不同，标准不同则增长幅度不同。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借助线段图直观理解单位“1”，突破“标准不同”的理解难点。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三、探究方法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呈现两种方法：方法一：先求实际增加的量，再除以原计划产量（(14-12)÷12=2÷12≈16.7%；(10-8)÷8=25%）；方法二：先求实际是原计划的百分之多少，再减100%（14÷12≈116.7%，116.7%-100%=16.7%；10÷8=125%，125%-100%=25%）。比较得：新能源汽车增长率大。强调百分号前保留一位小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尝试两种方法计算增长率；比较两种方法的相同点（都除以单位“1”）；得出新能源车增长率大的结论。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在方法探究中理解“差量÷单位“1””的本质，体验算法多样化。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四、归纳方法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归纳：①先求一个数比另一个数多（或少）的具体量，再除以单位“1”的量（两数差量÷单位“1”的量）；②把另一个数看作100%，先求一个数是另一个数的百分之多少，再相减。强调：找准单位“1”是关键。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参与归纳，明确两种方法的本质都是与单位“1”比较。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在归纳中提炼方法结构。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组织完成“做一做”：①原计划造林16公顷，实际多4公顷，增长了百分之几？（4÷16=25%）②沙化面积由1.8万平方千米缩小为1.2万平方千米，减少了百分之几？（(1.8-1.2)÷1.8≈33.3%）反馈并小结。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独立完成，找准单位“1”列式；梳理“多/少百分之几”的解题思路。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在练习中巩固方法，关注“减少百分之几”的变式。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用百分数解决问题（1）——多（少）百分之几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增长率 = 增长量÷原计划量（单位“1”）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方法一：(14－12)÷12 ≈ 16.7%；(10－8)÷8 = 25%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方法二：116.7%－100% = 16.7%；125%－100% = 25%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关键：找准单位“1”（标准不同，幅度不同）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答：新能源汽车增长率大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复习“求一个数比另一个数多（或少）几分之几”的方法；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调查：记录两个同学的跳绳成绩，算一算高的比低的多百分之几。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《数学作业本》本课时对应练习（求多/少百分之几）；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选做：统计本班同学戴眼镜人数，计算戴眼镜人数占全班的百分比。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用百分数解决问题（2）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用百分数解决问题（2）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解决“求一个数比另一个数多百分之几”和“求比一个数多百分之几的数是多少”（顺向）；本课的逆向问题（已知变化后的量和幅度，求原来的量）数量关系更隐蔽，需要线段图直观与方程思想，并养成检验习惯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教学内容：教科书第91页（已知比一个数多/少百分之几的数是多少，求这个数）及“做一做”。教学材料：课件（利润统计表、线段图）、计算器。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（1）学会分析“求比一个数多（或少）百分之几的数是多少”的逆向问题的数量关系，并能正确解答；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（2）通过自主探究、合作交流，获得解决问题的有效方法，体验方法的多样性，培养发散性思维；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（3）通过解决生活中的实际问题，培养数学应用意识，进一步体验数学与生活的联系。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教学重点：掌握逆向问题的解法：单位“1”的量=已知量÷(1±比单位“1”多或少的百分率)。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教学难点：理解“2020年利润×(1+20%)=2021年利润”的数量关系；养成检验的解题习惯。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复习顺向问题，引出逆向问题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实际植树比原计划增加了百分之多少？已知2021年利润，怎样求2020年利润？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画线段图分析数量关系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课件（线段图）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2021年利润和2020年利润有什么关系？能用式子表示吗？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探究解答方法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怎样列式？算术法和方程法有什么相同点？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检验解答，培养良好习惯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怎样检验解答是否正确？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归纳方法并巩固练习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已知比一个数多（或少）百分之几的数是多少，怎样求这个数？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出示：原计划植树20公顷，实际25公顷，增加了百分之几？（(25-20)÷20=25%）出示例题：某公司2021年利润3000万元，同比增长20%，2020年利润是多少？提问：“同比增长是什么意思？已知什么、求什么？”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复习顺向问题；理解“同比增长20%”的含义；明确已知2021年利润求2020年利润，2020年利润是单位“1”（未知）。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在对比中引出逆向问题，明确单位“1”未知。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二、线段图分析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引导学生画线段图：2020年利润（单位“1”，未知）→增长20%→2021年利润3000万元。提问：“三者的关系怎样用式子表示？”得出：2020年利润×(1+20%)=2021年利润。追问：“已知2021年利润，怎样求2020年利润？”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画线段图理解“2020年利润+2021年比2020年多的利润=2021年利润”；得出关系式，明确用除法解答。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借助线段图把逆向问题转化为顺向关系，突破难点。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三、探究解答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呈现两种方法：方法一（算术法）：3000÷(1+20%)=3000÷120%=2500（万元）；方法二（方程法）：设2020年利润为a万元，a×(1+20%)=3000，a×120%=3000，a=2500。提问：“两种方法有什么相同点？”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尝试两种方法解答；发现算术法与方程法本质相同，都是根据“单位“1”×(1+20%)=3000”求单位“1”。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在方法比较中理解数量关系，培养发散思维。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四、检验反思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提问：“怎样检验？”示范：2500×(1+20%)=2500×120%=3000（万元），解答正确。强调：解决实际问题后要进行检验，看结果是否符合题意。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学习用“代入验算”的方法检验；体会检验的必要性，养成检验习惯。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培养检验意识与反思习惯。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五、归纳与练习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：单位“1”的量=已知量÷(1±比单位“1”多或少的百分率)。组织完成“做一做”：①图书室原有1.4万册，今年增加12%，现在多少册？（14000×(1+12%)=15680册）②某市去年生产总值1200亿元，比前年增长25%，前年生产总值是多少？（1200÷(1+25%)=960亿元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理解归纳的模型；完成顺逆两向练习，区分“已知单位“1”求对应量”与“已知对应量求单位“1””。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在归纳与对比练习中完善解题模型。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用百分数解决问题（2）——逆向问题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关系：单位“1”的量×(1±百分率) = 已知量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算术法：3000÷(1+20%) = 2500（万元）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方程法：a×(1+20%) = 3000，a = 2500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检验：2500×120% = 3000（万元）✓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归纳：单位“1”的量 = 已知量÷(1±百分率)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复习“求比一个数多百分之几的数是多少”（顺向）的解法；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思考：一件商品涨价20%后是120元，原价是多少元？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《数学作业本》本课时对应练习（逆向问题）；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选做：调查家中某项支出今年的金额和增长率，算出去年的金额。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二、课时教学方案（第8课时）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第8课时　用百分数解决问题（3）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第8课时　用百分数解决问题（3）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“已知单位“1”求对应量”和“已知对应量求单位“1””两类问题；本课的难点是“一个量两次增减变化后求最后变化幅度”，学生容易凭直觉误以为“先涨后降相同幅度就回到原价”，需要假设具体数量或假设为“1”来验证，破除直觉误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教学内容：教科书第93页（两次增减变化问题）及“做一做”。教学材料：课件（图书促销情境、线段图）、计算器。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（1）掌握用假设法解决“已知一个数量的两次增减变化情况，求最后变化幅度”的百分数问题；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（2）经历发现问题、提出问题、分析问题、解决问题的全过程，培养问题意识和探究意识；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（3）感受数学与生活的紧密联系，做到学以致用。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教学重点：用假设法（假设原价为100元或“1”）解决两次增减变化问题。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教学难点：理解“先涨20%再降20%（或先降再涨）后现价低于原价”的原理（单位“1”不同）。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口算复习，激活经验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20×50%是多少？1+55%呢？30%×40%呢？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提出问题，明确任务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课件（图书促销情境）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这套图书现在的价格与原来相比，贵了还是便宜了？变化幅度是多少？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假设探究，解决问题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原价不知道，怎么办？假设促销前的价格是100元（或“1”）怎样算？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归纳方法与迁移应用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先加价20%再降价20%，现价与原价相比怎样？变化幅度是多少？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巩固练习与小结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两次变化后现价怎样表示？变化幅度怎样求？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出示口算：20×50%、1.6×50%、100×25%、30%×40%、1+55%、50%×25%。提问：“之前我们解决了几类百分数问题？”引出本课新类型。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完成口算；回顾已解决的百分数问题类型。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在口算中复习基本计算，激活经验。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二、提出问题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出示例题：一套图书打八折促销，促销结束后又涨价20%。现在的价格与原来相比，贵了还是便宜了？变化幅度是多少？提问：“你了解到哪些数学信息？要求的问题是什么？”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提取信息（八折=原价的80%，涨价20%）；明确要比较现价与原价并求变化幅度。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在真实情境中提出新问题，明确探究任务。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三、假设探究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原价不知道，怎么办？”引导学生假设促销前价格是100元：打折后100×80%=80（元），涨价后80×(1+20%)=96（元），变化幅度(100-96)÷100=4%。再呈现假设原价是“1”：1×80%×(1+20%)=0.96，变化幅度也是4%。还可假设原价为a元验证（0.8a×(1+20%)=0.96a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尝试假设具体数（100元）或“1”计算，得出现价比原价便宜4%；用字母验证，发现与假设的数值无关。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在假设验证中掌握假设法，理解变化幅度与假设数值无关。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四、归纳与应用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：已知一个量两次增减变化幅度求最后变化幅度，可以用假设法，把单位“1”假设成一个具体的数或“1”来解答；最后的变化幅度=1与1×(1-减少幅度)×(1+增加幅度)的差除以1所得的百分数。组织完成“做一做”：产品先加价20%再降价20%，现价1×1.2×0.8=0.96，便宜4%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理解假设法的适用条件；完成练习题，发现先涨后降和先降后涨都是便宜4%，破除“涨跌相同就回到原价”的直觉误区。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在归纳与对比中破除直觉误区，理解“单位“1”不同”的深层原因。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组织变式练习（先降20%再涨20%等），反馈并小结：假设法、现价=1×(1±a%)×(1±b%)、变化幅度=现价与原价的差除以原价。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完成变式练习；梳理两次变化问题的解题框架。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在变式中巩固模型，完善认知。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用百分数解决问题（3）——两次变化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假设法：假设原价为100元或“1”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八折后涨价20%：100×80%×(1+20%) = 96（元）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变化幅度：(100－96)÷100 = 4%（便宜）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加价20%后降价20%：1×1.2×0.8 = 0.96（也便宜4%）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归纳：现价 = 原价×(1±a%)×(1±b%)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复习“求比一个数多（或少）百分之几的数是多少”；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思考：一件商品先涨价10%再降价10%，价格会和原来一样吗？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《数学作业本》本课时对应练习（两次变化问题）；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选做：调查一种商品的价格变化（两次），用假设法计算最后的变化幅度。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二、课时教学方案（第9课时）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第9课时　确定达标线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第9课时　确定达标线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百分数（综合与实践）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百分数的意义与计算，会求一个数是另一个数的百分之几；本课是综合与实践活动，需要完整经历“收集数据—整理数据—分析数据—制定达标线—实践应用”的过程，对数据意识和推理能力是综合锻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教学内容：教科书第96~98页综合与实践活动“确定达标线”。教学材料：课件（100名学生跳绳次数统计表、国家学生体质健康标准评分表）、计算器、学习单。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（1）掌握数据收集、整理的基本方法，会借助百分数来制定达标线，能正确计算达标率并根据达标率反推达标线；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（2）经历“收集数据—整理数据—分析数据—制定达标线—实践应用”的过程，培养数据分析、逻辑推理和解决实际问题的能力；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（3）感受百分数在生活中的实际应用价值，发展数据意识。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教学重点：理解借助百分数制定达标线的方法（排序后按目标百分率确定名次对应的成绩）。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教学难点：理解“选择第75名同学的次数作为达标线，达标率不一定是75%”（可能有并列成绩）；由达标率反推达标线。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提出制定达标线的问题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学校要制定五年级1分钟跳绳达标线，怎样的达标线才合理？制定前要先做什么？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整理数据，发现排序的必要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课件（100名学生跳绳统计表）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看到这些原始数据你有什么感觉？怎么处理才能方便分析？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借助百分数制定达标线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课件（排序表、国家学生体质健康标准）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你希望有百分之多少的同学达标？选择第几名的次数作为达标线？达标率一定是这个百分率吗？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实践应用：计算达标率与反推达标线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课件（五（1）班40人统计表）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达标线105次，五（1）班达标率是多少？达标率85%，达标线可能是多少？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借助百分数制定标准有哪些好处？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一、提出问题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提问：“学校要制定五年级1分钟跳绳达标线，怎样的达标线才合理？”引导学生得出：五年级大部分学生经过努力可以达到的目标。追问：“制定达标线需要先做什么？”（收集数据）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讨论“合理达标线”的标准（多数人经过努力可达）；明确要先收集数据。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在讨论中明确问题与研究的起点。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二、整理数据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出示100名五年级学生1分钟跳绳次数统计表。提问：“看到这些数据，你有什么感觉？怎么处理才能方便分析？”引导学生将数据从多到少排序，观察排序后的数据思考怎样确定达标线。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感受原始数据的杂乱；将数据排序，体会排序便于观察与分析。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在整理中体会数据排序的价值。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三、制定达标线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：为了激发锻炼热情，应让大多数同学成绩在达标线以上；由于总人数不一定，可以借助百分数制定达标线。组织讨论：“你希望有百分之多少的同学达标？”（如60%则选第60名的120次作为达标线）出示国家学生体质健康标准跳绳单项评分表作参照。追问：“选择第75名的次数作为达标线，达标率一定是75%吗？”（不一定，可能有并列成绩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理解借助百分数（名次比例）制定达标线的方法；结合国家标准讨论合理的目标百分率；发现并列成绩会影响达标率。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在讨论中理解百分数作为“比例工具”在制定标准中的作用。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四、实践应用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五（1）班40名学生跳绳次数。问题①：达标线105次，达标率是多少？（8人不达标，32÷40×100%=80%）问题②：达标率85%，达标线可能是多少？（40×85%=34人，排序后找到第34名和35名的次数，结合并列情况确定）问题③：考虑性别因素，整理数据时应注意什么？（男女生分开整理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计算达标率；由达标率反推达标线（注意并列）；理解分类整理（按性别）的必要性。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在正逆两向应用中巩固方法，培养数据分析能力。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小结：在生活中，人们遇到问题时往往需要借助百分数制定标准、进行判断、分析；制定达标线经历了“收集—整理—分析—制定—应用”的完整过程。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梳理研究过程与方法，体会百分数在制定标准中的价值。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提炼方法，增强数据意识与应用意识。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确定达标线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过程：收集数据 → 排序整理 → 分析 → 制定 → 应用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方法：借助百分数（希望达标的名次比例）确定达标线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例：100人中希望60%达标 → 第60名120次为达标线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达标率 = 达标人数÷总人数×100%（32÷40=80%）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反推：40×85%=34（人）→ 找第34、35名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注意：并列成绩；性别分开整理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记录自己1分钟跳绳的次数；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了解《国家学生体质健康标准》中跳绳达标的等级。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收集全班同学1分钟跳绳数据，排序后用百分数制定一条合理达标线；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计算本班达标率，写一份简单的分析报告。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二、课时教学方案（第10课时）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第10课时　整理和复习（练习十八）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第10课时　整理和复习（练习十八）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百分数（百分数）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学生已完成本单元新授，对百分数意义、互化、折扣、利率、解决问题有分散掌握；但知识尚未结构化，“百分数只能表示关系”的本质、以及各类应用问题的模型需要通过整理与综合练习进一步清晰。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教学内容：教科书第99~100页整理和复习、练习十八第1~7题。教学材料：课件（知识结构图、练习题）、计算器。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（1）进一步理解百分数的意义，会读、写百分数，熟练掌握小数、分数、百分数之间互化的方法，能正确解决有关百分数的实际问题；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（2）沟通知识之间的内在联系，提高建构知识网络和解决问题的能力；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（3）体会学习数学知识的价值，培养良好的学习习惯。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教学重点：系统整理百分数的意义、读写、互化与应用，形成知识结构图。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教学难点：综合运用（求变化幅度、逆推、设计午餐等）解决实际问题。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整理回顾，构建知识网络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本单元学习了哪些知识？你能整理出一个知识结构图吗？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基本应用，巩固百分率计算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2100 kg油菜籽可以榨油多少千克？榨出2100 kg油需要多少千克油菜籽？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数据分析，求百分数与变化幅度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课件（销量统计图）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6月份销量是1月份的百分之多少？比5月份增加了百分之多少？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综合应用与课堂小结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营业额增长和减少怎样表示？门票折扣是多少？午餐怎样设计？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一、整理回顾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回顾整理：百分数的意义（表示一个数是另一个数的百分之多少）、读写（先写分子再写%）、与小数分数的互化、应用（折扣、利率、解决问题）。师生共同完成知识结构图。强调：百分数表示两个数量之间的关系，不能表示具体量；增长率可超过100%，发芽率等不超过100%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分组整理并汇报，形成“意义—读写—互化—应用”的知识网络；交流本单元的其他收获（如联系分数实际问题思考）。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在自主整理中建构知识网络，把握单元主线。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二、巩固运用（一）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组织完成练习十八第1题：出油率42%，2100 kg油菜籽可榨油多少千克？（2100×42%=882 kg）榨出2100 kg油用了多少千克油菜籽？（2100÷42%=5000 kg）第2题：发芽率低于85%不得销售，判断3批种子是否可销售（285÷300=95%、270÷300=90%、192÷240=80%，第三批不可销售）。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完成正逆两向的百分率计算；比较发芽率与标准，作出判断。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在基本练习中巩固百分率计算与判断。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三、巩固运用（二）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第3题：某冰激凌厂家1~6月销量（1月58、5月212、6月224）。①6月份销量是1月份的百分之多少？（224÷58×100%≈386.2%）②你还能提出什么数学问题？（如6月比5月增加百分之几：(224-212)÷212≈5.7%）第4题：2024年彩电产量2.07亿台，比2023年增长4.6%，2023年产量多少？（2.07÷(1+4.6%)≈1.98亿台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计算一个数是另一个数的百分之几；提出问题并解决（变化幅度）；解决逆推问题，找准单位“1”。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在数据情境中综合运用百分数，培养问题意识。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四、拓展与小结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选做第5~7题：①营业额1月100万、2月130万（增长30%）、3月117万（比2月减少10%，记为增长-10%）；②门票打折促销观众增加1倍、总收入增加50%，求折扣；③根据食物碳水化合物含量设计一份午餐（摄入90 g）。小结本单元知识、方法与易错点。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选做拓展题，综合运用百分数；梳理本单元收获与注意问题（负增长表示、折扣计算、合理搭配）。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在综合应用中提升能力，完善认知结构。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整理和复习（百分数）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意义：表示一个数是另一个数的百分之多少（只表关系）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读写：先写分子再写%；读作“百分之几”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互化：小数⇄百分数（移两位）；分数⇄百分数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应用：折扣（现价=原价×折扣）；利率（利息=本金×利率×存期）；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变化幅度（差量÷单位“1”）；逆推（已知量÷(1±百分率)）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自主整理本单元知识（画知识结构图）；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整理错题，分析错因（特别是互化方向与单位“1”判断）。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《数学作业本》练习十八；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综合任务：用百分数分析家庭一周的支出情况，提出一个节约建议。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第11课时　水是生命之源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第11课时　水是生命之源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第6单元 百分数（综合与实践）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百分数的意义与应用，具备数据收集、整理与制作的图表经验；本课是跨学科主题实践活动，需要把数学方法（测量、统计、百分数）用于水资源调查，对信息搜集整理、合作交流与动手操作能力是综合锻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教学内容：教科书第101~107页综合与实践活动“水是生命之源”。教学材料：课件（世界水日视频、我国水资源数据）、量杯、水表、记录单、海报纸。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（1）收集有关水资源的基本知识，了解世界和我国淡水资源的基本概况，掌握生活用水调查与实验的方法，能设计并落实节水方案；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（2）通过查阅资料、小组合作调查、实验探究等方式，提升信息搜集整理、合作交流与动手操作能力；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（3）养成节约用水的生活习惯，主动参与水资源保护的宣传，增强社会责任感。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教学重点：掌握生活用水量的调查与测量方法（容器接水测量、水表监测法），能用数据说明节水效果。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教学难点：设计合理的调查方案与节水计划；用百分数（或对比数据）呈现节水成果。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在视频与资料中了解水资源现状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课件（世界水日视频、水资源数据）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为什么地球上的水储量很丰富，但我们还是要节约用水？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设计生活用水调查方案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学习单、课件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调查目的是什么？问卷包含哪些内容？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实验探究：测量用水量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量杯、水表、记录单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想知道各种家务活动的用水量，有什么方法？洗碗一直开着水龙头浪费多少水？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制订并落实节水计划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《家庭节水计划》可以包含哪些措施？怎样监督执行？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宣传展示，总结提升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海报纸、彩笔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海报中要呈现哪些信息？用什么形式呈现？宣传时要注意什么？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一、了解水资源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组织观看世界水日视频，出示数据：2021年世界人均可再生淡水资源5429.5 m³，我国人均仅1991.6 m³；我国部分省份水资源总量。提问：“为什么地球上的水储量很丰富，但我们还是要节约用水？”（淡水储量少、分布不均、我国人均占有量低）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观看视频，交流收获；结合数据理解我国水资源现状，提出想研究的问题（家庭用水量、浪费水的习惯等）。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在资料分析中认识节水必要性，提出研究问题。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二、设计调查方案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组织小组合作设计《生活用水调查方案》：①调查目的（了解家庭生活用水量和用水习惯）；②设计调查问卷（包含家庭人数、各项家务用水方式等）。巡视指导，组织交流完善。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小组讨论确定调查目的，设计调查问卷，明确要调查的内容（用水项目、用水方式、家庭人数）。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在方案设计中培养规划能力。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三、实验测量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两种测量方法：方法一，容器接水测量（用容器接住全部用水，再用量杯测量）；方法二，水表监测法（开始前读数、结束后读数、差值即用水量）。组织实验：测量不同水龙头1分钟出水量，重复测量3次并记录，制作条形统计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学习两种测量方法并实际操作；重复测量3次取数据，制作条形统计图，体会重复实验的必要性。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在实验操作中掌握测量方法，培养实事求是的科学态度。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四、制订节水计划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组织结合调查结果制订《家庭节水计划》：①循环用水；②及时关水；③改进用水习惯。讨论监督方法：按计划进行一周节水实验，记录节水前后用水量、预计与实际节水量，评估计划效果。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小组制订节水计划；设计一周节水实验的记录方式，明确评价节水效果的指标。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在计划制订中把数学方法用于生活决策。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五、宣传与小结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小组制作节水宣传海报（醒目标题、我国水资源信息、浪费水的行为、节水方法，图文并茂）；讨论宣传方式（线下讲座发传单、线上短视频公众号）与注意事项（明确对象、有理有据、常态化）。小结本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分工制作海报；讨论宣传策略；分享本课收获，表达参与水资源保护的意愿。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在宣传策划中综合运用数学与表达，增强社会责任感。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水是生命之源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现状：世界人均5429.5 m³，我国人均1991.6 m³（2021）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调查：定目的 → 设计问卷 → 收集数据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测量：容器接水法；水表监测法（结束读数－初始读数）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节水计划：循环用水、及时关水……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实验一周：节水前后用水量对比，评估效果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宣传：海报（标题、数据、浪费行为、方法）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了解世界水日的时间与意义；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观察家中一天的用水项目，记录用水方式。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落实一周节水实验，记录节水前后用水量并计算变化幅度；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完成节水宣传海报（手绘或电子），在班级或社区展示。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