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黑体" w:hAnsi="黑体" w:eastAsia="黑体"/>
          <w:b/>
          <w:sz w:val="30"/>
        </w:rPr>
        <w:t>人教版六年级数学下册</w:t>
      </w:r>
    </w:p>
    <w:p>
      <w:pPr>
        <w:spacing w:after="80" w:line="300" w:lineRule="auto"/>
        <w:jc w:val="center"/>
      </w:pPr>
      <w:r>
        <w:rPr>
          <w:rFonts w:ascii="黑体" w:hAnsi="黑体" w:eastAsia="黑体"/>
          <w:b/>
          <w:sz w:val="26"/>
        </w:rPr>
        <w:t>第1单元 负数　规范教案</w:t>
      </w:r>
    </w:p>
    <w:p>
      <w:pPr>
        <w:spacing w:after="160" w:line="300" w:lineRule="auto"/>
        <w:jc w:val="center"/>
      </w:pPr>
      <w:r>
        <w:rPr>
          <w:rFonts w:ascii="楷体" w:hAnsi="楷体" w:eastAsia="楷体"/>
          <w:b w:val="0"/>
          <w:color w:val="606060"/>
          <w:sz w:val="18"/>
        </w:rPr>
        <w:t>依据《温州市小学数学教学常规（2025年版）》附件2（单元教学备课参考格式）、附件3（课时教学备课参考格式）编制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38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项目</w:t>
            </w:r>
          </w:p>
        </w:tc>
        <w:tc>
          <w:tcPr>
            <w:tcW w:type="dxa" w:w="703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内容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单元内容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第1单元 负数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所属领域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数与代数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教材版本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人民教育出版社（人教版）小学数学教科书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课时数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2 课时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课型结构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单元开启课、活动探索课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一、单元整体解读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（一）教材分析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单元的主要内容是了解正数、负数的意义和读、写法，认识数轴，掌握用直线上的点表示正、负数的方法，会用负数表示一些日常生活中的量。小学阶段教学负数有两个方面的作用：一是对数系加以扩展，为中学学习有理数做好准备；二是会用正、负数表示生活中相反意义的量，提高数学应用能力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单元的三个例题，结合学生熟悉的生活情境，分别通过温度中的负数、收支中的负数和数轴上的负数，引导学生在熟悉的生活情境中认识负数。在活动情境中完善数轴的模型，让学生借助数轴直观感受正数、0和负数之间的关系，突出正数、负数可以表示相反意义的量；知道每一个数在数轴上都有一个点与之对应；感受数形结合的基本数学思想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在教学中要注意：小学阶段只要求学生初步认识负数，能在具体的情境中理解负数的意义，初步建立负数的概念。这里不出现正、负数的数学定义，而是描述什么样的数是正数，什么样的数是负数，只要求学生能辨认正、负数。关于数轴的认识，也没有严格的数学定义，只是让学生借助已有的在直线上表示正数和0的经验，迁移类推到负数，能在数轴上表示出正数、0和负数所对应的点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（二）学情分析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单元的内容是在学生认识了自然数、分数和小数的基础上进行学习的。在学习本单元之前，学生在日常生活中已经接触了一些负数，有了初步认识负数的基础,例如天气预报中的零上温度和零下温度、电子账单中的收入金额和支出金额、电梯上升的层数与下降的层数等。在这些熟悉的生活情境中，引导学生进一步了解负数的意义，体会用正、负数可以表示两种相反意义的量，体现数学的应用价值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（三）单元教学目标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第1课时：引导学生在熟悉的生活情境中初步认识负数，掌握正数和负数的读法和写法；知道0既不是正数，也不是负数，理解分类讨论思想。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第2课时：理解在直线上表示正、负数的意义，初步学会利用直线上的点表示正数、0和负数的方法，明白0是正数和负数的分界点。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（四）单元教学建议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通过丰富多彩的生活情境，加深学生对负数的认识。教学时，教师应通过丰富多彩的生活实例，特别是学生感兴趣的一些素材来唤起学生已有的生活经验，激发学生的学习兴趣，在具体情境中感受引入负数的必要性，并通过两种相反意义的量的对比，初步建立负数的概念。在引入负数以后，教师要鼓励学生举出生活中用正、负数表示两种相反意义的量的实际例子，培养学生用数学的眼光观察生活，并通过大量的具体事例加深对负数的认识，感受数学在实际生活中的广泛应用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利用教科书中的素材资源使学生认识负数在生活中的广泛应用。教科书提供了大量的素材，如温度、资金收支、时差、相对水位、相对误差、海拔、增长率……这些都是负数的常见应用。教师借助这些载体，使学生一方面理解负数在不同情境中的具体含义，另一方面也要了解负数在生活中的实际应用。教师要积极鼓励，激发学生求知的欲望，增强学生的应用意识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（五）单元课时规划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课时安排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课型</w:t>
            </w:r>
          </w:p>
        </w:tc>
        <w:tc>
          <w:tcPr>
            <w:tcW w:type="dxa" w:w="351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核心任务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负数的初步认识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单元开启课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引导学生在熟悉的生活情境中初步认识负数，掌握正数和负数的读法和写法；知道0既不是正数，也不是负数，理解分类讨论思想。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第2课时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在直线上表示数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理解在直线上表示正、负数的意义，初步学会利用直线上的点表示正数、0和负数的方法，明白0是正数和负数的分界点。</w:t>
            </w:r>
          </w:p>
        </w:tc>
      </w:tr>
    </w:tbl>
    <w:p>
      <w:pPr>
        <w:spacing w:after="40" w:line="300" w:lineRule="auto"/>
      </w:pPr>
      <w:r>
        <w:rPr>
          <w:rFonts w:ascii="楷体" w:hAnsi="楷体" w:eastAsia="楷体"/>
          <w:b w:val="0"/>
          <w:color w:val="606060"/>
          <w:sz w:val="18"/>
        </w:rPr>
        <w:t>注：课型依据温州市上课常规"单元开启课、活动探索课、专题练习课、自主整理课、主题拓展课"分类。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第1课时　负数的初步认识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第1课时　负数的初步认识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第1单元 负数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本单元的内容是在学生认识了自然数、分数和小数的基础上进行学习的。在学习本单元之前，学生在日常生活中已经接触了一些负数，有了初步认识负数的基础,例如天气预报中的零上温度和零下温度、电子账单中的收入金额和支出金额、电梯上升的层数与下降的层数等。在这些熟悉的生活情境中，引导学生进一步了解负数的意义，体会用正、负数可以表示两种相反意义的量，体现数学的应用价值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 【教学笔记】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（1）引导学生在熟悉的生活情境中初步认识负数，掌握正数和负数的读法和写法；知道0既不是正数，也不是负数，理解分类讨论思想。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（2）结合现实情境理解负数的意义，感受负数的应用价值，培养学生应用数学的能力。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（3）结合负数的历史，对学生进行数学史的教育与爱国主义的教育，培养学生良好的数学情感。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教学重点：初步认识负数，掌握正数和负数的读法和写法，能应用正、负数表示生活中具有相反意义的量。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教学难点：能结合现实情境理解负数的意义及0的内涵。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一、情境导入，揭示课题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这里的-200元是什么数呢？；到底什么是负数呢？它与我们以前所学的数有什么不同呢？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二、经历过程，探究体验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看，负数藏在了不同的气温中，仔细观察上面六幅图，你发现了什么？；这两个6℃有区别吗？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三、了解负数的历史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四、巩固练习，实践应用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-3℃与-18℃哪个温度低？；为什么-18℃低？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五、课堂小结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同学们，今天的数学课你们有哪些收获呢？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一、情境导入，揭示课题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1.游戏激趣。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师：我们一起来玩一个游戏吧！注意听游戏的规则：老师说一句话，你们说出与它意思相反的话。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师：我们走进教室(我们走出教室)；向下看(向上看)；向前走100m(向后走100m)；电梯上升15层(电梯下降15层)。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2.揭示课题。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师：生活中有许多这样表示相反意义的量。如某水果店新进一批水果，第一天盈利200元，第二天亏损200元。怎样用数学知识来表示这样一组相反意义的量呢？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师：这里的-200元是什么数呢？(如果学生回答是负数，就让学生说说自己对负数的认识，教师在这里不用肯定或否定学生的回答。)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师：到底什么是负数呢？它与我们以前所学的数有什么不同呢？今天我们就一起来认识一种新数——负数。(板书课题：负数的初步认识)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预设1：盈利200元就用200元↑来表示，亏损200元就用200元↓来表示。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预设2：盈利200元就用+200元来表示，亏损200元就用-200元来表示。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借助游戏热身，导入新课，既活跃了课堂气氛，又能把学生带入“相反的意义”的主题中，为负数的学习作好铺垫。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二、经历过程，探究体验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1.课件出示教科书P2例1的主题图。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2.引导学生观察主题图，初步认识正、负数。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(1)师：看，负数藏在了不同的气温中，仔细观察上面六幅图，你发现了什么？(学生自由发言)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板书其中的3个温度：6℃、-6℃、0℃。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师：这两个6℃有区别吗？小组内交流一下。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师：0℃、6℃、-6℃各表示什么意思呢？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在物理学中，把在标准大气压下冰水混合物的温度定为0℃。以0℃为分界点，比0℃低的温度叫零下温度，通常在数字前加“-”(负号)表示。例如，-6℃表示零下6摄氏度，读作负六摄氏度。比0℃高的温度叫零上温度，在数字前加“+”(正号)表示，一般情况下“+”可省略不写。例如，+6℃表示零上6摄氏度，读作正六摄氏度，也可以写成6℃，读作六摄氏度。(板书：6℃读作：六摄氏度-6℃读作：负六摄氏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（2）师：指一指6℃、-6℃在温度计上的位置。（课件出示温度计。）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师：哈尔滨的气温是-26～-12℃，这里的-26℃、-12℃分别是什么意思呢？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引导学生明确哈尔滨的最高气温是零下12℃，最低气温是零下26℃。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师：根据教科书P2例1主题图中的信息填写教科书P2例1的表格，同桌之间互相说一说各数分别表示什么意思。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度有高有低，并观察到温度的表示中出现了负号。让学生结合生活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经验说一说对这些温度的理解，交流不同温度下的自然现象与冷热感受，唤醒学生对0℃、零上温度、零下温度的生活经验。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3.进一步理解负数的意义。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(1)课件出示教科书P3例2的电子账单。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师：这是李叔叔手机里的一部分电子账单，你能看懂这份账单吗？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师：仔细想想，+500.00和-500.00，它们有什么区别和联系？(符号不同，但符号后面的数相同。)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师：它们的意义相同吗？(引导学生说出+500.00和-500.00表示的是相反意义的量。)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师：收入与支出是相反意义的量，你还知道哪些相反意义的量呢？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(2)归纳正、负数的意义。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师：像6℃和-6℃、500.00和-500.00等这样的两个量都是表示两种相反意义的量。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为了表示两种相反意义的量，需要用两种数。一种是我们以前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教学时不需要抽象概括正数与负数的读、写法，只要能够结合具体的情境认识正号、负号，会读、写即可。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学过的数，如6、500、4.7、 EMBED Equation.DSMT4  ……这样的数是正数；另一种是在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这些数的前面添上负号“-”的数，如-6、-500、-4.7、 EMBED Equation.DSMT4  ……这样的数是负数。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4.正、负数的读法。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师：你知道负数怎样读吗？(引导学生阅读教科书P3相关内容，课件出示自学要求。)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师小结：读负数时，应先读“负”，再读数。正数前面的“+”可以省略不写，也可以加上，有“+”时，先读“正”，再读数。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师：你能读出这几个数吗？（课件出示数。）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师：哪些是正数？哪些是负数呢？(学生回答，教师板书。)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5.理解和掌握0既不是正数也不是负数。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师：想一想，0是正数还是负数呢？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组织学生先分组讨论再交流，让学生明白0既不是正数，也不是负数，它是正、负数的分界点。(板书：0既不是正数，也不是负数)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学生可以用自己喜欢的方式表示“盈利200元”和“亏损200元”。教师可在黑板上板书出来。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学生会说出6℃比0℃高6摄氏度，-6℃比0℃低6摄氏度。(教师引导学生说出以零摄氏度为分界。)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学生会说出-85.00表示支出85元，-500.00表示支出500元，+500.00表示收入500元，-8.00表示支出8元，+78.45表示收入78.45元。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学生自由举例：水面上升2m，下降2m；向前走3步，向后退3步；乘车时上车5人，下车5人……(只要说出表示相反意义的两种量，教师就予以肯定和鼓励。)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观察主题图，让学生了解同一时间不同地区的温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通过对正数、负数的多次感知，并运用观察、发现、分析、讨论、归纳等学习方法，体验正数、负数概念的形成过程。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三、了解负数的历史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课件出示教科书P5“你知道吗？”。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师：负数在我们生活中被广泛使用，我们去寻找一下负数的足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迹吧！(学生自主阅读，了解负数的产生和发展过程，然后说一说学习的感受。)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通过对负数表示方法的历史回顾，激发学生对数学史的兴趣，并通过符号化的过程，感受用“+”“-”表示正、负数的简洁性，渗透符号意识，体会数学符号的价值。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四、巩固练习，实践应用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1.课件出示教科书P4“做一做”第1题。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师：-3℃与-18℃哪个温度低？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师：为什么-18℃低？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师小结：-3℃表示零下3摄氏度，比0℃低3摄氏度，而-18℃表示零下18摄氏度，比0℃低18摄氏度，所以-18℃低。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师：-20℃与-18℃哪个温度低？(-20℃低)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2.课件出示教科书P4“做一做”第2题。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师：同桌之间互相读一读。学生完成后，集中交流评价。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师：同桌之间互相再写5个数，让对方判断哪些是正数，哪些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是负数。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在完成这道题时，指导学生理解正、负数表示的相对性。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4.课件出示教科书P6“练习一”第3题。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师：可以规定水面低于警戒水位为正吗？如果规定水面低于警戒水位为正，那么水面高于警戒水位又如何表示？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在讨论温度的高低时可能会出现两种情况，一种认为-18℃高，另一种认为-3℃高。可以结合温度计帮助学生理解。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3.学生独立完成教科书P6“练习一”第1题。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学生独立思考后交流。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学生独立完成后汇报交流。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可以规定水面低于警戒水位为正，如果规定水面低于警戒水位为正，那么水面高于警戒水位就为负。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让学生初步感知负数之间比较大小时，负号后面的数越大，该负数反而越小。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师：同学们，今天的数学课你们有哪些收获呢？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师生共同小结负数的意义，正、负数的读、写法等知识。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引导学生回顾梳理本课所学，完善认知结构，提升归纳与反思能力，核心问题："同学们，今天的数学课你们有哪些收获呢？"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完成教科书对应课时的"做一做"及练习。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原设计安排：见“状元成才路”系列丛书《创优作业100分》或《状元作业本》对应课时作业。 【教学笔记】 PAGE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在负数概念建构的过程中，引导学生借助气温的高低初步理解负数的意义，并在练习中安排各种不同的具有现实背景的相反意义的量的实例，为学生提供丰富的学习素材。引导学生在已有的知识经验的基础上，进一步了解负数在生活中的广泛应用，并理解相反意义的量是有相对性的，使学生感受到数学知识在现实生活中的广泛应用，体会数学的作用和价值。学生在认识正、负数的过程中，对正、负数的实际含义的表述可能会出现问题，例如“支出-500元”的说法，教师一定要予以纠正和指导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二、课时教学方案（第2课时）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第2课时　在直线上表示数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第2课时　在直线上表示数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第1单元 负数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本单元的内容是在学生认识了自然数、分数和小数的基础上进行学习的。在学习本单元之前，学生在日常生活中已经接触了一些负数，有了初步认识负数的基础,例如天气预报中的零上温度和零下温度、电子账单中的收入金额和支出金额、电梯上升的层数与下降的层数等。在这些熟悉的生活情境中，引导学生进一步了解负数的意义，体会用正、负数可以表示两种相反意义的量，体现数学的应用价值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（1）理解在直线上表示正、负数的意义，初步学会利用直线上的点表示正数、0和负数的方法，明白0是正数和负数的分界点。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（2）在活动中探究在直线上表示正、负数的方法，知道每一个数在直线上都有一个点与之对应，体会数形结合的思想。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（3）学会用正、负数表示相反意义的量解决实际问题，体会数学与生活的密切联系，培养学生应用数学的能力。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教学重点：会用直线上的点表示正、负数和0。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教学难点：理解直线上正、负数和0的排列顺序。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一、复习导入，揭示课题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从图中你知道了什么？；四人行走的方向和距离已知，怎样在一条直线上表示他们到达的位置呢？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二、自主探究，学习在直线上表示数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要想在一条直线上表示他们行走的距离和方向，想一想，我们应该在直线上作什么准备？；怎样用数来表示这些学生和树的相对位置关系呢？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三、自主练习，巩固提升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课件、教科书、教科书P6～7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你能试着在图中标出这些数吗？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四、拓展练习，加深理解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五、课堂小结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通过本节课的学习，你又有哪些新的收获？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一、复习导入，揭示课题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1.温故知新。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师：指出下面哪些数是正数，哪些数是负数。（课件出示数。）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2.阅读与理解。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课件出示教科书P4例3。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师：从图中你知道了什么？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师：四人行走的方向和距离已知，怎样在一条直线上表示他们到达的位置呢？这节课我们就来探究这个问题。（板书课题：在直线上表示数）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正数有57，2.4，+23；负数有-32，-0.08，-30%， EMBED Equation.DSMT4  ；0既不是正数，也不是负数。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预设1：两人向东，两人向西，方向相反。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预设2：树是起点，小天和小芳走的路程一样长，小雯和小东走的路程一样长。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通过复习，帮助学生回忆正数、负数的知识，然后抛出问题，引导学生解决实际问题，了解图中有哪些基本的数学信息。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二、自主探究，学习在直线上表示数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1.初步感知用直线上的点表示数。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师：要想在一条直线上表示他们行走的距离和方向，想一想，我们应该在直线上作什么准备？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教师在黑板上画出一条直线。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师：怎样用数来表示这些学生和树的相对位置关系呢？请大家试一试吧！（学生动手画图。）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引导学生理解题意，完整表述。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师：请大家评价一下这几份作业，你有什么想法？有什么建议？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2.认识能表示数的直线。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师：到底怎样才能准确地在直线上表示他们到达的位置呢？我们看课件的演示。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师：大家能说一说直线上的点各表示什么吗？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师小结：我们可以像这样在直线上表示出正数、0和负数。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师：观察直线，直线上的数有什么特点？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也可以学生边说，教师边在黑板上画，让学生经历用直线上的点表示数的过程，再出示课件。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3.用直线上的点表示数。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教师在黑板上画出直线图。（如果前面教师已经在黑板上画出，此处就直接观察。）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师：用直线上的点表示正、负数时应注意哪几点？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引导学生说出用直线上的点表示正、负数时应注意原点、方向和单位长度的确定。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师：大家再想一想，如何在直线上表示小数和分数呢？请你在直线上找出1.5、-1.5、 EMBED Equation.DSMT4  和 EMBED Equation.DSMT4  对应的点。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归纳用直线上的点表示正、负数的方法：可以用正、负数表示相反意义的量，0是分界点。数学中，经常用带箭头的直线上的点表示数。0右边的数是正数，0左边的数是负数。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师：你还能在直线上找到哪些点呢？同桌之间互相说一说，找一找。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让学生尝试提出问题，再在直线上找出相应的点。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预设1：首先要确定好起点。大家都是以树为起点。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预设2：有两位同学向东走，有两位同学向西走。要确定方向，比如规定“向东走”为正。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预设3：还要确定他们走的距离。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预设1：没有标0。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预设2：没有分点。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预设3：没有标方向。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预设1：以树为起点，对应点是0。（课件出示：以树为起点，向东为正，向西为负。）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预设2：2 m表示以树为起点向东走2 m，－2 m表示以树为起点向西走2 m。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预设3：4 m表示以树为起点向东走4 m，－4 m表示以树为起点向西走4 m。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（学生发言，课件配合演示。）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预设1：直线上0右边的数是正数，0左边的数是负数。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预设2：一个点对应着一个数。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先找到1.5的点，再用相同的方法在反方向上找到-1.5。同理，先找到 EMBED Equation.DSMT4  的点，再在反方向上找到 EMBED Equation.DSMT4  的点。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引导学生理解起点、行走方向、行走距离等生活概念，放手让学生自主尝试，在直线上表示四人到达的位置，通过交流、评价，初步感知在直线上表示正、负数的方法。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三、自主练习，巩固提升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1.课件出示教科书P7“练习一”第5题。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(1)学生独立解答。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（2）交流展示。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2.课件出示教科书P5“做一做”。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（1）师：你能试着在图中标出这些数吗？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（2）学生独立解答。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（3）交流分享，找出错例进行订正。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解答完毕后，集中展示交流。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第4题：要让学生体会正、负数是相对于“分界点”而言的，引导学生说出以海平面为“分界点”，高于海平面的海拔高度用正数表示，低于海平面的海拔高度用负数表示。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第6题：让学生明确，按照习惯收入用正数表示，支出用负数表示，几项支出加起来就是家庭的总支出，收入减去总支出就是这个月的余额。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本题比较容易，学生从0往右依次数1，2，3，4，…，从0往左依次数－1，－2，－3，－4，…，正确率会比较高。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3.学生独立解答教科书P6～7“练习一”第2、4、6题。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第2题：首先根据题中给出的示例进行类推，得出各时区相对于北京时间的时差。要明确两点，一是确定相差几小时，二是要确定比北京时间早为正，比北京时间晚为负。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在直线上标出数，进一步明确直线上的每个点都与一个数相对应，任何一个数都可以用直线上的点来表示。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四、拓展练习，加深理解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课件出示教科书P7“练习一”第7、8题。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第8题：在学习了百分数的基础上，学生完成填空不算困难。教师要向学生介绍负数和0也可以表示负增长和零增长。注意“减少10%”和“增长－10%”含义相同，但是不能说成“减少－10%”。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学生独立解答后展示交流。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第7题：通过画图，明确点B的位置有两种可能情况。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这两道习题在本单元学习内容上有所拓展。可以指导学生运用画图的方法来解决第7题，提高学生综合运用知识解决问题的能力。负数在生活中应用广泛，负增长是负数的常见应用，拓宽学生对负数的知识面。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师：通过本节课的学习，你又有哪些新的收获？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引导学生回顾梳理本课所学，完善认知结构，提升归纳与反思能力，核心问题："通过本节课的学习，你又有哪些新的收获？"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完成教科书对应课时的"做一做"及练习。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原设计安排：见“状元成才路”系列丛书《创优作业100分》对应课时作业。 1在下图中标出－3.5，＋1.5，1，－eq \f(1,4)，2.5，－eq \f(3,2)这6个数，再填一填。 这6个数中，距离点O最近的点表示的数是( )，距离点O最远的点表示的数是( )，与点O距离相等的两个点表示的数是( )和( )。 2新情境随着科技的飞速发展，无人驾驶技术正逐步从科幻电影走进我们的现实生活，成为推动交通行业变革的重要力量。如图，某日一辆无人配送车行驶到△处，如果规定向东为正，向西为负，它接下来一段时间的行程如下：＋300→＋500→－200→－700→＋600。(单位：m) (1)请你在直线上标出这辆无人配送车每次行程终点的位置，用①②③④⑤来表示。 (2)②的位置可以记作( )，③的位置可以记作( )，这两处相距( )m。 (3)在这段时间里，这辆无人配送车共行驶了( )m。 参考答案 1．图略 －eq \f(1,4) －3.5 ＋1.5 －eq \f(3,2) (2)＋400 ＋200 200 (3)2300 PAGE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结合具体生活情境，设计观察、操作、讨论等一系列活动，让学生在自主实践的过程中，明确直线上的每个点都有一个数与之相对应，任何一个数都可以用直线上的点来表示。并且在练习过程中，进一步引导学生灵活运用正、负数表示生活中具有相反意义的量，更深刻地理解正数与负数所表示的实际含义。学生用直线上的点表示负数时容易出错，教师要注意指导。 【教学笔记】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