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人教版六年级数学下册</w:t>
      </w:r>
    </w:p>
    <w:p>
      <w:pPr>
        <w:spacing w:after="80" w:line="300" w:lineRule="auto"/>
        <w:jc w:val="center"/>
      </w:pPr>
      <w:r>
        <w:rPr>
          <w:rFonts w:ascii="黑体" w:hAnsi="黑体" w:eastAsia="黑体"/>
          <w:b/>
          <w:sz w:val="26"/>
        </w:rPr>
        <w:t>第6单元 整理和复习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第6单元 整理和复习</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跨领域（复习）</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25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整理和复习对小学阶段所学的数学知识进行了系统的回顾与整理，不仅是本册教科书的一个重点,也是小学阶段数学学习的一个重要组成部分。通过本单元的学习，使原来分散学习的知识点得以梳理，由点串成线，由线成面，帮助学生完善头脑中的数学认知结构。</w:t>
      </w:r>
    </w:p>
    <w:p>
      <w:pPr>
        <w:spacing w:after="80" w:line="300" w:lineRule="auto"/>
        <w:ind w:firstLine="400"/>
      </w:pPr>
      <w:r>
        <w:rPr>
          <w:rFonts w:ascii="宋体" w:hAnsi="宋体" w:eastAsia="宋体"/>
          <w:b w:val="0"/>
          <w:sz w:val="20"/>
        </w:rPr>
        <w:t>本单元将教科书编成五部分，分别为“数与代数”“图形与几何”“统计与概率”“数学思考”“综合与实践”。第一部分是数与代数的内容，主要包括数的认识、数的运算、式与方程、比和比例。“常见的量”和“探索规律”没有单列标题，融合在相关的习题中复习。第二部分是图形与几何的内容，主要包括图形的认识与测量(平面图形和立体图形)、图形的运动(平移、旋转、轴对称、图形的放大与缩小)、图形与位置(数对、用方向和距离确定物体所在的位置)。第三部分是统计与概率的内容，主要包括统计图表、平均数和可能性。第四部分是数学思考的内容，主要包括通过实际问题发现规律、应用规律，感受简单的数学证明，体会和掌握基本的数学思想和方法。第五部分是综合与实践的内容，主要包括四个主题鲜明的综合实践活动。</w:t>
      </w:r>
    </w:p>
    <w:p>
      <w:pPr>
        <w:spacing w:after="80" w:line="300" w:lineRule="auto"/>
        <w:ind w:firstLine="400"/>
      </w:pPr>
      <w:r>
        <w:rPr>
          <w:rFonts w:ascii="宋体" w:hAnsi="宋体" w:eastAsia="宋体"/>
          <w:b w:val="0"/>
          <w:sz w:val="20"/>
        </w:rPr>
        <w:t>本单元尽可能通过问题情境(包括现实情境与数学情境)，引导学生联系实际或联系数学实例，加深对已学知识的理解，加强对相关知识内在联系的认识。同时注意所学知识的运用，特别是在实际问题情境中的应用，使学生学以致用。教科书注重将整理与应用相结合，每部分的内容都以提示性问题的形式呈现，把以前分散学习的知识进行系统整理，沟通知识之间的联系。同时，利用呈现的主要知识内容引导学生回顾交流，帮助教师指导学生进行梳理。练习的设计既注重基础知识和基本技能，又注意知识的综合应用。</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第1课时：进一步理解正、反比例的意义，能正确判断两种量是否成正比例或反比例关系。</w:t>
      </w:r>
    </w:p>
    <w:p>
      <w:pPr>
        <w:spacing w:after="20" w:line="300" w:lineRule="auto"/>
        <w:ind w:firstLine="400"/>
      </w:pPr>
      <w:r>
        <w:rPr>
          <w:rFonts w:ascii="宋体" w:hAnsi="宋体" w:eastAsia="宋体"/>
          <w:b w:val="0"/>
          <w:sz w:val="20"/>
        </w:rPr>
        <w:t>第2课时：理解“绿色出行”的意义，通过解决求汽车二氧化碳排放量问题，感受“绿色出行”的重要性、必要性和价值。</w:t>
      </w:r>
    </w:p>
    <w:p>
      <w:pPr>
        <w:spacing w:after="20" w:line="300" w:lineRule="auto"/>
        <w:ind w:firstLine="400"/>
      </w:pPr>
      <w:r>
        <w:rPr>
          <w:rFonts w:ascii="宋体" w:hAnsi="宋体" w:eastAsia="宋体"/>
          <w:b w:val="0"/>
          <w:sz w:val="20"/>
        </w:rPr>
        <w:t>第3课时：经历收集数据、整理数据、分析数据的活动，在解决问题的整个过程中进一步巩固所学的统计知识，培养梳理知识结构的能力。</w:t>
      </w:r>
    </w:p>
    <w:p>
      <w:pPr>
        <w:spacing w:after="20" w:line="300" w:lineRule="auto"/>
        <w:ind w:firstLine="400"/>
      </w:pPr>
      <w:r>
        <w:rPr>
          <w:rFonts w:ascii="宋体" w:hAnsi="宋体" w:eastAsia="宋体"/>
          <w:b w:val="0"/>
          <w:sz w:val="20"/>
        </w:rPr>
        <w:t>第4课时：进一步理解和掌握直线、射线、线段、角、垂线和平行线的特征以及三角形、四边形和圆等平面图形的特征，体会线与面之间的关系，完善认知结构。</w:t>
      </w:r>
    </w:p>
    <w:p>
      <w:pPr>
        <w:spacing w:after="20" w:line="300" w:lineRule="auto"/>
        <w:ind w:firstLine="400"/>
      </w:pPr>
      <w:r>
        <w:rPr>
          <w:rFonts w:ascii="宋体" w:hAnsi="宋体" w:eastAsia="宋体"/>
          <w:b w:val="0"/>
          <w:sz w:val="20"/>
        </w:rPr>
        <w:t>第5课时：通过自主探索和合作学习，系统地掌握自然数、整数、分数、小数、百分数、负数的意义以及它们之间的联系和区别。</w:t>
      </w:r>
    </w:p>
    <w:p>
      <w:pPr>
        <w:spacing w:after="20" w:line="300" w:lineRule="auto"/>
        <w:ind w:firstLine="400"/>
      </w:pPr>
      <w:r>
        <w:rPr>
          <w:rFonts w:ascii="宋体" w:hAnsi="宋体" w:eastAsia="宋体"/>
          <w:b w:val="0"/>
          <w:sz w:val="20"/>
        </w:rPr>
        <w:t>第6课时：用数形结合的方法，在动手操作的过程中寻求“平面点间线段”的规律，掌握正确数线段的方法。</w:t>
      </w:r>
    </w:p>
    <w:p>
      <w:pPr>
        <w:spacing w:after="20" w:line="300" w:lineRule="auto"/>
        <w:ind w:firstLine="400"/>
      </w:pPr>
      <w:r>
        <w:rPr>
          <w:rFonts w:ascii="宋体" w:hAnsi="宋体" w:eastAsia="宋体"/>
          <w:b w:val="0"/>
          <w:sz w:val="20"/>
        </w:rPr>
        <w:t>第7课时：在具体的情境中，梳理平均数的有关内容，理解平均数在统计过程中的重要意义。</w:t>
      </w:r>
    </w:p>
    <w:p>
      <w:pPr>
        <w:spacing w:after="20" w:line="300" w:lineRule="auto"/>
        <w:ind w:firstLine="400"/>
      </w:pPr>
      <w:r>
        <w:rPr>
          <w:rFonts w:ascii="宋体" w:hAnsi="宋体" w:eastAsia="宋体"/>
          <w:b w:val="0"/>
          <w:sz w:val="20"/>
        </w:rPr>
        <w:t>第8课时：通过整理，加深理解平面图形周长和面积的概念，进一步理解并掌握平面图形的周长和面积计算公式及其推导过程，并能运用公式计算图形的周长和面积。</w:t>
      </w:r>
    </w:p>
    <w:p>
      <w:pPr>
        <w:spacing w:after="20" w:line="300" w:lineRule="auto"/>
        <w:ind w:firstLine="400"/>
      </w:pPr>
      <w:r>
        <w:rPr>
          <w:rFonts w:ascii="宋体" w:hAnsi="宋体" w:eastAsia="宋体"/>
          <w:b w:val="0"/>
          <w:sz w:val="20"/>
        </w:rPr>
        <w:t>第9课时：通过复习，进一步巩固倍数、因数、奇数、偶数、质数、合数等概念，掌握2、3、5倍数的特征，建立一定的数感。</w:t>
      </w:r>
    </w:p>
    <w:p>
      <w:pPr>
        <w:spacing w:after="20" w:line="300" w:lineRule="auto"/>
        <w:ind w:firstLine="400"/>
      </w:pPr>
      <w:r>
        <w:rPr>
          <w:rFonts w:ascii="宋体" w:hAnsi="宋体" w:eastAsia="宋体"/>
          <w:b w:val="0"/>
          <w:sz w:val="20"/>
        </w:rPr>
        <w:t>第10课时：初步掌握用列表、符号表达逻辑关系等直观手段解决一些简单的逻辑推理问题。</w:t>
      </w:r>
    </w:p>
    <w:p>
      <w:pPr>
        <w:spacing w:after="20" w:line="300" w:lineRule="auto"/>
        <w:ind w:firstLine="400"/>
      </w:pPr>
      <w:r>
        <w:rPr>
          <w:rFonts w:ascii="宋体" w:hAnsi="宋体" w:eastAsia="宋体"/>
          <w:b w:val="0"/>
          <w:sz w:val="20"/>
        </w:rPr>
        <w:t>第11课时：在具体任务的驱动下，初步形成制订行动方案的意识，进一步运用所学知识解决简单的实际问题。</w:t>
      </w:r>
    </w:p>
    <w:p>
      <w:pPr>
        <w:spacing w:after="20" w:line="300" w:lineRule="auto"/>
        <w:ind w:firstLine="400"/>
      </w:pPr>
      <w:r>
        <w:rPr>
          <w:rFonts w:ascii="宋体" w:hAnsi="宋体" w:eastAsia="宋体"/>
          <w:b w:val="0"/>
          <w:sz w:val="20"/>
        </w:rPr>
        <w:t>第12课时：通过复习，进一步体会不确定事件的特点，知道事件发生的可能性有大有小。</w:t>
      </w:r>
    </w:p>
    <w:p>
      <w:pPr>
        <w:spacing w:after="20" w:line="300" w:lineRule="auto"/>
        <w:ind w:firstLine="400"/>
      </w:pPr>
      <w:r>
        <w:rPr>
          <w:rFonts w:ascii="宋体" w:hAnsi="宋体" w:eastAsia="宋体"/>
          <w:b w:val="0"/>
          <w:sz w:val="20"/>
        </w:rPr>
        <w:t>第13课时：进一步掌握长方体、正方体、圆柱和圆锥等立体图形的特征，能从整体上把握这些图形的联系与区别，进一步认识并能辨析从不同方向观察物体看到的图形。</w:t>
      </w:r>
    </w:p>
    <w:p>
      <w:pPr>
        <w:spacing w:after="20" w:line="300" w:lineRule="auto"/>
        <w:ind w:firstLine="400"/>
      </w:pPr>
      <w:r>
        <w:rPr>
          <w:rFonts w:ascii="宋体" w:hAnsi="宋体" w:eastAsia="宋体"/>
          <w:b w:val="0"/>
          <w:sz w:val="20"/>
        </w:rPr>
        <w:t>第14课时：通过实验，让学生发现“左边刻度数×左边棋子数＝右边刻度数×右边棋子数”这一规律，并认识到当某一边乘积一定时，另一边的棋子数和刻度数成反比例关系，加深对比例的理解。</w:t>
      </w:r>
    </w:p>
    <w:p>
      <w:pPr>
        <w:spacing w:after="20" w:line="300" w:lineRule="auto"/>
        <w:ind w:firstLine="400"/>
      </w:pPr>
      <w:r>
        <w:rPr>
          <w:rFonts w:ascii="宋体" w:hAnsi="宋体" w:eastAsia="宋体"/>
          <w:b w:val="0"/>
          <w:sz w:val="20"/>
        </w:rPr>
        <w:t>第15课时：引导学生进一步理解和掌握四则运算的意义和计算方法，归纳整理整数、小数、分数计算法则的异同点，进一步明确计算时应遵循的一般规律及四则运算中的一些特殊情况。</w:t>
      </w:r>
    </w:p>
    <w:p>
      <w:pPr>
        <w:spacing w:after="20" w:line="300" w:lineRule="auto"/>
        <w:ind w:firstLine="400"/>
      </w:pPr>
      <w:r>
        <w:rPr>
          <w:rFonts w:ascii="宋体" w:hAnsi="宋体" w:eastAsia="宋体"/>
          <w:b w:val="0"/>
          <w:sz w:val="20"/>
        </w:rPr>
        <w:t>第16课时：初步掌握等量代换、几何证明的基本方法和步骤。</w:t>
      </w:r>
    </w:p>
    <w:p>
      <w:pPr>
        <w:spacing w:after="20" w:line="300" w:lineRule="auto"/>
        <w:ind w:firstLine="400"/>
      </w:pPr>
      <w:r>
        <w:rPr>
          <w:rFonts w:ascii="宋体" w:hAnsi="宋体" w:eastAsia="宋体"/>
          <w:b w:val="0"/>
          <w:sz w:val="20"/>
        </w:rPr>
        <w:t>第17课时：进一步理解立体图形的表面积和体积的内涵，能灵活地计算它们的表面积和体积，加强沟通知识之间的内在联系，将所学知识进一步条理化和系统化，发展空间观念。</w:t>
      </w:r>
    </w:p>
    <w:p>
      <w:pPr>
        <w:spacing w:after="20" w:line="300" w:lineRule="auto"/>
        <w:ind w:firstLine="400"/>
      </w:pPr>
      <w:r>
        <w:rPr>
          <w:rFonts w:ascii="宋体" w:hAnsi="宋体" w:eastAsia="宋体"/>
          <w:b w:val="0"/>
          <w:sz w:val="20"/>
        </w:rPr>
        <w:t>第18课时：通过复习，熟练地掌握四则运算律和性质，能灵活应用运算律进行简便运算。</w:t>
      </w:r>
    </w:p>
    <w:p>
      <w:pPr>
        <w:spacing w:after="20" w:line="300" w:lineRule="auto"/>
        <w:ind w:firstLine="400"/>
      </w:pPr>
      <w:r>
        <w:rPr>
          <w:rFonts w:ascii="宋体" w:hAnsi="宋体" w:eastAsia="宋体"/>
          <w:b w:val="0"/>
          <w:sz w:val="20"/>
        </w:rPr>
        <w:t>第19课时：进一步掌握轴对称、平移、旋转、放大与缩小等图形变换的特征，会用轴对称、平移、旋转、放大与缩小等方式进行图形的变换。</w:t>
      </w:r>
    </w:p>
    <w:p>
      <w:pPr>
        <w:spacing w:after="20" w:line="300" w:lineRule="auto"/>
        <w:ind w:firstLine="400"/>
      </w:pPr>
      <w:r>
        <w:rPr>
          <w:rFonts w:ascii="宋体" w:hAnsi="宋体" w:eastAsia="宋体"/>
          <w:b w:val="0"/>
          <w:sz w:val="20"/>
        </w:rPr>
        <w:t>第20课时：在回顾交流中，总结估算的方法，能用估算把握运算结果的范围或用估算解决实际问题，进一步体会估算的作用。</w:t>
      </w:r>
    </w:p>
    <w:p>
      <w:pPr>
        <w:spacing w:after="20" w:line="300" w:lineRule="auto"/>
        <w:ind w:firstLine="400"/>
      </w:pPr>
      <w:r>
        <w:rPr>
          <w:rFonts w:ascii="宋体" w:hAnsi="宋体" w:eastAsia="宋体"/>
          <w:b w:val="0"/>
          <w:sz w:val="20"/>
        </w:rPr>
        <w:t>第21课时：复习、整理确定位置的两种方法，进一步掌握有关比例尺的知识，掌握用数对或根据方向和距离确定位置的方法，能描述简单的行走路线。</w:t>
      </w:r>
    </w:p>
    <w:p>
      <w:pPr>
        <w:spacing w:after="20" w:line="300" w:lineRule="auto"/>
        <w:ind w:firstLine="400"/>
      </w:pPr>
      <w:r>
        <w:rPr>
          <w:rFonts w:ascii="宋体" w:hAnsi="宋体" w:eastAsia="宋体"/>
          <w:b w:val="0"/>
          <w:sz w:val="20"/>
        </w:rPr>
        <w:t>第22课时：引导学生进一步掌握四则混合运算的方法，能够灵活运用四则混合运算的方法解决日常生活中的实际问题。</w:t>
      </w:r>
    </w:p>
    <w:p>
      <w:pPr>
        <w:spacing w:after="20" w:line="300" w:lineRule="auto"/>
        <w:ind w:firstLine="400"/>
      </w:pPr>
      <w:r>
        <w:rPr>
          <w:rFonts w:ascii="宋体" w:hAnsi="宋体" w:eastAsia="宋体"/>
          <w:b w:val="0"/>
          <w:sz w:val="20"/>
        </w:rPr>
        <w:t>第23课时：进一步理解用字母表示数的意义及作用，会用字母表达数量、数量关系、运算律及计算公式等。</w:t>
      </w:r>
    </w:p>
    <w:p>
      <w:pPr>
        <w:spacing w:after="20" w:line="300" w:lineRule="auto"/>
        <w:ind w:firstLine="400"/>
      </w:pPr>
      <w:r>
        <w:rPr>
          <w:rFonts w:ascii="宋体" w:hAnsi="宋体" w:eastAsia="宋体"/>
          <w:b w:val="0"/>
          <w:sz w:val="20"/>
        </w:rPr>
        <w:t>第24课时：进一步体会方程的意义和思想，能根据问题特征列方程解决一些实际问题，提高找等量关系列方程的能力。</w:t>
      </w:r>
    </w:p>
    <w:p>
      <w:pPr>
        <w:spacing w:after="20" w:line="300" w:lineRule="auto"/>
        <w:ind w:firstLine="400"/>
      </w:pPr>
      <w:r>
        <w:rPr>
          <w:rFonts w:ascii="宋体" w:hAnsi="宋体" w:eastAsia="宋体"/>
          <w:b w:val="0"/>
          <w:sz w:val="20"/>
        </w:rPr>
        <w:t>第25课时：进一步理解比和比例的意义与基本性质，巩固比与分数、除法的关系。探究比的基本性质、分数的基本性质和商不变的规律之间的关系。</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加强整理和复习的系统性。本单元是在平时的基础上，在更大范围内引导学生对小学阶段学过的知识进行更全面的回顾、整理和比较、对照。这样，原来分散学习时互不联系或联系较少的知识，就有机会得以沟通，进而形成纵横联系的知识体系。</w:t>
      </w:r>
    </w:p>
    <w:p>
      <w:pPr>
        <w:spacing w:after="20" w:line="300" w:lineRule="auto"/>
      </w:pPr>
      <w:r>
        <w:rPr>
          <w:rFonts w:ascii="宋体" w:hAnsi="宋体" w:eastAsia="宋体"/>
          <w:b w:val="0"/>
          <w:sz w:val="20"/>
        </w:rPr>
        <w:t>● 启发、引导学生在理解的基础上自主整理知识。复习时，应充分利用教科书的留白，发挥学生参与知识整理的主动性和积极性。有时，学生的整理可能不够确切、不够全面，这都是真实的、自然的现象。教师在学生开动脑筋、深入理解的基础上加以点拨，往往效果更好。</w:t>
      </w:r>
    </w:p>
    <w:p>
      <w:pPr>
        <w:spacing w:after="20" w:line="300" w:lineRule="auto"/>
      </w:pPr>
      <w:r>
        <w:rPr>
          <w:rFonts w:ascii="宋体" w:hAnsi="宋体" w:eastAsia="宋体"/>
          <w:b w:val="0"/>
          <w:sz w:val="20"/>
        </w:rPr>
        <w:t>● 在系统整理、复习的过程中注意查漏补缺。在本单元的教学过程中，教师应根据前一阶段课堂教学、批改作业和课后辅导中了解到的情况，搞清学生还有哪些概念比较模糊，哪些方法不够熟练，哪些疑难尚未解决，在系统复习的过程中予以弥补。通过知识的再认、再现、质疑问难以及必要的练习，使模糊的概念清晰起来，使生疏的技能熟练起来。</w:t>
      </w:r>
    </w:p>
    <w:p>
      <w:pPr>
        <w:spacing w:after="20" w:line="300" w:lineRule="auto"/>
      </w:pPr>
      <w:r>
        <w:rPr>
          <w:rFonts w:ascii="宋体" w:hAnsi="宋体" w:eastAsia="宋体"/>
          <w:b w:val="0"/>
          <w:sz w:val="20"/>
        </w:rPr>
        <w:t>● 加强练习的针对性、有效性。教师要善于从本班学生的实际情况出发,有针对性地对练习加以适当的调整和增补。同时注意因材施教，对不同情况的学生提出不同的练习要求，使各种程度的学生都能通过练习确有所获，并在原有的基础上有所提高，真正实现“不同的人在数学上得到不同的发展”。</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比和比例（2）</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进一步理解正、反比例的意义，能正确判断两种量是否成正比例或反比例关系。</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绿色出行</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理解“绿色出行”的意义，通过解决求汽车二氧化碳排放量问题，感受“绿色出行”的重要性、必要性和价值。</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统计(1)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经历收集数据、整理数据、分析数据的活动，在解决问题的整个过程中进一步巩固所学的统计知识，培养梳理知识结构的能力。</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平面图形的认识与测量(1)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进一步理解和掌握直线、射线、线段、角、垂线和平行线的特征以及三角形、四边形和圆等平面图形的特征，体会线与面之间的关系，完善认知结构。</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数的认识（1）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通过自主探索和合作学习，系统地掌握自然数、整数、分数、小数、百分数、负数的意义以及它们之间的联系和区别。</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数学思考(1)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用数形结合的方法，在动手操作的过程中寻求“平面点间线段”的规律，掌握正确数线段的方法。</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统计(2)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在具体的情境中，梳理平均数的有关内容，理解平均数在统计过程中的重要意义。</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平面图形的认识与测量(2)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通过整理，加深理解平面图形周长和面积的概念，进一步理解并掌握平面图形的周长和面积计算公式及其推导过程，并能运用公式计算图形的周长和面积。</w:t>
            </w:r>
          </w:p>
        </w:tc>
      </w:tr>
      <w:tr>
        <w:tc>
          <w:tcPr>
            <w:tcW w:type="dxa" w:w="1020"/>
          </w:tcPr>
          <w:p>
            <w:pPr>
              <w:spacing w:after="20" w:line="276" w:lineRule="auto"/>
            </w:pPr>
            <w:r/>
            <w:r>
              <w:rPr>
                <w:rFonts w:ascii="宋体" w:hAnsi="宋体" w:eastAsia="宋体"/>
                <w:b w:val="0"/>
                <w:sz w:val="18"/>
              </w:rPr>
              <w:t>第9课时</w:t>
            </w:r>
          </w:p>
        </w:tc>
        <w:tc>
          <w:tcPr>
            <w:tcW w:type="dxa" w:w="3061"/>
          </w:tcPr>
          <w:p>
            <w:pPr>
              <w:spacing w:after="20" w:line="276" w:lineRule="auto"/>
            </w:pPr>
            <w:r/>
            <w:r>
              <w:rPr>
                <w:rFonts w:ascii="宋体" w:hAnsi="宋体" w:eastAsia="宋体"/>
                <w:b w:val="0"/>
                <w:sz w:val="18"/>
              </w:rPr>
              <w:t>数的认识（2）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通过复习，进一步巩固倍数、因数、奇数、偶数、质数、合数等概念，掌握2、3、5倍数的特征，建立一定的数感。</w:t>
            </w:r>
          </w:p>
        </w:tc>
      </w:tr>
      <w:tr>
        <w:tc>
          <w:tcPr>
            <w:tcW w:type="dxa" w:w="1020"/>
          </w:tcPr>
          <w:p>
            <w:pPr>
              <w:spacing w:after="20" w:line="276" w:lineRule="auto"/>
            </w:pPr>
            <w:r/>
            <w:r>
              <w:rPr>
                <w:rFonts w:ascii="宋体" w:hAnsi="宋体" w:eastAsia="宋体"/>
                <w:b w:val="0"/>
                <w:sz w:val="18"/>
              </w:rPr>
              <w:t>第10课时</w:t>
            </w:r>
          </w:p>
        </w:tc>
        <w:tc>
          <w:tcPr>
            <w:tcW w:type="dxa" w:w="3061"/>
          </w:tcPr>
          <w:p>
            <w:pPr>
              <w:spacing w:after="20" w:line="276" w:lineRule="auto"/>
            </w:pPr>
            <w:r/>
            <w:r>
              <w:rPr>
                <w:rFonts w:ascii="宋体" w:hAnsi="宋体" w:eastAsia="宋体"/>
                <w:b w:val="0"/>
                <w:sz w:val="18"/>
              </w:rPr>
              <w:t>数学思考(2)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初步掌握用列表、符号表达逻辑关系等直观手段解决一些简单的逻辑推理问题。</w:t>
            </w:r>
          </w:p>
        </w:tc>
      </w:tr>
      <w:tr>
        <w:tc>
          <w:tcPr>
            <w:tcW w:type="dxa" w:w="1020"/>
          </w:tcPr>
          <w:p>
            <w:pPr>
              <w:spacing w:after="20" w:line="276" w:lineRule="auto"/>
            </w:pPr>
            <w:r/>
            <w:r>
              <w:rPr>
                <w:rFonts w:ascii="宋体" w:hAnsi="宋体" w:eastAsia="宋体"/>
                <w:b w:val="0"/>
                <w:sz w:val="18"/>
              </w:rPr>
              <w:t>第11课时</w:t>
            </w:r>
          </w:p>
        </w:tc>
        <w:tc>
          <w:tcPr>
            <w:tcW w:type="dxa" w:w="3061"/>
          </w:tcPr>
          <w:p>
            <w:pPr>
              <w:spacing w:after="20" w:line="276" w:lineRule="auto"/>
            </w:pPr>
            <w:r/>
            <w:r>
              <w:rPr>
                <w:rFonts w:ascii="宋体" w:hAnsi="宋体" w:eastAsia="宋体"/>
                <w:b w:val="0"/>
                <w:sz w:val="18"/>
              </w:rPr>
              <w:t>北京五日游</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在具体任务的驱动下，初步形成制订行动方案的意识，进一步运用所学知识解决简单的实际问题。</w:t>
            </w:r>
          </w:p>
        </w:tc>
      </w:tr>
      <w:tr>
        <w:tc>
          <w:tcPr>
            <w:tcW w:type="dxa" w:w="1020"/>
          </w:tcPr>
          <w:p>
            <w:pPr>
              <w:spacing w:after="20" w:line="276" w:lineRule="auto"/>
            </w:pPr>
            <w:r/>
            <w:r>
              <w:rPr>
                <w:rFonts w:ascii="宋体" w:hAnsi="宋体" w:eastAsia="宋体"/>
                <w:b w:val="0"/>
                <w:sz w:val="18"/>
              </w:rPr>
              <w:t>第12课时</w:t>
            </w:r>
          </w:p>
        </w:tc>
        <w:tc>
          <w:tcPr>
            <w:tcW w:type="dxa" w:w="3061"/>
          </w:tcPr>
          <w:p>
            <w:pPr>
              <w:spacing w:after="20" w:line="276" w:lineRule="auto"/>
            </w:pPr>
            <w:r/>
            <w:r>
              <w:rPr>
                <w:rFonts w:ascii="宋体" w:hAnsi="宋体" w:eastAsia="宋体"/>
                <w:b w:val="0"/>
                <w:sz w:val="18"/>
              </w:rPr>
              <w:t>可能性</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通过复习，进一步体会不确定事件的特点，知道事件发生的可能性有大有小。</w:t>
            </w:r>
          </w:p>
        </w:tc>
      </w:tr>
      <w:tr>
        <w:tc>
          <w:tcPr>
            <w:tcW w:type="dxa" w:w="1020"/>
          </w:tcPr>
          <w:p>
            <w:pPr>
              <w:spacing w:after="20" w:line="276" w:lineRule="auto"/>
            </w:pPr>
            <w:r/>
            <w:r>
              <w:rPr>
                <w:rFonts w:ascii="宋体" w:hAnsi="宋体" w:eastAsia="宋体"/>
                <w:b w:val="0"/>
                <w:sz w:val="18"/>
              </w:rPr>
              <w:t>第13课时</w:t>
            </w:r>
          </w:p>
        </w:tc>
        <w:tc>
          <w:tcPr>
            <w:tcW w:type="dxa" w:w="3061"/>
          </w:tcPr>
          <w:p>
            <w:pPr>
              <w:spacing w:after="20" w:line="276" w:lineRule="auto"/>
            </w:pPr>
            <w:r/>
            <w:r>
              <w:rPr>
                <w:rFonts w:ascii="宋体" w:hAnsi="宋体" w:eastAsia="宋体"/>
                <w:b w:val="0"/>
                <w:sz w:val="18"/>
              </w:rPr>
              <w:t>立体图形的认识与测量(1)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进一步掌握长方体、正方体、圆柱和圆锥等立体图形的特征，能从整体上把握这些图形的联系与区别，进一步认识并能辨析从不同方向观察物体看到的图形。</w:t>
            </w:r>
          </w:p>
        </w:tc>
      </w:tr>
      <w:tr>
        <w:tc>
          <w:tcPr>
            <w:tcW w:type="dxa" w:w="1020"/>
          </w:tcPr>
          <w:p>
            <w:pPr>
              <w:spacing w:after="20" w:line="276" w:lineRule="auto"/>
            </w:pPr>
            <w:r/>
            <w:r>
              <w:rPr>
                <w:rFonts w:ascii="宋体" w:hAnsi="宋体" w:eastAsia="宋体"/>
                <w:b w:val="0"/>
                <w:sz w:val="18"/>
              </w:rPr>
              <w:t>第14课时</w:t>
            </w:r>
          </w:p>
        </w:tc>
        <w:tc>
          <w:tcPr>
            <w:tcW w:type="dxa" w:w="3061"/>
          </w:tcPr>
          <w:p>
            <w:pPr>
              <w:spacing w:after="20" w:line="276" w:lineRule="auto"/>
            </w:pPr>
            <w:r/>
            <w:r>
              <w:rPr>
                <w:rFonts w:ascii="宋体" w:hAnsi="宋体" w:eastAsia="宋体"/>
                <w:b w:val="0"/>
                <w:sz w:val="18"/>
              </w:rPr>
              <w:t>有趣的平衡</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通过实验，让学生发现“左边刻度数×左边棋子数＝右边刻度数×右边棋子数”这一规律，并认识到当某一边乘积一定时，另一边的棋子数和刻度数成反比例关系，加深对比例的理解。</w:t>
            </w:r>
          </w:p>
        </w:tc>
      </w:tr>
      <w:tr>
        <w:tc>
          <w:tcPr>
            <w:tcW w:type="dxa" w:w="1020"/>
          </w:tcPr>
          <w:p>
            <w:pPr>
              <w:spacing w:after="20" w:line="276" w:lineRule="auto"/>
            </w:pPr>
            <w:r/>
            <w:r>
              <w:rPr>
                <w:rFonts w:ascii="宋体" w:hAnsi="宋体" w:eastAsia="宋体"/>
                <w:b w:val="0"/>
                <w:sz w:val="18"/>
              </w:rPr>
              <w:t>第15课时</w:t>
            </w:r>
          </w:p>
        </w:tc>
        <w:tc>
          <w:tcPr>
            <w:tcW w:type="dxa" w:w="3061"/>
          </w:tcPr>
          <w:p>
            <w:pPr>
              <w:spacing w:after="20" w:line="276" w:lineRule="auto"/>
            </w:pPr>
            <w:r/>
            <w:r>
              <w:rPr>
                <w:rFonts w:ascii="宋体" w:hAnsi="宋体" w:eastAsia="宋体"/>
                <w:b w:val="0"/>
                <w:sz w:val="18"/>
              </w:rPr>
              <w:t>数的运算（1）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引导学生进一步理解和掌握四则运算的意义和计算方法，归纳整理整数、小数、分数计算法则的异同点，进一步明确计算时应遵循的一般规律及四则运算中的一些特殊情况。</w:t>
            </w:r>
          </w:p>
        </w:tc>
      </w:tr>
      <w:tr>
        <w:tc>
          <w:tcPr>
            <w:tcW w:type="dxa" w:w="1020"/>
          </w:tcPr>
          <w:p>
            <w:pPr>
              <w:spacing w:after="20" w:line="276" w:lineRule="auto"/>
            </w:pPr>
            <w:r/>
            <w:r>
              <w:rPr>
                <w:rFonts w:ascii="宋体" w:hAnsi="宋体" w:eastAsia="宋体"/>
                <w:b w:val="0"/>
                <w:sz w:val="18"/>
              </w:rPr>
              <w:t>第16课时</w:t>
            </w:r>
          </w:p>
        </w:tc>
        <w:tc>
          <w:tcPr>
            <w:tcW w:type="dxa" w:w="3061"/>
          </w:tcPr>
          <w:p>
            <w:pPr>
              <w:spacing w:after="20" w:line="276" w:lineRule="auto"/>
            </w:pPr>
            <w:r/>
            <w:r>
              <w:rPr>
                <w:rFonts w:ascii="宋体" w:hAnsi="宋体" w:eastAsia="宋体"/>
                <w:b w:val="0"/>
                <w:sz w:val="18"/>
              </w:rPr>
              <w:t>数学思考(3)</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初步掌握等量代换、几何证明的基本方法和步骤。</w:t>
            </w:r>
          </w:p>
        </w:tc>
      </w:tr>
      <w:tr>
        <w:tc>
          <w:tcPr>
            <w:tcW w:type="dxa" w:w="1020"/>
          </w:tcPr>
          <w:p>
            <w:pPr>
              <w:spacing w:after="20" w:line="276" w:lineRule="auto"/>
            </w:pPr>
            <w:r/>
            <w:r>
              <w:rPr>
                <w:rFonts w:ascii="宋体" w:hAnsi="宋体" w:eastAsia="宋体"/>
                <w:b w:val="0"/>
                <w:sz w:val="18"/>
              </w:rPr>
              <w:t>第17课时</w:t>
            </w:r>
          </w:p>
        </w:tc>
        <w:tc>
          <w:tcPr>
            <w:tcW w:type="dxa" w:w="3061"/>
          </w:tcPr>
          <w:p>
            <w:pPr>
              <w:spacing w:after="20" w:line="276" w:lineRule="auto"/>
            </w:pPr>
            <w:r/>
            <w:r>
              <w:rPr>
                <w:rFonts w:ascii="宋体" w:hAnsi="宋体" w:eastAsia="宋体"/>
                <w:b w:val="0"/>
                <w:sz w:val="18"/>
              </w:rPr>
              <w:t>立体图形的认识与测量(2)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进一步理解立体图形的表面积和体积的内涵，能灵活地计算它们的表面积和体积，加强沟通知识之间的内在联系，将所学知识进一步条理化和系统化，发展空间观念。</w:t>
            </w:r>
          </w:p>
        </w:tc>
      </w:tr>
      <w:tr>
        <w:tc>
          <w:tcPr>
            <w:tcW w:type="dxa" w:w="1020"/>
          </w:tcPr>
          <w:p>
            <w:pPr>
              <w:spacing w:after="20" w:line="276" w:lineRule="auto"/>
            </w:pPr>
            <w:r/>
            <w:r>
              <w:rPr>
                <w:rFonts w:ascii="宋体" w:hAnsi="宋体" w:eastAsia="宋体"/>
                <w:b w:val="0"/>
                <w:sz w:val="18"/>
              </w:rPr>
              <w:t>第18课时</w:t>
            </w:r>
          </w:p>
        </w:tc>
        <w:tc>
          <w:tcPr>
            <w:tcW w:type="dxa" w:w="3061"/>
          </w:tcPr>
          <w:p>
            <w:pPr>
              <w:spacing w:after="20" w:line="276" w:lineRule="auto"/>
            </w:pPr>
            <w:r/>
            <w:r>
              <w:rPr>
                <w:rFonts w:ascii="宋体" w:hAnsi="宋体" w:eastAsia="宋体"/>
                <w:b w:val="0"/>
                <w:sz w:val="18"/>
              </w:rPr>
              <w:t>数的运算（2）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通过复习，熟练地掌握四则运算律和性质，能灵活应用运算律进行简便运算。</w:t>
            </w:r>
          </w:p>
        </w:tc>
      </w:tr>
      <w:tr>
        <w:tc>
          <w:tcPr>
            <w:tcW w:type="dxa" w:w="1020"/>
          </w:tcPr>
          <w:p>
            <w:pPr>
              <w:spacing w:after="20" w:line="276" w:lineRule="auto"/>
            </w:pPr>
            <w:r/>
            <w:r>
              <w:rPr>
                <w:rFonts w:ascii="宋体" w:hAnsi="宋体" w:eastAsia="宋体"/>
                <w:b w:val="0"/>
                <w:sz w:val="18"/>
              </w:rPr>
              <w:t>第19课时</w:t>
            </w:r>
          </w:p>
        </w:tc>
        <w:tc>
          <w:tcPr>
            <w:tcW w:type="dxa" w:w="3061"/>
          </w:tcPr>
          <w:p>
            <w:pPr>
              <w:spacing w:after="20" w:line="276" w:lineRule="auto"/>
            </w:pPr>
            <w:r/>
            <w:r>
              <w:rPr>
                <w:rFonts w:ascii="宋体" w:hAnsi="宋体" w:eastAsia="宋体"/>
                <w:b w:val="0"/>
                <w:sz w:val="18"/>
              </w:rPr>
              <w:t>图形的运动</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进一步掌握轴对称、平移、旋转、放大与缩小等图形变换的特征，会用轴对称、平移、旋转、放大与缩小等方式进行图形的变换。</w:t>
            </w:r>
          </w:p>
        </w:tc>
      </w:tr>
      <w:tr>
        <w:tc>
          <w:tcPr>
            <w:tcW w:type="dxa" w:w="1020"/>
          </w:tcPr>
          <w:p>
            <w:pPr>
              <w:spacing w:after="20" w:line="276" w:lineRule="auto"/>
            </w:pPr>
            <w:r/>
            <w:r>
              <w:rPr>
                <w:rFonts w:ascii="宋体" w:hAnsi="宋体" w:eastAsia="宋体"/>
                <w:b w:val="0"/>
                <w:sz w:val="18"/>
              </w:rPr>
              <w:t>第20课时</w:t>
            </w:r>
          </w:p>
        </w:tc>
        <w:tc>
          <w:tcPr>
            <w:tcW w:type="dxa" w:w="3061"/>
          </w:tcPr>
          <w:p>
            <w:pPr>
              <w:spacing w:after="20" w:line="276" w:lineRule="auto"/>
            </w:pPr>
            <w:r/>
            <w:r>
              <w:rPr>
                <w:rFonts w:ascii="宋体" w:hAnsi="宋体" w:eastAsia="宋体"/>
                <w:b w:val="0"/>
                <w:sz w:val="18"/>
              </w:rPr>
              <w:t>数的运算（3）</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在回顾交流中，总结估算的方法，能用估算把握运算结果的范围或用估算解决实际问题，进一步体会估算的作用。</w:t>
            </w:r>
          </w:p>
        </w:tc>
      </w:tr>
      <w:tr>
        <w:tc>
          <w:tcPr>
            <w:tcW w:type="dxa" w:w="1020"/>
          </w:tcPr>
          <w:p>
            <w:pPr>
              <w:spacing w:after="20" w:line="276" w:lineRule="auto"/>
            </w:pPr>
            <w:r/>
            <w:r>
              <w:rPr>
                <w:rFonts w:ascii="宋体" w:hAnsi="宋体" w:eastAsia="宋体"/>
                <w:b w:val="0"/>
                <w:sz w:val="18"/>
              </w:rPr>
              <w:t>第21课时</w:t>
            </w:r>
          </w:p>
        </w:tc>
        <w:tc>
          <w:tcPr>
            <w:tcW w:type="dxa" w:w="3061"/>
          </w:tcPr>
          <w:p>
            <w:pPr>
              <w:spacing w:after="20" w:line="276" w:lineRule="auto"/>
            </w:pPr>
            <w:r/>
            <w:r>
              <w:rPr>
                <w:rFonts w:ascii="宋体" w:hAnsi="宋体" w:eastAsia="宋体"/>
                <w:b w:val="0"/>
                <w:sz w:val="18"/>
              </w:rPr>
              <w:t>图形与位置</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复习、整理确定位置的两种方法，进一步掌握有关比例尺的知识，掌握用数对或根据方向和距离确定位置的方法，能描述简单的行走路线。</w:t>
            </w:r>
          </w:p>
        </w:tc>
      </w:tr>
      <w:tr>
        <w:tc>
          <w:tcPr>
            <w:tcW w:type="dxa" w:w="1020"/>
          </w:tcPr>
          <w:p>
            <w:pPr>
              <w:spacing w:after="20" w:line="276" w:lineRule="auto"/>
            </w:pPr>
            <w:r/>
            <w:r>
              <w:rPr>
                <w:rFonts w:ascii="宋体" w:hAnsi="宋体" w:eastAsia="宋体"/>
                <w:b w:val="0"/>
                <w:sz w:val="18"/>
              </w:rPr>
              <w:t>第22课时</w:t>
            </w:r>
          </w:p>
        </w:tc>
        <w:tc>
          <w:tcPr>
            <w:tcW w:type="dxa" w:w="3061"/>
          </w:tcPr>
          <w:p>
            <w:pPr>
              <w:spacing w:after="20" w:line="276" w:lineRule="auto"/>
            </w:pPr>
            <w:r/>
            <w:r>
              <w:rPr>
                <w:rFonts w:ascii="宋体" w:hAnsi="宋体" w:eastAsia="宋体"/>
                <w:b w:val="0"/>
                <w:sz w:val="18"/>
              </w:rPr>
              <w:t>数的运算（4）</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引导学生进一步掌握四则混合运算的方法，能够灵活运用四则混合运算的方法解决日常生活中的实际问题。</w:t>
            </w:r>
          </w:p>
        </w:tc>
      </w:tr>
      <w:tr>
        <w:tc>
          <w:tcPr>
            <w:tcW w:type="dxa" w:w="1020"/>
          </w:tcPr>
          <w:p>
            <w:pPr>
              <w:spacing w:after="20" w:line="276" w:lineRule="auto"/>
            </w:pPr>
            <w:r/>
            <w:r>
              <w:rPr>
                <w:rFonts w:ascii="宋体" w:hAnsi="宋体" w:eastAsia="宋体"/>
                <w:b w:val="0"/>
                <w:sz w:val="18"/>
              </w:rPr>
              <w:t>第23课时</w:t>
            </w:r>
          </w:p>
        </w:tc>
        <w:tc>
          <w:tcPr>
            <w:tcW w:type="dxa" w:w="3061"/>
          </w:tcPr>
          <w:p>
            <w:pPr>
              <w:spacing w:after="20" w:line="276" w:lineRule="auto"/>
            </w:pPr>
            <w:r/>
            <w:r>
              <w:rPr>
                <w:rFonts w:ascii="宋体" w:hAnsi="宋体" w:eastAsia="宋体"/>
                <w:b w:val="0"/>
                <w:sz w:val="18"/>
              </w:rPr>
              <w:t>式与方程（1）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进一步理解用字母表示数的意义及作用，会用字母表达数量、数量关系、运算律及计算公式等。</w:t>
            </w:r>
          </w:p>
        </w:tc>
      </w:tr>
      <w:tr>
        <w:tc>
          <w:tcPr>
            <w:tcW w:type="dxa" w:w="1020"/>
          </w:tcPr>
          <w:p>
            <w:pPr>
              <w:spacing w:after="20" w:line="276" w:lineRule="auto"/>
            </w:pPr>
            <w:r/>
            <w:r>
              <w:rPr>
                <w:rFonts w:ascii="宋体" w:hAnsi="宋体" w:eastAsia="宋体"/>
                <w:b w:val="0"/>
                <w:sz w:val="18"/>
              </w:rPr>
              <w:t>第24课时</w:t>
            </w:r>
          </w:p>
        </w:tc>
        <w:tc>
          <w:tcPr>
            <w:tcW w:type="dxa" w:w="3061"/>
          </w:tcPr>
          <w:p>
            <w:pPr>
              <w:spacing w:after="20" w:line="276" w:lineRule="auto"/>
            </w:pPr>
            <w:r/>
            <w:r>
              <w:rPr>
                <w:rFonts w:ascii="宋体" w:hAnsi="宋体" w:eastAsia="宋体"/>
                <w:b w:val="0"/>
                <w:sz w:val="18"/>
              </w:rPr>
              <w:t>式与方程（2）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进一步体会方程的意义和思想，能根据问题特征列方程解决一些实际问题，提高找等量关系列方程的能力。</w:t>
            </w:r>
          </w:p>
        </w:tc>
      </w:tr>
      <w:tr>
        <w:tc>
          <w:tcPr>
            <w:tcW w:type="dxa" w:w="1020"/>
          </w:tcPr>
          <w:p>
            <w:pPr>
              <w:spacing w:after="20" w:line="276" w:lineRule="auto"/>
            </w:pPr>
            <w:r/>
            <w:r>
              <w:rPr>
                <w:rFonts w:ascii="宋体" w:hAnsi="宋体" w:eastAsia="宋体"/>
                <w:b w:val="0"/>
                <w:sz w:val="18"/>
              </w:rPr>
              <w:t>第25课时</w:t>
            </w:r>
          </w:p>
        </w:tc>
        <w:tc>
          <w:tcPr>
            <w:tcW w:type="dxa" w:w="3061"/>
          </w:tcPr>
          <w:p>
            <w:pPr>
              <w:spacing w:after="20" w:line="276" w:lineRule="auto"/>
            </w:pPr>
            <w:r/>
            <w:r>
              <w:rPr>
                <w:rFonts w:ascii="宋体" w:hAnsi="宋体" w:eastAsia="宋体"/>
                <w:b w:val="0"/>
                <w:sz w:val="18"/>
              </w:rPr>
              <w:t>比和比例（1）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进一步理解比和比例的意义与基本性质，巩固比与分数、除法的关系。探究比的基本性质、分数的基本性质和商不变的规律之间的关系。</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比和比例（2）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比和比例（2）</w:t>
            </w:r>
          </w:p>
        </w:tc>
        <w:tc>
          <w:tcPr>
            <w:tcW w:type="dxa" w:w="6009"/>
          </w:tcPr>
          <w:p>
            <w:pPr>
              <w:spacing w:after="20" w:line="276" w:lineRule="auto"/>
            </w:pPr>
            <w:r/>
            <w:r>
              <w:rPr>
                <w:rFonts w:ascii="宋体" w:hAnsi="宋体" w:eastAsia="宋体"/>
                <w:b w:val="0"/>
                <w:sz w:val="20"/>
              </w:rPr>
              <w:t>第6单元 整理和复习（数与代数）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（1）进一步理解正、反比例的意义，能正确判断两种量是否成正比例或反比例关系。</w:t>
      </w:r>
    </w:p>
    <w:p>
      <w:pPr>
        <w:spacing w:after="20" w:line="300" w:lineRule="auto"/>
        <w:ind w:firstLine="400"/>
      </w:pPr>
      <w:r>
        <w:rPr>
          <w:rFonts w:ascii="宋体" w:hAnsi="宋体" w:eastAsia="宋体"/>
          <w:b w:val="0"/>
          <w:sz w:val="20"/>
        </w:rPr>
        <w:t>（2）加深对正、反比例之间关系的理解，能熟练地运用正、反比例的知识解决实际问题。</w:t>
      </w:r>
    </w:p>
    <w:p>
      <w:pPr>
        <w:spacing w:after="20" w:line="300" w:lineRule="auto"/>
        <w:ind w:firstLine="400"/>
      </w:pPr>
      <w:r>
        <w:rPr>
          <w:rFonts w:ascii="宋体" w:hAnsi="宋体" w:eastAsia="宋体"/>
          <w:b w:val="0"/>
          <w:sz w:val="20"/>
        </w:rPr>
        <w:t>（3）提高学生综合运用知识解决实际问题的能力，培养学生自主探究、合作交流的学习能力。</w:t>
      </w:r>
    </w:p>
    <w:p>
      <w:pPr>
        <w:spacing w:after="20" w:line="300" w:lineRule="auto"/>
      </w:pPr>
      <w:r>
        <w:rPr>
          <w:rFonts w:ascii="宋体" w:hAnsi="宋体" w:eastAsia="宋体"/>
          <w:b w:val="0"/>
          <w:sz w:val="20"/>
        </w:rPr>
        <w:t>教学重点：理解正、反比例的联系和区别；熟练判断两种相关联的量成什么比例关系。</w:t>
      </w:r>
    </w:p>
    <w:p>
      <w:pPr>
        <w:spacing w:after="20" w:line="300" w:lineRule="auto"/>
      </w:pPr>
      <w:r>
        <w:rPr>
          <w:rFonts w:ascii="宋体" w:hAnsi="宋体" w:eastAsia="宋体"/>
          <w:b w:val="0"/>
          <w:sz w:val="20"/>
        </w:rPr>
        <w:t>教学难点：灵活应用比例知识解答正、反比例问题。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一、引导回忆，揭示课题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我们已经学习了正比例和反比例，什么样的两种量才可能组成比例关系？；两种相关联的量是不是都能组成比例关系呢？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二、复习正、反比例的意义</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想一想，你是怎么判断相关联的两个量成正比例关系或成反比例关系？；你能用字母来表示正、反比例的意义吗？</w:t>
            </w:r>
          </w:p>
        </w:tc>
        <w:tc>
          <w:tcPr>
            <w:tcW w:type="dxa" w:w="1361"/>
          </w:tcPr>
          <w:p>
            <w:pPr>
              <w:spacing w:after="20" w:line="276" w:lineRule="auto"/>
            </w:pPr>
            <w:r/>
            <w:r>
              <w:rPr>
                <w:rFonts w:ascii="宋体" w:hAnsi="宋体" w:eastAsia="宋体"/>
                <w:b w:val="0"/>
                <w:sz w:val="18"/>
              </w:rPr>
              <w:t>32分钟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今天的数学课，你们有哪些收获呢？</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一、引导回忆，揭示课题</w:t>
            </w:r>
          </w:p>
        </w:tc>
        <w:tc>
          <w:tcPr>
            <w:tcW w:type="dxa" w:w="3061"/>
          </w:tcPr>
          <w:p>
            <w:pPr>
              <w:spacing w:after="20" w:line="276" w:lineRule="auto"/>
            </w:pPr>
            <w:r/>
            <w:r>
              <w:rPr>
                <w:rFonts w:ascii="宋体" w:hAnsi="宋体" w:eastAsia="宋体"/>
                <w:b w:val="0"/>
                <w:sz w:val="18"/>
              </w:rPr>
              <w:t>师：我们已经学习了正比例和反比例，什么样的两种量才可能组成比例关系？</w:t>
            </w:r>
          </w:p>
          <w:p>
            <w:pPr>
              <w:spacing w:after="20" w:line="276" w:lineRule="auto"/>
            </w:pPr>
            <w:r>
              <w:rPr>
                <w:rFonts w:ascii="宋体" w:hAnsi="宋体" w:eastAsia="宋体"/>
                <w:b w:val="0"/>
                <w:sz w:val="18"/>
              </w:rPr>
              <w:t>指名汇报：两种相关联的量。</w:t>
            </w:r>
          </w:p>
          <w:p>
            <w:pPr>
              <w:spacing w:after="20" w:line="276" w:lineRule="auto"/>
            </w:pPr>
            <w:r>
              <w:rPr>
                <w:rFonts w:ascii="宋体" w:hAnsi="宋体" w:eastAsia="宋体"/>
                <w:b w:val="0"/>
                <w:sz w:val="18"/>
              </w:rPr>
              <w:t>师：两种相关联的量是不是都能组成比例关系呢？今天我们就来复习正比例和反比例的知识。［板书课题：比和比例(2)］</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提出问题，激发学生思考，直接揭示课题。</w:t>
            </w:r>
          </w:p>
        </w:tc>
      </w:tr>
      <w:tr>
        <w:tc>
          <w:tcPr>
            <w:tcW w:type="dxa" w:w="1474"/>
          </w:tcPr>
          <w:p>
            <w:pPr>
              <w:spacing w:after="20" w:line="276" w:lineRule="auto"/>
            </w:pPr>
            <w:r>
              <w:rPr>
                <w:b/>
              </w:rPr>
            </w:r>
            <w:r>
              <w:rPr>
                <w:rFonts w:ascii="宋体" w:hAnsi="宋体" w:eastAsia="宋体"/>
                <w:b/>
                <w:sz w:val="18"/>
              </w:rPr>
              <w:t>二、复习正、反比例的意义</w:t>
            </w:r>
          </w:p>
        </w:tc>
        <w:tc>
          <w:tcPr>
            <w:tcW w:type="dxa" w:w="3061"/>
          </w:tcPr>
          <w:p>
            <w:pPr>
              <w:spacing w:after="20" w:line="276" w:lineRule="auto"/>
            </w:pPr>
            <w:r/>
            <w:r>
              <w:rPr>
                <w:rFonts w:ascii="宋体" w:hAnsi="宋体" w:eastAsia="宋体"/>
                <w:b w:val="0"/>
                <w:sz w:val="18"/>
              </w:rPr>
              <w:t>1.判断相关联的两种量是否成比例，成什么比例。</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课件出示解答。</w:t>
            </w:r>
          </w:p>
          <w:p>
            <w:pPr>
              <w:spacing w:after="20" w:line="276" w:lineRule="auto"/>
            </w:pPr>
            <w:r>
              <w:rPr>
                <w:rFonts w:ascii="宋体" w:hAnsi="宋体" w:eastAsia="宋体"/>
                <w:b w:val="0"/>
                <w:sz w:val="18"/>
              </w:rPr>
              <w:t>2.正、反比例的意义。</w:t>
            </w:r>
          </w:p>
          <w:p>
            <w:pPr>
              <w:spacing w:after="20" w:line="276" w:lineRule="auto"/>
            </w:pPr>
            <w:r>
              <w:rPr>
                <w:rFonts w:ascii="宋体" w:hAnsi="宋体" w:eastAsia="宋体"/>
                <w:b w:val="0"/>
                <w:sz w:val="18"/>
              </w:rPr>
              <w:t>师：想一想，你是怎么判断相关联的两个量成正比例关系或成反比例关系？</w:t>
            </w:r>
          </w:p>
          <w:p>
            <w:pPr>
              <w:spacing w:after="20" w:line="276" w:lineRule="auto"/>
            </w:pPr>
            <w:r>
              <w:rPr>
                <w:rFonts w:ascii="宋体" w:hAnsi="宋体" w:eastAsia="宋体"/>
                <w:b w:val="0"/>
                <w:sz w:val="18"/>
              </w:rPr>
              <w:t>师：你能用字母来表示正、反比例的意义吗？</w:t>
            </w:r>
          </w:p>
          <w:p>
            <w:pPr>
              <w:spacing w:after="20" w:line="276" w:lineRule="auto"/>
            </w:pPr>
            <w:r>
              <w:rPr>
                <w:rFonts w:ascii="宋体" w:hAnsi="宋体" w:eastAsia="宋体"/>
                <w:b w:val="0"/>
                <w:sz w:val="18"/>
              </w:rPr>
              <w:t>根据学生的回答板书：正比例关系： EMBED Equation.DSMT4  =k(一定)  反比例关系：xy=k(一定)</w:t>
            </w:r>
          </w:p>
          <w:p>
            <w:pPr>
              <w:spacing w:after="20" w:line="276" w:lineRule="auto"/>
            </w:pPr>
            <w:r>
              <w:rPr>
                <w:rFonts w:ascii="宋体" w:hAnsi="宋体" w:eastAsia="宋体"/>
                <w:b w:val="0"/>
                <w:sz w:val="18"/>
              </w:rPr>
              <w:t>师：说一说正比例和反比例有什么相同点和不同点。</w:t>
            </w:r>
          </w:p>
          <w:p>
            <w:pPr>
              <w:spacing w:after="20" w:line="276" w:lineRule="auto"/>
            </w:pPr>
            <w:r>
              <w:rPr>
                <w:rFonts w:ascii="宋体" w:hAnsi="宋体" w:eastAsia="宋体"/>
                <w:b w:val="0"/>
                <w:sz w:val="18"/>
              </w:rPr>
              <w:t>课件出示表格，根据学生的回答填写表格。</w:t>
            </w:r>
          </w:p>
          <w:p>
            <w:pPr>
              <w:spacing w:after="20" w:line="276" w:lineRule="auto"/>
            </w:pPr>
            <w:r>
              <w:rPr>
                <w:rFonts w:ascii="宋体" w:hAnsi="宋体" w:eastAsia="宋体"/>
                <w:b w:val="0"/>
                <w:sz w:val="18"/>
              </w:rPr>
              <w:t>先让学生独立思考，写出各题的关系式，再判断，最后交流判断的依据和理由。</w:t>
            </w:r>
          </w:p>
          <w:p>
            <w:pPr>
              <w:spacing w:after="20" w:line="276" w:lineRule="auto"/>
            </w:pPr>
            <w:r>
              <w:rPr>
                <w:rFonts w:ascii="宋体" w:hAnsi="宋体" w:eastAsia="宋体"/>
                <w:b w:val="0"/>
                <w:sz w:val="18"/>
              </w:rPr>
              <w:t>3.完成教科书P84页“练习十七”第2题。</w:t>
            </w:r>
          </w:p>
          <w:p>
            <w:pPr>
              <w:spacing w:after="20" w:line="276" w:lineRule="auto"/>
            </w:pPr>
            <w:r>
              <w:rPr>
                <w:rFonts w:ascii="宋体" w:hAnsi="宋体" w:eastAsia="宋体"/>
                <w:b w:val="0"/>
                <w:sz w:val="18"/>
              </w:rPr>
              <w:t>1.课件出示一组习题。</w:t>
            </w:r>
          </w:p>
          <w:p>
            <w:pPr>
              <w:spacing w:after="20" w:line="276" w:lineRule="auto"/>
            </w:pPr>
            <w:r>
              <w:rPr>
                <w:rFonts w:ascii="宋体" w:hAnsi="宋体" w:eastAsia="宋体"/>
                <w:b w:val="0"/>
                <w:sz w:val="18"/>
              </w:rPr>
              <w:t>师：比一比，想一想，这两道题有什么不同？能用比例方法解答吗？</w:t>
            </w:r>
          </w:p>
          <w:p>
            <w:pPr>
              <w:spacing w:after="20" w:line="276" w:lineRule="auto"/>
            </w:pPr>
            <w:r>
              <w:rPr>
                <w:rFonts w:ascii="宋体" w:hAnsi="宋体" w:eastAsia="宋体"/>
                <w:b w:val="0"/>
                <w:sz w:val="18"/>
              </w:rPr>
              <w:t>师：用比例方法解决问题的步骤和关键是什么？</w:t>
            </w:r>
          </w:p>
          <w:p>
            <w:pPr>
              <w:spacing w:after="20" w:line="276" w:lineRule="auto"/>
            </w:pPr>
            <w:r>
              <w:rPr>
                <w:rFonts w:ascii="宋体" w:hAnsi="宋体" w:eastAsia="宋体"/>
                <w:b w:val="0"/>
                <w:sz w:val="18"/>
              </w:rPr>
              <w:t>师生一起总结：</w:t>
            </w:r>
          </w:p>
          <w:p>
            <w:pPr>
              <w:spacing w:after="20" w:line="276" w:lineRule="auto"/>
            </w:pPr>
            <w:r>
              <w:rPr>
                <w:rFonts w:ascii="宋体" w:hAnsi="宋体" w:eastAsia="宋体"/>
                <w:b w:val="0"/>
                <w:sz w:val="18"/>
              </w:rPr>
              <w:t>①根据不变量，判断题中哪两种相关联的量成正比例或反比例。</w:t>
            </w:r>
          </w:p>
          <w:p>
            <w:pPr>
              <w:spacing w:after="20" w:line="276" w:lineRule="auto"/>
            </w:pPr>
            <w:r>
              <w:rPr>
                <w:rFonts w:ascii="宋体" w:hAnsi="宋体" w:eastAsia="宋体"/>
                <w:b w:val="0"/>
                <w:sz w:val="18"/>
              </w:rPr>
              <w:t>②找出两组相对应的数，并设出未知数，列出比例。</w:t>
            </w:r>
          </w:p>
          <w:p>
            <w:pPr>
              <w:spacing w:after="20" w:line="276" w:lineRule="auto"/>
            </w:pPr>
            <w:r>
              <w:rPr>
                <w:rFonts w:ascii="宋体" w:hAnsi="宋体" w:eastAsia="宋体"/>
                <w:b w:val="0"/>
                <w:sz w:val="18"/>
              </w:rPr>
              <w:t>③解比例。</w:t>
            </w:r>
          </w:p>
          <w:p>
            <w:pPr>
              <w:spacing w:after="20" w:line="276" w:lineRule="auto"/>
            </w:pPr>
            <w:r>
              <w:rPr>
                <w:rFonts w:ascii="宋体" w:hAnsi="宋体" w:eastAsia="宋体"/>
                <w:b w:val="0"/>
                <w:sz w:val="18"/>
              </w:rPr>
              <w:t>④检验并写出答语。</w:t>
            </w:r>
          </w:p>
          <w:p>
            <w:pPr>
              <w:spacing w:after="20" w:line="276" w:lineRule="auto"/>
            </w:pPr>
            <w:r>
              <w:rPr>
                <w:rFonts w:ascii="宋体" w:hAnsi="宋体" w:eastAsia="宋体"/>
                <w:b w:val="0"/>
                <w:sz w:val="18"/>
              </w:rPr>
              <w:t>师：用比例解决问题时，先要读题，找出对应关系,判断是正比例还是反比例，再正确解答。</w:t>
            </w:r>
          </w:p>
          <w:p>
            <w:pPr>
              <w:spacing w:after="20" w:line="276" w:lineRule="auto"/>
            </w:pPr>
            <w:r>
              <w:rPr>
                <w:rFonts w:ascii="宋体" w:hAnsi="宋体" w:eastAsia="宋体"/>
                <w:b w:val="0"/>
                <w:sz w:val="18"/>
              </w:rPr>
              <w:t>2.课件出示教科书P84“练习十七”第6题。</w:t>
            </w:r>
          </w:p>
          <w:p>
            <w:pPr>
              <w:spacing w:after="20" w:line="276" w:lineRule="auto"/>
            </w:pPr>
            <w:r>
              <w:rPr>
                <w:rFonts w:ascii="宋体" w:hAnsi="宋体" w:eastAsia="宋体"/>
                <w:b w:val="0"/>
                <w:sz w:val="18"/>
              </w:rPr>
              <w:t>师：请同学们独立完成这道题，然后在小组内进行交流订正。</w:t>
            </w:r>
          </w:p>
          <w:p>
            <w:pPr>
              <w:spacing w:after="20" w:line="276" w:lineRule="auto"/>
            </w:pPr>
            <w:r>
              <w:rPr>
                <w:rFonts w:ascii="宋体" w:hAnsi="宋体" w:eastAsia="宋体"/>
                <w:b w:val="0"/>
                <w:sz w:val="18"/>
              </w:rPr>
              <w:t>这道练习要求学生正确运用正比例或反比例关系的意义进行判断。注意指导学生发现有些题中虽然没有明确指出哪个是常量，但根据相关数量关系可以找到隐藏着的常量。</w:t>
            </w:r>
          </w:p>
          <w:p>
            <w:pPr>
              <w:spacing w:after="20" w:line="276" w:lineRule="auto"/>
            </w:pPr>
            <w:r>
              <w:rPr>
                <w:rFonts w:ascii="宋体" w:hAnsi="宋体" w:eastAsia="宋体"/>
                <w:b w:val="0"/>
                <w:sz w:val="18"/>
              </w:rPr>
              <w:t>课件出示正确解答。</w:t>
            </w:r>
          </w:p>
        </w:tc>
        <w:tc>
          <w:tcPr>
            <w:tcW w:type="dxa" w:w="3061"/>
          </w:tcPr>
          <w:p>
            <w:pPr>
              <w:spacing w:after="20" w:line="276" w:lineRule="auto"/>
            </w:pPr>
            <w:r/>
            <w:r>
              <w:rPr>
                <w:rFonts w:ascii="宋体" w:hAnsi="宋体" w:eastAsia="宋体"/>
                <w:b w:val="0"/>
                <w:sz w:val="18"/>
              </w:rPr>
              <w:t>学生独立判断，然后在小组内交流，说明原因。</w:t>
            </w:r>
          </w:p>
          <w:p>
            <w:pPr>
              <w:spacing w:after="20" w:line="276" w:lineRule="auto"/>
            </w:pPr>
            <w:r>
              <w:rPr>
                <w:rFonts w:ascii="宋体" w:hAnsi="宋体" w:eastAsia="宋体"/>
                <w:b w:val="0"/>
                <w:sz w:val="18"/>
              </w:rPr>
              <w:t>指导学生结合具体的题目说清判断的理由，如果表达不够清晰的，可以让学生互相提醒、纠正。</w:t>
            </w:r>
          </w:p>
          <w:p>
            <w:pPr>
              <w:spacing w:after="20" w:line="276" w:lineRule="auto"/>
            </w:pPr>
            <w:r>
              <w:rPr>
                <w:rFonts w:ascii="宋体" w:hAnsi="宋体" w:eastAsia="宋体"/>
                <w:b w:val="0"/>
                <w:sz w:val="18"/>
              </w:rPr>
              <w:t>学生思考后在小组内交流，教师指名汇报。</w:t>
            </w:r>
          </w:p>
          <w:p>
            <w:pPr>
              <w:spacing w:after="20" w:line="276" w:lineRule="auto"/>
            </w:pPr>
            <w:r>
              <w:rPr>
                <w:rFonts w:ascii="宋体" w:hAnsi="宋体" w:eastAsia="宋体"/>
                <w:b w:val="0"/>
                <w:sz w:val="18"/>
              </w:rPr>
              <w:t>引导学生说出：两种相关联的量，一种量变化，另一种量也随着变化。如果这两种量中相对应的两个数的比值一定，这两种量就叫做成正比例的量。如果这两种量中相对应的两个数的积一定，这两种量就叫做成反比例的量。</w:t>
            </w:r>
          </w:p>
          <w:p>
            <w:pPr>
              <w:spacing w:after="20" w:line="276" w:lineRule="auto"/>
            </w:pPr>
            <w:r>
              <w:rPr>
                <w:rFonts w:ascii="宋体" w:hAnsi="宋体" w:eastAsia="宋体"/>
                <w:b w:val="0"/>
                <w:sz w:val="18"/>
              </w:rPr>
              <w:t>学生独立完成后交流,课件出示正确解答。</w:t>
            </w:r>
          </w:p>
          <w:p>
            <w:pPr>
              <w:spacing w:after="20" w:line="276" w:lineRule="auto"/>
            </w:pPr>
            <w:r>
              <w:rPr>
                <w:rFonts w:ascii="宋体" w:hAnsi="宋体" w:eastAsia="宋体"/>
                <w:b w:val="0"/>
                <w:sz w:val="18"/>
              </w:rPr>
              <w:t>学生独立完成后，在小组内交流后汇报。</w:t>
            </w:r>
          </w:p>
          <w:p>
            <w:pPr>
              <w:spacing w:after="20" w:line="276" w:lineRule="auto"/>
            </w:pPr>
            <w:r>
              <w:rPr>
                <w:rFonts w:ascii="宋体" w:hAnsi="宋体" w:eastAsia="宋体"/>
                <w:b w:val="0"/>
                <w:sz w:val="18"/>
              </w:rPr>
              <w:t>学生会说出第(1)题中不变的量是速度，所以路程与时间成正比例关系，根据正比例知识解决这个问题；第(2)题中不变的量是工作总量，所以每天挖的长度与天数成反比例关系，要根据反比例知识解决这个问题。</w:t>
            </w:r>
          </w:p>
          <w:p>
            <w:pPr>
              <w:spacing w:after="20" w:line="276" w:lineRule="auto"/>
            </w:pPr>
            <w:r>
              <w:rPr>
                <w:rFonts w:ascii="宋体" w:hAnsi="宋体" w:eastAsia="宋体"/>
                <w:b w:val="0"/>
                <w:sz w:val="18"/>
              </w:rPr>
              <w:t>小组活动后进行汇报。</w:t>
            </w:r>
          </w:p>
          <w:p>
            <w:pPr>
              <w:spacing w:after="20" w:line="276" w:lineRule="auto"/>
            </w:pPr>
            <w:r>
              <w:rPr>
                <w:rFonts w:ascii="宋体" w:hAnsi="宋体" w:eastAsia="宋体"/>
                <w:b w:val="0"/>
                <w:sz w:val="18"/>
              </w:rPr>
              <w:t>同一幅地图上的比例尺不变，根据图上距离∶实际距离=比例尺列出比例解答。</w:t>
            </w:r>
          </w:p>
        </w:tc>
        <w:tc>
          <w:tcPr>
            <w:tcW w:type="dxa" w:w="1814"/>
          </w:tcPr>
          <w:p>
            <w:pPr>
              <w:spacing w:after="20" w:line="276" w:lineRule="auto"/>
            </w:pPr>
            <w:r/>
            <w:r>
              <w:rPr>
                <w:rFonts w:ascii="宋体" w:hAnsi="宋体" w:eastAsia="宋体"/>
                <w:b w:val="0"/>
                <w:sz w:val="18"/>
              </w:rPr>
              <w:t>通过对比，使学生进一步理解正比例和反比例的异同点，进一步渗透函数思想。</w:t>
            </w:r>
          </w:p>
          <w:p>
            <w:pPr>
              <w:spacing w:after="20" w:line="276" w:lineRule="auto"/>
            </w:pPr>
            <w:r>
              <w:rPr>
                <w:rFonts w:ascii="宋体" w:hAnsi="宋体" w:eastAsia="宋体"/>
                <w:b w:val="0"/>
                <w:sz w:val="18"/>
              </w:rPr>
              <w:t>沟通正、反比例解决问题的联系，学生在辨析中巩固解决此类问题的步骤和策略，提高学生用比例解决问题的能力。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引导学生回顾梳理本课所学，完善认知结构，提升归纳与反思能力，核心问题："今天的数学课，你们有哪些收获呢？"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比和比例（2）</w:t>
      </w:r>
    </w:p>
    <w:p>
      <w:pPr>
        <w:spacing w:after="40" w:line="300" w:lineRule="auto"/>
      </w:pPr>
      <w:r>
        <w:rPr>
          <w:rFonts w:ascii="宋体" w:hAnsi="宋体" w:eastAsia="宋体"/>
          <w:b w:val="0"/>
          <w:sz w:val="20"/>
        </w:rPr>
        <w:t>正比例关系： EMBED Equation.DSMT4  =k(一定)</w:t>
      </w:r>
    </w:p>
    <w:p>
      <w:pPr>
        <w:spacing w:after="40" w:line="300" w:lineRule="auto"/>
      </w:pPr>
      <w:r>
        <w:rPr>
          <w:rFonts w:ascii="宋体" w:hAnsi="宋体" w:eastAsia="宋体"/>
          <w:b w:val="0"/>
          <w:sz w:val="20"/>
        </w:rPr>
        <w:t>反比例关系：xy=k(一定)</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在整理与回顾时尽量放手，为学生提供自主梳理知识的时间和空间，体会数学知识、方法之间的密切联系。在回顾、整理、巩固、应用的过程中使学生不断积累活动经验，体会一些重要的数学思想。如果课堂教学时间充足，还可以让学生自己举例说明哪些相关联的量成比例关系，哪些不成比例关系，如果成比例关系，是怎样判断成正比例或反比例关系，在集体交流评议中加深对正、反比例关系的认识。</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绿色出行</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绿色出行</w:t>
            </w:r>
          </w:p>
        </w:tc>
        <w:tc>
          <w:tcPr>
            <w:tcW w:type="dxa" w:w="6009"/>
          </w:tcPr>
          <w:p>
            <w:pPr>
              <w:spacing w:after="20" w:line="276" w:lineRule="auto"/>
            </w:pPr>
            <w:r/>
            <w:r>
              <w:rPr>
                <w:rFonts w:ascii="宋体" w:hAnsi="宋体" w:eastAsia="宋体"/>
                <w:b w:val="0"/>
                <w:sz w:val="20"/>
              </w:rPr>
              <w:t>第6单元 整理和复习（综合与实践）</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（1）理解“绿色出行”的意义，通过解决求汽车二氧化碳排放量问题，感受“绿色出行”的重要性、必要性和价值。</w:t>
      </w:r>
    </w:p>
    <w:p>
      <w:pPr>
        <w:spacing w:after="20" w:line="300" w:lineRule="auto"/>
        <w:ind w:firstLine="400"/>
      </w:pPr>
      <w:r>
        <w:rPr>
          <w:rFonts w:ascii="宋体" w:hAnsi="宋体" w:eastAsia="宋体"/>
          <w:b w:val="0"/>
          <w:sz w:val="20"/>
        </w:rPr>
        <w:t>（2）通过猜想验证、自主探究、小组合作、评价交流等学习活动，培养学生分析、比较、辨别、综合、概括的能力。</w:t>
      </w:r>
    </w:p>
    <w:p>
      <w:pPr>
        <w:spacing w:after="20" w:line="300" w:lineRule="auto"/>
        <w:ind w:firstLine="400"/>
      </w:pPr>
      <w:r>
        <w:rPr>
          <w:rFonts w:ascii="宋体" w:hAnsi="宋体" w:eastAsia="宋体"/>
          <w:b w:val="0"/>
          <w:sz w:val="20"/>
        </w:rPr>
        <w:t>（3）在解决问题中独立思考，体会统计数据中蕴含的信息，巩固简单的统计知识，增强数学的应用意识。</w:t>
      </w:r>
    </w:p>
    <w:p>
      <w:pPr>
        <w:spacing w:after="20" w:line="300" w:lineRule="auto"/>
      </w:pPr>
      <w:r>
        <w:rPr>
          <w:rFonts w:ascii="宋体" w:hAnsi="宋体" w:eastAsia="宋体"/>
          <w:b w:val="0"/>
          <w:sz w:val="20"/>
        </w:rPr>
        <w:t>教学重点：综合运用所学知识和方法解决实际问题。</w:t>
      </w:r>
    </w:p>
    <w:p>
      <w:pPr>
        <w:spacing w:after="20" w:line="300" w:lineRule="auto"/>
      </w:pPr>
      <w:r>
        <w:rPr>
          <w:rFonts w:ascii="宋体" w:hAnsi="宋体" w:eastAsia="宋体"/>
          <w:b w:val="0"/>
          <w:sz w:val="20"/>
        </w:rPr>
        <w:t>教学难点：增强从不同角度、用不同方式探索解决问题的意识和能力。</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一、感知导入，揭示课题</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课前大家调查了雾霾形成的主要原因，谁来与大家分享一下你的调查结果?；阅读了这段文字，你有什么感想？</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二、交流体会调查结果，合作探究</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这是小明一家的出行方式，从这份材料中你知道了什么？有什么想说的？；一辆汽车平均一年排放二氧化碳多少千克？合多少吨？</w:t>
            </w:r>
          </w:p>
        </w:tc>
        <w:tc>
          <w:tcPr>
            <w:tcW w:type="dxa" w:w="1361"/>
          </w:tcPr>
          <w:p>
            <w:pPr>
              <w:spacing w:after="20" w:line="276" w:lineRule="auto"/>
            </w:pPr>
            <w:r/>
            <w:r>
              <w:rPr>
                <w:rFonts w:ascii="宋体" w:hAnsi="宋体" w:eastAsia="宋体"/>
                <w:b w:val="0"/>
                <w:sz w:val="18"/>
              </w:rPr>
              <w:t>26分钟</w:t>
            </w:r>
          </w:p>
        </w:tc>
      </w:tr>
      <w:tr>
        <w:tc>
          <w:tcPr>
            <w:tcW w:type="dxa" w:w="2835"/>
          </w:tcPr>
          <w:p>
            <w:pPr>
              <w:spacing w:after="20" w:line="276" w:lineRule="auto"/>
            </w:pPr>
            <w:r/>
            <w:r>
              <w:rPr>
                <w:rFonts w:ascii="宋体" w:hAnsi="宋体" w:eastAsia="宋体"/>
                <w:b w:val="0"/>
                <w:sz w:val="18"/>
              </w:rPr>
              <w:t>三、拓展延伸，实践应用。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一、感知导入，揭示课题</w:t>
            </w:r>
          </w:p>
        </w:tc>
        <w:tc>
          <w:tcPr>
            <w:tcW w:type="dxa" w:w="3061"/>
          </w:tcPr>
          <w:p>
            <w:pPr>
              <w:spacing w:after="20" w:line="276" w:lineRule="auto"/>
            </w:pPr>
            <w:r/>
            <w:r>
              <w:rPr>
                <w:rFonts w:ascii="宋体" w:hAnsi="宋体" w:eastAsia="宋体"/>
                <w:b w:val="0"/>
                <w:sz w:val="18"/>
              </w:rPr>
              <w:t>1. 课件出示雾霾天气的图片。</w:t>
            </w:r>
          </w:p>
          <w:p>
            <w:pPr>
              <w:spacing w:after="20" w:line="276" w:lineRule="auto"/>
            </w:pPr>
            <w:r>
              <w:rPr>
                <w:rFonts w:ascii="宋体" w:hAnsi="宋体" w:eastAsia="宋体"/>
                <w:b w:val="0"/>
                <w:sz w:val="18"/>
              </w:rPr>
              <w:t>师：课前大家调查了雾霾形成的主要原因，谁来与大家分享一下你的调查结果?</w:t>
            </w:r>
          </w:p>
          <w:p>
            <w:pPr>
              <w:spacing w:after="20" w:line="276" w:lineRule="auto"/>
            </w:pPr>
            <w:r>
              <w:rPr>
                <w:rFonts w:ascii="宋体" w:hAnsi="宋体" w:eastAsia="宋体"/>
                <w:b w:val="0"/>
                <w:sz w:val="18"/>
              </w:rPr>
              <w:t>师：同学们，雾霾形成的原因很多，其中一个重要原因就是汽车尾气的排放。请大家观看这一段文字。</w:t>
            </w:r>
          </w:p>
          <w:p>
            <w:pPr>
              <w:spacing w:after="20" w:line="276" w:lineRule="auto"/>
            </w:pPr>
            <w:r>
              <w:rPr>
                <w:rFonts w:ascii="宋体" w:hAnsi="宋体" w:eastAsia="宋体"/>
                <w:b w:val="0"/>
                <w:sz w:val="18"/>
              </w:rPr>
              <w:t>2.课件出示材料1。</w:t>
            </w:r>
          </w:p>
          <w:p>
            <w:pPr>
              <w:spacing w:after="20" w:line="276" w:lineRule="auto"/>
            </w:pPr>
            <w:r>
              <w:rPr>
                <w:rFonts w:ascii="宋体" w:hAnsi="宋体" w:eastAsia="宋体"/>
                <w:b w:val="0"/>
                <w:sz w:val="18"/>
              </w:rPr>
              <w:t>师：阅读了这段文字，你有什么感想？</w:t>
            </w:r>
          </w:p>
          <w:p>
            <w:pPr>
              <w:spacing w:after="20" w:line="276" w:lineRule="auto"/>
            </w:pPr>
            <w:r>
              <w:rPr>
                <w:rFonts w:ascii="宋体" w:hAnsi="宋体" w:eastAsia="宋体"/>
                <w:b w:val="0"/>
                <w:sz w:val="18"/>
              </w:rPr>
              <w:t>师：看来人们都意识到了雾霾给生活带来的影响，已经在逐步改变出行方式。今天我们就来研究一下关于“绿色出行”方面的问题。(板书课题：绿色出行)</w:t>
            </w:r>
          </w:p>
          <w:p>
            <w:pPr>
              <w:spacing w:after="20" w:line="276" w:lineRule="auto"/>
            </w:pPr>
            <w:r>
              <w:rPr>
                <w:rFonts w:ascii="宋体" w:hAnsi="宋体" w:eastAsia="宋体"/>
                <w:b w:val="0"/>
                <w:sz w:val="18"/>
              </w:rPr>
              <w:t>师：关于“绿色出行”，我们来了解一下相关资料。（出示课件）</w:t>
            </w:r>
          </w:p>
          <w:p>
            <w:pPr>
              <w:spacing w:after="20" w:line="276" w:lineRule="auto"/>
            </w:pPr>
            <w:r>
              <w:rPr>
                <w:rFonts w:ascii="宋体" w:hAnsi="宋体" w:eastAsia="宋体"/>
                <w:b w:val="0"/>
                <w:sz w:val="18"/>
              </w:rPr>
              <w:t>板书：节能提效减污健康</w:t>
            </w:r>
          </w:p>
        </w:tc>
        <w:tc>
          <w:tcPr>
            <w:tcW w:type="dxa" w:w="3061"/>
          </w:tcPr>
          <w:p>
            <w:pPr>
              <w:spacing w:after="20" w:line="276" w:lineRule="auto"/>
            </w:pPr>
            <w:r/>
            <w:r>
              <w:rPr>
                <w:rFonts w:ascii="宋体" w:hAnsi="宋体" w:eastAsia="宋体"/>
                <w:b w:val="0"/>
                <w:sz w:val="18"/>
              </w:rPr>
              <w:t>预设1：大气气压低，空气不流动是主要因素。由于空气不流动，空气中的微小颗粒聚集在一起，飘浮在空气中。</w:t>
            </w:r>
          </w:p>
          <w:p>
            <w:pPr>
              <w:spacing w:after="20" w:line="276" w:lineRule="auto"/>
            </w:pPr>
            <w:r>
              <w:rPr>
                <w:rFonts w:ascii="宋体" w:hAnsi="宋体" w:eastAsia="宋体"/>
                <w:b w:val="0"/>
                <w:sz w:val="18"/>
              </w:rPr>
              <w:t>预设2：地面灰尘大，空气湿度低，地面的人和车流使灰尘搅动起来。</w:t>
            </w:r>
          </w:p>
          <w:p>
            <w:pPr>
              <w:spacing w:after="20" w:line="276" w:lineRule="auto"/>
            </w:pPr>
            <w:r>
              <w:rPr>
                <w:rFonts w:ascii="宋体" w:hAnsi="宋体" w:eastAsia="宋体"/>
                <w:b w:val="0"/>
                <w:sz w:val="18"/>
              </w:rPr>
              <w:t>预设3：汽车尾气是主要的污染排放物，近年来城市的汽车越来越多，排放的汽车尾气是雾霾的一个因素。</w:t>
            </w:r>
          </w:p>
          <w:p>
            <w:pPr>
              <w:spacing w:after="20" w:line="276" w:lineRule="auto"/>
            </w:pPr>
            <w:r>
              <w:rPr>
                <w:rFonts w:ascii="宋体" w:hAnsi="宋体" w:eastAsia="宋体"/>
                <w:b w:val="0"/>
                <w:sz w:val="18"/>
              </w:rPr>
              <w:t>预设4：工厂制造出的二次污染。</w:t>
            </w:r>
          </w:p>
          <w:p>
            <w:pPr>
              <w:spacing w:after="20" w:line="276" w:lineRule="auto"/>
            </w:pPr>
            <w:r>
              <w:rPr>
                <w:rFonts w:ascii="宋体" w:hAnsi="宋体" w:eastAsia="宋体"/>
                <w:b w:val="0"/>
                <w:sz w:val="18"/>
              </w:rPr>
              <w:t>学生可能会说一方面汽车等交通工具越来越多，另一方面北京市民的“绿色出行”意识不断增强。(追问：你从哪分析出北京市民的“绿色出行”意识增强了呢？引导学生发现北京市公共交通出行比例上升和小汽车出行比例下降，由此分析出北京市民的“绿色出行”意识增强了。)</w:t>
            </w:r>
          </w:p>
          <w:p>
            <w:pPr>
              <w:spacing w:after="20" w:line="276" w:lineRule="auto"/>
            </w:pPr>
            <w:r>
              <w:rPr>
                <w:rFonts w:ascii="宋体" w:hAnsi="宋体" w:eastAsia="宋体"/>
                <w:b w:val="0"/>
                <w:sz w:val="18"/>
              </w:rPr>
              <w:t>学生可能不理解“汽车保有量”的意思。汽车保有量指的是一个地区拥有车辆的数量，一般是指在当地登记的车辆。</w:t>
            </w:r>
          </w:p>
        </w:tc>
        <w:tc>
          <w:tcPr>
            <w:tcW w:type="dxa" w:w="1814"/>
          </w:tcPr>
          <w:p>
            <w:pPr>
              <w:spacing w:after="20" w:line="276" w:lineRule="auto"/>
            </w:pPr>
            <w:r/>
            <w:r>
              <w:rPr>
                <w:rFonts w:ascii="宋体" w:hAnsi="宋体" w:eastAsia="宋体"/>
                <w:b w:val="0"/>
                <w:sz w:val="18"/>
              </w:rPr>
              <w:t>通过交流雾霾形成的原因，让学生的心灵有所触动，知道保护环境的重要性、绿色出行的必要性和价值。通过一组数据揭示课题，重点突出“绿色出行”与数学的联系。了解“绿色出行”的好处，增强环保观念。</w:t>
            </w:r>
          </w:p>
        </w:tc>
      </w:tr>
      <w:tr>
        <w:tc>
          <w:tcPr>
            <w:tcW w:type="dxa" w:w="1474"/>
          </w:tcPr>
          <w:p>
            <w:pPr>
              <w:spacing w:after="20" w:line="276" w:lineRule="auto"/>
            </w:pPr>
            <w:r>
              <w:rPr>
                <w:b/>
              </w:rPr>
            </w:r>
            <w:r>
              <w:rPr>
                <w:rFonts w:ascii="宋体" w:hAnsi="宋体" w:eastAsia="宋体"/>
                <w:b/>
                <w:sz w:val="18"/>
              </w:rPr>
              <w:t>二、交流体会调查结果，合作探究</w:t>
            </w:r>
          </w:p>
        </w:tc>
        <w:tc>
          <w:tcPr>
            <w:tcW w:type="dxa" w:w="3061"/>
          </w:tcPr>
          <w:p>
            <w:pPr>
              <w:spacing w:after="20" w:line="276" w:lineRule="auto"/>
            </w:pPr>
            <w:r/>
            <w:r>
              <w:rPr>
                <w:rFonts w:ascii="宋体" w:hAnsi="宋体" w:eastAsia="宋体"/>
                <w:b w:val="0"/>
                <w:sz w:val="18"/>
              </w:rPr>
              <w:t>1.课件出示材料2。</w:t>
            </w:r>
          </w:p>
          <w:p>
            <w:pPr>
              <w:spacing w:after="20" w:line="276" w:lineRule="auto"/>
            </w:pPr>
            <w:r>
              <w:rPr>
                <w:rFonts w:ascii="宋体" w:hAnsi="宋体" w:eastAsia="宋体"/>
                <w:b w:val="0"/>
                <w:sz w:val="18"/>
              </w:rPr>
              <w:t>师：这是小明一家的出行方式，从这份材料中你知道了什么？有什么想说的？</w:t>
            </w:r>
          </w:p>
          <w:p>
            <w:pPr>
              <w:spacing w:after="20" w:line="276" w:lineRule="auto"/>
            </w:pPr>
            <w:r>
              <w:rPr>
                <w:rFonts w:ascii="宋体" w:hAnsi="宋体" w:eastAsia="宋体"/>
                <w:b w:val="0"/>
                <w:sz w:val="18"/>
              </w:rPr>
              <w:t>师：相信小明的爸爸一定会接受你们的建议，这就是用数据说话的力量。</w:t>
            </w:r>
          </w:p>
          <w:p>
            <w:pPr>
              <w:spacing w:after="20" w:line="276" w:lineRule="auto"/>
            </w:pPr>
            <w:r>
              <w:rPr>
                <w:rFonts w:ascii="宋体" w:hAnsi="宋体" w:eastAsia="宋体"/>
                <w:b w:val="0"/>
                <w:sz w:val="18"/>
              </w:rPr>
              <w:t>2.根据材料1和材料2，提出问题。</w:t>
            </w:r>
          </w:p>
          <w:p>
            <w:pPr>
              <w:spacing w:after="20" w:line="276" w:lineRule="auto"/>
            </w:pPr>
            <w:r>
              <w:rPr>
                <w:rFonts w:ascii="宋体" w:hAnsi="宋体" w:eastAsia="宋体"/>
                <w:b w:val="0"/>
                <w:sz w:val="18"/>
              </w:rPr>
              <w:t>课件再次出示材料1。</w:t>
            </w:r>
          </w:p>
          <w:p>
            <w:pPr>
              <w:spacing w:after="20" w:line="276" w:lineRule="auto"/>
            </w:pPr>
            <w:r>
              <w:rPr>
                <w:rFonts w:ascii="宋体" w:hAnsi="宋体" w:eastAsia="宋体"/>
                <w:b w:val="0"/>
                <w:sz w:val="18"/>
              </w:rPr>
              <w:t>教师应引导学生认真阅读、分析和处理信息，充分挖掘数据中蕴含的信息。</w:t>
            </w:r>
          </w:p>
          <w:p>
            <w:pPr>
              <w:spacing w:after="20" w:line="276" w:lineRule="auto"/>
            </w:pPr>
            <w:r>
              <w:rPr>
                <w:rFonts w:ascii="宋体" w:hAnsi="宋体" w:eastAsia="宋体"/>
                <w:b w:val="0"/>
                <w:sz w:val="18"/>
              </w:rPr>
              <w:t>师：根据材料1和材料2，请你先独立思考,看看你能提出什么问题。</w:t>
            </w:r>
          </w:p>
          <w:p>
            <w:pPr>
              <w:spacing w:after="20" w:line="276" w:lineRule="auto"/>
            </w:pPr>
            <w:r>
              <w:rPr>
                <w:rFonts w:ascii="宋体" w:hAnsi="宋体" w:eastAsia="宋体"/>
                <w:b w:val="0"/>
                <w:sz w:val="18"/>
              </w:rPr>
              <w:t>3.解决问题。</w:t>
            </w:r>
          </w:p>
          <w:p>
            <w:pPr>
              <w:spacing w:after="20" w:line="276" w:lineRule="auto"/>
            </w:pPr>
            <w:r>
              <w:rPr>
                <w:rFonts w:ascii="宋体" w:hAnsi="宋体" w:eastAsia="宋体"/>
                <w:b w:val="0"/>
                <w:sz w:val="18"/>
              </w:rPr>
              <w:t>(1)师：一辆汽车平均一年排放二氧化碳多少千克？合多少吨？</w:t>
            </w:r>
          </w:p>
          <w:p>
            <w:pPr>
              <w:spacing w:after="20" w:line="276" w:lineRule="auto"/>
            </w:pPr>
            <w:r>
              <w:rPr>
                <w:rFonts w:ascii="宋体" w:hAnsi="宋体" w:eastAsia="宋体"/>
                <w:b w:val="0"/>
                <w:sz w:val="18"/>
              </w:rPr>
              <w:t>师：要想解决这个问题,需要哪些信息？</w:t>
            </w:r>
          </w:p>
          <w:p>
            <w:pPr>
              <w:spacing w:after="20" w:line="276" w:lineRule="auto"/>
            </w:pPr>
            <w:r>
              <w:rPr>
                <w:rFonts w:ascii="宋体" w:hAnsi="宋体" w:eastAsia="宋体"/>
                <w:b w:val="0"/>
                <w:sz w:val="18"/>
              </w:rPr>
              <w:t>课件出示调查的数据。</w:t>
            </w:r>
          </w:p>
          <w:p>
            <w:pPr>
              <w:spacing w:after="20" w:line="276" w:lineRule="auto"/>
            </w:pPr>
            <w:r>
              <w:rPr>
                <w:rFonts w:ascii="宋体" w:hAnsi="宋体" w:eastAsia="宋体"/>
                <w:b w:val="0"/>
                <w:sz w:val="18"/>
              </w:rPr>
              <w:t>师：你可以解决这个问题了吗？算一算，然后把你的答案和大家分享。</w:t>
            </w:r>
          </w:p>
          <w:p>
            <w:pPr>
              <w:spacing w:after="20" w:line="276" w:lineRule="auto"/>
            </w:pPr>
            <w:r>
              <w:rPr>
                <w:rFonts w:ascii="宋体" w:hAnsi="宋体" w:eastAsia="宋体"/>
                <w:b w:val="0"/>
                <w:sz w:val="18"/>
              </w:rPr>
              <w:t>（2）师：全国2021年年末保有的民用汽车中的燃油汽车，在2022年大约排放多少吨二氧化碳？</w:t>
            </w:r>
          </w:p>
          <w:p>
            <w:pPr>
              <w:spacing w:after="20" w:line="276" w:lineRule="auto"/>
            </w:pPr>
            <w:r>
              <w:rPr>
                <w:rFonts w:ascii="宋体" w:hAnsi="宋体" w:eastAsia="宋体"/>
                <w:b w:val="0"/>
                <w:sz w:val="18"/>
              </w:rPr>
              <w:t>在具体情境中，增强学生发现问题和提出问题的能力。让学生尝试着自己提出问题，用数据说话，说明“绿色出行”的必要性。</w:t>
            </w:r>
          </w:p>
          <w:p>
            <w:pPr>
              <w:spacing w:after="20" w:line="276" w:lineRule="auto"/>
            </w:pPr>
            <w:r>
              <w:rPr>
                <w:rFonts w:ascii="宋体" w:hAnsi="宋体" w:eastAsia="宋体"/>
                <w:b w:val="0"/>
                <w:sz w:val="18"/>
              </w:rPr>
              <w:t>提醒学生注意每个算式的含义。</w:t>
            </w:r>
          </w:p>
          <w:p>
            <w:pPr>
              <w:spacing w:after="20" w:line="276" w:lineRule="auto"/>
            </w:pPr>
            <w:r>
              <w:rPr>
                <w:rFonts w:ascii="宋体" w:hAnsi="宋体" w:eastAsia="宋体"/>
                <w:b w:val="0"/>
                <w:sz w:val="18"/>
              </w:rPr>
              <w:t>方法一和方法二的汽车数量不是2021年末保有的民用汽车中的燃油汽车的数量，而是包括新能源汽车在内的全国民用汽车保有总量。方法三和方法四都可以，方法三是精算，方法四是估算。</w:t>
            </w:r>
          </w:p>
          <w:p>
            <w:pPr>
              <w:spacing w:after="20" w:line="276" w:lineRule="auto"/>
            </w:pPr>
            <w:r>
              <w:rPr>
                <w:rFonts w:ascii="宋体" w:hAnsi="宋体" w:eastAsia="宋体"/>
                <w:b w:val="0"/>
                <w:sz w:val="18"/>
              </w:rPr>
              <w:t>师：看到这个数据，你有什么感想？</w:t>
            </w:r>
          </w:p>
          <w:p>
            <w:pPr>
              <w:spacing w:after="20" w:line="276" w:lineRule="auto"/>
            </w:pPr>
            <w:r>
              <w:rPr>
                <w:rFonts w:ascii="宋体" w:hAnsi="宋体" w:eastAsia="宋体"/>
                <w:b w:val="0"/>
                <w:sz w:val="18"/>
              </w:rPr>
              <w:t>（3）师：小明的爸爸每天开车上下班，一年上下班大约行驶多少千米？他开的是燃油汽车，一年大约排放多少吨二氧化碳？</w:t>
            </w:r>
          </w:p>
          <w:p>
            <w:pPr>
              <w:spacing w:after="20" w:line="276" w:lineRule="auto"/>
            </w:pPr>
            <w:r>
              <w:rPr>
                <w:rFonts w:ascii="宋体" w:hAnsi="宋体" w:eastAsia="宋体"/>
                <w:b w:val="0"/>
                <w:sz w:val="18"/>
              </w:rPr>
              <w:t>师：要解决这个问题，已知的信息有哪些？还差什么条件？</w:t>
            </w:r>
          </w:p>
          <w:p>
            <w:pPr>
              <w:spacing w:after="20" w:line="276" w:lineRule="auto"/>
            </w:pPr>
            <w:r>
              <w:rPr>
                <w:rFonts w:ascii="宋体" w:hAnsi="宋体" w:eastAsia="宋体"/>
                <w:b w:val="0"/>
                <w:sz w:val="18"/>
              </w:rPr>
              <w:t>出示课件。</w:t>
            </w:r>
          </w:p>
          <w:p>
            <w:pPr>
              <w:spacing w:after="20" w:line="276" w:lineRule="auto"/>
            </w:pPr>
            <w:r>
              <w:rPr>
                <w:rFonts w:ascii="宋体" w:hAnsi="宋体" w:eastAsia="宋体"/>
                <w:b w:val="0"/>
                <w:sz w:val="18"/>
              </w:rPr>
              <w:t>245×15＝3675（km）　3675×160＝588000（g）　588000 g＝588 kg</w:t>
            </w:r>
          </w:p>
          <w:p>
            <w:pPr>
              <w:spacing w:after="20" w:line="276" w:lineRule="auto"/>
            </w:pPr>
            <w:r>
              <w:rPr>
                <w:rFonts w:ascii="宋体" w:hAnsi="宋体" w:eastAsia="宋体"/>
                <w:b w:val="0"/>
                <w:sz w:val="18"/>
              </w:rPr>
              <w:t>245×30＝7350（km）　7350×160＝1176000（g）　1176000 g＝1176 kg</w:t>
            </w:r>
          </w:p>
          <w:p>
            <w:pPr>
              <w:spacing w:after="20" w:line="276" w:lineRule="auto"/>
            </w:pPr>
            <w:r>
              <w:rPr>
                <w:rFonts w:ascii="宋体" w:hAnsi="宋体" w:eastAsia="宋体"/>
                <w:b w:val="0"/>
                <w:sz w:val="18"/>
              </w:rPr>
              <w:t>师：对比这两种方法，你觉得哪种方法有道理？</w:t>
            </w:r>
          </w:p>
          <w:p>
            <w:pPr>
              <w:spacing w:after="20" w:line="276" w:lineRule="auto"/>
            </w:pPr>
            <w:r>
              <w:rPr>
                <w:rFonts w:ascii="宋体" w:hAnsi="宋体" w:eastAsia="宋体"/>
                <w:b w:val="0"/>
                <w:sz w:val="18"/>
              </w:rPr>
              <w:t>4.提出合理化建议。</w:t>
            </w:r>
          </w:p>
          <w:p>
            <w:pPr>
              <w:spacing w:after="20" w:line="276" w:lineRule="auto"/>
            </w:pPr>
            <w:r>
              <w:rPr>
                <w:rFonts w:ascii="宋体" w:hAnsi="宋体" w:eastAsia="宋体"/>
                <w:b w:val="0"/>
                <w:sz w:val="18"/>
              </w:rPr>
              <w:t>师：对于“绿色出行”你有什么新的认识吗？</w:t>
            </w:r>
          </w:p>
          <w:p>
            <w:pPr>
              <w:spacing w:after="20" w:line="276" w:lineRule="auto"/>
            </w:pPr>
            <w:r>
              <w:rPr>
                <w:rFonts w:ascii="宋体" w:hAnsi="宋体" w:eastAsia="宋体"/>
                <w:b w:val="0"/>
                <w:sz w:val="18"/>
              </w:rPr>
              <w:t>让学生在交流和评价中，初步形成核对和反思的意识，对运算结果进行合理的解释。</w:t>
            </w:r>
          </w:p>
        </w:tc>
        <w:tc>
          <w:tcPr>
            <w:tcW w:type="dxa" w:w="3061"/>
          </w:tcPr>
          <w:p>
            <w:pPr>
              <w:spacing w:after="20" w:line="276" w:lineRule="auto"/>
            </w:pPr>
            <w:r/>
            <w:r>
              <w:rPr>
                <w:rFonts w:ascii="宋体" w:hAnsi="宋体" w:eastAsia="宋体"/>
                <w:b w:val="0"/>
                <w:sz w:val="18"/>
              </w:rPr>
              <w:t>学生可能会说小明一家三口人，妈妈和小明的出行方式比较环保，步行可以锻炼身体，坐地铁还可以养精蓄锐，想事情，能更好地工作。爸爸开车上下班，不是“绿色出行”，应该劝劝他，一是爸爸开车上班的速度没有坐地铁速度快；二是爸爸和妈妈从家到单位的路程相同，可是爸爸开车用时长，同样的距离开车既不环保，还多花了油钱。</w:t>
            </w:r>
          </w:p>
          <w:p>
            <w:pPr>
              <w:spacing w:after="20" w:line="276" w:lineRule="auto"/>
            </w:pPr>
            <w:r>
              <w:rPr>
                <w:rFonts w:ascii="宋体" w:hAnsi="宋体" w:eastAsia="宋体"/>
                <w:b w:val="0"/>
                <w:sz w:val="18"/>
              </w:rPr>
              <w:t>学生可能提出以下问题：</w:t>
            </w:r>
          </w:p>
          <w:p>
            <w:pPr>
              <w:spacing w:after="20" w:line="276" w:lineRule="auto"/>
            </w:pPr>
            <w:r>
              <w:rPr>
                <w:rFonts w:ascii="宋体" w:hAnsi="宋体" w:eastAsia="宋体"/>
                <w:b w:val="0"/>
                <w:sz w:val="18"/>
              </w:rPr>
              <w:t>预设1：一辆汽车平均一年排放二氧化碳多少千克？合多少吨？</w:t>
            </w:r>
          </w:p>
          <w:p>
            <w:pPr>
              <w:spacing w:after="20" w:line="276" w:lineRule="auto"/>
            </w:pPr>
            <w:r>
              <w:rPr>
                <w:rFonts w:ascii="宋体" w:hAnsi="宋体" w:eastAsia="宋体"/>
                <w:b w:val="0"/>
                <w:sz w:val="18"/>
              </w:rPr>
              <w:t>预设2：全国2011年末之前购买的私人轿车在2012年排放多少吨二氧化碳？</w:t>
            </w:r>
          </w:p>
          <w:p>
            <w:pPr>
              <w:spacing w:after="20" w:line="276" w:lineRule="auto"/>
            </w:pPr>
            <w:r>
              <w:rPr>
                <w:rFonts w:ascii="宋体" w:hAnsi="宋体" w:eastAsia="宋体"/>
                <w:b w:val="0"/>
                <w:sz w:val="18"/>
              </w:rPr>
              <w:t>预设3：小明的爸爸开车上下班，一年排放多少二氧化碳？</w:t>
            </w:r>
          </w:p>
          <w:p>
            <w:pPr>
              <w:spacing w:after="20" w:line="276" w:lineRule="auto"/>
            </w:pPr>
            <w:r>
              <w:rPr>
                <w:rFonts w:ascii="宋体" w:hAnsi="宋体" w:eastAsia="宋体"/>
                <w:b w:val="0"/>
                <w:sz w:val="18"/>
              </w:rPr>
              <w:t>引导学生说出：需要知道一辆汽车平均一年行多少千米和1千米排放多少二氧化碳这两个信息。</w:t>
            </w:r>
          </w:p>
          <w:p>
            <w:pPr>
              <w:spacing w:after="20" w:line="276" w:lineRule="auto"/>
            </w:pPr>
            <w:r>
              <w:rPr>
                <w:rFonts w:ascii="宋体" w:hAnsi="宋体" w:eastAsia="宋体"/>
                <w:b w:val="0"/>
                <w:sz w:val="18"/>
              </w:rPr>
              <w:t>160g=0.16kg，0.16×15000=2400(kg)，2400kg=2.4t。</w:t>
            </w:r>
          </w:p>
          <w:p>
            <w:pPr>
              <w:spacing w:after="20" w:line="276" w:lineRule="auto"/>
            </w:pPr>
            <w:r>
              <w:rPr>
                <w:rFonts w:ascii="宋体" w:hAnsi="宋体" w:eastAsia="宋体"/>
                <w:b w:val="0"/>
                <w:sz w:val="18"/>
              </w:rPr>
              <w:t>学生交流计算结果。</w:t>
            </w:r>
          </w:p>
          <w:p>
            <w:pPr>
              <w:spacing w:after="20" w:line="276" w:lineRule="auto"/>
            </w:pPr>
            <w:r>
              <w:rPr>
                <w:rFonts w:ascii="宋体" w:hAnsi="宋体" w:eastAsia="宋体"/>
                <w:b w:val="0"/>
                <w:sz w:val="18"/>
              </w:rPr>
              <w:t>预设1：30151×2.4＝72362.4（万吨）</w:t>
            </w:r>
          </w:p>
          <w:p>
            <w:pPr>
              <w:spacing w:after="20" w:line="276" w:lineRule="auto"/>
            </w:pPr>
            <w:r>
              <w:rPr>
                <w:rFonts w:ascii="宋体" w:hAnsi="宋体" w:eastAsia="宋体"/>
                <w:b w:val="0"/>
                <w:sz w:val="18"/>
              </w:rPr>
              <w:t>预设2：31000×2.4＝74400（万吨）</w:t>
            </w:r>
          </w:p>
          <w:p>
            <w:pPr>
              <w:spacing w:after="20" w:line="276" w:lineRule="auto"/>
            </w:pPr>
            <w:r>
              <w:rPr>
                <w:rFonts w:ascii="宋体" w:hAnsi="宋体" w:eastAsia="宋体"/>
                <w:b w:val="0"/>
                <w:sz w:val="18"/>
              </w:rPr>
              <w:t>预设3：30151－784＝29367（万辆）　29367×2.4＝70480.8（万吨）</w:t>
            </w:r>
          </w:p>
          <w:p>
            <w:pPr>
              <w:spacing w:after="20" w:line="276" w:lineRule="auto"/>
            </w:pPr>
            <w:r>
              <w:rPr>
                <w:rFonts w:ascii="宋体" w:hAnsi="宋体" w:eastAsia="宋体"/>
                <w:b w:val="0"/>
                <w:sz w:val="18"/>
              </w:rPr>
              <w:t>预设4：30151－784＝29367（万辆）　30000×2.4＝72000（万吨）</w:t>
            </w:r>
          </w:p>
          <w:p>
            <w:pPr>
              <w:spacing w:after="20" w:line="276" w:lineRule="auto"/>
            </w:pPr>
            <w:r>
              <w:rPr>
                <w:rFonts w:ascii="宋体" w:hAnsi="宋体" w:eastAsia="宋体"/>
                <w:b w:val="0"/>
                <w:sz w:val="18"/>
              </w:rPr>
              <w:t>预设1：一辆燃油汽车每年平均大约排放二氧化碳2.4 t，29367万辆燃油汽车一年就要排放二氧化碳7亿多吨。数字太大了，二氧化碳过量排放会使地球气温升高。此外，汽车尾气中还含有很多其他有害成分，这些有害成分排放到空气中会使空气质量下降。</w:t>
            </w:r>
          </w:p>
          <w:p>
            <w:pPr>
              <w:spacing w:after="20" w:line="276" w:lineRule="auto"/>
            </w:pPr>
            <w:r>
              <w:rPr>
                <w:rFonts w:ascii="宋体" w:hAnsi="宋体" w:eastAsia="宋体"/>
                <w:b w:val="0"/>
                <w:sz w:val="18"/>
              </w:rPr>
              <w:t>预设2：人们应该树立少开燃油汽车，多乘坐公共交通工具或骑自行车出行的“绿色出行”意识，为保护环境做出自己的贡献。</w:t>
            </w:r>
          </w:p>
          <w:p>
            <w:pPr>
              <w:spacing w:after="20" w:line="276" w:lineRule="auto"/>
            </w:pPr>
            <w:r>
              <w:rPr>
                <w:rFonts w:ascii="宋体" w:hAnsi="宋体" w:eastAsia="宋体"/>
                <w:b w:val="0"/>
                <w:sz w:val="18"/>
              </w:rPr>
              <w:t>学生从材料2中寻找有价值的信息：小明的爸爸每天开车上下班，平均速度是20千米/时，单程需要45分钟，由此可以知道爸爸从家到工作地点的路程。缺少的信息是：爸爸一年上多少天班？</w:t>
            </w:r>
          </w:p>
          <w:p>
            <w:pPr>
              <w:spacing w:after="20" w:line="276" w:lineRule="auto"/>
            </w:pPr>
            <w:r>
              <w:rPr>
                <w:rFonts w:ascii="宋体" w:hAnsi="宋体" w:eastAsia="宋体"/>
                <w:b w:val="0"/>
                <w:sz w:val="18"/>
              </w:rPr>
              <w:t>学生独立思考，解决问题后汇报交流，交流时让学生说清思路。</w:t>
            </w:r>
          </w:p>
          <w:p>
            <w:pPr>
              <w:spacing w:after="20" w:line="276" w:lineRule="auto"/>
            </w:pPr>
            <w:r>
              <w:rPr>
                <w:rFonts w:ascii="宋体" w:hAnsi="宋体" w:eastAsia="宋体"/>
                <w:b w:val="0"/>
                <w:sz w:val="18"/>
              </w:rPr>
              <w:t>预设1：45分钟＝0.75时　20×0.75＝15（km）</w:t>
            </w:r>
          </w:p>
          <w:p>
            <w:pPr>
              <w:spacing w:after="20" w:line="276" w:lineRule="auto"/>
            </w:pPr>
            <w:r>
              <w:rPr>
                <w:rFonts w:ascii="宋体" w:hAnsi="宋体" w:eastAsia="宋体"/>
                <w:b w:val="0"/>
                <w:sz w:val="18"/>
              </w:rPr>
              <w:t>预设2：45分钟＝0.75时　20×0.75×2＝30（km）</w:t>
            </w:r>
          </w:p>
          <w:p>
            <w:pPr>
              <w:spacing w:after="20" w:line="276" w:lineRule="auto"/>
            </w:pPr>
            <w:r>
              <w:rPr>
                <w:rFonts w:ascii="宋体" w:hAnsi="宋体" w:eastAsia="宋体"/>
                <w:b w:val="0"/>
                <w:sz w:val="18"/>
              </w:rPr>
              <w:t>学生在小组内交流后汇报。</w:t>
            </w:r>
          </w:p>
          <w:p>
            <w:pPr>
              <w:spacing w:after="20" w:line="276" w:lineRule="auto"/>
            </w:pPr>
            <w:r>
              <w:rPr>
                <w:rFonts w:ascii="宋体" w:hAnsi="宋体" w:eastAsia="宋体"/>
                <w:b w:val="0"/>
                <w:sz w:val="18"/>
              </w:rPr>
              <w:t>学生可能会说：保护环境是我们每个人的责任，“绿色出行”是保护环境的重要途径。所以我们每个人都应该具有“绿色出行”的意识，并要付诸行动，做到“绿色出行，从我做起”。我们要根据实际情况选择出行方式，做到合理安排，“绿色出行”。</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设计递进式探究活动，引导学生在动手实践与合作交流中经历知识形成过程，突破本课重难点，核心问题："这是小明一家的出行方式，从这份材料中你知道了什么？有什么想说的？"</w:t>
            </w:r>
          </w:p>
        </w:tc>
      </w:tr>
      <w:tr>
        <w:tc>
          <w:tcPr>
            <w:tcW w:type="dxa" w:w="1474"/>
          </w:tcPr>
          <w:p>
            <w:pPr>
              <w:spacing w:after="20" w:line="276" w:lineRule="auto"/>
            </w:pPr>
            <w:r>
              <w:rPr>
                <w:b/>
              </w:rPr>
            </w:r>
            <w:r>
              <w:rPr>
                <w:rFonts w:ascii="宋体" w:hAnsi="宋体" w:eastAsia="宋体"/>
                <w:b/>
                <w:sz w:val="18"/>
              </w:rPr>
              <w:t>三、拓展延伸，实践应用。</w:t>
            </w:r>
          </w:p>
        </w:tc>
        <w:tc>
          <w:tcPr>
            <w:tcW w:type="dxa" w:w="3061"/>
          </w:tcPr>
          <w:p>
            <w:pPr>
              <w:spacing w:after="20" w:line="276" w:lineRule="auto"/>
            </w:pPr>
            <w:r/>
            <w:r>
              <w:rPr>
                <w:rFonts w:ascii="宋体" w:hAnsi="宋体" w:eastAsia="宋体"/>
                <w:b w:val="0"/>
                <w:sz w:val="18"/>
              </w:rPr>
              <w:t>1.课件出示教科书P105第4题。</w:t>
            </w:r>
          </w:p>
          <w:p>
            <w:pPr>
              <w:spacing w:after="20" w:line="276" w:lineRule="auto"/>
            </w:pPr>
            <w:r>
              <w:rPr>
                <w:rFonts w:ascii="宋体" w:hAnsi="宋体" w:eastAsia="宋体"/>
                <w:b w:val="0"/>
                <w:sz w:val="18"/>
              </w:rPr>
              <w:t>2.设计调查表。</w:t>
            </w:r>
          </w:p>
          <w:p>
            <w:pPr>
              <w:spacing w:after="20" w:line="276" w:lineRule="auto"/>
            </w:pPr>
            <w:r>
              <w:rPr>
                <w:rFonts w:ascii="宋体" w:hAnsi="宋体" w:eastAsia="宋体"/>
                <w:b w:val="0"/>
                <w:sz w:val="18"/>
              </w:rPr>
              <w:t>师：请大家认真开展调查统计工作，完成这张调查表。并对数据加以分析，以小组为单位写出分析报告。</w:t>
            </w:r>
          </w:p>
        </w:tc>
        <w:tc>
          <w:tcPr>
            <w:tcW w:type="dxa" w:w="3061"/>
          </w:tcPr>
          <w:p>
            <w:pPr>
              <w:spacing w:after="20" w:line="276" w:lineRule="auto"/>
            </w:pPr>
            <w:r/>
            <w:r>
              <w:rPr>
                <w:rFonts w:ascii="宋体" w:hAnsi="宋体" w:eastAsia="宋体"/>
                <w:b w:val="0"/>
                <w:sz w:val="18"/>
              </w:rPr>
              <w:t>预设1：设计一张调查表，便于小组成员相互调查、统计。</w:t>
            </w:r>
          </w:p>
          <w:p>
            <w:pPr>
              <w:spacing w:after="20" w:line="276" w:lineRule="auto"/>
            </w:pPr>
            <w:r>
              <w:rPr>
                <w:rFonts w:ascii="宋体" w:hAnsi="宋体" w:eastAsia="宋体"/>
                <w:b w:val="0"/>
                <w:sz w:val="18"/>
              </w:rPr>
              <w:t>预设2：将每一位同学和家长的出行方式都进行统计，这样的数据更真实。</w:t>
            </w:r>
          </w:p>
          <w:p>
            <w:pPr>
              <w:spacing w:after="20" w:line="276" w:lineRule="auto"/>
            </w:pPr>
            <w:r>
              <w:rPr>
                <w:rFonts w:ascii="宋体" w:hAnsi="宋体" w:eastAsia="宋体"/>
                <w:b w:val="0"/>
                <w:sz w:val="18"/>
              </w:rPr>
              <w:t>预设3：也可以采用扇形统计图的形式来统计,便于反映部分和总体之间的关系。</w:t>
            </w:r>
          </w:p>
          <w:p>
            <w:pPr>
              <w:spacing w:after="20" w:line="276" w:lineRule="auto"/>
            </w:pPr>
            <w:r>
              <w:rPr>
                <w:rFonts w:ascii="宋体" w:hAnsi="宋体" w:eastAsia="宋体"/>
                <w:b w:val="0"/>
                <w:sz w:val="18"/>
              </w:rPr>
              <w:t>学生在小组内合作，设计调查表，教师巡视指导后展示学生的调查表。</w:t>
            </w:r>
          </w:p>
          <w:p>
            <w:pPr>
              <w:spacing w:after="20" w:line="276" w:lineRule="auto"/>
            </w:pPr>
            <w:r>
              <w:rPr>
                <w:rFonts w:ascii="宋体" w:hAnsi="宋体" w:eastAsia="宋体"/>
                <w:b w:val="0"/>
                <w:sz w:val="18"/>
              </w:rPr>
            </w:r>
          </w:p>
        </w:tc>
        <w:tc>
          <w:tcPr>
            <w:tcW w:type="dxa" w:w="1814"/>
          </w:tcPr>
          <w:p>
            <w:pPr>
              <w:spacing w:after="20" w:line="276" w:lineRule="auto"/>
            </w:pPr>
            <w:r/>
            <w:r>
              <w:rPr>
                <w:rFonts w:ascii="宋体" w:hAnsi="宋体" w:eastAsia="宋体"/>
                <w:b w:val="0"/>
                <w:sz w:val="18"/>
              </w:rPr>
              <w:t>放手让学生设计调查表，要求学生在课后完成调查、研究，通过这种方式体会到环境保护的重要性。</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师：通过今天的学习，你们有哪些收获呢？</w:t>
            </w:r>
          </w:p>
        </w:tc>
        <w:tc>
          <w:tcPr>
            <w:tcW w:type="dxa" w:w="3061"/>
          </w:tcPr>
          <w:p>
            <w:pPr>
              <w:spacing w:after="20" w:line="276" w:lineRule="auto"/>
            </w:pPr>
            <w:r/>
            <w:r>
              <w:rPr>
                <w:rFonts w:ascii="宋体" w:hAnsi="宋体" w:eastAsia="宋体"/>
                <w:b w:val="0"/>
                <w:sz w:val="18"/>
              </w:rPr>
              <w:t>少开车，多骑车，多步行，尽量乘坐公共交通工具。</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引导学生回顾梳理本课所学，完善认知结构，提升归纳与反思能力，核心问题："通过今天的学习，你们有哪些收获呢？"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绿色出行</w:t>
      </w:r>
    </w:p>
    <w:p>
      <w:pPr>
        <w:spacing w:after="40" w:line="300" w:lineRule="auto"/>
      </w:pPr>
      <w:r>
        <w:rPr>
          <w:rFonts w:ascii="宋体" w:hAnsi="宋体" w:eastAsia="宋体"/>
          <w:b w:val="0"/>
          <w:sz w:val="20"/>
        </w:rPr>
        <w:t>节能  提效  减污  健康</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1某市2023年新增私人燃油汽车12000辆，平均每年每辆燃油汽车行驶12000 km，每辆燃油汽车平均每千米排放160 g二氧化碳，每辆燃油汽车平均每行驶100 km耗油8 L。 （1）该市2023年新增的私人燃油汽车一年共行驶多少千米？ （2）该市2023年新增的私人燃油汽车一年共排放二氧化碳多少千克？合多少吨？ （3）该市2023年新增的私人燃油汽车一年共耗油多少升？ 2下面是成成一家上班或上学的不同出行方式及相应的速度与时间。（每辆燃油汽车或燃油公共汽车平均每千米排放160 g二氧化碳） （1）如果成成一家4月份均上班或上学22天，那么4月份谁乘坐的交通工具排放的二氧化碳最多？（每天均往返一趟） 出行方式 速度 单程用时 爸爸 开汽车 30千米/时 40分钟 妈妈 骑自行车 14千米/时 15分钟 成成 乘公交车 18千米/时 20分钟 （2）你对出行方式有什么建议？ 参考答案 1.（1）12000×12000＝144000000（km） （2）160 g＝0.16 kg 144000000×0.16＝23040000（kg） 23040000 kg＝23040 t （3）144000000÷100×8＝11520000（L） 2.（1）160 g＝0.16 kg 妈妈：0 kg 爸爸：30×eq \f(40,60)×2×22×0.16＝140.8（kg） 成成：18×eq \f(20,60)×2×22×0.16＝42.24（kg） 0＜42.24＜140.8，4月份爸爸乘坐的交通工具排放的二氧化碳最多。 （2）尽量骑自行车或者乘坐公共交通工具出行。（合理即可）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教学中做得比较好的有以下几点：一是有效地引导学生体会统计数据中蕴含的信息，对于教科书呈现的关于“绿色出行”的统计资料中的信息，引导学生认真阅读、分析和处理信息，充分挖掘数据中蕴含的信息，提高学生的信息解读能力；二是有效地引导学生通过解决实际问题，感受到“绿色出行”的重要性，从量化的角度认识汽车尾气对环境的破坏之大，增强学生的环保意识；三是突出活动的实践性，课后让学生完成调查表，并对数据进行分析，真正把“绿色出行”的理念落实到行动中去。</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统计(1)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统计(1)</w:t>
            </w:r>
          </w:p>
        </w:tc>
        <w:tc>
          <w:tcPr>
            <w:tcW w:type="dxa" w:w="6009"/>
          </w:tcPr>
          <w:p>
            <w:pPr>
              <w:spacing w:after="20" w:line="276" w:lineRule="auto"/>
            </w:pPr>
            <w:r/>
            <w:r>
              <w:rPr>
                <w:rFonts w:ascii="宋体" w:hAnsi="宋体" w:eastAsia="宋体"/>
                <w:b w:val="0"/>
                <w:sz w:val="20"/>
              </w:rPr>
              <w:t>第6单元 整理和复习（统计与概率）</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（1）经历收集数据、整理数据、分析数据的活动，在解决问题的整个过程中进一步巩固所学的统计知识，培养梳理知识结构的能力。</w:t>
      </w:r>
    </w:p>
    <w:p>
      <w:pPr>
        <w:spacing w:after="20" w:line="300" w:lineRule="auto"/>
        <w:ind w:firstLine="400"/>
      </w:pPr>
      <w:r>
        <w:rPr>
          <w:rFonts w:ascii="宋体" w:hAnsi="宋体" w:eastAsia="宋体"/>
          <w:b w:val="0"/>
          <w:sz w:val="20"/>
        </w:rPr>
        <w:t>（2）通过整理、分类、制图、观察、比较、分析信息，形成统计观念，进而掌握根据数据和事实来分析和解决问题的方法。</w:t>
      </w:r>
    </w:p>
    <w:p>
      <w:pPr>
        <w:spacing w:after="20" w:line="300" w:lineRule="auto"/>
        <w:ind w:firstLine="400"/>
      </w:pPr>
      <w:r>
        <w:rPr>
          <w:rFonts w:ascii="宋体" w:hAnsi="宋体" w:eastAsia="宋体"/>
          <w:b w:val="0"/>
          <w:sz w:val="20"/>
        </w:rPr>
        <w:t>（3）进一步体会数学与生活的紧密联系，形成尊重事实、用数据说话的态度，形成科学的世界观与方法论。</w:t>
      </w:r>
    </w:p>
    <w:p>
      <w:pPr>
        <w:spacing w:after="20" w:line="300" w:lineRule="auto"/>
      </w:pPr>
      <w:r>
        <w:rPr>
          <w:rFonts w:ascii="宋体" w:hAnsi="宋体" w:eastAsia="宋体"/>
          <w:b w:val="0"/>
          <w:sz w:val="20"/>
        </w:rPr>
        <w:t>教学重点：复习整理各类统计图表在描述数据方面的主要特点。</w:t>
      </w:r>
    </w:p>
    <w:p>
      <w:pPr>
        <w:spacing w:after="20" w:line="300" w:lineRule="auto"/>
      </w:pPr>
      <w:r>
        <w:rPr>
          <w:rFonts w:ascii="宋体" w:hAnsi="宋体" w:eastAsia="宋体"/>
          <w:b w:val="0"/>
          <w:sz w:val="20"/>
        </w:rPr>
        <w:t>教学难点：灵活应用各种统计图表。</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二、回顾统计图的特点及适用情况</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我们学过条形统计图、折线统计图、扇形统计图。这三种统计图各有什么特点？适合在什么情况下使用呢？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三、经历统计,解决问题</w:t>
            </w:r>
          </w:p>
        </w:tc>
        <w:tc>
          <w:tcPr>
            <w:tcW w:type="dxa" w:w="1814"/>
          </w:tcPr>
          <w:p>
            <w:pPr>
              <w:spacing w:after="20" w:line="276" w:lineRule="auto"/>
            </w:pPr>
            <w:r/>
            <w:r>
              <w:rPr>
                <w:rFonts w:ascii="宋体" w:hAnsi="宋体" w:eastAsia="宋体"/>
                <w:b w:val="0"/>
                <w:sz w:val="18"/>
              </w:rPr>
              <w:t>教科书、课件、统计表</w:t>
            </w:r>
          </w:p>
        </w:tc>
        <w:tc>
          <w:tcPr>
            <w:tcW w:type="dxa" w:w="3402"/>
          </w:tcPr>
          <w:p>
            <w:pPr>
              <w:spacing w:after="20" w:line="276" w:lineRule="auto"/>
            </w:pPr>
            <w:r/>
            <w:r>
              <w:rPr>
                <w:rFonts w:ascii="宋体" w:hAnsi="宋体" w:eastAsia="宋体"/>
                <w:b w:val="0"/>
                <w:sz w:val="18"/>
              </w:rPr>
              <w:t>大家填写调查表后,了解到我们班同学的一些情况。根据我们调查到的这些数据，可以知道哪些信息？可以用什么方式呈现这些信息呢？；观察统计表和扇形统计图，你得到了哪些信息？</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四、巩固应用，内化提高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通过今天的复习，你们有哪些收获呢？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一、谈话导入，揭示课题</w:t>
            </w:r>
          </w:p>
        </w:tc>
        <w:tc>
          <w:tcPr>
            <w:tcW w:type="dxa" w:w="3061"/>
          </w:tcPr>
          <w:p>
            <w:pPr>
              <w:spacing w:after="20" w:line="276" w:lineRule="auto"/>
            </w:pPr>
            <w:r/>
            <w:r>
              <w:rPr>
                <w:rFonts w:ascii="宋体" w:hAnsi="宋体" w:eastAsia="宋体"/>
                <w:b w:val="0"/>
                <w:sz w:val="18"/>
              </w:rPr>
              <w:t>师：统计在生活中应用广泛。我们在做一些事情之前，先要收集、整理和分析数据，再做出决定。统计就是帮助人们收集、整理和分析数据的知识和方法。请大家回忆一下，在小学阶段我们学过哪些统计知识？你能在本子上尽可能多地列举出来吗？</w:t>
            </w:r>
          </w:p>
          <w:p>
            <w:pPr>
              <w:spacing w:after="20" w:line="276" w:lineRule="auto"/>
            </w:pPr>
            <w:r>
              <w:rPr>
                <w:rFonts w:ascii="宋体" w:hAnsi="宋体" w:eastAsia="宋体"/>
                <w:b w:val="0"/>
                <w:sz w:val="18"/>
              </w:rPr>
              <w:t>师：这节课我们就来复习有关统计的知识。［板书课题：统计（1）］</w:t>
            </w:r>
          </w:p>
        </w:tc>
        <w:tc>
          <w:tcPr>
            <w:tcW w:type="dxa" w:w="3061"/>
          </w:tcPr>
          <w:p>
            <w:pPr>
              <w:spacing w:after="20" w:line="276" w:lineRule="auto"/>
            </w:pPr>
            <w:r/>
            <w:r>
              <w:rPr>
                <w:rFonts w:ascii="宋体" w:hAnsi="宋体" w:eastAsia="宋体"/>
                <w:b w:val="0"/>
                <w:sz w:val="18"/>
              </w:rPr>
              <w:t>学生独立完成后，教师继续引导。同桌之间互相交流和补充，然后想一想，可以怎样对这些知识进行分类整理？</w:t>
            </w:r>
          </w:p>
          <w:p>
            <w:pPr>
              <w:spacing w:after="20" w:line="276" w:lineRule="auto"/>
            </w:pPr>
            <w:r>
              <w:rPr>
                <w:rFonts w:ascii="宋体" w:hAnsi="宋体" w:eastAsia="宋体"/>
                <w:b w:val="0"/>
                <w:sz w:val="18"/>
              </w:rPr>
              <w:t>讨论交流后，依据学生回答，教师板书：</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二、回顾统计图的特点及适用情况</w:t>
            </w:r>
          </w:p>
        </w:tc>
        <w:tc>
          <w:tcPr>
            <w:tcW w:type="dxa" w:w="3061"/>
          </w:tcPr>
          <w:p>
            <w:pPr>
              <w:spacing w:after="20" w:line="276" w:lineRule="auto"/>
            </w:pPr>
            <w:r/>
            <w:r>
              <w:rPr>
                <w:rFonts w:ascii="宋体" w:hAnsi="宋体" w:eastAsia="宋体"/>
                <w:b w:val="0"/>
                <w:sz w:val="18"/>
              </w:rPr>
              <w:t>1.师：我们学过条形统计图、折线统计图、扇形统计图。这三种统计图各有什么特点？适合在什么情况下使用呢？</w:t>
            </w:r>
          </w:p>
          <w:p>
            <w:pPr>
              <w:spacing w:after="20" w:line="276" w:lineRule="auto"/>
            </w:pPr>
            <w:r>
              <w:rPr>
                <w:rFonts w:ascii="宋体" w:hAnsi="宋体" w:eastAsia="宋体"/>
                <w:b w:val="0"/>
                <w:sz w:val="18"/>
              </w:rPr>
              <w:t>各种统计图都有什么特点？适合在什么情况下使用？</w:t>
            </w:r>
          </w:p>
          <w:p>
            <w:pPr>
              <w:spacing w:after="20" w:line="276" w:lineRule="auto"/>
            </w:pPr>
            <w:r>
              <w:rPr>
                <w:rFonts w:ascii="宋体" w:hAnsi="宋体" w:eastAsia="宋体"/>
                <w:b w:val="0"/>
                <w:sz w:val="18"/>
              </w:rPr>
              <w:t>2.课件出示教科书P97“练习二十一”第1题。</w:t>
            </w:r>
          </w:p>
        </w:tc>
        <w:tc>
          <w:tcPr>
            <w:tcW w:type="dxa" w:w="3061"/>
          </w:tcPr>
          <w:p>
            <w:pPr>
              <w:spacing w:after="20" w:line="276" w:lineRule="auto"/>
            </w:pPr>
            <w:r/>
            <w:r>
              <w:rPr>
                <w:rFonts w:ascii="宋体" w:hAnsi="宋体" w:eastAsia="宋体"/>
                <w:b w:val="0"/>
                <w:sz w:val="18"/>
              </w:rPr>
              <w:t>学生可能会回答：条形统计图便于直观了解数据的大小及不同数据的差异；折线统计图便于直观了解数据的变化趋势；扇形统计图便于直观了解部分与总体的关系。根据学生的回答，出示课件。</w:t>
            </w:r>
          </w:p>
          <w:p>
            <w:pPr>
              <w:spacing w:after="20" w:line="276" w:lineRule="auto"/>
            </w:pPr>
            <w:r>
              <w:rPr>
                <w:rFonts w:ascii="宋体" w:hAnsi="宋体" w:eastAsia="宋体"/>
                <w:b w:val="0"/>
                <w:sz w:val="18"/>
              </w:rPr>
              <w:t>学生独立完成后集体交流。</w:t>
            </w:r>
          </w:p>
          <w:p>
            <w:pPr>
              <w:spacing w:after="20" w:line="276" w:lineRule="auto"/>
            </w:pPr>
            <w:r>
              <w:rPr>
                <w:rFonts w:ascii="宋体" w:hAnsi="宋体" w:eastAsia="宋体"/>
                <w:b w:val="0"/>
                <w:sz w:val="18"/>
              </w:rPr>
              <w:t>学生根据统计图的特点及适用情况完成习题，汇报时要求学生说明原因。</w:t>
            </w:r>
          </w:p>
        </w:tc>
        <w:tc>
          <w:tcPr>
            <w:tcW w:type="dxa" w:w="1814"/>
          </w:tcPr>
          <w:p>
            <w:pPr>
              <w:spacing w:after="20" w:line="276" w:lineRule="auto"/>
            </w:pPr>
            <w:r/>
            <w:r>
              <w:rPr>
                <w:rFonts w:ascii="宋体" w:hAnsi="宋体" w:eastAsia="宋体"/>
                <w:b w:val="0"/>
                <w:sz w:val="18"/>
              </w:rPr>
              <w:t>引导学生回忆三种统计图的特点，进一步了解它们的适用情况。</w:t>
            </w:r>
          </w:p>
        </w:tc>
      </w:tr>
      <w:tr>
        <w:tc>
          <w:tcPr>
            <w:tcW w:type="dxa" w:w="1474"/>
          </w:tcPr>
          <w:p>
            <w:pPr>
              <w:spacing w:after="20" w:line="276" w:lineRule="auto"/>
            </w:pPr>
            <w:r>
              <w:rPr>
                <w:b/>
              </w:rPr>
            </w:r>
            <w:r>
              <w:rPr>
                <w:rFonts w:ascii="宋体" w:hAnsi="宋体" w:eastAsia="宋体"/>
                <w:b/>
                <w:sz w:val="18"/>
              </w:rPr>
              <w:t>三、经历统计,解决问题</w:t>
            </w:r>
          </w:p>
        </w:tc>
        <w:tc>
          <w:tcPr>
            <w:tcW w:type="dxa" w:w="3061"/>
          </w:tcPr>
          <w:p>
            <w:pPr>
              <w:spacing w:after="20" w:line="276" w:lineRule="auto"/>
            </w:pPr>
            <w:r/>
            <w:r>
              <w:rPr>
                <w:rFonts w:ascii="宋体" w:hAnsi="宋体" w:eastAsia="宋体"/>
                <w:b w:val="0"/>
                <w:sz w:val="18"/>
              </w:rPr>
              <w:t>引导学生经历“独立思考一互补交流一分类整，理”的过程,让学生从整体上复习有关统计的知识,并借助知识结构图建构知识框架。</w:t>
            </w:r>
          </w:p>
          <w:p>
            <w:pPr>
              <w:spacing w:after="20" w:line="276" w:lineRule="auto"/>
            </w:pPr>
            <w:r>
              <w:rPr>
                <w:rFonts w:ascii="宋体" w:hAnsi="宋体" w:eastAsia="宋体"/>
                <w:b w:val="0"/>
                <w:sz w:val="18"/>
              </w:rPr>
              <w:t>1.收集数据，完成调查表。</w:t>
            </w:r>
          </w:p>
          <w:p>
            <w:pPr>
              <w:spacing w:after="20" w:line="276" w:lineRule="auto"/>
            </w:pPr>
            <w:r>
              <w:rPr>
                <w:rFonts w:ascii="宋体" w:hAnsi="宋体" w:eastAsia="宋体"/>
                <w:b w:val="0"/>
                <w:sz w:val="18"/>
              </w:rPr>
              <w:t>师：经过六年的学习生活，我们每个人都有了很大的变化，比</w:t>
            </w:r>
          </w:p>
          <w:p>
            <w:pPr>
              <w:spacing w:after="20" w:line="276" w:lineRule="auto"/>
            </w:pPr>
            <w:r>
              <w:rPr>
                <w:rFonts w:ascii="宋体" w:hAnsi="宋体" w:eastAsia="宋体"/>
                <w:b w:val="0"/>
                <w:sz w:val="18"/>
              </w:rPr>
              <w:t>如我们的身高、体重；也有很多的收获，比如有自己最喜欢的学科、最喜欢的运动项目、自己的特长等。如果我们想对班上同学的个人</w:t>
            </w:r>
          </w:p>
          <w:p>
            <w:pPr>
              <w:spacing w:after="20" w:line="276" w:lineRule="auto"/>
            </w:pPr>
            <w:r>
              <w:rPr>
                <w:rFonts w:ascii="宋体" w:hAnsi="宋体" w:eastAsia="宋体"/>
                <w:b w:val="0"/>
                <w:sz w:val="18"/>
              </w:rPr>
              <w:t>情况进行调查整理,我们应该怎么办呢?</w:t>
            </w:r>
          </w:p>
          <w:p>
            <w:pPr>
              <w:spacing w:after="20" w:line="276" w:lineRule="auto"/>
            </w:pPr>
            <w:r>
              <w:rPr>
                <w:rFonts w:ascii="宋体" w:hAnsi="宋体" w:eastAsia="宋体"/>
                <w:b w:val="0"/>
                <w:sz w:val="18"/>
              </w:rPr>
              <w:t>师：对，我们可以通过填调查表的方式来收集数据。比如教科书P95第3题,就是一张学生个人情况调查表。这张调查表都设计了哪些信息项呢？</w:t>
            </w:r>
          </w:p>
          <w:p>
            <w:pPr>
              <w:spacing w:after="20" w:line="276" w:lineRule="auto"/>
            </w:pPr>
            <w:r>
              <w:rPr>
                <w:rFonts w:ascii="宋体" w:hAnsi="宋体" w:eastAsia="宋体"/>
                <w:b w:val="0"/>
                <w:sz w:val="18"/>
              </w:rPr>
              <w:t>师：请以小组为单位，按照调查表设计的内容分工合作，进行调查统计。</w:t>
            </w:r>
          </w:p>
          <w:p>
            <w:pPr>
              <w:spacing w:after="20" w:line="276" w:lineRule="auto"/>
            </w:pPr>
            <w:r>
              <w:rPr>
                <w:rFonts w:ascii="宋体" w:hAnsi="宋体" w:eastAsia="宋体"/>
                <w:b w:val="0"/>
                <w:sz w:val="18"/>
              </w:rPr>
              <w:t>2.整理数据，分析统计图。</w:t>
            </w:r>
          </w:p>
          <w:p>
            <w:pPr>
              <w:spacing w:after="20" w:line="276" w:lineRule="auto"/>
            </w:pPr>
            <w:r>
              <w:rPr>
                <w:rFonts w:ascii="宋体" w:hAnsi="宋体" w:eastAsia="宋体"/>
                <w:b w:val="0"/>
                <w:sz w:val="18"/>
              </w:rPr>
              <w:t>师：大家填写调查表后,了解到我们班同学的一些情况。根据我们调查到的这些数据，可以知道哪些信息？可以用什么方式呈现这些信息呢？</w:t>
            </w:r>
          </w:p>
          <w:p>
            <w:pPr>
              <w:spacing w:after="20" w:line="276" w:lineRule="auto"/>
            </w:pPr>
            <w:r>
              <w:rPr>
                <w:rFonts w:ascii="宋体" w:hAnsi="宋体" w:eastAsia="宋体"/>
                <w:b w:val="0"/>
                <w:sz w:val="18"/>
              </w:rPr>
              <w:t>师：六(1)班的同学也开展了调查，用调查表的方式，对他们感兴趣的项目进行了数据整理，我们一起来看看。</w:t>
            </w:r>
          </w:p>
          <w:p>
            <w:pPr>
              <w:spacing w:after="20" w:line="276" w:lineRule="auto"/>
            </w:pPr>
            <w:r>
              <w:rPr>
                <w:rFonts w:ascii="宋体" w:hAnsi="宋体" w:eastAsia="宋体"/>
                <w:b w:val="0"/>
                <w:sz w:val="18"/>
              </w:rPr>
              <w:t>(1)课件出示教科书P96第4题统计表。</w:t>
            </w:r>
          </w:p>
          <w:p>
            <w:pPr>
              <w:spacing w:after="20" w:line="276" w:lineRule="auto"/>
            </w:pPr>
            <w:r>
              <w:rPr>
                <w:rFonts w:ascii="宋体" w:hAnsi="宋体" w:eastAsia="宋体"/>
                <w:b w:val="0"/>
                <w:sz w:val="18"/>
              </w:rPr>
              <w:t>受课堂时间限制，学生没有充足的时间去设计一张调查表，因此教师要充分挖掘教育资源，引导学生感受调查表的设计方法，体会这张表内容的全面性和表格设计的美观性。</w:t>
            </w:r>
          </w:p>
          <w:p>
            <w:pPr>
              <w:spacing w:after="20" w:line="276" w:lineRule="auto"/>
            </w:pPr>
            <w:r>
              <w:rPr>
                <w:rFonts w:ascii="宋体" w:hAnsi="宋体" w:eastAsia="宋体"/>
                <w:b w:val="0"/>
                <w:sz w:val="18"/>
              </w:rPr>
              <w:t>师：这是六(1)班男生、女生人数统计表。想一想，用怎样的</w:t>
            </w:r>
          </w:p>
          <w:p>
            <w:pPr>
              <w:spacing w:after="20" w:line="276" w:lineRule="auto"/>
            </w:pPr>
            <w:r>
              <w:rPr>
                <w:rFonts w:ascii="宋体" w:hAnsi="宋体" w:eastAsia="宋体"/>
                <w:b w:val="0"/>
                <w:sz w:val="18"/>
              </w:rPr>
              <w:t>统计图表示比较合适？</w:t>
            </w:r>
          </w:p>
          <w:p>
            <w:pPr>
              <w:spacing w:after="20" w:line="276" w:lineRule="auto"/>
            </w:pPr>
            <w:r>
              <w:rPr>
                <w:rFonts w:ascii="宋体" w:hAnsi="宋体" w:eastAsia="宋体"/>
                <w:b w:val="0"/>
                <w:sz w:val="18"/>
              </w:rPr>
              <w:t>课件出示六（1）班男生和女生人数占比扇形统计图。</w:t>
            </w:r>
          </w:p>
          <w:p>
            <w:pPr>
              <w:spacing w:after="20" w:line="276" w:lineRule="auto"/>
            </w:pPr>
            <w:r>
              <w:rPr>
                <w:rFonts w:ascii="宋体" w:hAnsi="宋体" w:eastAsia="宋体"/>
                <w:b w:val="0"/>
                <w:sz w:val="18"/>
              </w:rPr>
              <w:t>师：观察统计表和扇形统计图，你得到了哪些信息？</w:t>
            </w:r>
          </w:p>
          <w:p>
            <w:pPr>
              <w:spacing w:after="20" w:line="276" w:lineRule="auto"/>
            </w:pPr>
            <w:r>
              <w:rPr>
                <w:rFonts w:ascii="宋体" w:hAnsi="宋体" w:eastAsia="宋体"/>
                <w:b w:val="0"/>
                <w:sz w:val="18"/>
              </w:rPr>
              <w:t>(2)课件出示教科书P96第4题的统计图。</w:t>
            </w:r>
          </w:p>
          <w:p>
            <w:pPr>
              <w:spacing w:after="20" w:line="276" w:lineRule="auto"/>
            </w:pPr>
            <w:r>
              <w:rPr>
                <w:rFonts w:ascii="宋体" w:hAnsi="宋体" w:eastAsia="宋体"/>
                <w:b w:val="0"/>
                <w:sz w:val="18"/>
              </w:rPr>
              <w:t>如果统计方便，建议此处的数据用本班调查的数据，会更真实有效。</w:t>
            </w:r>
          </w:p>
          <w:p>
            <w:pPr>
              <w:spacing w:after="20" w:line="276" w:lineRule="auto"/>
            </w:pPr>
            <w:r>
              <w:rPr>
                <w:rFonts w:ascii="宋体" w:hAnsi="宋体" w:eastAsia="宋体"/>
                <w:b w:val="0"/>
                <w:sz w:val="18"/>
              </w:rPr>
              <w:t>师：这幅统计图反映的是六(1)班同学最喜欢的运动项目，观察这幅统计图，你得到了哪些信息?</w:t>
            </w:r>
          </w:p>
          <w:p>
            <w:pPr>
              <w:spacing w:after="20" w:line="276" w:lineRule="auto"/>
            </w:pPr>
            <w:r>
              <w:rPr>
                <w:rFonts w:ascii="宋体" w:hAnsi="宋体" w:eastAsia="宋体"/>
                <w:b w:val="0"/>
                <w:sz w:val="18"/>
              </w:rPr>
              <w:t>教师都要给予肯定，但是要注意强调扇形统计图与条形统计图的特点。</w:t>
            </w:r>
          </w:p>
          <w:p>
            <w:pPr>
              <w:spacing w:after="20" w:line="276" w:lineRule="auto"/>
            </w:pPr>
            <w:r>
              <w:rPr>
                <w:rFonts w:ascii="宋体" w:hAnsi="宋体" w:eastAsia="宋体"/>
                <w:b w:val="0"/>
                <w:sz w:val="18"/>
              </w:rPr>
              <w:t>师：想一想，除了问卷调查收集数据外，还可以通过什么方法收集数据？</w:t>
            </w:r>
          </w:p>
          <w:p>
            <w:pPr>
              <w:spacing w:after="20" w:line="276" w:lineRule="auto"/>
            </w:pPr>
            <w:r>
              <w:rPr>
                <w:rFonts w:ascii="宋体" w:hAnsi="宋体" w:eastAsia="宋体"/>
                <w:b w:val="0"/>
                <w:sz w:val="18"/>
              </w:rPr>
              <w:t>(3)归纳小结。</w:t>
            </w:r>
          </w:p>
          <w:p>
            <w:pPr>
              <w:spacing w:after="20" w:line="276" w:lineRule="auto"/>
            </w:pPr>
            <w:r>
              <w:rPr>
                <w:rFonts w:ascii="宋体" w:hAnsi="宋体" w:eastAsia="宋体"/>
                <w:b w:val="0"/>
                <w:sz w:val="18"/>
              </w:rPr>
              <w:t>师：无论是统计表还是统计图，我们在制作时都要注意什么?</w:t>
            </w:r>
          </w:p>
          <w:p>
            <w:pPr>
              <w:spacing w:after="20" w:line="276" w:lineRule="auto"/>
            </w:pPr>
            <w:r>
              <w:rPr>
                <w:rFonts w:ascii="宋体" w:hAnsi="宋体" w:eastAsia="宋体"/>
                <w:b w:val="0"/>
                <w:sz w:val="18"/>
              </w:rPr>
              <w:t>在学生互相交流中，知道统计图表要有标题、时间、数据，复式统计图要有图例，在计算数据时要注意检查等。</w:t>
            </w:r>
          </w:p>
        </w:tc>
        <w:tc>
          <w:tcPr>
            <w:tcW w:type="dxa" w:w="3061"/>
          </w:tcPr>
          <w:p>
            <w:pPr>
              <w:spacing w:after="20" w:line="276" w:lineRule="auto"/>
            </w:pPr>
            <w:r/>
            <w:r>
              <w:rPr>
                <w:rFonts w:ascii="宋体" w:hAnsi="宋体" w:eastAsia="宋体"/>
                <w:b w:val="0"/>
                <w:sz w:val="18"/>
              </w:rPr>
              <w:t>学生有预习的基础，可能会想到利用调查表来填一填。</w:t>
            </w:r>
          </w:p>
          <w:p>
            <w:pPr>
              <w:spacing w:after="20" w:line="276" w:lineRule="auto"/>
            </w:pPr>
            <w:r>
              <w:rPr>
                <w:rFonts w:ascii="宋体" w:hAnsi="宋体" w:eastAsia="宋体"/>
                <w:b w:val="0"/>
                <w:sz w:val="18"/>
              </w:rPr>
              <w:t>学生观察调查表，发现有姓名、性别、身高、体重、最喜欢的学科、最喜欢的运动项目、最喜欢的图书、长大后最希望做的工作、最喜欢的电视节目、特长以及对自己在各年级的综合表现是否满意等项目。</w:t>
            </w:r>
          </w:p>
          <w:p>
            <w:pPr>
              <w:spacing w:after="20" w:line="276" w:lineRule="auto"/>
            </w:pPr>
            <w:r>
              <w:rPr>
                <w:rFonts w:ascii="宋体" w:hAnsi="宋体" w:eastAsia="宋体"/>
                <w:b w:val="0"/>
                <w:sz w:val="18"/>
              </w:rPr>
              <w:t>学生进行调查统计，教师巡视指导。</w:t>
            </w:r>
          </w:p>
          <w:p>
            <w:pPr>
              <w:spacing w:after="20" w:line="276" w:lineRule="auto"/>
            </w:pPr>
            <w:r>
              <w:rPr>
                <w:rFonts w:ascii="宋体" w:hAnsi="宋体" w:eastAsia="宋体"/>
                <w:b w:val="0"/>
                <w:sz w:val="18"/>
              </w:rPr>
              <w:t>学生自由发言后，引导学生知道可以用统计表、统计图整理相应的数据。</w:t>
            </w:r>
          </w:p>
          <w:p>
            <w:pPr>
              <w:spacing w:after="20" w:line="276" w:lineRule="auto"/>
            </w:pPr>
            <w:r>
              <w:rPr>
                <w:rFonts w:ascii="宋体" w:hAnsi="宋体" w:eastAsia="宋体"/>
                <w:b w:val="0"/>
                <w:sz w:val="18"/>
              </w:rPr>
              <w:t>用扇形统计图比较合适，因为扇形统计图能清楚地反映各部分数据和整体之间的关系。</w:t>
            </w:r>
          </w:p>
          <w:p>
            <w:pPr>
              <w:spacing w:after="20" w:line="276" w:lineRule="auto"/>
            </w:pPr>
            <w:r>
              <w:rPr>
                <w:rFonts w:ascii="宋体" w:hAnsi="宋体" w:eastAsia="宋体"/>
                <w:b w:val="0"/>
                <w:sz w:val="18"/>
              </w:rPr>
              <w:t>有的学生说男生22人，女生18人，有的学生说女生人数占全班人数的45%等。</w:t>
            </w:r>
          </w:p>
          <w:p>
            <w:pPr>
              <w:spacing w:after="20" w:line="276" w:lineRule="auto"/>
            </w:pPr>
            <w:r>
              <w:rPr>
                <w:rFonts w:ascii="宋体" w:hAnsi="宋体" w:eastAsia="宋体"/>
                <w:b w:val="0"/>
                <w:sz w:val="18"/>
              </w:rPr>
              <w:t>小组讨论确定统计图后，学生独立练习，教师巡回指导。</w:t>
            </w:r>
          </w:p>
          <w:p>
            <w:pPr>
              <w:spacing w:after="20" w:line="276" w:lineRule="auto"/>
            </w:pPr>
            <w:r>
              <w:rPr>
                <w:rFonts w:ascii="宋体" w:hAnsi="宋体" w:eastAsia="宋体"/>
                <w:b w:val="0"/>
                <w:sz w:val="18"/>
              </w:rPr>
              <w:t>学生小组内合作整理，教师巡视指导。</w:t>
            </w:r>
          </w:p>
          <w:p>
            <w:pPr>
              <w:spacing w:after="20" w:line="276" w:lineRule="auto"/>
            </w:pPr>
            <w:r>
              <w:rPr>
                <w:rFonts w:ascii="宋体" w:hAnsi="宋体" w:eastAsia="宋体"/>
                <w:b w:val="0"/>
                <w:sz w:val="18"/>
              </w:rPr>
              <w:t>学生对数据的分析有多种情况,对于正确的分析</w:t>
            </w:r>
          </w:p>
          <w:p>
            <w:pPr>
              <w:spacing w:after="20" w:line="276" w:lineRule="auto"/>
            </w:pPr>
            <w:r>
              <w:rPr>
                <w:rFonts w:ascii="宋体" w:hAnsi="宋体" w:eastAsia="宋体"/>
                <w:b w:val="0"/>
                <w:sz w:val="18"/>
              </w:rPr>
              <w:t>学生可能提出查阅资料、实验活动等。</w:t>
            </w:r>
          </w:p>
        </w:tc>
        <w:tc>
          <w:tcPr>
            <w:tcW w:type="dxa" w:w="1814"/>
          </w:tcPr>
          <w:p>
            <w:pPr>
              <w:spacing w:after="20" w:line="276" w:lineRule="auto"/>
            </w:pPr>
            <w:r/>
            <w:r>
              <w:rPr>
                <w:rFonts w:ascii="宋体" w:hAnsi="宋体" w:eastAsia="宋体"/>
                <w:b w:val="0"/>
                <w:sz w:val="18"/>
              </w:rPr>
              <w:t>学生在讨论和交流的前提下，制作合适的统计图表示各组统计的数据，充分体现了这部分知识的应用价值。</w:t>
            </w:r>
          </w:p>
        </w:tc>
      </w:tr>
      <w:tr>
        <w:tc>
          <w:tcPr>
            <w:tcW w:type="dxa" w:w="1474"/>
          </w:tcPr>
          <w:p>
            <w:pPr>
              <w:spacing w:after="20" w:line="276" w:lineRule="auto"/>
            </w:pPr>
            <w:r>
              <w:rPr>
                <w:b/>
              </w:rPr>
            </w:r>
            <w:r>
              <w:rPr>
                <w:rFonts w:ascii="宋体" w:hAnsi="宋体" w:eastAsia="宋体"/>
                <w:b/>
                <w:sz w:val="18"/>
              </w:rPr>
              <w:t>四、巩固应用，内化提高</w:t>
            </w:r>
          </w:p>
        </w:tc>
        <w:tc>
          <w:tcPr>
            <w:tcW w:type="dxa" w:w="3061"/>
          </w:tcPr>
          <w:p>
            <w:pPr>
              <w:spacing w:after="20" w:line="276" w:lineRule="auto"/>
            </w:pPr>
            <w:r/>
            <w:r>
              <w:rPr>
                <w:rFonts w:ascii="宋体" w:hAnsi="宋体" w:eastAsia="宋体"/>
                <w:b w:val="0"/>
                <w:sz w:val="18"/>
              </w:rPr>
              <w:t>1.完成教科书P97“练习二十一”第2题。</w:t>
            </w:r>
          </w:p>
          <w:p>
            <w:pPr>
              <w:spacing w:after="20" w:line="276" w:lineRule="auto"/>
            </w:pPr>
            <w:r>
              <w:rPr>
                <w:rFonts w:ascii="宋体" w:hAnsi="宋体" w:eastAsia="宋体"/>
                <w:b w:val="0"/>
                <w:sz w:val="18"/>
              </w:rPr>
              <w:t>（1）独立完成，回答下列问题。</w:t>
            </w:r>
          </w:p>
          <w:p>
            <w:pPr>
              <w:spacing w:after="20" w:line="276" w:lineRule="auto"/>
            </w:pPr>
            <w:r>
              <w:rPr>
                <w:rFonts w:ascii="宋体" w:hAnsi="宋体" w:eastAsia="宋体"/>
                <w:b w:val="0"/>
                <w:sz w:val="18"/>
              </w:rPr>
              <w:t>①说一说折线统计图的特征。</w:t>
            </w:r>
          </w:p>
          <w:p>
            <w:pPr>
              <w:spacing w:after="20" w:line="276" w:lineRule="auto"/>
            </w:pPr>
            <w:r>
              <w:rPr>
                <w:rFonts w:ascii="宋体" w:hAnsi="宋体" w:eastAsia="宋体"/>
                <w:b w:val="0"/>
                <w:sz w:val="18"/>
              </w:rPr>
              <w:t>②该公司生产量和销售量呈现什么样的变化趋势？【教学笔记】</w:t>
            </w:r>
          </w:p>
          <w:p>
            <w:pPr>
              <w:spacing w:after="20" w:line="276" w:lineRule="auto"/>
            </w:pPr>
            <w:r>
              <w:rPr>
                <w:rFonts w:ascii="宋体" w:hAnsi="宋体" w:eastAsia="宋体"/>
                <w:b w:val="0"/>
                <w:sz w:val="18"/>
              </w:rPr>
              <w:t>在交流中引导学生学会读表、读图，根据统计图表的数据分析相关信息，进一步感受各种统计图表的特点。</w:t>
            </w:r>
          </w:p>
          <w:p>
            <w:pPr>
              <w:spacing w:after="20" w:line="276" w:lineRule="auto"/>
            </w:pPr>
            <w:r>
              <w:rPr>
                <w:rFonts w:ascii="宋体" w:hAnsi="宋体" w:eastAsia="宋体"/>
                <w:b w:val="0"/>
                <w:sz w:val="18"/>
              </w:rPr>
              <w:t>（2）全班交流。</w:t>
            </w:r>
          </w:p>
          <w:p>
            <w:pPr>
              <w:spacing w:after="20" w:line="276" w:lineRule="auto"/>
            </w:pPr>
            <w:r>
              <w:rPr>
                <w:rFonts w:ascii="宋体" w:hAnsi="宋体" w:eastAsia="宋体"/>
                <w:b w:val="0"/>
                <w:sz w:val="18"/>
              </w:rPr>
              <w:t>2.完成教科书P97“练习二十一”第3题。</w:t>
            </w:r>
          </w:p>
          <w:p>
            <w:pPr>
              <w:spacing w:after="20" w:line="276" w:lineRule="auto"/>
            </w:pPr>
            <w:r>
              <w:rPr>
                <w:rFonts w:ascii="宋体" w:hAnsi="宋体" w:eastAsia="宋体"/>
                <w:b w:val="0"/>
                <w:sz w:val="18"/>
              </w:rPr>
              <w:t>百分之几，求各种血型分别有多少人，就是求50人的百分之几是多少人。</w:t>
            </w:r>
          </w:p>
          <w:p>
            <w:pPr>
              <w:spacing w:after="20" w:line="276" w:lineRule="auto"/>
            </w:pPr>
            <w:r>
              <w:rPr>
                <w:rFonts w:ascii="宋体" w:hAnsi="宋体" w:eastAsia="宋体"/>
                <w:b w:val="0"/>
                <w:sz w:val="18"/>
              </w:rPr>
              <w:t>3.完成教科书P97“练习二十一”第4题。</w:t>
            </w:r>
          </w:p>
          <w:p>
            <w:pPr>
              <w:spacing w:after="20" w:line="276" w:lineRule="auto"/>
            </w:pPr>
            <w:r>
              <w:rPr>
                <w:rFonts w:ascii="宋体" w:hAnsi="宋体" w:eastAsia="宋体"/>
                <w:b w:val="0"/>
                <w:sz w:val="18"/>
              </w:rPr>
              <w:t>例如发现尺码在36、37、38的人较多，尺码在35、39、40的人较少，可以根据这些信息合理进货。</w:t>
            </w:r>
          </w:p>
        </w:tc>
        <w:tc>
          <w:tcPr>
            <w:tcW w:type="dxa" w:w="3061"/>
          </w:tcPr>
          <w:p>
            <w:pPr>
              <w:spacing w:after="20" w:line="276" w:lineRule="auto"/>
            </w:pPr>
            <w:r/>
            <w:r>
              <w:rPr>
                <w:rFonts w:ascii="宋体" w:hAnsi="宋体" w:eastAsia="宋体"/>
                <w:b w:val="0"/>
                <w:sz w:val="18"/>
              </w:rPr>
              <w:t>预设1：折线统计图便于直观了解数据的变化趋势。</w:t>
            </w:r>
          </w:p>
          <w:p>
            <w:pPr>
              <w:spacing w:after="20" w:line="276" w:lineRule="auto"/>
            </w:pPr>
            <w:r>
              <w:rPr>
                <w:rFonts w:ascii="宋体" w:hAnsi="宋体" w:eastAsia="宋体"/>
                <w:b w:val="0"/>
                <w:sz w:val="18"/>
              </w:rPr>
              <w:t>预设2：通过观察发现，从总体趋势来看，该公司的生产量和销售量都呈逐渐上升的趋势，可进一步预测该公司的发展前景。除了从大趋势进行判断以外，还可以通过一些具体数据进行精细分析。</w:t>
            </w:r>
          </w:p>
          <w:p>
            <w:pPr>
              <w:spacing w:after="20" w:line="276" w:lineRule="auto"/>
            </w:pPr>
            <w:r>
              <w:rPr>
                <w:rFonts w:ascii="宋体" w:hAnsi="宋体" w:eastAsia="宋体"/>
                <w:b w:val="0"/>
                <w:sz w:val="18"/>
              </w:rPr>
              <w:t>明确圆形表示什么，各种血型的人数占总人数的</w:t>
            </w:r>
          </w:p>
          <w:p>
            <w:pPr>
              <w:spacing w:after="20" w:line="276" w:lineRule="auto"/>
            </w:pPr>
            <w:r>
              <w:rPr>
                <w:rFonts w:ascii="宋体" w:hAnsi="宋体" w:eastAsia="宋体"/>
                <w:b w:val="0"/>
                <w:sz w:val="18"/>
              </w:rPr>
              <w:t>学生独立完成，集体交流。</w:t>
            </w:r>
          </w:p>
          <w:p>
            <w:pPr>
              <w:spacing w:after="20" w:line="276" w:lineRule="auto"/>
            </w:pPr>
            <w:r>
              <w:rPr>
                <w:rFonts w:ascii="宋体" w:hAnsi="宋体" w:eastAsia="宋体"/>
                <w:b w:val="0"/>
                <w:sz w:val="18"/>
              </w:rPr>
              <w:t>这题答案不要求唯一，只要分析得有道理都可以。</w:t>
            </w:r>
          </w:p>
        </w:tc>
        <w:tc>
          <w:tcPr>
            <w:tcW w:type="dxa" w:w="1814"/>
          </w:tcPr>
          <w:p>
            <w:pPr>
              <w:spacing w:after="20" w:line="276" w:lineRule="auto"/>
            </w:pPr>
            <w:r/>
            <w:r>
              <w:rPr>
                <w:rFonts w:ascii="宋体" w:hAnsi="宋体" w:eastAsia="宋体"/>
                <w:b w:val="0"/>
                <w:sz w:val="18"/>
              </w:rPr>
              <w:t>通过练习，引导学生在解决问题的过程中深入理解各种统计图的特点，在应用中感受统计知识的价值。</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师：通过今天的复习，你们有哪些收获呢？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引导学生回顾梳理本课所学，完善认知结构，提升归纳与反思能力，核心问题："通过今天的复习，你们有哪些收获呢？"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新情境 健康生活。（填一填） （1）每天保持至少30分钟的中等强度运动，可以有效提升心肺功能，增强体质。要反映张老师近一周的运动时间情况，绘制（ ）统计图更合适。 （2）多摄入新鲜蔬菜和水果，减少高糖、高脂肪的摄入，有助于提高我们的免疫力。要反映张老师近一周摄入各种营养成分占比情况，绘制（ ）统计图更合适。 （3）张老师通过有效的运动及科学的饮食，一段时间后，体重由以前的虚胖慢慢下降至现在的正常情况。要反映张老师近半年的体重变化情况，绘制（ ）统计图更合适。 参考答案 （1）条形 （2）扇形 （3）折线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复习统计知识的过程中，需要重视培养统计观念。结合各种素材使学生认识到统计知识的重要性，能根据数据的不同特点和解决问题的需要，选择合适的统计图表进行分析和决策。教学中要注意引导学生对现实世界中的各种现象有一个正确的认识和判断，学会依据数据和事实来分析和解决问题,作出判断、预测和决策。 【教学笔记】</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平面图形的认识与测量(1)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平面图形的认识与测量(1)</w:t>
            </w:r>
          </w:p>
        </w:tc>
        <w:tc>
          <w:tcPr>
            <w:tcW w:type="dxa" w:w="6009"/>
          </w:tcPr>
          <w:p>
            <w:pPr>
              <w:spacing w:after="20" w:line="276" w:lineRule="auto"/>
            </w:pPr>
            <w:r/>
            <w:r>
              <w:rPr>
                <w:rFonts w:ascii="宋体" w:hAnsi="宋体" w:eastAsia="宋体"/>
                <w:b w:val="0"/>
                <w:sz w:val="20"/>
              </w:rPr>
              <w:t>第6单元 整理和复习（图形与几何）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（1）进一步理解和掌握直线、射线、线段、角、垂线和平行线的特征以及三角形、四边形和圆等平面图形的特征，体会线与面之间的关系，完善认知结构。</w:t>
      </w:r>
    </w:p>
    <w:p>
      <w:pPr>
        <w:spacing w:after="20" w:line="300" w:lineRule="auto"/>
        <w:ind w:firstLine="400"/>
      </w:pPr>
      <w:r>
        <w:rPr>
          <w:rFonts w:ascii="宋体" w:hAnsi="宋体" w:eastAsia="宋体"/>
          <w:b w:val="0"/>
          <w:sz w:val="20"/>
        </w:rPr>
        <w:t>（2）进一步积累探索平面图形的特征及相互之间关系的活动经验，体会极限思想，感受分类的思想方法，发展简单的推理能力和抽象概括能力，增强空间观念。</w:t>
      </w:r>
    </w:p>
    <w:p>
      <w:pPr>
        <w:spacing w:after="20" w:line="300" w:lineRule="auto"/>
        <w:ind w:firstLine="400"/>
      </w:pPr>
      <w:r>
        <w:rPr>
          <w:rFonts w:ascii="宋体" w:hAnsi="宋体" w:eastAsia="宋体"/>
          <w:b w:val="0"/>
          <w:sz w:val="20"/>
        </w:rPr>
        <w:t>（3）在参与整理复习的过程中，获得成功的体验，感受平面图形的学习价值，增强学习数学的兴趣和学好数学的信心。</w:t>
      </w:r>
    </w:p>
    <w:p>
      <w:pPr>
        <w:spacing w:after="20" w:line="300" w:lineRule="auto"/>
      </w:pPr>
      <w:r>
        <w:rPr>
          <w:rFonts w:ascii="宋体" w:hAnsi="宋体" w:eastAsia="宋体"/>
          <w:b w:val="0"/>
          <w:sz w:val="20"/>
        </w:rPr>
        <w:t>教学重点：进一步理解平面图形的特征，体会各种图形之间的联系与区别。</w:t>
      </w:r>
    </w:p>
    <w:p>
      <w:pPr>
        <w:spacing w:after="20" w:line="300" w:lineRule="auto"/>
      </w:pPr>
      <w:r>
        <w:rPr>
          <w:rFonts w:ascii="宋体" w:hAnsi="宋体" w:eastAsia="宋体"/>
          <w:b w:val="0"/>
          <w:sz w:val="20"/>
        </w:rPr>
        <w:t>教学难点：在静态与动态的想象中体会各种平面图形之间的联系。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二、回顾整理，构建网络</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我们先从一条线的思路开始复习。你想到了什么图形？；你有什么发现？</w:t>
            </w:r>
          </w:p>
        </w:tc>
        <w:tc>
          <w:tcPr>
            <w:tcW w:type="dxa" w:w="1361"/>
          </w:tcPr>
          <w:p>
            <w:pPr>
              <w:spacing w:after="20" w:line="276" w:lineRule="auto"/>
            </w:pPr>
            <w:r/>
            <w:r>
              <w:rPr>
                <w:rFonts w:ascii="宋体" w:hAnsi="宋体" w:eastAsia="宋体"/>
                <w:b w:val="0"/>
                <w:sz w:val="18"/>
              </w:rPr>
              <w:t>29分钟</w:t>
            </w:r>
          </w:p>
        </w:tc>
      </w:tr>
      <w:tr>
        <w:tc>
          <w:tcPr>
            <w:tcW w:type="dxa" w:w="2835"/>
          </w:tcPr>
          <w:p>
            <w:pPr>
              <w:spacing w:after="20" w:line="276" w:lineRule="auto"/>
            </w:pPr>
            <w:r/>
            <w:r>
              <w:rPr>
                <w:rFonts w:ascii="宋体" w:hAnsi="宋体" w:eastAsia="宋体"/>
                <w:b w:val="0"/>
                <w:sz w:val="18"/>
              </w:rPr>
              <w:t>三、巩固练习，释疑解难</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通过刚才的复习，你们对于平面图形的认识还有什么疑问吗？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通过今天的复习，你们有哪些收获呢？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一、谈话导入，揭示课题</w:t>
            </w:r>
          </w:p>
        </w:tc>
        <w:tc>
          <w:tcPr>
            <w:tcW w:type="dxa" w:w="3061"/>
          </w:tcPr>
          <w:p>
            <w:pPr>
              <w:spacing w:after="20" w:line="276" w:lineRule="auto"/>
            </w:pPr>
            <w:r/>
            <w:r>
              <w:rPr>
                <w:rFonts w:ascii="宋体" w:hAnsi="宋体" w:eastAsia="宋体"/>
                <w:b w:val="0"/>
                <w:sz w:val="18"/>
              </w:rPr>
              <w:t>师：同学们，从今天开始，我们将对小学阶段所学过的“图形</w:t>
            </w:r>
          </w:p>
          <w:p>
            <w:pPr>
              <w:spacing w:after="20" w:line="276" w:lineRule="auto"/>
            </w:pPr>
            <w:r>
              <w:rPr>
                <w:rFonts w:ascii="宋体" w:hAnsi="宋体" w:eastAsia="宋体"/>
                <w:b w:val="0"/>
                <w:sz w:val="18"/>
              </w:rPr>
              <w:t>与几何”的知识进行一个系统的整理和复习。请同学们回忆一下，我们已经研究过哪些图形？</w:t>
            </w:r>
          </w:p>
          <w:p>
            <w:pPr>
              <w:spacing w:after="20" w:line="276" w:lineRule="auto"/>
            </w:pPr>
            <w:r>
              <w:rPr>
                <w:rFonts w:ascii="宋体" w:hAnsi="宋体" w:eastAsia="宋体"/>
                <w:b w:val="0"/>
                <w:sz w:val="18"/>
              </w:rPr>
              <w:t>包括哪些图形，平面图形包括哪些图形等。</w:t>
            </w:r>
          </w:p>
          <w:p>
            <w:pPr>
              <w:spacing w:after="20" w:line="276" w:lineRule="auto"/>
            </w:pPr>
            <w:r>
              <w:rPr>
                <w:rFonts w:ascii="宋体" w:hAnsi="宋体" w:eastAsia="宋体"/>
                <w:b w:val="0"/>
                <w:sz w:val="18"/>
              </w:rPr>
              <w:t>师：是的，我们学过的图形分为立体图形和平面图形，这节课我们先来复习平面图形。［板书课题：平面图形的认识与测量（1）］</w:t>
            </w:r>
          </w:p>
          <w:p>
            <w:pPr>
              <w:spacing w:after="20" w:line="276" w:lineRule="auto"/>
            </w:pPr>
            <w:r>
              <w:rPr>
                <w:rFonts w:ascii="宋体" w:hAnsi="宋体" w:eastAsia="宋体"/>
                <w:b w:val="0"/>
                <w:sz w:val="18"/>
              </w:rPr>
              <w:t>师：今天我们的复习要求大家按一条线、两条线、三条线、四条线的思路去回忆整理我们学过的平面图形，并从它们的名称、特征、关系三个方面去整理。</w:t>
            </w:r>
          </w:p>
        </w:tc>
        <w:tc>
          <w:tcPr>
            <w:tcW w:type="dxa" w:w="3061"/>
          </w:tcPr>
          <w:p>
            <w:pPr>
              <w:spacing w:after="20" w:line="276" w:lineRule="auto"/>
            </w:pPr>
            <w:r/>
            <w:r>
              <w:rPr>
                <w:rFonts w:ascii="宋体" w:hAnsi="宋体" w:eastAsia="宋体"/>
                <w:b w:val="0"/>
                <w:sz w:val="18"/>
              </w:rPr>
              <w:t>学生可能会回答：学过三角形、正方体、圆、长方形、平行四边形……想到什么说什么，没有加以归类；还有的学生可能这样回答：学过的图形分为立体图形和平面图形，立体图形</w:t>
            </w:r>
          </w:p>
        </w:tc>
        <w:tc>
          <w:tcPr>
            <w:tcW w:type="dxa" w:w="1814"/>
          </w:tcPr>
          <w:p>
            <w:pPr>
              <w:spacing w:after="20" w:line="276" w:lineRule="auto"/>
            </w:pPr>
            <w:r/>
            <w:r>
              <w:rPr>
                <w:rFonts w:ascii="宋体" w:hAnsi="宋体" w:eastAsia="宋体"/>
                <w:b w:val="0"/>
                <w:sz w:val="18"/>
              </w:rPr>
              <w:t>开门见山，直奔主题，唤起学生对小学阶段所学平面图形知识的回忆，为后续的复习整理作准备。</w:t>
            </w:r>
          </w:p>
        </w:tc>
      </w:tr>
      <w:tr>
        <w:tc>
          <w:tcPr>
            <w:tcW w:type="dxa" w:w="1474"/>
          </w:tcPr>
          <w:p>
            <w:pPr>
              <w:spacing w:after="20" w:line="276" w:lineRule="auto"/>
            </w:pPr>
            <w:r>
              <w:rPr>
                <w:b/>
              </w:rPr>
            </w:r>
            <w:r>
              <w:rPr>
                <w:rFonts w:ascii="宋体" w:hAnsi="宋体" w:eastAsia="宋体"/>
                <w:b/>
                <w:sz w:val="18"/>
              </w:rPr>
              <w:t>二、回顾整理，构建网络</w:t>
            </w:r>
          </w:p>
        </w:tc>
        <w:tc>
          <w:tcPr>
            <w:tcW w:type="dxa" w:w="3061"/>
          </w:tcPr>
          <w:p>
            <w:pPr>
              <w:spacing w:after="20" w:line="276" w:lineRule="auto"/>
            </w:pPr>
            <w:r/>
            <w:r>
              <w:rPr>
                <w:rFonts w:ascii="宋体" w:hAnsi="宋体" w:eastAsia="宋体"/>
                <w:b w:val="0"/>
                <w:sz w:val="18"/>
              </w:rPr>
              <w:t>1.复习“一条线”(直线、射线、线段和圆)。</w:t>
            </w:r>
          </w:p>
          <w:p>
            <w:pPr>
              <w:spacing w:after="20" w:line="276" w:lineRule="auto"/>
            </w:pPr>
            <w:r>
              <w:rPr>
                <w:rFonts w:ascii="宋体" w:hAnsi="宋体" w:eastAsia="宋体"/>
                <w:b w:val="0"/>
                <w:sz w:val="18"/>
              </w:rPr>
              <w:t>(1)师：我们先从一条线的思路开始复习。你想到了什么图形？</w:t>
            </w:r>
          </w:p>
          <w:p>
            <w:pPr>
              <w:spacing w:after="20" w:line="276" w:lineRule="auto"/>
            </w:pPr>
            <w:r>
              <w:rPr>
                <w:rFonts w:ascii="宋体" w:hAnsi="宋体" w:eastAsia="宋体"/>
                <w:b w:val="0"/>
                <w:sz w:val="18"/>
              </w:rPr>
              <w:t>师：请你先在纸上分别画出一条直线、射线、线段，再根据表格整理一下它们的特征，找到这三条线之间的联系和区别。</w:t>
            </w:r>
          </w:p>
          <w:p>
            <w:pPr>
              <w:spacing w:after="20" w:line="276" w:lineRule="auto"/>
            </w:pPr>
            <w:r>
              <w:rPr>
                <w:rFonts w:ascii="宋体" w:hAnsi="宋体" w:eastAsia="宋体"/>
                <w:b w:val="0"/>
                <w:sz w:val="18"/>
              </w:rPr>
              <w:t>(2)学生自主完成，在小组内交流。</w:t>
            </w:r>
          </w:p>
          <w:p>
            <w:pPr>
              <w:spacing w:after="20" w:line="276" w:lineRule="auto"/>
            </w:pPr>
            <w:r>
              <w:rPr>
                <w:rFonts w:ascii="宋体" w:hAnsi="宋体" w:eastAsia="宋体"/>
                <w:b w:val="0"/>
                <w:sz w:val="18"/>
              </w:rPr>
              <w:t>(3)学生汇报，根据汇报出示课件。</w:t>
            </w:r>
          </w:p>
          <w:p>
            <w:pPr>
              <w:spacing w:after="20" w:line="276" w:lineRule="auto"/>
            </w:pPr>
            <w:r>
              <w:rPr>
                <w:rFonts w:ascii="宋体" w:hAnsi="宋体" w:eastAsia="宋体"/>
                <w:b w:val="0"/>
                <w:sz w:val="18"/>
              </w:rPr>
              <w:t>(4)演示课件：动态呈现由点演变成线的过程。</w:t>
            </w:r>
          </w:p>
          <w:p>
            <w:pPr>
              <w:spacing w:after="20" w:line="276" w:lineRule="auto"/>
            </w:pPr>
            <w:r>
              <w:rPr>
                <w:rFonts w:ascii="宋体" w:hAnsi="宋体" w:eastAsia="宋体"/>
                <w:b w:val="0"/>
                <w:sz w:val="18"/>
              </w:rPr>
              <w:t>师：你有什么发现？</w:t>
            </w:r>
          </w:p>
          <w:p>
            <w:pPr>
              <w:spacing w:after="20" w:line="276" w:lineRule="auto"/>
            </w:pPr>
            <w:r>
              <w:rPr>
                <w:rFonts w:ascii="宋体" w:hAnsi="宋体" w:eastAsia="宋体"/>
                <w:b w:val="0"/>
                <w:sz w:val="18"/>
              </w:rPr>
              <w:t>师：射线、直线都是不可度量的，那你们觉得射线长还是直线</w:t>
            </w:r>
          </w:p>
          <w:p>
            <w:pPr>
              <w:spacing w:after="20" w:line="276" w:lineRule="auto"/>
            </w:pPr>
            <w:r>
              <w:rPr>
                <w:rFonts w:ascii="宋体" w:hAnsi="宋体" w:eastAsia="宋体"/>
                <w:b w:val="0"/>
                <w:sz w:val="18"/>
              </w:rPr>
              <w:t>由一条线所构成的图形是比较简单的，直接呈现表格，引导学生通过画一画、填一填、比一比，抓住直线、射线、线段的特征，在交流的过程中掌握知识的联系。</w:t>
            </w:r>
          </w:p>
          <w:p>
            <w:pPr>
              <w:spacing w:after="20" w:line="276" w:lineRule="auto"/>
            </w:pPr>
            <w:r>
              <w:rPr>
                <w:rFonts w:ascii="宋体" w:hAnsi="宋体" w:eastAsia="宋体"/>
                <w:b w:val="0"/>
                <w:sz w:val="18"/>
              </w:rPr>
              <w:t>长?</w:t>
            </w:r>
          </w:p>
          <w:p>
            <w:pPr>
              <w:spacing w:after="20" w:line="276" w:lineRule="auto"/>
            </w:pPr>
            <w:r>
              <w:rPr>
                <w:rFonts w:ascii="宋体" w:hAnsi="宋体" w:eastAsia="宋体"/>
                <w:b w:val="0"/>
                <w:sz w:val="18"/>
              </w:rPr>
              <w:t>师小结：直线、射线都是无限长的，所以无法比较出它们的长短。</w:t>
            </w:r>
          </w:p>
          <w:p>
            <w:pPr>
              <w:spacing w:after="20" w:line="276" w:lineRule="auto"/>
            </w:pPr>
            <w:r>
              <w:rPr>
                <w:rFonts w:ascii="宋体" w:hAnsi="宋体" w:eastAsia="宋体"/>
                <w:b w:val="0"/>
                <w:sz w:val="18"/>
              </w:rPr>
              <w:t>(5)复习“圆”的知识。</w:t>
            </w:r>
          </w:p>
          <w:p>
            <w:pPr>
              <w:spacing w:after="20" w:line="276" w:lineRule="auto"/>
            </w:pPr>
            <w:r>
              <w:rPr>
                <w:rFonts w:ascii="宋体" w:hAnsi="宋体" w:eastAsia="宋体"/>
                <w:b w:val="0"/>
                <w:sz w:val="18"/>
              </w:rPr>
              <w:t>师：刚才有位同学告诉我，他认为要把圆也放入“一条线”来思考，你同意吗？</w:t>
            </w:r>
          </w:p>
          <w:p>
            <w:pPr>
              <w:spacing w:after="20" w:line="276" w:lineRule="auto"/>
            </w:pPr>
            <w:r>
              <w:rPr>
                <w:rFonts w:ascii="宋体" w:hAnsi="宋体" w:eastAsia="宋体"/>
                <w:b w:val="0"/>
                <w:sz w:val="18"/>
              </w:rPr>
              <w:t>师：那好，我们就来整理一下圆有哪些特征？请你们以小组为单位进行整理，然后汇报交流。</w:t>
            </w:r>
          </w:p>
          <w:p>
            <w:pPr>
              <w:spacing w:after="20" w:line="276" w:lineRule="auto"/>
            </w:pPr>
            <w:r>
              <w:rPr>
                <w:rFonts w:ascii="宋体" w:hAnsi="宋体" w:eastAsia="宋体"/>
                <w:b w:val="0"/>
                <w:sz w:val="18"/>
              </w:rPr>
              <w:t>教师根据学生的汇报适时指导并出示课件。</w:t>
            </w:r>
          </w:p>
          <w:p>
            <w:pPr>
              <w:spacing w:after="20" w:line="276" w:lineRule="auto"/>
            </w:pPr>
            <w:r>
              <w:rPr>
                <w:rFonts w:ascii="宋体" w:hAnsi="宋体" w:eastAsia="宋体"/>
                <w:b w:val="0"/>
                <w:sz w:val="18"/>
              </w:rPr>
              <w:t>（6）师：刚才我们按照一条线的思路，复习了直线、射线、</w:t>
            </w:r>
          </w:p>
          <w:p>
            <w:pPr>
              <w:spacing w:after="20" w:line="276" w:lineRule="auto"/>
            </w:pPr>
            <w:r>
              <w:rPr>
                <w:rFonts w:ascii="宋体" w:hAnsi="宋体" w:eastAsia="宋体"/>
                <w:b w:val="0"/>
                <w:sz w:val="18"/>
              </w:rPr>
              <w:t>线段和圆。</w:t>
            </w:r>
          </w:p>
          <w:p>
            <w:pPr>
              <w:spacing w:after="20" w:line="276" w:lineRule="auto"/>
            </w:pPr>
            <w:r>
              <w:rPr>
                <w:rFonts w:ascii="宋体" w:hAnsi="宋体" w:eastAsia="宋体"/>
                <w:b w:val="0"/>
                <w:sz w:val="18"/>
              </w:rPr>
              <w:t>教师板书：</w:t>
            </w:r>
          </w:p>
          <w:p>
            <w:pPr>
              <w:spacing w:after="20" w:line="276" w:lineRule="auto"/>
            </w:pPr>
            <w:r>
              <w:rPr>
                <w:rFonts w:ascii="宋体" w:hAnsi="宋体" w:eastAsia="宋体"/>
                <w:b w:val="0"/>
                <w:sz w:val="18"/>
              </w:rPr>
              <w:t>2.复习“两条线”(平行与相交、角)。</w:t>
            </w:r>
          </w:p>
          <w:p>
            <w:pPr>
              <w:spacing w:after="20" w:line="276" w:lineRule="auto"/>
            </w:pPr>
            <w:r>
              <w:rPr>
                <w:rFonts w:ascii="宋体" w:hAnsi="宋体" w:eastAsia="宋体"/>
                <w:b w:val="0"/>
                <w:sz w:val="18"/>
              </w:rPr>
              <w:t>师：从两条线的思路来开始复习。你想到了什么图形？</w:t>
            </w:r>
          </w:p>
          <w:p>
            <w:pPr>
              <w:spacing w:after="20" w:line="276" w:lineRule="auto"/>
            </w:pPr>
            <w:r>
              <w:rPr>
                <w:rFonts w:ascii="宋体" w:hAnsi="宋体" w:eastAsia="宋体"/>
                <w:b w:val="0"/>
                <w:sz w:val="18"/>
              </w:rPr>
              <w:t>(1)复习同一平面内两条直线的位置关系。</w:t>
            </w:r>
          </w:p>
          <w:p>
            <w:pPr>
              <w:spacing w:after="20" w:line="276" w:lineRule="auto"/>
            </w:pPr>
            <w:r>
              <w:rPr>
                <w:rFonts w:ascii="宋体" w:hAnsi="宋体" w:eastAsia="宋体"/>
                <w:b w:val="0"/>
                <w:sz w:val="18"/>
              </w:rPr>
              <w:t>师：同一平面内两条直线的位置关系有哪几种？请你画一画，整理一下。</w:t>
            </w:r>
          </w:p>
          <w:p>
            <w:pPr>
              <w:spacing w:after="20" w:line="276" w:lineRule="auto"/>
            </w:pPr>
            <w:r>
              <w:rPr>
                <w:rFonts w:ascii="宋体" w:hAnsi="宋体" w:eastAsia="宋体"/>
                <w:b w:val="0"/>
                <w:sz w:val="18"/>
              </w:rPr>
              <w:t>引导学生明确“垂直是特殊的相交”的关系。</w:t>
            </w:r>
          </w:p>
          <w:p>
            <w:pPr>
              <w:spacing w:after="20" w:line="276" w:lineRule="auto"/>
            </w:pPr>
            <w:r>
              <w:rPr>
                <w:rFonts w:ascii="宋体" w:hAnsi="宋体" w:eastAsia="宋体"/>
                <w:b w:val="0"/>
                <w:sz w:val="18"/>
              </w:rPr>
              <w:t>师：你能判断每幅图中两条直线是否互相平行吗?(直线a、b、c、d都在同一平面内。)</w:t>
            </w:r>
          </w:p>
          <w:p>
            <w:pPr>
              <w:spacing w:after="20" w:line="276" w:lineRule="auto"/>
            </w:pPr>
            <w:r>
              <w:rPr>
                <w:rFonts w:ascii="宋体" w:hAnsi="宋体" w:eastAsia="宋体"/>
                <w:b w:val="0"/>
                <w:sz w:val="18"/>
              </w:rPr>
              <w:t>师：为什么说直线a和直线b是相交的呢？</w:t>
            </w:r>
          </w:p>
          <w:p>
            <w:pPr>
              <w:spacing w:after="20" w:line="276" w:lineRule="auto"/>
            </w:pPr>
            <w:r>
              <w:rPr>
                <w:rFonts w:ascii="宋体" w:hAnsi="宋体" w:eastAsia="宋体"/>
                <w:b w:val="0"/>
                <w:sz w:val="18"/>
              </w:rPr>
              <w:t>借助学生已有的整理经验，继续用表格形式呈现同一平面内两条直线的位置关系，注意比较和沟通，突出概念之间的联系与区别。</w:t>
            </w:r>
          </w:p>
          <w:p>
            <w:pPr>
              <w:spacing w:after="20" w:line="276" w:lineRule="auto"/>
            </w:pPr>
            <w:r>
              <w:rPr>
                <w:rFonts w:ascii="宋体" w:hAnsi="宋体" w:eastAsia="宋体"/>
                <w:b w:val="0"/>
                <w:sz w:val="18"/>
              </w:rPr>
              <w:t>师：那你怎么知道直线c和直线d延长后不会相交？可以用什么方法验证?</w:t>
            </w:r>
          </w:p>
          <w:p>
            <w:pPr>
              <w:spacing w:after="20" w:line="276" w:lineRule="auto"/>
            </w:pPr>
            <w:r>
              <w:rPr>
                <w:rFonts w:ascii="宋体" w:hAnsi="宋体" w:eastAsia="宋体"/>
                <w:b w:val="0"/>
                <w:sz w:val="18"/>
              </w:rPr>
              <w:t>们垂直的线段，看看这些线段的长度是不是相等的。</w:t>
            </w:r>
          </w:p>
          <w:p>
            <w:pPr>
              <w:spacing w:after="20" w:line="276" w:lineRule="auto"/>
            </w:pPr>
            <w:r>
              <w:rPr>
                <w:rFonts w:ascii="宋体" w:hAnsi="宋体" w:eastAsia="宋体"/>
                <w:b w:val="0"/>
                <w:sz w:val="18"/>
              </w:rPr>
              <w:t>师小结：平行线之间的距离处处相等。</w:t>
            </w:r>
          </w:p>
          <w:p>
            <w:pPr>
              <w:spacing w:after="20" w:line="276" w:lineRule="auto"/>
            </w:pPr>
            <w:r>
              <w:rPr>
                <w:rFonts w:ascii="宋体" w:hAnsi="宋体" w:eastAsia="宋体"/>
                <w:b w:val="0"/>
                <w:sz w:val="18"/>
              </w:rPr>
              <w:t>师：直线e和直线f肯定不会相交，但怎么也不平行呢?</w:t>
            </w:r>
          </w:p>
          <w:p>
            <w:pPr>
              <w:spacing w:after="20" w:line="276" w:lineRule="auto"/>
            </w:pPr>
            <w:r>
              <w:rPr>
                <w:rFonts w:ascii="宋体" w:hAnsi="宋体" w:eastAsia="宋体"/>
                <w:b w:val="0"/>
                <w:sz w:val="18"/>
              </w:rPr>
              <w:t>(2)复习角的知识。</w:t>
            </w:r>
          </w:p>
          <w:p>
            <w:pPr>
              <w:spacing w:after="20" w:line="276" w:lineRule="auto"/>
            </w:pPr>
            <w:r>
              <w:rPr>
                <w:rFonts w:ascii="宋体" w:hAnsi="宋体" w:eastAsia="宋体"/>
                <w:b w:val="0"/>
                <w:sz w:val="18"/>
              </w:rPr>
              <w:t>师：我们学过哪些角？它们各有什么特征？请你先画一画，再说一说。</w:t>
            </w:r>
          </w:p>
          <w:p>
            <w:pPr>
              <w:spacing w:after="20" w:line="276" w:lineRule="auto"/>
            </w:pPr>
            <w:r>
              <w:rPr>
                <w:rFonts w:ascii="宋体" w:hAnsi="宋体" w:eastAsia="宋体"/>
                <w:b w:val="0"/>
                <w:sz w:val="18"/>
              </w:rPr>
              <w:t>师：你能把这些角按照从小到大的顺序排列吗？</w:t>
            </w:r>
          </w:p>
          <w:p>
            <w:pPr>
              <w:spacing w:after="20" w:line="276" w:lineRule="auto"/>
            </w:pPr>
            <w:r>
              <w:rPr>
                <w:rFonts w:ascii="宋体" w:hAnsi="宋体" w:eastAsia="宋体"/>
                <w:b w:val="0"/>
                <w:sz w:val="18"/>
              </w:rPr>
              <w:t>师：在放大镜下看角，它的大小会变化吗？说明理由。</w:t>
            </w:r>
          </w:p>
          <w:p>
            <w:pPr>
              <w:spacing w:after="20" w:line="276" w:lineRule="auto"/>
            </w:pPr>
            <w:r>
              <w:rPr>
                <w:rFonts w:ascii="宋体" w:hAnsi="宋体" w:eastAsia="宋体"/>
                <w:b w:val="0"/>
                <w:sz w:val="18"/>
              </w:rPr>
              <w:t>教学提示</w:t>
            </w:r>
          </w:p>
          <w:p>
            <w:pPr>
              <w:spacing w:after="20" w:line="276" w:lineRule="auto"/>
            </w:pPr>
            <w:r>
              <w:rPr>
                <w:rFonts w:ascii="宋体" w:hAnsi="宋体" w:eastAsia="宋体"/>
                <w:b w:val="0"/>
                <w:sz w:val="18"/>
              </w:rPr>
              <w:t>复习角的知识时，学生在认识上可能有个误区：平角就是一条直线，周角只有一条边，教师可以将这两个问题提出来，在讨论交流中明确不管什么角，都是由一个顶点引出两条射线组成的图形。</w:t>
            </w:r>
          </w:p>
          <w:p>
            <w:pPr>
              <w:spacing w:after="20" w:line="276" w:lineRule="auto"/>
            </w:pPr>
            <w:r>
              <w:rPr>
                <w:rFonts w:ascii="宋体" w:hAnsi="宋体" w:eastAsia="宋体"/>
                <w:b w:val="0"/>
                <w:sz w:val="18"/>
              </w:rPr>
              <w:t>师：刚才我们按照两条线的思路，复习了同一平面内两条直线的位置关系和角的知识。</w:t>
            </w:r>
          </w:p>
          <w:p>
            <w:pPr>
              <w:spacing w:after="20" w:line="276" w:lineRule="auto"/>
            </w:pPr>
            <w:r>
              <w:rPr>
                <w:rFonts w:ascii="宋体" w:hAnsi="宋体" w:eastAsia="宋体"/>
                <w:b w:val="0"/>
                <w:sz w:val="18"/>
              </w:rPr>
              <w:t>教师完善板书：</w:t>
            </w:r>
          </w:p>
          <w:p>
            <w:pPr>
              <w:spacing w:after="20" w:line="276" w:lineRule="auto"/>
            </w:pPr>
            <w:r>
              <w:rPr>
                <w:rFonts w:ascii="宋体" w:hAnsi="宋体" w:eastAsia="宋体"/>
                <w:b w:val="0"/>
                <w:sz w:val="18"/>
              </w:rPr>
              <w:t>3.复习“三条线”(三角形、扇形)。</w:t>
            </w:r>
          </w:p>
          <w:p>
            <w:pPr>
              <w:spacing w:after="20" w:line="276" w:lineRule="auto"/>
            </w:pPr>
            <w:r>
              <w:rPr>
                <w:rFonts w:ascii="宋体" w:hAnsi="宋体" w:eastAsia="宋体"/>
                <w:b w:val="0"/>
                <w:sz w:val="18"/>
              </w:rPr>
              <w:t>(1)三角形的特征。</w:t>
            </w:r>
          </w:p>
          <w:p>
            <w:pPr>
              <w:spacing w:after="20" w:line="276" w:lineRule="auto"/>
            </w:pPr>
            <w:r>
              <w:rPr>
                <w:rFonts w:ascii="宋体" w:hAnsi="宋体" w:eastAsia="宋体"/>
                <w:b w:val="0"/>
                <w:sz w:val="18"/>
              </w:rPr>
              <w:t>师：从三条线的思路来开始复习。你想到了什么图形？</w:t>
            </w:r>
          </w:p>
          <w:p>
            <w:pPr>
              <w:spacing w:after="20" w:line="276" w:lineRule="auto"/>
            </w:pPr>
            <w:r>
              <w:rPr>
                <w:rFonts w:ascii="宋体" w:hAnsi="宋体" w:eastAsia="宋体"/>
                <w:b w:val="0"/>
                <w:sz w:val="18"/>
              </w:rPr>
              <w:t>师：三角形有哪些特征?请你在小组内互相说一说。</w:t>
            </w:r>
          </w:p>
          <w:p>
            <w:pPr>
              <w:spacing w:after="20" w:line="276" w:lineRule="auto"/>
            </w:pPr>
            <w:r>
              <w:rPr>
                <w:rFonts w:ascii="宋体" w:hAnsi="宋体" w:eastAsia="宋体"/>
                <w:b w:val="0"/>
                <w:sz w:val="18"/>
              </w:rPr>
              <w:t>(2)三角形的分类。</w:t>
            </w:r>
          </w:p>
          <w:p>
            <w:pPr>
              <w:spacing w:after="20" w:line="276" w:lineRule="auto"/>
            </w:pPr>
            <w:r>
              <w:rPr>
                <w:rFonts w:ascii="宋体" w:hAnsi="宋体" w:eastAsia="宋体"/>
                <w:b w:val="0"/>
                <w:sz w:val="18"/>
              </w:rPr>
              <w:t>师：三角形可以怎样分类呢？请你把自己的想法记录下来。</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整理三角形按边分类时，要注意引导学生说出等腰三角形和等边三角形的特征，以及它们之间的关系。</w:t>
            </w:r>
          </w:p>
          <w:p>
            <w:pPr>
              <w:spacing w:after="20" w:line="276" w:lineRule="auto"/>
            </w:pPr>
            <w:r>
              <w:rPr>
                <w:rFonts w:ascii="宋体" w:hAnsi="宋体" w:eastAsia="宋体"/>
                <w:b w:val="0"/>
                <w:sz w:val="18"/>
              </w:rPr>
              <w:t>(3)复习扇形。</w:t>
            </w:r>
          </w:p>
          <w:p>
            <w:pPr>
              <w:spacing w:after="20" w:line="276" w:lineRule="auto"/>
            </w:pPr>
            <w:r>
              <w:rPr>
                <w:rFonts w:ascii="宋体" w:hAnsi="宋体" w:eastAsia="宋体"/>
                <w:b w:val="0"/>
                <w:sz w:val="18"/>
              </w:rPr>
              <w:t>师：有的同学说扇形也是三条线围成的图形，你同意吗？(学生表示赞同)请大家回忆一下，扇形有什么特征呢？</w:t>
            </w:r>
          </w:p>
          <w:p>
            <w:pPr>
              <w:spacing w:after="20" w:line="276" w:lineRule="auto"/>
            </w:pPr>
            <w:r>
              <w:rPr>
                <w:rFonts w:ascii="宋体" w:hAnsi="宋体" w:eastAsia="宋体"/>
                <w:b w:val="0"/>
                <w:sz w:val="18"/>
              </w:rPr>
              <w:t>4.复习“四条线”(四边形)。</w:t>
            </w:r>
          </w:p>
          <w:p>
            <w:pPr>
              <w:spacing w:after="20" w:line="276" w:lineRule="auto"/>
            </w:pPr>
            <w:r>
              <w:rPr>
                <w:rFonts w:ascii="宋体" w:hAnsi="宋体" w:eastAsia="宋体"/>
                <w:b w:val="0"/>
                <w:sz w:val="18"/>
              </w:rPr>
              <w:t>(1)师：从四条线的思路来开始复习。你想到了我们学过的哪些图形？</w:t>
            </w:r>
          </w:p>
          <w:p>
            <w:pPr>
              <w:spacing w:after="20" w:line="276" w:lineRule="auto"/>
            </w:pPr>
            <w:r>
              <w:rPr>
                <w:rFonts w:ascii="宋体" w:hAnsi="宋体" w:eastAsia="宋体"/>
                <w:b w:val="0"/>
                <w:sz w:val="18"/>
              </w:rPr>
              <w:t>师：你会给这些四边形分类吗？可以用集合图表示它们的关系。</w:t>
            </w:r>
          </w:p>
          <w:p>
            <w:pPr>
              <w:spacing w:after="20" w:line="276" w:lineRule="auto"/>
            </w:pPr>
            <w:r>
              <w:rPr>
                <w:rFonts w:ascii="宋体" w:hAnsi="宋体" w:eastAsia="宋体"/>
                <w:b w:val="0"/>
                <w:sz w:val="18"/>
              </w:rPr>
              <w:t>指导学生说出它们之间的关系，如正方形是特殊的长方形；平行四边形包括长方形和正方形；平行四边形、梯形都是特殊的四边形。学生容易弄混的是梯形与平行四边形的关系，注意指导学生找出不同。</w:t>
            </w:r>
          </w:p>
          <w:p>
            <w:pPr>
              <w:spacing w:after="20" w:line="276" w:lineRule="auto"/>
            </w:pPr>
            <w:r>
              <w:rPr>
                <w:rFonts w:ascii="宋体" w:hAnsi="宋体" w:eastAsia="宋体"/>
                <w:b w:val="0"/>
                <w:sz w:val="18"/>
              </w:rPr>
              <w:t>(2)完成教科书P85“做一做”。</w:t>
            </w:r>
          </w:p>
          <w:p>
            <w:pPr>
              <w:spacing w:after="20" w:line="276" w:lineRule="auto"/>
            </w:pPr>
            <w:r>
              <w:rPr>
                <w:rFonts w:ascii="宋体" w:hAnsi="宋体" w:eastAsia="宋体"/>
                <w:b w:val="0"/>
                <w:sz w:val="18"/>
              </w:rPr>
              <w:t>引导学生先想象，再用课件演示，在感受图形运动的同时，推理、验证平行四边形的两组对边分别相等，两组对角分别相等。也可以告诉学生平行四边形是中心对称图形，中心对称图形还有长方形、正方形、圆等，今后到初中会学习这些知识。</w:t>
            </w:r>
          </w:p>
        </w:tc>
        <w:tc>
          <w:tcPr>
            <w:tcW w:type="dxa" w:w="3061"/>
          </w:tcPr>
          <w:p>
            <w:pPr>
              <w:spacing w:after="20" w:line="276" w:lineRule="auto"/>
            </w:pPr>
            <w:r/>
            <w:r>
              <w:rPr>
                <w:rFonts w:ascii="宋体" w:hAnsi="宋体" w:eastAsia="宋体"/>
                <w:b w:val="0"/>
                <w:sz w:val="18"/>
              </w:rPr>
              <w:t>学生可能会回答直线、射线、线段。</w:t>
            </w:r>
          </w:p>
          <w:p>
            <w:pPr>
              <w:spacing w:after="20" w:line="276" w:lineRule="auto"/>
            </w:pPr>
            <w:r>
              <w:rPr>
                <w:rFonts w:ascii="宋体" w:hAnsi="宋体" w:eastAsia="宋体"/>
                <w:b w:val="0"/>
                <w:sz w:val="18"/>
              </w:rPr>
              <w:t>让学生直观体会到射线、线段都是直线的一部分。</w:t>
            </w:r>
          </w:p>
          <w:p>
            <w:pPr>
              <w:spacing w:after="20" w:line="276" w:lineRule="auto"/>
            </w:pPr>
            <w:r>
              <w:rPr>
                <w:rFonts w:ascii="宋体" w:hAnsi="宋体" w:eastAsia="宋体"/>
                <w:b w:val="0"/>
                <w:sz w:val="18"/>
              </w:rPr>
              <w:t>预设1：直线长，因为直线可以向两端无限延伸，射线只能向一端无限延伸。</w:t>
            </w:r>
          </w:p>
          <w:p>
            <w:pPr>
              <w:spacing w:after="20" w:line="276" w:lineRule="auto"/>
            </w:pPr>
            <w:r>
              <w:rPr>
                <w:rFonts w:ascii="宋体" w:hAnsi="宋体" w:eastAsia="宋体"/>
                <w:b w:val="0"/>
                <w:sz w:val="18"/>
              </w:rPr>
              <w:t>预设2：我觉得射线和直线的长度不能比较，因为它们都是无限长的。</w:t>
            </w:r>
          </w:p>
          <w:p>
            <w:pPr>
              <w:spacing w:after="20" w:line="276" w:lineRule="auto"/>
            </w:pPr>
            <w:r>
              <w:rPr>
                <w:rFonts w:ascii="宋体" w:hAnsi="宋体" w:eastAsia="宋体"/>
                <w:b w:val="0"/>
                <w:sz w:val="18"/>
              </w:rPr>
              <w:t>学生说出圆可以看成是由一条曲线围成的平面图形。</w:t>
            </w:r>
          </w:p>
          <w:p>
            <w:pPr>
              <w:spacing w:after="20" w:line="276" w:lineRule="auto"/>
            </w:pPr>
            <w:r>
              <w:rPr>
                <w:rFonts w:ascii="宋体" w:hAnsi="宋体" w:eastAsia="宋体"/>
                <w:b w:val="0"/>
                <w:sz w:val="18"/>
              </w:rPr>
              <w:t>学生小组内合作整理，教师巡视指导。</w:t>
            </w:r>
          </w:p>
          <w:p>
            <w:pPr>
              <w:spacing w:after="20" w:line="276" w:lineRule="auto"/>
            </w:pPr>
            <w:r>
              <w:rPr>
                <w:rFonts w:ascii="宋体" w:hAnsi="宋体" w:eastAsia="宋体"/>
                <w:b w:val="0"/>
                <w:sz w:val="18"/>
              </w:rPr>
              <w:t>提示学生画一个圆，然后结合图来进行整理。学生可能会说出圆心决定圆的位置，半径决定圆的大小；一个圆有无数条半径，一般用字母r表示；有无数条直径，一般用字母d表示；同圆或等圆内，直径的长度是半径的2倍，即d=2r；圆是轴对称图形，它有无数条对称轴。</w:t>
            </w:r>
          </w:p>
          <w:p>
            <w:pPr>
              <w:spacing w:after="20" w:line="276" w:lineRule="auto"/>
            </w:pPr>
            <w:r>
              <w:rPr>
                <w:rFonts w:ascii="宋体" w:hAnsi="宋体" w:eastAsia="宋体"/>
                <w:b w:val="0"/>
                <w:sz w:val="18"/>
              </w:rPr>
              <w:t>学生可能会说出平行线、垂线、角。</w:t>
            </w:r>
          </w:p>
          <w:p>
            <w:pPr>
              <w:spacing w:after="20" w:line="276" w:lineRule="auto"/>
            </w:pPr>
            <w:r>
              <w:rPr>
                <w:rFonts w:ascii="宋体" w:hAnsi="宋体" w:eastAsia="宋体"/>
                <w:b w:val="0"/>
                <w:sz w:val="18"/>
              </w:rPr>
              <w:t>学生自主画图，小组内交流后汇报，教师根据学生的汇报用课件出示表格。</w:t>
            </w:r>
          </w:p>
          <w:p>
            <w:pPr>
              <w:spacing w:after="20" w:line="276" w:lineRule="auto"/>
            </w:pPr>
            <w:r>
              <w:rPr>
                <w:rFonts w:ascii="宋体" w:hAnsi="宋体" w:eastAsia="宋体"/>
                <w:b w:val="0"/>
                <w:sz w:val="18"/>
              </w:rPr>
              <w:t>学生会说出直线a和直线b相交，直线c和直线d互相平行，直线e和直线f既不平行，又不相交。</w:t>
            </w:r>
          </w:p>
          <w:p>
            <w:pPr>
              <w:spacing w:after="20" w:line="276" w:lineRule="auto"/>
            </w:pPr>
            <w:r>
              <w:rPr>
                <w:rFonts w:ascii="宋体" w:hAnsi="宋体" w:eastAsia="宋体"/>
                <w:b w:val="0"/>
                <w:sz w:val="18"/>
              </w:rPr>
              <w:t>引导学生回答：因为直线可以向两端无限延长，这两条直线延长后会相交。</w:t>
            </w:r>
          </w:p>
          <w:p>
            <w:pPr>
              <w:spacing w:after="20" w:line="276" w:lineRule="auto"/>
            </w:pPr>
            <w:r>
              <w:rPr>
                <w:rFonts w:ascii="宋体" w:hAnsi="宋体" w:eastAsia="宋体"/>
                <w:b w:val="0"/>
                <w:sz w:val="18"/>
              </w:rPr>
              <w:t>指导学生说出可以在两条平行线之间画几条和它</w:t>
            </w:r>
          </w:p>
          <w:p>
            <w:pPr>
              <w:spacing w:after="20" w:line="276" w:lineRule="auto"/>
            </w:pPr>
            <w:r>
              <w:rPr>
                <w:rFonts w:ascii="宋体" w:hAnsi="宋体" w:eastAsia="宋体"/>
                <w:b w:val="0"/>
                <w:sz w:val="18"/>
              </w:rPr>
              <w:t>引导学生说出因为这两条直线不在同一个平面内，同一个平面内不相交的两条直线才叫平行线。</w:t>
            </w:r>
          </w:p>
          <w:p>
            <w:pPr>
              <w:spacing w:after="20" w:line="276" w:lineRule="auto"/>
            </w:pPr>
            <w:r>
              <w:rPr>
                <w:rFonts w:ascii="宋体" w:hAnsi="宋体" w:eastAsia="宋体"/>
                <w:b w:val="0"/>
                <w:sz w:val="18"/>
              </w:rPr>
              <w:t>学生自主整理汇报，课件出示表格。</w:t>
            </w:r>
          </w:p>
          <w:p>
            <w:pPr>
              <w:spacing w:after="20" w:line="276" w:lineRule="auto"/>
            </w:pPr>
            <w:r>
              <w:rPr>
                <w:rFonts w:ascii="宋体" w:hAnsi="宋体" w:eastAsia="宋体"/>
                <w:b w:val="0"/>
                <w:sz w:val="18"/>
              </w:rPr>
              <w:t>学生说出：锐角＜直角＜钝角＜平角＜周角。(教师板书)</w:t>
            </w:r>
          </w:p>
          <w:p>
            <w:pPr>
              <w:spacing w:after="20" w:line="276" w:lineRule="auto"/>
            </w:pPr>
            <w:r>
              <w:rPr>
                <w:rFonts w:ascii="宋体" w:hAnsi="宋体" w:eastAsia="宋体"/>
                <w:b w:val="0"/>
                <w:sz w:val="18"/>
              </w:rPr>
              <w:t>引导学生说出在放大镜下看角，它的大小不会变化，因为角的大小与角的两边的长短无关，只与角的两边张开的程度有关。</w:t>
            </w:r>
          </w:p>
          <w:p>
            <w:pPr>
              <w:spacing w:after="20" w:line="276" w:lineRule="auto"/>
            </w:pPr>
            <w:r>
              <w:rPr>
                <w:rFonts w:ascii="宋体" w:hAnsi="宋体" w:eastAsia="宋体"/>
                <w:b w:val="0"/>
                <w:sz w:val="18"/>
              </w:rPr>
              <w:t>学生可能会说出三角形和扇形。如果没有学生说出扇形，不必强调，后面再处理。</w:t>
            </w:r>
          </w:p>
          <w:p>
            <w:pPr>
              <w:spacing w:after="20" w:line="276" w:lineRule="auto"/>
            </w:pPr>
            <w:r>
              <w:rPr>
                <w:rFonts w:ascii="宋体" w:hAnsi="宋体" w:eastAsia="宋体"/>
                <w:b w:val="0"/>
                <w:sz w:val="18"/>
              </w:rPr>
              <w:t>学生可能会从稳定性、三角形的内角和、三角形三边的关系来汇报，教师及时予以鼓励和评价，如果出现错误，可以让其他学生辨析订正。</w:t>
            </w:r>
          </w:p>
          <w:p>
            <w:pPr>
              <w:spacing w:after="20" w:line="276" w:lineRule="auto"/>
            </w:pPr>
            <w:r>
              <w:rPr>
                <w:rFonts w:ascii="宋体" w:hAnsi="宋体" w:eastAsia="宋体"/>
                <w:b w:val="0"/>
                <w:sz w:val="18"/>
              </w:rPr>
              <w:t>学生独立完成后，汇报交流，教师根据学生的汇报在黑板上用集合图表示三角形的分类：</w:t>
            </w:r>
          </w:p>
          <w:p>
            <w:pPr>
              <w:spacing w:after="20" w:line="276" w:lineRule="auto"/>
            </w:pPr>
            <w:r>
              <w:rPr>
                <w:rFonts w:ascii="宋体" w:hAnsi="宋体" w:eastAsia="宋体"/>
                <w:b w:val="0"/>
                <w:sz w:val="18"/>
              </w:rPr>
              <w:t>学生独立完成后集体汇报，课件出示答案。</w:t>
            </w:r>
          </w:p>
          <w:p>
            <w:pPr>
              <w:spacing w:after="20" w:line="276" w:lineRule="auto"/>
            </w:pPr>
            <w:r>
              <w:rPr>
                <w:rFonts w:ascii="宋体" w:hAnsi="宋体" w:eastAsia="宋体"/>
                <w:b w:val="0"/>
                <w:sz w:val="18"/>
              </w:rPr>
              <w:t>学生自主梳理，汇报。</w:t>
            </w:r>
          </w:p>
          <w:p>
            <w:pPr>
              <w:spacing w:after="20" w:line="276" w:lineRule="auto"/>
            </w:pPr>
            <w:r>
              <w:rPr>
                <w:rFonts w:ascii="宋体" w:hAnsi="宋体" w:eastAsia="宋体"/>
                <w:b w:val="0"/>
                <w:sz w:val="18"/>
              </w:rPr>
              <w:t>指导学生画出一个扇形，明确一条弧和经过这条弧两端的两条半径所围成的图形叫做扇形。</w:t>
            </w:r>
          </w:p>
          <w:p>
            <w:pPr>
              <w:spacing w:after="20" w:line="276" w:lineRule="auto"/>
            </w:pPr>
            <w:r>
              <w:rPr>
                <w:rFonts w:ascii="宋体" w:hAnsi="宋体" w:eastAsia="宋体"/>
                <w:b w:val="0"/>
                <w:sz w:val="18"/>
              </w:rPr>
              <w:t>学生会说出长方形、正方形、平行四边形、梯形、四边形。(教师追问：这些图形的共同特点是什么？引导学生说出都是由四条直的边围成的图形，都有4个角。)</w:t>
            </w:r>
          </w:p>
          <w:p>
            <w:pPr>
              <w:spacing w:after="20" w:line="276" w:lineRule="auto"/>
            </w:pPr>
            <w:r>
              <w:rPr>
                <w:rFonts w:ascii="宋体" w:hAnsi="宋体" w:eastAsia="宋体"/>
                <w:b w:val="0"/>
                <w:sz w:val="18"/>
              </w:rPr>
              <w:t>学生讨论完成后汇报，教师根据学生的汇报板书：</w:t>
            </w:r>
          </w:p>
        </w:tc>
        <w:tc>
          <w:tcPr>
            <w:tcW w:type="dxa" w:w="1814"/>
          </w:tcPr>
          <w:p>
            <w:pPr>
              <w:spacing w:after="20" w:line="276" w:lineRule="auto"/>
            </w:pPr>
            <w:r/>
            <w:r>
              <w:rPr>
                <w:rFonts w:ascii="宋体" w:hAnsi="宋体" w:eastAsia="宋体"/>
                <w:b w:val="0"/>
                <w:sz w:val="18"/>
              </w:rPr>
              <w:t>引导学生把圆放入“一条线”的图形中来整理复习，有利于学生沟通线与面之间的关系，构建知识网络。</w:t>
            </w:r>
          </w:p>
          <w:p>
            <w:pPr>
              <w:spacing w:after="20" w:line="276" w:lineRule="auto"/>
            </w:pPr>
            <w:r>
              <w:rPr>
                <w:rFonts w:ascii="宋体" w:hAnsi="宋体" w:eastAsia="宋体"/>
                <w:b w:val="0"/>
                <w:sz w:val="18"/>
              </w:rPr>
              <w:t>在多边形中，三角形是最基本的图形，复习整理三角形特征的活动经验可以迁移到其他平面图形中。这一组练习针对学生的易错点，让学生在辨析、说明理由的过程中，进一步加深对三角形特征的认识。</w:t>
            </w:r>
          </w:p>
          <w:p>
            <w:pPr>
              <w:spacing w:after="20" w:line="276" w:lineRule="auto"/>
            </w:pPr>
            <w:r>
              <w:rPr>
                <w:rFonts w:ascii="宋体" w:hAnsi="宋体" w:eastAsia="宋体"/>
                <w:b w:val="0"/>
                <w:sz w:val="18"/>
              </w:rPr>
              <w:t>按照三条线的思路，除了三角形，还有扇形，回顾整理扇形的特征，自主建构知识结构。</w:t>
            </w:r>
          </w:p>
          <w:p>
            <w:pPr>
              <w:spacing w:after="20" w:line="276" w:lineRule="auto"/>
            </w:pPr>
            <w:r>
              <w:rPr>
                <w:rFonts w:ascii="宋体" w:hAnsi="宋体" w:eastAsia="宋体"/>
                <w:b w:val="0"/>
                <w:sz w:val="18"/>
              </w:rPr>
              <w:t>给学生充分的时间和空间，放手让他们自主整理、相互交流，利用集体智慧完成知识的整理过程，让学生清楚地理解图形之间的联系，让旧知“生长”起来，这样更有利于学生对知识进行有意义的识记与内化，促进认知模块的建构。</w:t>
            </w:r>
          </w:p>
        </w:tc>
      </w:tr>
      <w:tr>
        <w:tc>
          <w:tcPr>
            <w:tcW w:type="dxa" w:w="1474"/>
          </w:tcPr>
          <w:p>
            <w:pPr>
              <w:spacing w:after="20" w:line="276" w:lineRule="auto"/>
            </w:pPr>
            <w:r>
              <w:rPr>
                <w:b/>
              </w:rPr>
            </w:r>
            <w:r>
              <w:rPr>
                <w:rFonts w:ascii="宋体" w:hAnsi="宋体" w:eastAsia="宋体"/>
                <w:b/>
                <w:sz w:val="18"/>
              </w:rPr>
              <w:t>三、巩固练习，释疑解难</w:t>
            </w:r>
          </w:p>
        </w:tc>
        <w:tc>
          <w:tcPr>
            <w:tcW w:type="dxa" w:w="3061"/>
          </w:tcPr>
          <w:p>
            <w:pPr>
              <w:spacing w:after="20" w:line="276" w:lineRule="auto"/>
            </w:pPr>
            <w:r/>
            <w:r>
              <w:rPr>
                <w:rFonts w:ascii="宋体" w:hAnsi="宋体" w:eastAsia="宋体"/>
                <w:b w:val="0"/>
                <w:sz w:val="18"/>
              </w:rPr>
              <w:t>1.完成教科书P88“练习十八”第1、2题。</w:t>
            </w:r>
          </w:p>
          <w:p>
            <w:pPr>
              <w:spacing w:after="20" w:line="276" w:lineRule="auto"/>
            </w:pPr>
            <w:r>
              <w:rPr>
                <w:rFonts w:ascii="宋体" w:hAnsi="宋体" w:eastAsia="宋体"/>
                <w:b w:val="0"/>
                <w:sz w:val="18"/>
              </w:rPr>
              <w:t>第2题：这是一道巩固计量单位的练习题，可以指导学生复习长度单位、面积单位、体积单位、质量单位、容积单位的进率以及它们之间的区别，再根据实际选择合适的计量单位。</w:t>
            </w:r>
          </w:p>
          <w:p>
            <w:pPr>
              <w:spacing w:after="20" w:line="276" w:lineRule="auto"/>
            </w:pPr>
            <w:r>
              <w:rPr>
                <w:rFonts w:ascii="宋体" w:hAnsi="宋体" w:eastAsia="宋体"/>
                <w:b w:val="0"/>
                <w:sz w:val="18"/>
              </w:rPr>
              <w:t>2.完成教科书P86“做一做”第1~3题。</w:t>
            </w:r>
          </w:p>
          <w:p>
            <w:pPr>
              <w:spacing w:after="20" w:line="276" w:lineRule="auto"/>
            </w:pPr>
            <w:r>
              <w:rPr>
                <w:rFonts w:ascii="宋体" w:hAnsi="宋体" w:eastAsia="宋体"/>
                <w:b w:val="0"/>
                <w:sz w:val="18"/>
              </w:rPr>
              <w:t>第2题：本题的答案有多种，需要指导学生根据“三角形任意两边的和大于第三边”的性质有序组合，找到所有符合条件的组合。</w:t>
            </w:r>
          </w:p>
          <w:p>
            <w:pPr>
              <w:spacing w:after="20" w:line="276" w:lineRule="auto"/>
            </w:pPr>
            <w:r>
              <w:rPr>
                <w:rFonts w:ascii="宋体" w:hAnsi="宋体" w:eastAsia="宋体"/>
                <w:b w:val="0"/>
                <w:sz w:val="18"/>
              </w:rPr>
              <w:t>第3题：明确三角形的内角和是180，所以直角三角形的两个锐角和一定是90。此时可以延伸：锐角三角形的任意两个锐角和一定大于90，钝角三角形的两个锐角和一定小于90。</w:t>
            </w:r>
          </w:p>
          <w:p>
            <w:pPr>
              <w:spacing w:after="20" w:line="276" w:lineRule="auto"/>
            </w:pPr>
            <w:r>
              <w:rPr>
                <w:rFonts w:ascii="宋体" w:hAnsi="宋体" w:eastAsia="宋体"/>
                <w:b w:val="0"/>
                <w:sz w:val="18"/>
              </w:rPr>
              <w:t>3.释疑解难。</w:t>
            </w:r>
          </w:p>
          <w:p>
            <w:pPr>
              <w:spacing w:after="20" w:line="276" w:lineRule="auto"/>
            </w:pPr>
            <w:r>
              <w:rPr>
                <w:rFonts w:ascii="宋体" w:hAnsi="宋体" w:eastAsia="宋体"/>
                <w:b w:val="0"/>
                <w:sz w:val="18"/>
              </w:rPr>
              <w:t>师：通过刚才的复习，你们对于平面图形的认识还有什么疑问吗？</w:t>
            </w:r>
          </w:p>
          <w:p>
            <w:pPr>
              <w:spacing w:after="20" w:line="276" w:lineRule="auto"/>
            </w:pPr>
            <w:r>
              <w:rPr>
                <w:rFonts w:ascii="宋体" w:hAnsi="宋体" w:eastAsia="宋体"/>
                <w:b w:val="0"/>
                <w:sz w:val="18"/>
              </w:rPr>
              <w:t>鼓励学生提问，并引导学生相互交流、答疑。</w:t>
            </w:r>
          </w:p>
        </w:tc>
        <w:tc>
          <w:tcPr>
            <w:tcW w:type="dxa" w:w="3061"/>
          </w:tcPr>
          <w:p>
            <w:pPr>
              <w:spacing w:after="20" w:line="276" w:lineRule="auto"/>
            </w:pPr>
            <w:r/>
            <w:r>
              <w:rPr>
                <w:rFonts w:ascii="宋体" w:hAnsi="宋体" w:eastAsia="宋体"/>
                <w:b w:val="0"/>
                <w:sz w:val="18"/>
              </w:rPr>
              <w:t>学生独立解答后集体交流。</w:t>
            </w:r>
          </w:p>
          <w:p>
            <w:pPr>
              <w:spacing w:after="20" w:line="276" w:lineRule="auto"/>
            </w:pPr>
            <w:r>
              <w:rPr>
                <w:rFonts w:ascii="宋体" w:hAnsi="宋体" w:eastAsia="宋体"/>
                <w:b w:val="0"/>
                <w:sz w:val="18"/>
              </w:rPr>
              <w:t>第1题：交流时要求学生说出判断的理由。</w:t>
            </w:r>
          </w:p>
          <w:p>
            <w:pPr>
              <w:spacing w:after="20" w:line="276" w:lineRule="auto"/>
            </w:pPr>
            <w:r>
              <w:rPr>
                <w:rFonts w:ascii="宋体" w:hAnsi="宋体" w:eastAsia="宋体"/>
                <w:b w:val="0"/>
                <w:sz w:val="18"/>
              </w:rPr>
              <w:t>学生独立解答后，先在小组内交流订正，教师收集错例展示辨析。</w:t>
            </w:r>
          </w:p>
          <w:p>
            <w:pPr>
              <w:spacing w:after="20" w:line="276" w:lineRule="auto"/>
            </w:pPr>
            <w:r>
              <w:rPr>
                <w:rFonts w:ascii="宋体" w:hAnsi="宋体" w:eastAsia="宋体"/>
                <w:b w:val="0"/>
                <w:sz w:val="18"/>
              </w:rPr>
              <w:t>第1题：学生通过动手画图，即可解答，感觉不太困难。</w:t>
            </w:r>
          </w:p>
        </w:tc>
        <w:tc>
          <w:tcPr>
            <w:tcW w:type="dxa" w:w="1814"/>
          </w:tcPr>
          <w:p>
            <w:pPr>
              <w:spacing w:after="20" w:line="276" w:lineRule="auto"/>
            </w:pPr>
            <w:r/>
            <w:r>
              <w:rPr>
                <w:rFonts w:ascii="宋体" w:hAnsi="宋体" w:eastAsia="宋体"/>
                <w:b w:val="0"/>
                <w:sz w:val="18"/>
              </w:rPr>
              <w:t>通过练习，加强对概念的理解。在辨析中帮助学生理解概念的内涵，建立合适的长度、面积、体积和质量的观念。</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师：通过今天的复习，你们有哪些收获呢？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引导学生回顾梳理本课所学，完善认知结构，提升归纳与反思能力，核心问题："通过今天的复习，你们有哪些收获呢？"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【教学笔记】</w:t>
      </w:r>
    </w:p>
    <w:p>
      <w:pPr>
        <w:spacing w:after="40" w:line="300" w:lineRule="auto"/>
      </w:pPr>
      <w:r>
        <w:rPr>
          <w:rFonts w:ascii="宋体" w:hAnsi="宋体" w:eastAsia="宋体"/>
          <w:b w:val="0"/>
          <w:sz w:val="20"/>
        </w:rPr>
        <w:t>【教学提示】</w:t>
      </w:r>
    </w:p>
    <w:p>
      <w:pPr>
        <w:spacing w:after="40" w:line="300" w:lineRule="auto"/>
      </w:pPr>
      <w:r>
        <w:rPr>
          <w:rFonts w:ascii="宋体" w:hAnsi="宋体" w:eastAsia="宋体"/>
          <w:b w:val="0"/>
          <w:sz w:val="20"/>
        </w:rPr>
        <w:t>让学生学会质疑，学会反思，在质疑中提高，在反思中提升。如果有学生提出多边形的情况，可以让学生课后进行整理。</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（2）在两条平行线间可以画（ ）条垂线段，这些垂线段的长度（ ）。 （3）右图中，小圆的半径是（ ）cm，大圆的直径是（ ）cm。 （4）学科融合杠板归是廖科、廖属植物，叶子是近似的等边三角形。把一片杠板归叶子按1∶2画在纸上，叶子各角应画（ ）。 2选一选。（将正确答案的序号填在括号里） （1）下面对称轴条数最多的是（ ）。 A.长方形 B.正方形 C.等边三角形 D.等腰梯形 （2）如右图，状状用一张长方形纸折纸飞机，图中AB和AC的位置关系是（ ）。 A.互相垂直 B.互相平行 C.相交不垂直 D.无法确定 （3）从一张平行四边形卡纸上剪去一个三角形，剩下图形的内角和不可能是（ ）。 A.90 B.180 C.360 D.540 参考答案 1.（1）1 6 3 （2）无数 相等 （3）1.5 6 （4）60 2.（1）B （2）A （3）A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按照一条线、两条线、三条线、四条线的思路去回忆整理平面图形，并提示学生从它们的名称、特征、关系三个方面入手去整理。通过分类整理，形成知识网络。如果课前布置学习任务，要求学生自主整理或小组合作整理平面图形的知识，教师再在课堂上选择一些学生的作品有序展示，并且答疑、交流，可以节省时间，达到更好的效果。</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数的认识（1）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数的认识（1）</w:t>
            </w:r>
          </w:p>
        </w:tc>
        <w:tc>
          <w:tcPr>
            <w:tcW w:type="dxa" w:w="6009"/>
          </w:tcPr>
          <w:p>
            <w:pPr>
              <w:spacing w:after="20" w:line="276" w:lineRule="auto"/>
            </w:pPr>
            <w:r/>
            <w:r>
              <w:rPr>
                <w:rFonts w:ascii="宋体" w:hAnsi="宋体" w:eastAsia="宋体"/>
                <w:b w:val="0"/>
                <w:sz w:val="20"/>
              </w:rPr>
              <w:t>第6单元 整理和复习（数与代数）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（1）通过自主探索和合作学习，系统地掌握自然数、整数、分数、小数、百分数、负数的意义以及它们之间的联系和区别。</w:t>
      </w:r>
    </w:p>
    <w:p>
      <w:pPr>
        <w:spacing w:after="20" w:line="300" w:lineRule="auto"/>
        <w:ind w:firstLine="400"/>
      </w:pPr>
      <w:r>
        <w:rPr>
          <w:rFonts w:ascii="宋体" w:hAnsi="宋体" w:eastAsia="宋体"/>
          <w:b w:val="0"/>
          <w:sz w:val="20"/>
        </w:rPr>
        <w:t>（2）在整理复习中形成知识网络，掌握复习方法，提高综合运用的能力。</w:t>
      </w:r>
    </w:p>
    <w:p>
      <w:pPr>
        <w:spacing w:after="20" w:line="300" w:lineRule="auto"/>
        <w:ind w:firstLine="400"/>
      </w:pPr>
      <w:r>
        <w:rPr>
          <w:rFonts w:ascii="宋体" w:hAnsi="宋体" w:eastAsia="宋体"/>
          <w:b w:val="0"/>
          <w:sz w:val="20"/>
        </w:rPr>
        <w:t>（3）感受数学思考的条理性，激发学生的学习兴趣，培养学生的应用意识和创新意识。</w:t>
      </w:r>
    </w:p>
    <w:p>
      <w:pPr>
        <w:spacing w:after="20" w:line="300" w:lineRule="auto"/>
      </w:pPr>
      <w:r>
        <w:rPr>
          <w:rFonts w:ascii="宋体" w:hAnsi="宋体" w:eastAsia="宋体"/>
          <w:b w:val="0"/>
          <w:sz w:val="20"/>
        </w:rPr>
        <w:t>教学重点：进一步理解整数、分数、小数等概念的意义，沟通联系，形成知识网络。</w:t>
      </w:r>
    </w:p>
    <w:p>
      <w:pPr>
        <w:spacing w:after="20" w:line="300" w:lineRule="auto"/>
      </w:pPr>
      <w:r>
        <w:rPr>
          <w:rFonts w:ascii="宋体" w:hAnsi="宋体" w:eastAsia="宋体"/>
          <w:b w:val="0"/>
          <w:sz w:val="20"/>
        </w:rPr>
        <w:t>教学难点：沟通数之间的联系，形成知识网络。</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一、回顾学过的数，揭示课题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那你们知道这些数在信息中的含义吗？；数在我们的生活中应用非常广泛，我们的生产、生活都离不开数。你还能说出哪些你学过的数？</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二、回顾整理，构建知识网络</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刚才同学们说出了这么多的数，你能把学过的数整理成图表来表示吗？这些数之间有什么联系？</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三、复习十进制计数法</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共有1.9万名志愿者参加了志愿服务。你能将1.9万这个数改写成计数单位是“一”的数吗?</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四、复习分数的基本性质和小数的基本性质</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分数的基本性质和小数的基本性质有什么联系？</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五、复习小数点的位置移动引起小数变化的规律</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算一算，再仔细观察这组算式，你发现了什么?小数点移动位置,小数的大小有什么变化规律?</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六、理解大数的含义</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七、巩固练习，释疑解难</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通过刚才的复习，你们对于数的认识还有什么疑问吗？</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八、课堂小结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通过今天的复习，你们有哪些收获呢？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一、回顾学过的数，揭示课题</w:t>
            </w:r>
          </w:p>
        </w:tc>
        <w:tc>
          <w:tcPr>
            <w:tcW w:type="dxa" w:w="3061"/>
          </w:tcPr>
          <w:p>
            <w:pPr>
              <w:spacing w:after="20" w:line="276" w:lineRule="auto"/>
            </w:pPr>
            <w:r/>
            <w:r>
              <w:rPr>
                <w:rFonts w:ascii="宋体" w:hAnsi="宋体" w:eastAsia="宋体"/>
                <w:b w:val="0"/>
                <w:sz w:val="18"/>
              </w:rPr>
              <w:t>1.课件出示教科书P71的部分内容。</w:t>
            </w:r>
          </w:p>
          <w:p>
            <w:pPr>
              <w:spacing w:after="20" w:line="276" w:lineRule="auto"/>
            </w:pPr>
            <w:r>
              <w:rPr>
                <w:rFonts w:ascii="宋体" w:hAnsi="宋体" w:eastAsia="宋体"/>
                <w:b w:val="0"/>
                <w:sz w:val="18"/>
              </w:rPr>
              <w:t>师：同学们，从今天开始，我们一起来对小学阶段所学过的数</w:t>
            </w:r>
          </w:p>
          <w:p>
            <w:pPr>
              <w:spacing w:after="20" w:line="276" w:lineRule="auto"/>
            </w:pPr>
            <w:r>
              <w:rPr>
                <w:rFonts w:ascii="宋体" w:hAnsi="宋体" w:eastAsia="宋体"/>
                <w:b w:val="0"/>
                <w:sz w:val="18"/>
              </w:rPr>
              <w:t>的知识进行一个系统的整理和复习。请同学们观察屏幕上的信息，在这些信息中你能找到哪些熟悉的数？［板书课题：数的认识(1)］</w:t>
            </w:r>
          </w:p>
          <w:p>
            <w:pPr>
              <w:spacing w:after="20" w:line="276" w:lineRule="auto"/>
            </w:pPr>
            <w:r>
              <w:rPr>
                <w:rFonts w:ascii="宋体" w:hAnsi="宋体" w:eastAsia="宋体"/>
                <w:b w:val="0"/>
                <w:sz w:val="18"/>
              </w:rPr>
              <w:t>2.理解数的含义。</w:t>
            </w:r>
          </w:p>
          <w:p>
            <w:pPr>
              <w:spacing w:after="20" w:line="276" w:lineRule="auto"/>
            </w:pPr>
            <w:r>
              <w:rPr>
                <w:rFonts w:ascii="宋体" w:hAnsi="宋体" w:eastAsia="宋体"/>
                <w:b w:val="0"/>
                <w:sz w:val="18"/>
              </w:rPr>
              <w:t>师：那你们知道这些数在信息中的含义吗？</w:t>
            </w:r>
          </w:p>
          <w:p>
            <w:pPr>
              <w:spacing w:after="20" w:line="276" w:lineRule="auto"/>
            </w:pPr>
            <w:r>
              <w:rPr>
                <w:rFonts w:ascii="宋体" w:hAnsi="宋体" w:eastAsia="宋体"/>
                <w:b w:val="0"/>
                <w:sz w:val="18"/>
              </w:rPr>
              <w:t>3.回忆小学阶段学过的数。</w:t>
            </w:r>
          </w:p>
          <w:p>
            <w:pPr>
              <w:spacing w:after="20" w:line="276" w:lineRule="auto"/>
            </w:pPr>
            <w:r>
              <w:rPr>
                <w:rFonts w:ascii="宋体" w:hAnsi="宋体" w:eastAsia="宋体"/>
                <w:b w:val="0"/>
                <w:sz w:val="18"/>
              </w:rPr>
              <w:t>师：数在我们的生活中应用非常广泛，我们的生产、生活都离不开数。你还能说出哪些你学过的数？</w:t>
            </w:r>
          </w:p>
          <w:p>
            <w:pPr>
              <w:spacing w:after="20" w:line="276" w:lineRule="auto"/>
            </w:pPr>
            <w:r>
              <w:rPr>
                <w:rFonts w:ascii="宋体" w:hAnsi="宋体" w:eastAsia="宋体"/>
                <w:b w:val="0"/>
                <w:sz w:val="18"/>
              </w:rPr>
              <w:t>在整理汇报环节，注意学生汇报时会有不同的整理方法和呈现方式，只要合理就应肯定。</w:t>
            </w:r>
          </w:p>
        </w:tc>
        <w:tc>
          <w:tcPr>
            <w:tcW w:type="dxa" w:w="3061"/>
          </w:tcPr>
          <w:p>
            <w:pPr>
              <w:spacing w:after="20" w:line="276" w:lineRule="auto"/>
            </w:pPr>
            <w:r/>
            <w:r>
              <w:rPr>
                <w:rFonts w:ascii="宋体" w:hAnsi="宋体" w:eastAsia="宋体"/>
                <w:b w:val="0"/>
                <w:sz w:val="18"/>
              </w:rPr>
              <w:t>学生说出有自然数、整数、小数、分数，还有百分数。(教师根据学生的回答板书。)</w:t>
            </w:r>
          </w:p>
          <w:p>
            <w:pPr>
              <w:spacing w:after="20" w:line="276" w:lineRule="auto"/>
            </w:pPr>
            <w:r>
              <w:rPr>
                <w:rFonts w:ascii="宋体" w:hAnsi="宋体" w:eastAsia="宋体"/>
                <w:b w:val="0"/>
                <w:sz w:val="18"/>
              </w:rPr>
              <w:t>学生结合具体情境说出资料中这些数的含义，师生一起评议。在交流中，请学生读一读资料中的数，并注意读得是否正确，发现问题及时纠正。</w:t>
            </w:r>
          </w:p>
          <w:p>
            <w:pPr>
              <w:spacing w:after="20" w:line="276" w:lineRule="auto"/>
            </w:pPr>
            <w:r>
              <w:rPr>
                <w:rFonts w:ascii="宋体" w:hAnsi="宋体" w:eastAsia="宋体"/>
                <w:b w:val="0"/>
                <w:sz w:val="18"/>
              </w:rPr>
              <w:t>预设1：还学过真分数、假分数。</w:t>
            </w:r>
          </w:p>
          <w:p>
            <w:pPr>
              <w:spacing w:after="20" w:line="276" w:lineRule="auto"/>
            </w:pPr>
            <w:r>
              <w:rPr>
                <w:rFonts w:ascii="宋体" w:hAnsi="宋体" w:eastAsia="宋体"/>
                <w:b w:val="0"/>
                <w:sz w:val="18"/>
              </w:rPr>
              <w:t>预设2：还学过有限小数、无限小数。(教师根据学生的回答板书。)</w:t>
            </w:r>
          </w:p>
        </w:tc>
        <w:tc>
          <w:tcPr>
            <w:tcW w:type="dxa" w:w="1814"/>
          </w:tcPr>
          <w:p>
            <w:pPr>
              <w:spacing w:after="20" w:line="276" w:lineRule="auto"/>
            </w:pPr>
            <w:r/>
            <w:r>
              <w:rPr>
                <w:rFonts w:ascii="宋体" w:hAnsi="宋体" w:eastAsia="宋体"/>
                <w:b w:val="0"/>
                <w:sz w:val="18"/>
              </w:rPr>
              <w:t>由于数在生活中应用广泛，因此让学生在一组生活信息中寻找熟悉的数，在具体情境中理解数的含义以及复习数的读、写法。让学生对所学旧知进行一个整体回顾，能更好地对所学知识进行系统的归纳和整理。</w:t>
            </w:r>
          </w:p>
        </w:tc>
      </w:tr>
      <w:tr>
        <w:tc>
          <w:tcPr>
            <w:tcW w:type="dxa" w:w="1474"/>
          </w:tcPr>
          <w:p>
            <w:pPr>
              <w:spacing w:after="20" w:line="276" w:lineRule="auto"/>
            </w:pPr>
            <w:r>
              <w:rPr>
                <w:b/>
              </w:rPr>
            </w:r>
            <w:r>
              <w:rPr>
                <w:rFonts w:ascii="宋体" w:hAnsi="宋体" w:eastAsia="宋体"/>
                <w:b/>
                <w:sz w:val="18"/>
              </w:rPr>
              <w:t>二、回顾整理，构建知识网络</w:t>
            </w:r>
          </w:p>
        </w:tc>
        <w:tc>
          <w:tcPr>
            <w:tcW w:type="dxa" w:w="3061"/>
          </w:tcPr>
          <w:p>
            <w:pPr>
              <w:spacing w:after="20" w:line="276" w:lineRule="auto"/>
            </w:pPr>
            <w:r/>
            <w:r>
              <w:rPr>
                <w:rFonts w:ascii="宋体" w:hAnsi="宋体" w:eastAsia="宋体"/>
                <w:b w:val="0"/>
                <w:sz w:val="18"/>
              </w:rPr>
              <w:t>1.引导学生整理汇报。</w:t>
            </w:r>
          </w:p>
          <w:p>
            <w:pPr>
              <w:spacing w:after="20" w:line="276" w:lineRule="auto"/>
            </w:pPr>
            <w:r>
              <w:rPr>
                <w:rFonts w:ascii="宋体" w:hAnsi="宋体" w:eastAsia="宋体"/>
                <w:b w:val="0"/>
                <w:sz w:val="18"/>
              </w:rPr>
              <w:t>师：刚才同学们说出了这么多的数，你能把学过的数整理成图表来表示吗？这些数之间有什么联系？</w:t>
            </w:r>
          </w:p>
          <w:p>
            <w:pPr>
              <w:spacing w:after="20" w:line="276" w:lineRule="auto"/>
            </w:pPr>
            <w:r>
              <w:rPr>
                <w:rFonts w:ascii="宋体" w:hAnsi="宋体" w:eastAsia="宋体"/>
                <w:b w:val="0"/>
                <w:sz w:val="18"/>
              </w:rPr>
              <w:t>2.师生一起交流，得出结论。(出示课件)</w:t>
            </w:r>
          </w:p>
          <w:p>
            <w:pPr>
              <w:spacing w:after="20" w:line="276" w:lineRule="auto"/>
            </w:pPr>
            <w:r>
              <w:rPr>
                <w:rFonts w:ascii="宋体" w:hAnsi="宋体" w:eastAsia="宋体"/>
                <w:b w:val="0"/>
                <w:sz w:val="18"/>
              </w:rPr>
              <w:t>3.结合分析，师生一起整理数的分类，教师板书。</w:t>
            </w:r>
          </w:p>
          <w:p>
            <w:pPr>
              <w:spacing w:after="20" w:line="276" w:lineRule="auto"/>
            </w:pPr>
            <w:r>
              <w:rPr>
                <w:rFonts w:ascii="宋体" w:hAnsi="宋体" w:eastAsia="宋体"/>
                <w:b w:val="0"/>
                <w:sz w:val="18"/>
              </w:rPr>
              <w:t>在整理汇报环节，注意学生汇报是会有不同的整理方法和呈现方式，只要合理就应肯定。</w:t>
            </w:r>
          </w:p>
          <w:p>
            <w:pPr>
              <w:spacing w:after="20" w:line="276" w:lineRule="auto"/>
            </w:pPr>
            <w:r>
              <w:rPr>
                <w:rFonts w:ascii="宋体" w:hAnsi="宋体" w:eastAsia="宋体"/>
                <w:b w:val="0"/>
                <w:sz w:val="18"/>
              </w:rPr>
              <w:t>师：0也是自然数，但它既不是正整数，也不是负整数。正整数和负整数表示一对具有相反意义的量。</w:t>
            </w:r>
          </w:p>
          <w:p>
            <w:pPr>
              <w:spacing w:after="20" w:line="276" w:lineRule="auto"/>
            </w:pPr>
            <w:r>
              <w:rPr>
                <w:rFonts w:ascii="宋体" w:hAnsi="宋体" w:eastAsia="宋体"/>
                <w:b w:val="0"/>
                <w:sz w:val="18"/>
              </w:rPr>
              <w:t>4.在直线上表示数。</w:t>
            </w:r>
          </w:p>
          <w:p>
            <w:pPr>
              <w:spacing w:after="20" w:line="276" w:lineRule="auto"/>
            </w:pPr>
            <w:r>
              <w:rPr>
                <w:rFonts w:ascii="宋体" w:hAnsi="宋体" w:eastAsia="宋体"/>
                <w:b w:val="0"/>
                <w:sz w:val="18"/>
              </w:rPr>
              <w:t>师：请你在直线上表示-3、0、 EMBED Equation.DSMT4  、1、3.5、5。</w:t>
            </w:r>
          </w:p>
          <w:p>
            <w:pPr>
              <w:spacing w:after="20" w:line="276" w:lineRule="auto"/>
            </w:pPr>
            <w:r>
              <w:rPr>
                <w:rFonts w:ascii="宋体" w:hAnsi="宋体" w:eastAsia="宋体"/>
                <w:b w:val="0"/>
                <w:sz w:val="18"/>
              </w:rPr>
              <w:t>师：请你自己想几个数，并在直线上表示出来，同桌互相检查一下。</w:t>
            </w:r>
          </w:p>
          <w:p>
            <w:pPr>
              <w:spacing w:after="20" w:line="276" w:lineRule="auto"/>
            </w:pPr>
            <w:r>
              <w:rPr>
                <w:rFonts w:ascii="宋体" w:hAnsi="宋体" w:eastAsia="宋体"/>
                <w:b w:val="0"/>
                <w:sz w:val="18"/>
              </w:rPr>
              <w:t>5.完成教科书P72“做一做”。</w:t>
            </w:r>
          </w:p>
        </w:tc>
        <w:tc>
          <w:tcPr>
            <w:tcW w:type="dxa" w:w="3061"/>
          </w:tcPr>
          <w:p>
            <w:pPr>
              <w:spacing w:after="20" w:line="276" w:lineRule="auto"/>
            </w:pPr>
            <w:r/>
            <w:r>
              <w:rPr>
                <w:rFonts w:ascii="宋体" w:hAnsi="宋体" w:eastAsia="宋体"/>
                <w:b w:val="0"/>
                <w:sz w:val="18"/>
              </w:rPr>
              <w:t>学生分小组合作交流，教师巡视，并参与小组的活动。</w:t>
            </w:r>
          </w:p>
          <w:p>
            <w:pPr>
              <w:spacing w:after="20" w:line="276" w:lineRule="auto"/>
            </w:pPr>
            <w:r>
              <w:rPr>
                <w:rFonts w:ascii="宋体" w:hAnsi="宋体" w:eastAsia="宋体"/>
                <w:b w:val="0"/>
                <w:sz w:val="18"/>
              </w:rPr>
              <w:t>学生独立完成教科书P72第2题后点名交流。</w:t>
            </w:r>
          </w:p>
          <w:p>
            <w:pPr>
              <w:spacing w:after="20" w:line="276" w:lineRule="auto"/>
            </w:pPr>
            <w:r>
              <w:rPr>
                <w:rFonts w:ascii="宋体" w:hAnsi="宋体" w:eastAsia="宋体"/>
                <w:b w:val="0"/>
                <w:sz w:val="18"/>
              </w:rPr>
              <w:t>学生在直线上表示出这些数，师生共同评议。(课件出示正确解答)</w:t>
            </w:r>
          </w:p>
          <w:p>
            <w:pPr>
              <w:spacing w:after="20" w:line="276" w:lineRule="auto"/>
            </w:pPr>
            <w:r>
              <w:rPr>
                <w:rFonts w:ascii="宋体" w:hAnsi="宋体" w:eastAsia="宋体"/>
                <w:b w:val="0"/>
                <w:sz w:val="18"/>
              </w:rPr>
              <w:t>在学生交流的过程中，可以落实正负数的知识，明确直线上0的左边为负数，右边为正数。</w:t>
            </w:r>
          </w:p>
        </w:tc>
        <w:tc>
          <w:tcPr>
            <w:tcW w:type="dxa" w:w="1814"/>
          </w:tcPr>
          <w:p>
            <w:pPr>
              <w:spacing w:after="20" w:line="276" w:lineRule="auto"/>
            </w:pPr>
            <w:r/>
            <w:r>
              <w:rPr>
                <w:rFonts w:ascii="宋体" w:hAnsi="宋体" w:eastAsia="宋体"/>
                <w:b w:val="0"/>
                <w:sz w:val="18"/>
              </w:rPr>
              <w:t>充分利用教材的留白，发挥学生参与知识整理的主动性和积极性，引导学生自己整理知识，在此过程中注意查漏补缺即可。</w:t>
            </w:r>
          </w:p>
          <w:p>
            <w:pPr>
              <w:spacing w:after="20" w:line="276" w:lineRule="auto"/>
            </w:pPr>
            <w:r>
              <w:rPr>
                <w:rFonts w:ascii="宋体" w:hAnsi="宋体" w:eastAsia="宋体"/>
                <w:b w:val="0"/>
                <w:sz w:val="18"/>
              </w:rPr>
              <w:t>让学生自由地在直线上表示数，体现数形结合思想。</w:t>
            </w:r>
          </w:p>
          <w:p>
            <w:pPr>
              <w:spacing w:after="20" w:line="276" w:lineRule="auto"/>
            </w:pPr>
            <w:r>
              <w:rPr>
                <w:rFonts w:ascii="宋体" w:hAnsi="宋体" w:eastAsia="宋体"/>
                <w:b w:val="0"/>
                <w:sz w:val="18"/>
              </w:rPr>
              <w:t>让学生结合实际说出小数、分数、百分数的含义，进一步理解数的意义，掌握它们之间的联系与区别。</w:t>
            </w:r>
          </w:p>
        </w:tc>
      </w:tr>
      <w:tr>
        <w:tc>
          <w:tcPr>
            <w:tcW w:type="dxa" w:w="1474"/>
          </w:tcPr>
          <w:p>
            <w:pPr>
              <w:spacing w:after="20" w:line="276" w:lineRule="auto"/>
            </w:pPr>
            <w:r>
              <w:rPr>
                <w:b/>
              </w:rPr>
            </w:r>
            <w:r>
              <w:rPr>
                <w:rFonts w:ascii="宋体" w:hAnsi="宋体" w:eastAsia="宋体"/>
                <w:b/>
                <w:sz w:val="18"/>
              </w:rPr>
              <w:t>三、复习十进制计数法</w:t>
            </w:r>
          </w:p>
        </w:tc>
        <w:tc>
          <w:tcPr>
            <w:tcW w:type="dxa" w:w="3061"/>
          </w:tcPr>
          <w:p>
            <w:pPr>
              <w:spacing w:after="20" w:line="276" w:lineRule="auto"/>
            </w:pPr>
            <w:r/>
            <w:r>
              <w:rPr>
                <w:rFonts w:ascii="宋体" w:hAnsi="宋体" w:eastAsia="宋体"/>
                <w:b w:val="0"/>
                <w:sz w:val="18"/>
              </w:rPr>
              <w:t>1.数的写法及数位顺序。</w:t>
            </w:r>
          </w:p>
          <w:p>
            <w:pPr>
              <w:spacing w:after="20" w:line="276" w:lineRule="auto"/>
            </w:pPr>
            <w:r>
              <w:rPr>
                <w:rFonts w:ascii="宋体" w:hAnsi="宋体" w:eastAsia="宋体"/>
                <w:b w:val="0"/>
                <w:sz w:val="18"/>
              </w:rPr>
              <w:t>师:共有1.9万名志愿者参加了志愿服务。你能将1.9万这个数改写成计数单位是“一”的数吗?</w:t>
            </w:r>
          </w:p>
          <w:p>
            <w:pPr>
              <w:spacing w:after="20" w:line="276" w:lineRule="auto"/>
            </w:pPr>
            <w:r>
              <w:rPr>
                <w:rFonts w:ascii="宋体" w:hAnsi="宋体" w:eastAsia="宋体"/>
                <w:b w:val="0"/>
                <w:sz w:val="18"/>
              </w:rPr>
              <w:t>2.数位顺序表</w:t>
            </w:r>
          </w:p>
          <w:p>
            <w:pPr>
              <w:spacing w:after="20" w:line="276" w:lineRule="auto"/>
            </w:pPr>
            <w:r>
              <w:rPr>
                <w:rFonts w:ascii="宋体" w:hAnsi="宋体" w:eastAsia="宋体"/>
                <w:b w:val="0"/>
                <w:sz w:val="18"/>
              </w:rPr>
              <w:t>师：请你完成教科书P72第3题的数位顺序表，并想一想：什么是十进制计数法？数位和计数单位有什么区别？</w:t>
            </w:r>
          </w:p>
          <w:p>
            <w:pPr>
              <w:spacing w:after="20" w:line="276" w:lineRule="auto"/>
            </w:pPr>
            <w:r>
              <w:rPr>
                <w:rFonts w:ascii="宋体" w:hAnsi="宋体" w:eastAsia="宋体"/>
                <w:b w:val="0"/>
                <w:sz w:val="18"/>
              </w:rPr>
              <w:t>师小结：每相邻的两个计数单位之间的进率都是十的计数法叫做十进制计数法。整数和小数都是按十进制计数法写出的数，其中个、十、百、千……以及十分之一、百分之一……都是计数单位；</w:t>
            </w:r>
          </w:p>
          <w:p>
            <w:pPr>
              <w:spacing w:after="20" w:line="276" w:lineRule="auto"/>
            </w:pPr>
            <w:r>
              <w:rPr>
                <w:rFonts w:ascii="宋体" w:hAnsi="宋体" w:eastAsia="宋体"/>
                <w:b w:val="0"/>
                <w:sz w:val="18"/>
              </w:rPr>
              <w:t>各个计数单位所占的位置，叫做数位，数位是按一定顺序排列的。3.完成教科书P73“练习十四”第3题。</w:t>
            </w:r>
          </w:p>
          <w:p>
            <w:pPr>
              <w:spacing w:after="20" w:line="276" w:lineRule="auto"/>
            </w:pPr>
            <w:r>
              <w:rPr>
                <w:rFonts w:ascii="宋体" w:hAnsi="宋体" w:eastAsia="宋体"/>
                <w:b w:val="0"/>
                <w:sz w:val="18"/>
              </w:rPr>
              <w:t>注意引导学生理解整数、小数、分数都是由若干个计数单位构成的，感受数的构成方式的本质相同。</w:t>
            </w:r>
          </w:p>
        </w:tc>
        <w:tc>
          <w:tcPr>
            <w:tcW w:type="dxa" w:w="3061"/>
          </w:tcPr>
          <w:p>
            <w:pPr>
              <w:spacing w:after="20" w:line="276" w:lineRule="auto"/>
            </w:pPr>
            <w:r/>
            <w:r>
              <w:rPr>
                <w:rFonts w:ascii="宋体" w:hAnsi="宋体" w:eastAsia="宋体"/>
                <w:b w:val="0"/>
                <w:sz w:val="18"/>
              </w:rPr>
              <w:t>学生写出19000,教师让学生说出它的数位顺序。</w:t>
            </w:r>
          </w:p>
          <w:p>
            <w:pPr>
              <w:spacing w:after="20" w:line="276" w:lineRule="auto"/>
            </w:pPr>
            <w:r>
              <w:rPr>
                <w:rFonts w:ascii="宋体" w:hAnsi="宋体" w:eastAsia="宋体"/>
                <w:b w:val="0"/>
                <w:sz w:val="18"/>
              </w:rPr>
              <w:t>在整理数位顺序表时，有的学生可能容易出现遗漏或混淆,尤其是小数部分的数位顺序，只需引导学生互相补充完善即可。可以结合具体的数来进行复习。</w:t>
            </w:r>
          </w:p>
          <w:p>
            <w:pPr>
              <w:spacing w:after="20" w:line="276" w:lineRule="auto"/>
            </w:pPr>
            <w:r>
              <w:rPr>
                <w:rFonts w:ascii="宋体" w:hAnsi="宋体" w:eastAsia="宋体"/>
                <w:b w:val="0"/>
                <w:sz w:val="18"/>
              </w:rPr>
              <w:t>学生会说出4个数中数字“6”表示的不同含义，6个十，6个0.01，6个1/7，6个百。</w:t>
            </w:r>
          </w:p>
        </w:tc>
        <w:tc>
          <w:tcPr>
            <w:tcW w:type="dxa" w:w="1814"/>
          </w:tcPr>
          <w:p>
            <w:pPr>
              <w:spacing w:after="20" w:line="276" w:lineRule="auto"/>
            </w:pPr>
            <w:r/>
            <w:r>
              <w:rPr>
                <w:rFonts w:ascii="宋体" w:hAnsi="宋体" w:eastAsia="宋体"/>
                <w:b w:val="0"/>
                <w:sz w:val="18"/>
              </w:rPr>
              <w:t>复习十进制计数法，再次体验数位顺序表的逐步扩充过程，感受数级、数位和计数单位之间的对应关系，通过对整数和小数相邻单位之间进率的回忆和整理，进一步体会十进制计数法。</w:t>
            </w:r>
          </w:p>
        </w:tc>
      </w:tr>
      <w:tr>
        <w:tc>
          <w:tcPr>
            <w:tcW w:type="dxa" w:w="1474"/>
          </w:tcPr>
          <w:p>
            <w:pPr>
              <w:spacing w:after="20" w:line="276" w:lineRule="auto"/>
            </w:pPr>
            <w:r>
              <w:rPr>
                <w:b/>
              </w:rPr>
            </w:r>
            <w:r>
              <w:rPr>
                <w:rFonts w:ascii="宋体" w:hAnsi="宋体" w:eastAsia="宋体"/>
                <w:b/>
                <w:sz w:val="18"/>
              </w:rPr>
              <w:t>四、复习分数的基本性质和小数的基本性质</w:t>
            </w:r>
          </w:p>
        </w:tc>
        <w:tc>
          <w:tcPr>
            <w:tcW w:type="dxa" w:w="3061"/>
          </w:tcPr>
          <w:p>
            <w:pPr>
              <w:spacing w:after="20" w:line="276" w:lineRule="auto"/>
            </w:pPr>
            <w:r/>
            <w:r>
              <w:rPr>
                <w:rFonts w:ascii="宋体" w:hAnsi="宋体" w:eastAsia="宋体"/>
                <w:b w:val="0"/>
                <w:sz w:val="18"/>
              </w:rPr>
              <w:t>1.回忆分数的基本性质和小数的基本性质。</w:t>
            </w:r>
          </w:p>
          <w:p>
            <w:pPr>
              <w:spacing w:after="20" w:line="276" w:lineRule="auto"/>
            </w:pPr>
            <w:r>
              <w:rPr>
                <w:rFonts w:ascii="宋体" w:hAnsi="宋体" w:eastAsia="宋体"/>
                <w:b w:val="0"/>
                <w:sz w:val="18"/>
              </w:rPr>
              <w:t>先放手让学生自己填写数位顺序表，同事应到学生把分数单位和小数的计数单位联系起来，是学生体会“单位”的作用。</w:t>
            </w:r>
          </w:p>
          <w:p>
            <w:pPr>
              <w:spacing w:after="20" w:line="276" w:lineRule="auto"/>
            </w:pPr>
            <w:r>
              <w:rPr>
                <w:rFonts w:ascii="宋体" w:hAnsi="宋体" w:eastAsia="宋体"/>
                <w:b w:val="0"/>
                <w:sz w:val="18"/>
              </w:rPr>
              <w:t>2.分数和小数的联系。</w:t>
            </w:r>
          </w:p>
          <w:p>
            <w:pPr>
              <w:spacing w:after="20" w:line="276" w:lineRule="auto"/>
            </w:pPr>
            <w:r>
              <w:rPr>
                <w:rFonts w:ascii="宋体" w:hAnsi="宋体" w:eastAsia="宋体"/>
                <w:b w:val="0"/>
                <w:sz w:val="18"/>
              </w:rPr>
              <w:t>师：分数的基本性质和小数的基本性质有什么联系？举例说明。</w:t>
            </w:r>
          </w:p>
          <w:p>
            <w:pPr>
              <w:spacing w:after="20" w:line="276" w:lineRule="auto"/>
            </w:pPr>
            <w:r>
              <w:rPr>
                <w:rFonts w:ascii="宋体" w:hAnsi="宋体" w:eastAsia="宋体"/>
                <w:b w:val="0"/>
                <w:sz w:val="18"/>
              </w:rPr>
              <w:t>师生一起交流，并板书：</w:t>
            </w:r>
          </w:p>
          <w:p>
            <w:pPr>
              <w:spacing w:after="20" w:line="276" w:lineRule="auto"/>
            </w:pPr>
            <w:r>
              <w:rPr>
                <w:rFonts w:ascii="宋体" w:hAnsi="宋体" w:eastAsia="宋体"/>
                <w:b w:val="0"/>
                <w:sz w:val="18"/>
              </w:rPr>
              <w:t>引导学生明确分数的基本性质和小数的基本性质是一致的。</w:t>
            </w:r>
          </w:p>
        </w:tc>
        <w:tc>
          <w:tcPr>
            <w:tcW w:type="dxa" w:w="3061"/>
          </w:tcPr>
          <w:p>
            <w:pPr>
              <w:spacing w:after="20" w:line="276" w:lineRule="auto"/>
            </w:pPr>
            <w:r/>
            <w:r>
              <w:rPr>
                <w:rFonts w:ascii="宋体" w:hAnsi="宋体" w:eastAsia="宋体"/>
                <w:b w:val="0"/>
                <w:sz w:val="18"/>
              </w:rPr>
              <w:t>引导学生说出分数的基本性质：分数的分子和分母同时乘或者除以相同的数(0除外)，分数的大小不变。小数的基本性质：在小数的末尾添上0或者去掉0,小数的大小不变。</w:t>
            </w:r>
          </w:p>
        </w:tc>
        <w:tc>
          <w:tcPr>
            <w:tcW w:type="dxa" w:w="1814"/>
          </w:tcPr>
          <w:p>
            <w:pPr>
              <w:spacing w:after="20" w:line="276" w:lineRule="auto"/>
            </w:pPr>
            <w:r/>
            <w:r>
              <w:rPr>
                <w:rFonts w:ascii="宋体" w:hAnsi="宋体" w:eastAsia="宋体"/>
                <w:b w:val="0"/>
                <w:sz w:val="18"/>
              </w:rPr>
              <w:t>联系实例进行比较，在小数末尾添上0或去掉0，只改变小数的计数单位，不改变小数的大小，可以用分数的基本性质来说明小数的基本性质，体会小数的基本性质和分数的基本性质是一致的。</w:t>
            </w:r>
          </w:p>
        </w:tc>
      </w:tr>
      <w:tr>
        <w:tc>
          <w:tcPr>
            <w:tcW w:type="dxa" w:w="1474"/>
          </w:tcPr>
          <w:p>
            <w:pPr>
              <w:spacing w:after="20" w:line="276" w:lineRule="auto"/>
            </w:pPr>
            <w:r>
              <w:rPr>
                <w:b/>
              </w:rPr>
            </w:r>
            <w:r>
              <w:rPr>
                <w:rFonts w:ascii="宋体" w:hAnsi="宋体" w:eastAsia="宋体"/>
                <w:b/>
                <w:sz w:val="18"/>
              </w:rPr>
              <w:t>五、复习小数点的位置移动引起小数变化的规律</w:t>
            </w:r>
          </w:p>
        </w:tc>
        <w:tc>
          <w:tcPr>
            <w:tcW w:type="dxa" w:w="3061"/>
          </w:tcPr>
          <w:p>
            <w:pPr>
              <w:spacing w:after="20" w:line="276" w:lineRule="auto"/>
            </w:pPr>
            <w:r/>
            <w:r>
              <w:rPr>
                <w:rFonts w:ascii="宋体" w:hAnsi="宋体" w:eastAsia="宋体"/>
                <w:b w:val="0"/>
                <w:sz w:val="18"/>
              </w:rPr>
              <w:t>1.课件出示口算题。</w:t>
            </w:r>
          </w:p>
          <w:p>
            <w:pPr>
              <w:spacing w:after="20" w:line="276" w:lineRule="auto"/>
            </w:pPr>
            <w:r>
              <w:rPr>
                <w:rFonts w:ascii="宋体" w:hAnsi="宋体" w:eastAsia="宋体"/>
                <w:b w:val="0"/>
                <w:sz w:val="18"/>
              </w:rPr>
              <w:t>师：算一算，再仔细观察这组算式，你发现了什么?小数点移动位置,小数的大小有什么变化规律?</w:t>
            </w:r>
          </w:p>
          <w:p>
            <w:pPr>
              <w:spacing w:after="20" w:line="276" w:lineRule="auto"/>
            </w:pPr>
            <w:r>
              <w:rPr>
                <w:rFonts w:ascii="宋体" w:hAnsi="宋体" w:eastAsia="宋体"/>
                <w:b w:val="0"/>
                <w:sz w:val="18"/>
              </w:rPr>
              <w:t>根据学生的回答,引导学生互相交流补充。</w:t>
            </w:r>
          </w:p>
          <w:p>
            <w:pPr>
              <w:spacing w:after="20" w:line="276" w:lineRule="auto"/>
            </w:pPr>
            <w:r>
              <w:rPr>
                <w:rFonts w:ascii="宋体" w:hAnsi="宋体" w:eastAsia="宋体"/>
                <w:b w:val="0"/>
                <w:sz w:val="18"/>
              </w:rPr>
              <w:t>师小结：小数点向右移动一位、两位、三位……小数就扩大到原来的10倍、100倍、1000倍……小数点向左移动一位、两位、三位……小数就缩小到原来的 EMBED Equation.DSMT4  、 EMBED Equation.DSMT4  、 EMBED Equation.DSMT4  ……</w:t>
            </w:r>
          </w:p>
          <w:p>
            <w:pPr>
              <w:spacing w:after="20" w:line="276" w:lineRule="auto"/>
            </w:pPr>
            <w:r>
              <w:rPr>
                <w:rFonts w:ascii="宋体" w:hAnsi="宋体" w:eastAsia="宋体"/>
                <w:b w:val="0"/>
                <w:sz w:val="18"/>
              </w:rPr>
              <w:t>2.完成教科书P74“练习十四”第4题。</w:t>
            </w:r>
          </w:p>
          <w:p>
            <w:pPr>
              <w:spacing w:after="20" w:line="276" w:lineRule="auto"/>
            </w:pPr>
            <w:r>
              <w:rPr>
                <w:rFonts w:ascii="宋体" w:hAnsi="宋体" w:eastAsia="宋体"/>
                <w:b w:val="0"/>
                <w:sz w:val="18"/>
              </w:rPr>
              <w:t>师生一起回忆小数、分数和百分数相互转化的方法，出示课件。</w:t>
            </w:r>
          </w:p>
        </w:tc>
        <w:tc>
          <w:tcPr>
            <w:tcW w:type="dxa" w:w="3061"/>
          </w:tcPr>
          <w:p>
            <w:pPr>
              <w:spacing w:after="20" w:line="276" w:lineRule="auto"/>
            </w:pPr>
            <w:r/>
            <w:r>
              <w:rPr>
                <w:rFonts w:ascii="宋体" w:hAnsi="宋体" w:eastAsia="宋体"/>
                <w:b w:val="0"/>
                <w:sz w:val="18"/>
              </w:rPr>
              <w:t>学生独立完成后交流。</w:t>
            </w:r>
          </w:p>
        </w:tc>
        <w:tc>
          <w:tcPr>
            <w:tcW w:type="dxa" w:w="1814"/>
          </w:tcPr>
          <w:p>
            <w:pPr>
              <w:spacing w:after="20" w:line="276" w:lineRule="auto"/>
            </w:pPr>
            <w:r/>
            <w:r>
              <w:rPr>
                <w:rFonts w:ascii="宋体" w:hAnsi="宋体" w:eastAsia="宋体"/>
                <w:b w:val="0"/>
                <w:sz w:val="18"/>
              </w:rPr>
              <w:t>在具体的例子中回顾小数点的移动引起小数大小变化的规律，既给学生自主探究的空间，又进一步培养了学生发现规律并总结规律的能力。</w:t>
            </w:r>
          </w:p>
          <w:p>
            <w:pPr>
              <w:spacing w:after="20" w:line="276" w:lineRule="auto"/>
            </w:pPr>
            <w:r>
              <w:rPr>
                <w:rFonts w:ascii="宋体" w:hAnsi="宋体" w:eastAsia="宋体"/>
                <w:b w:val="0"/>
                <w:sz w:val="18"/>
              </w:rPr>
              <w:t>帮助学生巩固小数、分数和百分数之间的紧密联系。</w:t>
            </w:r>
          </w:p>
        </w:tc>
      </w:tr>
      <w:tr>
        <w:tc>
          <w:tcPr>
            <w:tcW w:type="dxa" w:w="1474"/>
          </w:tcPr>
          <w:p>
            <w:pPr>
              <w:spacing w:after="20" w:line="276" w:lineRule="auto"/>
            </w:pPr>
            <w:r>
              <w:rPr>
                <w:b/>
              </w:rPr>
            </w:r>
            <w:r>
              <w:rPr>
                <w:rFonts w:ascii="宋体" w:hAnsi="宋体" w:eastAsia="宋体"/>
                <w:b/>
                <w:sz w:val="18"/>
              </w:rPr>
              <w:t>六、理解大数的含义</w:t>
            </w:r>
          </w:p>
        </w:tc>
        <w:tc>
          <w:tcPr>
            <w:tcW w:type="dxa" w:w="3061"/>
          </w:tcPr>
          <w:p>
            <w:pPr>
              <w:spacing w:after="20" w:line="276" w:lineRule="auto"/>
            </w:pPr>
            <w:r/>
            <w:r>
              <w:rPr>
                <w:rFonts w:ascii="宋体" w:hAnsi="宋体" w:eastAsia="宋体"/>
                <w:b w:val="0"/>
                <w:sz w:val="18"/>
              </w:rPr>
              <w:t>先让学生在小组里讨论交流，举例说明1万有多大，1亿有多大，然后指名反馈，全班集体交流。</w:t>
            </w:r>
          </w:p>
        </w:tc>
        <w:tc>
          <w:tcPr>
            <w:tcW w:type="dxa" w:w="3061"/>
          </w:tcPr>
          <w:p>
            <w:pPr>
              <w:spacing w:after="20" w:line="276" w:lineRule="auto"/>
            </w:pPr>
            <w:r/>
            <w:r>
              <w:rPr>
                <w:rFonts w:ascii="宋体" w:hAnsi="宋体" w:eastAsia="宋体"/>
                <w:b w:val="0"/>
                <w:sz w:val="18"/>
              </w:rPr>
              <w:t>引导学生举例，例如一亿张纸约有一万米高，比珠穆朗玛峰还高；一节硬座车厢一般有118个座位，1万人乘坐的话，大约需要85节火车车厢。</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七、巩固练习，释疑解难</w:t>
            </w:r>
          </w:p>
        </w:tc>
        <w:tc>
          <w:tcPr>
            <w:tcW w:type="dxa" w:w="3061"/>
          </w:tcPr>
          <w:p>
            <w:pPr>
              <w:spacing w:after="20" w:line="276" w:lineRule="auto"/>
            </w:pPr>
            <w:r/>
            <w:r>
              <w:rPr>
                <w:rFonts w:ascii="宋体" w:hAnsi="宋体" w:eastAsia="宋体"/>
                <w:b w:val="0"/>
                <w:sz w:val="18"/>
              </w:rPr>
              <w:t>1.完成教科书P73“练习十四”第1题的第(1)、(3)题和第2题。</w:t>
            </w:r>
          </w:p>
          <w:p>
            <w:pPr>
              <w:spacing w:after="20" w:line="276" w:lineRule="auto"/>
            </w:pPr>
            <w:r>
              <w:rPr>
                <w:rFonts w:ascii="宋体" w:hAnsi="宋体" w:eastAsia="宋体"/>
                <w:b w:val="0"/>
                <w:sz w:val="18"/>
              </w:rPr>
              <w:t>第2题：指导学生说说如何改变大数的单位或求大数的近似数的方法。第（4）小题答案不唯一，例如2021年全国城镇常住人口数量约为多少亿人？（结果保留整数。）</w:t>
            </w:r>
          </w:p>
          <w:p>
            <w:pPr>
              <w:spacing w:after="20" w:line="276" w:lineRule="auto"/>
            </w:pPr>
            <w:r>
              <w:rPr>
                <w:rFonts w:ascii="宋体" w:hAnsi="宋体" w:eastAsia="宋体"/>
                <w:b w:val="0"/>
                <w:sz w:val="18"/>
              </w:rPr>
              <w:t>鼓励学生根据表中的信息提出不同的问题。</w:t>
            </w:r>
          </w:p>
          <w:p>
            <w:pPr>
              <w:spacing w:after="20" w:line="276" w:lineRule="auto"/>
            </w:pPr>
            <w:r>
              <w:rPr>
                <w:rFonts w:ascii="宋体" w:hAnsi="宋体" w:eastAsia="宋体"/>
                <w:b w:val="0"/>
                <w:sz w:val="18"/>
              </w:rPr>
              <w:t>引导学生利用身边熟悉的事物举例，让学生对1万和1亿这两个数的大小有一个明确的认识，训练学生的估算技能，发展了学生的数感。</w:t>
            </w:r>
          </w:p>
          <w:p>
            <w:pPr>
              <w:spacing w:after="20" w:line="276" w:lineRule="auto"/>
            </w:pPr>
            <w:r>
              <w:rPr>
                <w:rFonts w:ascii="宋体" w:hAnsi="宋体" w:eastAsia="宋体"/>
                <w:b w:val="0"/>
                <w:sz w:val="18"/>
              </w:rPr>
              <w:t>2.释疑解难。</w:t>
            </w:r>
          </w:p>
          <w:p>
            <w:pPr>
              <w:spacing w:after="20" w:line="276" w:lineRule="auto"/>
            </w:pPr>
            <w:r>
              <w:rPr>
                <w:rFonts w:ascii="宋体" w:hAnsi="宋体" w:eastAsia="宋体"/>
                <w:b w:val="0"/>
                <w:sz w:val="18"/>
              </w:rPr>
              <w:t>师：通过刚才的复习，你们对于数的认识还有什么疑问吗？</w:t>
            </w:r>
          </w:p>
          <w:p>
            <w:pPr>
              <w:spacing w:after="20" w:line="276" w:lineRule="auto"/>
            </w:pPr>
            <w:r>
              <w:rPr>
                <w:rFonts w:ascii="宋体" w:hAnsi="宋体" w:eastAsia="宋体"/>
                <w:b w:val="0"/>
                <w:sz w:val="18"/>
              </w:rPr>
              <w:t>鼓励学生提问，并引导学生相互交流、答疑。</w:t>
            </w:r>
          </w:p>
        </w:tc>
        <w:tc>
          <w:tcPr>
            <w:tcW w:type="dxa" w:w="3061"/>
          </w:tcPr>
          <w:p>
            <w:pPr>
              <w:spacing w:after="20" w:line="276" w:lineRule="auto"/>
            </w:pPr>
            <w:r/>
            <w:r>
              <w:rPr>
                <w:rFonts w:ascii="宋体" w:hAnsi="宋体" w:eastAsia="宋体"/>
                <w:b w:val="0"/>
                <w:sz w:val="18"/>
              </w:rPr>
              <w:t>学生独立解答后集体交流。</w:t>
            </w:r>
          </w:p>
          <w:p>
            <w:pPr>
              <w:spacing w:after="20" w:line="276" w:lineRule="auto"/>
            </w:pPr>
            <w:r>
              <w:rPr>
                <w:rFonts w:ascii="宋体" w:hAnsi="宋体" w:eastAsia="宋体"/>
                <w:b w:val="0"/>
                <w:sz w:val="18"/>
              </w:rPr>
              <w:t>第1题：交流时要求学生说出填数时的想法。</w:t>
            </w:r>
          </w:p>
        </w:tc>
        <w:tc>
          <w:tcPr>
            <w:tcW w:type="dxa" w:w="1814"/>
          </w:tcPr>
          <w:p>
            <w:pPr>
              <w:spacing w:after="20" w:line="276" w:lineRule="auto"/>
            </w:pPr>
            <w:r/>
            <w:r>
              <w:rPr>
                <w:rFonts w:ascii="宋体" w:hAnsi="宋体" w:eastAsia="宋体"/>
                <w:b w:val="0"/>
                <w:sz w:val="18"/>
              </w:rPr>
              <w:t>通过练习，复习数的意义和表示方法、数的改写及求近似数、数的大小比较的知识，巩固对数的意义的认识。</w:t>
            </w:r>
          </w:p>
          <w:p>
            <w:pPr>
              <w:spacing w:after="20" w:line="276" w:lineRule="auto"/>
            </w:pPr>
            <w:r>
              <w:rPr>
                <w:rFonts w:ascii="宋体" w:hAnsi="宋体" w:eastAsia="宋体"/>
                <w:b w:val="0"/>
                <w:sz w:val="18"/>
              </w:rPr>
              <w:t>让学生学会质疑，学会反思，在质疑中提高，在反思中提升。</w:t>
            </w:r>
          </w:p>
        </w:tc>
      </w:tr>
      <w:tr>
        <w:tc>
          <w:tcPr>
            <w:tcW w:type="dxa" w:w="1474"/>
          </w:tcPr>
          <w:p>
            <w:pPr>
              <w:spacing w:after="20" w:line="276" w:lineRule="auto"/>
            </w:pPr>
            <w:r>
              <w:rPr>
                <w:b/>
              </w:rPr>
            </w:r>
            <w:r>
              <w:rPr>
                <w:rFonts w:ascii="宋体" w:hAnsi="宋体" w:eastAsia="宋体"/>
                <w:b/>
                <w:sz w:val="18"/>
              </w:rPr>
              <w:t>八、课堂小结</w:t>
            </w:r>
          </w:p>
        </w:tc>
        <w:tc>
          <w:tcPr>
            <w:tcW w:type="dxa" w:w="3061"/>
          </w:tcPr>
          <w:p>
            <w:pPr>
              <w:spacing w:after="20" w:line="276" w:lineRule="auto"/>
            </w:pPr>
            <w:r/>
            <w:r>
              <w:rPr>
                <w:rFonts w:ascii="宋体" w:hAnsi="宋体" w:eastAsia="宋体"/>
                <w:b w:val="0"/>
                <w:sz w:val="18"/>
              </w:rPr>
              <w:t>师：通过今天的复习，你们有哪些收获呢？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引导学生回顾梳理本课所学，完善认知结构，提升归纳与反思能力，核心问题："通过今天的复习，你们有哪些收获呢？"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通过整理和复习，学生对数的意义有了进一步的认识，对数从零散的认识提升到一个全新的整体认识的高度，并进行有针对性的练习。要注意数的认识中知识点较多，部分学生可能会感到困难， 要充分利用小组合作学习的方式带动待进生。</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数学思考(1)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数学思考(1)</w:t>
            </w:r>
          </w:p>
        </w:tc>
        <w:tc>
          <w:tcPr>
            <w:tcW w:type="dxa" w:w="6009"/>
          </w:tcPr>
          <w:p>
            <w:pPr>
              <w:spacing w:after="20" w:line="276" w:lineRule="auto"/>
            </w:pPr>
            <w:r/>
            <w:r>
              <w:rPr>
                <w:rFonts w:ascii="宋体" w:hAnsi="宋体" w:eastAsia="宋体"/>
                <w:b w:val="0"/>
                <w:sz w:val="20"/>
              </w:rPr>
              <w:t>第6单元 整理和复习（数学思考）</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（1）用数形结合的方法，在动手操作的过程中寻求“平面点间线段”的规律，掌握正确数线段的方法。</w:t>
      </w:r>
    </w:p>
    <w:p>
      <w:pPr>
        <w:spacing w:after="20" w:line="300" w:lineRule="auto"/>
        <w:ind w:firstLine="400"/>
      </w:pPr>
      <w:r>
        <w:rPr>
          <w:rFonts w:ascii="宋体" w:hAnsi="宋体" w:eastAsia="宋体"/>
          <w:b w:val="0"/>
          <w:sz w:val="20"/>
        </w:rPr>
        <w:t>（2）通过观察、分析、归纳等过程，进一步发展合情推理和解决问题的能力。</w:t>
      </w:r>
    </w:p>
    <w:p>
      <w:pPr>
        <w:spacing w:after="20" w:line="300" w:lineRule="auto"/>
        <w:ind w:firstLine="400"/>
      </w:pPr>
      <w:r>
        <w:rPr>
          <w:rFonts w:ascii="宋体" w:hAnsi="宋体" w:eastAsia="宋体"/>
          <w:b w:val="0"/>
          <w:sz w:val="20"/>
        </w:rPr>
        <w:t>（3）体会数形结合、化归（化繁为简、化难为易）等数学思想，提高探索数学的兴趣。</w:t>
      </w:r>
    </w:p>
    <w:p>
      <w:pPr>
        <w:spacing w:after="20" w:line="300" w:lineRule="auto"/>
      </w:pPr>
      <w:r>
        <w:rPr>
          <w:rFonts w:ascii="宋体" w:hAnsi="宋体" w:eastAsia="宋体"/>
          <w:b w:val="0"/>
          <w:sz w:val="20"/>
        </w:rPr>
        <w:t>教学重点：规律的发现与提炼。</w:t>
      </w:r>
    </w:p>
    <w:p>
      <w:pPr>
        <w:spacing w:after="20" w:line="300" w:lineRule="auto"/>
      </w:pPr>
      <w:r>
        <w:rPr>
          <w:rFonts w:ascii="宋体" w:hAnsi="宋体" w:eastAsia="宋体"/>
          <w:b w:val="0"/>
          <w:sz w:val="20"/>
        </w:rPr>
        <w:t>教学难点：理解化繁为简的数学思想。</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一、出示问题，揭示课题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二、合作学习，寻求数线段中的规律</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刚才大家遇到了困难，认为点太多不好处理。大家想过没有，如果不是8个点，你能解决吗？也就是说如果点少一些，能解决吗？；哪一组向大家汇报下你们的想法？</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三、及时巩固，深化思想</w:t>
            </w:r>
          </w:p>
        </w:tc>
        <w:tc>
          <w:tcPr>
            <w:tcW w:type="dxa" w:w="1814"/>
          </w:tcPr>
          <w:p>
            <w:pPr>
              <w:spacing w:after="20" w:line="276" w:lineRule="auto"/>
            </w:pPr>
            <w:r/>
            <w:r>
              <w:rPr>
                <w:rFonts w:ascii="宋体" w:hAnsi="宋体" w:eastAsia="宋体"/>
                <w:b w:val="0"/>
                <w:sz w:val="18"/>
              </w:rPr>
              <w:t>教科书、小棒、课件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一、出示问题，揭示课题</w:t>
            </w:r>
          </w:p>
        </w:tc>
        <w:tc>
          <w:tcPr>
            <w:tcW w:type="dxa" w:w="3061"/>
          </w:tcPr>
          <w:p>
            <w:pPr>
              <w:spacing w:after="20" w:line="276" w:lineRule="auto"/>
            </w:pPr>
            <w:r/>
            <w:r>
              <w:rPr>
                <w:rFonts w:ascii="宋体" w:hAnsi="宋体" w:eastAsia="宋体"/>
                <w:b w:val="0"/>
                <w:sz w:val="18"/>
              </w:rPr>
              <w:t>师：请你们在纸上任意点上8个点，并将它们每两点连一条线，再数一数，看看最多能连多少条线段。</w:t>
            </w:r>
          </w:p>
          <w:p>
            <w:pPr>
              <w:spacing w:after="20" w:line="276" w:lineRule="auto"/>
            </w:pPr>
            <w:r>
              <w:rPr>
                <w:rFonts w:ascii="宋体" w:hAnsi="宋体" w:eastAsia="宋体"/>
                <w:b w:val="0"/>
                <w:sz w:val="18"/>
              </w:rPr>
              <w:t>师：同学们，8个点连出来的线段数量多，很难数清楚。所以，这样的问题，我们不应该直接用数的方法来解决，而是要研究其中的规律，巧妙地解决。今天我们就来学习数学思考的内容。［板书课题：数学思考（1）］</w:t>
            </w:r>
          </w:p>
          <w:p>
            <w:pPr>
              <w:spacing w:after="20" w:line="276" w:lineRule="auto"/>
            </w:pPr>
            <w:r>
              <w:rPr>
                <w:rFonts w:ascii="宋体" w:hAnsi="宋体" w:eastAsia="宋体"/>
                <w:b w:val="0"/>
                <w:sz w:val="18"/>
              </w:rPr>
              <w:t>多数学生会遇到数不清、混乱的情况，由此“如何才能解决这个问题”的需求就产生了。</w:t>
            </w:r>
          </w:p>
        </w:tc>
        <w:tc>
          <w:tcPr>
            <w:tcW w:type="dxa" w:w="3061"/>
          </w:tcPr>
          <w:p>
            <w:pPr>
              <w:spacing w:after="20" w:line="276" w:lineRule="auto"/>
            </w:pPr>
            <w:r/>
            <w:r>
              <w:rPr>
                <w:rFonts w:ascii="宋体" w:hAnsi="宋体" w:eastAsia="宋体"/>
                <w:b w:val="0"/>
                <w:sz w:val="18"/>
              </w:rPr>
              <w:t>学生独立尝试连线，数线段，但都表示“太乱了，数不清”。</w:t>
            </w:r>
          </w:p>
        </w:tc>
        <w:tc>
          <w:tcPr>
            <w:tcW w:type="dxa" w:w="1814"/>
          </w:tcPr>
          <w:p>
            <w:pPr>
              <w:spacing w:after="20" w:line="276" w:lineRule="auto"/>
            </w:pPr>
            <w:r/>
            <w:r>
              <w:rPr>
                <w:rFonts w:ascii="宋体" w:hAnsi="宋体" w:eastAsia="宋体"/>
                <w:b w:val="0"/>
                <w:sz w:val="18"/>
              </w:rPr>
              <w:t>直接呈现“8个点可以连多少条线段”的问题，大</w:t>
            </w:r>
          </w:p>
        </w:tc>
      </w:tr>
      <w:tr>
        <w:tc>
          <w:tcPr>
            <w:tcW w:type="dxa" w:w="1474"/>
          </w:tcPr>
          <w:p>
            <w:pPr>
              <w:spacing w:after="20" w:line="276" w:lineRule="auto"/>
            </w:pPr>
            <w:r>
              <w:rPr>
                <w:b/>
              </w:rPr>
            </w:r>
            <w:r>
              <w:rPr>
                <w:rFonts w:ascii="宋体" w:hAnsi="宋体" w:eastAsia="宋体"/>
                <w:b/>
                <w:sz w:val="18"/>
              </w:rPr>
              <w:t>二、合作学习，寻求数线段中的规律</w:t>
            </w:r>
          </w:p>
        </w:tc>
        <w:tc>
          <w:tcPr>
            <w:tcW w:type="dxa" w:w="3061"/>
          </w:tcPr>
          <w:p>
            <w:pPr>
              <w:spacing w:after="20" w:line="276" w:lineRule="auto"/>
            </w:pPr>
            <w:r/>
            <w:r>
              <w:rPr>
                <w:rFonts w:ascii="宋体" w:hAnsi="宋体" w:eastAsia="宋体"/>
                <w:b w:val="0"/>
                <w:sz w:val="18"/>
              </w:rPr>
              <w:t>1.合作探究。师：刚才大家遇到了困难，认为点太多不好处理。大家想过没有，如果不是8个点，你能解决吗？也就是说如果点少一些，能解决吗？请大家以小组为单位，可以画一画，也可以列表，看能否发现其中的规律。</w:t>
            </w:r>
          </w:p>
          <w:p>
            <w:pPr>
              <w:spacing w:after="20" w:line="276" w:lineRule="auto"/>
            </w:pPr>
            <w:r>
              <w:rPr>
                <w:rFonts w:ascii="宋体" w:hAnsi="宋体" w:eastAsia="宋体"/>
                <w:b w:val="0"/>
                <w:sz w:val="18"/>
              </w:rPr>
              <w:t>师：哪一组向大家汇报下你们的想法？</w:t>
            </w:r>
          </w:p>
          <w:p>
            <w:pPr>
              <w:spacing w:after="20" w:line="276" w:lineRule="auto"/>
            </w:pPr>
            <w:r>
              <w:rPr>
                <w:rFonts w:ascii="宋体" w:hAnsi="宋体" w:eastAsia="宋体"/>
                <w:b w:val="0"/>
                <w:sz w:val="18"/>
              </w:rPr>
              <w:t>前2~6个点连线的线段数分别是：1、3、6、10、15。</w:t>
            </w:r>
          </w:p>
          <w:p>
            <w:pPr>
              <w:spacing w:after="20" w:line="276" w:lineRule="auto"/>
            </w:pPr>
            <w:r>
              <w:rPr>
                <w:rFonts w:ascii="宋体" w:hAnsi="宋体" w:eastAsia="宋体"/>
                <w:b w:val="0"/>
                <w:sz w:val="18"/>
              </w:rPr>
              <w:t>此活动教师不必细化引导，仅提示思维方向，以此来隐性告诉学生，化多为少、化繁为简，将数学思想方法渗透其中。</w:t>
            </w:r>
          </w:p>
          <w:p>
            <w:pPr>
              <w:spacing w:after="20" w:line="276" w:lineRule="auto"/>
            </w:pPr>
            <w:r>
              <w:rPr>
                <w:rFonts w:ascii="宋体" w:hAnsi="宋体" w:eastAsia="宋体"/>
                <w:b w:val="0"/>
                <w:sz w:val="18"/>
              </w:rPr>
              <w:t>师：通过同学们的展示、交流，你有什么发现？</w:t>
            </w:r>
          </w:p>
          <w:p>
            <w:pPr>
              <w:spacing w:after="20" w:line="276" w:lineRule="auto"/>
            </w:pPr>
            <w:r>
              <w:rPr>
                <w:rFonts w:ascii="宋体" w:hAnsi="宋体" w:eastAsia="宋体"/>
                <w:b w:val="0"/>
                <w:sz w:val="18"/>
              </w:rPr>
              <w:t>课件演示过程，小结：每次增加的线段条数比点数少1。</w:t>
            </w:r>
          </w:p>
          <w:p>
            <w:pPr>
              <w:spacing w:after="20" w:line="276" w:lineRule="auto"/>
            </w:pPr>
            <w:r>
              <w:rPr>
                <w:rFonts w:ascii="宋体" w:hAnsi="宋体" w:eastAsia="宋体"/>
                <w:b w:val="0"/>
                <w:sz w:val="18"/>
              </w:rPr>
              <w:t>师：用算式来表达规律，8个点能连几条线段？你有什么发现呢？</w:t>
            </w:r>
          </w:p>
          <w:p>
            <w:pPr>
              <w:spacing w:after="20" w:line="276" w:lineRule="auto"/>
            </w:pPr>
            <w:r>
              <w:rPr>
                <w:rFonts w:ascii="宋体" w:hAnsi="宋体" w:eastAsia="宋体"/>
                <w:b w:val="0"/>
                <w:sz w:val="18"/>
              </w:rPr>
              <w:t>板书：1+2+3+4+5+6+…+(点数-1)=总条数</w:t>
            </w:r>
          </w:p>
          <w:p>
            <w:pPr>
              <w:spacing w:after="20" w:line="276" w:lineRule="auto"/>
            </w:pPr>
            <w:r>
              <w:rPr>
                <w:rFonts w:ascii="宋体" w:hAnsi="宋体" w:eastAsia="宋体"/>
                <w:b w:val="0"/>
                <w:sz w:val="18"/>
              </w:rPr>
              <w:t>3.应用规律。</w:t>
            </w:r>
          </w:p>
          <w:p>
            <w:pPr>
              <w:spacing w:after="20" w:line="276" w:lineRule="auto"/>
            </w:pPr>
            <w:r>
              <w:rPr>
                <w:rFonts w:ascii="宋体" w:hAnsi="宋体" w:eastAsia="宋体"/>
                <w:b w:val="0"/>
                <w:sz w:val="18"/>
              </w:rPr>
              <w:t>师：现在你能用我们发现的规律直接算出12个点、20个点、100个点能连多少条线段吗？</w:t>
            </w:r>
          </w:p>
          <w:p>
            <w:pPr>
              <w:spacing w:after="20" w:line="276" w:lineRule="auto"/>
            </w:pPr>
            <w:r>
              <w:rPr>
                <w:rFonts w:ascii="宋体" w:hAnsi="宋体" w:eastAsia="宋体"/>
                <w:b w:val="0"/>
                <w:sz w:val="18"/>
              </w:rPr>
              <w:t>师：刚才我发现有的同学在计算时很快地求出了结果，谁来分享一下？</w:t>
            </w:r>
          </w:p>
          <w:p>
            <w:pPr>
              <w:spacing w:after="20" w:line="276" w:lineRule="auto"/>
            </w:pPr>
            <w:r>
              <w:rPr>
                <w:rFonts w:ascii="宋体" w:hAnsi="宋体" w:eastAsia="宋体"/>
                <w:b w:val="0"/>
                <w:sz w:val="18"/>
              </w:rPr>
              <w:t>师：如果有n个点，每2个点连一条线段，能连多少条线段呢？</w:t>
            </w:r>
          </w:p>
          <w:p>
            <w:pPr>
              <w:spacing w:after="20" w:line="276" w:lineRule="auto"/>
            </w:pPr>
            <w:r>
              <w:rPr>
                <w:rFonts w:ascii="宋体" w:hAnsi="宋体" w:eastAsia="宋体"/>
                <w:b w:val="0"/>
                <w:sz w:val="18"/>
              </w:rPr>
              <w:t>4.回顾反思。</w:t>
            </w:r>
          </w:p>
          <w:p>
            <w:pPr>
              <w:spacing w:after="20" w:line="276" w:lineRule="auto"/>
            </w:pPr>
            <w:r>
              <w:rPr>
                <w:rFonts w:ascii="宋体" w:hAnsi="宋体" w:eastAsia="宋体"/>
                <w:b w:val="0"/>
                <w:sz w:val="18"/>
              </w:rPr>
              <w:t>师：请大家静静地回顾刚才解决问题的过程，你有什么想法？</w:t>
            </w:r>
          </w:p>
        </w:tc>
        <w:tc>
          <w:tcPr>
            <w:tcW w:type="dxa" w:w="3061"/>
          </w:tcPr>
          <w:p>
            <w:pPr>
              <w:spacing w:after="20" w:line="276" w:lineRule="auto"/>
            </w:pPr>
            <w:r/>
            <w:r>
              <w:rPr>
                <w:rFonts w:ascii="宋体" w:hAnsi="宋体" w:eastAsia="宋体"/>
                <w:b w:val="0"/>
                <w:sz w:val="18"/>
              </w:rPr>
              <w:t>学生活动，教师巡视指导并收集信息。</w:t>
            </w:r>
          </w:p>
          <w:p>
            <w:pPr>
              <w:spacing w:after="20" w:line="276" w:lineRule="auto"/>
            </w:pPr>
            <w:r>
              <w:rPr>
                <w:rFonts w:ascii="宋体" w:hAnsi="宋体" w:eastAsia="宋体"/>
                <w:b w:val="0"/>
                <w:sz w:val="18"/>
              </w:rPr>
              <w:t>学生活动时，可能想不到列表，或列表不完整，教师可以深入到组内适当引导。</w:t>
            </w:r>
          </w:p>
          <w:p>
            <w:pPr>
              <w:spacing w:after="20" w:line="276" w:lineRule="auto"/>
            </w:pPr>
            <w:r>
              <w:rPr>
                <w:rFonts w:ascii="宋体" w:hAnsi="宋体" w:eastAsia="宋体"/>
                <w:b w:val="0"/>
                <w:sz w:val="18"/>
              </w:rPr>
              <w:t>2.汇报展示。</w:t>
            </w:r>
          </w:p>
          <w:p>
            <w:pPr>
              <w:spacing w:after="20" w:line="276" w:lineRule="auto"/>
            </w:pPr>
            <w:r>
              <w:rPr>
                <w:rFonts w:ascii="宋体" w:hAnsi="宋体" w:eastAsia="宋体"/>
                <w:b w:val="0"/>
                <w:sz w:val="18"/>
              </w:rPr>
              <w:t>学生可能出现下面情况。</w:t>
            </w:r>
          </w:p>
          <w:p>
            <w:pPr>
              <w:spacing w:after="20" w:line="276" w:lineRule="auto"/>
            </w:pPr>
            <w:r>
              <w:rPr>
                <w:rFonts w:ascii="宋体" w:hAnsi="宋体" w:eastAsia="宋体"/>
                <w:b w:val="0"/>
                <w:sz w:val="18"/>
              </w:rPr>
              <w:t>预设1：无过程图，仅留最后连线图，但找到了前2~6个点的规律。</w:t>
            </w:r>
          </w:p>
          <w:p>
            <w:pPr>
              <w:spacing w:after="20" w:line="276" w:lineRule="auto"/>
            </w:pPr>
            <w:r>
              <w:rPr>
                <w:rFonts w:ascii="宋体" w:hAnsi="宋体" w:eastAsia="宋体"/>
                <w:b w:val="0"/>
                <w:sz w:val="18"/>
              </w:rPr>
              <w:t>预设2：有过程，但表格不完整，如下表。</w:t>
            </w:r>
          </w:p>
          <w:p>
            <w:pPr>
              <w:spacing w:after="20" w:line="276" w:lineRule="auto"/>
            </w:pPr>
            <w:r>
              <w:rPr>
                <w:rFonts w:ascii="宋体" w:hAnsi="宋体" w:eastAsia="宋体"/>
                <w:b w:val="0"/>
                <w:sz w:val="18"/>
              </w:rPr>
              <w:t>预设3：图形与表格比较完整，情况如下。</w:t>
            </w:r>
          </w:p>
          <w:p>
            <w:pPr>
              <w:spacing w:after="20" w:line="276" w:lineRule="auto"/>
            </w:pPr>
            <w:r>
              <w:rPr>
                <w:rFonts w:ascii="宋体" w:hAnsi="宋体" w:eastAsia="宋体"/>
                <w:b w:val="0"/>
                <w:sz w:val="18"/>
              </w:rPr>
              <w:t>引导学生说出：在2个点的基础上，每增加一个点，这个点就可以和前面已有的每个点都连成一条线段，所以前面有几个点，就会增加几条线段。</w:t>
            </w:r>
          </w:p>
          <w:p>
            <w:pPr>
              <w:spacing w:after="20" w:line="276" w:lineRule="auto"/>
            </w:pPr>
            <w:r>
              <w:rPr>
                <w:rFonts w:ascii="宋体" w:hAnsi="宋体" w:eastAsia="宋体"/>
                <w:b w:val="0"/>
                <w:sz w:val="18"/>
              </w:rPr>
              <w:t>学生会列出算式：1+2+3+4+5+6+7=28(条)，引导学生总结出：1+2+3+4+5+6+…+(点数-1)=总条数。</w:t>
            </w:r>
          </w:p>
          <w:p>
            <w:pPr>
              <w:spacing w:after="20" w:line="276" w:lineRule="auto"/>
            </w:pPr>
            <w:r>
              <w:rPr>
                <w:rFonts w:ascii="宋体" w:hAnsi="宋体" w:eastAsia="宋体"/>
                <w:b w:val="0"/>
                <w:sz w:val="18"/>
              </w:rPr>
              <w:t>学生独立完成后集体交流。</w:t>
            </w:r>
          </w:p>
          <w:p>
            <w:pPr>
              <w:spacing w:after="20" w:line="276" w:lineRule="auto"/>
            </w:pPr>
            <w:r>
              <w:rPr>
                <w:rFonts w:ascii="宋体" w:hAnsi="宋体" w:eastAsia="宋体"/>
                <w:b w:val="0"/>
                <w:sz w:val="18"/>
              </w:rPr>
              <w:t>预设1：12个点能连成66条线段，算式是1+2+3+4+5+6+7+8+9+10+11=66(条)。</w:t>
            </w:r>
          </w:p>
          <w:p>
            <w:pPr>
              <w:spacing w:after="20" w:line="276" w:lineRule="auto"/>
            </w:pPr>
            <w:r>
              <w:rPr>
                <w:rFonts w:ascii="宋体" w:hAnsi="宋体" w:eastAsia="宋体"/>
                <w:b w:val="0"/>
                <w:sz w:val="18"/>
              </w:rPr>
              <w:t>预设2：20个点能连成190条线段，算式是1+2+3+4+5+6+7+8+…+19=190(条)。</w:t>
            </w:r>
          </w:p>
          <w:p>
            <w:pPr>
              <w:spacing w:after="20" w:line="276" w:lineRule="auto"/>
            </w:pPr>
            <w:r>
              <w:rPr>
                <w:rFonts w:ascii="宋体" w:hAnsi="宋体" w:eastAsia="宋体"/>
                <w:b w:val="0"/>
                <w:sz w:val="18"/>
              </w:rPr>
              <w:t>预设3：100个点能连成4950条线段，算式是1+2+3+4+5+6+7+…+98+99=4950(条)。</w:t>
            </w:r>
          </w:p>
          <w:p>
            <w:pPr>
              <w:spacing w:after="20" w:line="276" w:lineRule="auto"/>
            </w:pPr>
            <w:r>
              <w:rPr>
                <w:rFonts w:ascii="宋体" w:hAnsi="宋体" w:eastAsia="宋体"/>
                <w:b w:val="0"/>
                <w:sz w:val="18"/>
              </w:rPr>
              <w:t>学生会说出：点数×(点数-1)÷2=总条数。</w:t>
            </w:r>
          </w:p>
          <w:p>
            <w:pPr>
              <w:spacing w:after="20" w:line="276" w:lineRule="auto"/>
            </w:pPr>
            <w:r>
              <w:rPr>
                <w:rFonts w:ascii="宋体" w:hAnsi="宋体" w:eastAsia="宋体"/>
                <w:b w:val="0"/>
                <w:sz w:val="18"/>
              </w:rPr>
              <w:t>引导学生说出可以用1+2+3+4+5+6+…+(n-1)=总条数,也有学生说用n×(n-1)÷2来求，教师都要予以肯定。</w:t>
            </w:r>
          </w:p>
          <w:p>
            <w:pPr>
              <w:spacing w:after="20" w:line="276" w:lineRule="auto"/>
            </w:pPr>
            <w:r>
              <w:rPr>
                <w:rFonts w:ascii="宋体" w:hAnsi="宋体" w:eastAsia="宋体"/>
                <w:b w:val="0"/>
                <w:sz w:val="18"/>
              </w:rPr>
              <w:t>交流过程中，注意引导学生抓住两个关键：一是要想到每一个新增的点都要与之前的点相连，从而得到新增的线段数的规律；二是要指导学生从表示线段总数的算式中发现规律，实现归纳。</w:t>
            </w:r>
          </w:p>
          <w:p>
            <w:pPr>
              <w:spacing w:after="20" w:line="276" w:lineRule="auto"/>
            </w:pPr>
            <w:r>
              <w:rPr>
                <w:rFonts w:ascii="宋体" w:hAnsi="宋体" w:eastAsia="宋体"/>
                <w:b w:val="0"/>
                <w:sz w:val="18"/>
              </w:rPr>
              <w:t>学生可能会说遇到复杂的问题，可以用化繁为简的思想，从简单入手，寻找规律，再运用规律解决问题。根据学生回答板书：化繁为简</w:t>
            </w:r>
          </w:p>
        </w:tc>
        <w:tc>
          <w:tcPr>
            <w:tcW w:type="dxa" w:w="1814"/>
          </w:tcPr>
          <w:p>
            <w:pPr>
              <w:spacing w:after="20" w:line="276" w:lineRule="auto"/>
            </w:pPr>
            <w:r/>
            <w:r>
              <w:rPr>
                <w:rFonts w:ascii="宋体" w:hAnsi="宋体" w:eastAsia="宋体"/>
                <w:b w:val="0"/>
                <w:sz w:val="18"/>
              </w:rPr>
              <w:t>课堂中给学生回顾与反思的时间，有机会交流在解决问题的过程中的收获，使学生能更深层次理解数学思想在解决问题中的作用。</w:t>
            </w:r>
          </w:p>
        </w:tc>
      </w:tr>
      <w:tr>
        <w:tc>
          <w:tcPr>
            <w:tcW w:type="dxa" w:w="1474"/>
          </w:tcPr>
          <w:p>
            <w:pPr>
              <w:spacing w:after="20" w:line="276" w:lineRule="auto"/>
            </w:pPr>
            <w:r>
              <w:rPr>
                <w:b/>
              </w:rPr>
            </w:r>
            <w:r>
              <w:rPr>
                <w:rFonts w:ascii="宋体" w:hAnsi="宋体" w:eastAsia="宋体"/>
                <w:b/>
                <w:sz w:val="18"/>
              </w:rPr>
              <w:t>三、及时巩固，深化思想</w:t>
            </w:r>
          </w:p>
        </w:tc>
        <w:tc>
          <w:tcPr>
            <w:tcW w:type="dxa" w:w="3061"/>
          </w:tcPr>
          <w:p>
            <w:pPr>
              <w:spacing w:after="20" w:line="276" w:lineRule="auto"/>
            </w:pPr>
            <w:r/>
            <w:r>
              <w:rPr>
                <w:rFonts w:ascii="宋体" w:hAnsi="宋体" w:eastAsia="宋体"/>
                <w:b w:val="0"/>
                <w:sz w:val="18"/>
              </w:rPr>
              <w:t>1.完成教科书P99“做一做”。</w:t>
            </w:r>
          </w:p>
          <w:p>
            <w:pPr>
              <w:spacing w:after="20" w:line="276" w:lineRule="auto"/>
            </w:pPr>
            <w:r>
              <w:rPr>
                <w:rFonts w:ascii="宋体" w:hAnsi="宋体" w:eastAsia="宋体"/>
                <w:b w:val="0"/>
                <w:sz w:val="18"/>
              </w:rPr>
              <w:t>2.完成教科书P102“练习二十二”第1~4题。</w:t>
            </w:r>
          </w:p>
          <w:p>
            <w:pPr>
              <w:spacing w:after="20" w:line="276" w:lineRule="auto"/>
            </w:pPr>
            <w:r>
              <w:rPr>
                <w:rFonts w:ascii="宋体" w:hAnsi="宋体" w:eastAsia="宋体"/>
                <w:b w:val="0"/>
                <w:sz w:val="18"/>
              </w:rPr>
              <w:t>第2题：让学生观察序号和形状之间的关系，观察小棒根数与三角形个数之间的关系。从图②开始，平行四边形、梯形依次有规律地出现；小棒的根数，则是每次增加2根。对于第(3)题，不严格要求答案统一，学生可能发现的规律是3+2(n-1)，也可以引导学生统一化简为2n+1。</w:t>
            </w:r>
          </w:p>
          <w:p>
            <w:pPr>
              <w:spacing w:after="20" w:line="276" w:lineRule="auto"/>
            </w:pPr>
            <w:r>
              <w:rPr>
                <w:rFonts w:ascii="宋体" w:hAnsi="宋体" w:eastAsia="宋体"/>
                <w:b w:val="0"/>
                <w:sz w:val="18"/>
              </w:rPr>
              <w:t>第3题：学生解决这个问题比较轻松，把“1面红旗、2面黄旗、3面绿旗”看成一组，运用有余数的除法，即可推理得出第55面和第100面彩旗的颜色。</w:t>
            </w:r>
          </w:p>
          <w:p>
            <w:pPr>
              <w:spacing w:after="20" w:line="276" w:lineRule="auto"/>
            </w:pPr>
            <w:r>
              <w:rPr>
                <w:rFonts w:ascii="宋体" w:hAnsi="宋体" w:eastAsia="宋体"/>
                <w:b w:val="0"/>
                <w:sz w:val="18"/>
              </w:rPr>
              <w:t>第4题：引导学生回顾多边形内角和的求法，再让学生独立解决问题。这道题不是新问题，根据边数与可划分的三角形个数，可容易地推理得到n边形内角和为(n-2)×180。</w:t>
            </w:r>
          </w:p>
        </w:tc>
        <w:tc>
          <w:tcPr>
            <w:tcW w:type="dxa" w:w="3061"/>
          </w:tcPr>
          <w:p>
            <w:pPr>
              <w:spacing w:after="20" w:line="276" w:lineRule="auto"/>
            </w:pPr>
            <w:r/>
            <w:r>
              <w:rPr>
                <w:rFonts w:ascii="宋体" w:hAnsi="宋体" w:eastAsia="宋体"/>
                <w:b w:val="0"/>
                <w:sz w:val="18"/>
              </w:rPr>
              <w:t>学生独立完成，并在组内交流。</w:t>
            </w:r>
          </w:p>
          <w:p>
            <w:pPr>
              <w:spacing w:after="20" w:line="276" w:lineRule="auto"/>
            </w:pPr>
            <w:r>
              <w:rPr>
                <w:rFonts w:ascii="宋体" w:hAnsi="宋体" w:eastAsia="宋体"/>
                <w:b w:val="0"/>
                <w:sz w:val="18"/>
              </w:rPr>
              <w:t>学生不难发现棋子排列中的规律，得到每条边上棋子数的平方就是棋子的总数。第n幅图就有n2个棋子。</w:t>
            </w:r>
          </w:p>
          <w:p>
            <w:pPr>
              <w:spacing w:after="20" w:line="276" w:lineRule="auto"/>
            </w:pPr>
            <w:r>
              <w:rPr>
                <w:rFonts w:ascii="宋体" w:hAnsi="宋体" w:eastAsia="宋体"/>
                <w:b w:val="0"/>
                <w:sz w:val="18"/>
              </w:rPr>
              <w:t>第1题：引导学生寻找数与项数之间、前后数之间的关系来探索规律。第(1)题的规律是相邻两个数之间的差依次是8,9,10…；第（2）题的规律是后一个奇数项是前一个奇数项的2倍，后一个偶数项是前一个偶数项加3。</w:t>
            </w:r>
          </w:p>
        </w:tc>
        <w:tc>
          <w:tcPr>
            <w:tcW w:type="dxa" w:w="1814"/>
          </w:tcPr>
          <w:p>
            <w:pPr>
              <w:spacing w:after="20" w:line="276" w:lineRule="auto"/>
            </w:pPr>
            <w:r/>
            <w:r>
              <w:rPr>
                <w:rFonts w:ascii="宋体" w:hAnsi="宋体" w:eastAsia="宋体"/>
                <w:b w:val="0"/>
                <w:sz w:val="18"/>
              </w:rPr>
              <w:t>这些练习需要有序思考，找到规律，然后应用规律进行计算或符号化表达，帮助学生进一步发展观察、枚举、归纳能力，提升推理水平。</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师：通过今天的学习，你们有哪些收获呢？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引导学生回顾梳理本课所学，完善认知结构，提升归纳与反思能力，核心问题："通过今天的学习，你们有哪些收获呢？"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数学思考(1)</w:t>
      </w:r>
    </w:p>
    <w:p>
      <w:pPr>
        <w:spacing w:after="40" w:line="300" w:lineRule="auto"/>
      </w:pPr>
      <w:r>
        <w:rPr>
          <w:rFonts w:ascii="宋体" w:hAnsi="宋体" w:eastAsia="宋体"/>
          <w:b w:val="0"/>
          <w:sz w:val="20"/>
        </w:rPr>
        <w:t>1+2+3+4+5+6+…+(点数-1)=总条数</w:t>
      </w:r>
    </w:p>
    <w:p>
      <w:pPr>
        <w:spacing w:after="40" w:line="300" w:lineRule="auto"/>
      </w:pPr>
      <w:r>
        <w:rPr>
          <w:rFonts w:ascii="宋体" w:hAnsi="宋体" w:eastAsia="宋体"/>
          <w:b w:val="0"/>
          <w:sz w:val="20"/>
        </w:rPr>
        <w:t>1+2+3+4+5+6+…+(n-1)=总条数</w:t>
      </w:r>
    </w:p>
    <w:p>
      <w:pPr>
        <w:spacing w:after="40" w:line="300" w:lineRule="auto"/>
      </w:pPr>
      <w:r>
        <w:rPr>
          <w:rFonts w:ascii="宋体" w:hAnsi="宋体" w:eastAsia="宋体"/>
          <w:b w:val="0"/>
          <w:sz w:val="20"/>
        </w:rPr>
        <w:t>化繁为简</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教学中先让学生产生认知冲突，从而激发学生寻求解题策略的欲望，继而引导学生“从最简单的情况入手”，边探索边寻求答案，进而帮助学生理解化繁为简的数学思想。在教学活动中还要注意两点：一是教科书中的策略是以增加的点为关键，从而引出线段增加的条数，继而找出结果，策略是多样的，可以充分利用学生的已有知识内容让学生独立思考，直接找出数的变化规律，即不要过于限制学生的思维；二是在寻找规律时，也不必限制几个点，可以边数线段边找规律，一旦发现规律就可以归纳出一般情况。</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统计(2)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统计(2)</w:t>
            </w:r>
          </w:p>
        </w:tc>
        <w:tc>
          <w:tcPr>
            <w:tcW w:type="dxa" w:w="6009"/>
          </w:tcPr>
          <w:p>
            <w:pPr>
              <w:spacing w:after="20" w:line="276" w:lineRule="auto"/>
            </w:pPr>
            <w:r/>
            <w:r>
              <w:rPr>
                <w:rFonts w:ascii="宋体" w:hAnsi="宋体" w:eastAsia="宋体"/>
                <w:b w:val="0"/>
                <w:sz w:val="20"/>
              </w:rPr>
              <w:t>第6单元 整理和复习（统计与概率）</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（1）在具体的情境中，梳理平均数的有关内容，理解平均数在统计过程中的重要意义。</w:t>
      </w:r>
    </w:p>
    <w:p>
      <w:pPr>
        <w:spacing w:after="20" w:line="300" w:lineRule="auto"/>
        <w:ind w:firstLine="400"/>
      </w:pPr>
      <w:r>
        <w:rPr>
          <w:rFonts w:ascii="宋体" w:hAnsi="宋体" w:eastAsia="宋体"/>
          <w:b w:val="0"/>
          <w:sz w:val="20"/>
        </w:rPr>
        <w:t>（2）在具体的情境中，体会统计对现实生活的重要意义。</w:t>
      </w:r>
    </w:p>
    <w:p>
      <w:pPr>
        <w:spacing w:after="20" w:line="300" w:lineRule="auto"/>
        <w:ind w:firstLine="400"/>
      </w:pPr>
      <w:r>
        <w:rPr>
          <w:rFonts w:ascii="宋体" w:hAnsi="宋体" w:eastAsia="宋体"/>
          <w:b w:val="0"/>
          <w:sz w:val="20"/>
        </w:rPr>
        <w:t>（3）通过数据分析进行决策，培养学生的数据分析观念。</w:t>
      </w:r>
    </w:p>
    <w:p>
      <w:pPr>
        <w:spacing w:after="20" w:line="300" w:lineRule="auto"/>
      </w:pPr>
      <w:r>
        <w:rPr>
          <w:rFonts w:ascii="宋体" w:hAnsi="宋体" w:eastAsia="宋体"/>
          <w:b w:val="0"/>
          <w:sz w:val="20"/>
        </w:rPr>
        <w:t>教学重点：对平均数进行梳理与复习。</w:t>
      </w:r>
    </w:p>
    <w:p>
      <w:pPr>
        <w:spacing w:after="20" w:line="300" w:lineRule="auto"/>
      </w:pPr>
      <w:r>
        <w:rPr>
          <w:rFonts w:ascii="宋体" w:hAnsi="宋体" w:eastAsia="宋体"/>
          <w:b w:val="0"/>
          <w:sz w:val="20"/>
        </w:rPr>
        <w:t>教学难点：培养学生的数据分析观念。</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说一说，平均数在生活中有哪些应用呢?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二、梳理平均数、加深对数据的理解</w:t>
            </w:r>
          </w:p>
        </w:tc>
        <w:tc>
          <w:tcPr>
            <w:tcW w:type="dxa" w:w="1814"/>
          </w:tcPr>
          <w:p>
            <w:pPr>
              <w:spacing w:after="20" w:line="276" w:lineRule="auto"/>
            </w:pPr>
            <w:r/>
            <w:r>
              <w:rPr>
                <w:rFonts w:ascii="宋体" w:hAnsi="宋体" w:eastAsia="宋体"/>
                <w:b w:val="0"/>
                <w:sz w:val="18"/>
              </w:rPr>
              <w:t>课件、教科书、统计表</w:t>
            </w:r>
          </w:p>
        </w:tc>
        <w:tc>
          <w:tcPr>
            <w:tcW w:type="dxa" w:w="3402"/>
          </w:tcPr>
          <w:p>
            <w:pPr>
              <w:spacing w:after="20" w:line="276" w:lineRule="auto"/>
            </w:pPr>
            <w:r/>
            <w:r>
              <w:rPr>
                <w:rFonts w:ascii="宋体" w:hAnsi="宋体" w:eastAsia="宋体"/>
                <w:b w:val="0"/>
                <w:sz w:val="18"/>
              </w:rPr>
              <w:t>六（1）班大部分同学的身高和体重分别是多少？；六（1）班同学的平均身高和平均体重分别是多少？</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三、巩固练习，知识应用</w:t>
            </w:r>
          </w:p>
        </w:tc>
        <w:tc>
          <w:tcPr>
            <w:tcW w:type="dxa" w:w="1814"/>
          </w:tcPr>
          <w:p>
            <w:pPr>
              <w:spacing w:after="20" w:line="276" w:lineRule="auto"/>
            </w:pPr>
            <w:r/>
            <w:r>
              <w:rPr>
                <w:rFonts w:ascii="宋体" w:hAnsi="宋体" w:eastAsia="宋体"/>
                <w:b w:val="0"/>
                <w:sz w:val="18"/>
              </w:rPr>
              <w:t>教科书、课件、统计表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通过本节课的复习，你们有哪些收获呢？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一、谈话导入，揭示课题</w:t>
            </w:r>
          </w:p>
        </w:tc>
        <w:tc>
          <w:tcPr>
            <w:tcW w:type="dxa" w:w="3061"/>
          </w:tcPr>
          <w:p>
            <w:pPr>
              <w:spacing w:after="20" w:line="276" w:lineRule="auto"/>
            </w:pPr>
            <w:r/>
            <w:r>
              <w:rPr>
                <w:rFonts w:ascii="宋体" w:hAnsi="宋体" w:eastAsia="宋体"/>
                <w:b w:val="0"/>
                <w:sz w:val="18"/>
              </w:rPr>
              <w:t>师：上节课我们复习了统计图表，这节课我们来复习统计量中的平均数。［板书课题：统计(2)］</w:t>
            </w:r>
          </w:p>
          <w:p>
            <w:pPr>
              <w:spacing w:after="20" w:line="276" w:lineRule="auto"/>
            </w:pPr>
            <w:r>
              <w:rPr>
                <w:rFonts w:ascii="宋体" w:hAnsi="宋体" w:eastAsia="宋体"/>
                <w:b w:val="0"/>
                <w:sz w:val="18"/>
              </w:rPr>
              <w:t>师:说一说，平均数在生活中有哪些应用呢?</w:t>
            </w:r>
          </w:p>
        </w:tc>
        <w:tc>
          <w:tcPr>
            <w:tcW w:type="dxa" w:w="3061"/>
          </w:tcPr>
          <w:p>
            <w:pPr>
              <w:spacing w:after="20" w:line="276" w:lineRule="auto"/>
            </w:pPr>
            <w:r/>
            <w:r>
              <w:rPr>
                <w:rFonts w:ascii="宋体" w:hAnsi="宋体" w:eastAsia="宋体"/>
                <w:b w:val="0"/>
                <w:sz w:val="18"/>
              </w:rPr>
              <w:t>学生可能会说出考试时求平均分，求人均水资源，求平均身高，求平均销量等。 只要学生说得有道理，都要予以肯定。</w:t>
            </w:r>
          </w:p>
        </w:tc>
        <w:tc>
          <w:tcPr>
            <w:tcW w:type="dxa" w:w="1814"/>
          </w:tcPr>
          <w:p>
            <w:pPr>
              <w:spacing w:after="20" w:line="276" w:lineRule="auto"/>
            </w:pPr>
            <w:r/>
            <w:r>
              <w:rPr>
                <w:rFonts w:ascii="宋体" w:hAnsi="宋体" w:eastAsia="宋体"/>
                <w:b w:val="0"/>
                <w:sz w:val="18"/>
              </w:rPr>
              <w:t>直接揭示课题，并让学生举例说明平均数在生活中有哪些应用，充分关注了复习的起点，为后面复习作准备。</w:t>
            </w:r>
          </w:p>
        </w:tc>
      </w:tr>
      <w:tr>
        <w:tc>
          <w:tcPr>
            <w:tcW w:type="dxa" w:w="1474"/>
          </w:tcPr>
          <w:p>
            <w:pPr>
              <w:spacing w:after="20" w:line="276" w:lineRule="auto"/>
            </w:pPr>
            <w:r>
              <w:rPr>
                <w:b/>
              </w:rPr>
            </w:r>
            <w:r>
              <w:rPr>
                <w:rFonts w:ascii="宋体" w:hAnsi="宋体" w:eastAsia="宋体"/>
                <w:b/>
                <w:sz w:val="18"/>
              </w:rPr>
              <w:t>二、梳理平均数、加深对数据的理解</w:t>
            </w:r>
          </w:p>
        </w:tc>
        <w:tc>
          <w:tcPr>
            <w:tcW w:type="dxa" w:w="3061"/>
          </w:tcPr>
          <w:p>
            <w:pPr>
              <w:spacing w:after="20" w:line="276" w:lineRule="auto"/>
            </w:pPr>
            <w:r/>
            <w:r>
              <w:rPr>
                <w:rFonts w:ascii="宋体" w:hAnsi="宋体" w:eastAsia="宋体"/>
                <w:b w:val="0"/>
                <w:sz w:val="18"/>
              </w:rPr>
              <w:t>1.求平均数</w:t>
            </w:r>
          </w:p>
          <w:p>
            <w:pPr>
              <w:spacing w:after="20" w:line="276" w:lineRule="auto"/>
            </w:pPr>
            <w:r>
              <w:rPr>
                <w:rFonts w:ascii="宋体" w:hAnsi="宋体" w:eastAsia="宋体"/>
                <w:b w:val="0"/>
                <w:sz w:val="18"/>
              </w:rPr>
              <w:t>课件出示教科书P96第5题的统计表。</w:t>
            </w:r>
          </w:p>
          <w:p>
            <w:pPr>
              <w:spacing w:after="20" w:line="276" w:lineRule="auto"/>
            </w:pPr>
            <w:r>
              <w:rPr>
                <w:rFonts w:ascii="宋体" w:hAnsi="宋体" w:eastAsia="宋体"/>
                <w:b w:val="0"/>
                <w:sz w:val="18"/>
              </w:rPr>
              <w:t>用统计表表示六(1)班同学的身高和体重分布情况，然后计算平均数,讨论用什么数据能代表全班同学的身高和体重情况的问题时，整个过程以小组合作和交流汇报的形式展开，激发学生学习的积极性和主动性。</w:t>
            </w:r>
          </w:p>
          <w:p>
            <w:pPr>
              <w:spacing w:after="20" w:line="276" w:lineRule="auto"/>
            </w:pPr>
            <w:r>
              <w:rPr>
                <w:rFonts w:ascii="宋体" w:hAnsi="宋体" w:eastAsia="宋体"/>
                <w:b w:val="0"/>
                <w:sz w:val="18"/>
              </w:rPr>
              <w:t>师：六（1）班大部分同学的身高和体重分别是多少？</w:t>
            </w:r>
          </w:p>
          <w:p>
            <w:pPr>
              <w:spacing w:after="20" w:line="276" w:lineRule="auto"/>
            </w:pPr>
            <w:r>
              <w:rPr>
                <w:rFonts w:ascii="宋体" w:hAnsi="宋体" w:eastAsia="宋体"/>
                <w:b w:val="0"/>
                <w:sz w:val="18"/>
              </w:rPr>
              <w:t>师：六（1）班同学的平均身高和平均体重分别是多少？</w:t>
            </w:r>
          </w:p>
          <w:p>
            <w:pPr>
              <w:spacing w:after="20" w:line="276" w:lineRule="auto"/>
            </w:pPr>
            <w:r>
              <w:rPr>
                <w:rFonts w:ascii="宋体" w:hAnsi="宋体" w:eastAsia="宋体"/>
                <w:b w:val="0"/>
                <w:sz w:val="18"/>
              </w:rPr>
              <w:t>(1.40+1.43×3+1.46×5+1.49×10+1.52×12+1.55×6+1.58×3)÷40</w:t>
            </w:r>
          </w:p>
          <w:p>
            <w:pPr>
              <w:spacing w:after="20" w:line="276" w:lineRule="auto"/>
            </w:pPr>
            <w:r>
              <w:rPr>
                <w:rFonts w:ascii="宋体" w:hAnsi="宋体" w:eastAsia="宋体"/>
                <w:b w:val="0"/>
                <w:sz w:val="18"/>
              </w:rPr>
              <w:t>=60.17÷40</w:t>
            </w:r>
          </w:p>
          <w:p>
            <w:pPr>
              <w:spacing w:after="20" w:line="276" w:lineRule="auto"/>
            </w:pPr>
            <w:r>
              <w:rPr>
                <w:rFonts w:ascii="宋体" w:hAnsi="宋体" w:eastAsia="宋体"/>
                <w:b w:val="0"/>
                <w:sz w:val="18"/>
              </w:rPr>
              <w:t>≈1.50(m)</w:t>
            </w:r>
          </w:p>
          <w:p>
            <w:pPr>
              <w:spacing w:after="20" w:line="276" w:lineRule="auto"/>
            </w:pPr>
            <w:r>
              <w:rPr>
                <w:rFonts w:ascii="宋体" w:hAnsi="宋体" w:eastAsia="宋体"/>
                <w:b w:val="0"/>
                <w:sz w:val="18"/>
              </w:rPr>
              <w:t>(30×2+33×4+36×5+39×12+42×10+45×4+48×3)÷40</w:t>
            </w:r>
          </w:p>
          <w:p>
            <w:pPr>
              <w:spacing w:after="20" w:line="276" w:lineRule="auto"/>
            </w:pPr>
            <w:r>
              <w:rPr>
                <w:rFonts w:ascii="宋体" w:hAnsi="宋体" w:eastAsia="宋体"/>
                <w:b w:val="0"/>
                <w:sz w:val="18"/>
              </w:rPr>
              <w:t>=1584÷40</w:t>
            </w:r>
          </w:p>
          <w:p>
            <w:pPr>
              <w:spacing w:after="20" w:line="276" w:lineRule="auto"/>
            </w:pPr>
            <w:r>
              <w:rPr>
                <w:rFonts w:ascii="宋体" w:hAnsi="宋体" w:eastAsia="宋体"/>
                <w:b w:val="0"/>
                <w:sz w:val="18"/>
              </w:rPr>
              <w:t>=39.6(kg)</w:t>
            </w:r>
          </w:p>
          <w:p>
            <w:pPr>
              <w:spacing w:after="20" w:line="276" w:lineRule="auto"/>
            </w:pPr>
            <w:r>
              <w:rPr>
                <w:rFonts w:ascii="宋体" w:hAnsi="宋体" w:eastAsia="宋体"/>
                <w:b w:val="0"/>
                <w:sz w:val="18"/>
              </w:rPr>
              <w:t>师：平均数怎么求呢？</w:t>
            </w:r>
          </w:p>
          <w:p>
            <w:pPr>
              <w:spacing w:after="20" w:line="276" w:lineRule="auto"/>
            </w:pPr>
            <w:r>
              <w:rPr>
                <w:rFonts w:ascii="宋体" w:hAnsi="宋体" w:eastAsia="宋体"/>
                <w:b w:val="0"/>
                <w:sz w:val="18"/>
              </w:rPr>
              <w:t>引导学生小结并板书：总数量÷总份数=平均数</w:t>
            </w:r>
          </w:p>
          <w:p>
            <w:pPr>
              <w:spacing w:after="20" w:line="276" w:lineRule="auto"/>
            </w:pPr>
            <w:r>
              <w:rPr>
                <w:rFonts w:ascii="宋体" w:hAnsi="宋体" w:eastAsia="宋体"/>
                <w:b w:val="0"/>
                <w:sz w:val="18"/>
              </w:rPr>
              <w:t>2.结合实际，用统计解决问题。</w:t>
            </w:r>
          </w:p>
          <w:p>
            <w:pPr>
              <w:spacing w:after="20" w:line="276" w:lineRule="auto"/>
            </w:pPr>
            <w:r>
              <w:rPr>
                <w:rFonts w:ascii="宋体" w:hAnsi="宋体" w:eastAsia="宋体"/>
                <w:b w:val="0"/>
                <w:sz w:val="18"/>
              </w:rPr>
              <w:t>师：上一节课我们统计了自己班同学的身高和体重，这节课我们来找一找全班大部分同学的身高和体重，算一算全班同学的平均身高和平均体重。</w:t>
            </w:r>
          </w:p>
          <w:p>
            <w:pPr>
              <w:spacing w:after="20" w:line="276" w:lineRule="auto"/>
            </w:pPr>
            <w:r>
              <w:rPr>
                <w:rFonts w:ascii="宋体" w:hAnsi="宋体" w:eastAsia="宋体"/>
                <w:b w:val="0"/>
                <w:sz w:val="18"/>
              </w:rPr>
              <w:t>课前教师可收集上节课学生整理的调查表，将本班学生的身高、体重情况统计出来，形成统计表。课堂上可以利用课件呈现出来，让学生结合身边的数据分析解决问题。</w:t>
            </w:r>
          </w:p>
        </w:tc>
        <w:tc>
          <w:tcPr>
            <w:tcW w:type="dxa" w:w="3061"/>
          </w:tcPr>
          <w:p>
            <w:pPr>
              <w:spacing w:after="20" w:line="276" w:lineRule="auto"/>
            </w:pPr>
            <w:r/>
            <w:r>
              <w:rPr>
                <w:rFonts w:ascii="宋体" w:hAnsi="宋体" w:eastAsia="宋体"/>
                <w:b w:val="0"/>
                <w:sz w:val="18"/>
              </w:rPr>
              <w:t>学生根据统计表中数据作答。</w:t>
            </w:r>
          </w:p>
          <w:p>
            <w:pPr>
              <w:spacing w:after="20" w:line="276" w:lineRule="auto"/>
            </w:pPr>
            <w:r>
              <w:rPr>
                <w:rFonts w:ascii="宋体" w:hAnsi="宋体" w:eastAsia="宋体"/>
                <w:b w:val="0"/>
                <w:sz w:val="18"/>
              </w:rPr>
              <w:t>学生独立计算后展示交流。</w:t>
            </w:r>
          </w:p>
          <w:p>
            <w:pPr>
              <w:spacing w:after="20" w:line="276" w:lineRule="auto"/>
            </w:pPr>
            <w:r>
              <w:rPr>
                <w:rFonts w:ascii="宋体" w:hAnsi="宋体" w:eastAsia="宋体"/>
                <w:b w:val="0"/>
                <w:sz w:val="18"/>
              </w:rPr>
              <w:t>预设1：六(1)班同学的平均身高约是1.50m。</w:t>
            </w:r>
          </w:p>
          <w:p>
            <w:pPr>
              <w:spacing w:after="20" w:line="276" w:lineRule="auto"/>
            </w:pPr>
            <w:r>
              <w:rPr>
                <w:rFonts w:ascii="宋体" w:hAnsi="宋体" w:eastAsia="宋体"/>
                <w:b w:val="0"/>
                <w:sz w:val="18"/>
              </w:rPr>
              <w:t>预设2：六(1)班同学的平均体重约是39.6kg。</w:t>
            </w:r>
          </w:p>
        </w:tc>
        <w:tc>
          <w:tcPr>
            <w:tcW w:type="dxa" w:w="1814"/>
          </w:tcPr>
          <w:p>
            <w:pPr>
              <w:spacing w:after="20" w:line="276" w:lineRule="auto"/>
            </w:pPr>
            <w:r/>
            <w:r>
              <w:rPr>
                <w:rFonts w:ascii="宋体" w:hAnsi="宋体" w:eastAsia="宋体"/>
                <w:b w:val="0"/>
                <w:sz w:val="18"/>
              </w:rPr>
              <w:t>利用身边的数据进行分析，通过交流、思辨，巩固平均数的求法，初步感受平均数在统计中的价值，提高学生的数据分析能力。</w:t>
            </w:r>
          </w:p>
        </w:tc>
      </w:tr>
      <w:tr>
        <w:tc>
          <w:tcPr>
            <w:tcW w:type="dxa" w:w="1474"/>
          </w:tcPr>
          <w:p>
            <w:pPr>
              <w:spacing w:after="20" w:line="276" w:lineRule="auto"/>
            </w:pPr>
            <w:r>
              <w:rPr>
                <w:b/>
              </w:rPr>
            </w:r>
            <w:r>
              <w:rPr>
                <w:rFonts w:ascii="宋体" w:hAnsi="宋体" w:eastAsia="宋体"/>
                <w:b/>
                <w:sz w:val="18"/>
              </w:rPr>
              <w:t>三、巩固练习，知识应用</w:t>
            </w:r>
          </w:p>
        </w:tc>
        <w:tc>
          <w:tcPr>
            <w:tcW w:type="dxa" w:w="3061"/>
          </w:tcPr>
          <w:p>
            <w:pPr>
              <w:spacing w:after="20" w:line="276" w:lineRule="auto"/>
            </w:pPr>
            <w:r/>
            <w:r>
              <w:rPr>
                <w:rFonts w:ascii="宋体" w:hAnsi="宋体" w:eastAsia="宋体"/>
                <w:b w:val="0"/>
                <w:sz w:val="18"/>
              </w:rPr>
              <w:t>1.完成教科书P97“练习二十一”第5题。</w:t>
            </w:r>
          </w:p>
          <w:p>
            <w:pPr>
              <w:spacing w:after="20" w:line="276" w:lineRule="auto"/>
            </w:pPr>
            <w:r>
              <w:rPr>
                <w:rFonts w:ascii="宋体" w:hAnsi="宋体" w:eastAsia="宋体"/>
                <w:b w:val="0"/>
                <w:sz w:val="18"/>
              </w:rPr>
              <w:t>2.课件出示习题。</w:t>
            </w:r>
          </w:p>
          <w:p>
            <w:pPr>
              <w:spacing w:after="20" w:line="276" w:lineRule="auto"/>
            </w:pPr>
            <w:r>
              <w:rPr>
                <w:rFonts w:ascii="宋体" w:hAnsi="宋体" w:eastAsia="宋体"/>
                <w:b w:val="0"/>
                <w:sz w:val="18"/>
              </w:rPr>
              <w:t>3.完成教科书P98“练习二十一”第8题。</w:t>
            </w:r>
          </w:p>
        </w:tc>
        <w:tc>
          <w:tcPr>
            <w:tcW w:type="dxa" w:w="3061"/>
          </w:tcPr>
          <w:p>
            <w:pPr>
              <w:spacing w:after="20" w:line="276" w:lineRule="auto"/>
            </w:pPr>
            <w:r/>
            <w:r>
              <w:rPr>
                <w:rFonts w:ascii="宋体" w:hAnsi="宋体" w:eastAsia="宋体"/>
                <w:b w:val="0"/>
                <w:sz w:val="18"/>
              </w:rPr>
              <w:t>学生独立完成后汇报交流。</w:t>
            </w:r>
          </w:p>
          <w:p>
            <w:pPr>
              <w:spacing w:after="20" w:line="276" w:lineRule="auto"/>
            </w:pPr>
            <w:r>
              <w:rPr>
                <w:rFonts w:ascii="宋体" w:hAnsi="宋体" w:eastAsia="宋体"/>
                <w:b w:val="0"/>
                <w:sz w:val="18"/>
              </w:rPr>
              <w:t>引导学生感受平均数与每个数据都有关系，因此它易受极端数据的影响。为了减少这种影响，通常采取去掉一个最高分和一个最低分的方法，这样计算出的平均数更有代表性。</w:t>
            </w:r>
          </w:p>
          <w:p>
            <w:pPr>
              <w:spacing w:after="20" w:line="276" w:lineRule="auto"/>
            </w:pPr>
            <w:r>
              <w:rPr>
                <w:rFonts w:ascii="宋体" w:hAnsi="宋体" w:eastAsia="宋体"/>
                <w:b w:val="0"/>
                <w:sz w:val="18"/>
              </w:rPr>
              <w:t>学生独立完成后汇报交流。</w:t>
            </w:r>
          </w:p>
          <w:p>
            <w:pPr>
              <w:spacing w:after="20" w:line="276" w:lineRule="auto"/>
            </w:pPr>
            <w:r>
              <w:rPr>
                <w:rFonts w:ascii="宋体" w:hAnsi="宋体" w:eastAsia="宋体"/>
                <w:b w:val="0"/>
                <w:sz w:val="18"/>
              </w:rPr>
              <w:t>学生小组内合作完成并交流，集体汇报。</w:t>
            </w:r>
          </w:p>
          <w:p>
            <w:pPr>
              <w:spacing w:after="20" w:line="276" w:lineRule="auto"/>
            </w:pPr>
            <w:r>
              <w:rPr>
                <w:rFonts w:ascii="宋体" w:hAnsi="宋体" w:eastAsia="宋体"/>
                <w:b w:val="0"/>
                <w:sz w:val="18"/>
              </w:rPr>
              <w:t>首先要引导学生学会读表、读图，体会扇形统计图的直观特性。学会从数据中找出相关的信息，并通过提出问题，寻找数据背后所隐含的社会信息，如15～59岁的人口数在减少，60岁及以上的人口数在增加且增速很快。根据统计表和统计图提供的信息，可以从不同的角度进行分析。例如第六次和第七次全国人口普查各年龄段的相关数据（如人口数、占百分比），第六次到第七次全国人口普查的变化（如人口数变化、百分比变化），引导学生学会开放性地提问，寻找信息，解决问题。</w:t>
            </w:r>
          </w:p>
        </w:tc>
        <w:tc>
          <w:tcPr>
            <w:tcW w:type="dxa" w:w="1814"/>
          </w:tcPr>
          <w:p>
            <w:pPr>
              <w:spacing w:after="20" w:line="276" w:lineRule="auto"/>
            </w:pPr>
            <w:r/>
            <w:r>
              <w:rPr>
                <w:rFonts w:ascii="宋体" w:hAnsi="宋体" w:eastAsia="宋体"/>
                <w:b w:val="0"/>
                <w:sz w:val="18"/>
              </w:rPr>
              <w:t>练习体现了很大的开放性，有利于提高学生综合应用知识解决问题的能力。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师：通过本节课的复习，你们有哪些收获呢？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引导学生回顾梳理本课所学，完善认知结构，提升归纳与反思能力，核心问题："通过本节课的复习，你们有哪些收获呢？"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统计（2）</w:t>
      </w:r>
    </w:p>
    <w:p>
      <w:pPr>
        <w:spacing w:after="40" w:line="300" w:lineRule="auto"/>
      </w:pPr>
      <w:r>
        <w:rPr>
          <w:rFonts w:ascii="宋体" w:hAnsi="宋体" w:eastAsia="宋体"/>
          <w:b w:val="0"/>
          <w:sz w:val="20"/>
        </w:rPr>
        <w:t>总数量÷总份数=平均数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下面是六年级四个班参加植树的人数情况统计图。 （1）参加植树人数最多的是（ ）班；参加植树人数最少的是（ ）班。 （2）一共有（ ）名同学参加植树，其中男生有（ ）名，女生有（ ）名。 （3）六年级四个班一共植树452棵，平均每班植树多少棵？平均每人植树多少棵？ 参考答案 （1）六（1） 六（2） （2）113 77 36 （3）452÷4＝113（棵） 452÷113＝4（棵）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是一节对平均数的复习课，也可以说是一节在实际运用中感悟平均数意义和价值的课。需要对已经学过的知识、技能、感悟的数学思想等进行盘点，让学生带着更为丰富而独特的“数学学习阅历”出发。教师可以在课后补充一些应用平均数解决生活实际问题的练习，进一步培养学生的数据分析观念。</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平面图形的认识与测量(2)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平面图形的认识与测量(2)</w:t>
            </w:r>
          </w:p>
        </w:tc>
        <w:tc>
          <w:tcPr>
            <w:tcW w:type="dxa" w:w="6009"/>
          </w:tcPr>
          <w:p>
            <w:pPr>
              <w:spacing w:after="20" w:line="276" w:lineRule="auto"/>
            </w:pPr>
            <w:r/>
            <w:r>
              <w:rPr>
                <w:rFonts w:ascii="宋体" w:hAnsi="宋体" w:eastAsia="宋体"/>
                <w:b w:val="0"/>
                <w:sz w:val="20"/>
              </w:rPr>
              <w:t>第6单元 整理和复习（图形与几何）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教学准备：课件，长方形、正方形、平行四边形、圆形、三角形、梯形卡片。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（1）通过整理，加深理解平面图形周长和面积的概念，进一步理解并掌握平面图形的周长和面积计算公式及其推导过程，并能运用公式计算图形的周长和面积。</w:t>
      </w:r>
    </w:p>
    <w:p>
      <w:pPr>
        <w:spacing w:after="20" w:line="300" w:lineRule="auto"/>
        <w:ind w:firstLine="400"/>
      </w:pPr>
      <w:r>
        <w:rPr>
          <w:rFonts w:ascii="宋体" w:hAnsi="宋体" w:eastAsia="宋体"/>
          <w:b w:val="0"/>
          <w:sz w:val="20"/>
        </w:rPr>
        <w:t>（2）体会平面图形之间的内在联系，并建构知识网络，进一步发展学生的空间观念。</w:t>
      </w:r>
    </w:p>
    <w:p>
      <w:pPr>
        <w:spacing w:after="20" w:line="300" w:lineRule="auto"/>
        <w:ind w:firstLine="400"/>
      </w:pPr>
      <w:r>
        <w:rPr>
          <w:rFonts w:ascii="宋体" w:hAnsi="宋体" w:eastAsia="宋体"/>
          <w:b w:val="0"/>
          <w:sz w:val="20"/>
        </w:rPr>
        <w:t>（3）培养学生学会运用“转化”的思想解决数学问题，积累数学活动经验，发展数学思维。</w:t>
      </w:r>
    </w:p>
    <w:p>
      <w:pPr>
        <w:spacing w:after="20" w:line="300" w:lineRule="auto"/>
      </w:pPr>
      <w:r>
        <w:rPr>
          <w:rFonts w:ascii="宋体" w:hAnsi="宋体" w:eastAsia="宋体"/>
          <w:b w:val="0"/>
          <w:sz w:val="20"/>
        </w:rPr>
        <w:t>教学重点：回顾并整理平面图形的周长、面积计算公式的推导过程。</w:t>
      </w:r>
    </w:p>
    <w:p>
      <w:pPr>
        <w:spacing w:after="20" w:line="300" w:lineRule="auto"/>
      </w:pPr>
      <w:r>
        <w:rPr>
          <w:rFonts w:ascii="宋体" w:hAnsi="宋体" w:eastAsia="宋体"/>
          <w:b w:val="0"/>
          <w:sz w:val="20"/>
        </w:rPr>
        <w:t>教学难点：理解平面图形的周长、面积计算间的内在联系，体会转化的策略，形成知识网络。</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一、展示学生课前整理的作品，揭示课题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二、梳理联系，构建网络</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这么多周长、面积计算公式，能不能少记几个呢?</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三、沟通联系，拓展提升</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你能在图中补充画出哪些平面图形？；请大家想一想，用梯形的面积计算公式来表示三角形的面积，该怎么表示呢？</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四、巩固练习，知识应用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通过本节课的复习，你们有哪些收获呢？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一、展示学生课前整理的作品，揭示课题</w:t>
            </w:r>
          </w:p>
        </w:tc>
        <w:tc>
          <w:tcPr>
            <w:tcW w:type="dxa" w:w="3061"/>
          </w:tcPr>
          <w:p>
            <w:pPr>
              <w:spacing w:after="20" w:line="276" w:lineRule="auto"/>
            </w:pPr>
            <w:r/>
            <w:r>
              <w:rPr>
                <w:rFonts w:ascii="宋体" w:hAnsi="宋体" w:eastAsia="宋体"/>
                <w:b w:val="0"/>
                <w:sz w:val="18"/>
              </w:rPr>
              <w:t>课前教师设计一张前测卷，回忆平面图形的周长和面积计算公</w:t>
            </w:r>
          </w:p>
          <w:p>
            <w:pPr>
              <w:spacing w:after="20" w:line="276" w:lineRule="auto"/>
            </w:pPr>
            <w:r>
              <w:rPr>
                <w:rFonts w:ascii="宋体" w:hAnsi="宋体" w:eastAsia="宋体"/>
                <w:b w:val="0"/>
                <w:sz w:val="18"/>
              </w:rPr>
              <w:t>式。</w:t>
            </w:r>
          </w:p>
          <w:p>
            <w:pPr>
              <w:spacing w:after="20" w:line="276" w:lineRule="auto"/>
            </w:pPr>
            <w:r>
              <w:rPr>
                <w:rFonts w:ascii="宋体" w:hAnsi="宋体" w:eastAsia="宋体"/>
                <w:b w:val="0"/>
                <w:sz w:val="18"/>
              </w:rPr>
              <w:t>师：这节课我们来整理和复习平面图形的周长与面积。昨天，老师已经布置任务让大家整理公式，现在我们一起来看一看。［板书课题：平面图形的认识与测量（2）］</w:t>
            </w:r>
          </w:p>
          <w:p>
            <w:pPr>
              <w:spacing w:after="20" w:line="276" w:lineRule="auto"/>
            </w:pPr>
            <w:r>
              <w:rPr>
                <w:rFonts w:ascii="宋体" w:hAnsi="宋体" w:eastAsia="宋体"/>
                <w:b w:val="0"/>
                <w:sz w:val="18"/>
              </w:rPr>
              <w:t>课件出示规范的公式表，要求学生读一读这些公式。</w:t>
            </w:r>
          </w:p>
          <w:p>
            <w:pPr>
              <w:spacing w:after="20" w:line="276" w:lineRule="auto"/>
            </w:pPr>
            <w:r>
              <w:rPr>
                <w:rFonts w:ascii="宋体" w:hAnsi="宋体" w:eastAsia="宋体"/>
                <w:b w:val="0"/>
                <w:sz w:val="18"/>
              </w:rPr>
              <w:t>教师注意收集几组有代表性的公式表，尤其是书写不规范的，有针对性地进行评议。</w:t>
            </w:r>
          </w:p>
        </w:tc>
        <w:tc>
          <w:tcPr>
            <w:tcW w:type="dxa" w:w="3061"/>
          </w:tcPr>
          <w:p>
            <w:pPr>
              <w:spacing w:after="20" w:line="276" w:lineRule="auto"/>
            </w:pPr>
            <w:r/>
            <w:r>
              <w:rPr>
                <w:rFonts w:ascii="宋体" w:hAnsi="宋体" w:eastAsia="宋体"/>
                <w:b w:val="0"/>
                <w:sz w:val="18"/>
              </w:rPr>
              <w:t>展示学生的作品，指出公式书写不规范的地方。</w:t>
            </w:r>
          </w:p>
        </w:tc>
        <w:tc>
          <w:tcPr>
            <w:tcW w:type="dxa" w:w="1814"/>
          </w:tcPr>
          <w:p>
            <w:pPr>
              <w:spacing w:after="20" w:line="276" w:lineRule="auto"/>
            </w:pPr>
            <w:r/>
            <w:r>
              <w:rPr>
                <w:rFonts w:ascii="宋体" w:hAnsi="宋体" w:eastAsia="宋体"/>
                <w:b w:val="0"/>
                <w:sz w:val="18"/>
              </w:rPr>
              <w:t>这节复习课知识点多，密度大，教学时间紧促。针对学生已有的知识储备和经验积累,提前进行课前复习整理。</w:t>
            </w:r>
          </w:p>
        </w:tc>
      </w:tr>
      <w:tr>
        <w:tc>
          <w:tcPr>
            <w:tcW w:type="dxa" w:w="1474"/>
          </w:tcPr>
          <w:p>
            <w:pPr>
              <w:spacing w:after="20" w:line="276" w:lineRule="auto"/>
            </w:pPr>
            <w:r>
              <w:rPr>
                <w:b/>
              </w:rPr>
            </w:r>
            <w:r>
              <w:rPr>
                <w:rFonts w:ascii="宋体" w:hAnsi="宋体" w:eastAsia="宋体"/>
                <w:b/>
                <w:sz w:val="18"/>
              </w:rPr>
              <w:t>二、梳理联系，构建网络</w:t>
            </w:r>
          </w:p>
        </w:tc>
        <w:tc>
          <w:tcPr>
            <w:tcW w:type="dxa" w:w="3061"/>
          </w:tcPr>
          <w:p>
            <w:pPr>
              <w:spacing w:after="20" w:line="276" w:lineRule="auto"/>
            </w:pPr>
            <w:r/>
            <w:r>
              <w:rPr>
                <w:rFonts w:ascii="宋体" w:hAnsi="宋体" w:eastAsia="宋体"/>
                <w:b w:val="0"/>
                <w:sz w:val="18"/>
              </w:rPr>
              <w:t>师：这么多周长、面积计算公式，能不能少记几个呢?</w:t>
            </w:r>
          </w:p>
          <w:p>
            <w:pPr>
              <w:spacing w:after="20" w:line="276" w:lineRule="auto"/>
            </w:pPr>
            <w:r>
              <w:rPr>
                <w:rFonts w:ascii="宋体" w:hAnsi="宋体" w:eastAsia="宋体"/>
                <w:b w:val="0"/>
                <w:sz w:val="18"/>
              </w:rPr>
              <w:t>图形的面积计算公式的推导和联系是本节课的重点。教学中，注意沟通公式之间的联系，引导学生找到长方形的面积计算公式这一基础，进一步认识图形之间的关系，达到温故知新的目的。</w:t>
            </w:r>
          </w:p>
          <w:p>
            <w:pPr>
              <w:spacing w:after="20" w:line="276" w:lineRule="auto"/>
            </w:pPr>
            <w:r>
              <w:rPr>
                <w:rFonts w:ascii="宋体" w:hAnsi="宋体" w:eastAsia="宋体"/>
                <w:b w:val="0"/>
                <w:sz w:val="18"/>
              </w:rPr>
              <w:t>师：大家经过讨论，现在你觉得这些公式中哪个图形的公式最</w:t>
            </w:r>
          </w:p>
          <w:p>
            <w:pPr>
              <w:spacing w:after="20" w:line="276" w:lineRule="auto"/>
            </w:pPr>
            <w:r>
              <w:rPr>
                <w:rFonts w:ascii="宋体" w:hAnsi="宋体" w:eastAsia="宋体"/>
                <w:b w:val="0"/>
                <w:sz w:val="18"/>
              </w:rPr>
              <w:t>重要？为什么？</w:t>
            </w:r>
          </w:p>
          <w:p>
            <w:pPr>
              <w:spacing w:after="20" w:line="276" w:lineRule="auto"/>
            </w:pPr>
            <w:r>
              <w:rPr>
                <w:rFonts w:ascii="宋体" w:hAnsi="宋体" w:eastAsia="宋体"/>
                <w:b w:val="0"/>
                <w:sz w:val="18"/>
              </w:rPr>
              <w:t>师：只要记住长方形的面积计算公式，就可以推导出其他图形的面积计算公式。</w:t>
            </w:r>
          </w:p>
          <w:p>
            <w:pPr>
              <w:spacing w:after="20" w:line="276" w:lineRule="auto"/>
            </w:pPr>
            <w:r>
              <w:rPr>
                <w:rFonts w:ascii="宋体" w:hAnsi="宋体" w:eastAsia="宋体"/>
                <w:b w:val="0"/>
                <w:sz w:val="18"/>
              </w:rPr>
              <w:t>课件演示图形面积的转化过程，学生可以一边看一边表述转化的过程。</w:t>
            </w:r>
          </w:p>
          <w:p>
            <w:pPr>
              <w:spacing w:after="20" w:line="276" w:lineRule="auto"/>
            </w:pPr>
            <w:r>
              <w:rPr>
                <w:rFonts w:ascii="宋体" w:hAnsi="宋体" w:eastAsia="宋体"/>
                <w:b w:val="0"/>
                <w:sz w:val="18"/>
              </w:rPr>
              <w:t>教师将长方形、正方形、平行四边形、圆形、三角形、梯形卡片贴在黑板上，板书完成6个图形公式之间的结构图。</w:t>
            </w:r>
          </w:p>
        </w:tc>
        <w:tc>
          <w:tcPr>
            <w:tcW w:type="dxa" w:w="3061"/>
          </w:tcPr>
          <w:p>
            <w:pPr>
              <w:spacing w:after="20" w:line="276" w:lineRule="auto"/>
            </w:pPr>
            <w:r/>
            <w:r>
              <w:rPr>
                <w:rFonts w:ascii="宋体" w:hAnsi="宋体" w:eastAsia="宋体"/>
                <w:b w:val="0"/>
                <w:sz w:val="18"/>
              </w:rPr>
              <w:t>学生小组讨论、反馈。</w:t>
            </w:r>
          </w:p>
          <w:p>
            <w:pPr>
              <w:spacing w:after="20" w:line="276" w:lineRule="auto"/>
            </w:pPr>
            <w:r>
              <w:rPr>
                <w:rFonts w:ascii="宋体" w:hAnsi="宋体" w:eastAsia="宋体"/>
                <w:b w:val="0"/>
                <w:sz w:val="18"/>
              </w:rPr>
              <w:t>预设1：正方形的公式可以不记，因为正方形是特殊的长方形,可以用长方形的公式来计算。</w:t>
            </w:r>
          </w:p>
          <w:p>
            <w:pPr>
              <w:spacing w:after="20" w:line="276" w:lineRule="auto"/>
            </w:pPr>
            <w:r>
              <w:rPr>
                <w:rFonts w:ascii="宋体" w:hAnsi="宋体" w:eastAsia="宋体"/>
                <w:b w:val="0"/>
                <w:sz w:val="18"/>
              </w:rPr>
              <w:t>预设2：平行四边形的面积计算公式可以不记，因为平行四边形转化为长方形，都可以用底乘高来计算。</w:t>
            </w:r>
          </w:p>
          <w:p>
            <w:pPr>
              <w:spacing w:after="20" w:line="276" w:lineRule="auto"/>
            </w:pPr>
            <w:r>
              <w:rPr>
                <w:rFonts w:ascii="宋体" w:hAnsi="宋体" w:eastAsia="宋体"/>
                <w:b w:val="0"/>
                <w:sz w:val="18"/>
              </w:rPr>
              <w:t>预设3：三角形和梯形的面积公式可以不记，因为两个完全相同的三角形可以拼成平行四边形，两个完全相同的梯形也可以拼成平行四边形。</w:t>
            </w:r>
          </w:p>
          <w:p>
            <w:pPr>
              <w:spacing w:after="20" w:line="276" w:lineRule="auto"/>
            </w:pPr>
            <w:r>
              <w:rPr>
                <w:rFonts w:ascii="宋体" w:hAnsi="宋体" w:eastAsia="宋体"/>
                <w:b w:val="0"/>
                <w:sz w:val="18"/>
              </w:rPr>
              <w:t>预设4：只要记住长方形和圆的面积计算公式就够了，其他图形都可以用长方形的面积计算公式推导出来。</w:t>
            </w:r>
          </w:p>
          <w:p>
            <w:pPr>
              <w:spacing w:after="20" w:line="276" w:lineRule="auto"/>
            </w:pPr>
            <w:r>
              <w:rPr>
                <w:rFonts w:ascii="宋体" w:hAnsi="宋体" w:eastAsia="宋体"/>
                <w:b w:val="0"/>
                <w:sz w:val="18"/>
              </w:rPr>
              <w:t>预设5：我觉得圆的面积公式也可以不记，因为圆也可以转化为长方形。</w:t>
            </w:r>
          </w:p>
          <w:p>
            <w:pPr>
              <w:spacing w:after="20" w:line="276" w:lineRule="auto"/>
            </w:pPr>
            <w:r>
              <w:rPr>
                <w:rFonts w:ascii="宋体" w:hAnsi="宋体" w:eastAsia="宋体"/>
                <w:b w:val="0"/>
                <w:sz w:val="18"/>
              </w:rPr>
              <w:t>预设1：长方形的公式最重要，因为长方形的公式是最基础的。</w:t>
            </w:r>
          </w:p>
          <w:p>
            <w:pPr>
              <w:spacing w:after="20" w:line="276" w:lineRule="auto"/>
            </w:pPr>
            <w:r>
              <w:rPr>
                <w:rFonts w:ascii="宋体" w:hAnsi="宋体" w:eastAsia="宋体"/>
                <w:b w:val="0"/>
                <w:sz w:val="18"/>
              </w:rPr>
              <w:t>预设2：利用长方形的面积计算公式可以推导出其他图形的面积计算公式。</w:t>
            </w:r>
          </w:p>
          <w:p>
            <w:pPr>
              <w:spacing w:after="20" w:line="276" w:lineRule="auto"/>
            </w:pPr>
            <w:r>
              <w:rPr>
                <w:rFonts w:ascii="宋体" w:hAnsi="宋体" w:eastAsia="宋体"/>
                <w:b w:val="0"/>
                <w:sz w:val="18"/>
              </w:rPr>
              <w:t>学生显然收获不大。如何在这个过程中调动学生的主体性呢?教学中应抓住“这么多周长、面积计算公式，能不能少记几个？”这个核心问题展开讨论，让学生在这种减少记忆负担的驱动下自主复习，提高复习的效率，体会转化的思想。</w:t>
            </w:r>
          </w:p>
        </w:tc>
        <w:tc>
          <w:tcPr>
            <w:tcW w:type="dxa" w:w="1814"/>
          </w:tcPr>
          <w:p>
            <w:pPr>
              <w:spacing w:after="20" w:line="276" w:lineRule="auto"/>
            </w:pPr>
            <w:r/>
            <w:r>
              <w:rPr>
                <w:rFonts w:ascii="宋体" w:hAnsi="宋体" w:eastAsia="宋体"/>
                <w:b w:val="0"/>
                <w:sz w:val="18"/>
              </w:rPr>
              <w:t>如果仅仅只是对各个公式进行简单重复的推导，</w:t>
            </w:r>
          </w:p>
        </w:tc>
      </w:tr>
      <w:tr>
        <w:tc>
          <w:tcPr>
            <w:tcW w:type="dxa" w:w="1474"/>
          </w:tcPr>
          <w:p>
            <w:pPr>
              <w:spacing w:after="20" w:line="276" w:lineRule="auto"/>
            </w:pPr>
            <w:r>
              <w:rPr>
                <w:b/>
              </w:rPr>
            </w:r>
            <w:r>
              <w:rPr>
                <w:rFonts w:ascii="宋体" w:hAnsi="宋体" w:eastAsia="宋体"/>
                <w:b/>
                <w:sz w:val="18"/>
              </w:rPr>
              <w:t>三、沟通联系，拓展提升</w:t>
            </w:r>
          </w:p>
        </w:tc>
        <w:tc>
          <w:tcPr>
            <w:tcW w:type="dxa" w:w="3061"/>
          </w:tcPr>
          <w:p>
            <w:pPr>
              <w:spacing w:after="20" w:line="276" w:lineRule="auto"/>
            </w:pPr>
            <w:r/>
            <w:r>
              <w:rPr>
                <w:rFonts w:ascii="宋体" w:hAnsi="宋体" w:eastAsia="宋体"/>
                <w:b w:val="0"/>
                <w:sz w:val="18"/>
              </w:rPr>
              <w:t>师：你能在图中补充画出哪些平面图形？画完后请求出它们的</w:t>
            </w:r>
          </w:p>
          <w:p>
            <w:pPr>
              <w:spacing w:after="20" w:line="276" w:lineRule="auto"/>
            </w:pPr>
            <w:r>
              <w:rPr>
                <w:rFonts w:ascii="宋体" w:hAnsi="宋体" w:eastAsia="宋体"/>
                <w:b w:val="0"/>
                <w:sz w:val="18"/>
              </w:rPr>
              <w:t>面积？</w:t>
            </w:r>
          </w:p>
          <w:p>
            <w:pPr>
              <w:spacing w:after="20" w:line="276" w:lineRule="auto"/>
            </w:pPr>
            <w:r>
              <w:rPr>
                <w:rFonts w:ascii="宋体" w:hAnsi="宋体" w:eastAsia="宋体"/>
                <w:b w:val="0"/>
                <w:sz w:val="18"/>
              </w:rPr>
              <w:t>师：同学们画出了不同的图形，并利用相应的面积计算公式计算出了面积。请大家想一想，如果把第一位同学画的梯形再画小一些，能小到什么程度？</w:t>
            </w:r>
          </w:p>
          <w:p>
            <w:pPr>
              <w:spacing w:after="20" w:line="276" w:lineRule="auto"/>
            </w:pPr>
            <w:r>
              <w:rPr>
                <w:rFonts w:ascii="宋体" w:hAnsi="宋体" w:eastAsia="宋体"/>
                <w:b w:val="0"/>
                <w:sz w:val="18"/>
              </w:rPr>
              <w:t>师：请大家想一想，用梯形的面积计算公式来表示三角形的面积，该怎么表示呢？</w:t>
            </w:r>
          </w:p>
          <w:p>
            <w:pPr>
              <w:spacing w:after="20" w:line="276" w:lineRule="auto"/>
            </w:pPr>
            <w:r>
              <w:rPr>
                <w:rFonts w:ascii="宋体" w:hAnsi="宋体" w:eastAsia="宋体"/>
                <w:b w:val="0"/>
                <w:sz w:val="18"/>
              </w:rPr>
              <w:t>师：第二位同学画的是长方形，第三位同学画的是平行四边形，它们的面积可以用梯形的面积计算公式来表示吗？</w:t>
            </w:r>
          </w:p>
          <w:p>
            <w:pPr>
              <w:spacing w:after="20" w:line="276" w:lineRule="auto"/>
            </w:pPr>
            <w:r>
              <w:rPr>
                <w:rFonts w:ascii="宋体" w:hAnsi="宋体" w:eastAsia="宋体"/>
                <w:b w:val="0"/>
                <w:sz w:val="18"/>
              </w:rPr>
              <w:t>师：想象一下，如果梯形变化成正方形，它的面积怎样用梯形的面积计算公式来表示呢？</w:t>
            </w:r>
          </w:p>
          <w:p>
            <w:pPr>
              <w:spacing w:after="20" w:line="276" w:lineRule="auto"/>
            </w:pPr>
            <w:r>
              <w:rPr>
                <w:rFonts w:ascii="宋体" w:hAnsi="宋体" w:eastAsia="宋体"/>
                <w:b w:val="0"/>
                <w:sz w:val="18"/>
              </w:rPr>
              <w:t>师：经过刚才的分析、讨论，你有什么发现？</w:t>
            </w:r>
          </w:p>
          <w:p>
            <w:pPr>
              <w:spacing w:after="20" w:line="276" w:lineRule="auto"/>
            </w:pPr>
            <w:r>
              <w:rPr>
                <w:rFonts w:ascii="宋体" w:hAnsi="宋体" w:eastAsia="宋体"/>
                <w:b w:val="0"/>
                <w:sz w:val="18"/>
              </w:rPr>
              <w:t>师小结：我们只要记住梯形的面积计算公式，就能计算出其他几个平面图形的面积。</w:t>
            </w:r>
          </w:p>
        </w:tc>
        <w:tc>
          <w:tcPr>
            <w:tcW w:type="dxa" w:w="3061"/>
          </w:tcPr>
          <w:p>
            <w:pPr>
              <w:spacing w:after="20" w:line="276" w:lineRule="auto"/>
            </w:pPr>
            <w:r/>
            <w:r>
              <w:rPr>
                <w:rFonts w:ascii="宋体" w:hAnsi="宋体" w:eastAsia="宋体"/>
                <w:b w:val="0"/>
                <w:sz w:val="18"/>
              </w:rPr>
              <w:t>学生独立思考，教师巡视指导，收集学生作业。</w:t>
            </w:r>
          </w:p>
          <w:p>
            <w:pPr>
              <w:spacing w:after="20" w:line="276" w:lineRule="auto"/>
            </w:pPr>
            <w:r>
              <w:rPr>
                <w:rFonts w:ascii="宋体" w:hAnsi="宋体" w:eastAsia="宋体"/>
                <w:b w:val="0"/>
                <w:sz w:val="18"/>
              </w:rPr>
              <w:t>预设1：               (4+6)×3÷2=15(cm2)</w:t>
            </w:r>
          </w:p>
          <w:p>
            <w:pPr>
              <w:spacing w:after="20" w:line="276" w:lineRule="auto"/>
            </w:pPr>
            <w:r>
              <w:rPr>
                <w:rFonts w:ascii="宋体" w:hAnsi="宋体" w:eastAsia="宋体"/>
                <w:b w:val="0"/>
                <w:sz w:val="18"/>
              </w:rPr>
              <w:t>预设2：                     6×3=18(cm2)</w:t>
            </w:r>
          </w:p>
          <w:p>
            <w:pPr>
              <w:spacing w:after="20" w:line="276" w:lineRule="auto"/>
            </w:pPr>
            <w:r>
              <w:rPr>
                <w:rFonts w:ascii="宋体" w:hAnsi="宋体" w:eastAsia="宋体"/>
                <w:b w:val="0"/>
                <w:sz w:val="18"/>
              </w:rPr>
              <w:t>预设3：                    6×3=18(cm2)</w:t>
            </w:r>
          </w:p>
          <w:p>
            <w:pPr>
              <w:spacing w:after="20" w:line="276" w:lineRule="auto"/>
            </w:pPr>
            <w:r>
              <w:rPr>
                <w:rFonts w:ascii="宋体" w:hAnsi="宋体" w:eastAsia="宋体"/>
                <w:b w:val="0"/>
                <w:sz w:val="18"/>
              </w:rPr>
              <w:t>预设4：                    6×3÷2=9(cm2)</w:t>
            </w:r>
          </w:p>
          <w:p>
            <w:pPr>
              <w:spacing w:after="20" w:line="276" w:lineRule="auto"/>
            </w:pPr>
            <w:r>
              <w:rPr>
                <w:rFonts w:ascii="宋体" w:hAnsi="宋体" w:eastAsia="宋体"/>
                <w:b w:val="0"/>
                <w:sz w:val="18"/>
              </w:rPr>
              <w:t>引导学生说出小到上底为0，也就变成了三角形。(课件演示从梯形到三角形的动态变化过程。)</w:t>
            </w:r>
          </w:p>
          <w:p>
            <w:pPr>
              <w:spacing w:after="20" w:line="276" w:lineRule="auto"/>
            </w:pPr>
            <w:r>
              <w:rPr>
                <w:rFonts w:ascii="宋体" w:hAnsi="宋体" w:eastAsia="宋体"/>
                <w:b w:val="0"/>
                <w:sz w:val="18"/>
              </w:rPr>
              <w:t>指导学生回答：面积=(0+下底)×高÷2=下底×高÷2。</w:t>
            </w:r>
          </w:p>
          <w:p>
            <w:pPr>
              <w:spacing w:after="20" w:line="276" w:lineRule="auto"/>
            </w:pPr>
            <w:r>
              <w:rPr>
                <w:rFonts w:ascii="宋体" w:hAnsi="宋体" w:eastAsia="宋体"/>
                <w:b w:val="0"/>
                <w:sz w:val="18"/>
              </w:rPr>
              <w:t>指导学生回答：面积=(下底+下底)×高÷2=2×下底×高÷2=下底×高。</w:t>
            </w:r>
          </w:p>
          <w:p>
            <w:pPr>
              <w:spacing w:after="20" w:line="276" w:lineRule="auto"/>
            </w:pPr>
            <w:r>
              <w:rPr>
                <w:rFonts w:ascii="宋体" w:hAnsi="宋体" w:eastAsia="宋体"/>
                <w:b w:val="0"/>
                <w:sz w:val="18"/>
              </w:rPr>
              <w:t>指导学生回答：面积=(高+高)×高÷2=2×高×高÷2=高×高。</w:t>
            </w:r>
          </w:p>
          <w:p>
            <w:pPr>
              <w:spacing w:after="20" w:line="276" w:lineRule="auto"/>
            </w:pPr>
            <w:r>
              <w:rPr>
                <w:rFonts w:ascii="宋体" w:hAnsi="宋体" w:eastAsia="宋体"/>
                <w:b w:val="0"/>
                <w:sz w:val="18"/>
              </w:rPr>
              <w:t>引导学生说出可以用梯形的面积计算公式计算出其他图形的面积。</w:t>
            </w:r>
          </w:p>
        </w:tc>
        <w:tc>
          <w:tcPr>
            <w:tcW w:type="dxa" w:w="1814"/>
          </w:tcPr>
          <w:p>
            <w:pPr>
              <w:spacing w:after="20" w:line="276" w:lineRule="auto"/>
            </w:pPr>
            <w:r/>
            <w:r>
              <w:rPr>
                <w:rFonts w:ascii="宋体" w:hAnsi="宋体" w:eastAsia="宋体"/>
                <w:b w:val="0"/>
                <w:sz w:val="18"/>
              </w:rPr>
              <w:t>利用开放题中学生生成的资源，通过图形之间的转化，引发学生思考，发现梯形的面积计算公式的优越性，进一步认识图形之间的关系。</w:t>
            </w:r>
          </w:p>
        </w:tc>
      </w:tr>
      <w:tr>
        <w:tc>
          <w:tcPr>
            <w:tcW w:type="dxa" w:w="1474"/>
          </w:tcPr>
          <w:p>
            <w:pPr>
              <w:spacing w:after="20" w:line="276" w:lineRule="auto"/>
            </w:pPr>
            <w:r>
              <w:rPr>
                <w:b/>
              </w:rPr>
            </w:r>
            <w:r>
              <w:rPr>
                <w:rFonts w:ascii="宋体" w:hAnsi="宋体" w:eastAsia="宋体"/>
                <w:b/>
                <w:sz w:val="18"/>
              </w:rPr>
              <w:t>四、巩固练习，知识应用</w:t>
            </w:r>
          </w:p>
        </w:tc>
        <w:tc>
          <w:tcPr>
            <w:tcW w:type="dxa" w:w="3061"/>
          </w:tcPr>
          <w:p>
            <w:pPr>
              <w:spacing w:after="20" w:line="276" w:lineRule="auto"/>
            </w:pPr>
            <w:r/>
            <w:r>
              <w:rPr>
                <w:rFonts w:ascii="宋体" w:hAnsi="宋体" w:eastAsia="宋体"/>
                <w:b w:val="0"/>
                <w:sz w:val="18"/>
              </w:rPr>
              <w:t>1.完成教科书P86“做一做”第4题。</w:t>
            </w:r>
          </w:p>
          <w:p>
            <w:pPr>
              <w:spacing w:after="20" w:line="276" w:lineRule="auto"/>
            </w:pPr>
            <w:r>
              <w:rPr>
                <w:rFonts w:ascii="宋体" w:hAnsi="宋体" w:eastAsia="宋体"/>
                <w:b w:val="0"/>
                <w:sz w:val="18"/>
              </w:rPr>
              <w:t>2.完成教科书P88“练习十八”第3~5题。</w:t>
            </w:r>
          </w:p>
          <w:p>
            <w:pPr>
              <w:spacing w:after="20" w:line="276" w:lineRule="auto"/>
            </w:pPr>
            <w:r>
              <w:rPr>
                <w:rFonts w:ascii="宋体" w:hAnsi="宋体" w:eastAsia="宋体"/>
                <w:b w:val="0"/>
                <w:sz w:val="18"/>
              </w:rPr>
              <w:t>这一组练习重在引导学生多种感官参与活动，通过观察、思考、分析、操作等多种方式培养学生的空间观念。第5题体现了很大的开放性，有利于培养学生的发散思维、推理能力和空间观念，体会变中有不变的思想。</w:t>
            </w:r>
          </w:p>
          <w:p>
            <w:pPr>
              <w:spacing w:after="20" w:line="276" w:lineRule="auto"/>
            </w:pPr>
            <w:r>
              <w:rPr>
                <w:rFonts w:ascii="宋体" w:hAnsi="宋体" w:eastAsia="宋体"/>
                <w:b w:val="0"/>
                <w:sz w:val="18"/>
              </w:rPr>
              <w:t>再说说估计的方法。如先数整格的，不满一格的都看作半格，两个半格凑成一格，或者把小半格的和大半格的凑成一格，或者把树叶的面积转化成一个底为5 cm，高为4 cm的平行四边形。</w:t>
            </w:r>
          </w:p>
          <w:p>
            <w:pPr>
              <w:spacing w:after="20" w:line="276" w:lineRule="auto"/>
            </w:pPr>
            <w:r>
              <w:rPr>
                <w:rFonts w:ascii="宋体" w:hAnsi="宋体" w:eastAsia="宋体"/>
                <w:b w:val="0"/>
                <w:sz w:val="18"/>
              </w:rPr>
              <w:t>第4题：引导学生发现形状不同但有关联的两个图形，有时面积相等，有时周长相等。左图中的长方形和平行四边形等底等高，面积相等，周长不相等；右图中的两个组合图形，一个是正方形加上半圆，一个是正方形挖去下半圆，面积不相等，但周长相等。</w:t>
            </w:r>
          </w:p>
          <w:p>
            <w:pPr>
              <w:spacing w:after="20" w:line="276" w:lineRule="auto"/>
            </w:pPr>
            <w:r>
              <w:rPr>
                <w:rFonts w:ascii="宋体" w:hAnsi="宋体" w:eastAsia="宋体"/>
                <w:b w:val="0"/>
                <w:sz w:val="18"/>
              </w:rPr>
              <w:t>第5题：通过画一画、比一比，感受到形状不同、但面积相等的图形有多种多样，如平行四边形、长方形、三角形、梯形。可以引导学生再进一步比较，如面积相等的长方形和三角形，如果底相等，高有什么关系?</w:t>
            </w:r>
          </w:p>
          <w:p>
            <w:pPr>
              <w:spacing w:after="20" w:line="276" w:lineRule="auto"/>
            </w:pPr>
            <w:r>
              <w:rPr>
                <w:rFonts w:ascii="宋体" w:hAnsi="宋体" w:eastAsia="宋体"/>
                <w:b w:val="0"/>
                <w:sz w:val="18"/>
              </w:rPr>
              <w:t>完成后集体交流。</w:t>
            </w:r>
          </w:p>
          <w:p>
            <w:pPr>
              <w:spacing w:after="20" w:line="276" w:lineRule="auto"/>
            </w:pPr>
            <w:r>
              <w:rPr>
                <w:rFonts w:ascii="宋体" w:hAnsi="宋体" w:eastAsia="宋体"/>
                <w:b w:val="0"/>
                <w:sz w:val="18"/>
              </w:rPr>
              <w:t>第7题：这是一道开放性练习题，可先让学生画一画，找出每个图形的多种画法，再通过讨论、交流发现画直线的规律性，只要直线通过图形的中心就可以。</w:t>
            </w:r>
          </w:p>
        </w:tc>
        <w:tc>
          <w:tcPr>
            <w:tcW w:type="dxa" w:w="3061"/>
          </w:tcPr>
          <w:p>
            <w:pPr>
              <w:spacing w:after="20" w:line="276" w:lineRule="auto"/>
            </w:pPr>
            <w:r/>
            <w:r>
              <w:rPr>
                <w:rFonts w:ascii="宋体" w:hAnsi="宋体" w:eastAsia="宋体"/>
                <w:b w:val="0"/>
                <w:sz w:val="18"/>
              </w:rPr>
              <w:t>学生独立完成后汇报交流。</w:t>
            </w:r>
          </w:p>
          <w:p>
            <w:pPr>
              <w:spacing w:after="20" w:line="276" w:lineRule="auto"/>
            </w:pPr>
            <w:r>
              <w:rPr>
                <w:rFonts w:ascii="宋体" w:hAnsi="宋体" w:eastAsia="宋体"/>
                <w:b w:val="0"/>
                <w:sz w:val="18"/>
              </w:rPr>
              <w:t>运用公式计算图形的周长与面积，学生易出错的可能是求第一个三角形的面积时找不到对应的底和高，求第二个梯形的面积时高与腰长弄错了，求第三个图形的面积时没有想到需要将最下面的3m长的线段平移到上面。</w:t>
            </w:r>
          </w:p>
          <w:p>
            <w:pPr>
              <w:spacing w:after="20" w:line="276" w:lineRule="auto"/>
            </w:pPr>
            <w:r>
              <w:rPr>
                <w:rFonts w:ascii="宋体" w:hAnsi="宋体" w:eastAsia="宋体"/>
                <w:b w:val="0"/>
                <w:sz w:val="18"/>
              </w:rPr>
              <w:t>学生独立完成后在小组内交流，集体汇报。</w:t>
            </w:r>
          </w:p>
          <w:p>
            <w:pPr>
              <w:spacing w:after="20" w:line="276" w:lineRule="auto"/>
            </w:pPr>
            <w:r>
              <w:rPr>
                <w:rFonts w:ascii="宋体" w:hAnsi="宋体" w:eastAsia="宋体"/>
                <w:b w:val="0"/>
                <w:sz w:val="18"/>
              </w:rPr>
              <w:t>第3题：引导学生认真观察，先自己估计一下，</w:t>
            </w:r>
          </w:p>
          <w:p>
            <w:pPr>
              <w:spacing w:after="20" w:line="276" w:lineRule="auto"/>
            </w:pPr>
            <w:r>
              <w:rPr>
                <w:rFonts w:ascii="宋体" w:hAnsi="宋体" w:eastAsia="宋体"/>
                <w:b w:val="0"/>
                <w:sz w:val="18"/>
              </w:rPr>
              <w:t>3.小组内合作完成教科书P89“练习十八”第6~7题。</w:t>
            </w:r>
          </w:p>
          <w:p>
            <w:pPr>
              <w:spacing w:after="20" w:line="276" w:lineRule="auto"/>
            </w:pPr>
            <w:r>
              <w:rPr>
                <w:rFonts w:ascii="宋体" w:hAnsi="宋体" w:eastAsia="宋体"/>
                <w:b w:val="0"/>
                <w:sz w:val="18"/>
              </w:rPr>
              <w:t>第6题：掌握等底等高的平行四边形和三角形的面积关系，知道当三角形与平行四边形等底等高时，三角形的面积是平行四边形面积的一半。</w:t>
            </w:r>
          </w:p>
        </w:tc>
        <w:tc>
          <w:tcPr>
            <w:tcW w:type="dxa" w:w="1814"/>
          </w:tcPr>
          <w:p>
            <w:pPr>
              <w:spacing w:after="20" w:line="276" w:lineRule="auto"/>
            </w:pPr>
            <w:r/>
            <w:r>
              <w:rPr>
                <w:rFonts w:ascii="宋体" w:hAnsi="宋体" w:eastAsia="宋体"/>
                <w:b w:val="0"/>
                <w:sz w:val="18"/>
              </w:rPr>
              <w:t>在解决实际问题时注重在操作中提高能力，加深学生对知识的理解。</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师：通过本节课的复习，你们有哪些收获呢？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引导学生回顾梳理本课所学，完善认知结构，提升归纳与反思能力，核心问题："通过本节课的复习，你们有哪些收获呢？"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复习课不仅要做到“温故”，更应该注重“知新”。温故重在让学生回顾、总结整理已学知识，使得对已学数学知识有更深入的理解、更牢固的掌握。而知新,则是数学知识、技能和经验、方法积累后的提高，是新的进步、飞跃和收获。本课的亮点就是沟通了平面图形面积公式之间的联系，明确只要记住长方形的面积计算公式，我们就可以推导出其他图形的面积计算公式，还知道只要记住梯形的面积计算公式，就能计算出其他几个平面图形的面积，体会到了公式之间的内在联系，对知识形成一般性的理解。</w:t>
      </w:r>
    </w:p>
    <w:p>
      <w:r>
        <w:br w:type="page"/>
      </w:r>
    </w:p>
    <w:p>
      <w:pPr>
        <w:spacing w:after="80" w:line="300" w:lineRule="auto"/>
      </w:pPr>
      <w:r>
        <w:rPr>
          <w:rFonts w:ascii="黑体" w:hAnsi="黑体" w:eastAsia="黑体"/>
          <w:b/>
          <w:sz w:val="24"/>
        </w:rPr>
        <w:t>二、课时教学方案（第9课时）</w:t>
      </w:r>
    </w:p>
    <w:p>
      <w:pPr>
        <w:spacing w:after="80" w:line="300" w:lineRule="auto"/>
      </w:pPr>
      <w:r>
        <w:rPr>
          <w:rFonts w:ascii="黑体" w:hAnsi="黑体" w:eastAsia="黑体"/>
          <w:b/>
          <w:sz w:val="24"/>
        </w:rPr>
        <w:t>第9课时　数的认识（2）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第9课时　数的认识（2）</w:t>
            </w:r>
          </w:p>
        </w:tc>
        <w:tc>
          <w:tcPr>
            <w:tcW w:type="dxa" w:w="6009"/>
          </w:tcPr>
          <w:p>
            <w:pPr>
              <w:spacing w:after="20" w:line="276" w:lineRule="auto"/>
            </w:pPr>
            <w:r/>
            <w:r>
              <w:rPr>
                <w:rFonts w:ascii="宋体" w:hAnsi="宋体" w:eastAsia="宋体"/>
                <w:b w:val="0"/>
                <w:sz w:val="20"/>
              </w:rPr>
              <w:t>第6单元 整理和复习（数与代数）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（1）通过复习，进一步巩固倍数、因数、奇数、偶数、质数、合数等概念，掌握2、3、5倍数的特征，建立一定的数感。</w:t>
      </w:r>
    </w:p>
    <w:p>
      <w:pPr>
        <w:spacing w:after="20" w:line="300" w:lineRule="auto"/>
        <w:ind w:firstLine="400"/>
      </w:pPr>
      <w:r>
        <w:rPr>
          <w:rFonts w:ascii="宋体" w:hAnsi="宋体" w:eastAsia="宋体"/>
          <w:b w:val="0"/>
          <w:sz w:val="20"/>
        </w:rPr>
        <w:t>（2）通过对有关概念整理的过程，帮助学生建立初步的知识结构，进一步完善知识网络图，培养学生整理知识的能力。</w:t>
      </w:r>
    </w:p>
    <w:p>
      <w:pPr>
        <w:spacing w:after="20" w:line="300" w:lineRule="auto"/>
        <w:ind w:firstLine="400"/>
      </w:pPr>
      <w:r>
        <w:rPr>
          <w:rFonts w:ascii="宋体" w:hAnsi="宋体" w:eastAsia="宋体"/>
          <w:b w:val="0"/>
          <w:sz w:val="20"/>
        </w:rPr>
        <w:t>（3）体会知识之间的联系，培养归纳概括能力。</w:t>
      </w:r>
    </w:p>
    <w:p>
      <w:pPr>
        <w:spacing w:after="20" w:line="300" w:lineRule="auto"/>
      </w:pPr>
      <w:r>
        <w:rPr>
          <w:rFonts w:ascii="宋体" w:hAnsi="宋体" w:eastAsia="宋体"/>
          <w:b w:val="0"/>
          <w:sz w:val="20"/>
        </w:rPr>
        <w:t>教学重点：复习因数及倍数的概念，使其在学生头脑中形成知识网络。</w:t>
      </w:r>
    </w:p>
    <w:p>
      <w:pPr>
        <w:spacing w:after="20" w:line="300" w:lineRule="auto"/>
      </w:pPr>
      <w:r>
        <w:rPr>
          <w:rFonts w:ascii="宋体" w:hAnsi="宋体" w:eastAsia="宋体"/>
          <w:b w:val="0"/>
          <w:sz w:val="20"/>
        </w:rPr>
        <w:t>教学难点：能用知识网络图整理所学的知识，并理解有关概念之间的联系和区别。</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刚才猜年龄的游戏与我们学过的哪些知识有关系?</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二、回顾整理，建构因数、倍数知识网络</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回忆一下，关于因数和倍数我们学习了哪些知识？；一个数的倍数有什么特征？你想到哪些数的倍数的特征？</w:t>
            </w:r>
          </w:p>
        </w:tc>
        <w:tc>
          <w:tcPr>
            <w:tcW w:type="dxa" w:w="1361"/>
          </w:tcPr>
          <w:p>
            <w:pPr>
              <w:spacing w:after="20" w:line="276" w:lineRule="auto"/>
            </w:pPr>
            <w:r/>
            <w:r>
              <w:rPr>
                <w:rFonts w:ascii="宋体" w:hAnsi="宋体" w:eastAsia="宋体"/>
                <w:b w:val="0"/>
                <w:sz w:val="18"/>
              </w:rPr>
              <w:t>26分钟</w:t>
            </w:r>
          </w:p>
        </w:tc>
      </w:tr>
      <w:tr>
        <w:tc>
          <w:tcPr>
            <w:tcW w:type="dxa" w:w="2835"/>
          </w:tcPr>
          <w:p>
            <w:pPr>
              <w:spacing w:after="20" w:line="276" w:lineRule="auto"/>
            </w:pPr>
            <w:r/>
            <w:r>
              <w:rPr>
                <w:rFonts w:ascii="宋体" w:hAnsi="宋体" w:eastAsia="宋体"/>
                <w:b w:val="0"/>
                <w:sz w:val="18"/>
              </w:rPr>
              <w:t>四、巩固练习，加深概念理解</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通过本节课的复习，你们有哪些收获呢？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（导入）</w:t>
            </w:r>
          </w:p>
        </w:tc>
        <w:tc>
          <w:tcPr>
            <w:tcW w:type="dxa" w:w="3061"/>
          </w:tcPr>
          <w:p>
            <w:pPr>
              <w:spacing w:after="20" w:line="276" w:lineRule="auto"/>
            </w:pPr>
            <w:r/>
            <w:r>
              <w:rPr>
                <w:rFonts w:ascii="宋体" w:hAnsi="宋体" w:eastAsia="宋体"/>
                <w:b w:val="0"/>
                <w:sz w:val="18"/>
              </w:rPr>
              <w:t>创设游戏情境，揭示课题</w:t>
            </w:r>
          </w:p>
          <w:p>
            <w:pPr>
              <w:spacing w:after="20" w:line="276" w:lineRule="auto"/>
            </w:pPr>
            <w:r>
              <w:rPr>
                <w:rFonts w:ascii="宋体" w:hAnsi="宋体" w:eastAsia="宋体"/>
                <w:b w:val="0"/>
                <w:sz w:val="18"/>
              </w:rPr>
              <w:t>师：下面我们就玩一个“猜年龄”的游戏。谁来猜一猜老师今</w:t>
            </w:r>
          </w:p>
          <w:p>
            <w:pPr>
              <w:spacing w:after="20" w:line="276" w:lineRule="auto"/>
            </w:pPr>
            <w:r>
              <w:rPr>
                <w:rFonts w:ascii="宋体" w:hAnsi="宋体" w:eastAsia="宋体"/>
                <w:b w:val="0"/>
                <w:sz w:val="18"/>
              </w:rPr>
              <w:t>多少岁?(指3名学生进行猜测)</w:t>
            </w:r>
          </w:p>
          <w:p>
            <w:pPr>
              <w:spacing w:after="20" w:line="276" w:lineRule="auto"/>
            </w:pPr>
            <w:r>
              <w:rPr>
                <w:rFonts w:ascii="宋体" w:hAnsi="宋体" w:eastAsia="宋体"/>
                <w:b w:val="0"/>
                <w:sz w:val="18"/>
              </w:rPr>
              <w:t>师：这样猜下去，很难猜中，老师给你们点提示吧！（出示课件）</w:t>
            </w:r>
          </w:p>
          <w:p>
            <w:pPr>
              <w:spacing w:after="20" w:line="276" w:lineRule="auto"/>
            </w:pPr>
            <w:r>
              <w:rPr>
                <w:rFonts w:ascii="宋体" w:hAnsi="宋体" w:eastAsia="宋体"/>
                <w:b w:val="0"/>
                <w:sz w:val="18"/>
              </w:rPr>
              <w:t>师：刚才猜年龄的游戏与我们学过的哪些知识有关系?(因数和倍数)这节课我们就对“因数和倍数”的知识进行整理和复习。［板书</w:t>
            </w:r>
          </w:p>
          <w:p>
            <w:pPr>
              <w:spacing w:after="20" w:line="276" w:lineRule="auto"/>
            </w:pPr>
            <w:r>
              <w:rPr>
                <w:rFonts w:ascii="宋体" w:hAnsi="宋体" w:eastAsia="宋体"/>
                <w:b w:val="0"/>
                <w:sz w:val="18"/>
              </w:rPr>
              <w:t>课题：数的认识(2)］</w:t>
            </w:r>
          </w:p>
        </w:tc>
        <w:tc>
          <w:tcPr>
            <w:tcW w:type="dxa" w:w="3061"/>
          </w:tcPr>
          <w:p>
            <w:pPr>
              <w:spacing w:after="20" w:line="276" w:lineRule="auto"/>
            </w:pPr>
            <w:r/>
            <w:r>
              <w:rPr>
                <w:rFonts w:ascii="宋体" w:hAnsi="宋体" w:eastAsia="宋体"/>
                <w:b w:val="0"/>
                <w:sz w:val="18"/>
              </w:rPr>
              <w:t>学生会猜出老师的年龄是32岁，因为一个数的最大因数和它最小的倍数就是它本身，最小的质数是2。</w:t>
            </w:r>
          </w:p>
        </w:tc>
        <w:tc>
          <w:tcPr>
            <w:tcW w:type="dxa" w:w="1814"/>
          </w:tcPr>
          <w:p>
            <w:pPr>
              <w:spacing w:after="20" w:line="276" w:lineRule="auto"/>
            </w:pPr>
            <w:r/>
            <w:r>
              <w:rPr>
                <w:rFonts w:ascii="宋体" w:hAnsi="宋体" w:eastAsia="宋体"/>
                <w:b w:val="0"/>
                <w:sz w:val="18"/>
              </w:rPr>
              <w:t>猜年龄的游戏的引入能充分调动学生的积极性，促使学生主动地参与。</w:t>
            </w:r>
          </w:p>
        </w:tc>
      </w:tr>
      <w:tr>
        <w:tc>
          <w:tcPr>
            <w:tcW w:type="dxa" w:w="1474"/>
          </w:tcPr>
          <w:p>
            <w:pPr>
              <w:spacing w:after="20" w:line="276" w:lineRule="auto"/>
            </w:pPr>
            <w:r>
              <w:rPr>
                <w:b/>
              </w:rPr>
            </w:r>
            <w:r>
              <w:rPr>
                <w:rFonts w:ascii="宋体" w:hAnsi="宋体" w:eastAsia="宋体"/>
                <w:b/>
                <w:sz w:val="18"/>
              </w:rPr>
              <w:t>二、回顾整理，建构因数、倍数知识网络</w:t>
            </w:r>
          </w:p>
        </w:tc>
        <w:tc>
          <w:tcPr>
            <w:tcW w:type="dxa" w:w="3061"/>
          </w:tcPr>
          <w:p>
            <w:pPr>
              <w:spacing w:after="20" w:line="276" w:lineRule="auto"/>
            </w:pPr>
            <w:r/>
            <w:r>
              <w:rPr>
                <w:rFonts w:ascii="宋体" w:hAnsi="宋体" w:eastAsia="宋体"/>
                <w:b w:val="0"/>
                <w:sz w:val="18"/>
              </w:rPr>
              <w:t>1.因数、倍数的含义。</w:t>
            </w:r>
          </w:p>
          <w:p>
            <w:pPr>
              <w:spacing w:after="20" w:line="276" w:lineRule="auto"/>
            </w:pPr>
            <w:r>
              <w:rPr>
                <w:rFonts w:ascii="宋体" w:hAnsi="宋体" w:eastAsia="宋体"/>
                <w:b w:val="0"/>
                <w:sz w:val="18"/>
              </w:rPr>
              <w:t>提示学生可以举例来说明。</w:t>
            </w:r>
          </w:p>
          <w:p>
            <w:pPr>
              <w:spacing w:after="20" w:line="276" w:lineRule="auto"/>
            </w:pPr>
            <w:r>
              <w:rPr>
                <w:rFonts w:ascii="宋体" w:hAnsi="宋体" w:eastAsia="宋体"/>
                <w:b w:val="0"/>
                <w:sz w:val="18"/>
              </w:rPr>
              <w:t>师小结：因数和倍数是相互依存的，不能单独说一个数是因数或倍数。</w:t>
            </w:r>
          </w:p>
          <w:p>
            <w:pPr>
              <w:spacing w:after="20" w:line="276" w:lineRule="auto"/>
            </w:pPr>
            <w:r>
              <w:rPr>
                <w:rFonts w:ascii="宋体" w:hAnsi="宋体" w:eastAsia="宋体"/>
                <w:b w:val="0"/>
                <w:sz w:val="18"/>
              </w:rPr>
              <w:t>2.引导回顾，完成知识网络图。</w:t>
            </w:r>
          </w:p>
          <w:p>
            <w:pPr>
              <w:spacing w:after="20" w:line="276" w:lineRule="auto"/>
            </w:pPr>
            <w:r>
              <w:rPr>
                <w:rFonts w:ascii="宋体" w:hAnsi="宋体" w:eastAsia="宋体"/>
                <w:b w:val="0"/>
                <w:sz w:val="18"/>
              </w:rPr>
              <w:t>师：回忆一下，关于因数和倍数我们学习了哪些知识？</w:t>
            </w:r>
          </w:p>
          <w:p>
            <w:pPr>
              <w:spacing w:after="20" w:line="276" w:lineRule="auto"/>
            </w:pPr>
            <w:r>
              <w:rPr>
                <w:rFonts w:ascii="宋体" w:hAnsi="宋体" w:eastAsia="宋体"/>
                <w:b w:val="0"/>
                <w:sz w:val="18"/>
              </w:rPr>
              <w:t>根据学生的发言，教师适时板书：自然数、因数、倍数、奇数、偶数、质数、合数。</w:t>
            </w:r>
          </w:p>
          <w:p>
            <w:pPr>
              <w:spacing w:after="20" w:line="276" w:lineRule="auto"/>
            </w:pPr>
            <w:r>
              <w:rPr>
                <w:rFonts w:ascii="宋体" w:hAnsi="宋体" w:eastAsia="宋体"/>
                <w:b w:val="0"/>
                <w:sz w:val="18"/>
              </w:rPr>
              <w:t>(1)教师引导整理有关倍数的概念。</w:t>
            </w:r>
          </w:p>
          <w:p>
            <w:pPr>
              <w:spacing w:after="20" w:line="276" w:lineRule="auto"/>
            </w:pPr>
            <w:r>
              <w:rPr>
                <w:rFonts w:ascii="宋体" w:hAnsi="宋体" w:eastAsia="宋体"/>
                <w:b w:val="0"/>
                <w:sz w:val="18"/>
              </w:rPr>
              <w:t>师：一个数的倍数有什么特征？你想到哪些数的倍数的特征？</w:t>
            </w:r>
          </w:p>
          <w:p>
            <w:pPr>
              <w:spacing w:after="20" w:line="276" w:lineRule="auto"/>
            </w:pPr>
            <w:r>
              <w:rPr>
                <w:rFonts w:ascii="宋体" w:hAnsi="宋体" w:eastAsia="宋体"/>
                <w:b w:val="0"/>
                <w:sz w:val="18"/>
              </w:rPr>
              <w:t>课件配合出示2、3、5倍数的特征。</w:t>
            </w:r>
          </w:p>
          <w:p>
            <w:pPr>
              <w:spacing w:after="20" w:line="276" w:lineRule="auto"/>
            </w:pPr>
            <w:r>
              <w:rPr>
                <w:rFonts w:ascii="宋体" w:hAnsi="宋体" w:eastAsia="宋体"/>
                <w:b w:val="0"/>
                <w:sz w:val="18"/>
              </w:rPr>
              <w:t>师：由2的倍数想到了什么?(偶数和奇数)什么是偶数？偶数</w:t>
            </w:r>
          </w:p>
          <w:p>
            <w:pPr>
              <w:spacing w:after="20" w:line="276" w:lineRule="auto"/>
            </w:pPr>
            <w:r>
              <w:rPr>
                <w:rFonts w:ascii="宋体" w:hAnsi="宋体" w:eastAsia="宋体"/>
                <w:b w:val="0"/>
                <w:sz w:val="18"/>
              </w:rPr>
              <w:t>的个位有什么特征?什么是奇数？奇数的个位有什么特征？</w:t>
            </w:r>
          </w:p>
          <w:p>
            <w:pPr>
              <w:spacing w:after="20" w:line="276" w:lineRule="auto"/>
            </w:pPr>
            <w:r>
              <w:rPr>
                <w:rFonts w:ascii="宋体" w:hAnsi="宋体" w:eastAsia="宋体"/>
                <w:b w:val="0"/>
                <w:sz w:val="18"/>
              </w:rPr>
              <w:t>1、3、5、7、9。</w:t>
            </w:r>
          </w:p>
          <w:p>
            <w:pPr>
              <w:spacing w:after="20" w:line="276" w:lineRule="auto"/>
            </w:pPr>
            <w:r>
              <w:rPr>
                <w:rFonts w:ascii="宋体" w:hAnsi="宋体" w:eastAsia="宋体"/>
                <w:b w:val="0"/>
                <w:sz w:val="18"/>
              </w:rPr>
              <w:t>师小结：按2的倍数把自然数分为：偶数和奇数。</w:t>
            </w:r>
          </w:p>
          <w:p>
            <w:pPr>
              <w:spacing w:after="20" w:line="276" w:lineRule="auto"/>
            </w:pPr>
            <w:r>
              <w:rPr>
                <w:rFonts w:ascii="宋体" w:hAnsi="宋体" w:eastAsia="宋体"/>
                <w:b w:val="0"/>
                <w:sz w:val="18"/>
              </w:rPr>
              <w:t>根据学生的回答，教师作相应的板书：</w:t>
            </w:r>
          </w:p>
          <w:p>
            <w:pPr>
              <w:spacing w:after="20" w:line="276" w:lineRule="auto"/>
            </w:pPr>
            <w:r>
              <w:rPr>
                <w:rFonts w:ascii="宋体" w:hAnsi="宋体" w:eastAsia="宋体"/>
                <w:b w:val="0"/>
                <w:sz w:val="18"/>
              </w:rPr>
              <w:t>(2)教师引导整理有关因数的概念。</w:t>
            </w:r>
          </w:p>
          <w:p>
            <w:pPr>
              <w:spacing w:after="20" w:line="276" w:lineRule="auto"/>
            </w:pPr>
            <w:r>
              <w:rPr>
                <w:rFonts w:ascii="宋体" w:hAnsi="宋体" w:eastAsia="宋体"/>
                <w:b w:val="0"/>
                <w:sz w:val="18"/>
              </w:rPr>
              <w:t>师：想不想尝试一下，自己梳理有关因数的知识呢?</w:t>
            </w:r>
          </w:p>
          <w:p>
            <w:pPr>
              <w:spacing w:after="20" w:line="276" w:lineRule="auto"/>
            </w:pPr>
            <w:r>
              <w:rPr>
                <w:rFonts w:ascii="宋体" w:hAnsi="宋体" w:eastAsia="宋体"/>
                <w:b w:val="0"/>
                <w:sz w:val="18"/>
              </w:rPr>
              <w:t>(3)整理知识网络图。</w:t>
            </w:r>
          </w:p>
          <w:p>
            <w:pPr>
              <w:spacing w:after="20" w:line="276" w:lineRule="auto"/>
            </w:pPr>
            <w:r>
              <w:rPr>
                <w:rFonts w:ascii="宋体" w:hAnsi="宋体" w:eastAsia="宋体"/>
                <w:b w:val="0"/>
                <w:sz w:val="18"/>
              </w:rPr>
              <w:t>师：你能用一个知识网络图来表示因数、倍数、偶数、奇数、质数、合数之间的关系吗？</w:t>
            </w:r>
          </w:p>
          <w:p>
            <w:pPr>
              <w:spacing w:after="20" w:line="276" w:lineRule="auto"/>
            </w:pPr>
            <w:r>
              <w:rPr>
                <w:rFonts w:ascii="宋体" w:hAnsi="宋体" w:eastAsia="宋体"/>
                <w:b w:val="0"/>
                <w:sz w:val="18"/>
              </w:rPr>
              <w:t>法，同时也有效地培养了学生的抽象概括能力和语言表述能力。</w:t>
            </w:r>
          </w:p>
          <w:p>
            <w:pPr>
              <w:spacing w:after="20" w:line="276" w:lineRule="auto"/>
            </w:pPr>
            <w:r>
              <w:rPr>
                <w:rFonts w:ascii="宋体" w:hAnsi="宋体" w:eastAsia="宋体"/>
                <w:b w:val="0"/>
                <w:sz w:val="18"/>
              </w:rPr>
              <w:t>复习课的重要环节是引导学生理顺知识的内在联系，不应单纯地对学生已学过的知识进行回顾，而是应通过复习使他们有新的提高。例如将原先学习的一些概念和知识联系起来，使之形成整体性的知识结构，使学生的认识不断深化。</w:t>
            </w:r>
          </w:p>
          <w:p>
            <w:pPr>
              <w:spacing w:after="20" w:line="276" w:lineRule="auto"/>
            </w:pPr>
            <w:r>
              <w:rPr>
                <w:rFonts w:ascii="宋体" w:hAnsi="宋体" w:eastAsia="宋体"/>
                <w:b w:val="0"/>
                <w:sz w:val="18"/>
              </w:rPr>
              <w:t>3.完成练习。</w:t>
            </w:r>
          </w:p>
          <w:p>
            <w:pPr>
              <w:spacing w:after="20" w:line="276" w:lineRule="auto"/>
            </w:pPr>
            <w:r>
              <w:rPr>
                <w:rFonts w:ascii="宋体" w:hAnsi="宋体" w:eastAsia="宋体"/>
                <w:b w:val="0"/>
                <w:sz w:val="18"/>
              </w:rPr>
              <w:t>课件出示习题，学生独立完成后在小组内交流、订正。</w:t>
            </w:r>
          </w:p>
          <w:p>
            <w:pPr>
              <w:spacing w:after="20" w:line="276" w:lineRule="auto"/>
            </w:pPr>
            <w:r>
              <w:rPr>
                <w:rFonts w:ascii="宋体" w:hAnsi="宋体" w:eastAsia="宋体"/>
                <w:b w:val="0"/>
                <w:sz w:val="18"/>
              </w:rPr>
              <w:t>课件出示正确解答。</w:t>
            </w:r>
          </w:p>
          <w:p>
            <w:pPr>
              <w:spacing w:after="20" w:line="276" w:lineRule="auto"/>
            </w:pPr>
            <w:r>
              <w:rPr>
                <w:rFonts w:ascii="宋体" w:hAnsi="宋体" w:eastAsia="宋体"/>
                <w:b w:val="0"/>
                <w:sz w:val="18"/>
              </w:rPr>
              <w:t>1.公因数、公倍数、最大公因数、最小公倍数。</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师小结：最大公因数和最小公倍数都只有一个，公因数的个数是有限的，公倍数的个数是无限的。两个数的公因数都是它们最大公因数的因数，两个数的公倍数都是它们最小公倍数的倍数。</w:t>
            </w:r>
          </w:p>
          <w:p>
            <w:pPr>
              <w:spacing w:after="20" w:line="276" w:lineRule="auto"/>
            </w:pPr>
            <w:r>
              <w:rPr>
                <w:rFonts w:ascii="宋体" w:hAnsi="宋体" w:eastAsia="宋体"/>
                <w:b w:val="0"/>
                <w:sz w:val="18"/>
              </w:rPr>
              <w:t>师：如果a÷b=c(a、b、c均为正整数)，那么a和b的最大公因数是什么？最小公倍数是什么？</w:t>
            </w:r>
          </w:p>
          <w:p>
            <w:pPr>
              <w:spacing w:after="20" w:line="276" w:lineRule="auto"/>
            </w:pPr>
            <w:r>
              <w:rPr>
                <w:rFonts w:ascii="宋体" w:hAnsi="宋体" w:eastAsia="宋体"/>
                <w:b w:val="0"/>
                <w:sz w:val="18"/>
              </w:rPr>
              <w:t>2.用公因数和公倍数的知识解决实际问题。</w:t>
            </w:r>
          </w:p>
          <w:p>
            <w:pPr>
              <w:spacing w:after="20" w:line="276" w:lineRule="auto"/>
            </w:pPr>
            <w:r>
              <w:rPr>
                <w:rFonts w:ascii="宋体" w:hAnsi="宋体" w:eastAsia="宋体"/>
                <w:b w:val="0"/>
                <w:sz w:val="18"/>
              </w:rPr>
              <w:t>(1)课件出示习题。</w:t>
            </w:r>
          </w:p>
          <w:p>
            <w:pPr>
              <w:spacing w:after="20" w:line="276" w:lineRule="auto"/>
            </w:pPr>
            <w:r>
              <w:rPr>
                <w:rFonts w:ascii="宋体" w:hAnsi="宋体" w:eastAsia="宋体"/>
                <w:b w:val="0"/>
                <w:sz w:val="18"/>
              </w:rPr>
              <w:t>注意让学生说说自己的方法，学生可能用列举法、画集合图法、短除法，可以让学生展示、交流不同的方法。</w:t>
            </w:r>
          </w:p>
          <w:p>
            <w:pPr>
              <w:spacing w:after="20" w:line="276" w:lineRule="auto"/>
            </w:pPr>
            <w:r>
              <w:rPr>
                <w:rFonts w:ascii="宋体" w:hAnsi="宋体" w:eastAsia="宋体"/>
                <w:b w:val="0"/>
                <w:sz w:val="18"/>
              </w:rPr>
              <w:t>(2)完成教科书P74“练习十四”第9题。</w:t>
            </w:r>
          </w:p>
        </w:tc>
        <w:tc>
          <w:tcPr>
            <w:tcW w:type="dxa" w:w="3061"/>
          </w:tcPr>
          <w:p>
            <w:pPr>
              <w:spacing w:after="20" w:line="276" w:lineRule="auto"/>
            </w:pPr>
            <w:r/>
            <w:r>
              <w:rPr>
                <w:rFonts w:ascii="宋体" w:hAnsi="宋体" w:eastAsia="宋体"/>
                <w:b w:val="0"/>
                <w:sz w:val="18"/>
              </w:rPr>
              <w:t>预设1：15÷3=5，3和5是15的因数，15是3和5的倍数。(学生也可能举出其他类似的例子。)</w:t>
            </w:r>
          </w:p>
          <w:p>
            <w:pPr>
              <w:spacing w:after="20" w:line="276" w:lineRule="auto"/>
            </w:pPr>
            <w:r>
              <w:rPr>
                <w:rFonts w:ascii="宋体" w:hAnsi="宋体" w:eastAsia="宋体"/>
                <w:b w:val="0"/>
                <w:sz w:val="18"/>
              </w:rPr>
              <w:t>预设2：b和c都是a的因数，a是b和c的倍数。</w:t>
            </w:r>
          </w:p>
          <w:p>
            <w:pPr>
              <w:spacing w:after="20" w:line="276" w:lineRule="auto"/>
            </w:pPr>
            <w:r>
              <w:rPr>
                <w:rFonts w:ascii="宋体" w:hAnsi="宋体" w:eastAsia="宋体"/>
                <w:b w:val="0"/>
                <w:sz w:val="18"/>
              </w:rPr>
              <w:t>预设1：一个数的最小倍数是本身，没有最大的倍数。</w:t>
            </w:r>
          </w:p>
          <w:p>
            <w:pPr>
              <w:spacing w:after="20" w:line="276" w:lineRule="auto"/>
            </w:pPr>
            <w:r>
              <w:rPr>
                <w:rFonts w:ascii="宋体" w:hAnsi="宋体" w:eastAsia="宋体"/>
                <w:b w:val="0"/>
                <w:sz w:val="18"/>
              </w:rPr>
              <w:t>预设2：2的倍数的特征：个位上是0、2、4、6或8。</w:t>
            </w:r>
          </w:p>
          <w:p>
            <w:pPr>
              <w:spacing w:after="20" w:line="276" w:lineRule="auto"/>
            </w:pPr>
            <w:r>
              <w:rPr>
                <w:rFonts w:ascii="宋体" w:hAnsi="宋体" w:eastAsia="宋体"/>
                <w:b w:val="0"/>
                <w:sz w:val="18"/>
              </w:rPr>
              <w:t>预设3：3的倍数的特征：各个数位上的数字之和是3的倍数。</w:t>
            </w:r>
          </w:p>
          <w:p>
            <w:pPr>
              <w:spacing w:after="20" w:line="276" w:lineRule="auto"/>
            </w:pPr>
            <w:r>
              <w:rPr>
                <w:rFonts w:ascii="宋体" w:hAnsi="宋体" w:eastAsia="宋体"/>
                <w:b w:val="0"/>
                <w:sz w:val="18"/>
              </w:rPr>
              <w:t>预设4：5的倍数的特征：个位上是0或5。</w:t>
            </w:r>
          </w:p>
          <w:p>
            <w:pPr>
              <w:spacing w:after="20" w:line="276" w:lineRule="auto"/>
            </w:pPr>
            <w:r>
              <w:rPr>
                <w:rFonts w:ascii="宋体" w:hAnsi="宋体" w:eastAsia="宋体"/>
                <w:b w:val="0"/>
                <w:sz w:val="18"/>
              </w:rPr>
              <w:t>学生会说出能被2整除的数是偶数，偶数的个位上是0、2、4、6、8；不能被2整除的数是奇数，奇数的个位上是</w:t>
            </w:r>
          </w:p>
          <w:p>
            <w:pPr>
              <w:spacing w:after="20" w:line="276" w:lineRule="auto"/>
            </w:pPr>
            <w:r>
              <w:rPr>
                <w:rFonts w:ascii="宋体" w:hAnsi="宋体" w:eastAsia="宋体"/>
                <w:b w:val="0"/>
                <w:sz w:val="18"/>
              </w:rPr>
              <w:t>学生在表述因数与倍数的含义时，要注意学生表述的严谨性，如果学生出现“15是倍数”“3是因数”时，要给予纠正。</w:t>
            </w:r>
          </w:p>
          <w:p>
            <w:pPr>
              <w:spacing w:after="20" w:line="276" w:lineRule="auto"/>
            </w:pPr>
            <w:r>
              <w:rPr>
                <w:rFonts w:ascii="宋体" w:hAnsi="宋体" w:eastAsia="宋体"/>
                <w:b w:val="0"/>
                <w:sz w:val="18"/>
              </w:rPr>
              <w:t>预设1：一个数因数的个数是有限的，其中最小的因数是1，最大的因数是它本身。</w:t>
            </w:r>
          </w:p>
          <w:p>
            <w:pPr>
              <w:spacing w:after="20" w:line="276" w:lineRule="auto"/>
            </w:pPr>
            <w:r>
              <w:rPr>
                <w:rFonts w:ascii="宋体" w:hAnsi="宋体" w:eastAsia="宋体"/>
                <w:b w:val="0"/>
                <w:sz w:val="18"/>
              </w:rPr>
              <w:t>预设2：质数只有1和它本身两个因数。</w:t>
            </w:r>
          </w:p>
          <w:p>
            <w:pPr>
              <w:spacing w:after="20" w:line="276" w:lineRule="auto"/>
            </w:pPr>
            <w:r>
              <w:rPr>
                <w:rFonts w:ascii="宋体" w:hAnsi="宋体" w:eastAsia="宋体"/>
                <w:b w:val="0"/>
                <w:sz w:val="18"/>
              </w:rPr>
              <w:t>预设3：合数有两个以上的因数。(除了1和它本身之外，还有其他的因数。)</w:t>
            </w:r>
          </w:p>
          <w:p>
            <w:pPr>
              <w:spacing w:after="20" w:line="276" w:lineRule="auto"/>
            </w:pPr>
            <w:r>
              <w:rPr>
                <w:rFonts w:ascii="宋体" w:hAnsi="宋体" w:eastAsia="宋体"/>
                <w:b w:val="0"/>
                <w:sz w:val="18"/>
              </w:rPr>
              <w:t>预设4：1既不是质数也不是合数。</w:t>
            </w:r>
          </w:p>
          <w:p>
            <w:pPr>
              <w:spacing w:after="20" w:line="276" w:lineRule="auto"/>
            </w:pPr>
            <w:r>
              <w:rPr>
                <w:rFonts w:ascii="宋体" w:hAnsi="宋体" w:eastAsia="宋体"/>
                <w:b w:val="0"/>
                <w:sz w:val="18"/>
              </w:rPr>
              <w:t>学生独立整理、反馈，教师根据学生的回答板书：</w:t>
            </w:r>
          </w:p>
          <w:p>
            <w:pPr>
              <w:spacing w:after="20" w:line="276" w:lineRule="auto"/>
            </w:pPr>
            <w:r>
              <w:rPr>
                <w:rFonts w:ascii="宋体" w:hAnsi="宋体" w:eastAsia="宋体"/>
                <w:b w:val="0"/>
                <w:sz w:val="18"/>
              </w:rPr>
              <w:t>预设1：36和54的公因数有1、2、3、6、9、18，最大公因数是18。</w:t>
            </w:r>
          </w:p>
          <w:p>
            <w:pPr>
              <w:spacing w:after="20" w:line="276" w:lineRule="auto"/>
            </w:pPr>
            <w:r>
              <w:rPr>
                <w:rFonts w:ascii="宋体" w:hAnsi="宋体" w:eastAsia="宋体"/>
                <w:b w:val="0"/>
                <w:sz w:val="18"/>
              </w:rPr>
              <w:t>预设2：36和54的公倍数有108、216……最小公倍数是108。</w:t>
            </w:r>
          </w:p>
          <w:p>
            <w:pPr>
              <w:spacing w:after="20" w:line="276" w:lineRule="auto"/>
            </w:pPr>
            <w:r>
              <w:rPr>
                <w:rFonts w:ascii="宋体" w:hAnsi="宋体" w:eastAsia="宋体"/>
                <w:b w:val="0"/>
                <w:sz w:val="18"/>
              </w:rPr>
              <w:t>引导学生说出当a是b的倍数时，它们的最大公因数是b，最小公倍数是a。</w:t>
            </w:r>
          </w:p>
          <w:p>
            <w:pPr>
              <w:spacing w:after="20" w:line="276" w:lineRule="auto"/>
            </w:pPr>
            <w:r>
              <w:rPr>
                <w:rFonts w:ascii="宋体" w:hAnsi="宋体" w:eastAsia="宋体"/>
                <w:b w:val="0"/>
                <w:sz w:val="18"/>
              </w:rPr>
              <w:t>学生思考并解答后交流。</w:t>
            </w:r>
          </w:p>
          <w:p>
            <w:pPr>
              <w:spacing w:after="20" w:line="276" w:lineRule="auto"/>
            </w:pPr>
            <w:r>
              <w:rPr>
                <w:rFonts w:ascii="宋体" w:hAnsi="宋体" w:eastAsia="宋体"/>
                <w:b w:val="0"/>
                <w:sz w:val="18"/>
              </w:rPr>
              <w:t>引导学生说出要解决这个问题，其实就是要求64和96的最大公因数。可以用短除法来求。</w:t>
            </w:r>
          </w:p>
          <w:p>
            <w:pPr>
              <w:spacing w:after="20" w:line="276" w:lineRule="auto"/>
            </w:pPr>
            <w:r>
              <w:rPr>
                <w:rFonts w:ascii="宋体" w:hAnsi="宋体" w:eastAsia="宋体"/>
                <w:b w:val="0"/>
                <w:sz w:val="18"/>
              </w:rPr>
              <w:t>学生在小组内合作完成。</w:t>
            </w:r>
          </w:p>
          <w:p>
            <w:pPr>
              <w:spacing w:after="20" w:line="276" w:lineRule="auto"/>
            </w:pPr>
            <w:r>
              <w:rPr>
                <w:rFonts w:ascii="宋体" w:hAnsi="宋体" w:eastAsia="宋体"/>
                <w:b w:val="0"/>
                <w:sz w:val="18"/>
              </w:rPr>
              <w:t>对于能力稍弱的学生，可以尝试、猜想得出答案并验证。教师可以指导学生明确要求“这箱苹果有多少个”，就是求40~50之间比8和10的公倍数多6的数是多少。先找出8和10的最小公倍数40，再加上6，得到这箱苹果有46个。</w:t>
            </w:r>
          </w:p>
        </w:tc>
        <w:tc>
          <w:tcPr>
            <w:tcW w:type="dxa" w:w="1814"/>
          </w:tcPr>
          <w:p>
            <w:pPr>
              <w:spacing w:after="20" w:line="276" w:lineRule="auto"/>
            </w:pPr>
            <w:r/>
            <w:r>
              <w:rPr>
                <w:rFonts w:ascii="宋体" w:hAnsi="宋体" w:eastAsia="宋体"/>
                <w:b w:val="0"/>
                <w:sz w:val="18"/>
              </w:rPr>
              <w:t>用网络图梳理概念，有序地回顾和复习相关知识，使学生在回顾知识的同时体会到知识间内在的联系，很好地帮助学生区分和记住这些概念。让学生知道了用网络图来整理知识的方</w:t>
            </w:r>
          </w:p>
          <w:p>
            <w:pPr>
              <w:spacing w:after="20" w:line="276" w:lineRule="auto"/>
            </w:pPr>
            <w:r>
              <w:rPr>
                <w:rFonts w:ascii="宋体" w:hAnsi="宋体" w:eastAsia="宋体"/>
                <w:b w:val="0"/>
                <w:sz w:val="18"/>
              </w:rPr>
              <w:t>通过练习，使学生熟练掌握20以内的质数、合数、奇数、偶数。</w:t>
            </w:r>
          </w:p>
          <w:p>
            <w:pPr>
              <w:spacing w:after="20" w:line="276" w:lineRule="auto"/>
            </w:pPr>
            <w:r>
              <w:rPr>
                <w:rFonts w:ascii="宋体" w:hAnsi="宋体" w:eastAsia="宋体"/>
                <w:b w:val="0"/>
                <w:sz w:val="18"/>
              </w:rPr>
              <w:t>在解决实际问题中复习有关公倍数、公因数的知识，唤起学生对知识的回忆，并能将知识应用到实际问题当中，培养学生的应用意识。</w:t>
            </w:r>
          </w:p>
        </w:tc>
      </w:tr>
      <w:tr>
        <w:tc>
          <w:tcPr>
            <w:tcW w:type="dxa" w:w="1474"/>
          </w:tcPr>
          <w:p>
            <w:pPr>
              <w:spacing w:after="20" w:line="276" w:lineRule="auto"/>
            </w:pPr>
            <w:r>
              <w:rPr>
                <w:b/>
              </w:rPr>
            </w:r>
            <w:r>
              <w:rPr>
                <w:rFonts w:ascii="宋体" w:hAnsi="宋体" w:eastAsia="宋体"/>
                <w:b/>
                <w:sz w:val="18"/>
              </w:rPr>
              <w:t>四、巩固练习，加深概念理解</w:t>
            </w:r>
          </w:p>
        </w:tc>
        <w:tc>
          <w:tcPr>
            <w:tcW w:type="dxa" w:w="3061"/>
          </w:tcPr>
          <w:p>
            <w:pPr>
              <w:spacing w:after="20" w:line="276" w:lineRule="auto"/>
            </w:pPr>
            <w:r/>
            <w:r>
              <w:rPr>
                <w:rFonts w:ascii="宋体" w:hAnsi="宋体" w:eastAsia="宋体"/>
                <w:b w:val="0"/>
                <w:sz w:val="18"/>
              </w:rPr>
              <w:t>1.完成教科书P74“练习十四”第6题。</w:t>
            </w:r>
          </w:p>
          <w:p>
            <w:pPr>
              <w:spacing w:after="20" w:line="276" w:lineRule="auto"/>
            </w:pPr>
            <w:r>
              <w:rPr>
                <w:rFonts w:ascii="宋体" w:hAnsi="宋体" w:eastAsia="宋体"/>
                <w:b w:val="0"/>
                <w:sz w:val="18"/>
              </w:rPr>
              <w:t>2.完成教科书P74“练习十四”第5题。</w:t>
            </w:r>
          </w:p>
          <w:p>
            <w:pPr>
              <w:spacing w:after="20" w:line="276" w:lineRule="auto"/>
            </w:pPr>
            <w:r>
              <w:rPr>
                <w:rFonts w:ascii="宋体" w:hAnsi="宋体" w:eastAsia="宋体"/>
                <w:b w:val="0"/>
                <w:sz w:val="18"/>
              </w:rPr>
              <w:t>3.完成教科书P74“练习十四”第7、8题。</w:t>
            </w:r>
          </w:p>
          <w:p>
            <w:pPr>
              <w:spacing w:after="20" w:line="276" w:lineRule="auto"/>
            </w:pPr>
            <w:r>
              <w:rPr>
                <w:rFonts w:ascii="宋体" w:hAnsi="宋体" w:eastAsia="宋体"/>
                <w:b w:val="0"/>
                <w:sz w:val="18"/>
              </w:rPr>
              <w:t>第8题：学生可能会用多种方法比较这些分数的大小，例如通分、将分数化成小数，注意引导学生找出这类数的特点，利用转化的方法从不同角度解决问题。</w:t>
            </w:r>
          </w:p>
        </w:tc>
        <w:tc>
          <w:tcPr>
            <w:tcW w:type="dxa" w:w="3061"/>
          </w:tcPr>
          <w:p>
            <w:pPr>
              <w:spacing w:after="20" w:line="276" w:lineRule="auto"/>
            </w:pPr>
            <w:r/>
            <w:r>
              <w:rPr>
                <w:rFonts w:ascii="宋体" w:hAnsi="宋体" w:eastAsia="宋体"/>
                <w:b w:val="0"/>
                <w:sz w:val="18"/>
              </w:rPr>
              <w:t>学生独立完成后交流汇报。</w:t>
            </w:r>
          </w:p>
          <w:p>
            <w:pPr>
              <w:spacing w:after="20" w:line="276" w:lineRule="auto"/>
            </w:pPr>
            <w:r>
              <w:rPr>
                <w:rFonts w:ascii="宋体" w:hAnsi="宋体" w:eastAsia="宋体"/>
                <w:b w:val="0"/>
                <w:sz w:val="18"/>
              </w:rPr>
              <w:t>这一组判断题涉及学生易错易混的概念，在判断正误时要注意让学生说出理由，用相关概念或举反例的方法说明。例如“所有的偶数都是合数”，可以举出反例“2是偶数但2是质数”来说明理由。</w:t>
            </w:r>
          </w:p>
          <w:p>
            <w:pPr>
              <w:spacing w:after="20" w:line="276" w:lineRule="auto"/>
            </w:pPr>
            <w:r>
              <w:rPr>
                <w:rFonts w:ascii="宋体" w:hAnsi="宋体" w:eastAsia="宋体"/>
                <w:b w:val="0"/>
                <w:sz w:val="18"/>
              </w:rPr>
              <w:t>学生完成后集体订正。</w:t>
            </w:r>
          </w:p>
          <w:p>
            <w:pPr>
              <w:spacing w:after="20" w:line="276" w:lineRule="auto"/>
            </w:pPr>
            <w:r>
              <w:rPr>
                <w:rFonts w:ascii="宋体" w:hAnsi="宋体" w:eastAsia="宋体"/>
                <w:b w:val="0"/>
                <w:sz w:val="18"/>
              </w:rPr>
              <w:t>首先引导学生有序写出由2、3、4、5组成的无重复数字的所有两位数，再根据奇数、偶数、质数、合数的特点以及2、3、5倍数的特征来解决问题。</w:t>
            </w:r>
          </w:p>
          <w:p>
            <w:pPr>
              <w:spacing w:after="20" w:line="276" w:lineRule="auto"/>
            </w:pPr>
            <w:r>
              <w:rPr>
                <w:rFonts w:ascii="宋体" w:hAnsi="宋体" w:eastAsia="宋体"/>
                <w:b w:val="0"/>
                <w:sz w:val="18"/>
              </w:rPr>
              <w:t>学生先独立完成，并在小组内讨论、交流。</w:t>
            </w:r>
          </w:p>
          <w:p>
            <w:pPr>
              <w:spacing w:after="20" w:line="276" w:lineRule="auto"/>
            </w:pPr>
            <w:r>
              <w:rPr>
                <w:rFonts w:ascii="宋体" w:hAnsi="宋体" w:eastAsia="宋体"/>
                <w:b w:val="0"/>
                <w:sz w:val="18"/>
              </w:rPr>
              <w:t>第7题：这是一道找规律填数的问题，填数时可以让学生按照规律多写一些数，不难发现第（1）题的数越来越接近1，第（2）题的数越来越接近0，让学生感受极限思想。</w:t>
            </w:r>
          </w:p>
        </w:tc>
        <w:tc>
          <w:tcPr>
            <w:tcW w:type="dxa" w:w="1814"/>
          </w:tcPr>
          <w:p>
            <w:pPr>
              <w:spacing w:after="20" w:line="276" w:lineRule="auto"/>
            </w:pPr>
            <w:r/>
            <w:r>
              <w:rPr>
                <w:rFonts w:ascii="宋体" w:hAnsi="宋体" w:eastAsia="宋体"/>
                <w:b w:val="0"/>
                <w:sz w:val="18"/>
              </w:rPr>
              <w:t>通过练习，让学生体会数学思想方法。通过观察、思考，紧密结合已有的数学知识和经验，丰富学生对规律的感性认识。</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师：通过本节课的复习，你们有哪些收获呢？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引导学生回顾梳理本课所学，完善认知结构，提升归纳与反思能力，核心问题："通过本节课的复习，你们有哪些收获呢？"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（1）如果a＝3b（a、b都是非0自然数），那么a和b的最大公因数是（ ），最小公倍数是（ ）。 （2）一个三位数的各数位上的数分别是最小的质数、最小的合数和最小的自然数，这个三位数同时是2、3、5的倍数且最小时是（ ）。 （3）既是3的倍数，又是5的倍数的最大两位奇数是（ ），最小三位偶数是（ ）。 （4）两个自然数的最大公因数是12，最小公倍数是144，则这两个数分别是（ ）和（ ）。 参考答案 （1）b a （2）240 （3）75 120 （4）12 144或36 48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能把所学的知识有条理地整理成知识网络图，对六年级学生来说是重要且必要的技能。采用小组合作整理的学习形式，降低了整理的难度，学生在相互启发、相互补充的过程中，思维得到开拓， 智慧得到碰撞。这节课中的概念极易混淆，要注意引导学生通过讨论交流的方式予以强化、辨别。 【教学笔记】</w:t>
      </w:r>
    </w:p>
    <w:p>
      <w:r>
        <w:br w:type="page"/>
      </w:r>
    </w:p>
    <w:p>
      <w:pPr>
        <w:spacing w:after="80" w:line="300" w:lineRule="auto"/>
      </w:pPr>
      <w:r>
        <w:rPr>
          <w:rFonts w:ascii="黑体" w:hAnsi="黑体" w:eastAsia="黑体"/>
          <w:b/>
          <w:sz w:val="24"/>
        </w:rPr>
        <w:t>二、课时教学方案（第10课时）</w:t>
      </w:r>
    </w:p>
    <w:p>
      <w:pPr>
        <w:spacing w:after="80" w:line="300" w:lineRule="auto"/>
      </w:pPr>
      <w:r>
        <w:rPr>
          <w:rFonts w:ascii="黑体" w:hAnsi="黑体" w:eastAsia="黑体"/>
          <w:b/>
          <w:sz w:val="24"/>
        </w:rPr>
        <w:t>第10课时　数学思考(2)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第10课时　数学思考(2)</w:t>
            </w:r>
          </w:p>
        </w:tc>
        <w:tc>
          <w:tcPr>
            <w:tcW w:type="dxa" w:w="6009"/>
          </w:tcPr>
          <w:p>
            <w:pPr>
              <w:spacing w:after="20" w:line="276" w:lineRule="auto"/>
            </w:pPr>
            <w:r/>
            <w:r>
              <w:rPr>
                <w:rFonts w:ascii="宋体" w:hAnsi="宋体" w:eastAsia="宋体"/>
                <w:b w:val="0"/>
                <w:sz w:val="20"/>
              </w:rPr>
              <w:t>第6单元 整理和复习（数学思考）</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（1）初步掌握用列表、符号表达逻辑关系等直观手段解决一些简单的逻辑推理问题。</w:t>
      </w:r>
    </w:p>
    <w:p>
      <w:pPr>
        <w:spacing w:after="20" w:line="300" w:lineRule="auto"/>
        <w:ind w:firstLine="400"/>
      </w:pPr>
      <w:r>
        <w:rPr>
          <w:rFonts w:ascii="宋体" w:hAnsi="宋体" w:eastAsia="宋体"/>
          <w:b w:val="0"/>
          <w:sz w:val="20"/>
        </w:rPr>
        <w:t>（2）在逻辑推理的过程中，初步掌握表格推理的方法，学会有序、全面地思考问题，不断积累数学活动经验。</w:t>
      </w:r>
    </w:p>
    <w:p>
      <w:pPr>
        <w:spacing w:after="20" w:line="300" w:lineRule="auto"/>
        <w:ind w:firstLine="400"/>
      </w:pPr>
      <w:r>
        <w:rPr>
          <w:rFonts w:ascii="宋体" w:hAnsi="宋体" w:eastAsia="宋体"/>
          <w:b w:val="0"/>
          <w:sz w:val="20"/>
        </w:rPr>
        <w:t>（3）通过逻辑推理的尝试与体验，提高学习数学的兴趣。</w:t>
      </w:r>
    </w:p>
    <w:p>
      <w:pPr>
        <w:spacing w:after="20" w:line="300" w:lineRule="auto"/>
      </w:pPr>
      <w:r>
        <w:rPr>
          <w:rFonts w:ascii="宋体" w:hAnsi="宋体" w:eastAsia="宋体"/>
          <w:b w:val="0"/>
          <w:sz w:val="20"/>
        </w:rPr>
        <w:t>教学重点：用不同的符号正确表达逻辑关系。</w:t>
      </w:r>
    </w:p>
    <w:p>
      <w:pPr>
        <w:spacing w:after="20" w:line="300" w:lineRule="auto"/>
      </w:pPr>
      <w:r>
        <w:rPr>
          <w:rFonts w:ascii="宋体" w:hAnsi="宋体" w:eastAsia="宋体"/>
          <w:b w:val="0"/>
          <w:sz w:val="20"/>
        </w:rPr>
        <w:t>教学难点：正确解读符号，有序描述逻辑关系。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同学们还会解决这样的推理问题吗？；你能看懂这个表格吗？</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二、合作探索，学习逻辑推理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默读题目，你能读懂吗？；现在我们理解了题意，你能用列表的方法来进行分析吗？</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三、综合练习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一、复习旧知，揭示课题</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师：同学们还会解决这样的推理问题吗？请大家试一试，看能用什么方法解答。</w:t>
            </w:r>
          </w:p>
          <w:p>
            <w:pPr>
              <w:spacing w:after="20" w:line="276" w:lineRule="auto"/>
            </w:pPr>
            <w:r>
              <w:rPr>
                <w:rFonts w:ascii="宋体" w:hAnsi="宋体" w:eastAsia="宋体"/>
                <w:b w:val="0"/>
                <w:sz w:val="18"/>
              </w:rPr>
              <w:t>师：这些问题是我们以前学过的推理问题，在推理时可以根据</w:t>
            </w:r>
          </w:p>
          <w:p>
            <w:pPr>
              <w:spacing w:after="20" w:line="276" w:lineRule="auto"/>
            </w:pPr>
            <w:r>
              <w:rPr>
                <w:rFonts w:ascii="宋体" w:hAnsi="宋体" w:eastAsia="宋体"/>
                <w:b w:val="0"/>
                <w:sz w:val="18"/>
              </w:rPr>
              <w:t>各量之间的关系直接推理，也可以利用表格把各量之间的关系表示出来进行间接推理。</w:t>
            </w:r>
          </w:p>
          <w:p>
            <w:pPr>
              <w:spacing w:after="20" w:line="276" w:lineRule="auto"/>
            </w:pPr>
            <w:r>
              <w:rPr>
                <w:rFonts w:ascii="宋体" w:hAnsi="宋体" w:eastAsia="宋体"/>
                <w:b w:val="0"/>
                <w:sz w:val="18"/>
              </w:rPr>
              <w:t>出示课件。</w:t>
            </w:r>
          </w:p>
          <w:p>
            <w:pPr>
              <w:spacing w:after="20" w:line="276" w:lineRule="auto"/>
            </w:pPr>
            <w:r>
              <w:rPr>
                <w:rFonts w:ascii="宋体" w:hAnsi="宋体" w:eastAsia="宋体"/>
                <w:b w:val="0"/>
                <w:sz w:val="18"/>
              </w:rPr>
              <w:t>师：你能看懂这个表格吗？</w:t>
            </w:r>
          </w:p>
          <w:p>
            <w:pPr>
              <w:spacing w:after="20" w:line="276" w:lineRule="auto"/>
            </w:pPr>
            <w:r>
              <w:rPr>
                <w:rFonts w:ascii="宋体" w:hAnsi="宋体" w:eastAsia="宋体"/>
                <w:b w:val="0"/>
                <w:sz w:val="18"/>
              </w:rPr>
              <w:t>师：同学们对简单的推理问题分析得有理有据，得出了正确的结论。这节课，我们来学习较复杂的推理问题。希望同学们积极开动脑筋，作出准确的推理判断。［板书课题：数学思考(2)］</w:t>
            </w:r>
          </w:p>
        </w:tc>
        <w:tc>
          <w:tcPr>
            <w:tcW w:type="dxa" w:w="3061"/>
          </w:tcPr>
          <w:p>
            <w:pPr>
              <w:spacing w:after="20" w:line="276" w:lineRule="auto"/>
            </w:pPr>
            <w:r/>
            <w:r>
              <w:rPr>
                <w:rFonts w:ascii="宋体" w:hAnsi="宋体" w:eastAsia="宋体"/>
                <w:b w:val="0"/>
                <w:sz w:val="18"/>
              </w:rPr>
              <w:t>预设1：根据小红说的话可知她拿的是语文书，小明拿的是数学书。</w:t>
            </w:r>
          </w:p>
          <w:p>
            <w:pPr>
              <w:spacing w:after="20" w:line="276" w:lineRule="auto"/>
            </w:pPr>
            <w:r>
              <w:rPr>
                <w:rFonts w:ascii="宋体" w:hAnsi="宋体" w:eastAsia="宋体"/>
                <w:b w:val="0"/>
                <w:sz w:val="18"/>
              </w:rPr>
              <w:t>预设2：根据小天说的话可知他拿的是语文书，根据小刚拿的不是数学书可知，小刚拿的是音乐书，则小丽拿的是数学书。</w:t>
            </w:r>
          </w:p>
          <w:p>
            <w:pPr>
              <w:spacing w:after="20" w:line="276" w:lineRule="auto"/>
            </w:pPr>
            <w:r>
              <w:rPr>
                <w:rFonts w:ascii="宋体" w:hAnsi="宋体" w:eastAsia="宋体"/>
                <w:b w:val="0"/>
                <w:sz w:val="18"/>
              </w:rPr>
              <w:t>引导学生明确“√”表示拿的是这本书，“×”表示拿的不是这本书。例如小天拿的是语文书，那么他就不可能拿数学书和音乐书，小丽和小刚都不可能拿语文书……</w:t>
            </w:r>
          </w:p>
        </w:tc>
        <w:tc>
          <w:tcPr>
            <w:tcW w:type="dxa" w:w="1814"/>
          </w:tcPr>
          <w:p>
            <w:pPr>
              <w:spacing w:after="20" w:line="276" w:lineRule="auto"/>
            </w:pPr>
            <w:r/>
            <w:r>
              <w:rPr>
                <w:rFonts w:ascii="宋体" w:hAnsi="宋体" w:eastAsia="宋体"/>
                <w:b w:val="0"/>
                <w:sz w:val="18"/>
              </w:rPr>
              <w:t>唤起学生的旧知，再引导学生把熟悉的内容进一步的提升，向学生介绍列表法，将数学思想方法渗透其中，为后面的教学做好铺垫。</w:t>
            </w:r>
          </w:p>
        </w:tc>
      </w:tr>
      <w:tr>
        <w:tc>
          <w:tcPr>
            <w:tcW w:type="dxa" w:w="1474"/>
          </w:tcPr>
          <w:p>
            <w:pPr>
              <w:spacing w:after="20" w:line="276" w:lineRule="auto"/>
            </w:pPr>
            <w:r>
              <w:rPr>
                <w:b/>
              </w:rPr>
            </w:r>
            <w:r>
              <w:rPr>
                <w:rFonts w:ascii="宋体" w:hAnsi="宋体" w:eastAsia="宋体"/>
                <w:b/>
                <w:sz w:val="18"/>
              </w:rPr>
              <w:t>二、合作探索，学习逻辑推理</w:t>
            </w:r>
          </w:p>
        </w:tc>
        <w:tc>
          <w:tcPr>
            <w:tcW w:type="dxa" w:w="3061"/>
          </w:tcPr>
          <w:p>
            <w:pPr>
              <w:spacing w:after="20" w:line="276" w:lineRule="auto"/>
            </w:pPr>
            <w:r/>
            <w:r>
              <w:rPr>
                <w:rFonts w:ascii="宋体" w:hAnsi="宋体" w:eastAsia="宋体"/>
                <w:b w:val="0"/>
                <w:sz w:val="18"/>
              </w:rPr>
              <w:t>1.阅读与理解。</w:t>
            </w:r>
          </w:p>
          <w:p>
            <w:pPr>
              <w:spacing w:after="20" w:line="276" w:lineRule="auto"/>
            </w:pPr>
            <w:r>
              <w:rPr>
                <w:rFonts w:ascii="宋体" w:hAnsi="宋体" w:eastAsia="宋体"/>
                <w:b w:val="0"/>
                <w:sz w:val="18"/>
              </w:rPr>
              <w:t>课件出示教科书P100第2题。</w:t>
            </w:r>
          </w:p>
          <w:p>
            <w:pPr>
              <w:spacing w:after="20" w:line="276" w:lineRule="auto"/>
            </w:pPr>
            <w:r>
              <w:rPr>
                <w:rFonts w:ascii="宋体" w:hAnsi="宋体" w:eastAsia="宋体"/>
                <w:b w:val="0"/>
                <w:sz w:val="18"/>
              </w:rPr>
              <w:t>师：默读题目，你能读懂吗？在小组内说一说你读懂了什么。</w:t>
            </w:r>
          </w:p>
          <w:p>
            <w:pPr>
              <w:spacing w:after="20" w:line="276" w:lineRule="auto"/>
            </w:pPr>
            <w:r>
              <w:rPr>
                <w:rFonts w:ascii="宋体" w:hAnsi="宋体" w:eastAsia="宋体"/>
                <w:b w:val="0"/>
                <w:sz w:val="18"/>
              </w:rPr>
              <w:t>2.分析与解答。</w:t>
            </w:r>
          </w:p>
          <w:p>
            <w:pPr>
              <w:spacing w:after="20" w:line="276" w:lineRule="auto"/>
            </w:pPr>
            <w:r>
              <w:rPr>
                <w:rFonts w:ascii="宋体" w:hAnsi="宋体" w:eastAsia="宋体"/>
                <w:b w:val="0"/>
                <w:sz w:val="18"/>
              </w:rPr>
              <w:t>在解决这个稍复杂的逻辑推理问题时，教师要引导学生借助表格逐步缩小范围，找到答案，体会“排除法”的应用。</w:t>
            </w:r>
          </w:p>
          <w:p>
            <w:pPr>
              <w:spacing w:after="20" w:line="276" w:lineRule="auto"/>
            </w:pPr>
            <w:r>
              <w:rPr>
                <w:rFonts w:ascii="宋体" w:hAnsi="宋体" w:eastAsia="宋体"/>
                <w:b w:val="0"/>
                <w:sz w:val="18"/>
              </w:rPr>
              <w:t>师：现在我们理解了题意，你能用列表的方法来进行分析吗？试一试。(板书：列表法)</w:t>
            </w:r>
          </w:p>
          <w:p>
            <w:pPr>
              <w:spacing w:after="20" w:line="276" w:lineRule="auto"/>
            </w:pPr>
            <w:r>
              <w:rPr>
                <w:rFonts w:ascii="宋体" w:hAnsi="宋体" w:eastAsia="宋体"/>
                <w:b w:val="0"/>
                <w:sz w:val="18"/>
              </w:rPr>
              <w:t>师：观察表格，从三次到会的情况来分析，你发现了什么？</w:t>
            </w:r>
          </w:p>
          <w:p>
            <w:pPr>
              <w:spacing w:after="20" w:line="276" w:lineRule="auto"/>
            </w:pPr>
            <w:r>
              <w:rPr>
                <w:rFonts w:ascii="宋体" w:hAnsi="宋体" w:eastAsia="宋体"/>
                <w:b w:val="0"/>
                <w:sz w:val="18"/>
              </w:rPr>
              <w:t>师：那么B和C分别与谁同班？</w:t>
            </w:r>
          </w:p>
          <w:p>
            <w:pPr>
              <w:spacing w:after="20" w:line="276" w:lineRule="auto"/>
            </w:pPr>
            <w:r>
              <w:rPr>
                <w:rFonts w:ascii="宋体" w:hAnsi="宋体" w:eastAsia="宋体"/>
                <w:b w:val="0"/>
                <w:sz w:val="18"/>
              </w:rPr>
              <w:t>师：你听懂了吗？和同桌一起说一说推理的过程吧！</w:t>
            </w:r>
          </w:p>
          <w:p>
            <w:pPr>
              <w:spacing w:after="20" w:line="276" w:lineRule="auto"/>
            </w:pPr>
            <w:r>
              <w:rPr>
                <w:rFonts w:ascii="宋体" w:hAnsi="宋体" w:eastAsia="宋体"/>
                <w:b w:val="0"/>
                <w:sz w:val="18"/>
              </w:rPr>
              <w:t>师：解决问题的方法是多种多样的，还有其他的推理方法吗？谁来跟大家分享一下你的想法？</w:t>
            </w:r>
          </w:p>
          <w:p>
            <w:pPr>
              <w:spacing w:after="20" w:line="276" w:lineRule="auto"/>
            </w:pPr>
            <w:r>
              <w:rPr>
                <w:rFonts w:ascii="宋体" w:hAnsi="宋体" w:eastAsia="宋体"/>
                <w:b w:val="0"/>
                <w:sz w:val="18"/>
              </w:rPr>
              <w:t>同班，就只能与F同班，最后推理出C与E同班。</w:t>
            </w:r>
          </w:p>
          <w:p>
            <w:pPr>
              <w:spacing w:after="20" w:line="276" w:lineRule="auto"/>
            </w:pPr>
            <w:r>
              <w:rPr>
                <w:rFonts w:ascii="宋体" w:hAnsi="宋体" w:eastAsia="宋体"/>
                <w:b w:val="0"/>
                <w:sz w:val="18"/>
              </w:rPr>
              <w:t>师：这种推理方法也很棒！充分利用排除法进行直接推理，得到的结论都是相同的。</w:t>
            </w:r>
          </w:p>
          <w:p>
            <w:pPr>
              <w:spacing w:after="20" w:line="276" w:lineRule="auto"/>
            </w:pPr>
            <w:r>
              <w:rPr>
                <w:rFonts w:ascii="宋体" w:hAnsi="宋体" w:eastAsia="宋体"/>
                <w:b w:val="0"/>
                <w:sz w:val="18"/>
              </w:rPr>
              <w:t>（板书：排除法）</w:t>
            </w:r>
          </w:p>
          <w:p>
            <w:pPr>
              <w:spacing w:after="20" w:line="276" w:lineRule="auto"/>
            </w:pPr>
            <w:r>
              <w:rPr>
                <w:rFonts w:ascii="宋体" w:hAnsi="宋体" w:eastAsia="宋体"/>
                <w:b w:val="0"/>
                <w:sz w:val="18"/>
              </w:rPr>
              <w:t>师：在上面的展示中大家都用“√”表示到会,还可以用别的符号表示吗？</w:t>
            </w:r>
          </w:p>
          <w:p>
            <w:pPr>
              <w:spacing w:after="20" w:line="276" w:lineRule="auto"/>
            </w:pPr>
            <w:r>
              <w:rPr>
                <w:rFonts w:ascii="宋体" w:hAnsi="宋体" w:eastAsia="宋体"/>
                <w:b w:val="0"/>
                <w:sz w:val="18"/>
              </w:rPr>
              <w:t>师：我们还可以这样来表示题意（课件出示表格），再来推理一次吧！</w:t>
            </w:r>
          </w:p>
        </w:tc>
        <w:tc>
          <w:tcPr>
            <w:tcW w:type="dxa" w:w="3061"/>
          </w:tcPr>
          <w:p>
            <w:pPr>
              <w:spacing w:after="20" w:line="276" w:lineRule="auto"/>
            </w:pPr>
            <w:r/>
            <w:r>
              <w:rPr>
                <w:rFonts w:ascii="宋体" w:hAnsi="宋体" w:eastAsia="宋体"/>
                <w:b w:val="0"/>
                <w:sz w:val="18"/>
              </w:rPr>
              <w:t>这道题初次接触，学生会觉得比较复杂，很难读懂。教师可以让学生说说，第一次到会的有A、B、C，说明A不可能与谁同班，引导学生理解同班的两个人不可能同一次到会，也不可能都不到会。</w:t>
            </w:r>
          </w:p>
          <w:p>
            <w:pPr>
              <w:spacing w:after="20" w:line="276" w:lineRule="auto"/>
            </w:pPr>
            <w:r>
              <w:rPr>
                <w:rFonts w:ascii="宋体" w:hAnsi="宋体" w:eastAsia="宋体"/>
                <w:b w:val="0"/>
                <w:sz w:val="18"/>
              </w:rPr>
              <w:t>学生独立思考，完成后在小组内交流后汇报。</w:t>
            </w:r>
          </w:p>
          <w:p>
            <w:pPr>
              <w:spacing w:after="20" w:line="276" w:lineRule="auto"/>
            </w:pPr>
            <w:r>
              <w:rPr>
                <w:rFonts w:ascii="宋体" w:hAnsi="宋体" w:eastAsia="宋体"/>
                <w:b w:val="0"/>
                <w:sz w:val="18"/>
              </w:rPr>
              <w:t>预设1：我用“√”表示到会。</w:t>
            </w:r>
          </w:p>
          <w:p>
            <w:pPr>
              <w:spacing w:after="20" w:line="276" w:lineRule="auto"/>
            </w:pPr>
            <w:r>
              <w:rPr>
                <w:rFonts w:ascii="宋体" w:hAnsi="宋体" w:eastAsia="宋体"/>
                <w:b w:val="0"/>
                <w:sz w:val="18"/>
              </w:rPr>
              <w:t>预设2：我用“√”表示到会，“×”表示没有到会。</w:t>
            </w:r>
          </w:p>
          <w:p>
            <w:pPr>
              <w:spacing w:after="20" w:line="276" w:lineRule="auto"/>
            </w:pPr>
            <w:r>
              <w:rPr>
                <w:rFonts w:ascii="宋体" w:hAnsi="宋体" w:eastAsia="宋体"/>
                <w:b w:val="0"/>
                <w:sz w:val="18"/>
              </w:rPr>
              <w:t>引导学生说出从第一次到会的情况可以看出，A只能和D、E、F同班；从第二次到会的情况可以看出，A只能和D、E同班；从第三次到会的情况可以看出，A只能和D同班。</w:t>
            </w:r>
          </w:p>
          <w:p>
            <w:pPr>
              <w:spacing w:after="20" w:line="276" w:lineRule="auto"/>
            </w:pPr>
            <w:r>
              <w:rPr>
                <w:rFonts w:ascii="宋体" w:hAnsi="宋体" w:eastAsia="宋体"/>
                <w:b w:val="0"/>
                <w:sz w:val="18"/>
              </w:rPr>
              <w:t>A和D同班，在剩下的B、C、E、F中，从第一次到会的情况可以看出，B只能和E或F同班；从第二次到会的情况可以确定，B只能和F同班。所以C只能与E同班。</w:t>
            </w:r>
          </w:p>
          <w:p>
            <w:pPr>
              <w:spacing w:after="20" w:line="276" w:lineRule="auto"/>
            </w:pPr>
            <w:r>
              <w:rPr>
                <w:rFonts w:ascii="宋体" w:hAnsi="宋体" w:eastAsia="宋体"/>
                <w:b w:val="0"/>
                <w:sz w:val="18"/>
              </w:rPr>
              <w:t>同桌之间一起说推理过程。</w:t>
            </w:r>
          </w:p>
          <w:p>
            <w:pPr>
              <w:spacing w:after="20" w:line="276" w:lineRule="auto"/>
            </w:pPr>
            <w:r>
              <w:rPr>
                <w:rFonts w:ascii="宋体" w:hAnsi="宋体" w:eastAsia="宋体"/>
                <w:b w:val="0"/>
                <w:sz w:val="18"/>
              </w:rPr>
              <w:t>学生可能会说，结合第一次和第三次的到会情况，可以推理出A不能与B、C、E、F同班，所以A只能与D同班；再结合第一次和第二次的到会情况，可以推理出B不能与C、E</w:t>
            </w:r>
          </w:p>
          <w:p>
            <w:pPr>
              <w:spacing w:after="20" w:line="276" w:lineRule="auto"/>
            </w:pPr>
            <w:r>
              <w:rPr>
                <w:rFonts w:ascii="宋体" w:hAnsi="宋体" w:eastAsia="宋体"/>
                <w:b w:val="0"/>
                <w:sz w:val="18"/>
              </w:rPr>
              <w:t>学生可能用各种不同的符号，如“到”和“缺”“1”和“0”“▲”和“△”等。</w:t>
            </w:r>
          </w:p>
          <w:p>
            <w:pPr>
              <w:spacing w:after="20" w:line="276" w:lineRule="auto"/>
            </w:pPr>
            <w:r>
              <w:rPr>
                <w:rFonts w:ascii="宋体" w:hAnsi="宋体" w:eastAsia="宋体"/>
                <w:b w:val="0"/>
                <w:sz w:val="18"/>
              </w:rPr>
              <w:t>学生跟着课件的演示说推理的过程。</w:t>
            </w:r>
          </w:p>
        </w:tc>
        <w:tc>
          <w:tcPr>
            <w:tcW w:type="dxa" w:w="1814"/>
          </w:tcPr>
          <w:p>
            <w:pPr>
              <w:spacing w:after="20" w:line="276" w:lineRule="auto"/>
            </w:pPr>
            <w:r/>
            <w:r>
              <w:rPr>
                <w:rFonts w:ascii="宋体" w:hAnsi="宋体" w:eastAsia="宋体"/>
                <w:b w:val="0"/>
                <w:sz w:val="18"/>
              </w:rPr>
              <w:t>应用列表的方法可以直观、清晰地呈现抽象的已知信息，有利于学生整体把握信息之间的联系，推理得出结论。放手让学生列表分析，经历推理的过程，每种方法都让学生充分表达，在交流中体会逻辑推理。</w:t>
            </w:r>
          </w:p>
        </w:tc>
      </w:tr>
      <w:tr>
        <w:tc>
          <w:tcPr>
            <w:tcW w:type="dxa" w:w="1474"/>
          </w:tcPr>
          <w:p>
            <w:pPr>
              <w:spacing w:after="20" w:line="276" w:lineRule="auto"/>
            </w:pPr>
            <w:r>
              <w:rPr>
                <w:b/>
              </w:rPr>
            </w:r>
            <w:r>
              <w:rPr>
                <w:rFonts w:ascii="宋体" w:hAnsi="宋体" w:eastAsia="宋体"/>
                <w:b/>
                <w:sz w:val="18"/>
              </w:rPr>
              <w:t>三、综合练习</w:t>
            </w:r>
          </w:p>
        </w:tc>
        <w:tc>
          <w:tcPr>
            <w:tcW w:type="dxa" w:w="3061"/>
          </w:tcPr>
          <w:p>
            <w:pPr>
              <w:spacing w:after="20" w:line="276" w:lineRule="auto"/>
            </w:pPr>
            <w:r/>
            <w:r>
              <w:rPr>
                <w:rFonts w:ascii="宋体" w:hAnsi="宋体" w:eastAsia="宋体"/>
                <w:b w:val="0"/>
                <w:sz w:val="18"/>
              </w:rPr>
              <w:t>1.完成教科书P100“做一做”。</w:t>
            </w:r>
          </w:p>
          <w:p>
            <w:pPr>
              <w:spacing w:after="20" w:line="276" w:lineRule="auto"/>
            </w:pPr>
            <w:r>
              <w:rPr>
                <w:rFonts w:ascii="宋体" w:hAnsi="宋体" w:eastAsia="宋体"/>
                <w:b w:val="0"/>
                <w:sz w:val="18"/>
              </w:rPr>
              <w:t>练习过程中，学生可能会讲到正确的理由，但在表达上会出现逻辑性不强、严谨性不够等问题。教师应发挥引领作用，帮助学生梳理过程：推理的步骤是怎样的？每一步的依据是什么？表述的方式怎样才规范？</w:t>
            </w:r>
          </w:p>
          <w:p>
            <w:pPr>
              <w:spacing w:after="20" w:line="276" w:lineRule="auto"/>
            </w:pPr>
            <w:r>
              <w:rPr>
                <w:rFonts w:ascii="宋体" w:hAnsi="宋体" w:eastAsia="宋体"/>
                <w:b w:val="0"/>
                <w:sz w:val="18"/>
              </w:rPr>
              <w:t>2.完成教科书P103“练习二十二”第6、7题。</w:t>
            </w:r>
          </w:p>
          <w:p>
            <w:pPr>
              <w:spacing w:after="20" w:line="276" w:lineRule="auto"/>
            </w:pPr>
            <w:r>
              <w:rPr>
                <w:rFonts w:ascii="宋体" w:hAnsi="宋体" w:eastAsia="宋体"/>
                <w:b w:val="0"/>
                <w:sz w:val="18"/>
              </w:rPr>
              <w:t>第7题：学生在尝试的过程中可能会遇到困难，引导学生通过找出题中互相矛盾的条件关系（如甲说自己不是主谋，丙也说自己不是主谋），从而推知其中两人的话必定一真一假。假设甲说的是真话，则丙说的是假话，说明丙是主谋。再结合题中另两个人说的假话，分析发现所推得的信息都相符，所以丙确实说的是假话，他就是主谋。</w:t>
            </w:r>
          </w:p>
          <w:p>
            <w:pPr>
              <w:spacing w:after="20" w:line="276" w:lineRule="auto"/>
            </w:pPr>
            <w:r>
              <w:rPr>
                <w:rFonts w:ascii="宋体" w:hAnsi="宋体" w:eastAsia="宋体"/>
                <w:b w:val="0"/>
                <w:sz w:val="18"/>
              </w:rPr>
              <w:t>3.完成教科书P102“练习二十二”第5题。</w:t>
            </w:r>
          </w:p>
          <w:p>
            <w:pPr>
              <w:spacing w:after="20" w:line="276" w:lineRule="auto"/>
            </w:pPr>
            <w:r>
              <w:rPr>
                <w:rFonts w:ascii="宋体" w:hAnsi="宋体" w:eastAsia="宋体"/>
                <w:b w:val="0"/>
                <w:sz w:val="18"/>
              </w:rPr>
              <w:t>先让学生理解间隔排列的意思。学生理解题意后，可让学生自己分析，用各种个性化的方法将思考过程展现出来。</w:t>
            </w:r>
          </w:p>
          <w:p>
            <w:pPr>
              <w:spacing w:after="20" w:line="276" w:lineRule="auto"/>
            </w:pPr>
            <w:r>
              <w:rPr>
                <w:rFonts w:ascii="宋体" w:hAnsi="宋体" w:eastAsia="宋体"/>
                <w:b w:val="0"/>
                <w:sz w:val="18"/>
              </w:rPr>
              <w:t>描述法：例如假设左起第1位固定一个小朋友，有2种排法，一共有4种这样的情况，得2×4＝8（种）。</w:t>
            </w:r>
          </w:p>
          <w:p>
            <w:pPr>
              <w:spacing w:after="20" w:line="276" w:lineRule="auto"/>
            </w:pPr>
            <w:r>
              <w:rPr>
                <w:rFonts w:ascii="宋体" w:hAnsi="宋体" w:eastAsia="宋体"/>
                <w:b w:val="0"/>
                <w:sz w:val="18"/>
              </w:rPr>
              <w:t>也可用符号来枚举表示（○、●表示2个男生，△、▲表示2个女生）：</w:t>
            </w:r>
          </w:p>
        </w:tc>
        <w:tc>
          <w:tcPr>
            <w:tcW w:type="dxa" w:w="3061"/>
          </w:tcPr>
          <w:p>
            <w:pPr>
              <w:spacing w:after="20" w:line="276" w:lineRule="auto"/>
            </w:pPr>
            <w:r/>
            <w:r>
              <w:rPr>
                <w:rFonts w:ascii="宋体" w:hAnsi="宋体" w:eastAsia="宋体"/>
                <w:b w:val="0"/>
                <w:sz w:val="18"/>
              </w:rPr>
              <w:t>学生独立完成后汇报交流。</w:t>
            </w:r>
          </w:p>
          <w:p>
            <w:pPr>
              <w:spacing w:after="20" w:line="276" w:lineRule="auto"/>
            </w:pPr>
            <w:r>
              <w:rPr>
                <w:rFonts w:ascii="宋体" w:hAnsi="宋体" w:eastAsia="宋体"/>
                <w:b w:val="0"/>
                <w:sz w:val="18"/>
              </w:rPr>
              <w:t>学生小组内合作完成并交流，集体汇报。</w:t>
            </w:r>
          </w:p>
          <w:p>
            <w:pPr>
              <w:spacing w:after="20" w:line="276" w:lineRule="auto"/>
            </w:pPr>
            <w:r>
              <w:rPr>
                <w:rFonts w:ascii="宋体" w:hAnsi="宋体" w:eastAsia="宋体"/>
                <w:b w:val="0"/>
                <w:sz w:val="18"/>
              </w:rPr>
              <w:t>第6题：学生可能会主动调用前面所学的列表分析的经验，自己设想表格的列法、信息的表示，自主推理。也有学生不列表，根据信息用排除法直接判断名次，如根据“3号第一个冲过终点”和“2号不是第4名”，判断2号只可能是第2名或第3名，又因为号码与名次不同，所以2号只能是第3名。</w:t>
            </w:r>
          </w:p>
          <w:p>
            <w:pPr>
              <w:spacing w:after="20" w:line="276" w:lineRule="auto"/>
            </w:pPr>
            <w:r>
              <w:rPr>
                <w:rFonts w:ascii="宋体" w:hAnsi="宋体" w:eastAsia="宋体"/>
                <w:b w:val="0"/>
                <w:sz w:val="18"/>
              </w:rPr>
              <w:t>这道题思考方法很多，依然要有序思考。</w:t>
            </w:r>
          </w:p>
          <w:p>
            <w:pPr>
              <w:spacing w:after="20" w:line="276" w:lineRule="auto"/>
            </w:pPr>
            <w:r>
              <w:rPr>
                <w:rFonts w:ascii="宋体" w:hAnsi="宋体" w:eastAsia="宋体"/>
                <w:b w:val="0"/>
                <w:sz w:val="18"/>
              </w:rPr>
              <w:t>学生汇报后，教师板书。（板书：有序思考）</w:t>
            </w:r>
          </w:p>
        </w:tc>
        <w:tc>
          <w:tcPr>
            <w:tcW w:type="dxa" w:w="1814"/>
          </w:tcPr>
          <w:p>
            <w:pPr>
              <w:spacing w:after="20" w:line="276" w:lineRule="auto"/>
            </w:pPr>
            <w:r/>
            <w:r>
              <w:rPr>
                <w:rFonts w:ascii="宋体" w:hAnsi="宋体" w:eastAsia="宋体"/>
                <w:b w:val="0"/>
                <w:sz w:val="18"/>
              </w:rPr>
              <w:t>练习中先让学生理解题意，再引导其有序思考，解决问题。在交流汇报时，适时点拨。</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今天我们又比较深入地认识了“逻辑推理”。在推理前，要先充分理解题意，再利用比较直观的手段进行分析，在进行推理时，尤其要依照“非此即彼”这一矛盾现象，推出所需结论。通过本节课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数学思考(2)</w:t>
      </w:r>
    </w:p>
    <w:p>
      <w:pPr>
        <w:spacing w:after="40" w:line="300" w:lineRule="auto"/>
      </w:pPr>
      <w:r>
        <w:rPr>
          <w:rFonts w:ascii="宋体" w:hAnsi="宋体" w:eastAsia="宋体"/>
          <w:b w:val="0"/>
          <w:sz w:val="20"/>
        </w:rPr>
        <w:t>列表法</w:t>
      </w:r>
    </w:p>
    <w:p>
      <w:pPr>
        <w:spacing w:after="40" w:line="300" w:lineRule="auto"/>
      </w:pPr>
      <w:r>
        <w:rPr>
          <w:rFonts w:ascii="宋体" w:hAnsi="宋体" w:eastAsia="宋体"/>
          <w:b w:val="0"/>
          <w:sz w:val="20"/>
        </w:rPr>
        <w:t>排除法</w:t>
      </w:r>
    </w:p>
    <w:p>
      <w:pPr>
        <w:spacing w:after="40" w:line="300" w:lineRule="auto"/>
      </w:pPr>
      <w:r>
        <w:rPr>
          <w:rFonts w:ascii="宋体" w:hAnsi="宋体" w:eastAsia="宋体"/>
          <w:b w:val="0"/>
          <w:sz w:val="20"/>
        </w:rPr>
        <w:t>有序思考</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1（1）乐乐、兰兰、惠惠按自己的兴趣分别参加了古琴、击剑、彩绘兴趣小组中的一个，乐乐不擅长运动，兰兰不喜欢音乐，惠惠喜欢画画。则乐乐参加的是（ ）兴趣小组，兰兰参加的是（ ）兴趣小组。 （2）元元、路路、菲菲比身高，元元说：“我不是最高的，但比菲菲高。”（ ）最高，（ ）最矮。 2选一选。（将正确答案的序号填在括号里） （1）玲玲要从4张不同的明信片中选出2张分别送给红红和芳芳，一共有（ ）种不同的送法。 A.6 B.8 C.10 D.12 （2）甲、乙、丙三名男生和A、B两名女生站成一排拍毕业纪念照，要求男女间隔排列，一共有（ ）种站法。 A.3 B.6 C.12 D.18 参考答案 1.（1）古琴 击剑 （2）路路 菲菲 2.（1）D （2）C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所渗透的数学思想方法有很多，如推理的思路——直接推理与间接推理；推理的具体方法——描述与列表；推理的常用策略——枚举与筛选。教学中要关注学生的难点，例如学生不会推理，教师可以在引入列表法后，先示范填上第一次的情况(符号也可用“√”和“×”)，并作简要分析，后续的填写可让学生自己进行。在学生填写完后，教师应指导学生从不同的角度推理。 【教学笔记】</w:t>
      </w:r>
    </w:p>
    <w:p>
      <w:r>
        <w:br w:type="page"/>
      </w:r>
    </w:p>
    <w:p>
      <w:pPr>
        <w:spacing w:after="80" w:line="300" w:lineRule="auto"/>
      </w:pPr>
      <w:r>
        <w:rPr>
          <w:rFonts w:ascii="黑体" w:hAnsi="黑体" w:eastAsia="黑体"/>
          <w:b/>
          <w:sz w:val="24"/>
        </w:rPr>
        <w:t>二、课时教学方案（第11课时）</w:t>
      </w:r>
    </w:p>
    <w:p>
      <w:pPr>
        <w:spacing w:after="80" w:line="300" w:lineRule="auto"/>
      </w:pPr>
      <w:r>
        <w:rPr>
          <w:rFonts w:ascii="黑体" w:hAnsi="黑体" w:eastAsia="黑体"/>
          <w:b/>
          <w:sz w:val="24"/>
        </w:rPr>
        <w:t>第11课时　北京五日游</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第11课时　北京五日游</w:t>
            </w:r>
          </w:p>
        </w:tc>
        <w:tc>
          <w:tcPr>
            <w:tcW w:type="dxa" w:w="6009"/>
          </w:tcPr>
          <w:p>
            <w:pPr>
              <w:spacing w:after="20" w:line="276" w:lineRule="auto"/>
            </w:pPr>
            <w:r/>
            <w:r>
              <w:rPr>
                <w:rFonts w:ascii="宋体" w:hAnsi="宋体" w:eastAsia="宋体"/>
                <w:b w:val="0"/>
                <w:sz w:val="20"/>
              </w:rPr>
              <w:t>第6单元 整理和复习（综合与实践）</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（1）在具体任务的驱动下，初步形成制订行动方案的意识，进一步运用所学知识解决简单的实际问题。</w:t>
      </w:r>
    </w:p>
    <w:p>
      <w:pPr>
        <w:spacing w:after="20" w:line="300" w:lineRule="auto"/>
        <w:ind w:firstLine="400"/>
      </w:pPr>
      <w:r>
        <w:rPr>
          <w:rFonts w:ascii="宋体" w:hAnsi="宋体" w:eastAsia="宋体"/>
          <w:b w:val="0"/>
          <w:sz w:val="20"/>
        </w:rPr>
        <w:t>（2）在解决具体问题中，通过对信息的收集、整理、分析，提高学生分析问题和解决问题的能力。</w:t>
      </w:r>
    </w:p>
    <w:p>
      <w:pPr>
        <w:spacing w:after="20" w:line="300" w:lineRule="auto"/>
        <w:ind w:firstLine="400"/>
      </w:pPr>
      <w:r>
        <w:rPr>
          <w:rFonts w:ascii="宋体" w:hAnsi="宋体" w:eastAsia="宋体"/>
          <w:b w:val="0"/>
          <w:sz w:val="20"/>
        </w:rPr>
        <w:t>（3）通过参与数学实践活动，感受数学与生活的联系，体会制订规划的必要性，学会选择，培养优化意识。</w:t>
      </w:r>
    </w:p>
    <w:p>
      <w:pPr>
        <w:spacing w:after="20" w:line="300" w:lineRule="auto"/>
      </w:pPr>
      <w:r>
        <w:rPr>
          <w:rFonts w:ascii="宋体" w:hAnsi="宋体" w:eastAsia="宋体"/>
          <w:b w:val="0"/>
          <w:sz w:val="20"/>
        </w:rPr>
        <w:t>教学重点：经历问题解决的过程，培养实践能力。</w:t>
      </w:r>
    </w:p>
    <w:p>
      <w:pPr>
        <w:spacing w:after="20" w:line="300" w:lineRule="auto"/>
      </w:pPr>
      <w:r>
        <w:rPr>
          <w:rFonts w:ascii="宋体" w:hAnsi="宋体" w:eastAsia="宋体"/>
          <w:b w:val="0"/>
          <w:sz w:val="20"/>
        </w:rPr>
        <w:t>教学难点：体会制定规划的必要性，学会选择。</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一、创设情境，激发兴趣</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你喜欢外出旅游吗？你都去过哪里？</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二、合作交流，设计行程</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同学们都有过外出旅游的经验，那你们觉得帮小明做旅游行程计划之前要做哪些准备工作呢？；想一想，要设计一份合理的方案，需要做哪些准备工作呢？</w:t>
            </w:r>
          </w:p>
        </w:tc>
        <w:tc>
          <w:tcPr>
            <w:tcW w:type="dxa" w:w="1361"/>
          </w:tcPr>
          <w:p>
            <w:pPr>
              <w:spacing w:after="20" w:line="276" w:lineRule="auto"/>
            </w:pPr>
            <w:r/>
            <w:r>
              <w:rPr>
                <w:rFonts w:ascii="宋体" w:hAnsi="宋体" w:eastAsia="宋体"/>
                <w:b w:val="0"/>
                <w:sz w:val="18"/>
              </w:rPr>
              <w:t>31分钟</w:t>
            </w:r>
          </w:p>
        </w:tc>
      </w:tr>
      <w:tr>
        <w:tc>
          <w:tcPr>
            <w:tcW w:type="dxa" w:w="2835"/>
          </w:tcPr>
          <w:p>
            <w:pPr>
              <w:spacing w:after="20" w:line="276" w:lineRule="auto"/>
            </w:pPr>
            <w:r/>
            <w:r>
              <w:rPr>
                <w:rFonts w:ascii="宋体" w:hAnsi="宋体" w:eastAsia="宋体"/>
                <w:b w:val="0"/>
                <w:sz w:val="18"/>
              </w:rPr>
              <w:t>三、课堂小结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一、创设情境，激发兴趣</w:t>
            </w:r>
          </w:p>
        </w:tc>
        <w:tc>
          <w:tcPr>
            <w:tcW w:type="dxa" w:w="3061"/>
          </w:tcPr>
          <w:p>
            <w:pPr>
              <w:spacing w:after="20" w:line="276" w:lineRule="auto"/>
            </w:pPr>
            <w:r/>
            <w:r>
              <w:rPr>
                <w:rFonts w:ascii="宋体" w:hAnsi="宋体" w:eastAsia="宋体"/>
                <w:b w:val="0"/>
                <w:sz w:val="18"/>
              </w:rPr>
              <w:t>1.谈话导入，介绍北京的旅游名胜。</w:t>
            </w:r>
          </w:p>
          <w:p>
            <w:pPr>
              <w:spacing w:after="20" w:line="276" w:lineRule="auto"/>
            </w:pPr>
            <w:r>
              <w:rPr>
                <w:rFonts w:ascii="宋体" w:hAnsi="宋体" w:eastAsia="宋体"/>
                <w:b w:val="0"/>
                <w:sz w:val="18"/>
              </w:rPr>
              <w:t>师：你喜欢外出旅游吗？你都去过哪里？</w:t>
            </w:r>
          </w:p>
          <w:p>
            <w:pPr>
              <w:spacing w:after="20" w:line="276" w:lineRule="auto"/>
            </w:pPr>
            <w:r>
              <w:rPr>
                <w:rFonts w:ascii="宋体" w:hAnsi="宋体" w:eastAsia="宋体"/>
                <w:b w:val="0"/>
                <w:sz w:val="18"/>
              </w:rPr>
              <w:t>师：快放暑假了，小明期待着假期与父母参加“北京五日游”。爸爸妈妈把这个旅游计划的设计任务交给了小明。同学们，你能帮小明设计一个旅游计划吗？（板书课题：北京五日游）</w:t>
            </w:r>
          </w:p>
          <w:p>
            <w:pPr>
              <w:spacing w:after="20" w:line="276" w:lineRule="auto"/>
            </w:pPr>
            <w:r>
              <w:rPr>
                <w:rFonts w:ascii="宋体" w:hAnsi="宋体" w:eastAsia="宋体"/>
                <w:b w:val="0"/>
                <w:sz w:val="18"/>
              </w:rPr>
              <w:t>创设情境，引出问题，初步感受把生活中的问题转化成数学问题，为学生自主参与创造条件。</w:t>
            </w:r>
          </w:p>
        </w:tc>
        <w:tc>
          <w:tcPr>
            <w:tcW w:type="dxa" w:w="3061"/>
          </w:tcPr>
          <w:p>
            <w:pPr>
              <w:spacing w:after="20" w:line="276" w:lineRule="auto"/>
            </w:pPr>
            <w:r/>
            <w:r>
              <w:rPr>
                <w:rFonts w:ascii="宋体" w:hAnsi="宋体" w:eastAsia="宋体"/>
                <w:b w:val="0"/>
                <w:sz w:val="18"/>
              </w:rPr>
              <w:t>学生自由发言，教师可以让学生简单介绍一下自己熟悉的名胜古迹。</w:t>
            </w:r>
          </w:p>
          <w:p>
            <w:pPr>
              <w:spacing w:after="20" w:line="276" w:lineRule="auto"/>
            </w:pPr>
            <w:r>
              <w:rPr>
                <w:rFonts w:ascii="宋体" w:hAnsi="宋体" w:eastAsia="宋体"/>
                <w:b w:val="0"/>
                <w:sz w:val="18"/>
              </w:rPr>
              <w:t>激发学生对祖国大好河山的喜爱之情，激起旅游的兴趣，逐步认识到“行万里路”也是一种学习方式。2.创设情境，揭示本课学习的内容。</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创设情境激活学生已有经验，自然引出本课学习内容，激发学习兴趣，核心问题："你喜欢外出旅游吗？你都去过哪里？"</w:t>
            </w:r>
          </w:p>
        </w:tc>
      </w:tr>
      <w:tr>
        <w:tc>
          <w:tcPr>
            <w:tcW w:type="dxa" w:w="1474"/>
          </w:tcPr>
          <w:p>
            <w:pPr>
              <w:spacing w:after="20" w:line="276" w:lineRule="auto"/>
            </w:pPr>
            <w:r>
              <w:rPr>
                <w:b/>
              </w:rPr>
            </w:r>
            <w:r>
              <w:rPr>
                <w:rFonts w:ascii="宋体" w:hAnsi="宋体" w:eastAsia="宋体"/>
                <w:b/>
                <w:sz w:val="18"/>
              </w:rPr>
              <w:t>二、合作交流，设计行程</w:t>
            </w:r>
          </w:p>
        </w:tc>
        <w:tc>
          <w:tcPr>
            <w:tcW w:type="dxa" w:w="3061"/>
          </w:tcPr>
          <w:p>
            <w:pPr>
              <w:spacing w:after="20" w:line="276" w:lineRule="auto"/>
            </w:pPr>
            <w:r/>
            <w:r>
              <w:rPr>
                <w:rFonts w:ascii="宋体" w:hAnsi="宋体" w:eastAsia="宋体"/>
                <w:b w:val="0"/>
                <w:sz w:val="18"/>
              </w:rPr>
              <w:t>师：同学们都有过外出旅游的经验，那你们觉得帮小明做旅游行程计划之前要做哪些准备工作呢？</w:t>
            </w:r>
          </w:p>
          <w:p>
            <w:pPr>
              <w:spacing w:after="20" w:line="276" w:lineRule="auto"/>
            </w:pPr>
            <w:r>
              <w:rPr>
                <w:rFonts w:ascii="宋体" w:hAnsi="宋体" w:eastAsia="宋体"/>
                <w:b w:val="0"/>
                <w:sz w:val="18"/>
              </w:rPr>
              <w:t>只要学生说得合理，就予以肯定和鼓励。</w:t>
            </w:r>
          </w:p>
          <w:p>
            <w:pPr>
              <w:spacing w:after="20" w:line="276" w:lineRule="auto"/>
            </w:pPr>
            <w:r>
              <w:rPr>
                <w:rFonts w:ascii="宋体" w:hAnsi="宋体" w:eastAsia="宋体"/>
                <w:b w:val="0"/>
                <w:sz w:val="18"/>
              </w:rPr>
              <w:t>经过交流，教师可以引导学生明确要设计一份合理的方案。</w:t>
            </w:r>
          </w:p>
          <w:p>
            <w:pPr>
              <w:spacing w:after="20" w:line="276" w:lineRule="auto"/>
            </w:pPr>
            <w:r>
              <w:rPr>
                <w:rFonts w:ascii="宋体" w:hAnsi="宋体" w:eastAsia="宋体"/>
                <w:b w:val="0"/>
                <w:sz w:val="18"/>
              </w:rPr>
              <w:t>师：想一想，要设计一份合理的方案，需要做哪些准备工作呢？</w:t>
            </w:r>
          </w:p>
          <w:p>
            <w:pPr>
              <w:spacing w:after="20" w:line="276" w:lineRule="auto"/>
            </w:pPr>
            <w:r>
              <w:rPr>
                <w:rFonts w:ascii="宋体" w:hAnsi="宋体" w:eastAsia="宋体"/>
                <w:b w:val="0"/>
                <w:sz w:val="18"/>
              </w:rPr>
              <w:t>（教师根据学生汇报进行板书。）</w:t>
            </w:r>
          </w:p>
          <w:p>
            <w:pPr>
              <w:spacing w:after="20" w:line="276" w:lineRule="auto"/>
            </w:pPr>
            <w:r>
              <w:rPr>
                <w:rFonts w:ascii="宋体" w:hAnsi="宋体" w:eastAsia="宋体"/>
                <w:b w:val="0"/>
                <w:sz w:val="18"/>
              </w:rPr>
              <w:t>师：你们打算怎样获取这些信息呢？</w:t>
            </w:r>
          </w:p>
          <w:p>
            <w:pPr>
              <w:spacing w:after="20" w:line="276" w:lineRule="auto"/>
            </w:pPr>
            <w:r>
              <w:rPr>
                <w:rFonts w:ascii="宋体" w:hAnsi="宋体" w:eastAsia="宋体"/>
                <w:b w:val="0"/>
                <w:sz w:val="18"/>
              </w:rPr>
              <w:t>2.设计旅游行程表和旅游费用预算表。</w:t>
            </w:r>
          </w:p>
          <w:p>
            <w:pPr>
              <w:spacing w:after="20" w:line="276" w:lineRule="auto"/>
            </w:pPr>
            <w:r>
              <w:rPr>
                <w:rFonts w:ascii="宋体" w:hAnsi="宋体" w:eastAsia="宋体"/>
                <w:b w:val="0"/>
                <w:sz w:val="18"/>
              </w:rPr>
              <w:t>师：请大家分小组讨论设计“北京五日游”的行程计划。</w:t>
            </w:r>
          </w:p>
          <w:p>
            <w:pPr>
              <w:spacing w:after="20" w:line="276" w:lineRule="auto"/>
            </w:pPr>
            <w:r>
              <w:rPr>
                <w:rFonts w:ascii="宋体" w:hAnsi="宋体" w:eastAsia="宋体"/>
                <w:b w:val="0"/>
                <w:sz w:val="18"/>
              </w:rPr>
              <w:t>设计完成后小组派代表汇报本组方案，并说说设计的思路及获得信息的方法。(使用实物投影展示行程设计表。)</w:t>
            </w:r>
          </w:p>
          <w:p>
            <w:pPr>
              <w:spacing w:after="20" w:line="276" w:lineRule="auto"/>
            </w:pPr>
            <w:r>
              <w:rPr>
                <w:rFonts w:ascii="宋体" w:hAnsi="宋体" w:eastAsia="宋体"/>
                <w:b w:val="0"/>
                <w:sz w:val="18"/>
              </w:rPr>
              <w:t>家体育场、国家游泳中心、奥林匹克森林公园。第四天，游览颐和园，参观军事博物馆。第五天，参观中华世纪坛，坐飞机返回。</w:t>
            </w:r>
          </w:p>
          <w:p>
            <w:pPr>
              <w:spacing w:after="20" w:line="276" w:lineRule="auto"/>
            </w:pPr>
            <w:r>
              <w:rPr>
                <w:rFonts w:ascii="宋体" w:hAnsi="宋体" w:eastAsia="宋体"/>
                <w:b w:val="0"/>
                <w:sz w:val="18"/>
              </w:rPr>
              <w:t>师：请你们对这个方案进行评价。</w:t>
            </w:r>
          </w:p>
          <w:p>
            <w:pPr>
              <w:spacing w:after="20" w:line="276" w:lineRule="auto"/>
            </w:pPr>
            <w:r>
              <w:rPr>
                <w:rFonts w:ascii="宋体" w:hAnsi="宋体" w:eastAsia="宋体"/>
                <w:b w:val="0"/>
                <w:sz w:val="18"/>
              </w:rPr>
              <w:t>师：如果我不想花这么多钱，该如何安排行程呢？</w:t>
            </w:r>
          </w:p>
          <w:p>
            <w:pPr>
              <w:spacing w:after="20" w:line="276" w:lineRule="auto"/>
            </w:pPr>
            <w:r>
              <w:rPr>
                <w:rFonts w:ascii="宋体" w:hAnsi="宋体" w:eastAsia="宋体"/>
                <w:b w:val="0"/>
                <w:sz w:val="18"/>
              </w:rPr>
              <w:t>师：请你们对这个方案进行评价。</w:t>
            </w:r>
          </w:p>
          <w:p>
            <w:pPr>
              <w:spacing w:after="20" w:line="276" w:lineRule="auto"/>
            </w:pPr>
            <w:r>
              <w:rPr>
                <w:rFonts w:ascii="宋体" w:hAnsi="宋体" w:eastAsia="宋体"/>
                <w:b w:val="0"/>
                <w:sz w:val="18"/>
              </w:rPr>
              <w:t>师：同学们真不错！考虑到既要玩得充分，又要节省钱。我们来看看小明设计的行程表。（出示课件。）</w:t>
            </w:r>
          </w:p>
          <w:p>
            <w:pPr>
              <w:spacing w:after="20" w:line="276" w:lineRule="auto"/>
            </w:pPr>
            <w:r>
              <w:rPr>
                <w:rFonts w:ascii="宋体" w:hAnsi="宋体" w:eastAsia="宋体"/>
                <w:b w:val="0"/>
                <w:sz w:val="18"/>
              </w:rPr>
              <w:t>师：请把你设计的旅游计划和小明的进行比较，看看各有什么优点和不足。</w:t>
            </w:r>
          </w:p>
          <w:p>
            <w:pPr>
              <w:spacing w:after="20" w:line="276" w:lineRule="auto"/>
            </w:pPr>
            <w:r>
              <w:rPr>
                <w:rFonts w:ascii="宋体" w:hAnsi="宋体" w:eastAsia="宋体"/>
                <w:b w:val="0"/>
                <w:sz w:val="18"/>
              </w:rPr>
              <w:t>3.回顾反思。</w:t>
            </w:r>
          </w:p>
          <w:p>
            <w:pPr>
              <w:spacing w:after="20" w:line="276" w:lineRule="auto"/>
            </w:pPr>
            <w:r>
              <w:rPr>
                <w:rFonts w:ascii="宋体" w:hAnsi="宋体" w:eastAsia="宋体"/>
                <w:b w:val="0"/>
                <w:sz w:val="18"/>
              </w:rPr>
              <w:t>师：请你说一说在制订旅游行程计划中我们需要注意些什么呢？</w:t>
            </w:r>
          </w:p>
          <w:p>
            <w:pPr>
              <w:spacing w:after="20" w:line="276" w:lineRule="auto"/>
            </w:pPr>
            <w:r>
              <w:rPr>
                <w:rFonts w:ascii="宋体" w:hAnsi="宋体" w:eastAsia="宋体"/>
                <w:b w:val="0"/>
                <w:sz w:val="18"/>
              </w:rPr>
              <w:t>师：同学们很有经验了。对的，在旅游前，要先做好旅游计划，先估算一下所需费用，可以在互联网上查询旅游信息，也可以向有经验的人了解一些细节和注意事项，做好充足准备，才能开心快乐地旅游！</w:t>
            </w:r>
          </w:p>
        </w:tc>
        <w:tc>
          <w:tcPr>
            <w:tcW w:type="dxa" w:w="3061"/>
          </w:tcPr>
          <w:p>
            <w:pPr>
              <w:spacing w:after="20" w:line="276" w:lineRule="auto"/>
            </w:pPr>
            <w:r/>
            <w:r>
              <w:rPr>
                <w:rFonts w:ascii="宋体" w:hAnsi="宋体" w:eastAsia="宋体"/>
                <w:b w:val="0"/>
                <w:sz w:val="18"/>
              </w:rPr>
              <w:t>1.合作交流，明确设计行程及计划的准备工作。</w:t>
            </w:r>
          </w:p>
          <w:p>
            <w:pPr>
              <w:spacing w:after="20" w:line="276" w:lineRule="auto"/>
            </w:pPr>
            <w:r>
              <w:rPr>
                <w:rFonts w:ascii="宋体" w:hAnsi="宋体" w:eastAsia="宋体"/>
                <w:b w:val="0"/>
                <w:sz w:val="18"/>
              </w:rPr>
              <w:t>预设1：需要考虑去几个人，去几天。</w:t>
            </w:r>
          </w:p>
          <w:p>
            <w:pPr>
              <w:spacing w:after="20" w:line="276" w:lineRule="auto"/>
            </w:pPr>
            <w:r>
              <w:rPr>
                <w:rFonts w:ascii="宋体" w:hAnsi="宋体" w:eastAsia="宋体"/>
                <w:b w:val="0"/>
                <w:sz w:val="18"/>
              </w:rPr>
              <w:t>预设2：需要最新北京旅游地图、高铁时刻表等。</w:t>
            </w:r>
          </w:p>
          <w:p>
            <w:pPr>
              <w:spacing w:after="20" w:line="276" w:lineRule="auto"/>
            </w:pPr>
            <w:r>
              <w:rPr>
                <w:rFonts w:ascii="宋体" w:hAnsi="宋体" w:eastAsia="宋体"/>
                <w:b w:val="0"/>
                <w:sz w:val="18"/>
              </w:rPr>
              <w:t>预设3：要了解北京有哪些好玩的地方，要参观哪些景点。</w:t>
            </w:r>
          </w:p>
          <w:p>
            <w:pPr>
              <w:spacing w:after="20" w:line="276" w:lineRule="auto"/>
            </w:pPr>
            <w:r>
              <w:rPr>
                <w:rFonts w:ascii="宋体" w:hAnsi="宋体" w:eastAsia="宋体"/>
                <w:b w:val="0"/>
                <w:sz w:val="18"/>
              </w:rPr>
              <w:t>预设4：要知道各种项目的费用。如交通费、食宿费、景点门票费、购物费用等。</w:t>
            </w:r>
          </w:p>
          <w:p>
            <w:pPr>
              <w:spacing w:after="20" w:line="276" w:lineRule="auto"/>
            </w:pPr>
            <w:r>
              <w:rPr>
                <w:rFonts w:ascii="宋体" w:hAnsi="宋体" w:eastAsia="宋体"/>
                <w:b w:val="0"/>
                <w:sz w:val="18"/>
              </w:rPr>
              <w:t>学生在小组内交流后汇报。</w:t>
            </w:r>
          </w:p>
          <w:p>
            <w:pPr>
              <w:spacing w:after="20" w:line="276" w:lineRule="auto"/>
            </w:pPr>
            <w:r>
              <w:rPr>
                <w:rFonts w:ascii="宋体" w:hAnsi="宋体" w:eastAsia="宋体"/>
                <w:b w:val="0"/>
                <w:sz w:val="18"/>
              </w:rPr>
              <w:t>学生的汇报，小结：①设计行程表；②确定要游览参观的项目；③调查各种项目的费用等。</w:t>
            </w:r>
          </w:p>
          <w:p>
            <w:pPr>
              <w:spacing w:after="20" w:line="276" w:lineRule="auto"/>
            </w:pPr>
            <w:r>
              <w:rPr>
                <w:rFonts w:ascii="宋体" w:hAnsi="宋体" w:eastAsia="宋体"/>
                <w:b w:val="0"/>
                <w:sz w:val="18"/>
              </w:rPr>
              <w:t>学生可能会说在网上搜索相关信息，也可以咨询旅行社相关人员。</w:t>
            </w:r>
          </w:p>
          <w:p>
            <w:pPr>
              <w:spacing w:after="20" w:line="276" w:lineRule="auto"/>
            </w:pPr>
            <w:r>
              <w:rPr>
                <w:rFonts w:ascii="宋体" w:hAnsi="宋体" w:eastAsia="宋体"/>
                <w:b w:val="0"/>
                <w:sz w:val="18"/>
              </w:rPr>
              <w:t>学生在小组内讨论设计。</w:t>
            </w:r>
          </w:p>
          <w:p>
            <w:pPr>
              <w:spacing w:after="20" w:line="276" w:lineRule="auto"/>
            </w:pPr>
            <w:r>
              <w:rPr>
                <w:rFonts w:ascii="宋体" w:hAnsi="宋体" w:eastAsia="宋体"/>
                <w:b w:val="0"/>
                <w:sz w:val="18"/>
              </w:rPr>
              <w:t>第一天，乘坐飞机到北京，入住宾馆，参观北海公园。第二天，游览天安门广场，参观毛主席纪念堂和故宫博物院，游览景山公园，逛王府井大街。第三天，游览八达岭长城，游览国</w:t>
            </w:r>
          </w:p>
          <w:p>
            <w:pPr>
              <w:spacing w:after="20" w:line="276" w:lineRule="auto"/>
            </w:pPr>
            <w:r>
              <w:rPr>
                <w:rFonts w:ascii="宋体" w:hAnsi="宋体" w:eastAsia="宋体"/>
                <w:b w:val="0"/>
                <w:sz w:val="18"/>
              </w:rPr>
              <w:t>第一天，乘夜间火车前往北京。第二天，早晨到达北京，入住酒店，接下来游览天安门广场，参观毛主席纪念堂和故宫博物院，游览景山公园，逛王府井大街。第三天，游览八达岭长城，游览国家体育场、国家游泳中心、奥林匹克森林公园。第四天，游览颐和园，参观军事博物馆。第五天，早上乘火车回家。</w:t>
            </w:r>
          </w:p>
          <w:p>
            <w:pPr>
              <w:spacing w:after="20" w:line="276" w:lineRule="auto"/>
            </w:pPr>
            <w:r>
              <w:rPr>
                <w:rFonts w:ascii="宋体" w:hAnsi="宋体" w:eastAsia="宋体"/>
                <w:b w:val="0"/>
                <w:sz w:val="18"/>
              </w:rPr>
              <w:t>学生可能会说：这个方案主要安排了3天的行程，第一天晚上在火车上度过，节省了住宿的费用。但没有把第5天充分利用起来，有点浪费时间。</w:t>
            </w:r>
          </w:p>
          <w:p>
            <w:pPr>
              <w:spacing w:after="20" w:line="276" w:lineRule="auto"/>
            </w:pPr>
            <w:r>
              <w:rPr>
                <w:rFonts w:ascii="宋体" w:hAnsi="宋体" w:eastAsia="宋体"/>
                <w:b w:val="0"/>
                <w:sz w:val="18"/>
              </w:rPr>
              <w:t>学生在完成“北京五日游”的行程计划后，注意让学生相互比较。通过展示、比较与交流，让学生找到设计中的优点和不足，并提出改进意见。</w:t>
            </w:r>
          </w:p>
          <w:p>
            <w:pPr>
              <w:spacing w:after="20" w:line="276" w:lineRule="auto"/>
            </w:pPr>
            <w:r>
              <w:rPr>
                <w:rFonts w:ascii="宋体" w:hAnsi="宋体" w:eastAsia="宋体"/>
                <w:b w:val="0"/>
                <w:sz w:val="18"/>
              </w:rPr>
              <w:t>预设1：小明的方案非常细致，往返车次、时间和住宿都已经安排妥当。</w:t>
            </w:r>
          </w:p>
          <w:p>
            <w:pPr>
              <w:spacing w:after="20" w:line="276" w:lineRule="auto"/>
            </w:pPr>
            <w:r>
              <w:rPr>
                <w:rFonts w:ascii="宋体" w:hAnsi="宋体" w:eastAsia="宋体"/>
                <w:b w:val="0"/>
                <w:sz w:val="18"/>
              </w:rPr>
              <w:t>预设2：我觉得往返都乘晚上的火车太累了，可以去时坐飞机，回来时坐火车，这样节省时间和精力，还能多参观一些景点。</w:t>
            </w:r>
          </w:p>
          <w:p>
            <w:pPr>
              <w:spacing w:after="20" w:line="276" w:lineRule="auto"/>
            </w:pPr>
            <w:r>
              <w:rPr>
                <w:rFonts w:ascii="宋体" w:hAnsi="宋体" w:eastAsia="宋体"/>
                <w:b w:val="0"/>
                <w:sz w:val="18"/>
              </w:rPr>
              <w:t>学生进一步完善本组的行程计划。</w:t>
            </w:r>
          </w:p>
          <w:p>
            <w:pPr>
              <w:spacing w:after="20" w:line="276" w:lineRule="auto"/>
            </w:pPr>
            <w:r>
              <w:rPr>
                <w:rFonts w:ascii="宋体" w:hAnsi="宋体" w:eastAsia="宋体"/>
                <w:b w:val="0"/>
                <w:sz w:val="18"/>
              </w:rPr>
              <w:t>预设1：各项所需费用主要包括行、住、食、游、购五个项目。</w:t>
            </w:r>
          </w:p>
          <w:p>
            <w:pPr>
              <w:spacing w:after="20" w:line="276" w:lineRule="auto"/>
            </w:pPr>
            <w:r>
              <w:rPr>
                <w:rFonts w:ascii="宋体" w:hAnsi="宋体" w:eastAsia="宋体"/>
                <w:b w:val="0"/>
                <w:sz w:val="18"/>
              </w:rPr>
              <w:t>预设2：住宿要考虑价格、交通以及到景点的距离、附近的商业环境等方面。</w:t>
            </w:r>
          </w:p>
          <w:p>
            <w:pPr>
              <w:spacing w:after="20" w:line="276" w:lineRule="auto"/>
            </w:pPr>
            <w:r>
              <w:rPr>
                <w:rFonts w:ascii="宋体" w:hAnsi="宋体" w:eastAsia="宋体"/>
                <w:b w:val="0"/>
                <w:sz w:val="18"/>
              </w:rPr>
              <w:t>预设3：最好是参考有经验的人的意见再作决定。</w:t>
            </w:r>
          </w:p>
        </w:tc>
        <w:tc>
          <w:tcPr>
            <w:tcW w:type="dxa" w:w="1814"/>
          </w:tcPr>
          <w:p>
            <w:pPr>
              <w:spacing w:after="20" w:line="276" w:lineRule="auto"/>
            </w:pPr>
            <w:r/>
            <w:r>
              <w:rPr>
                <w:rFonts w:ascii="宋体" w:hAnsi="宋体" w:eastAsia="宋体"/>
                <w:b w:val="0"/>
                <w:sz w:val="18"/>
              </w:rPr>
              <w:t>充分了解旅游信息，提前做好旅游方案，体会到这样做可以减少不必要的消费和可能遇到的麻烦。</w:t>
            </w:r>
          </w:p>
        </w:tc>
      </w:tr>
      <w:tr>
        <w:tc>
          <w:tcPr>
            <w:tcW w:type="dxa" w:w="1474"/>
          </w:tcPr>
          <w:p>
            <w:pPr>
              <w:spacing w:after="20" w:line="276" w:lineRule="auto"/>
            </w:pPr>
            <w:r>
              <w:rPr>
                <w:b/>
              </w:rPr>
            </w:r>
            <w:r>
              <w:rPr>
                <w:rFonts w:ascii="宋体" w:hAnsi="宋体" w:eastAsia="宋体"/>
                <w:b/>
                <w:sz w:val="18"/>
              </w:rPr>
              <w:t>三、课堂小结</w:t>
            </w:r>
          </w:p>
        </w:tc>
        <w:tc>
          <w:tcPr>
            <w:tcW w:type="dxa" w:w="3061"/>
          </w:tcPr>
          <w:p>
            <w:pPr>
              <w:spacing w:after="20" w:line="276" w:lineRule="auto"/>
            </w:pPr>
            <w:r/>
            <w:r>
              <w:rPr>
                <w:rFonts w:ascii="宋体" w:hAnsi="宋体" w:eastAsia="宋体"/>
                <w:b w:val="0"/>
                <w:sz w:val="18"/>
              </w:rPr>
              <w:t>师：通过本节课的学习，你们有哪些收获呢？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北京五日游</w:t>
      </w:r>
    </w:p>
    <w:p>
      <w:pPr>
        <w:spacing w:after="40" w:line="300" w:lineRule="auto"/>
      </w:pPr>
      <w:r>
        <w:rPr>
          <w:rFonts w:ascii="宋体" w:hAnsi="宋体" w:eastAsia="宋体"/>
          <w:b w:val="0"/>
          <w:sz w:val="20"/>
        </w:rPr>
        <w:t>①设计行程表；</w:t>
      </w:r>
    </w:p>
    <w:p>
      <w:pPr>
        <w:spacing w:after="40" w:line="300" w:lineRule="auto"/>
      </w:pPr>
      <w:r>
        <w:rPr>
          <w:rFonts w:ascii="宋体" w:hAnsi="宋体" w:eastAsia="宋体"/>
          <w:b w:val="0"/>
          <w:sz w:val="20"/>
        </w:rPr>
        <w:t>【教学笔记】</w:t>
      </w:r>
    </w:p>
    <w:p>
      <w:pPr>
        <w:spacing w:after="40" w:line="300" w:lineRule="auto"/>
      </w:pPr>
      <w:r>
        <w:rPr>
          <w:rFonts w:ascii="宋体" w:hAnsi="宋体" w:eastAsia="宋体"/>
          <w:b w:val="0"/>
          <w:sz w:val="20"/>
        </w:rPr>
        <w:t>②确定要浏览参观的项目；</w:t>
      </w:r>
    </w:p>
    <w:p>
      <w:pPr>
        <w:spacing w:after="40" w:line="300" w:lineRule="auto"/>
      </w:pPr>
      <w:r>
        <w:rPr>
          <w:rFonts w:ascii="宋体" w:hAnsi="宋体" w:eastAsia="宋体"/>
          <w:b w:val="0"/>
          <w:sz w:val="20"/>
        </w:rPr>
        <w:t>③调查各种项目的费用；</w:t>
      </w:r>
    </w:p>
    <w:p>
      <w:pPr>
        <w:spacing w:after="40" w:line="300" w:lineRule="auto"/>
      </w:pPr>
      <w:r>
        <w:rPr>
          <w:rFonts w:ascii="宋体" w:hAnsi="宋体" w:eastAsia="宋体"/>
          <w:b w:val="0"/>
          <w:sz w:val="20"/>
        </w:rPr>
        <w:t>……</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旅游是很多学生喜欢的活动，有些学生也有一些经验。教学时，注意发挥集体优势，留给学生充足的时间，制订出最佳方案。如果条件允许，教师可以引导学生充分利用网络等现代信息技术，查询有关旅游信息。如在网上查询当地有哪些旅游景点，旅游线路怎样以及交通、住宿、门票的费用等情况，可以了解很多旅游中的注意事项，尽量减少不必要的麻烦。也可直接参考网上一些“旅游攻略”。如果时间允许，教师还可在课堂上展示当地旅行社提供的旅游计划，让学生了解当地旅游资源，了解团体旅游、散客拼团旅游的费用情况，开阔学生眼界，丰富教学资源，提高学生的实践能力。</w:t>
      </w:r>
    </w:p>
    <w:p>
      <w:r>
        <w:br w:type="page"/>
      </w:r>
    </w:p>
    <w:p>
      <w:pPr>
        <w:spacing w:after="80" w:line="300" w:lineRule="auto"/>
      </w:pPr>
      <w:r>
        <w:rPr>
          <w:rFonts w:ascii="黑体" w:hAnsi="黑体" w:eastAsia="黑体"/>
          <w:b/>
          <w:sz w:val="24"/>
        </w:rPr>
        <w:t>二、课时教学方案（第12课时）</w:t>
      </w:r>
    </w:p>
    <w:p>
      <w:pPr>
        <w:spacing w:after="80" w:line="300" w:lineRule="auto"/>
      </w:pPr>
      <w:r>
        <w:rPr>
          <w:rFonts w:ascii="黑体" w:hAnsi="黑体" w:eastAsia="黑体"/>
          <w:b/>
          <w:sz w:val="24"/>
        </w:rPr>
        <w:t>第12课时　可能性</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第12课时　可能性</w:t>
            </w:r>
          </w:p>
        </w:tc>
        <w:tc>
          <w:tcPr>
            <w:tcW w:type="dxa" w:w="6009"/>
          </w:tcPr>
          <w:p>
            <w:pPr>
              <w:spacing w:after="20" w:line="276" w:lineRule="auto"/>
            </w:pPr>
            <w:r/>
            <w:r>
              <w:rPr>
                <w:rFonts w:ascii="宋体" w:hAnsi="宋体" w:eastAsia="宋体"/>
                <w:b w:val="0"/>
                <w:sz w:val="20"/>
              </w:rPr>
              <w:t>第6单元 整理和复习（统计与概率）</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（1）通过复习，进一步体会不确定事件的特点，知道事件发生的可能性有大有小。</w:t>
      </w:r>
    </w:p>
    <w:p>
      <w:pPr>
        <w:spacing w:after="20" w:line="300" w:lineRule="auto"/>
        <w:ind w:firstLine="400"/>
      </w:pPr>
      <w:r>
        <w:rPr>
          <w:rFonts w:ascii="宋体" w:hAnsi="宋体" w:eastAsia="宋体"/>
          <w:b w:val="0"/>
          <w:sz w:val="20"/>
        </w:rPr>
        <w:t>（2）经历设计游戏规则的过程，进一步理解游戏规则的公平性，学会用概率的方法去观察和分析生活中的现象。</w:t>
      </w:r>
    </w:p>
    <w:p>
      <w:pPr>
        <w:spacing w:after="20" w:line="300" w:lineRule="auto"/>
        <w:ind w:firstLine="400"/>
      </w:pPr>
      <w:r>
        <w:rPr>
          <w:rFonts w:ascii="宋体" w:hAnsi="宋体" w:eastAsia="宋体"/>
          <w:b w:val="0"/>
          <w:sz w:val="20"/>
        </w:rPr>
        <w:t>（3）体会可能性与现实生活的密切联系，培养简单的推理能力。</w:t>
      </w:r>
    </w:p>
    <w:p>
      <w:pPr>
        <w:spacing w:after="20" w:line="300" w:lineRule="auto"/>
      </w:pPr>
      <w:r>
        <w:rPr>
          <w:rFonts w:ascii="宋体" w:hAnsi="宋体" w:eastAsia="宋体"/>
          <w:b w:val="0"/>
          <w:sz w:val="20"/>
        </w:rPr>
        <w:t>教学重点：用数学语言描述获胜的可能性。通过游戏活动，亲身感受规则公平的重要性。</w:t>
      </w:r>
    </w:p>
    <w:p>
      <w:pPr>
        <w:spacing w:after="20" w:line="300" w:lineRule="auto"/>
      </w:pPr>
      <w:r>
        <w:rPr>
          <w:rFonts w:ascii="宋体" w:hAnsi="宋体" w:eastAsia="宋体"/>
          <w:b w:val="0"/>
          <w:sz w:val="20"/>
        </w:rPr>
        <w:t>教学难点：用概率的方法去观察和分析生活中的现象。</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一、回忆旧知识，揭示课题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以前我们学习了确定现象和不确定现象，重点研究了不确定现象中的可能性。想一想，你还记得哪些关于可能性的知识？；同学们说的这些都是有关可能性的知识，但比较散乱，我们能不能也像复习统计一样,先把它进行梳理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二、复习确定现象和不确定现象</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你还能说出哪些生活中的确定现象和不确定现象?；从这些箱子中任意摸一个球，你认为从哪些箱子里摸出的球的颜色是确定的？从哪些箱子里摸出的球的颜色是不能确定的？</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三、复习可能性的大小</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球的颜色的种类影响到我们对确定和不确定的判断，你还有什么发现？；我们再来看看摸出球的颜色不能确定的箱子,你是怎样来判断摸到红球或黄球的可能性的大小的呢?</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四、巩固练习，知识应用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那另外两个转盘设计得为什么不公平呢？</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通过本节课的复习，你们有哪些收获呢？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一、回忆旧知识，揭示课题</w:t>
            </w:r>
          </w:p>
        </w:tc>
        <w:tc>
          <w:tcPr>
            <w:tcW w:type="dxa" w:w="3061"/>
          </w:tcPr>
          <w:p>
            <w:pPr>
              <w:spacing w:after="20" w:line="276" w:lineRule="auto"/>
            </w:pPr>
            <w:r/>
            <w:r>
              <w:rPr>
                <w:rFonts w:ascii="宋体" w:hAnsi="宋体" w:eastAsia="宋体"/>
                <w:b w:val="0"/>
                <w:sz w:val="18"/>
              </w:rPr>
              <w:t>师：以前我们学习了确定现象和不确定现象，重点研究了不确定现象中的可能性。想一想，你还记得哪些关于可能性的知识？</w:t>
            </w:r>
          </w:p>
          <w:p>
            <w:pPr>
              <w:spacing w:after="20" w:line="276" w:lineRule="auto"/>
            </w:pPr>
            <w:r>
              <w:rPr>
                <w:rFonts w:ascii="宋体" w:hAnsi="宋体" w:eastAsia="宋体"/>
                <w:b w:val="0"/>
                <w:sz w:val="18"/>
              </w:rPr>
              <w:t>师：同学们说的这些都是有关可能性的知识，但比较散乱，我们能不能也像复习统计一样,先把它进行梳理呢？</w:t>
            </w:r>
          </w:p>
          <w:p>
            <w:pPr>
              <w:spacing w:after="20" w:line="276" w:lineRule="auto"/>
            </w:pPr>
            <w:r>
              <w:rPr>
                <w:rFonts w:ascii="宋体" w:hAnsi="宋体" w:eastAsia="宋体"/>
                <w:b w:val="0"/>
                <w:sz w:val="18"/>
              </w:rPr>
              <w:t>师：这节课，我们一起来复习可能性。(板书课题：可能性)</w:t>
            </w:r>
          </w:p>
        </w:tc>
        <w:tc>
          <w:tcPr>
            <w:tcW w:type="dxa" w:w="3061"/>
          </w:tcPr>
          <w:p>
            <w:pPr>
              <w:spacing w:after="20" w:line="276" w:lineRule="auto"/>
            </w:pPr>
            <w:r/>
            <w:r>
              <w:rPr>
                <w:rFonts w:ascii="宋体" w:hAnsi="宋体" w:eastAsia="宋体"/>
                <w:b w:val="0"/>
                <w:sz w:val="18"/>
              </w:rPr>
              <w:t>学生可能会说些零碎的关于可能性的知识，如有关可能性的大小，什么是确定现象和不确定现象等知识。教师根据学生的回答引导学生把相关知识回忆完整，然后进行整理。</w:t>
            </w:r>
          </w:p>
          <w:p>
            <w:pPr>
              <w:spacing w:after="20" w:line="276" w:lineRule="auto"/>
            </w:pPr>
            <w:r>
              <w:rPr>
                <w:rFonts w:ascii="宋体" w:hAnsi="宋体" w:eastAsia="宋体"/>
                <w:b w:val="0"/>
                <w:sz w:val="18"/>
              </w:rPr>
              <w:t>学生用自己的方式进行整理后在小组内交流，教师选择作业进行展示，并板书：</w:t>
            </w:r>
          </w:p>
        </w:tc>
        <w:tc>
          <w:tcPr>
            <w:tcW w:type="dxa" w:w="1814"/>
          </w:tcPr>
          <w:p>
            <w:pPr>
              <w:spacing w:after="20" w:line="276" w:lineRule="auto"/>
            </w:pPr>
            <w:r/>
            <w:r>
              <w:rPr>
                <w:rFonts w:ascii="宋体" w:hAnsi="宋体" w:eastAsia="宋体"/>
                <w:b w:val="0"/>
                <w:sz w:val="18"/>
              </w:rPr>
              <w:t>围绕环节目标组织学习活动，引导学生主动参与、积极思考，核心问题："以前我们学习了确定现象和不确定现象，重点研究了不确定现象中的可能性。想一想，你还记得哪些关于可能性的知识？"</w:t>
            </w:r>
          </w:p>
        </w:tc>
      </w:tr>
      <w:tr>
        <w:tc>
          <w:tcPr>
            <w:tcW w:type="dxa" w:w="1474"/>
          </w:tcPr>
          <w:p>
            <w:pPr>
              <w:spacing w:after="20" w:line="276" w:lineRule="auto"/>
            </w:pPr>
            <w:r>
              <w:rPr>
                <w:b/>
              </w:rPr>
            </w:r>
            <w:r>
              <w:rPr>
                <w:rFonts w:ascii="宋体" w:hAnsi="宋体" w:eastAsia="宋体"/>
                <w:b/>
                <w:sz w:val="18"/>
              </w:rPr>
              <w:t>二、复习确定现象和不确定现象</w:t>
            </w:r>
          </w:p>
        </w:tc>
        <w:tc>
          <w:tcPr>
            <w:tcW w:type="dxa" w:w="3061"/>
          </w:tcPr>
          <w:p>
            <w:pPr>
              <w:spacing w:after="20" w:line="276" w:lineRule="auto"/>
            </w:pPr>
            <w:r/>
            <w:r>
              <w:rPr>
                <w:rFonts w:ascii="宋体" w:hAnsi="宋体" w:eastAsia="宋体"/>
                <w:b w:val="0"/>
                <w:sz w:val="18"/>
              </w:rPr>
              <w:t>1.师：在生活中有很多确定现象和不确定现象，请你想一想，填一填。（出示课件）</w:t>
            </w:r>
          </w:p>
          <w:p>
            <w:pPr>
              <w:spacing w:after="20" w:line="276" w:lineRule="auto"/>
            </w:pPr>
            <w:r>
              <w:rPr>
                <w:rFonts w:ascii="宋体" w:hAnsi="宋体" w:eastAsia="宋体"/>
                <w:b w:val="0"/>
                <w:sz w:val="18"/>
              </w:rPr>
              <w:t>师：你还能说出哪些生活中的确定现象和不确定现象?</w:t>
            </w:r>
          </w:p>
          <w:p>
            <w:pPr>
              <w:spacing w:after="20" w:line="276" w:lineRule="auto"/>
            </w:pPr>
            <w:r>
              <w:rPr>
                <w:rFonts w:ascii="宋体" w:hAnsi="宋体" w:eastAsia="宋体"/>
                <w:b w:val="0"/>
                <w:sz w:val="18"/>
              </w:rPr>
              <w:t>2.课件出示5个箱子。</w:t>
            </w:r>
          </w:p>
          <w:p>
            <w:pPr>
              <w:spacing w:after="20" w:line="276" w:lineRule="auto"/>
            </w:pPr>
            <w:r>
              <w:rPr>
                <w:rFonts w:ascii="宋体" w:hAnsi="宋体" w:eastAsia="宋体"/>
                <w:b w:val="0"/>
                <w:sz w:val="18"/>
              </w:rPr>
              <w:t>师：从这些箱子中任意摸一个球，你认为从哪些箱子里摸出的球的颜色是确定的？从哪些箱子里摸出的球的颜色是不能确定的？</w:t>
            </w:r>
          </w:p>
          <w:p>
            <w:pPr>
              <w:spacing w:after="20" w:line="276" w:lineRule="auto"/>
            </w:pPr>
            <w:r>
              <w:rPr>
                <w:rFonts w:ascii="宋体" w:hAnsi="宋体" w:eastAsia="宋体"/>
                <w:b w:val="0"/>
                <w:sz w:val="18"/>
              </w:rPr>
              <w:t>师：从中你能发现什么?</w:t>
            </w:r>
          </w:p>
          <w:p>
            <w:pPr>
              <w:spacing w:after="20" w:line="276" w:lineRule="auto"/>
            </w:pPr>
            <w:r>
              <w:rPr>
                <w:rFonts w:ascii="宋体" w:hAnsi="宋体" w:eastAsia="宋体"/>
                <w:b w:val="0"/>
                <w:sz w:val="18"/>
              </w:rPr>
              <w:t>要注意让学生辩证地理解统计的作用以及统计与概率之间的关系。如从第二个盒子里摸球，即使前100次摸出的都是红球，也无法保证第101次摸出的一定是红球。</w:t>
            </w:r>
          </w:p>
        </w:tc>
        <w:tc>
          <w:tcPr>
            <w:tcW w:type="dxa" w:w="3061"/>
          </w:tcPr>
          <w:p>
            <w:pPr>
              <w:spacing w:after="20" w:line="276" w:lineRule="auto"/>
            </w:pPr>
            <w:r/>
            <w:r>
              <w:rPr>
                <w:rFonts w:ascii="宋体" w:hAnsi="宋体" w:eastAsia="宋体"/>
                <w:b w:val="0"/>
                <w:sz w:val="18"/>
              </w:rPr>
              <w:t>学生可能会说：太阳不可能从西边升起；明天可能是晴天；世界上一定每天都有人出生；人的身高不可能有10m。教师可以让学生说出理由。</w:t>
            </w:r>
          </w:p>
          <w:p>
            <w:pPr>
              <w:spacing w:after="20" w:line="276" w:lineRule="auto"/>
            </w:pPr>
            <w:r>
              <w:rPr>
                <w:rFonts w:ascii="宋体" w:hAnsi="宋体" w:eastAsia="宋体"/>
                <w:b w:val="0"/>
                <w:sz w:val="18"/>
              </w:rPr>
              <w:t>学生自由发言，全班学生判断，只要是正确的，都要予以肯定。</w:t>
            </w:r>
          </w:p>
          <w:p>
            <w:pPr>
              <w:spacing w:after="20" w:line="276" w:lineRule="auto"/>
            </w:pPr>
            <w:r>
              <w:rPr>
                <w:rFonts w:ascii="宋体" w:hAnsi="宋体" w:eastAsia="宋体"/>
                <w:b w:val="0"/>
                <w:sz w:val="18"/>
              </w:rPr>
              <w:t>引导学生说出：任意摸一个球，从装5个红球的箱子里摸出的球的颜色是可以确定的，摸出的一定是红球，不可能是黄球。从其他箱子里摸出的球的颜色都不能确定。</w:t>
            </w:r>
          </w:p>
          <w:p>
            <w:pPr>
              <w:spacing w:after="20" w:line="276" w:lineRule="auto"/>
            </w:pPr>
            <w:r>
              <w:rPr>
                <w:rFonts w:ascii="宋体" w:hAnsi="宋体" w:eastAsia="宋体"/>
                <w:b w:val="0"/>
                <w:sz w:val="18"/>
              </w:rPr>
              <w:t>预设1：箱子里只有一种颜色的球的时候，我们就能确定能或不能摸到红色的球。</w:t>
            </w:r>
          </w:p>
          <w:p>
            <w:pPr>
              <w:spacing w:after="20" w:line="276" w:lineRule="auto"/>
            </w:pPr>
            <w:r>
              <w:rPr>
                <w:rFonts w:ascii="宋体" w:hAnsi="宋体" w:eastAsia="宋体"/>
                <w:b w:val="0"/>
                <w:sz w:val="18"/>
              </w:rPr>
              <w:t>预设2：如果箱子里除了红球以外，还有其他颜色的球，我们就不能确定摸到的是哪种颜色的球。</w:t>
            </w:r>
          </w:p>
        </w:tc>
        <w:tc>
          <w:tcPr>
            <w:tcW w:type="dxa" w:w="1814"/>
          </w:tcPr>
          <w:p>
            <w:pPr>
              <w:spacing w:after="20" w:line="276" w:lineRule="auto"/>
            </w:pPr>
            <w:r/>
            <w:r>
              <w:rPr>
                <w:rFonts w:ascii="宋体" w:hAnsi="宋体" w:eastAsia="宋体"/>
                <w:b w:val="0"/>
                <w:sz w:val="18"/>
              </w:rPr>
              <w:t>结合练习来复习确定现象和不确定现象，既达到了熟练的目的，又能加深对知识的理解。</w:t>
            </w:r>
          </w:p>
        </w:tc>
      </w:tr>
      <w:tr>
        <w:tc>
          <w:tcPr>
            <w:tcW w:type="dxa" w:w="1474"/>
          </w:tcPr>
          <w:p>
            <w:pPr>
              <w:spacing w:after="20" w:line="276" w:lineRule="auto"/>
            </w:pPr>
            <w:r>
              <w:rPr>
                <w:b/>
              </w:rPr>
            </w:r>
            <w:r>
              <w:rPr>
                <w:rFonts w:ascii="宋体" w:hAnsi="宋体" w:eastAsia="宋体"/>
                <w:b/>
                <w:sz w:val="18"/>
              </w:rPr>
              <w:t>三、复习可能性的大小</w:t>
            </w:r>
          </w:p>
        </w:tc>
        <w:tc>
          <w:tcPr>
            <w:tcW w:type="dxa" w:w="3061"/>
          </w:tcPr>
          <w:p>
            <w:pPr>
              <w:spacing w:after="20" w:line="276" w:lineRule="auto"/>
            </w:pPr>
            <w:r/>
            <w:r>
              <w:rPr>
                <w:rFonts w:ascii="宋体" w:hAnsi="宋体" w:eastAsia="宋体"/>
                <w:b w:val="0"/>
                <w:sz w:val="18"/>
              </w:rPr>
              <w:t>1.师：球的颜色的种类影响到我们对确定和不确定的判断，你还有什么发现？</w:t>
            </w:r>
          </w:p>
          <w:p>
            <w:pPr>
              <w:spacing w:after="20" w:line="276" w:lineRule="auto"/>
            </w:pPr>
            <w:r>
              <w:rPr>
                <w:rFonts w:ascii="宋体" w:hAnsi="宋体" w:eastAsia="宋体"/>
                <w:b w:val="0"/>
                <w:sz w:val="18"/>
              </w:rPr>
              <w:t>师：我们再来看看摸出球的颜色不能确定的箱子,你是怎样来判断摸到红球或黄球的可能性的大小的呢?</w:t>
            </w:r>
          </w:p>
          <w:p>
            <w:pPr>
              <w:spacing w:after="20" w:line="276" w:lineRule="auto"/>
            </w:pPr>
            <w:r>
              <w:rPr>
                <w:rFonts w:ascii="宋体" w:hAnsi="宋体" w:eastAsia="宋体"/>
                <w:b w:val="0"/>
                <w:sz w:val="18"/>
              </w:rPr>
              <w:t>课件出示教科书P98“练习二十一”第6题。</w:t>
            </w:r>
          </w:p>
          <w:p>
            <w:pPr>
              <w:spacing w:after="20" w:line="276" w:lineRule="auto"/>
            </w:pPr>
            <w:r>
              <w:rPr>
                <w:rFonts w:ascii="宋体" w:hAnsi="宋体" w:eastAsia="宋体"/>
                <w:b w:val="0"/>
                <w:sz w:val="18"/>
              </w:rPr>
              <w:t>完善板书：数量的多少</w:t>
            </w:r>
          </w:p>
          <w:p>
            <w:pPr>
              <w:spacing w:after="20" w:line="276" w:lineRule="auto"/>
            </w:pPr>
            <w:r>
              <w:rPr>
                <w:rFonts w:ascii="宋体" w:hAnsi="宋体" w:eastAsia="宋体"/>
                <w:b w:val="0"/>
                <w:sz w:val="18"/>
              </w:rPr>
              <w:t>2.师：除了用数量的多少来判断可能性的大小外，还有哪些因素影响可能性的大小呢？我们来看这样一个问题。在这样一个转盘上(出示课件)，每个转盘中的指针停在红色区域的可能性都是一样的吗？</w:t>
            </w:r>
          </w:p>
          <w:p>
            <w:pPr>
              <w:spacing w:after="20" w:line="276" w:lineRule="auto"/>
            </w:pPr>
            <w:r>
              <w:rPr>
                <w:rFonts w:ascii="宋体" w:hAnsi="宋体" w:eastAsia="宋体"/>
                <w:b w:val="0"/>
                <w:sz w:val="18"/>
              </w:rPr>
              <w:t>师：你能像刚才一样说一说，每个转盘分别停在每种颜色区域的可能性大小吗?</w:t>
            </w:r>
          </w:p>
          <w:p>
            <w:pPr>
              <w:spacing w:after="20" w:line="276" w:lineRule="auto"/>
            </w:pPr>
            <w:r>
              <w:rPr>
                <w:rFonts w:ascii="宋体" w:hAnsi="宋体" w:eastAsia="宋体"/>
                <w:b w:val="0"/>
                <w:sz w:val="18"/>
              </w:rPr>
              <w:t>要注意让学生辩证地理解统计的作用以及统计与概率之间的关系。如从第二个盒子里摸球,即使前100次摸出的都是红球,也无法保证第101次摸出的一定是红球。</w:t>
            </w:r>
          </w:p>
          <w:p>
            <w:pPr>
              <w:spacing w:after="20" w:line="276" w:lineRule="auto"/>
            </w:pPr>
            <w:r>
              <w:rPr>
                <w:rFonts w:ascii="宋体" w:hAnsi="宋体" w:eastAsia="宋体"/>
                <w:b w:val="0"/>
                <w:sz w:val="18"/>
              </w:rPr>
              <w:t>大，停在蓝色区域的可能性第二大，停在黄色区域的可能性最小。</w:t>
            </w:r>
          </w:p>
          <w:p>
            <w:pPr>
              <w:spacing w:after="20" w:line="276" w:lineRule="auto"/>
            </w:pPr>
            <w:r>
              <w:rPr>
                <w:rFonts w:ascii="宋体" w:hAnsi="宋体" w:eastAsia="宋体"/>
                <w:b w:val="0"/>
                <w:sz w:val="18"/>
              </w:rPr>
              <w:t>师：经过分析，你发现了什么呢？</w:t>
            </w:r>
          </w:p>
          <w:p>
            <w:pPr>
              <w:spacing w:after="20" w:line="276" w:lineRule="auto"/>
            </w:pPr>
            <w:r>
              <w:rPr>
                <w:rFonts w:ascii="宋体" w:hAnsi="宋体" w:eastAsia="宋体"/>
                <w:b w:val="0"/>
                <w:sz w:val="18"/>
              </w:rPr>
              <w:t>完善板书：扇形面积的大小</w:t>
            </w:r>
          </w:p>
          <w:p>
            <w:pPr>
              <w:spacing w:after="20" w:line="276" w:lineRule="auto"/>
            </w:pPr>
            <w:r>
              <w:rPr>
                <w:rFonts w:ascii="宋体" w:hAnsi="宋体" w:eastAsia="宋体"/>
                <w:b w:val="0"/>
                <w:sz w:val="18"/>
              </w:rPr>
              <w:t>3.师：我们来看这样一个问题，你觉得下一场哪个队赢的可能性大？我们可以根据哪些因素来判断可能性的大小呢？</w:t>
            </w:r>
          </w:p>
          <w:p>
            <w:pPr>
              <w:spacing w:after="20" w:line="276" w:lineRule="auto"/>
            </w:pPr>
            <w:r>
              <w:rPr>
                <w:rFonts w:ascii="宋体" w:hAnsi="宋体" w:eastAsia="宋体"/>
                <w:b w:val="0"/>
                <w:sz w:val="18"/>
              </w:rPr>
              <w:t>课件出示教科书P98“练习二十一”第7题。</w:t>
            </w:r>
          </w:p>
          <w:p>
            <w:pPr>
              <w:spacing w:after="20" w:line="276" w:lineRule="auto"/>
            </w:pPr>
            <w:r>
              <w:rPr>
                <w:rFonts w:ascii="宋体" w:hAnsi="宋体" w:eastAsia="宋体"/>
                <w:b w:val="0"/>
                <w:sz w:val="18"/>
              </w:rPr>
              <w:t>师：观察表格，你觉得是哪个队赢的场数多呢？</w:t>
            </w:r>
          </w:p>
          <w:p>
            <w:pPr>
              <w:spacing w:after="20" w:line="276" w:lineRule="auto"/>
            </w:pPr>
            <w:r>
              <w:rPr>
                <w:rFonts w:ascii="宋体" w:hAnsi="宋体" w:eastAsia="宋体"/>
                <w:b w:val="0"/>
                <w:sz w:val="18"/>
              </w:rPr>
              <w:t>师：由此看来，根据这个情况来判断是不行的。你们还有其他方法吗？</w:t>
            </w:r>
          </w:p>
        </w:tc>
        <w:tc>
          <w:tcPr>
            <w:tcW w:type="dxa" w:w="3061"/>
          </w:tcPr>
          <w:p>
            <w:pPr>
              <w:spacing w:after="20" w:line="276" w:lineRule="auto"/>
            </w:pPr>
            <w:r/>
            <w:r>
              <w:rPr>
                <w:rFonts w:ascii="宋体" w:hAnsi="宋体" w:eastAsia="宋体"/>
                <w:b w:val="0"/>
                <w:sz w:val="18"/>
              </w:rPr>
              <w:t>学生可能会说对于不确定现象，可以用可能性的大小来描述。</w:t>
            </w:r>
          </w:p>
          <w:p>
            <w:pPr>
              <w:spacing w:after="20" w:line="276" w:lineRule="auto"/>
            </w:pPr>
            <w:r>
              <w:rPr>
                <w:rFonts w:ascii="宋体" w:hAnsi="宋体" w:eastAsia="宋体"/>
                <w:b w:val="0"/>
                <w:sz w:val="18"/>
              </w:rPr>
              <w:t>学生独立完成连线后汇报交流。</w:t>
            </w:r>
          </w:p>
          <w:p>
            <w:pPr>
              <w:spacing w:after="20" w:line="276" w:lineRule="auto"/>
            </w:pPr>
            <w:r>
              <w:rPr>
                <w:rFonts w:ascii="宋体" w:hAnsi="宋体" w:eastAsia="宋体"/>
                <w:b w:val="0"/>
                <w:sz w:val="18"/>
              </w:rPr>
              <w:t>引导学生分析出：根据每种颜色的球的数量来判断可能性的大小。</w:t>
            </w:r>
          </w:p>
          <w:p>
            <w:pPr>
              <w:spacing w:after="20" w:line="276" w:lineRule="auto"/>
            </w:pPr>
            <w:r>
              <w:rPr>
                <w:rFonts w:ascii="宋体" w:hAnsi="宋体" w:eastAsia="宋体"/>
                <w:b w:val="0"/>
                <w:sz w:val="18"/>
              </w:rPr>
              <w:t>引导学生观察得出：每个转盘中的指针停在红色区域的可能性是不一样的，红色区域的面积越大，指针停在红色区域的可能性就越大。</w:t>
            </w:r>
          </w:p>
          <w:p>
            <w:pPr>
              <w:spacing w:after="20" w:line="276" w:lineRule="auto"/>
            </w:pPr>
            <w:r>
              <w:rPr>
                <w:rFonts w:ascii="宋体" w:hAnsi="宋体" w:eastAsia="宋体"/>
                <w:b w:val="0"/>
                <w:sz w:val="18"/>
              </w:rPr>
              <w:t>预设1：第一个转盘中停在红色区域的可能性最</w:t>
            </w:r>
          </w:p>
          <w:p>
            <w:pPr>
              <w:spacing w:after="20" w:line="276" w:lineRule="auto"/>
            </w:pPr>
            <w:r>
              <w:rPr>
                <w:rFonts w:ascii="宋体" w:hAnsi="宋体" w:eastAsia="宋体"/>
                <w:b w:val="0"/>
                <w:sz w:val="18"/>
              </w:rPr>
              <w:t>预设2：第二个转盘中停在蓝色区域的可能性最大，停在黄色区域的可能性第二大，停在红色区域的可能性最小。</w:t>
            </w:r>
          </w:p>
          <w:p>
            <w:pPr>
              <w:spacing w:after="20" w:line="276" w:lineRule="auto"/>
            </w:pPr>
            <w:r>
              <w:rPr>
                <w:rFonts w:ascii="宋体" w:hAnsi="宋体" w:eastAsia="宋体"/>
                <w:b w:val="0"/>
                <w:sz w:val="18"/>
              </w:rPr>
              <w:t>预设3：第三个转盘停在每种颜色区域的可能性一样大。</w:t>
            </w:r>
          </w:p>
          <w:p>
            <w:pPr>
              <w:spacing w:after="20" w:line="276" w:lineRule="auto"/>
            </w:pPr>
            <w:r>
              <w:rPr>
                <w:rFonts w:ascii="宋体" w:hAnsi="宋体" w:eastAsia="宋体"/>
                <w:b w:val="0"/>
                <w:sz w:val="18"/>
              </w:rPr>
              <w:t>可能学生第一个想到的是哪个队赢的场数多，那个队赢的可能性就大。</w:t>
            </w:r>
          </w:p>
          <w:p>
            <w:pPr>
              <w:spacing w:after="20" w:line="276" w:lineRule="auto"/>
            </w:pPr>
            <w:r>
              <w:rPr>
                <w:rFonts w:ascii="宋体" w:hAnsi="宋体" w:eastAsia="宋体"/>
                <w:b w:val="0"/>
                <w:sz w:val="18"/>
              </w:rPr>
              <w:t>从两队的历史战绩来看，各是两胜一平两负，不相上下，两队获胜的可能性差不多。</w:t>
            </w:r>
          </w:p>
          <w:p>
            <w:pPr>
              <w:spacing w:after="20" w:line="276" w:lineRule="auto"/>
            </w:pPr>
            <w:r>
              <w:rPr>
                <w:rFonts w:ascii="宋体" w:hAnsi="宋体" w:eastAsia="宋体"/>
                <w:b w:val="0"/>
                <w:sz w:val="18"/>
              </w:rPr>
              <w:t>预设1：从比分来看，在所有比赛中，甲队比乙队多得1分，甲队得分能力有可能会比乙队强一些，甲队获胜的可能性大一些。</w:t>
            </w:r>
          </w:p>
          <w:p>
            <w:pPr>
              <w:spacing w:after="20" w:line="276" w:lineRule="auto"/>
            </w:pPr>
            <w:r>
              <w:rPr>
                <w:rFonts w:ascii="宋体" w:hAnsi="宋体" w:eastAsia="宋体"/>
                <w:b w:val="0"/>
                <w:sz w:val="18"/>
              </w:rPr>
              <w:t>预设2：最近的两场比赛中均是乙队获胜，而且得分也增加了，说明最近乙队的状态好于甲队，因此预测乙队获胜的可能性稍大一些。</w:t>
            </w:r>
          </w:p>
        </w:tc>
        <w:tc>
          <w:tcPr>
            <w:tcW w:type="dxa" w:w="1814"/>
          </w:tcPr>
          <w:p>
            <w:pPr>
              <w:spacing w:after="20" w:line="276" w:lineRule="auto"/>
            </w:pPr>
            <w:r/>
            <w:r>
              <w:rPr>
                <w:rFonts w:ascii="宋体" w:hAnsi="宋体" w:eastAsia="宋体"/>
                <w:b w:val="0"/>
                <w:sz w:val="18"/>
              </w:rPr>
              <w:t>通过可能性的大小与哪些因素有关的探讨，使学生对可能性的认识更加深刻，使学生辩证地理解统计的作用以及统计与概率之间的关系。</w:t>
            </w:r>
          </w:p>
        </w:tc>
      </w:tr>
      <w:tr>
        <w:tc>
          <w:tcPr>
            <w:tcW w:type="dxa" w:w="1474"/>
          </w:tcPr>
          <w:p>
            <w:pPr>
              <w:spacing w:after="20" w:line="276" w:lineRule="auto"/>
            </w:pPr>
            <w:r>
              <w:rPr>
                <w:b/>
              </w:rPr>
            </w:r>
            <w:r>
              <w:rPr>
                <w:rFonts w:ascii="宋体" w:hAnsi="宋体" w:eastAsia="宋体"/>
                <w:b/>
                <w:sz w:val="18"/>
              </w:rPr>
              <w:t>四、巩固练习，知识应用</w:t>
            </w:r>
          </w:p>
        </w:tc>
        <w:tc>
          <w:tcPr>
            <w:tcW w:type="dxa" w:w="3061"/>
          </w:tcPr>
          <w:p>
            <w:pPr>
              <w:spacing w:after="20" w:line="276" w:lineRule="auto"/>
            </w:pPr>
            <w:r/>
            <w:r>
              <w:rPr>
                <w:rFonts w:ascii="宋体" w:hAnsi="宋体" w:eastAsia="宋体"/>
                <w:b w:val="0"/>
                <w:sz w:val="18"/>
              </w:rPr>
              <w:t>1.课件出示教科书P96第5题(3)。</w:t>
            </w:r>
          </w:p>
          <w:p>
            <w:pPr>
              <w:spacing w:after="20" w:line="276" w:lineRule="auto"/>
            </w:pPr>
            <w:r>
              <w:rPr>
                <w:rFonts w:ascii="宋体" w:hAnsi="宋体" w:eastAsia="宋体"/>
                <w:b w:val="0"/>
                <w:sz w:val="18"/>
              </w:rPr>
              <w:t>第7题，根据统计的结果，如果学生预测甲队赢、乙队赢、平局都是可以的，只要叙述的理由合理。</w:t>
            </w:r>
          </w:p>
          <w:p>
            <w:pPr>
              <w:spacing w:after="20" w:line="276" w:lineRule="auto"/>
            </w:pPr>
            <w:r>
              <w:rPr>
                <w:rFonts w:ascii="宋体" w:hAnsi="宋体" w:eastAsia="宋体"/>
                <w:b w:val="0"/>
                <w:sz w:val="18"/>
              </w:rPr>
              <w:t>2.出示课件。</w:t>
            </w:r>
          </w:p>
          <w:p>
            <w:pPr>
              <w:spacing w:after="20" w:line="276" w:lineRule="auto"/>
            </w:pPr>
            <w:r>
              <w:rPr>
                <w:rFonts w:ascii="宋体" w:hAnsi="宋体" w:eastAsia="宋体"/>
                <w:b w:val="0"/>
                <w:sz w:val="18"/>
              </w:rPr>
              <w:t>师：可能性的大小在生活中随处都可以用到。正好几名同学在看什么电视节目上发生了分歧。他们决定用刚才的三个转盘中的一个来决定到底看什么电视节目，你认为选哪个转盘比较公平呢？（课件出示转盘。）</w:t>
            </w:r>
          </w:p>
          <w:p>
            <w:pPr>
              <w:spacing w:after="20" w:line="276" w:lineRule="auto"/>
            </w:pPr>
            <w:r>
              <w:rPr>
                <w:rFonts w:ascii="宋体" w:hAnsi="宋体" w:eastAsia="宋体"/>
                <w:b w:val="0"/>
                <w:sz w:val="18"/>
              </w:rPr>
              <w:t>师：那另外两个转盘设计得为什么不公平呢？</w:t>
            </w:r>
          </w:p>
          <w:p>
            <w:pPr>
              <w:spacing w:after="20" w:line="276" w:lineRule="auto"/>
            </w:pPr>
            <w:r>
              <w:rPr>
                <w:rFonts w:ascii="宋体" w:hAnsi="宋体" w:eastAsia="宋体"/>
                <w:b w:val="0"/>
                <w:sz w:val="18"/>
              </w:rPr>
              <w:t>师：可能性一样大，也就是每种机会均等，我们就把这样的可</w:t>
            </w:r>
          </w:p>
          <w:p>
            <w:pPr>
              <w:spacing w:after="20" w:line="276" w:lineRule="auto"/>
            </w:pPr>
            <w:r>
              <w:rPr>
                <w:rFonts w:ascii="宋体" w:hAnsi="宋体" w:eastAsia="宋体"/>
                <w:b w:val="0"/>
                <w:sz w:val="18"/>
              </w:rPr>
              <w:t>引导学生判断三种方案中代表每种事件的可能性是否相等，每种事件的可能性相等，规则就是公平的。</w:t>
            </w:r>
          </w:p>
          <w:p>
            <w:pPr>
              <w:spacing w:after="20" w:line="276" w:lineRule="auto"/>
            </w:pPr>
            <w:r>
              <w:rPr>
                <w:rFonts w:ascii="宋体" w:hAnsi="宋体" w:eastAsia="宋体"/>
                <w:b w:val="0"/>
                <w:sz w:val="18"/>
              </w:rPr>
              <w:t>能性叫做“等可能性”。用等可能性来处理一些问题是比较公平的，</w:t>
            </w:r>
          </w:p>
          <w:p>
            <w:pPr>
              <w:spacing w:after="20" w:line="276" w:lineRule="auto"/>
            </w:pPr>
            <w:r>
              <w:rPr>
                <w:rFonts w:ascii="宋体" w:hAnsi="宋体" w:eastAsia="宋体"/>
                <w:b w:val="0"/>
                <w:sz w:val="18"/>
              </w:rPr>
              <w:t>表现等可能性的方式也比较多,这三名同学看什么电视节目的问题，其实还可以用其他等可能性的方式来决定。你能不能帮他们再想想?</w:t>
            </w:r>
          </w:p>
        </w:tc>
        <w:tc>
          <w:tcPr>
            <w:tcW w:type="dxa" w:w="3061"/>
          </w:tcPr>
          <w:p>
            <w:pPr>
              <w:spacing w:after="20" w:line="276" w:lineRule="auto"/>
            </w:pPr>
            <w:r/>
            <w:r>
              <w:rPr>
                <w:rFonts w:ascii="宋体" w:hAnsi="宋体" w:eastAsia="宋体"/>
                <w:b w:val="0"/>
                <w:sz w:val="18"/>
              </w:rPr>
              <w:t>学生独立完成后，在小组内订正。</w:t>
            </w:r>
          </w:p>
          <w:p>
            <w:pPr>
              <w:spacing w:after="20" w:line="276" w:lineRule="auto"/>
            </w:pPr>
            <w:r>
              <w:rPr>
                <w:rFonts w:ascii="宋体" w:hAnsi="宋体" w:eastAsia="宋体"/>
                <w:b w:val="0"/>
                <w:sz w:val="18"/>
              </w:rPr>
              <w:t>因为36kg及以下的人数有2+4+5=11(人)，39kg及以上的人数有12+10+4+3=29(人)，29＞11，所以该生体重在39kg及以上的可能性大。(教师追问：随意抽取一名学生，该生体重一定在39kg及以上吗？引导学生回答不一定，只是可能性大一些。)</w:t>
            </w:r>
          </w:p>
          <w:p>
            <w:pPr>
              <w:spacing w:after="20" w:line="276" w:lineRule="auto"/>
            </w:pPr>
            <w:r>
              <w:rPr>
                <w:rFonts w:ascii="宋体" w:hAnsi="宋体" w:eastAsia="宋体"/>
                <w:b w:val="0"/>
                <w:sz w:val="18"/>
              </w:rPr>
              <w:t>引导学生得出：选用第三个转盘比较合适。因为三份分得同样大，停在每个区域的可能性是一样大的，比较公平。</w:t>
            </w:r>
          </w:p>
          <w:p>
            <w:pPr>
              <w:spacing w:after="20" w:line="276" w:lineRule="auto"/>
            </w:pPr>
            <w:r>
              <w:rPr>
                <w:rFonts w:ascii="宋体" w:hAnsi="宋体" w:eastAsia="宋体"/>
                <w:b w:val="0"/>
                <w:sz w:val="18"/>
              </w:rPr>
              <w:t>学生会说因为停在每个区域的可能性不一样大。</w:t>
            </w:r>
          </w:p>
          <w:p>
            <w:pPr>
              <w:spacing w:after="20" w:line="276" w:lineRule="auto"/>
            </w:pPr>
            <w:r>
              <w:rPr>
                <w:rFonts w:ascii="宋体" w:hAnsi="宋体" w:eastAsia="宋体"/>
                <w:b w:val="0"/>
                <w:sz w:val="18"/>
              </w:rPr>
              <w:t>学生可能想到抽签、抓阄等其他的方式，只要是公平的都给予肯定。</w:t>
            </w:r>
          </w:p>
        </w:tc>
        <w:tc>
          <w:tcPr>
            <w:tcW w:type="dxa" w:w="1814"/>
          </w:tcPr>
          <w:p>
            <w:pPr>
              <w:spacing w:after="20" w:line="276" w:lineRule="auto"/>
            </w:pPr>
            <w:r/>
            <w:r>
              <w:rPr>
                <w:rFonts w:ascii="宋体" w:hAnsi="宋体" w:eastAsia="宋体"/>
                <w:b w:val="0"/>
                <w:sz w:val="18"/>
              </w:rPr>
              <w:t>把上一个环节中的圆盘应用到这个环节中，一方面可以加深对等可能性和可能性的联系与区别的理解，另一方面也充分应用了课程资源，并且通过同一课程资源的反复使用，增强了课程的整体效应，有利于帮助学生形成整体认知结构。</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师：通过本节课的复习，你们有哪些收获呢？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引导学生回顾梳理本课所学，完善认知结构，提升归纳与反思能力，核心问题："通过本节课的复习，你们有哪些收获呢？"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【教学笔记】 说理题 甲、乙两个曲棍球队之间近期五场比赛的进球数如下表。如果这两个队现在进行一场比赛，请预测一下哪个队获胜的可能性大，为什么？ eq \a\vs4\al(,,,) 参考答案 乙队获胜的可能性大，因为两队都是胜2场、平1场、负2场，但乙队获胜的2场进球数与甲队相差较大，且乙队近期5场比赛成绩由负到平，再到胜，状态越来越好。（合理即可） 【教学笔记】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节课的设计着眼于充分调动学生学习的积极性、主动性。学生对可能性的掌握感觉比较轻松、简单，学习效果较好。课堂中要注意引导学生辩证地理解统计的作用以及统计与概率之间的关系，即预测是否完全准确，需要考虑可能性的大小。但数据存在随机性，可能性大也不能保证预测结果的准确。引导学生从不同角度理解可能性的意义，从而培养学生的数据分析观念。</w:t>
      </w:r>
    </w:p>
    <w:p>
      <w:r>
        <w:br w:type="page"/>
      </w:r>
    </w:p>
    <w:p>
      <w:pPr>
        <w:spacing w:after="80" w:line="300" w:lineRule="auto"/>
      </w:pPr>
      <w:r>
        <w:rPr>
          <w:rFonts w:ascii="黑体" w:hAnsi="黑体" w:eastAsia="黑体"/>
          <w:b/>
          <w:sz w:val="24"/>
        </w:rPr>
        <w:t>二、课时教学方案（第13课时）</w:t>
      </w:r>
    </w:p>
    <w:p>
      <w:pPr>
        <w:spacing w:after="80" w:line="300" w:lineRule="auto"/>
      </w:pPr>
      <w:r>
        <w:rPr>
          <w:rFonts w:ascii="黑体" w:hAnsi="黑体" w:eastAsia="黑体"/>
          <w:b/>
          <w:sz w:val="24"/>
        </w:rPr>
        <w:t>第13课时　立体图形的认识与测量(1)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第13课时　立体图形的认识与测量(1)</w:t>
            </w:r>
          </w:p>
        </w:tc>
        <w:tc>
          <w:tcPr>
            <w:tcW w:type="dxa" w:w="6009"/>
          </w:tcPr>
          <w:p>
            <w:pPr>
              <w:spacing w:after="20" w:line="276" w:lineRule="auto"/>
            </w:pPr>
            <w:r/>
            <w:r>
              <w:rPr>
                <w:rFonts w:ascii="宋体" w:hAnsi="宋体" w:eastAsia="宋体"/>
                <w:b w:val="0"/>
                <w:sz w:val="20"/>
              </w:rPr>
              <w:t>第6单元 整理和复习（图形与几何）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教学准备：课件，长方体、正方体、圆柱、圆锥、球教具各1个，若干个小正方体。</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（1）进一步掌握长方体、正方体、圆柱和圆锥等立体图形的特征，能从整体上把握这些图形的联系与区别，进一步认识并能辨析从不同方向观察物体看到的图形。</w:t>
      </w:r>
    </w:p>
    <w:p>
      <w:pPr>
        <w:spacing w:after="20" w:line="300" w:lineRule="auto"/>
        <w:ind w:firstLine="400"/>
      </w:pPr>
      <w:r>
        <w:rPr>
          <w:rFonts w:ascii="宋体" w:hAnsi="宋体" w:eastAsia="宋体"/>
          <w:b w:val="0"/>
          <w:sz w:val="20"/>
        </w:rPr>
        <w:t>（2）让学生在操作、讨论等活动中，沟通立体图形与平面图形之间的联系，帮助学生形成几何形体的表象，建立空间观念，进一步掌握这些图形的特征。</w:t>
      </w:r>
    </w:p>
    <w:p>
      <w:pPr>
        <w:spacing w:after="20" w:line="300" w:lineRule="auto"/>
        <w:ind w:firstLine="400"/>
      </w:pPr>
      <w:r>
        <w:rPr>
          <w:rFonts w:ascii="宋体" w:hAnsi="宋体" w:eastAsia="宋体"/>
          <w:b w:val="0"/>
          <w:sz w:val="20"/>
        </w:rPr>
        <w:t>（3）让学生在系统复习的过程中，体验与同学合作交流以及获取知识的乐趣，增进对数学学习的积极情感，增强学好数学的信心。</w:t>
      </w:r>
    </w:p>
    <w:p>
      <w:pPr>
        <w:spacing w:after="20" w:line="300" w:lineRule="auto"/>
      </w:pPr>
      <w:r>
        <w:rPr>
          <w:rFonts w:ascii="宋体" w:hAnsi="宋体" w:eastAsia="宋体"/>
          <w:b w:val="0"/>
          <w:sz w:val="20"/>
        </w:rPr>
        <w:t>教学重点：明确长方体、正方体、圆柱和圆锥等立体图形的特征。</w:t>
      </w:r>
    </w:p>
    <w:p>
      <w:pPr>
        <w:spacing w:after="20" w:line="300" w:lineRule="auto"/>
      </w:pPr>
      <w:r>
        <w:rPr>
          <w:rFonts w:ascii="宋体" w:hAnsi="宋体" w:eastAsia="宋体"/>
          <w:b w:val="0"/>
          <w:sz w:val="20"/>
        </w:rPr>
        <w:t>教学难点：发展空间观念。</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一、口算比赛，揭示课题</w:t>
            </w:r>
          </w:p>
        </w:tc>
        <w:tc>
          <w:tcPr>
            <w:tcW w:type="dxa" w:w="1814"/>
          </w:tcPr>
          <w:p>
            <w:pPr>
              <w:spacing w:after="20" w:line="276" w:lineRule="auto"/>
            </w:pPr>
            <w:r/>
            <w:r>
              <w:rPr>
                <w:rFonts w:ascii="宋体" w:hAnsi="宋体" w:eastAsia="宋体"/>
                <w:b w:val="0"/>
                <w:sz w:val="18"/>
              </w:rPr>
              <w:t>课件、小正方体</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二、归纳整理，沟通联系</w:t>
            </w:r>
          </w:p>
        </w:tc>
        <w:tc>
          <w:tcPr>
            <w:tcW w:type="dxa" w:w="1814"/>
          </w:tcPr>
          <w:p>
            <w:pPr>
              <w:spacing w:after="20" w:line="276" w:lineRule="auto"/>
            </w:pPr>
            <w:r/>
            <w:r>
              <w:rPr>
                <w:rFonts w:ascii="宋体" w:hAnsi="宋体" w:eastAsia="宋体"/>
                <w:b w:val="0"/>
                <w:sz w:val="18"/>
              </w:rPr>
              <w:t>课件、学具、小正方体</w:t>
            </w:r>
          </w:p>
        </w:tc>
        <w:tc>
          <w:tcPr>
            <w:tcW w:type="dxa" w:w="3402"/>
          </w:tcPr>
          <w:p>
            <w:pPr>
              <w:spacing w:after="20" w:line="276" w:lineRule="auto"/>
            </w:pPr>
            <w:r/>
            <w:r>
              <w:rPr>
                <w:rFonts w:ascii="宋体" w:hAnsi="宋体" w:eastAsia="宋体"/>
                <w:b w:val="0"/>
                <w:sz w:val="18"/>
              </w:rPr>
              <w:t>如果把这些立体图形分两类，你打算怎样分?；长方体与正方体分别有什么特点？你能归纳整理吗？</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三、复习立体图形的三视图</w:t>
            </w:r>
          </w:p>
        </w:tc>
        <w:tc>
          <w:tcPr>
            <w:tcW w:type="dxa" w:w="1814"/>
          </w:tcPr>
          <w:p>
            <w:pPr>
              <w:spacing w:after="20" w:line="276" w:lineRule="auto"/>
            </w:pPr>
            <w:r/>
            <w:r>
              <w:rPr>
                <w:rFonts w:ascii="宋体" w:hAnsi="宋体" w:eastAsia="宋体"/>
                <w:b w:val="0"/>
                <w:sz w:val="18"/>
              </w:rPr>
              <w:t>课件、教科书、小正方体</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四、练习巩固，提升思维</w:t>
            </w:r>
          </w:p>
        </w:tc>
        <w:tc>
          <w:tcPr>
            <w:tcW w:type="dxa" w:w="1814"/>
          </w:tcPr>
          <w:p>
            <w:pPr>
              <w:spacing w:after="20" w:line="276" w:lineRule="auto"/>
            </w:pPr>
            <w:r/>
            <w:r>
              <w:rPr>
                <w:rFonts w:ascii="宋体" w:hAnsi="宋体" w:eastAsia="宋体"/>
                <w:b w:val="0"/>
                <w:sz w:val="18"/>
              </w:rPr>
              <w:t>教科书、课件、学具、小正方体</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课件、小正方体</w:t>
            </w:r>
          </w:p>
        </w:tc>
        <w:tc>
          <w:tcPr>
            <w:tcW w:type="dxa" w:w="3402"/>
          </w:tcPr>
          <w:p>
            <w:pPr>
              <w:spacing w:after="20" w:line="276" w:lineRule="auto"/>
            </w:pPr>
            <w:r/>
            <w:r>
              <w:rPr>
                <w:rFonts w:ascii="宋体" w:hAnsi="宋体" w:eastAsia="宋体"/>
                <w:b w:val="0"/>
                <w:sz w:val="18"/>
              </w:rPr>
              <w:t>通过本节课的复习，你们有哪些收获呢？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一、口算比赛，揭示课题</w:t>
            </w:r>
          </w:p>
        </w:tc>
        <w:tc>
          <w:tcPr>
            <w:tcW w:type="dxa" w:w="3061"/>
          </w:tcPr>
          <w:p>
            <w:pPr>
              <w:spacing w:after="20" w:line="276" w:lineRule="auto"/>
            </w:pPr>
            <w:r/>
            <w:r>
              <w:rPr>
                <w:rFonts w:ascii="宋体" w:hAnsi="宋体" w:eastAsia="宋体"/>
                <w:b w:val="0"/>
                <w:sz w:val="18"/>
              </w:rPr>
              <w:t>师：在小学阶段，我们除了学过平面图形的知识以外，还学过</w:t>
            </w:r>
          </w:p>
          <w:p>
            <w:pPr>
              <w:spacing w:after="20" w:line="276" w:lineRule="auto"/>
            </w:pPr>
            <w:r>
              <w:rPr>
                <w:rFonts w:ascii="宋体" w:hAnsi="宋体" w:eastAsia="宋体"/>
                <w:b w:val="0"/>
                <w:sz w:val="18"/>
              </w:rPr>
              <w:t>立体图形的知识。同学们回忆一下，我们学过了哪些立体图形？</w:t>
            </w:r>
          </w:p>
          <w:p>
            <w:pPr>
              <w:spacing w:after="20" w:line="276" w:lineRule="auto"/>
            </w:pPr>
            <w:r>
              <w:rPr>
                <w:rFonts w:ascii="宋体" w:hAnsi="宋体" w:eastAsia="宋体"/>
                <w:b w:val="0"/>
                <w:sz w:val="18"/>
              </w:rPr>
              <w:t>根据学生回答，教师板书：长方体、正方体、圆柱、圆锥。</w:t>
            </w:r>
          </w:p>
          <w:p>
            <w:pPr>
              <w:spacing w:after="20" w:line="276" w:lineRule="auto"/>
            </w:pPr>
            <w:r>
              <w:rPr>
                <w:rFonts w:ascii="宋体" w:hAnsi="宋体" w:eastAsia="宋体"/>
                <w:b w:val="0"/>
                <w:sz w:val="18"/>
              </w:rPr>
              <w:t>师：这节课，我们一起来复习这些立体图形。［板书课题：立体图形的认识与测量(1)］</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开门见山，宣布复习的内容，明确复习任务,让学生很快进入整理复习的学习氛围中。</w:t>
            </w:r>
          </w:p>
        </w:tc>
      </w:tr>
      <w:tr>
        <w:tc>
          <w:tcPr>
            <w:tcW w:type="dxa" w:w="1474"/>
          </w:tcPr>
          <w:p>
            <w:pPr>
              <w:spacing w:after="20" w:line="276" w:lineRule="auto"/>
            </w:pPr>
            <w:r>
              <w:rPr>
                <w:b/>
              </w:rPr>
            </w:r>
            <w:r>
              <w:rPr>
                <w:rFonts w:ascii="宋体" w:hAnsi="宋体" w:eastAsia="宋体"/>
                <w:b/>
                <w:sz w:val="18"/>
              </w:rPr>
              <w:t>二、归纳整理，沟通联系</w:t>
            </w:r>
          </w:p>
        </w:tc>
        <w:tc>
          <w:tcPr>
            <w:tcW w:type="dxa" w:w="3061"/>
          </w:tcPr>
          <w:p>
            <w:pPr>
              <w:spacing w:after="20" w:line="276" w:lineRule="auto"/>
            </w:pPr>
            <w:r/>
            <w:r>
              <w:rPr>
                <w:rFonts w:ascii="宋体" w:hAnsi="宋体" w:eastAsia="宋体"/>
                <w:b w:val="0"/>
                <w:sz w:val="18"/>
              </w:rPr>
              <w:t>1.复习长方体和正方体的特征及联系。</w:t>
            </w:r>
          </w:p>
          <w:p>
            <w:pPr>
              <w:spacing w:after="20" w:line="276" w:lineRule="auto"/>
            </w:pPr>
            <w:r>
              <w:rPr>
                <w:rFonts w:ascii="宋体" w:hAnsi="宋体" w:eastAsia="宋体"/>
                <w:b w:val="0"/>
                <w:sz w:val="18"/>
              </w:rPr>
              <w:t>师：如果把这些立体图形分两类，你打算怎样分?</w:t>
            </w:r>
          </w:p>
          <w:p>
            <w:pPr>
              <w:spacing w:after="20" w:line="276" w:lineRule="auto"/>
            </w:pPr>
            <w:r>
              <w:rPr>
                <w:rFonts w:ascii="宋体" w:hAnsi="宋体" w:eastAsia="宋体"/>
                <w:b w:val="0"/>
                <w:sz w:val="18"/>
              </w:rPr>
              <w:t>课件出示长方体和正方体示意图。</w:t>
            </w:r>
          </w:p>
          <w:p>
            <w:pPr>
              <w:spacing w:after="20" w:line="276" w:lineRule="auto"/>
            </w:pPr>
            <w:r>
              <w:rPr>
                <w:rFonts w:ascii="宋体" w:hAnsi="宋体" w:eastAsia="宋体"/>
                <w:b w:val="0"/>
                <w:sz w:val="18"/>
              </w:rPr>
              <w:t>师：长方体与正方体分别有什么特点？你能归纳整理吗？小组合作整理。</w:t>
            </w:r>
          </w:p>
          <w:p>
            <w:pPr>
              <w:spacing w:after="20" w:line="276" w:lineRule="auto"/>
            </w:pPr>
            <w:r>
              <w:rPr>
                <w:rFonts w:ascii="宋体" w:hAnsi="宋体" w:eastAsia="宋体"/>
                <w:b w:val="0"/>
                <w:sz w:val="18"/>
              </w:rPr>
              <w:t>让学生自由复习，小组整理，教师巡视指导。培养学生的合作意识以及自主整理知识的能力。</w:t>
            </w:r>
          </w:p>
          <w:p>
            <w:pPr>
              <w:spacing w:after="20" w:line="276" w:lineRule="auto"/>
            </w:pPr>
            <w:r>
              <w:rPr>
                <w:rFonts w:ascii="宋体" w:hAnsi="宋体" w:eastAsia="宋体"/>
                <w:b w:val="0"/>
                <w:sz w:val="18"/>
              </w:rPr>
              <w:t>(2)师：同学们从顶点、面、棱这三个方面整理了长方体、正方体的特点，想一想，它们有什么相同点和不同点呢？</w:t>
            </w:r>
          </w:p>
          <w:p>
            <w:pPr>
              <w:spacing w:after="20" w:line="276" w:lineRule="auto"/>
            </w:pPr>
            <w:r>
              <w:rPr>
                <w:rFonts w:ascii="宋体" w:hAnsi="宋体" w:eastAsia="宋体"/>
                <w:b w:val="0"/>
                <w:sz w:val="18"/>
              </w:rPr>
              <w:t>课件出示表格。</w:t>
            </w:r>
          </w:p>
          <w:p>
            <w:pPr>
              <w:spacing w:after="20" w:line="276" w:lineRule="auto"/>
            </w:pPr>
            <w:r>
              <w:rPr>
                <w:rFonts w:ascii="宋体" w:hAnsi="宋体" w:eastAsia="宋体"/>
                <w:b w:val="0"/>
                <w:sz w:val="18"/>
              </w:rPr>
              <w:t>在归纳整理的过程中，先让学生独立思考，再组织学生在小组内讨论交流，突出比较异同，并结合实物、模型来表达。教师注意抓住重点，帮助学生建立知识结构。</w:t>
            </w:r>
          </w:p>
          <w:p>
            <w:pPr>
              <w:spacing w:after="20" w:line="276" w:lineRule="auto"/>
            </w:pPr>
            <w:r>
              <w:rPr>
                <w:rFonts w:ascii="宋体" w:hAnsi="宋体" w:eastAsia="宋体"/>
                <w:b w:val="0"/>
                <w:sz w:val="18"/>
              </w:rPr>
              <w:t>(3)猜一猜游戏。（出示课件）</w:t>
            </w:r>
          </w:p>
          <w:p>
            <w:pPr>
              <w:spacing w:after="20" w:line="276" w:lineRule="auto"/>
            </w:pPr>
            <w:r>
              <w:rPr>
                <w:rFonts w:ascii="宋体" w:hAnsi="宋体" w:eastAsia="宋体"/>
                <w:b w:val="0"/>
                <w:sz w:val="18"/>
              </w:rPr>
              <w:t>教师出示课件。</w:t>
            </w:r>
          </w:p>
          <w:p>
            <w:pPr>
              <w:spacing w:after="20" w:line="276" w:lineRule="auto"/>
            </w:pPr>
            <w:r>
              <w:rPr>
                <w:rFonts w:ascii="宋体" w:hAnsi="宋体" w:eastAsia="宋体"/>
                <w:b w:val="0"/>
                <w:sz w:val="18"/>
              </w:rPr>
              <w:t>师：这个游戏带给大家小小的震撼，你有什么想说的?(学生自由表达想法)数学是一门非常严谨的学科，语言的表述一定要严谨准确!</w:t>
            </w:r>
          </w:p>
          <w:p>
            <w:pPr>
              <w:spacing w:after="20" w:line="276" w:lineRule="auto"/>
            </w:pPr>
            <w:r>
              <w:rPr>
                <w:rFonts w:ascii="宋体" w:hAnsi="宋体" w:eastAsia="宋体"/>
                <w:b w:val="0"/>
                <w:sz w:val="18"/>
              </w:rPr>
              <w:t>2.复习圆柱与圆锥的特征及联系。</w:t>
            </w:r>
          </w:p>
          <w:p>
            <w:pPr>
              <w:spacing w:after="20" w:line="276" w:lineRule="auto"/>
            </w:pPr>
            <w:r>
              <w:rPr>
                <w:rFonts w:ascii="宋体" w:hAnsi="宋体" w:eastAsia="宋体"/>
                <w:b w:val="0"/>
                <w:sz w:val="18"/>
              </w:rPr>
              <w:t>（1）课件出示圆柱、圆锥示意图。</w:t>
            </w:r>
          </w:p>
          <w:p>
            <w:pPr>
              <w:spacing w:after="20" w:line="276" w:lineRule="auto"/>
            </w:pPr>
            <w:r>
              <w:rPr>
                <w:rFonts w:ascii="宋体" w:hAnsi="宋体" w:eastAsia="宋体"/>
                <w:b w:val="0"/>
                <w:sz w:val="18"/>
              </w:rPr>
              <w:t>师：圆柱与圆锥分别有什么特点？你能归纳整理吗？小组合作整理。</w:t>
            </w:r>
          </w:p>
          <w:p>
            <w:pPr>
              <w:spacing w:after="20" w:line="276" w:lineRule="auto"/>
            </w:pPr>
            <w:r>
              <w:rPr>
                <w:rFonts w:ascii="宋体" w:hAnsi="宋体" w:eastAsia="宋体"/>
                <w:b w:val="0"/>
                <w:sz w:val="18"/>
              </w:rPr>
              <w:t>让学生自由复习，小组整理，教师巡视指导。培养学生的合作意识以及自主整理知识的能力。</w:t>
            </w:r>
          </w:p>
          <w:p>
            <w:pPr>
              <w:spacing w:after="20" w:line="276" w:lineRule="auto"/>
            </w:pPr>
            <w:r>
              <w:rPr>
                <w:rFonts w:ascii="宋体" w:hAnsi="宋体" w:eastAsia="宋体"/>
                <w:b w:val="0"/>
                <w:sz w:val="18"/>
              </w:rPr>
              <w:t>一个侧面，是个曲面，展开是个扇形；圆锥只有一条高。</w:t>
            </w:r>
          </w:p>
          <w:p>
            <w:pPr>
              <w:spacing w:after="20" w:line="276" w:lineRule="auto"/>
            </w:pPr>
            <w:r>
              <w:rPr>
                <w:rFonts w:ascii="宋体" w:hAnsi="宋体" w:eastAsia="宋体"/>
                <w:b w:val="0"/>
                <w:sz w:val="18"/>
              </w:rPr>
              <w:t>(2)师：想一想，圆柱和圆锥可以各由什么平面图形旋转而成？</w:t>
            </w:r>
          </w:p>
          <w:p>
            <w:pPr>
              <w:spacing w:after="20" w:line="276" w:lineRule="auto"/>
            </w:pPr>
            <w:r>
              <w:rPr>
                <w:rFonts w:ascii="宋体" w:hAnsi="宋体" w:eastAsia="宋体"/>
                <w:b w:val="0"/>
                <w:sz w:val="18"/>
              </w:rPr>
              <w:t>(3)师：圆柱与圆锥之间有什么关系？</w:t>
            </w:r>
          </w:p>
        </w:tc>
        <w:tc>
          <w:tcPr>
            <w:tcW w:type="dxa" w:w="3061"/>
          </w:tcPr>
          <w:p>
            <w:pPr>
              <w:spacing w:after="20" w:line="276" w:lineRule="auto"/>
            </w:pPr>
            <w:r/>
            <w:r>
              <w:rPr>
                <w:rFonts w:ascii="宋体" w:hAnsi="宋体" w:eastAsia="宋体"/>
                <w:b w:val="0"/>
                <w:sz w:val="18"/>
              </w:rPr>
              <w:t>学生可能会说：因为长方体和正方体的面都是平面，所以分为一类；而圆柱和圆锥都有曲面，它们分为一类。</w:t>
            </w:r>
          </w:p>
          <w:p>
            <w:pPr>
              <w:spacing w:after="20" w:line="276" w:lineRule="auto"/>
            </w:pPr>
            <w:r>
              <w:rPr>
                <w:rFonts w:ascii="宋体" w:hAnsi="宋体" w:eastAsia="宋体"/>
                <w:b w:val="0"/>
                <w:sz w:val="18"/>
              </w:rPr>
              <w:t>学生汇报，可以让学生拿着学具一边指一边说。</w:t>
            </w:r>
          </w:p>
          <w:p>
            <w:pPr>
              <w:spacing w:after="20" w:line="276" w:lineRule="auto"/>
            </w:pPr>
            <w:r>
              <w:rPr>
                <w:rFonts w:ascii="宋体" w:hAnsi="宋体" w:eastAsia="宋体"/>
                <w:b w:val="0"/>
                <w:sz w:val="18"/>
              </w:rPr>
              <w:t>预设1：长方体有6个面，每个面一般是长方形，相对的两个面面积相等；它有12条棱，相对的4条棱互相平行且相等；它有8个顶点，相交于同一顶点的3条棱分别叫长、宽、高。(教师可以追问：长方体的6个面都是长方形吗？引导学生说出长方体在特殊情况下有两个面是正方形。)</w:t>
            </w:r>
          </w:p>
          <w:p>
            <w:pPr>
              <w:spacing w:after="20" w:line="276" w:lineRule="auto"/>
            </w:pPr>
            <w:r>
              <w:rPr>
                <w:rFonts w:ascii="宋体" w:hAnsi="宋体" w:eastAsia="宋体"/>
                <w:b w:val="0"/>
                <w:sz w:val="18"/>
              </w:rPr>
              <w:t>预设2：正方体有8个顶点，有6个面，每个面都是正方形，每个面面积都相等；它有12条棱，每条棱长度都相等。</w:t>
            </w:r>
          </w:p>
          <w:p>
            <w:pPr>
              <w:spacing w:after="20" w:line="276" w:lineRule="auto"/>
            </w:pPr>
            <w:r>
              <w:rPr>
                <w:rFonts w:ascii="宋体" w:hAnsi="宋体" w:eastAsia="宋体"/>
                <w:b w:val="0"/>
                <w:sz w:val="18"/>
              </w:rPr>
              <w:t>学生讨论后汇报，课件出示表格内容，并在黑板上板书：</w:t>
            </w:r>
          </w:p>
          <w:p>
            <w:pPr>
              <w:spacing w:after="20" w:line="276" w:lineRule="auto"/>
            </w:pPr>
            <w:r>
              <w:rPr>
                <w:rFonts w:ascii="宋体" w:hAnsi="宋体" w:eastAsia="宋体"/>
                <w:b w:val="0"/>
                <w:sz w:val="18"/>
              </w:rPr>
              <w:t>学生都会猜“长方体”。</w:t>
            </w:r>
          </w:p>
          <w:p>
            <w:pPr>
              <w:spacing w:after="20" w:line="276" w:lineRule="auto"/>
            </w:pPr>
            <w:r>
              <w:rPr>
                <w:rFonts w:ascii="宋体" w:hAnsi="宋体" w:eastAsia="宋体"/>
                <w:b w:val="0"/>
                <w:sz w:val="18"/>
              </w:rPr>
              <w:t>学生汇报，可以让学生拿着学具一边指一边说。</w:t>
            </w:r>
          </w:p>
          <w:p>
            <w:pPr>
              <w:spacing w:after="20" w:line="276" w:lineRule="auto"/>
            </w:pPr>
            <w:r>
              <w:rPr>
                <w:rFonts w:ascii="宋体" w:hAnsi="宋体" w:eastAsia="宋体"/>
                <w:b w:val="0"/>
                <w:sz w:val="18"/>
              </w:rPr>
              <w:t>预设1：圆柱有两个底面，是相同的两个圆，有一个侧面，是个曲面，沿高展开一般是个长方形(当底面周长和高相等时是正方形)；圆柱有无数条高，每条高长度都相等。</w:t>
            </w:r>
          </w:p>
          <w:p>
            <w:pPr>
              <w:spacing w:after="20" w:line="276" w:lineRule="auto"/>
            </w:pPr>
            <w:r>
              <w:rPr>
                <w:rFonts w:ascii="宋体" w:hAnsi="宋体" w:eastAsia="宋体"/>
                <w:b w:val="0"/>
                <w:sz w:val="18"/>
              </w:rPr>
              <w:t>预设2：圆锥有一个顶点，有一个底面，底面是个圆形；它有</w:t>
            </w:r>
          </w:p>
          <w:p>
            <w:pPr>
              <w:spacing w:after="20" w:line="276" w:lineRule="auto"/>
            </w:pPr>
            <w:r>
              <w:rPr>
                <w:rFonts w:ascii="宋体" w:hAnsi="宋体" w:eastAsia="宋体"/>
                <w:b w:val="0"/>
                <w:sz w:val="18"/>
              </w:rPr>
              <w:t>学生汇报，再出示课件。</w:t>
            </w:r>
          </w:p>
          <w:p>
            <w:pPr>
              <w:spacing w:after="20" w:line="276" w:lineRule="auto"/>
            </w:pPr>
            <w:r>
              <w:rPr>
                <w:rFonts w:ascii="宋体" w:hAnsi="宋体" w:eastAsia="宋体"/>
                <w:b w:val="0"/>
                <w:sz w:val="18"/>
              </w:rPr>
              <w:t>引导学生说出：以互相垂直的一组边中的其中一条边为轴旋转，则这条边就是立体图形的高，另一条边就是这个立体图形的底面半径。</w:t>
            </w:r>
          </w:p>
          <w:p>
            <w:pPr>
              <w:spacing w:after="20" w:line="276" w:lineRule="auto"/>
            </w:pPr>
            <w:r>
              <w:rPr>
                <w:rFonts w:ascii="宋体" w:hAnsi="宋体" w:eastAsia="宋体"/>
                <w:b w:val="0"/>
                <w:sz w:val="18"/>
              </w:rPr>
              <w:t>学生在组内交流后汇报，根据汇报课件出示表格。</w:t>
            </w:r>
          </w:p>
        </w:tc>
        <w:tc>
          <w:tcPr>
            <w:tcW w:type="dxa" w:w="1814"/>
          </w:tcPr>
          <w:p>
            <w:pPr>
              <w:spacing w:after="20" w:line="276" w:lineRule="auto"/>
            </w:pPr>
            <w:r/>
            <w:r>
              <w:rPr>
                <w:rFonts w:ascii="宋体" w:hAnsi="宋体" w:eastAsia="宋体"/>
                <w:b w:val="0"/>
                <w:sz w:val="18"/>
              </w:rPr>
              <w:t>借助一个反例巩固长方体的特征，理解数学学科的严谨性，培养学生科学的学习态度。</w:t>
            </w:r>
          </w:p>
          <w:p>
            <w:pPr>
              <w:spacing w:after="20" w:line="276" w:lineRule="auto"/>
            </w:pPr>
            <w:r>
              <w:rPr>
                <w:rFonts w:ascii="宋体" w:hAnsi="宋体" w:eastAsia="宋体"/>
                <w:b w:val="0"/>
                <w:sz w:val="18"/>
              </w:rPr>
              <w:t>沟通立体图形与平面图形之间的联系，帮助学生形成几何形体的表象，建立空间观念，进一步掌握这些图形的特征。</w:t>
            </w:r>
          </w:p>
        </w:tc>
      </w:tr>
      <w:tr>
        <w:tc>
          <w:tcPr>
            <w:tcW w:type="dxa" w:w="1474"/>
          </w:tcPr>
          <w:p>
            <w:pPr>
              <w:spacing w:after="20" w:line="276" w:lineRule="auto"/>
            </w:pPr>
            <w:r>
              <w:rPr>
                <w:b/>
              </w:rPr>
            </w:r>
            <w:r>
              <w:rPr>
                <w:rFonts w:ascii="宋体" w:hAnsi="宋体" w:eastAsia="宋体"/>
                <w:b/>
                <w:sz w:val="18"/>
              </w:rPr>
              <w:t>三、复习立体图形的三视图</w:t>
            </w:r>
          </w:p>
        </w:tc>
        <w:tc>
          <w:tcPr>
            <w:tcW w:type="dxa" w:w="3061"/>
          </w:tcPr>
          <w:p>
            <w:pPr>
              <w:spacing w:after="20" w:line="276" w:lineRule="auto"/>
            </w:pPr>
            <w:r/>
            <w:r>
              <w:rPr>
                <w:rFonts w:ascii="宋体" w:hAnsi="宋体" w:eastAsia="宋体"/>
                <w:b w:val="0"/>
                <w:sz w:val="18"/>
              </w:rPr>
              <w:t>1.课件出示教科书P87“做一做”第2题。</w:t>
            </w:r>
          </w:p>
          <w:p>
            <w:pPr>
              <w:spacing w:after="20" w:line="276" w:lineRule="auto"/>
            </w:pPr>
            <w:r>
              <w:rPr>
                <w:rFonts w:ascii="宋体" w:hAnsi="宋体" w:eastAsia="宋体"/>
                <w:b w:val="0"/>
                <w:sz w:val="18"/>
              </w:rPr>
              <w:t>2.完成教科书P89“练习十八”第8题。</w:t>
            </w:r>
          </w:p>
        </w:tc>
        <w:tc>
          <w:tcPr>
            <w:tcW w:type="dxa" w:w="3061"/>
          </w:tcPr>
          <w:p>
            <w:pPr>
              <w:spacing w:after="20" w:line="276" w:lineRule="auto"/>
            </w:pPr>
            <w:r/>
            <w:r>
              <w:rPr>
                <w:rFonts w:ascii="宋体" w:hAnsi="宋体" w:eastAsia="宋体"/>
                <w:b w:val="0"/>
                <w:sz w:val="18"/>
              </w:rPr>
              <w:t>学生独立完成后，在小组内订正。</w:t>
            </w:r>
          </w:p>
          <w:p>
            <w:pPr>
              <w:spacing w:after="20" w:line="276" w:lineRule="auto"/>
            </w:pPr>
            <w:r>
              <w:rPr>
                <w:rFonts w:ascii="宋体" w:hAnsi="宋体" w:eastAsia="宋体"/>
                <w:b w:val="0"/>
                <w:sz w:val="18"/>
              </w:rPr>
              <w:t>学生完成这道题比较轻松，想象后画出从不同方向看到的立体图形的形状图，并能表达自己的想法。教师可以用直观教具搭成立体图形，然后让学生从不同方向观察，对想象的结果加以验证。</w:t>
            </w:r>
          </w:p>
          <w:p>
            <w:pPr>
              <w:spacing w:after="20" w:line="276" w:lineRule="auto"/>
            </w:pPr>
            <w:r>
              <w:rPr>
                <w:rFonts w:ascii="宋体" w:hAnsi="宋体" w:eastAsia="宋体"/>
                <w:b w:val="0"/>
                <w:sz w:val="18"/>
              </w:rPr>
              <w:t>学生独立完成后集体交流。</w:t>
            </w:r>
          </w:p>
          <w:p>
            <w:pPr>
              <w:spacing w:after="20" w:line="276" w:lineRule="auto"/>
            </w:pPr>
            <w:r>
              <w:rPr>
                <w:rFonts w:ascii="宋体" w:hAnsi="宋体" w:eastAsia="宋体"/>
                <w:b w:val="0"/>
                <w:sz w:val="18"/>
              </w:rPr>
              <w:t>学生经过讨论、判断，完成这道题并不难。学生可能对第二幅图有争议，认为从下面看也可以，要引导学生发现圆锥从下面看就看不到圆锥的顶点，所以第二幅图是从上面看到的。</w:t>
            </w:r>
          </w:p>
        </w:tc>
        <w:tc>
          <w:tcPr>
            <w:tcW w:type="dxa" w:w="1814"/>
          </w:tcPr>
          <w:p>
            <w:pPr>
              <w:spacing w:after="20" w:line="276" w:lineRule="auto"/>
            </w:pPr>
            <w:r/>
            <w:r>
              <w:rPr>
                <w:rFonts w:ascii="宋体" w:hAnsi="宋体" w:eastAsia="宋体"/>
                <w:b w:val="0"/>
                <w:sz w:val="18"/>
              </w:rPr>
              <w:t>通过练习，复习从不同方向观察物体的知识，发展空间观念。</w:t>
            </w:r>
          </w:p>
        </w:tc>
      </w:tr>
      <w:tr>
        <w:tc>
          <w:tcPr>
            <w:tcW w:type="dxa" w:w="1474"/>
          </w:tcPr>
          <w:p>
            <w:pPr>
              <w:spacing w:after="20" w:line="276" w:lineRule="auto"/>
            </w:pPr>
            <w:r>
              <w:rPr>
                <w:b/>
              </w:rPr>
            </w:r>
            <w:r>
              <w:rPr>
                <w:rFonts w:ascii="宋体" w:hAnsi="宋体" w:eastAsia="宋体"/>
                <w:b/>
                <w:sz w:val="18"/>
              </w:rPr>
              <w:t>四、练习巩固，提升思维</w:t>
            </w:r>
          </w:p>
        </w:tc>
        <w:tc>
          <w:tcPr>
            <w:tcW w:type="dxa" w:w="3061"/>
          </w:tcPr>
          <w:p>
            <w:pPr>
              <w:spacing w:after="20" w:line="276" w:lineRule="auto"/>
            </w:pPr>
            <w:r/>
            <w:r>
              <w:rPr>
                <w:rFonts w:ascii="宋体" w:hAnsi="宋体" w:eastAsia="宋体"/>
                <w:b w:val="0"/>
                <w:sz w:val="18"/>
              </w:rPr>
              <w:t>1.完成教科书P90“练习十八”第12题。</w:t>
            </w:r>
          </w:p>
          <w:p>
            <w:pPr>
              <w:spacing w:after="20" w:line="276" w:lineRule="auto"/>
            </w:pPr>
            <w:r>
              <w:rPr>
                <w:rFonts w:ascii="宋体" w:hAnsi="宋体" w:eastAsia="宋体"/>
                <w:b w:val="0"/>
                <w:sz w:val="18"/>
              </w:rPr>
              <w:t>2.课件出示教科书P90“练习十八”第14题。</w:t>
            </w:r>
          </w:p>
        </w:tc>
        <w:tc>
          <w:tcPr>
            <w:tcW w:type="dxa" w:w="3061"/>
          </w:tcPr>
          <w:p>
            <w:pPr>
              <w:spacing w:after="20" w:line="276" w:lineRule="auto"/>
            </w:pPr>
            <w:r/>
            <w:r>
              <w:rPr>
                <w:rFonts w:ascii="宋体" w:hAnsi="宋体" w:eastAsia="宋体"/>
                <w:b w:val="0"/>
                <w:sz w:val="18"/>
              </w:rPr>
              <w:t>学生在小组内交流，动手摆一摆。</w:t>
            </w:r>
          </w:p>
          <w:p>
            <w:pPr>
              <w:spacing w:after="20" w:line="276" w:lineRule="auto"/>
            </w:pPr>
            <w:r>
              <w:rPr>
                <w:rFonts w:ascii="宋体" w:hAnsi="宋体" w:eastAsia="宋体"/>
                <w:b w:val="0"/>
                <w:sz w:val="18"/>
              </w:rPr>
              <w:t>学生通过摆一摆，发现这堆货物可能是10箱，也可能是9箱。</w:t>
            </w:r>
          </w:p>
          <w:p>
            <w:pPr>
              <w:spacing w:after="20" w:line="276" w:lineRule="auto"/>
            </w:pPr>
            <w:r>
              <w:rPr>
                <w:rFonts w:ascii="宋体" w:hAnsi="宋体" w:eastAsia="宋体"/>
                <w:b w:val="0"/>
                <w:sz w:val="18"/>
              </w:rPr>
              <w:t>学生独立完成，教师巡视指导，再汇报交流。</w:t>
            </w:r>
          </w:p>
          <w:p>
            <w:pPr>
              <w:spacing w:after="20" w:line="276" w:lineRule="auto"/>
            </w:pPr>
            <w:r>
              <w:rPr>
                <w:rFonts w:ascii="宋体" w:hAnsi="宋体" w:eastAsia="宋体"/>
                <w:b w:val="0"/>
                <w:sz w:val="18"/>
              </w:rPr>
              <w:t>指导学生用学具摆一摆、看一看、想一想、数一数，借助模型直观解答。</w:t>
            </w:r>
          </w:p>
        </w:tc>
        <w:tc>
          <w:tcPr>
            <w:tcW w:type="dxa" w:w="1814"/>
          </w:tcPr>
          <w:p>
            <w:pPr>
              <w:spacing w:after="20" w:line="276" w:lineRule="auto"/>
            </w:pPr>
            <w:r/>
            <w:r>
              <w:rPr>
                <w:rFonts w:ascii="宋体" w:hAnsi="宋体" w:eastAsia="宋体"/>
                <w:b w:val="0"/>
                <w:sz w:val="18"/>
              </w:rPr>
              <w:t>在解决问题的过程中，加强操作，用摆一摆、数一数等方法直观解决问题，培养学生的空间观念。</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师：通过本节课的复习，你们有哪些收获呢？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引导学生回顾梳理本课所学，完善认知结构，提升归纳与反思能力，核心问题："通过本节课的复习，你们有哪些收获呢？"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1（1）用一根长72 cm的铁丝正好做成一个正方体框架，正方体的棱长是（ ）cm；用同样长的一根铁丝正好做成一个长方体框架，长方体长7 cm，宽6 cm，高（ ）cm。 （3）把右面三角形绕一条直角边所在的直线旋转一周，得到一个圆锥，这个圆锥的高是（ ）cm，底面积是（ ）cm2。 2“谁言寸草心，报得三春晖。”妈妈生日前夕，兰兰为妈妈准备了一份生日礼物，用下面的礼盒包装，再用彩带捆扎，如图所示。接头处长32 cm，包装礼盒至少用了多少厘米彩带？ 参考答案 1.（1）6 5 （2）5 7 （3）6 200.96（或8 113.04） 2. 24×2＋20×4＋13×6＋32＝238（cm）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中，主要以表格的形式让学生梳理相关知识，通过观察、交流，将立体图形的知识连贯起来，加强了知识间的相互联系。同时，在比较、辨析中完善了学生的认知结构，发展了空间观念。本 【教学笔记】 【教学提示】 先让学生想一想、猜一猜，如果遇到困难，可以通过摆一摆的方式解决问题，也可以通过摆一摆来验证自己的猜想。 课的亮点是充分利用小组合作探究的形式，让学生通过合作探究互相学习，取长补短，得到提高。</w:t>
      </w:r>
    </w:p>
    <w:p>
      <w:r>
        <w:br w:type="page"/>
      </w:r>
    </w:p>
    <w:p>
      <w:pPr>
        <w:spacing w:after="80" w:line="300" w:lineRule="auto"/>
      </w:pPr>
      <w:r>
        <w:rPr>
          <w:rFonts w:ascii="黑体" w:hAnsi="黑体" w:eastAsia="黑体"/>
          <w:b/>
          <w:sz w:val="24"/>
        </w:rPr>
        <w:t>二、课时教学方案（第14课时）</w:t>
      </w:r>
    </w:p>
    <w:p>
      <w:pPr>
        <w:spacing w:after="80" w:line="300" w:lineRule="auto"/>
      </w:pPr>
      <w:r>
        <w:rPr>
          <w:rFonts w:ascii="黑体" w:hAnsi="黑体" w:eastAsia="黑体"/>
          <w:b/>
          <w:sz w:val="24"/>
        </w:rPr>
        <w:t>第14课时　有趣的平衡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第14课时　有趣的平衡</w:t>
            </w:r>
          </w:p>
        </w:tc>
        <w:tc>
          <w:tcPr>
            <w:tcW w:type="dxa" w:w="6009"/>
          </w:tcPr>
          <w:p>
            <w:pPr>
              <w:spacing w:after="20" w:line="276" w:lineRule="auto"/>
            </w:pPr>
            <w:r/>
            <w:r>
              <w:rPr>
                <w:rFonts w:ascii="宋体" w:hAnsi="宋体" w:eastAsia="宋体"/>
                <w:b w:val="0"/>
                <w:sz w:val="20"/>
              </w:rPr>
              <w:t>第6单元 整理和复习（综合与实践）</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教学准备：课件，简单杠杆、棋子、塑料袋等实验工具，小组活动记录单。</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（1）通过实验，让学生发现“左边刻度数×左边棋子数＝右边刻度数×右边棋子数”这一规律，并认识到当某一边乘积一定时，另一边的棋子数和刻度数成反比例关系，加深对比例的理解。</w:t>
      </w:r>
    </w:p>
    <w:p>
      <w:pPr>
        <w:spacing w:after="20" w:line="300" w:lineRule="auto"/>
        <w:ind w:firstLine="400"/>
      </w:pPr>
      <w:r>
        <w:rPr>
          <w:rFonts w:ascii="宋体" w:hAnsi="宋体" w:eastAsia="宋体"/>
          <w:b w:val="0"/>
          <w:sz w:val="20"/>
        </w:rPr>
        <w:t>（2）在活动过程中，学生主动参与、积极探究，获得杠杆平衡的条件和知识，认识水平、实践能力和归纳概括能力得到进一步的提高。</w:t>
      </w:r>
    </w:p>
    <w:p>
      <w:pPr>
        <w:spacing w:after="20" w:line="300" w:lineRule="auto"/>
        <w:ind w:firstLine="400"/>
      </w:pPr>
      <w:r>
        <w:rPr>
          <w:rFonts w:ascii="宋体" w:hAnsi="宋体" w:eastAsia="宋体"/>
          <w:b w:val="0"/>
          <w:sz w:val="20"/>
        </w:rPr>
        <w:t>（3）体会知识之间存在着的变化与联系，激发学生学习数学的兴趣。</w:t>
      </w:r>
    </w:p>
    <w:p>
      <w:pPr>
        <w:spacing w:after="20" w:line="300" w:lineRule="auto"/>
      </w:pPr>
      <w:r>
        <w:rPr>
          <w:rFonts w:ascii="宋体" w:hAnsi="宋体" w:eastAsia="宋体"/>
          <w:b w:val="0"/>
          <w:sz w:val="20"/>
        </w:rPr>
        <w:t>教学重点：发现“左边刻度数×左边棋子数=右边刻度数×右边棋子数”的规律。</w:t>
      </w:r>
    </w:p>
    <w:p>
      <w:pPr>
        <w:spacing w:after="20" w:line="300" w:lineRule="auto"/>
      </w:pPr>
      <w:r>
        <w:rPr>
          <w:rFonts w:ascii="宋体" w:hAnsi="宋体" w:eastAsia="宋体"/>
          <w:b w:val="0"/>
          <w:sz w:val="20"/>
        </w:rPr>
        <w:t>教学难点：体会“杠杆原理”，加深对反比例关系的理解。</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一、检查活动前的准备</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二、结合情境，感受有趣的平衡的要素</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同学们，这些图片都反映了一种什么样的现象？；怎样做，才能使跷跷板平衡？</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三、自主探索，发现有趣的平衡的规律</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刚才我们发现在相同的刻度处左右两边放相同数量的棋子，竹竿就能平衡。那么我们还可能遇到什么问题呢？；先不做实验，猜想一下在刻度2上呢？</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四、应用规律,体会有趣平衡中的反比例关系</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如果左边在刻度4上放3个棋子并保持不变，右边分别在各个刻度上放几个棋子才能保证平衡呢？</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五、知识应用，感悟生活中的“杠杆原理”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六、课堂小结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一、检查活动前的准备</w:t>
            </w:r>
          </w:p>
        </w:tc>
        <w:tc>
          <w:tcPr>
            <w:tcW w:type="dxa" w:w="3061"/>
          </w:tcPr>
          <w:p>
            <w:pPr>
              <w:spacing w:after="20" w:line="276" w:lineRule="auto"/>
            </w:pPr>
            <w:r/>
            <w:r>
              <w:rPr>
                <w:rFonts w:ascii="宋体" w:hAnsi="宋体" w:eastAsia="宋体"/>
                <w:b w:val="0"/>
                <w:sz w:val="18"/>
              </w:rPr>
              <w:t>检查课前布置的制作工具(简单杠杆)的作业。</w:t>
            </w:r>
          </w:p>
        </w:tc>
        <w:tc>
          <w:tcPr>
            <w:tcW w:type="dxa" w:w="3061"/>
          </w:tcPr>
          <w:p>
            <w:pPr>
              <w:spacing w:after="20" w:line="276" w:lineRule="auto"/>
            </w:pPr>
            <w:r/>
            <w:r>
              <w:rPr>
                <w:rFonts w:ascii="宋体" w:hAnsi="宋体" w:eastAsia="宋体"/>
                <w:b w:val="0"/>
                <w:sz w:val="18"/>
              </w:rPr>
              <w:t>学生对照制作要求，自查和同组互相检查。课件出示制作要求。</w:t>
            </w:r>
          </w:p>
        </w:tc>
        <w:tc>
          <w:tcPr>
            <w:tcW w:type="dxa" w:w="1814"/>
          </w:tcPr>
          <w:p>
            <w:pPr>
              <w:spacing w:after="20" w:line="276" w:lineRule="auto"/>
            </w:pPr>
            <w:r/>
            <w:r>
              <w:rPr>
                <w:rFonts w:ascii="宋体" w:hAnsi="宋体" w:eastAsia="宋体"/>
                <w:b w:val="0"/>
                <w:sz w:val="18"/>
              </w:rPr>
              <w:t>培养学生勤动手的习惯，同时在自查和互查的过程中引发一些数学思考，为后面的活动探究奠定基础。</w:t>
            </w:r>
          </w:p>
        </w:tc>
      </w:tr>
      <w:tr>
        <w:tc>
          <w:tcPr>
            <w:tcW w:type="dxa" w:w="1474"/>
          </w:tcPr>
          <w:p>
            <w:pPr>
              <w:spacing w:after="20" w:line="276" w:lineRule="auto"/>
            </w:pPr>
            <w:r>
              <w:rPr>
                <w:b/>
              </w:rPr>
            </w:r>
            <w:r>
              <w:rPr>
                <w:rFonts w:ascii="宋体" w:hAnsi="宋体" w:eastAsia="宋体"/>
                <w:b/>
                <w:sz w:val="18"/>
              </w:rPr>
              <w:t>二、结合情境，感受有趣的平衡的要素</w:t>
            </w:r>
          </w:p>
        </w:tc>
        <w:tc>
          <w:tcPr>
            <w:tcW w:type="dxa" w:w="3061"/>
          </w:tcPr>
          <w:p>
            <w:pPr>
              <w:spacing w:after="20" w:line="276" w:lineRule="auto"/>
            </w:pPr>
            <w:r/>
            <w:r>
              <w:rPr>
                <w:rFonts w:ascii="宋体" w:hAnsi="宋体" w:eastAsia="宋体"/>
                <w:b w:val="0"/>
                <w:sz w:val="18"/>
              </w:rPr>
              <w:t>1.课件出示跷跷板、天平等图片。</w:t>
            </w:r>
          </w:p>
          <w:p>
            <w:pPr>
              <w:spacing w:after="20" w:line="276" w:lineRule="auto"/>
            </w:pPr>
            <w:r>
              <w:rPr>
                <w:rFonts w:ascii="宋体" w:hAnsi="宋体" w:eastAsia="宋体"/>
                <w:b w:val="0"/>
                <w:sz w:val="18"/>
              </w:rPr>
              <w:t>师：同学们，这些图片都反映了一种什么样的现象？(平衡)这节课就让我们一起来研究这个在生活中十分普遍的现象——有趣的平衡。(板书课题：有趣的平衡)你觉得平衡和什么有关？</w:t>
            </w:r>
          </w:p>
          <w:p>
            <w:pPr>
              <w:spacing w:after="20" w:line="276" w:lineRule="auto"/>
            </w:pPr>
            <w:r>
              <w:rPr>
                <w:rFonts w:ascii="宋体" w:hAnsi="宋体" w:eastAsia="宋体"/>
                <w:b w:val="0"/>
                <w:sz w:val="18"/>
              </w:rPr>
              <w:t>2.课件展示倾斜的跷跷板。</w:t>
            </w:r>
          </w:p>
          <w:p>
            <w:pPr>
              <w:spacing w:after="20" w:line="276" w:lineRule="auto"/>
            </w:pPr>
            <w:r>
              <w:rPr>
                <w:rFonts w:ascii="宋体" w:hAnsi="宋体" w:eastAsia="宋体"/>
                <w:b w:val="0"/>
                <w:sz w:val="18"/>
              </w:rPr>
              <w:t>师：怎样做，才能使跷跷板平衡？</w:t>
            </w:r>
          </w:p>
        </w:tc>
        <w:tc>
          <w:tcPr>
            <w:tcW w:type="dxa" w:w="3061"/>
          </w:tcPr>
          <w:p>
            <w:pPr>
              <w:spacing w:after="20" w:line="276" w:lineRule="auto"/>
            </w:pPr>
            <w:r/>
            <w:r>
              <w:rPr>
                <w:rFonts w:ascii="宋体" w:hAnsi="宋体" w:eastAsia="宋体"/>
                <w:b w:val="0"/>
                <w:sz w:val="18"/>
              </w:rPr>
              <w:t>预设1：质量。(板书：质量)</w:t>
            </w:r>
          </w:p>
          <w:p>
            <w:pPr>
              <w:spacing w:after="20" w:line="276" w:lineRule="auto"/>
            </w:pPr>
            <w:r>
              <w:rPr>
                <w:rFonts w:ascii="宋体" w:hAnsi="宋体" w:eastAsia="宋体"/>
                <w:b w:val="0"/>
                <w:sz w:val="18"/>
              </w:rPr>
              <w:t>预设2：距离。(板书：距离)【教学笔记】</w:t>
            </w:r>
          </w:p>
          <w:p>
            <w:pPr>
              <w:spacing w:after="20" w:line="276" w:lineRule="auto"/>
            </w:pPr>
            <w:r>
              <w:rPr>
                <w:rFonts w:ascii="宋体" w:hAnsi="宋体" w:eastAsia="宋体"/>
                <w:b w:val="0"/>
                <w:sz w:val="18"/>
              </w:rPr>
              <w:t>预设1：轻的一端加重，重的一端减轻。(教师追问：轻的一端加重或重的一端减轻是改变了什么？引导学生说出改变了质量。)</w:t>
            </w:r>
          </w:p>
          <w:p>
            <w:pPr>
              <w:spacing w:after="20" w:line="276" w:lineRule="auto"/>
            </w:pPr>
            <w:r>
              <w:rPr>
                <w:rFonts w:ascii="宋体" w:hAnsi="宋体" w:eastAsia="宋体"/>
                <w:b w:val="0"/>
                <w:sz w:val="18"/>
              </w:rPr>
              <w:t>预设2：轻的一端物品往后移，重的一端物品往前移。(教师追问：轻的一端物品往后移或重的一端物品往前移是改变了什么？引导学生说出改变了距离。)</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创设情境激活学生已有经验，自然引出本课学习内容，激发学习兴趣，核心问题："同学们，这些图片都反映了一种什么样的现象？"</w:t>
            </w:r>
          </w:p>
        </w:tc>
      </w:tr>
      <w:tr>
        <w:tc>
          <w:tcPr>
            <w:tcW w:type="dxa" w:w="1474"/>
          </w:tcPr>
          <w:p>
            <w:pPr>
              <w:spacing w:after="20" w:line="276" w:lineRule="auto"/>
            </w:pPr>
            <w:r>
              <w:rPr>
                <w:b/>
              </w:rPr>
            </w:r>
            <w:r>
              <w:rPr>
                <w:rFonts w:ascii="宋体" w:hAnsi="宋体" w:eastAsia="宋体"/>
                <w:b/>
                <w:sz w:val="18"/>
              </w:rPr>
              <w:t>三、自主探索，发现有趣的平衡的规律</w:t>
            </w:r>
          </w:p>
        </w:tc>
        <w:tc>
          <w:tcPr>
            <w:tcW w:type="dxa" w:w="3061"/>
          </w:tcPr>
          <w:p>
            <w:pPr>
              <w:spacing w:after="20" w:line="276" w:lineRule="auto"/>
            </w:pPr>
            <w:r/>
            <w:r>
              <w:rPr>
                <w:rFonts w:ascii="宋体" w:hAnsi="宋体" w:eastAsia="宋体"/>
                <w:b w:val="0"/>
                <w:sz w:val="18"/>
              </w:rPr>
              <w:t>1.探索特殊条件下(相同的刻度处左右两边放相同数量的棋子)竹竿保持平衡的规律。</w:t>
            </w:r>
          </w:p>
          <w:p>
            <w:pPr>
              <w:spacing w:after="20" w:line="276" w:lineRule="auto"/>
            </w:pPr>
            <w:r>
              <w:rPr>
                <w:rFonts w:ascii="宋体" w:hAnsi="宋体" w:eastAsia="宋体"/>
                <w:b w:val="0"/>
                <w:sz w:val="18"/>
              </w:rPr>
              <w:t>师：请每个小组准备好竹竿、棋子、塑料袋等实验工具，围绕以下问题，小组合作，动手实验。（课件出示）</w:t>
            </w:r>
          </w:p>
          <w:p>
            <w:pPr>
              <w:spacing w:after="20" w:line="276" w:lineRule="auto"/>
            </w:pPr>
            <w:r>
              <w:rPr>
                <w:rFonts w:ascii="宋体" w:hAnsi="宋体" w:eastAsia="宋体"/>
                <w:b w:val="0"/>
                <w:sz w:val="18"/>
              </w:rPr>
              <w:t>通过生活中的平衡现象，先让学生猜想影响平衡的一些要素，再通过具体的模拟演示来证明和感悟，同时也为后续的活动操作做好铺垫。</w:t>
            </w:r>
          </w:p>
          <w:p>
            <w:pPr>
              <w:spacing w:after="20" w:line="276" w:lineRule="auto"/>
            </w:pPr>
            <w:r>
              <w:rPr>
                <w:rFonts w:ascii="宋体" w:hAnsi="宋体" w:eastAsia="宋体"/>
                <w:b w:val="0"/>
                <w:sz w:val="18"/>
              </w:rPr>
              <w:t>在活动中，当学生表达自己的想法时，需要让学生演示给其他学生看，来证明自己的想法。教师可以适时指导。</w:t>
            </w:r>
          </w:p>
          <w:p>
            <w:pPr>
              <w:spacing w:after="20" w:line="276" w:lineRule="auto"/>
            </w:pPr>
            <w:r>
              <w:rPr>
                <w:rFonts w:ascii="宋体" w:hAnsi="宋体" w:eastAsia="宋体"/>
                <w:b w:val="0"/>
                <w:sz w:val="18"/>
              </w:rPr>
              <w:t>师小结：要保证竹竿平衡，左右两边棋子的个数相同，并且所挂位置到中点的刻度(距离)要相等。</w:t>
            </w:r>
          </w:p>
          <w:p>
            <w:pPr>
              <w:spacing w:after="20" w:line="276" w:lineRule="auto"/>
            </w:pPr>
            <w:r>
              <w:rPr>
                <w:rFonts w:ascii="宋体" w:hAnsi="宋体" w:eastAsia="宋体"/>
                <w:b w:val="0"/>
                <w:sz w:val="18"/>
              </w:rPr>
              <w:t>2.探索在一般条件下竹竿保持平衡的规律。</w:t>
            </w:r>
          </w:p>
          <w:p>
            <w:pPr>
              <w:spacing w:after="20" w:line="276" w:lineRule="auto"/>
            </w:pPr>
            <w:r>
              <w:rPr>
                <w:rFonts w:ascii="宋体" w:hAnsi="宋体" w:eastAsia="宋体"/>
                <w:b w:val="0"/>
                <w:sz w:val="18"/>
              </w:rPr>
              <w:t>师：刚才我们发现在相同的刻度处左右两边放相同数量的棋子，竹竿就能平衡。那么我们还可能遇到什么问题呢？（出示课件）</w:t>
            </w:r>
          </w:p>
          <w:p>
            <w:pPr>
              <w:spacing w:after="20" w:line="276" w:lineRule="auto"/>
            </w:pPr>
            <w:r>
              <w:rPr>
                <w:rFonts w:ascii="宋体" w:hAnsi="宋体" w:eastAsia="宋体"/>
                <w:b w:val="0"/>
                <w:sz w:val="18"/>
              </w:rPr>
              <w:t>师：我们先来研究前面两个问题。（课件出示表格）</w:t>
            </w:r>
          </w:p>
          <w:p>
            <w:pPr>
              <w:spacing w:after="20" w:line="276" w:lineRule="auto"/>
            </w:pPr>
            <w:r>
              <w:rPr>
                <w:rFonts w:ascii="宋体" w:hAnsi="宋体" w:eastAsia="宋体"/>
                <w:b w:val="0"/>
                <w:sz w:val="18"/>
              </w:rPr>
              <w:t>师：先不做实验，猜想一下在刻度2上呢？</w:t>
            </w:r>
          </w:p>
          <w:p>
            <w:pPr>
              <w:spacing w:after="20" w:line="276" w:lineRule="auto"/>
            </w:pPr>
            <w:r>
              <w:rPr>
                <w:rFonts w:ascii="宋体" w:hAnsi="宋体" w:eastAsia="宋体"/>
                <w:b w:val="0"/>
                <w:sz w:val="18"/>
              </w:rPr>
              <w:t>师：我们的猜测正确吗？动手实验一下。(学生实验后汇报这个结论是正确的。)你有什么发现？</w:t>
            </w:r>
          </w:p>
          <w:p>
            <w:pPr>
              <w:spacing w:after="20" w:line="276" w:lineRule="auto"/>
            </w:pPr>
            <w:r>
              <w:rPr>
                <w:rFonts w:ascii="宋体" w:hAnsi="宋体" w:eastAsia="宋体"/>
                <w:b w:val="0"/>
                <w:sz w:val="18"/>
              </w:rPr>
              <w:t>3.师生概括规律。</w:t>
            </w:r>
          </w:p>
          <w:p>
            <w:pPr>
              <w:spacing w:after="20" w:line="276" w:lineRule="auto"/>
            </w:pPr>
            <w:r>
              <w:rPr>
                <w:rFonts w:ascii="宋体" w:hAnsi="宋体" w:eastAsia="宋体"/>
                <w:b w:val="0"/>
                <w:sz w:val="18"/>
              </w:rPr>
              <w:t>师：要想使竹竿平衡，必须使“左边刻度数×左边棋子数=右边刻度数×右边棋子数”。(板书：左边刻度数×左边棋子数=右边刻度数×右边棋子数)同学们发现的规律实际上就是科学学科以及初中物理学中的“杠杆原理”，拴绳子的那个点就是支点。</w:t>
            </w:r>
          </w:p>
        </w:tc>
        <w:tc>
          <w:tcPr>
            <w:tcW w:type="dxa" w:w="3061"/>
          </w:tcPr>
          <w:p>
            <w:pPr>
              <w:spacing w:after="20" w:line="276" w:lineRule="auto"/>
            </w:pPr>
            <w:r/>
            <w:r>
              <w:rPr>
                <w:rFonts w:ascii="宋体" w:hAnsi="宋体" w:eastAsia="宋体"/>
                <w:b w:val="0"/>
                <w:sz w:val="18"/>
              </w:rPr>
              <w:t>小组汇报。</w:t>
            </w:r>
          </w:p>
          <w:p>
            <w:pPr>
              <w:spacing w:after="20" w:line="276" w:lineRule="auto"/>
            </w:pPr>
            <w:r>
              <w:rPr>
                <w:rFonts w:ascii="宋体" w:hAnsi="宋体" w:eastAsia="宋体"/>
                <w:b w:val="0"/>
                <w:sz w:val="18"/>
              </w:rPr>
              <w:t>学生在小组内合作实验后交流，教师巡视指导。</w:t>
            </w:r>
          </w:p>
          <w:p>
            <w:pPr>
              <w:spacing w:after="20" w:line="276" w:lineRule="auto"/>
            </w:pPr>
            <w:r>
              <w:rPr>
                <w:rFonts w:ascii="宋体" w:hAnsi="宋体" w:eastAsia="宋体"/>
                <w:b w:val="0"/>
                <w:sz w:val="18"/>
              </w:rPr>
              <w:t>学生汇报：</w:t>
            </w:r>
          </w:p>
          <w:p>
            <w:pPr>
              <w:spacing w:after="20" w:line="276" w:lineRule="auto"/>
            </w:pPr>
            <w:r>
              <w:rPr>
                <w:rFonts w:ascii="宋体" w:hAnsi="宋体" w:eastAsia="宋体"/>
                <w:b w:val="0"/>
                <w:sz w:val="18"/>
              </w:rPr>
              <w:t>预设1：如果左边的塑料袋在刻度3上,放4个棋子，右边的塑料袋在刻度4上，放3个才能平衡。</w:t>
            </w:r>
          </w:p>
          <w:p>
            <w:pPr>
              <w:spacing w:after="20" w:line="276" w:lineRule="auto"/>
            </w:pPr>
            <w:r>
              <w:rPr>
                <w:rFonts w:ascii="宋体" w:hAnsi="宋体" w:eastAsia="宋体"/>
                <w:b w:val="0"/>
                <w:sz w:val="18"/>
              </w:rPr>
              <w:t>预设2：如果左边塑料袋在刻度6上放1个棋子,右边的塑料袋在刻度3上放2个才能平衡。</w:t>
            </w:r>
          </w:p>
          <w:p>
            <w:pPr>
              <w:spacing w:after="20" w:line="276" w:lineRule="auto"/>
            </w:pPr>
            <w:r>
              <w:rPr>
                <w:rFonts w:ascii="宋体" w:hAnsi="宋体" w:eastAsia="宋体"/>
                <w:b w:val="0"/>
                <w:sz w:val="18"/>
              </w:rPr>
              <w:t>学生可能会说如果左边塑料袋在刻度6上放1个棋子,右边的塑料袋在刻度2上就放3个棋子。</w:t>
            </w:r>
          </w:p>
          <w:p>
            <w:pPr>
              <w:spacing w:after="20" w:line="276" w:lineRule="auto"/>
            </w:pPr>
            <w:r>
              <w:rPr>
                <w:rFonts w:ascii="宋体" w:hAnsi="宋体" w:eastAsia="宋体"/>
                <w:b w:val="0"/>
                <w:sz w:val="18"/>
              </w:rPr>
              <w:t>引导学生发现左右两边刻度数和所放棋子数的积相等时，竹竿才能保持平衡。</w:t>
            </w:r>
          </w:p>
        </w:tc>
        <w:tc>
          <w:tcPr>
            <w:tcW w:type="dxa" w:w="1814"/>
          </w:tcPr>
          <w:p>
            <w:pPr>
              <w:spacing w:after="20" w:line="276" w:lineRule="auto"/>
            </w:pPr>
            <w:r/>
            <w:r>
              <w:rPr>
                <w:rFonts w:ascii="宋体" w:hAnsi="宋体" w:eastAsia="宋体"/>
                <w:b w:val="0"/>
                <w:sz w:val="18"/>
              </w:rPr>
              <w:t>学生可能会说：在相同的刻度处左右两边放相同数量的棋子，竹竿就能平衡。例如左边放3个棋子，右边也放3个棋子，而且棋子挂在竹竿左右两边的刻度要相同，竹竿就能平衡。</w:t>
            </w:r>
          </w:p>
          <w:p>
            <w:pPr>
              <w:spacing w:after="20" w:line="276" w:lineRule="auto"/>
            </w:pPr>
            <w:r>
              <w:rPr>
                <w:rFonts w:ascii="宋体" w:hAnsi="宋体" w:eastAsia="宋体"/>
                <w:b w:val="0"/>
                <w:sz w:val="18"/>
              </w:rPr>
              <w:t>在活动时,教师以问题引领，通过具体的演示实践，让学生真正感知特殊条件下(相同的刻度处左右两边放相同数量的棋子)竹竿保持平衡的规律，在经历中积累研究的方法和经验。</w:t>
            </w:r>
          </w:p>
        </w:tc>
      </w:tr>
      <w:tr>
        <w:tc>
          <w:tcPr>
            <w:tcW w:type="dxa" w:w="1474"/>
          </w:tcPr>
          <w:p>
            <w:pPr>
              <w:spacing w:after="20" w:line="276" w:lineRule="auto"/>
            </w:pPr>
            <w:r>
              <w:rPr>
                <w:b/>
              </w:rPr>
            </w:r>
            <w:r>
              <w:rPr>
                <w:rFonts w:ascii="宋体" w:hAnsi="宋体" w:eastAsia="宋体"/>
                <w:b/>
                <w:sz w:val="18"/>
              </w:rPr>
              <w:t>四、应用规律,体会有趣平衡中的反比例关系</w:t>
            </w:r>
          </w:p>
        </w:tc>
        <w:tc>
          <w:tcPr>
            <w:tcW w:type="dxa" w:w="3061"/>
          </w:tcPr>
          <w:p>
            <w:pPr>
              <w:spacing w:after="20" w:line="276" w:lineRule="auto"/>
            </w:pPr>
            <w:r/>
            <w:r>
              <w:rPr>
                <w:rFonts w:ascii="宋体" w:hAnsi="宋体" w:eastAsia="宋体"/>
                <w:b w:val="0"/>
                <w:sz w:val="18"/>
              </w:rPr>
              <w:t>师：如果左边在刻度4上放3个棋子并保持不变，右边分别在各个刻度上放几个棋子才能保证平衡呢？（课件出示表格）</w:t>
            </w:r>
          </w:p>
          <w:p>
            <w:pPr>
              <w:spacing w:after="20" w:line="276" w:lineRule="auto"/>
            </w:pPr>
            <w:r>
              <w:rPr>
                <w:rFonts w:ascii="宋体" w:hAnsi="宋体" w:eastAsia="宋体"/>
                <w:b w:val="0"/>
                <w:sz w:val="18"/>
              </w:rPr>
              <w:t>师：先猜想一下，再用实验进行验证。</w:t>
            </w:r>
          </w:p>
          <w:p>
            <w:pPr>
              <w:spacing w:after="20" w:line="276" w:lineRule="auto"/>
            </w:pPr>
            <w:r>
              <w:rPr>
                <w:rFonts w:ascii="宋体" w:hAnsi="宋体" w:eastAsia="宋体"/>
                <w:b w:val="0"/>
                <w:sz w:val="18"/>
              </w:rPr>
              <w:t>让学生通过实验进行验证，根据表格中的数据发现“当左边的刻度数和棋子数保持不变时，右边的刻度数和右边所放棋子数成反比例关系”。</w:t>
            </w:r>
          </w:p>
          <w:p>
            <w:pPr>
              <w:spacing w:after="20" w:line="276" w:lineRule="auto"/>
            </w:pPr>
            <w:r>
              <w:rPr>
                <w:rFonts w:ascii="宋体" w:hAnsi="宋体" w:eastAsia="宋体"/>
                <w:b w:val="0"/>
                <w:sz w:val="18"/>
              </w:rPr>
              <w:t>师：观察自己填写的表格，和同桌互相说说什么没变、什么变了、是怎样变化的。你能根据以前所学的知识描述表格中右边刻度和右边所放棋子数之间的关系吗？</w:t>
            </w:r>
          </w:p>
          <w:p>
            <w:pPr>
              <w:spacing w:after="20" w:line="276" w:lineRule="auto"/>
            </w:pPr>
            <w:r>
              <w:rPr>
                <w:rFonts w:ascii="宋体" w:hAnsi="宋体" w:eastAsia="宋体"/>
                <w:b w:val="0"/>
                <w:sz w:val="18"/>
              </w:rPr>
              <w:t>师：不同的实验数据得到了相同的结论，说明这个规律是正确的，实际上这是一条已被科学验证的规律，也就是“杠杆原理”。</w:t>
            </w:r>
          </w:p>
        </w:tc>
        <w:tc>
          <w:tcPr>
            <w:tcW w:type="dxa" w:w="3061"/>
          </w:tcPr>
          <w:p>
            <w:pPr>
              <w:spacing w:after="20" w:line="276" w:lineRule="auto"/>
            </w:pPr>
            <w:r/>
            <w:r>
              <w:rPr>
                <w:rFonts w:ascii="宋体" w:hAnsi="宋体" w:eastAsia="宋体"/>
                <w:b w:val="0"/>
                <w:sz w:val="18"/>
              </w:rPr>
              <w:t>学生在组内实验后汇报。根据学生汇报完成表格。（出示课件）</w:t>
            </w:r>
          </w:p>
          <w:p>
            <w:pPr>
              <w:spacing w:after="20" w:line="276" w:lineRule="auto"/>
            </w:pPr>
            <w:r>
              <w:rPr>
                <w:rFonts w:ascii="宋体" w:hAnsi="宋体" w:eastAsia="宋体"/>
                <w:b w:val="0"/>
                <w:sz w:val="18"/>
              </w:rPr>
              <w:t>引导学生发现：左边刻度数与左边所放的棋子数的乘积一定时，右边刻度数与右边所放的棋子数成反比例关系。</w:t>
            </w:r>
          </w:p>
        </w:tc>
        <w:tc>
          <w:tcPr>
            <w:tcW w:type="dxa" w:w="1814"/>
          </w:tcPr>
          <w:p>
            <w:pPr>
              <w:spacing w:after="20" w:line="276" w:lineRule="auto"/>
            </w:pPr>
            <w:r/>
            <w:r>
              <w:rPr>
                <w:rFonts w:ascii="宋体" w:hAnsi="宋体" w:eastAsia="宋体"/>
                <w:b w:val="0"/>
                <w:sz w:val="18"/>
              </w:rPr>
              <w:t>问题的进一步开发，给学生提供足够的空间，让学生自己提出问题、解决问题、发现规律，在感知杠杆原理的同时进一步加深对反比例关系的理解。</w:t>
            </w:r>
          </w:p>
        </w:tc>
      </w:tr>
      <w:tr>
        <w:tc>
          <w:tcPr>
            <w:tcW w:type="dxa" w:w="1474"/>
          </w:tcPr>
          <w:p>
            <w:pPr>
              <w:spacing w:after="20" w:line="276" w:lineRule="auto"/>
            </w:pPr>
            <w:r>
              <w:rPr>
                <w:b/>
              </w:rPr>
            </w:r>
            <w:r>
              <w:rPr>
                <w:rFonts w:ascii="宋体" w:hAnsi="宋体" w:eastAsia="宋体"/>
                <w:b/>
                <w:sz w:val="18"/>
              </w:rPr>
              <w:t>五、知识应用，感悟生活中的“杠杆原理”</w:t>
            </w:r>
          </w:p>
        </w:tc>
        <w:tc>
          <w:tcPr>
            <w:tcW w:type="dxa" w:w="3061"/>
          </w:tcPr>
          <w:p>
            <w:pPr>
              <w:spacing w:after="20" w:line="276" w:lineRule="auto"/>
            </w:pPr>
            <w:r/>
            <w:r>
              <w:rPr>
                <w:rFonts w:ascii="宋体" w:hAnsi="宋体" w:eastAsia="宋体"/>
                <w:b w:val="0"/>
                <w:sz w:val="18"/>
              </w:rPr>
              <w:t>1.出示课件。</w:t>
            </w:r>
          </w:p>
          <w:p>
            <w:pPr>
              <w:spacing w:after="20" w:line="276" w:lineRule="auto"/>
            </w:pPr>
            <w:r>
              <w:rPr>
                <w:rFonts w:ascii="宋体" w:hAnsi="宋体" w:eastAsia="宋体"/>
                <w:b w:val="0"/>
                <w:sz w:val="18"/>
              </w:rPr>
              <w:t>师：说说生活中还有哪些应用杠杆原理的例子。</w:t>
            </w:r>
          </w:p>
          <w:p>
            <w:pPr>
              <w:spacing w:after="20" w:line="276" w:lineRule="auto"/>
            </w:pPr>
            <w:r>
              <w:rPr>
                <w:rFonts w:ascii="宋体" w:hAnsi="宋体" w:eastAsia="宋体"/>
                <w:b w:val="0"/>
                <w:sz w:val="18"/>
              </w:rPr>
              <w:t>2.课件出示问题。</w:t>
            </w:r>
          </w:p>
          <w:p>
            <w:pPr>
              <w:spacing w:after="20" w:line="276" w:lineRule="auto"/>
            </w:pPr>
            <w:r>
              <w:rPr>
                <w:rFonts w:ascii="宋体" w:hAnsi="宋体" w:eastAsia="宋体"/>
                <w:b w:val="0"/>
                <w:sz w:val="18"/>
              </w:rPr>
              <w:t>师：说说生活中还有哪些应用杠杆原理的例子。</w:t>
            </w:r>
          </w:p>
          <w:p>
            <w:pPr>
              <w:spacing w:after="20" w:line="276" w:lineRule="auto"/>
            </w:pPr>
            <w:r>
              <w:rPr>
                <w:rFonts w:ascii="宋体" w:hAnsi="宋体" w:eastAsia="宋体"/>
                <w:b w:val="0"/>
                <w:sz w:val="18"/>
              </w:rPr>
              <w:t>2.课件出示问题。</w:t>
            </w:r>
          </w:p>
          <w:p>
            <w:pPr>
              <w:spacing w:after="20" w:line="276" w:lineRule="auto"/>
            </w:pPr>
            <w:r>
              <w:rPr>
                <w:rFonts w:ascii="宋体" w:hAnsi="宋体" w:eastAsia="宋体"/>
                <w:b w:val="0"/>
                <w:sz w:val="18"/>
              </w:rPr>
              <w:t>引导学生阅读“生活中的数学”，使学生知道玩跷跷板、用木棍撬起大石头都是应用了杠杆原理，体会竹竿的平衡与这两个实例内在原理的一致性。</w:t>
            </w:r>
          </w:p>
        </w:tc>
        <w:tc>
          <w:tcPr>
            <w:tcW w:type="dxa" w:w="3061"/>
          </w:tcPr>
          <w:p>
            <w:pPr>
              <w:spacing w:after="20" w:line="276" w:lineRule="auto"/>
            </w:pPr>
            <w:r/>
            <w:r>
              <w:rPr>
                <w:rFonts w:ascii="宋体" w:hAnsi="宋体" w:eastAsia="宋体"/>
                <w:b w:val="0"/>
                <w:sz w:val="18"/>
              </w:rPr>
              <w:t>学生可能会说出称秤的时候、啤酒瓶起子开啤酒瓶盖等。</w:t>
            </w:r>
          </w:p>
          <w:p>
            <w:pPr>
              <w:spacing w:after="20" w:line="276" w:lineRule="auto"/>
            </w:pPr>
            <w:r>
              <w:rPr>
                <w:rFonts w:ascii="宋体" w:hAnsi="宋体" w:eastAsia="宋体"/>
                <w:b w:val="0"/>
                <w:sz w:val="18"/>
              </w:rPr>
              <w:t>学生可能会说出称秤的时候、啤酒瓶起子开啤酒瓶盖等。</w:t>
            </w:r>
          </w:p>
          <w:p>
            <w:pPr>
              <w:spacing w:after="20" w:line="276" w:lineRule="auto"/>
            </w:pPr>
            <w:r>
              <w:rPr>
                <w:rFonts w:ascii="宋体" w:hAnsi="宋体" w:eastAsia="宋体"/>
                <w:b w:val="0"/>
                <w:sz w:val="18"/>
              </w:rPr>
              <w:t>学生独立解决问题，在小组内交流，再全班汇报。</w:t>
            </w:r>
          </w:p>
          <w:p>
            <w:pPr>
              <w:spacing w:after="20" w:line="276" w:lineRule="auto"/>
            </w:pPr>
            <w:r>
              <w:rPr>
                <w:rFonts w:ascii="宋体" w:hAnsi="宋体" w:eastAsia="宋体"/>
                <w:b w:val="0"/>
                <w:sz w:val="18"/>
              </w:rPr>
              <w:t>根据体重与距支点的距离成反比例关系可以列式为15×1.2÷60＝0.3（m），父亲坐的地方距支点0.3 m才能保证跷跷板的平衡。</w:t>
            </w:r>
          </w:p>
        </w:tc>
        <w:tc>
          <w:tcPr>
            <w:tcW w:type="dxa" w:w="1814"/>
          </w:tcPr>
          <w:p>
            <w:pPr>
              <w:spacing w:after="20" w:line="276" w:lineRule="auto"/>
            </w:pPr>
            <w:r/>
            <w:r>
              <w:rPr>
                <w:rFonts w:ascii="宋体" w:hAnsi="宋体" w:eastAsia="宋体"/>
                <w:b w:val="0"/>
                <w:sz w:val="18"/>
              </w:rPr>
              <w:t>让学生将已掌握的知识应用到一些实际生活问题中去，既巩固了所学的知识，又让学生能感受到数学和我们的生活有着密切的联系。</w:t>
            </w:r>
          </w:p>
        </w:tc>
      </w:tr>
      <w:tr>
        <w:tc>
          <w:tcPr>
            <w:tcW w:type="dxa" w:w="1474"/>
          </w:tcPr>
          <w:p>
            <w:pPr>
              <w:spacing w:after="20" w:line="276" w:lineRule="auto"/>
            </w:pPr>
            <w:r>
              <w:rPr>
                <w:b/>
              </w:rPr>
            </w:r>
            <w:r>
              <w:rPr>
                <w:rFonts w:ascii="宋体" w:hAnsi="宋体" w:eastAsia="宋体"/>
                <w:b/>
                <w:sz w:val="18"/>
              </w:rPr>
              <w:t>六、课堂小结</w:t>
            </w:r>
          </w:p>
        </w:tc>
        <w:tc>
          <w:tcPr>
            <w:tcW w:type="dxa" w:w="3061"/>
          </w:tcPr>
          <w:p>
            <w:pPr>
              <w:spacing w:after="20" w:line="276" w:lineRule="auto"/>
            </w:pPr>
            <w:r/>
            <w:r>
              <w:rPr>
                <w:rFonts w:ascii="宋体" w:hAnsi="宋体" w:eastAsia="宋体"/>
                <w:b w:val="0"/>
                <w:sz w:val="18"/>
              </w:rPr>
              <w:t>师：通过本节课的学习，你们有哪些收获呢？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菲菲和妈妈在玩跷跷板，菲菲坐在距支点18 dm处，妈妈坐在距支点9 dm处，跷跷板平衡。菲菲与妈妈的体重比为多少？ 参考答案 设菲菲的体重为a kg，妈妈的体重为b kg。 由18a＝9b，得a∶b＝9∶18＝1∶2。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从学生已有的生活经验出发，注重把数学知识的学习与学生的生活实际有机结合。在课堂上，教师要创造条件，充分发挥学生的主体作用，让学生充分实践，充分体验，培养学生的思维能力，提高学生的数学素养。本课中要注意指导学生语言表述的完整性和规范性。</w:t>
      </w:r>
    </w:p>
    <w:p>
      <w:r>
        <w:br w:type="page"/>
      </w:r>
    </w:p>
    <w:p>
      <w:pPr>
        <w:spacing w:after="80" w:line="300" w:lineRule="auto"/>
      </w:pPr>
      <w:r>
        <w:rPr>
          <w:rFonts w:ascii="黑体" w:hAnsi="黑体" w:eastAsia="黑体"/>
          <w:b/>
          <w:sz w:val="24"/>
        </w:rPr>
        <w:t>二、课时教学方案（第15课时）</w:t>
      </w:r>
    </w:p>
    <w:p>
      <w:pPr>
        <w:spacing w:after="80" w:line="300" w:lineRule="auto"/>
      </w:pPr>
      <w:r>
        <w:rPr>
          <w:rFonts w:ascii="黑体" w:hAnsi="黑体" w:eastAsia="黑体"/>
          <w:b/>
          <w:sz w:val="24"/>
        </w:rPr>
        <w:t>第15课时　数的运算（1）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第15课时　数的运算（1）</w:t>
            </w:r>
          </w:p>
        </w:tc>
        <w:tc>
          <w:tcPr>
            <w:tcW w:type="dxa" w:w="6009"/>
          </w:tcPr>
          <w:p>
            <w:pPr>
              <w:spacing w:after="20" w:line="276" w:lineRule="auto"/>
            </w:pPr>
            <w:r/>
            <w:r>
              <w:rPr>
                <w:rFonts w:ascii="宋体" w:hAnsi="宋体" w:eastAsia="宋体"/>
                <w:b w:val="0"/>
                <w:sz w:val="20"/>
              </w:rPr>
              <w:t>第6单元 整理和复习（数与代数）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（1）引导学生进一步理解和掌握四则运算的意义和计算方法，归纳整理整数、小数、分数计算法则的异同点，进一步明确计算时应遵循的一般规律及四则运算中的一些特殊情况。</w:t>
      </w:r>
    </w:p>
    <w:p>
      <w:pPr>
        <w:spacing w:after="20" w:line="300" w:lineRule="auto"/>
        <w:ind w:firstLine="400"/>
      </w:pPr>
      <w:r>
        <w:rPr>
          <w:rFonts w:ascii="宋体" w:hAnsi="宋体" w:eastAsia="宋体"/>
          <w:b w:val="0"/>
          <w:sz w:val="20"/>
        </w:rPr>
        <w:t>（2）在复习过程中，通过经历四则运算法则的归纳过程，体验迁移归纳的学习方法，培养学生的数感,提高运算能力。</w:t>
      </w:r>
    </w:p>
    <w:p>
      <w:pPr>
        <w:spacing w:after="20" w:line="300" w:lineRule="auto"/>
        <w:ind w:firstLine="400"/>
      </w:pPr>
      <w:r>
        <w:rPr>
          <w:rFonts w:ascii="宋体" w:hAnsi="宋体" w:eastAsia="宋体"/>
          <w:b w:val="0"/>
          <w:sz w:val="20"/>
        </w:rPr>
        <w:t>（3）感悟数学运算之间的内在联系，养成仔细认真的学习习惯。</w:t>
      </w:r>
    </w:p>
    <w:p>
      <w:pPr>
        <w:spacing w:after="20" w:line="300" w:lineRule="auto"/>
      </w:pPr>
      <w:r>
        <w:rPr>
          <w:rFonts w:ascii="宋体" w:hAnsi="宋体" w:eastAsia="宋体"/>
          <w:b w:val="0"/>
          <w:sz w:val="20"/>
        </w:rPr>
        <w:t>教学重点：掌握四则运算法则，会正确地进行计算。</w:t>
      </w:r>
    </w:p>
    <w:p>
      <w:pPr>
        <w:spacing w:after="20" w:line="300" w:lineRule="auto"/>
      </w:pPr>
      <w:r>
        <w:rPr>
          <w:rFonts w:ascii="宋体" w:hAnsi="宋体" w:eastAsia="宋体"/>
          <w:b w:val="0"/>
          <w:sz w:val="20"/>
        </w:rPr>
        <w:t>教学难点：能比较整数、小数、分数计算方法的异同点。</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（导入）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二、归纳整理，复习巩固</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你知道加、减、乘、除这些运算的意义是什么吗？；知道了四则运算的意义，想一想，整数、小数、分数的四则运算有什么相同点？有什么不同点？</w:t>
            </w:r>
          </w:p>
        </w:tc>
        <w:tc>
          <w:tcPr>
            <w:tcW w:type="dxa" w:w="1361"/>
          </w:tcPr>
          <w:p>
            <w:pPr>
              <w:spacing w:after="20" w:line="276" w:lineRule="auto"/>
            </w:pPr>
            <w:r/>
            <w:r>
              <w:rPr>
                <w:rFonts w:ascii="宋体" w:hAnsi="宋体" w:eastAsia="宋体"/>
                <w:b w:val="0"/>
                <w:sz w:val="18"/>
              </w:rPr>
              <w:t>29分钟</w:t>
            </w:r>
          </w:p>
        </w:tc>
      </w:tr>
      <w:tr>
        <w:tc>
          <w:tcPr>
            <w:tcW w:type="dxa" w:w="2835"/>
          </w:tcPr>
          <w:p>
            <w:pPr>
              <w:spacing w:after="20" w:line="276" w:lineRule="auto"/>
            </w:pPr>
            <w:r/>
            <w:r>
              <w:rPr>
                <w:rFonts w:ascii="宋体" w:hAnsi="宋体" w:eastAsia="宋体"/>
                <w:b w:val="0"/>
                <w:sz w:val="18"/>
              </w:rPr>
              <w:t>三、巩固练习，提高运算能力。</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（导入）</w:t>
            </w:r>
          </w:p>
        </w:tc>
        <w:tc>
          <w:tcPr>
            <w:tcW w:type="dxa" w:w="3061"/>
          </w:tcPr>
          <w:p>
            <w:pPr>
              <w:spacing w:after="20" w:line="276" w:lineRule="auto"/>
            </w:pPr>
            <w:r/>
            <w:r>
              <w:rPr>
                <w:rFonts w:ascii="宋体" w:hAnsi="宋体" w:eastAsia="宋体"/>
                <w:b w:val="0"/>
                <w:sz w:val="18"/>
              </w:rPr>
              <w:t>口算比赛，揭示课题</w:t>
            </w:r>
          </w:p>
          <w:p>
            <w:pPr>
              <w:spacing w:after="20" w:line="276" w:lineRule="auto"/>
            </w:pPr>
            <w:r>
              <w:rPr>
                <w:rFonts w:ascii="宋体" w:hAnsi="宋体" w:eastAsia="宋体"/>
                <w:b w:val="0"/>
                <w:sz w:val="18"/>
              </w:rPr>
              <w:t>课件出示教科书P78“练习十五”第1题。</w:t>
            </w:r>
          </w:p>
          <w:p>
            <w:pPr>
              <w:spacing w:after="20" w:line="276" w:lineRule="auto"/>
            </w:pPr>
            <w:r>
              <w:rPr>
                <w:rFonts w:ascii="宋体" w:hAnsi="宋体" w:eastAsia="宋体"/>
                <w:b w:val="0"/>
                <w:sz w:val="18"/>
              </w:rPr>
              <w:t>师：我们来比一比，看谁算得又对又快！</w:t>
            </w:r>
          </w:p>
          <w:p>
            <w:pPr>
              <w:spacing w:after="20" w:line="276" w:lineRule="auto"/>
            </w:pPr>
            <w:r>
              <w:rPr>
                <w:rFonts w:ascii="宋体" w:hAnsi="宋体" w:eastAsia="宋体"/>
                <w:b w:val="0"/>
                <w:sz w:val="18"/>
              </w:rPr>
              <w:t>师：在这些口算题中，有加、减、乘、除四则运算，今天我们就来复习有关四则运算的知识。［板书课题：数的运算(1)］</w:t>
            </w:r>
          </w:p>
        </w:tc>
        <w:tc>
          <w:tcPr>
            <w:tcW w:type="dxa" w:w="3061"/>
          </w:tcPr>
          <w:p>
            <w:pPr>
              <w:spacing w:after="20" w:line="276" w:lineRule="auto"/>
            </w:pPr>
            <w:r/>
            <w:r>
              <w:rPr>
                <w:rFonts w:ascii="宋体" w:hAnsi="宋体" w:eastAsia="宋体"/>
                <w:b w:val="0"/>
                <w:sz w:val="18"/>
              </w:rPr>
              <w:t>学生独立完成口算，集体订正。</w:t>
            </w:r>
          </w:p>
          <w:p>
            <w:pPr>
              <w:spacing w:after="20" w:line="276" w:lineRule="auto"/>
            </w:pPr>
            <w:r>
              <w:rPr>
                <w:rFonts w:ascii="宋体" w:hAnsi="宋体" w:eastAsia="宋体"/>
                <w:b w:val="0"/>
                <w:sz w:val="18"/>
              </w:rPr>
              <w:t>学生能比较熟练地口算，被除数和除数末尾有0的整数除法、分数和小数乘、除法是学生的易错题，可以利用错例有针对性地交流。</w:t>
            </w:r>
          </w:p>
        </w:tc>
        <w:tc>
          <w:tcPr>
            <w:tcW w:type="dxa" w:w="1814"/>
          </w:tcPr>
          <w:p>
            <w:pPr>
              <w:spacing w:after="20" w:line="276" w:lineRule="auto"/>
            </w:pPr>
            <w:r/>
            <w:r>
              <w:rPr>
                <w:rFonts w:ascii="宋体" w:hAnsi="宋体" w:eastAsia="宋体"/>
                <w:b w:val="0"/>
                <w:sz w:val="18"/>
              </w:rPr>
              <w:t>复习达到了两个目的：一是通过口算，对学生基础计算能力进行巩固和提高；二是借助口算揭示本节课要复习的内容。</w:t>
            </w:r>
          </w:p>
          <w:p>
            <w:pPr>
              <w:spacing w:after="20" w:line="276" w:lineRule="auto"/>
            </w:pPr>
            <w:r>
              <w:rPr>
                <w:rFonts w:ascii="宋体" w:hAnsi="宋体" w:eastAsia="宋体"/>
                <w:b w:val="0"/>
                <w:sz w:val="18"/>
              </w:rPr>
              <w:t>（口算练习可以采取小组接龙的形式，完成后可挑选有代表性的题目，让学生说说算法。）</w:t>
            </w:r>
          </w:p>
        </w:tc>
      </w:tr>
      <w:tr>
        <w:tc>
          <w:tcPr>
            <w:tcW w:type="dxa" w:w="1474"/>
          </w:tcPr>
          <w:p>
            <w:pPr>
              <w:spacing w:after="20" w:line="276" w:lineRule="auto"/>
            </w:pPr>
            <w:r>
              <w:rPr>
                <w:b/>
              </w:rPr>
            </w:r>
            <w:r>
              <w:rPr>
                <w:rFonts w:ascii="宋体" w:hAnsi="宋体" w:eastAsia="宋体"/>
                <w:b/>
                <w:sz w:val="18"/>
              </w:rPr>
              <w:t>二、归纳整理，复习巩固</w:t>
            </w:r>
          </w:p>
        </w:tc>
        <w:tc>
          <w:tcPr>
            <w:tcW w:type="dxa" w:w="3061"/>
          </w:tcPr>
          <w:p>
            <w:pPr>
              <w:spacing w:after="20" w:line="276" w:lineRule="auto"/>
            </w:pPr>
            <w:r/>
            <w:r>
              <w:rPr>
                <w:rFonts w:ascii="宋体" w:hAnsi="宋体" w:eastAsia="宋体"/>
                <w:b w:val="0"/>
                <w:sz w:val="18"/>
              </w:rPr>
              <w:t>1.复习整理四则运算的意义。</w:t>
            </w:r>
          </w:p>
          <w:p>
            <w:pPr>
              <w:spacing w:after="20" w:line="276" w:lineRule="auto"/>
            </w:pPr>
            <w:r>
              <w:rPr>
                <w:rFonts w:ascii="宋体" w:hAnsi="宋体" w:eastAsia="宋体"/>
                <w:b w:val="0"/>
                <w:sz w:val="18"/>
              </w:rPr>
              <w:t>师：你知道加、减、乘、除这些运算的意义是什么吗？在小组内互相说一说。</w:t>
            </w:r>
          </w:p>
          <w:p>
            <w:pPr>
              <w:spacing w:after="20" w:line="276" w:lineRule="auto"/>
            </w:pPr>
            <w:r>
              <w:rPr>
                <w:rFonts w:ascii="宋体" w:hAnsi="宋体" w:eastAsia="宋体"/>
                <w:b w:val="0"/>
                <w:sz w:val="18"/>
              </w:rPr>
              <w:t>根据学生的汇报，课件出示下表。</w:t>
            </w:r>
          </w:p>
          <w:p>
            <w:pPr>
              <w:spacing w:after="20" w:line="276" w:lineRule="auto"/>
            </w:pPr>
            <w:r>
              <w:rPr>
                <w:rFonts w:ascii="宋体" w:hAnsi="宋体" w:eastAsia="宋体"/>
                <w:b w:val="0"/>
                <w:sz w:val="18"/>
              </w:rPr>
              <w:t>师：知道了四则运算的意义，想一想，整数、小数、分数的四则运算有什么相同点？有什么不同点？</w:t>
            </w:r>
          </w:p>
          <w:p>
            <w:pPr>
              <w:spacing w:after="20" w:line="276" w:lineRule="auto"/>
            </w:pPr>
            <w:r>
              <w:rPr>
                <w:rFonts w:ascii="宋体" w:hAnsi="宋体" w:eastAsia="宋体"/>
                <w:b w:val="0"/>
                <w:sz w:val="18"/>
              </w:rPr>
              <w:t>在小组讨论与交流中构建运算的现实意义，并为下一步复习四则运算之间的关系奠定基础。</w:t>
            </w:r>
          </w:p>
          <w:p>
            <w:pPr>
              <w:spacing w:after="20" w:line="276" w:lineRule="auto"/>
            </w:pPr>
            <w:r>
              <w:rPr>
                <w:rFonts w:ascii="宋体" w:hAnsi="宋体" w:eastAsia="宋体"/>
                <w:b w:val="0"/>
                <w:sz w:val="18"/>
              </w:rPr>
              <w:t>2.复习四则运算之间的关系。</w:t>
            </w:r>
          </w:p>
          <w:p>
            <w:pPr>
              <w:spacing w:after="20" w:line="276" w:lineRule="auto"/>
            </w:pPr>
            <w:r>
              <w:rPr>
                <w:rFonts w:ascii="宋体" w:hAnsi="宋体" w:eastAsia="宋体"/>
                <w:b w:val="0"/>
                <w:sz w:val="18"/>
              </w:rPr>
              <w:t>(1)课件出示教科书P75第4题。</w:t>
            </w:r>
          </w:p>
          <w:p>
            <w:pPr>
              <w:spacing w:after="20" w:line="276" w:lineRule="auto"/>
            </w:pPr>
            <w:r>
              <w:rPr>
                <w:rFonts w:ascii="宋体" w:hAnsi="宋体" w:eastAsia="宋体"/>
                <w:b w:val="0"/>
                <w:sz w:val="18"/>
              </w:rPr>
              <w:t>根据学生回答,教师板书：</w:t>
            </w:r>
          </w:p>
          <w:p>
            <w:pPr>
              <w:spacing w:after="20" w:line="276" w:lineRule="auto"/>
            </w:pPr>
            <w:r>
              <w:rPr>
                <w:rFonts w:ascii="宋体" w:hAnsi="宋体" w:eastAsia="宋体"/>
                <w:b w:val="0"/>
                <w:sz w:val="18"/>
              </w:rPr>
              <w:t>(2)师：你还能说出加、减、乘、除法算式中各部分的名称吗？你能用字母表示这些关系吗？</w:t>
            </w:r>
          </w:p>
          <w:p>
            <w:pPr>
              <w:spacing w:after="20" w:line="276" w:lineRule="auto"/>
            </w:pPr>
            <w:r>
              <w:rPr>
                <w:rFonts w:ascii="宋体" w:hAnsi="宋体" w:eastAsia="宋体"/>
                <w:b w:val="0"/>
                <w:sz w:val="18"/>
              </w:rPr>
              <w:t>教师根据学生发言出示课件。</w:t>
            </w:r>
          </w:p>
          <w:p>
            <w:pPr>
              <w:spacing w:after="20" w:line="276" w:lineRule="auto"/>
            </w:pPr>
            <w:r>
              <w:rPr>
                <w:rFonts w:ascii="宋体" w:hAnsi="宋体" w:eastAsia="宋体"/>
                <w:b w:val="0"/>
                <w:sz w:val="18"/>
              </w:rPr>
              <w:t>加深对四则运算的认识。</w:t>
            </w:r>
          </w:p>
          <w:p>
            <w:pPr>
              <w:spacing w:after="20" w:line="276" w:lineRule="auto"/>
            </w:pPr>
            <w:r>
              <w:rPr>
                <w:rFonts w:ascii="宋体" w:hAnsi="宋体" w:eastAsia="宋体"/>
                <w:b w:val="0"/>
                <w:sz w:val="18"/>
              </w:rPr>
              <w:t>3.复习四则运算的计算法则。</w:t>
            </w:r>
          </w:p>
          <w:p>
            <w:pPr>
              <w:spacing w:after="20" w:line="276" w:lineRule="auto"/>
            </w:pPr>
            <w:r>
              <w:rPr>
                <w:rFonts w:ascii="宋体" w:hAnsi="宋体" w:eastAsia="宋体"/>
                <w:b w:val="0"/>
                <w:sz w:val="18"/>
              </w:rPr>
              <w:t>(1)复习整数、小数和分数加减法的计算法则。（出示课件）笔算。</w:t>
            </w:r>
          </w:p>
          <w:p>
            <w:pPr>
              <w:spacing w:after="20" w:line="276" w:lineRule="auto"/>
            </w:pPr>
            <w:r>
              <w:rPr>
                <w:rFonts w:ascii="宋体" w:hAnsi="宋体" w:eastAsia="宋体"/>
                <w:b w:val="0"/>
                <w:sz w:val="18"/>
              </w:rPr>
              <w:t>师：通过刚才的计算，你发现了整数、小数和分数加减法计算法则有什么共同点吗？</w:t>
            </w:r>
          </w:p>
          <w:p>
            <w:pPr>
              <w:spacing w:after="20" w:line="276" w:lineRule="auto"/>
            </w:pPr>
            <w:r>
              <w:rPr>
                <w:rFonts w:ascii="宋体" w:hAnsi="宋体" w:eastAsia="宋体"/>
                <w:b w:val="0"/>
                <w:sz w:val="18"/>
              </w:rPr>
              <w:t>根据学生的回答板书：</w:t>
            </w:r>
          </w:p>
          <w:p>
            <w:pPr>
              <w:spacing w:after="20" w:line="276" w:lineRule="auto"/>
            </w:pPr>
            <w:r>
              <w:rPr>
                <w:rFonts w:ascii="宋体" w:hAnsi="宋体" w:eastAsia="宋体"/>
                <w:b w:val="0"/>
                <w:sz w:val="18"/>
              </w:rPr>
              <w:t>(2)复习整数、小数的乘法和除法的计算法则。</w:t>
            </w:r>
          </w:p>
          <w:p>
            <w:pPr>
              <w:spacing w:after="20" w:line="276" w:lineRule="auto"/>
            </w:pPr>
            <w:r>
              <w:rPr>
                <w:rFonts w:ascii="宋体" w:hAnsi="宋体" w:eastAsia="宋体"/>
                <w:b w:val="0"/>
                <w:sz w:val="18"/>
              </w:rPr>
              <w:t>师：想一想，小数乘法和除法的计算法则与整数乘法和除法的计算法则有什么相似和不同的地方？</w:t>
            </w:r>
          </w:p>
          <w:p>
            <w:pPr>
              <w:spacing w:after="20" w:line="276" w:lineRule="auto"/>
            </w:pPr>
            <w:r>
              <w:rPr>
                <w:rFonts w:ascii="宋体" w:hAnsi="宋体" w:eastAsia="宋体"/>
                <w:b w:val="0"/>
                <w:sz w:val="18"/>
              </w:rPr>
              <w:t>(3)复习分数乘、除法的计算法则。</w:t>
            </w:r>
          </w:p>
          <w:p>
            <w:pPr>
              <w:spacing w:after="20" w:line="276" w:lineRule="auto"/>
            </w:pPr>
            <w:r>
              <w:rPr>
                <w:rFonts w:ascii="宋体" w:hAnsi="宋体" w:eastAsia="宋体"/>
                <w:b w:val="0"/>
                <w:sz w:val="18"/>
              </w:rPr>
              <w:t>师：请你回忆一下，分数乘法和除法的计算法则是什么？计算时要注意什么？说一说，分数乘法与除法之间有什么联系？</w:t>
            </w:r>
          </w:p>
          <w:p>
            <w:pPr>
              <w:spacing w:after="20" w:line="276" w:lineRule="auto"/>
            </w:pPr>
            <w:r>
              <w:rPr>
                <w:rFonts w:ascii="宋体" w:hAnsi="宋体" w:eastAsia="宋体"/>
                <w:b w:val="0"/>
                <w:sz w:val="18"/>
              </w:rPr>
              <w:t>分子相乘的积作为分子，分母相乘的积作为分母，为了计算简便，能约分的先约分再计算。</w:t>
            </w:r>
          </w:p>
          <w:p>
            <w:pPr>
              <w:spacing w:after="20" w:line="276" w:lineRule="auto"/>
            </w:pPr>
            <w:r>
              <w:rPr>
                <w:rFonts w:ascii="宋体" w:hAnsi="宋体" w:eastAsia="宋体"/>
                <w:b w:val="0"/>
                <w:sz w:val="18"/>
              </w:rPr>
              <w:t>根据学生的回答出示相应课件。</w:t>
            </w:r>
          </w:p>
          <w:p>
            <w:pPr>
              <w:spacing w:after="20" w:line="276" w:lineRule="auto"/>
            </w:pPr>
            <w:r>
              <w:rPr>
                <w:rFonts w:ascii="宋体" w:hAnsi="宋体" w:eastAsia="宋体"/>
                <w:b w:val="0"/>
                <w:sz w:val="18"/>
              </w:rPr>
              <w:t>4.复习四则运算中的一些特殊情况。</w:t>
            </w:r>
          </w:p>
          <w:p>
            <w:pPr>
              <w:spacing w:after="20" w:line="276" w:lineRule="auto"/>
            </w:pPr>
            <w:r>
              <w:rPr>
                <w:rFonts w:ascii="宋体" w:hAnsi="宋体" w:eastAsia="宋体"/>
                <w:b w:val="0"/>
                <w:sz w:val="18"/>
              </w:rPr>
              <w:t>师：在四则运算中，如果有0或1参与运算，有哪些特殊情况？试着整理一下。</w:t>
            </w:r>
          </w:p>
          <w:p>
            <w:pPr>
              <w:spacing w:after="20" w:line="276" w:lineRule="auto"/>
            </w:pPr>
            <w:r>
              <w:rPr>
                <w:rFonts w:ascii="宋体" w:hAnsi="宋体" w:eastAsia="宋体"/>
                <w:b w:val="0"/>
                <w:sz w:val="18"/>
              </w:rPr>
              <w:t>根据学生的发言出示课件。</w:t>
            </w:r>
          </w:p>
          <w:p>
            <w:pPr>
              <w:spacing w:after="20" w:line="276" w:lineRule="auto"/>
            </w:pPr>
            <w:r>
              <w:rPr>
                <w:rFonts w:ascii="宋体" w:hAnsi="宋体" w:eastAsia="宋体"/>
                <w:b w:val="0"/>
                <w:sz w:val="18"/>
              </w:rPr>
              <w:t>5.复习四则混合运算的顺序。</w:t>
            </w:r>
          </w:p>
          <w:p>
            <w:pPr>
              <w:spacing w:after="20" w:line="276" w:lineRule="auto"/>
            </w:pPr>
            <w:r>
              <w:rPr>
                <w:rFonts w:ascii="宋体" w:hAnsi="宋体" w:eastAsia="宋体"/>
                <w:b w:val="0"/>
                <w:sz w:val="18"/>
              </w:rPr>
              <w:t>(1)学生独立完成教科书P75“做一做”,小组内订正。</w:t>
            </w:r>
          </w:p>
          <w:p>
            <w:pPr>
              <w:spacing w:after="20" w:line="276" w:lineRule="auto"/>
            </w:pPr>
            <w:r>
              <w:rPr>
                <w:rFonts w:ascii="宋体" w:hAnsi="宋体" w:eastAsia="宋体"/>
                <w:b w:val="0"/>
                <w:sz w:val="18"/>
              </w:rPr>
              <w:t>(2)总结四则混合运算的顺序。</w:t>
            </w:r>
          </w:p>
          <w:p>
            <w:pPr>
              <w:spacing w:after="20" w:line="276" w:lineRule="auto"/>
            </w:pPr>
            <w:r>
              <w:rPr>
                <w:rFonts w:ascii="宋体" w:hAnsi="宋体" w:eastAsia="宋体"/>
                <w:b w:val="0"/>
                <w:sz w:val="18"/>
              </w:rPr>
              <w:t>师：四则混合运算的顺序是怎样的？计算时要注意什么？</w:t>
            </w:r>
          </w:p>
          <w:p>
            <w:pPr>
              <w:spacing w:after="20" w:line="276" w:lineRule="auto"/>
            </w:pPr>
            <w:r>
              <w:rPr>
                <w:rFonts w:ascii="宋体" w:hAnsi="宋体" w:eastAsia="宋体"/>
                <w:b w:val="0"/>
                <w:sz w:val="18"/>
              </w:rPr>
              <w:t>根据学生的回答出示课件。</w:t>
            </w:r>
          </w:p>
          <w:p>
            <w:pPr>
              <w:spacing w:after="20" w:line="276" w:lineRule="auto"/>
            </w:pPr>
            <w:r>
              <w:rPr>
                <w:rFonts w:ascii="宋体" w:hAnsi="宋体" w:eastAsia="宋体"/>
                <w:b w:val="0"/>
                <w:sz w:val="18"/>
              </w:rPr>
              <w:t>提醒学生注意四则运算中的一些特殊情况，引导学生系统整理0与1这些特殊数在四则运算中的特性,培养学生认真细致的良好习惯。</w:t>
            </w:r>
          </w:p>
          <w:p>
            <w:pPr>
              <w:spacing w:after="20" w:line="276" w:lineRule="auto"/>
            </w:pPr>
            <w:r>
              <w:rPr>
                <w:rFonts w:ascii="宋体" w:hAnsi="宋体" w:eastAsia="宋体"/>
                <w:b w:val="0"/>
                <w:sz w:val="18"/>
              </w:rPr>
              <w:t>段正确运算的基础，也是上初中后进一步学习代数式运算的知识基础。</w:t>
            </w:r>
          </w:p>
        </w:tc>
        <w:tc>
          <w:tcPr>
            <w:tcW w:type="dxa" w:w="3061"/>
          </w:tcPr>
          <w:p>
            <w:pPr>
              <w:spacing w:after="20" w:line="276" w:lineRule="auto"/>
            </w:pPr>
            <w:r/>
            <w:r>
              <w:rPr>
                <w:rFonts w:ascii="宋体" w:hAnsi="宋体" w:eastAsia="宋体"/>
                <w:b w:val="0"/>
                <w:sz w:val="18"/>
              </w:rPr>
              <w:t>可以引导学生举例来说明，学生对一个数乘小数和一个数乘分数的意义很容易遗漏或混淆，教师可引导学生集体评议，互相补充完善。</w:t>
            </w:r>
          </w:p>
          <w:p>
            <w:pPr>
              <w:spacing w:after="20" w:line="276" w:lineRule="auto"/>
            </w:pPr>
            <w:r>
              <w:rPr>
                <w:rFonts w:ascii="宋体" w:hAnsi="宋体" w:eastAsia="宋体"/>
                <w:b w:val="0"/>
                <w:sz w:val="18"/>
              </w:rPr>
              <w:t>学生在小组内交流后汇报，根据学生的回答将上表修改、补充。(出示课件)</w:t>
            </w:r>
          </w:p>
          <w:p>
            <w:pPr>
              <w:spacing w:after="20" w:line="276" w:lineRule="auto"/>
            </w:pPr>
            <w:r>
              <w:rPr>
                <w:rFonts w:ascii="宋体" w:hAnsi="宋体" w:eastAsia="宋体"/>
                <w:b w:val="0"/>
                <w:sz w:val="18"/>
              </w:rPr>
              <w:t>通过观察，学生很容易体会到四则运算之间的关系，学生在归纳总结时可能语言不够准确精练，只要他们能结合具体例子加以总结即可，不要求学生机械记忆。</w:t>
            </w:r>
          </w:p>
          <w:p>
            <w:pPr>
              <w:spacing w:after="20" w:line="276" w:lineRule="auto"/>
            </w:pPr>
            <w:r>
              <w:rPr>
                <w:rFonts w:ascii="宋体" w:hAnsi="宋体" w:eastAsia="宋体"/>
                <w:b w:val="0"/>
                <w:sz w:val="18"/>
              </w:rPr>
              <w:t>学生独立完成教科书P75第5题，并汇报交流。</w:t>
            </w:r>
          </w:p>
          <w:p>
            <w:pPr>
              <w:spacing w:after="20" w:line="276" w:lineRule="auto"/>
            </w:pPr>
            <w:r>
              <w:rPr>
                <w:rFonts w:ascii="宋体" w:hAnsi="宋体" w:eastAsia="宋体"/>
                <w:b w:val="0"/>
                <w:sz w:val="18"/>
              </w:rPr>
              <w:t>预设1：加数+加数=和，一个加数=和-另一个加数，用字母表示为a+b=c，b=c-a。</w:t>
            </w:r>
          </w:p>
          <w:p>
            <w:pPr>
              <w:spacing w:after="20" w:line="276" w:lineRule="auto"/>
            </w:pPr>
            <w:r>
              <w:rPr>
                <w:rFonts w:ascii="宋体" w:hAnsi="宋体" w:eastAsia="宋体"/>
                <w:b w:val="0"/>
                <w:sz w:val="18"/>
              </w:rPr>
              <w:t>预设2：被减数-减数=差,被减数-差=减数,差+减数=被减数,用字母表示为a-b=c，a-c=b，b+c=a。</w:t>
            </w:r>
          </w:p>
          <w:p>
            <w:pPr>
              <w:spacing w:after="20" w:line="276" w:lineRule="auto"/>
            </w:pPr>
            <w:r>
              <w:rPr>
                <w:rFonts w:ascii="宋体" w:hAnsi="宋体" w:eastAsia="宋体"/>
                <w:b w:val="0"/>
                <w:sz w:val="18"/>
              </w:rPr>
              <w:t>预设3：因数×因数=积，积÷一个因数=另一个因数，用字母表示为a×b=c，c÷a=b。</w:t>
            </w:r>
          </w:p>
          <w:p>
            <w:pPr>
              <w:spacing w:after="20" w:line="276" w:lineRule="auto"/>
            </w:pPr>
            <w:r>
              <w:rPr>
                <w:rFonts w:ascii="宋体" w:hAnsi="宋体" w:eastAsia="宋体"/>
                <w:b w:val="0"/>
                <w:sz w:val="18"/>
              </w:rPr>
              <w:t>预设4：被除数÷除数=商，被除数÷商=除数，商×除数=被除数，用字母表示为c÷a=b，c÷b=a，a×b=c。</w:t>
            </w:r>
          </w:p>
          <w:p>
            <w:pPr>
              <w:spacing w:after="20" w:line="276" w:lineRule="auto"/>
            </w:pPr>
            <w:r>
              <w:rPr>
                <w:rFonts w:ascii="宋体" w:hAnsi="宋体" w:eastAsia="宋体"/>
                <w:b w:val="0"/>
                <w:sz w:val="18"/>
              </w:rPr>
              <w:t>学生在归纳加、减、乘、除法运算的关系时，有些学生只会列出具体的算式加以总结，可指导学生逐步学会用字母来表示。</w:t>
            </w:r>
          </w:p>
          <w:p>
            <w:pPr>
              <w:spacing w:after="20" w:line="276" w:lineRule="auto"/>
            </w:pPr>
            <w:r>
              <w:rPr>
                <w:rFonts w:ascii="宋体" w:hAnsi="宋体" w:eastAsia="宋体"/>
                <w:b w:val="0"/>
                <w:sz w:val="18"/>
              </w:rPr>
              <w:t>学生独立完成计算。</w:t>
            </w:r>
          </w:p>
          <w:p>
            <w:pPr>
              <w:spacing w:after="20" w:line="276" w:lineRule="auto"/>
            </w:pPr>
            <w:r>
              <w:rPr>
                <w:rFonts w:ascii="宋体" w:hAnsi="宋体" w:eastAsia="宋体"/>
                <w:b w:val="0"/>
                <w:sz w:val="18"/>
              </w:rPr>
              <w:t>学生通过这一组练习，很容易看出三者之间的共同点，都是把相同计数单位的数相加、减，而异分母分数需要通过通分转化为同分母的分数，再相加减。</w:t>
            </w:r>
          </w:p>
          <w:p>
            <w:pPr>
              <w:spacing w:after="20" w:line="276" w:lineRule="auto"/>
            </w:pPr>
            <w:r>
              <w:rPr>
                <w:rFonts w:ascii="宋体" w:hAnsi="宋体" w:eastAsia="宋体"/>
                <w:b w:val="0"/>
                <w:sz w:val="18"/>
              </w:rPr>
              <w:t>引导学生说出：小数乘除法与整数乘除法的相同点是小数乘除法先按整数乘除法的法则计算，小数除法把小数转化成整数后，也按整数乘除法法则计算；不同点是小数乘除法还要在结果上确定小数点的位置。</w:t>
            </w:r>
          </w:p>
          <w:p>
            <w:pPr>
              <w:spacing w:after="20" w:line="276" w:lineRule="auto"/>
            </w:pPr>
            <w:r>
              <w:rPr>
                <w:rFonts w:ascii="宋体" w:hAnsi="宋体" w:eastAsia="宋体"/>
                <w:b w:val="0"/>
                <w:sz w:val="18"/>
              </w:rPr>
              <w:t>预设1：分数乘法法则：分数乘分数，用分数的</w:t>
            </w:r>
          </w:p>
          <w:p>
            <w:pPr>
              <w:spacing w:after="20" w:line="276" w:lineRule="auto"/>
            </w:pPr>
            <w:r>
              <w:rPr>
                <w:rFonts w:ascii="宋体" w:hAnsi="宋体" w:eastAsia="宋体"/>
                <w:b w:val="0"/>
                <w:sz w:val="18"/>
              </w:rPr>
              <w:t>预设3：分数除法计算是把除数改写成它的倒数以后，转化为分数乘法计算的。</w:t>
            </w:r>
          </w:p>
          <w:p>
            <w:pPr>
              <w:spacing w:after="20" w:line="276" w:lineRule="auto"/>
            </w:pPr>
            <w:r>
              <w:rPr>
                <w:rFonts w:ascii="宋体" w:hAnsi="宋体" w:eastAsia="宋体"/>
                <w:b w:val="0"/>
                <w:sz w:val="18"/>
              </w:rPr>
              <w:t>学生能表述相关的特殊情况，如0和任何数相乘都得0等，但不习惯用字母表示。教师有意识地引导学生分类表示并分别用字母表示运算规律。如找出什么情况下运算结果是原数的，运算结果为原数的有a+0，a-0，a×1，a÷1；什么情况下运算结果是0，运算结果为0的有a-a，a×0，0÷a(a≠0)。</w:t>
            </w:r>
          </w:p>
          <w:p>
            <w:pPr>
              <w:spacing w:after="20" w:line="276" w:lineRule="auto"/>
            </w:pPr>
            <w:r>
              <w:rPr>
                <w:rFonts w:ascii="宋体" w:hAnsi="宋体" w:eastAsia="宋体"/>
                <w:b w:val="0"/>
                <w:sz w:val="18"/>
              </w:rPr>
              <w:t>指导学生说出：一级运算：按照顺序，从左向右，依次计算；二级运算：先算乘除法，再算加减法；有括号时，先算小括号里面的，再算中括号里面的，最后算中括号外面的。计算时要细心，注意验算。</w:t>
            </w:r>
          </w:p>
        </w:tc>
        <w:tc>
          <w:tcPr>
            <w:tcW w:type="dxa" w:w="1814"/>
          </w:tcPr>
          <w:p>
            <w:pPr>
              <w:spacing w:after="20" w:line="276" w:lineRule="auto"/>
            </w:pPr>
            <w:r/>
            <w:r>
              <w:rPr>
                <w:rFonts w:ascii="宋体" w:hAnsi="宋体" w:eastAsia="宋体"/>
                <w:b w:val="0"/>
                <w:sz w:val="18"/>
              </w:rPr>
              <w:t>引导学生回顾学过的运算及其含义，放手让学生</w:t>
            </w:r>
          </w:p>
          <w:p>
            <w:pPr>
              <w:spacing w:after="20" w:line="276" w:lineRule="auto"/>
            </w:pPr>
            <w:r>
              <w:rPr>
                <w:rFonts w:ascii="宋体" w:hAnsi="宋体" w:eastAsia="宋体"/>
                <w:b w:val="0"/>
                <w:sz w:val="18"/>
              </w:rPr>
              <w:t>通过观察算式，引导学生体会每种运算各部分之间的关系，掌握用字母表示加减法、乘除法之间互逆关系的方法，</w:t>
            </w:r>
          </w:p>
          <w:p>
            <w:pPr>
              <w:spacing w:after="20" w:line="276" w:lineRule="auto"/>
            </w:pPr>
            <w:r>
              <w:rPr>
                <w:rFonts w:ascii="宋体" w:hAnsi="宋体" w:eastAsia="宋体"/>
                <w:b w:val="0"/>
                <w:sz w:val="18"/>
              </w:rPr>
              <w:t>通过复习整数、小数和分数四则运算的计算法则，沟通它们之间的联系，并强调计算方法中的不同，进一步巩固学生对计算法则的掌握。</w:t>
            </w:r>
          </w:p>
          <w:p>
            <w:pPr>
              <w:spacing w:after="20" w:line="276" w:lineRule="auto"/>
            </w:pPr>
            <w:r>
              <w:rPr>
                <w:rFonts w:ascii="宋体" w:hAnsi="宋体" w:eastAsia="宋体"/>
                <w:b w:val="0"/>
                <w:sz w:val="18"/>
              </w:rPr>
              <w:t>鼓励学生交流四则混合运算的顺序，这是小学阶</w:t>
            </w:r>
          </w:p>
        </w:tc>
      </w:tr>
      <w:tr>
        <w:tc>
          <w:tcPr>
            <w:tcW w:type="dxa" w:w="1474"/>
          </w:tcPr>
          <w:p>
            <w:pPr>
              <w:spacing w:after="20" w:line="276" w:lineRule="auto"/>
            </w:pPr>
            <w:r>
              <w:rPr>
                <w:b/>
              </w:rPr>
            </w:r>
            <w:r>
              <w:rPr>
                <w:rFonts w:ascii="宋体" w:hAnsi="宋体" w:eastAsia="宋体"/>
                <w:b/>
                <w:sz w:val="18"/>
              </w:rPr>
              <w:t>三、巩固练习，提高运算能力。</w:t>
            </w:r>
          </w:p>
        </w:tc>
        <w:tc>
          <w:tcPr>
            <w:tcW w:type="dxa" w:w="3061"/>
          </w:tcPr>
          <w:p>
            <w:pPr>
              <w:spacing w:after="20" w:line="276" w:lineRule="auto"/>
            </w:pPr>
            <w:r/>
            <w:r>
              <w:rPr>
                <w:rFonts w:ascii="宋体" w:hAnsi="宋体" w:eastAsia="宋体"/>
                <w:b w:val="0"/>
                <w:sz w:val="18"/>
              </w:rPr>
              <w:t>解答完毕后，集中展示交流，订正。</w:t>
            </w:r>
          </w:p>
          <w:p>
            <w:pPr>
              <w:spacing w:after="20" w:line="276" w:lineRule="auto"/>
            </w:pPr>
            <w:r>
              <w:rPr>
                <w:rFonts w:ascii="宋体" w:hAnsi="宋体" w:eastAsia="宋体"/>
                <w:b w:val="0"/>
                <w:sz w:val="18"/>
              </w:rPr>
              <w:t>第7题：让学生根据等式判断三个未知数的大小关系，判断的方法很多，例如设等式的和为1，求出x、y、z后比较大小；或者利用规律，两个数相加，和一定，一个加数越大，另一个加数就越小的方法来进行比较。只要学生的方法合理都要予以肯定，重点在于培养推理能力。</w:t>
            </w:r>
          </w:p>
        </w:tc>
        <w:tc>
          <w:tcPr>
            <w:tcW w:type="dxa" w:w="3061"/>
          </w:tcPr>
          <w:p>
            <w:pPr>
              <w:spacing w:after="20" w:line="276" w:lineRule="auto"/>
            </w:pPr>
            <w:r/>
            <w:r>
              <w:rPr>
                <w:rFonts w:ascii="宋体" w:hAnsi="宋体" w:eastAsia="宋体"/>
                <w:b w:val="0"/>
                <w:sz w:val="18"/>
              </w:rPr>
              <w:t>学生独立解答教科书P78“练习十五”第2、7题。</w:t>
            </w:r>
          </w:p>
          <w:p>
            <w:pPr>
              <w:spacing w:after="20" w:line="276" w:lineRule="auto"/>
            </w:pPr>
            <w:r>
              <w:rPr>
                <w:rFonts w:ascii="宋体" w:hAnsi="宋体" w:eastAsia="宋体"/>
                <w:b w:val="0"/>
                <w:sz w:val="18"/>
              </w:rPr>
              <w:t>第2题：此题是考查小数乘法中因数的小数位数与积的小数位数之间的关系以及乘、除法之间互逆关系的直接应用。注意引导学生检验反思。</w:t>
            </w:r>
          </w:p>
        </w:tc>
        <w:tc>
          <w:tcPr>
            <w:tcW w:type="dxa" w:w="1814"/>
          </w:tcPr>
          <w:p>
            <w:pPr>
              <w:spacing w:after="20" w:line="276" w:lineRule="auto"/>
            </w:pPr>
            <w:r/>
            <w:r>
              <w:rPr>
                <w:rFonts w:ascii="宋体" w:hAnsi="宋体" w:eastAsia="宋体"/>
                <w:b w:val="0"/>
                <w:sz w:val="18"/>
              </w:rPr>
              <w:t>通过练习，进一步巩固四则运算中加、减、乘、除之间的关系，并能灵活运用它们之间的关系解决问题。</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师：通过本节课的学习，你们有哪些收获呢？关于整数、小</w:t>
            </w:r>
          </w:p>
          <w:p>
            <w:pPr>
              <w:spacing w:after="20" w:line="276" w:lineRule="auto"/>
            </w:pPr>
            <w:r>
              <w:rPr>
                <w:rFonts w:ascii="宋体" w:hAnsi="宋体" w:eastAsia="宋体"/>
                <w:b w:val="0"/>
                <w:sz w:val="18"/>
              </w:rPr>
              <w:t>数、分数四则运算的知识，你还有哪些疑问？</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鼓励学生学会质疑，可以在复习的过程中查漏补缺，同时也让学生在交流中反思，在反思中提升。</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【教学笔记】</w:t>
      </w:r>
    </w:p>
    <w:p>
      <w:pPr>
        <w:spacing w:after="40" w:line="300" w:lineRule="auto"/>
      </w:pPr>
      <w:r>
        <w:rPr>
          <w:rFonts w:ascii="宋体" w:hAnsi="宋体" w:eastAsia="宋体"/>
          <w:b w:val="0"/>
          <w:sz w:val="20"/>
        </w:rPr>
        <w:t>【教学提示】</w:t>
      </w:r>
    </w:p>
    <w:p>
      <w:pPr>
        <w:spacing w:after="40" w:line="300" w:lineRule="auto"/>
      </w:pPr>
      <w:r>
        <w:rPr>
          <w:rFonts w:ascii="宋体" w:hAnsi="宋体" w:eastAsia="宋体"/>
          <w:b w:val="0"/>
          <w:sz w:val="20"/>
        </w:rPr>
        <w:t>在练习四则混合运算时，要经历“观察算式——回忆运算顺序——规划计算步骤——按次序进行计算——反思并积累体会”的过程，既发展数学思维，提升混合运算能力，又能够准确、灵活地按已有的运算顺序进行计算。</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【原教学设计反思（供参考）】教学中，积极开展小组交流，鼓励学生集体评议，互相补充。 这个过程重在培养学生用数学交流的能力，使学生学会倾听，并且提醒学生养成认真细致的良好习惯；同时进一步认清四则运算计算 法则的本质,运用归类、比较等方法，不断加以总结和概括，在复习中把知识条理化，在整理中形成比较完整的知识结构。学生最容 易出错的是分数、小数的乘除法计算，要注意收集错例，找出错因，有针对性地进行练习，提高学生的运算能力。</w:t>
      </w:r>
    </w:p>
    <w:p>
      <w:r>
        <w:br w:type="page"/>
      </w:r>
    </w:p>
    <w:p>
      <w:pPr>
        <w:spacing w:after="80" w:line="300" w:lineRule="auto"/>
      </w:pPr>
      <w:r>
        <w:rPr>
          <w:rFonts w:ascii="黑体" w:hAnsi="黑体" w:eastAsia="黑体"/>
          <w:b/>
          <w:sz w:val="24"/>
        </w:rPr>
        <w:t>二、课时教学方案（第16课时）</w:t>
      </w:r>
    </w:p>
    <w:p>
      <w:pPr>
        <w:spacing w:after="80" w:line="300" w:lineRule="auto"/>
      </w:pPr>
      <w:r>
        <w:rPr>
          <w:rFonts w:ascii="黑体" w:hAnsi="黑体" w:eastAsia="黑体"/>
          <w:b/>
          <w:sz w:val="24"/>
        </w:rPr>
        <w:t>第16课时　数学思考(3)</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第16课时　数学思考(3)</w:t>
            </w:r>
          </w:p>
        </w:tc>
        <w:tc>
          <w:tcPr>
            <w:tcW w:type="dxa" w:w="6009"/>
          </w:tcPr>
          <w:p>
            <w:pPr>
              <w:spacing w:after="20" w:line="276" w:lineRule="auto"/>
            </w:pPr>
            <w:r/>
            <w:r>
              <w:rPr>
                <w:rFonts w:ascii="宋体" w:hAnsi="宋体" w:eastAsia="宋体"/>
                <w:b w:val="0"/>
                <w:sz w:val="20"/>
              </w:rPr>
              <w:t>第6单元 整理和复习（数学思考）</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（1）初步掌握等量代换、几何证明的基本方法和步骤。</w:t>
      </w:r>
    </w:p>
    <w:p>
      <w:pPr>
        <w:spacing w:after="20" w:line="300" w:lineRule="auto"/>
        <w:ind w:firstLine="400"/>
      </w:pPr>
      <w:r>
        <w:rPr>
          <w:rFonts w:ascii="宋体" w:hAnsi="宋体" w:eastAsia="宋体"/>
          <w:b w:val="0"/>
          <w:sz w:val="20"/>
        </w:rPr>
        <w:t>（2）在解决问题的过程中，经历等量代换和几何证明过程，进一步提升逻辑推理的能力，体会逻辑思维是数学的一种重要思考方式。</w:t>
      </w:r>
    </w:p>
    <w:p>
      <w:pPr>
        <w:spacing w:after="20" w:line="300" w:lineRule="auto"/>
        <w:ind w:firstLine="400"/>
      </w:pPr>
      <w:r>
        <w:rPr>
          <w:rFonts w:ascii="宋体" w:hAnsi="宋体" w:eastAsia="宋体"/>
          <w:b w:val="0"/>
          <w:sz w:val="20"/>
        </w:rPr>
        <w:t>（3）在数学活动中，学会用数学思想方法解决问题，有条理地表达自己思考的过程，培养合作意识。</w:t>
      </w:r>
    </w:p>
    <w:p>
      <w:pPr>
        <w:spacing w:after="20" w:line="300" w:lineRule="auto"/>
      </w:pPr>
      <w:r>
        <w:rPr>
          <w:rFonts w:ascii="宋体" w:hAnsi="宋体" w:eastAsia="宋体"/>
          <w:b w:val="0"/>
          <w:sz w:val="20"/>
        </w:rPr>
        <w:t>教学重点：等量代换、几何证明的基本方法。</w:t>
      </w:r>
    </w:p>
    <w:p>
      <w:pPr>
        <w:spacing w:after="20" w:line="300" w:lineRule="auto"/>
      </w:pPr>
      <w:r>
        <w:rPr>
          <w:rFonts w:ascii="宋体" w:hAnsi="宋体" w:eastAsia="宋体"/>
          <w:b w:val="0"/>
          <w:sz w:val="20"/>
        </w:rPr>
        <w:t>教学难点：用语言、符号或文字描述代换和证明的过程。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二、自主探索，经历演绎推理的过程</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你能解决这个问题吗？；大家听懂这种方法了吗？在解决问题的过程中，最重要的是哪一步？</w:t>
            </w:r>
          </w:p>
        </w:tc>
        <w:tc>
          <w:tcPr>
            <w:tcW w:type="dxa" w:w="1361"/>
          </w:tcPr>
          <w:p>
            <w:pPr>
              <w:spacing w:after="20" w:line="276" w:lineRule="auto"/>
            </w:pPr>
            <w:r/>
            <w:r>
              <w:rPr>
                <w:rFonts w:ascii="宋体" w:hAnsi="宋体" w:eastAsia="宋体"/>
                <w:b w:val="0"/>
                <w:sz w:val="18"/>
              </w:rPr>
              <w:t>28分钟</w:t>
            </w:r>
          </w:p>
        </w:tc>
      </w:tr>
      <w:tr>
        <w:tc>
          <w:tcPr>
            <w:tcW w:type="dxa" w:w="2835"/>
          </w:tcPr>
          <w:p>
            <w:pPr>
              <w:spacing w:after="20" w:line="276" w:lineRule="auto"/>
            </w:pPr>
            <w:r/>
            <w:r>
              <w:rPr>
                <w:rFonts w:ascii="宋体" w:hAnsi="宋体" w:eastAsia="宋体"/>
                <w:b w:val="0"/>
                <w:sz w:val="18"/>
              </w:rPr>
              <w:t>三、综合练习，提高能力</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通过本节课的学习，你们有哪些收获呢？</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一、谈话导入，揭示课题</w:t>
            </w:r>
          </w:p>
        </w:tc>
        <w:tc>
          <w:tcPr>
            <w:tcW w:type="dxa" w:w="3061"/>
          </w:tcPr>
          <w:p>
            <w:pPr>
              <w:spacing w:after="20" w:line="276" w:lineRule="auto"/>
            </w:pPr>
            <w:r/>
            <w:r>
              <w:rPr>
                <w:rFonts w:ascii="宋体" w:hAnsi="宋体" w:eastAsia="宋体"/>
                <w:b w:val="0"/>
                <w:sz w:val="18"/>
              </w:rPr>
              <w:t>师：前面我们已经学习了数学思考的第1、2题，感受到数学思想和方法可以帮助我们有条理地思考，简捷地解决问题。今天这节课，我们一起来学习第3、4题，继续享受由数学思考带来的“思维盛宴”。［板书课题：数学思考（3）］</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二、自主探索，经历演绎推理的过程</w:t>
            </w:r>
          </w:p>
        </w:tc>
        <w:tc>
          <w:tcPr>
            <w:tcW w:type="dxa" w:w="3061"/>
          </w:tcPr>
          <w:p>
            <w:pPr>
              <w:spacing w:after="20" w:line="276" w:lineRule="auto"/>
            </w:pPr>
            <w:r/>
            <w:r>
              <w:rPr>
                <w:rFonts w:ascii="宋体" w:hAnsi="宋体" w:eastAsia="宋体"/>
                <w:b w:val="0"/>
                <w:sz w:val="18"/>
              </w:rPr>
              <w:t>1.课件出示教科书P100第3题(1)。</w:t>
            </w:r>
          </w:p>
          <w:p>
            <w:pPr>
              <w:spacing w:after="20" w:line="276" w:lineRule="auto"/>
            </w:pPr>
            <w:r>
              <w:rPr>
                <w:rFonts w:ascii="宋体" w:hAnsi="宋体" w:eastAsia="宋体"/>
                <w:b w:val="0"/>
                <w:sz w:val="18"/>
              </w:rPr>
              <w:t>师：你能解决这个问题吗？请在作业本上试一试。</w:t>
            </w:r>
          </w:p>
          <w:p>
            <w:pPr>
              <w:spacing w:after="20" w:line="276" w:lineRule="auto"/>
            </w:pPr>
            <w:r>
              <w:rPr>
                <w:rFonts w:ascii="宋体" w:hAnsi="宋体" w:eastAsia="宋体"/>
                <w:b w:val="0"/>
                <w:sz w:val="18"/>
              </w:rPr>
              <w:t>因为1个△等于3个□，可以把第一个算式中的△换成3个□。这样，第一个算式就转化成了4个□相加等于24，□就等于6，故△=6×3=18。</w:t>
            </w:r>
          </w:p>
          <w:p>
            <w:pPr>
              <w:spacing w:after="20" w:line="276" w:lineRule="auto"/>
            </w:pPr>
            <w:r>
              <w:rPr>
                <w:rFonts w:ascii="宋体" w:hAnsi="宋体" w:eastAsia="宋体"/>
                <w:b w:val="0"/>
                <w:sz w:val="18"/>
              </w:rPr>
              <w:t>把第一个算式中的△换成3个□，得到□+□+□+□=24，</w:t>
            </w:r>
          </w:p>
          <w:p>
            <w:pPr>
              <w:spacing w:after="20" w:line="276" w:lineRule="auto"/>
            </w:pPr>
            <w:r>
              <w:rPr>
                <w:rFonts w:ascii="宋体" w:hAnsi="宋体" w:eastAsia="宋体"/>
                <w:b w:val="0"/>
                <w:sz w:val="18"/>
              </w:rPr>
              <w:t>□=24÷4=6，△=6×3=18。</w:t>
            </w:r>
          </w:p>
          <w:p>
            <w:pPr>
              <w:spacing w:after="20" w:line="276" w:lineRule="auto"/>
            </w:pPr>
            <w:r>
              <w:rPr>
                <w:rFonts w:ascii="宋体" w:hAnsi="宋体" w:eastAsia="宋体"/>
                <w:b w:val="0"/>
                <w:sz w:val="18"/>
              </w:rPr>
              <w:t>师：大家听懂这种方法了吗？在解决问题的过程中，最重要的是哪一步？</w:t>
            </w:r>
          </w:p>
          <w:p>
            <w:pPr>
              <w:spacing w:after="20" w:line="276" w:lineRule="auto"/>
            </w:pPr>
            <w:r>
              <w:rPr>
                <w:rFonts w:ascii="宋体" w:hAnsi="宋体" w:eastAsia="宋体"/>
                <w:b w:val="0"/>
                <w:sz w:val="18"/>
              </w:rPr>
              <w:t>师：这样的方法就叫做等量代换。同桌之间互相说一说。</w:t>
            </w:r>
          </w:p>
          <w:p>
            <w:pPr>
              <w:spacing w:after="20" w:line="276" w:lineRule="auto"/>
            </w:pPr>
            <w:r>
              <w:rPr>
                <w:rFonts w:ascii="宋体" w:hAnsi="宋体" w:eastAsia="宋体"/>
                <w:b w:val="0"/>
                <w:sz w:val="18"/>
              </w:rPr>
              <w:t>该怎样用数学的方法表示这一过程呢？我们一起来看。(课件出示)</w:t>
            </w:r>
          </w:p>
          <w:p>
            <w:pPr>
              <w:spacing w:after="20" w:line="276" w:lineRule="auto"/>
            </w:pPr>
            <w:r>
              <w:rPr>
                <w:rFonts w:ascii="宋体" w:hAnsi="宋体" w:eastAsia="宋体"/>
                <w:b w:val="0"/>
                <w:sz w:val="18"/>
              </w:rPr>
              <w:t>2.课件出示教科书P101第3题（2）。</w:t>
            </w:r>
          </w:p>
          <w:p>
            <w:pPr>
              <w:spacing w:after="20" w:line="276" w:lineRule="auto"/>
            </w:pPr>
            <w:r>
              <w:rPr>
                <w:rFonts w:ascii="宋体" w:hAnsi="宋体" w:eastAsia="宋体"/>
                <w:b w:val="0"/>
                <w:sz w:val="18"/>
              </w:rPr>
              <w:t>师：想一想，你的结论是什么？用什么方法证明你的结论呢？</w:t>
            </w:r>
          </w:p>
          <w:p>
            <w:pPr>
              <w:spacing w:after="20" w:line="276" w:lineRule="auto"/>
            </w:pPr>
            <w:r>
              <w:rPr>
                <w:rFonts w:ascii="宋体" w:hAnsi="宋体" w:eastAsia="宋体"/>
                <w:b w:val="0"/>
                <w:sz w:val="18"/>
              </w:rPr>
              <w:t>师：把分别减去的依据是什么？</w:t>
            </w:r>
          </w:p>
          <w:p>
            <w:pPr>
              <w:spacing w:after="20" w:line="276" w:lineRule="auto"/>
            </w:pPr>
            <w:r>
              <w:rPr>
                <w:rFonts w:ascii="宋体" w:hAnsi="宋体" w:eastAsia="宋体"/>
                <w:b w:val="0"/>
                <w:sz w:val="18"/>
              </w:rPr>
              <w:t>师：你能直接用数学证明的方法表示吗？</w:t>
            </w:r>
          </w:p>
          <w:p>
            <w:pPr>
              <w:spacing w:after="20" w:line="276" w:lineRule="auto"/>
            </w:pPr>
            <w:r>
              <w:rPr>
                <w:rFonts w:ascii="宋体" w:hAnsi="宋体" w:eastAsia="宋体"/>
                <w:b w:val="0"/>
                <w:sz w:val="18"/>
              </w:rPr>
              <w:t>师小结：在解决第(1)题的过程中，我们用到了什么数学思想？(板书：等量代换)第(2)题则是根据什么？(板书：等式的性质)将解题过程用这样的形式表示出来，采用的是数学证明的方法。</w:t>
            </w:r>
          </w:p>
          <w:p>
            <w:pPr>
              <w:spacing w:after="20" w:line="276" w:lineRule="auto"/>
            </w:pPr>
            <w:r>
              <w:rPr>
                <w:rFonts w:ascii="宋体" w:hAnsi="宋体" w:eastAsia="宋体"/>
                <w:b w:val="0"/>
                <w:sz w:val="18"/>
              </w:rPr>
              <w:t>3.师：什么是平角？平角与直线有什么区别？谁来说一说？</w:t>
            </w:r>
          </w:p>
          <w:p>
            <w:pPr>
              <w:spacing w:after="20" w:line="276" w:lineRule="auto"/>
            </w:pPr>
            <w:r>
              <w:rPr>
                <w:rFonts w:ascii="宋体" w:hAnsi="宋体" w:eastAsia="宋体"/>
                <w:b w:val="0"/>
                <w:sz w:val="18"/>
              </w:rPr>
              <w:t>（1）课件出示教科书P101第4题（1）。</w:t>
            </w:r>
          </w:p>
          <w:p>
            <w:pPr>
              <w:spacing w:after="20" w:line="276" w:lineRule="auto"/>
            </w:pPr>
            <w:r>
              <w:rPr>
                <w:rFonts w:ascii="宋体" w:hAnsi="宋体" w:eastAsia="宋体"/>
                <w:b w:val="0"/>
                <w:sz w:val="18"/>
              </w:rPr>
              <w:t>师：从题中你能得到什么信息？说说你的发现。</w:t>
            </w:r>
          </w:p>
          <w:p>
            <w:pPr>
              <w:spacing w:after="20" w:line="276" w:lineRule="auto"/>
            </w:pPr>
            <w:r>
              <w:rPr>
                <w:rFonts w:ascii="宋体" w:hAnsi="宋体" w:eastAsia="宋体"/>
                <w:b w:val="0"/>
                <w:sz w:val="18"/>
              </w:rPr>
              <w:t>师：那么，我们可以找到几个平角呢？它们分别是由哪两个相邻的角组成的？</w:t>
            </w:r>
          </w:p>
          <w:p>
            <w:pPr>
              <w:spacing w:after="20" w:line="276" w:lineRule="auto"/>
            </w:pPr>
            <w:r>
              <w:rPr>
                <w:rFonts w:ascii="宋体" w:hAnsi="宋体" w:eastAsia="宋体"/>
                <w:b w:val="0"/>
                <w:sz w:val="18"/>
              </w:rPr>
              <w:t>(2)课件出示教科书P101第4题（2）。</w:t>
            </w:r>
          </w:p>
          <w:p>
            <w:pPr>
              <w:spacing w:after="20" w:line="276" w:lineRule="auto"/>
            </w:pPr>
            <w:r>
              <w:rPr>
                <w:rFonts w:ascii="宋体" w:hAnsi="宋体" w:eastAsia="宋体"/>
                <w:b w:val="0"/>
                <w:sz w:val="18"/>
              </w:rPr>
              <w:t>师：这两种方法中都用到了同时减去同一个角，依据是什么？(学生回答：等式的性质)你能用数学证明的方法表示这个过程吗？</w:t>
            </w:r>
          </w:p>
          <w:p>
            <w:pPr>
              <w:spacing w:after="20" w:line="276" w:lineRule="auto"/>
            </w:pPr>
            <w:r>
              <w:rPr>
                <w:rFonts w:ascii="宋体" w:hAnsi="宋体" w:eastAsia="宋体"/>
                <w:b w:val="0"/>
                <w:sz w:val="18"/>
              </w:rPr>
              <w:t>展示作业，逐步归纳得出：</w:t>
            </w:r>
          </w:p>
          <w:p>
            <w:pPr>
              <w:spacing w:after="20" w:line="276" w:lineRule="auto"/>
            </w:pPr>
            <w:r>
              <w:rPr>
                <w:rFonts w:ascii="宋体" w:hAnsi="宋体" w:eastAsia="宋体"/>
                <w:b w:val="0"/>
                <w:sz w:val="18"/>
              </w:rPr>
              <w:t>师：你能用同样的方法推出∠2=∠4吗？</w:t>
            </w:r>
          </w:p>
        </w:tc>
        <w:tc>
          <w:tcPr>
            <w:tcW w:type="dxa" w:w="3061"/>
          </w:tcPr>
          <w:p>
            <w:pPr>
              <w:spacing w:after="20" w:line="276" w:lineRule="auto"/>
            </w:pPr>
            <w:r/>
            <w:r>
              <w:rPr>
                <w:rFonts w:ascii="宋体" w:hAnsi="宋体" w:eastAsia="宋体"/>
                <w:b w:val="0"/>
                <w:sz w:val="18"/>
              </w:rPr>
              <w:t>学生独立完成后，汇报交流。</w:t>
            </w:r>
          </w:p>
          <w:p>
            <w:pPr>
              <w:spacing w:after="20" w:line="276" w:lineRule="auto"/>
            </w:pPr>
            <w:r>
              <w:rPr>
                <w:rFonts w:ascii="宋体" w:hAnsi="宋体" w:eastAsia="宋体"/>
                <w:b w:val="0"/>
                <w:sz w:val="18"/>
              </w:rPr>
              <w:t>预设1：用文字描述。</w:t>
            </w:r>
          </w:p>
          <w:p>
            <w:pPr>
              <w:spacing w:after="20" w:line="276" w:lineRule="auto"/>
            </w:pPr>
            <w:r>
              <w:rPr>
                <w:rFonts w:ascii="宋体" w:hAnsi="宋体" w:eastAsia="宋体"/>
                <w:b w:val="0"/>
                <w:sz w:val="18"/>
              </w:rPr>
              <w:t>预设2：根据解方程的经验，用等式表达。</w:t>
            </w:r>
          </w:p>
          <w:p>
            <w:pPr>
              <w:spacing w:after="20" w:line="276" w:lineRule="auto"/>
            </w:pPr>
            <w:r>
              <w:rPr>
                <w:rFonts w:ascii="宋体" w:hAnsi="宋体" w:eastAsia="宋体"/>
                <w:b w:val="0"/>
                <w:sz w:val="18"/>
              </w:rPr>
              <w:t>把第一个算式中的△换成3个□。</w:t>
            </w:r>
          </w:p>
          <w:p>
            <w:pPr>
              <w:spacing w:after="20" w:line="276" w:lineRule="auto"/>
            </w:pPr>
            <w:r>
              <w:rPr>
                <w:rFonts w:ascii="宋体" w:hAnsi="宋体" w:eastAsia="宋体"/>
                <w:b w:val="0"/>
                <w:sz w:val="18"/>
              </w:rPr>
              <w:t>两个等式中都有，只要从160里面把分别减去就可以知道○和◎是相等的。</w:t>
            </w:r>
          </w:p>
          <w:p>
            <w:pPr>
              <w:spacing w:after="20" w:line="276" w:lineRule="auto"/>
            </w:pPr>
            <w:r>
              <w:rPr>
                <w:rFonts w:ascii="宋体" w:hAnsi="宋体" w:eastAsia="宋体"/>
                <w:b w:val="0"/>
                <w:sz w:val="18"/>
              </w:rPr>
              <w:t>等式的性质：在等式的左右两边同时减去同一个数，等式仍然成立。</w:t>
            </w:r>
          </w:p>
          <w:p>
            <w:pPr>
              <w:spacing w:after="20" w:line="276" w:lineRule="auto"/>
            </w:pPr>
            <w:r>
              <w:rPr>
                <w:rFonts w:ascii="宋体" w:hAnsi="宋体" w:eastAsia="宋体"/>
                <w:b w:val="0"/>
                <w:sz w:val="18"/>
              </w:rPr>
              <w:t>学生写证明过程，教师强调每一步都要写清楚依据。</w:t>
            </w:r>
          </w:p>
          <w:p>
            <w:pPr>
              <w:spacing w:after="20" w:line="276" w:lineRule="auto"/>
            </w:pPr>
            <w:r>
              <w:rPr>
                <w:rFonts w:ascii="宋体" w:hAnsi="宋体" w:eastAsia="宋体"/>
                <w:b w:val="0"/>
                <w:sz w:val="18"/>
              </w:rPr>
              <w:t>学生有能力独立解决这一问题，主要是让学生把代换的过程(思路)讲清楚，通过教师的提问理解关键步骤是该环节的教学重点。在解题过程的表述上，充分发挥教师的引领作用，通过多媒体课件逐步呈现过程，使学生体会数学证明的方法，感受数学语言的严谨性。</w:t>
            </w:r>
          </w:p>
          <w:p>
            <w:pPr>
              <w:spacing w:after="20" w:line="276" w:lineRule="auto"/>
            </w:pPr>
            <w:r>
              <w:rPr>
                <w:rFonts w:ascii="宋体" w:hAnsi="宋体" w:eastAsia="宋体"/>
                <w:b w:val="0"/>
                <w:sz w:val="18"/>
              </w:rPr>
              <w:t>交流汇报，逐步引导得出：</w:t>
            </w:r>
          </w:p>
          <w:p>
            <w:pPr>
              <w:spacing w:after="20" w:line="276" w:lineRule="auto"/>
            </w:pPr>
            <w:r>
              <w:rPr>
                <w:rFonts w:ascii="宋体" w:hAnsi="宋体" w:eastAsia="宋体"/>
                <w:b w:val="0"/>
                <w:sz w:val="18"/>
              </w:rPr>
              <w:t>预设1：平角是个角，而直线是条线。</w:t>
            </w:r>
          </w:p>
          <w:p>
            <w:pPr>
              <w:spacing w:after="20" w:line="276" w:lineRule="auto"/>
            </w:pPr>
            <w:r>
              <w:rPr>
                <w:rFonts w:ascii="宋体" w:hAnsi="宋体" w:eastAsia="宋体"/>
                <w:b w:val="0"/>
                <w:sz w:val="18"/>
              </w:rPr>
              <w:t>预设2：平角可度量，1平角=180；直线不可度量。</w:t>
            </w:r>
          </w:p>
          <w:p>
            <w:pPr>
              <w:spacing w:after="20" w:line="276" w:lineRule="auto"/>
            </w:pPr>
            <w:r>
              <w:rPr>
                <w:rFonts w:ascii="宋体" w:hAnsi="宋体" w:eastAsia="宋体"/>
                <w:b w:val="0"/>
                <w:sz w:val="18"/>
              </w:rPr>
              <w:t>预设3：平角有一个顶点和两条边，而直线没有。</w:t>
            </w:r>
          </w:p>
          <w:p>
            <w:pPr>
              <w:spacing w:after="20" w:line="276" w:lineRule="auto"/>
            </w:pPr>
            <w:r>
              <w:rPr>
                <w:rFonts w:ascii="宋体" w:hAnsi="宋体" w:eastAsia="宋体"/>
                <w:b w:val="0"/>
                <w:sz w:val="18"/>
              </w:rPr>
              <w:t>预设1：每相邻两个角可以组成一个平角，在图中有四组角是相邻的，所以有4个平角。</w:t>
            </w:r>
          </w:p>
          <w:p>
            <w:pPr>
              <w:spacing w:after="20" w:line="276" w:lineRule="auto"/>
            </w:pPr>
            <w:r>
              <w:rPr>
                <w:rFonts w:ascii="宋体" w:hAnsi="宋体" w:eastAsia="宋体"/>
                <w:b w:val="0"/>
                <w:sz w:val="18"/>
              </w:rPr>
              <w:t>预设2：平角的两边在一条直线上，在同一条直线的两旁可以找到两个以O为顶点的平角。</w:t>
            </w:r>
          </w:p>
          <w:p>
            <w:pPr>
              <w:spacing w:after="20" w:line="276" w:lineRule="auto"/>
            </w:pPr>
            <w:r>
              <w:rPr>
                <w:rFonts w:ascii="宋体" w:hAnsi="宋体" w:eastAsia="宋体"/>
                <w:b w:val="0"/>
                <w:sz w:val="18"/>
              </w:rPr>
              <w:t>指导学生说出能找到4个平角，分别是∠1和∠2，∠2和∠3，∠3和∠4，∠4和∠1。</w:t>
            </w:r>
          </w:p>
          <w:p>
            <w:pPr>
              <w:spacing w:after="20" w:line="276" w:lineRule="auto"/>
            </w:pPr>
            <w:r>
              <w:rPr>
                <w:rFonts w:ascii="宋体" w:hAnsi="宋体" w:eastAsia="宋体"/>
                <w:b w:val="0"/>
                <w:sz w:val="18"/>
              </w:rPr>
              <w:t>学生独立思考，互相交流后汇报思路。</w:t>
            </w:r>
          </w:p>
          <w:p>
            <w:pPr>
              <w:spacing w:after="20" w:line="276" w:lineRule="auto"/>
            </w:pPr>
            <w:r>
              <w:rPr>
                <w:rFonts w:ascii="宋体" w:hAnsi="宋体" w:eastAsia="宋体"/>
                <w:b w:val="0"/>
                <w:sz w:val="18"/>
              </w:rPr>
              <w:t>预设1：∠1和∠2可以组成平角，∠2和∠3可以组成平角，在两个平角中同时减去∠2，就可以得出∠1=∠3。</w:t>
            </w:r>
          </w:p>
          <w:p>
            <w:pPr>
              <w:spacing w:after="20" w:line="276" w:lineRule="auto"/>
            </w:pPr>
            <w:r>
              <w:rPr>
                <w:rFonts w:ascii="宋体" w:hAnsi="宋体" w:eastAsia="宋体"/>
                <w:b w:val="0"/>
                <w:sz w:val="18"/>
              </w:rPr>
              <w:t>预设2：还可以这样想，∠1和∠4可以组成平角，∠3和∠4可以组成平角，在两个平角中同时减去∠4，可以得出∠1=∠3。</w:t>
            </w:r>
          </w:p>
          <w:p>
            <w:pPr>
              <w:spacing w:after="20" w:line="276" w:lineRule="auto"/>
            </w:pPr>
            <w:r>
              <w:rPr>
                <w:rFonts w:ascii="宋体" w:hAnsi="宋体" w:eastAsia="宋体"/>
                <w:b w:val="0"/>
                <w:sz w:val="18"/>
              </w:rPr>
              <w:t>学生练习，教师巡回指导。</w:t>
            </w:r>
          </w:p>
          <w:p>
            <w:pPr>
              <w:spacing w:after="20" w:line="276" w:lineRule="auto"/>
            </w:pPr>
            <w:r>
              <w:rPr>
                <w:rFonts w:ascii="宋体" w:hAnsi="宋体" w:eastAsia="宋体"/>
                <w:b w:val="0"/>
                <w:sz w:val="18"/>
              </w:rPr>
              <w:t>学生练习，反馈讲评，得出：</w:t>
            </w:r>
          </w:p>
        </w:tc>
        <w:tc>
          <w:tcPr>
            <w:tcW w:type="dxa" w:w="1814"/>
          </w:tcPr>
          <w:p>
            <w:pPr>
              <w:spacing w:after="20" w:line="276" w:lineRule="auto"/>
            </w:pPr>
            <w:r/>
            <w:r>
              <w:rPr>
                <w:rFonts w:ascii="宋体" w:hAnsi="宋体" w:eastAsia="宋体"/>
                <w:b w:val="0"/>
                <w:sz w:val="18"/>
              </w:rPr>
              <w:t>表述的逻辑性和严谨性是该环节的教学重点。在学生已经得出结论的基础上，逐步引导他们用规范的数学语言加以表述，充分体会数学证明的方法和逻辑推理的思想。</w:t>
            </w:r>
          </w:p>
          <w:p>
            <w:pPr>
              <w:spacing w:after="20" w:line="276" w:lineRule="auto"/>
            </w:pPr>
            <w:r>
              <w:rPr>
                <w:rFonts w:ascii="宋体" w:hAnsi="宋体" w:eastAsia="宋体"/>
                <w:b w:val="0"/>
                <w:sz w:val="18"/>
              </w:rPr>
              <w:t>题目中平角的概念和平角与直线的区别这两个问题是新知的生长点，教师在实际教学中应使学生理解到位。第(1)题既可以由题意“每相邻两个角可以组成一个平角”出发，也可以从平角的特征考虑加以解决。解决第(2)题需要根据第(1)题的结论，同时第3题中的第(2)题也为本题的推理提供了知识基础。这个教学环节以学生自主探索为主，引导学生充分经历并理解推理的过程。</w:t>
            </w:r>
          </w:p>
        </w:tc>
      </w:tr>
      <w:tr>
        <w:tc>
          <w:tcPr>
            <w:tcW w:type="dxa" w:w="1474"/>
          </w:tcPr>
          <w:p>
            <w:pPr>
              <w:spacing w:after="20" w:line="276" w:lineRule="auto"/>
            </w:pPr>
            <w:r>
              <w:rPr>
                <w:b/>
              </w:rPr>
            </w:r>
            <w:r>
              <w:rPr>
                <w:rFonts w:ascii="宋体" w:hAnsi="宋体" w:eastAsia="宋体"/>
                <w:b/>
                <w:sz w:val="18"/>
              </w:rPr>
              <w:t>三、综合练习，提高能力</w:t>
            </w:r>
          </w:p>
        </w:tc>
        <w:tc>
          <w:tcPr>
            <w:tcW w:type="dxa" w:w="3061"/>
          </w:tcPr>
          <w:p>
            <w:pPr>
              <w:spacing w:after="20" w:line="276" w:lineRule="auto"/>
            </w:pPr>
            <w:r/>
            <w:r>
              <w:rPr>
                <w:rFonts w:ascii="宋体" w:hAnsi="宋体" w:eastAsia="宋体"/>
                <w:b w:val="0"/>
                <w:sz w:val="18"/>
              </w:rPr>
              <w:t>1.完成教科书P103“练习二十二”第8题。</w:t>
            </w:r>
          </w:p>
          <w:p>
            <w:pPr>
              <w:spacing w:after="20" w:line="276" w:lineRule="auto"/>
            </w:pPr>
            <w:r>
              <w:rPr>
                <w:rFonts w:ascii="宋体" w:hAnsi="宋体" w:eastAsia="宋体"/>
                <w:b w:val="0"/>
                <w:sz w:val="18"/>
              </w:rPr>
              <w:t>师：引导学生关注算式的特点，教给学生运用等式的性质处理算式的办法。</w:t>
            </w:r>
          </w:p>
          <w:p>
            <w:pPr>
              <w:spacing w:after="20" w:line="276" w:lineRule="auto"/>
            </w:pPr>
            <w:r>
              <w:rPr>
                <w:rFonts w:ascii="宋体" w:hAnsi="宋体" w:eastAsia="宋体"/>
                <w:b w:val="0"/>
                <w:sz w:val="18"/>
              </w:rPr>
              <w:t>2.完成教科书P103“练习二十二”第9题。</w:t>
            </w:r>
          </w:p>
          <w:p>
            <w:pPr>
              <w:spacing w:after="20" w:line="276" w:lineRule="auto"/>
            </w:pPr>
            <w:r>
              <w:rPr>
                <w:rFonts w:ascii="宋体" w:hAnsi="宋体" w:eastAsia="宋体"/>
                <w:b w:val="0"/>
                <w:sz w:val="18"/>
              </w:rPr>
              <w:t>让学生独立完成，并全班汇报展示。</w:t>
            </w:r>
          </w:p>
        </w:tc>
        <w:tc>
          <w:tcPr>
            <w:tcW w:type="dxa" w:w="3061"/>
          </w:tcPr>
          <w:p>
            <w:pPr>
              <w:spacing w:after="20" w:line="276" w:lineRule="auto"/>
            </w:pPr>
            <w:r/>
            <w:r>
              <w:rPr>
                <w:rFonts w:ascii="宋体" w:hAnsi="宋体" w:eastAsia="宋体"/>
                <w:b w:val="0"/>
                <w:sz w:val="18"/>
              </w:rPr>
              <w:t>第(1)题的方法特别多，比较简单的方法是采用等式的性质，将三个等式的两边分别相加再除以2，求出○+□+△=100，然后依次求出结果。也有的学生用初中的解题思路，如代入消元、加减消元等方法，如果出现要引导学生清晰表达思路。第(2)题要先根据上面两个等式求出○和□，然后代入第三个等式求△的值。</w:t>
            </w:r>
          </w:p>
        </w:tc>
        <w:tc>
          <w:tcPr>
            <w:tcW w:type="dxa" w:w="1814"/>
          </w:tcPr>
          <w:p>
            <w:pPr>
              <w:spacing w:after="20" w:line="276" w:lineRule="auto"/>
            </w:pPr>
            <w:r/>
            <w:r>
              <w:rPr>
                <w:rFonts w:ascii="宋体" w:hAnsi="宋体" w:eastAsia="宋体"/>
                <w:b w:val="0"/>
                <w:sz w:val="18"/>
              </w:rPr>
              <w:t>针对性的练习设计，强化了等量代换、等式的性质、数学证明的方法和几何证明等知识，在解决问题的过程中使学生直观感受数学推理的应用价值。</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师：通过本节课的学习，你们有哪些收获呢？</w:t>
            </w:r>
          </w:p>
          <w:p>
            <w:pPr>
              <w:spacing w:after="20" w:line="276" w:lineRule="auto"/>
            </w:pPr>
            <w:r>
              <w:rPr>
                <w:rFonts w:ascii="宋体" w:hAnsi="宋体" w:eastAsia="宋体"/>
                <w:b w:val="0"/>
                <w:sz w:val="18"/>
              </w:rPr>
              <w:t>课后了解教科书P103“你知道吗？”。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数学思考(3)</w:t>
      </w:r>
    </w:p>
    <w:p>
      <w:pPr>
        <w:spacing w:after="40" w:line="300" w:lineRule="auto"/>
      </w:pPr>
      <w:r>
        <w:rPr>
          <w:rFonts w:ascii="宋体" w:hAnsi="宋体" w:eastAsia="宋体"/>
          <w:b w:val="0"/>
          <w:sz w:val="20"/>
        </w:rPr>
        <w:t>等量代换</w:t>
      </w:r>
    </w:p>
    <w:p>
      <w:pPr>
        <w:spacing w:after="40" w:line="300" w:lineRule="auto"/>
      </w:pPr>
      <w:r>
        <w:rPr>
          <w:rFonts w:ascii="宋体" w:hAnsi="宋体" w:eastAsia="宋体"/>
          <w:b w:val="0"/>
          <w:sz w:val="20"/>
        </w:rPr>
        <w:t>等式的性质</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2 ○、□、△各代表一个数，根据下面的已知条件，求 ○、□、△的值。 ○＋○＋□＝144 ○＋○＝□＋□＋□＋□ ③ △－○＝63 3如图，你能说明∠1＝∠3吗？ 4成成在一本课外书上看到这样一道题：5只雀，6只燕，共重1900 g；雀重燕轻，互换一只，恰好一样重。问一只雀重多少克，一只燕重多少克。成成用一个□表示一只雀，用一个○表示一只燕，下面是成成的思考过程，请你帮他补充完整。 5×□＋6×○＝1900……① 4×□＋○＝5×○＋□……② 第一步：①的两边同时乘2，得到10×□＋12×○＝3800……③ 第二步：②的两边同时去掉一个□和一个○，得到3×□＝4×○……④ 参考答案 1.400 200 2.由①②可得□＋□＋□＋□＋□＝144，所以□＝28.8。由②得2×○＝4×□，所以○＝2×□＝2×28.8＝57.6。由③得△＝63＋○＝63＋57.6＝120.6。 3.∠1＋∠2＝360－90－90＝180，∠2＋∠3＝180，则有∠1＋∠2＝∠2＋∠3，所以∠1＝∠3。 4.第三步：④的两边同时乘3，得到9×□＝12×○……⑤ 第四步：把⑤代入③中，得到10×□＋9×□＝3800，解得□＝200。 第五步：把□＝200代入④中，得到○＝3×200÷4＝150。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数学思考”是总复习单元中的另类，它不仅是对以往所学知识的整理和复习，还在原有基础上有所提升与拓展。本节课的教学内容较为抽象难懂，所以在教学时要留给学生动手操作、合作学习的机会，使学生亲身体验探究等量代换的数学方法。教师可以完全放手先让学生独立完成，再用汇报展示的形式去提升。 【教学笔记】 【教学提示】 处理此题时，不必把结论“三角形的一个外角等于与它不相邻的两个内角之和”看得太重，目标应放在“感悟角的位置”上，可呈现不同的外角让学生加深理解此结论，但不提倡死记这个结论。</w:t>
      </w:r>
    </w:p>
    <w:p>
      <w:r>
        <w:br w:type="page"/>
      </w:r>
    </w:p>
    <w:p>
      <w:pPr>
        <w:spacing w:after="80" w:line="300" w:lineRule="auto"/>
      </w:pPr>
      <w:r>
        <w:rPr>
          <w:rFonts w:ascii="黑体" w:hAnsi="黑体" w:eastAsia="黑体"/>
          <w:b/>
          <w:sz w:val="24"/>
        </w:rPr>
        <w:t>二、课时教学方案（第17课时）</w:t>
      </w:r>
    </w:p>
    <w:p>
      <w:pPr>
        <w:spacing w:after="80" w:line="300" w:lineRule="auto"/>
      </w:pPr>
      <w:r>
        <w:rPr>
          <w:rFonts w:ascii="黑体" w:hAnsi="黑体" w:eastAsia="黑体"/>
          <w:b/>
          <w:sz w:val="24"/>
        </w:rPr>
        <w:t>第17课时　立体图形的认识与测量(2)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第17课时　立体图形的认识与测量(2)</w:t>
            </w:r>
          </w:p>
        </w:tc>
        <w:tc>
          <w:tcPr>
            <w:tcW w:type="dxa" w:w="6009"/>
          </w:tcPr>
          <w:p>
            <w:pPr>
              <w:spacing w:after="20" w:line="276" w:lineRule="auto"/>
            </w:pPr>
            <w:r/>
            <w:r>
              <w:rPr>
                <w:rFonts w:ascii="宋体" w:hAnsi="宋体" w:eastAsia="宋体"/>
                <w:b w:val="0"/>
                <w:sz w:val="20"/>
              </w:rPr>
              <w:t>第6单元 整理和复习（图形与几何）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（1）进一步理解立体图形的表面积和体积的内涵，能灵活地计算它们的表面积和体积，加强沟通知识之间的内在联系，将所学知识进一步条理化和系统化，发展空间观念。</w:t>
      </w:r>
    </w:p>
    <w:p>
      <w:pPr>
        <w:spacing w:after="20" w:line="300" w:lineRule="auto"/>
        <w:ind w:firstLine="400"/>
      </w:pPr>
      <w:r>
        <w:rPr>
          <w:rFonts w:ascii="宋体" w:hAnsi="宋体" w:eastAsia="宋体"/>
          <w:b w:val="0"/>
          <w:sz w:val="20"/>
        </w:rPr>
        <w:t>（2）感受数学与生活的联系，体会数学的价值，体会转化、类比、数形结合等数学思想和方法，增强创新意识，发展数学思考能力，提高解决实际问题的能力。</w:t>
      </w:r>
    </w:p>
    <w:p>
      <w:pPr>
        <w:spacing w:after="20" w:line="300" w:lineRule="auto"/>
        <w:ind w:firstLine="400"/>
      </w:pPr>
      <w:r>
        <w:rPr>
          <w:rFonts w:ascii="宋体" w:hAnsi="宋体" w:eastAsia="宋体"/>
          <w:b w:val="0"/>
          <w:sz w:val="20"/>
        </w:rPr>
        <w:t>（3）学会整理数学知识的方法，培养学习能力。</w:t>
      </w:r>
    </w:p>
    <w:p>
      <w:pPr>
        <w:spacing w:after="20" w:line="300" w:lineRule="auto"/>
      </w:pPr>
      <w:r>
        <w:rPr>
          <w:rFonts w:ascii="宋体" w:hAnsi="宋体" w:eastAsia="宋体"/>
          <w:b w:val="0"/>
          <w:sz w:val="20"/>
        </w:rPr>
        <w:t>教学重点：理解立体图形的特征，沟通表面积和体积计算公式之间的联系。</w:t>
      </w:r>
    </w:p>
    <w:p>
      <w:pPr>
        <w:spacing w:after="20" w:line="300" w:lineRule="auto"/>
      </w:pPr>
      <w:r>
        <w:rPr>
          <w:rFonts w:ascii="宋体" w:hAnsi="宋体" w:eastAsia="宋体"/>
          <w:b w:val="0"/>
          <w:sz w:val="20"/>
        </w:rPr>
        <w:t>教学难点：立体图形表面积、体积计算方法的熟练掌握。</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一、谈话引入，明确目标</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二、整理知识，沟通联系</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立体图形的表面积指的是什么?；进一步想一想，它们的表面积有没有相同的地方?</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三、实践应用，深化提高</w:t>
            </w:r>
          </w:p>
        </w:tc>
        <w:tc>
          <w:tcPr>
            <w:tcW w:type="dxa" w:w="1814"/>
          </w:tcPr>
          <w:p>
            <w:pPr>
              <w:spacing w:after="20" w:line="276" w:lineRule="auto"/>
            </w:pPr>
            <w:r/>
            <w:r>
              <w:rPr>
                <w:rFonts w:ascii="宋体" w:hAnsi="宋体" w:eastAsia="宋体"/>
                <w:b w:val="0"/>
                <w:sz w:val="18"/>
              </w:rPr>
              <w:t>课件、教科书、小正方体</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通过本节课的复习，你们有哪些收获呢？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一、谈话引入，明确目标</w:t>
            </w:r>
          </w:p>
        </w:tc>
        <w:tc>
          <w:tcPr>
            <w:tcW w:type="dxa" w:w="3061"/>
          </w:tcPr>
          <w:p>
            <w:pPr>
              <w:spacing w:after="20" w:line="276" w:lineRule="auto"/>
            </w:pPr>
            <w:r/>
            <w:r>
              <w:rPr>
                <w:rFonts w:ascii="宋体" w:hAnsi="宋体" w:eastAsia="宋体"/>
                <w:b w:val="0"/>
                <w:sz w:val="18"/>
              </w:rPr>
              <w:t>课件出示立体图形。</w:t>
            </w:r>
          </w:p>
          <w:p>
            <w:pPr>
              <w:spacing w:after="20" w:line="276" w:lineRule="auto"/>
            </w:pPr>
            <w:r>
              <w:rPr>
                <w:rFonts w:ascii="宋体" w:hAnsi="宋体" w:eastAsia="宋体"/>
                <w:b w:val="0"/>
                <w:sz w:val="18"/>
              </w:rPr>
              <w:t>师：上节课我们已经复习了这几种立体图形的特征，今天这节课我们将共同复习它们的表面积和体积。［板书课题：立体图形的认识与测量(2)］</w:t>
            </w:r>
          </w:p>
        </w:tc>
        <w:tc>
          <w:tcPr>
            <w:tcW w:type="dxa" w:w="3061"/>
          </w:tcPr>
          <w:p>
            <w:pPr>
              <w:spacing w:after="20" w:line="276" w:lineRule="auto"/>
            </w:pPr>
            <w:r/>
            <w:r>
              <w:rPr>
                <w:rFonts w:ascii="宋体" w:hAnsi="宋体" w:eastAsia="宋体"/>
                <w:b w:val="0"/>
                <w:sz w:val="18"/>
              </w:rPr>
              <w:t>学生很快进入整理复习的学习氛围中。</w:t>
            </w:r>
          </w:p>
        </w:tc>
        <w:tc>
          <w:tcPr>
            <w:tcW w:type="dxa" w:w="1814"/>
          </w:tcPr>
          <w:p>
            <w:pPr>
              <w:spacing w:after="20" w:line="276" w:lineRule="auto"/>
            </w:pPr>
            <w:r/>
            <w:r>
              <w:rPr>
                <w:rFonts w:ascii="宋体" w:hAnsi="宋体" w:eastAsia="宋体"/>
                <w:b w:val="0"/>
                <w:sz w:val="18"/>
              </w:rPr>
              <w:t>开门见山，揭示复习的内容，明确复习任务,让</w:t>
            </w:r>
          </w:p>
        </w:tc>
      </w:tr>
      <w:tr>
        <w:tc>
          <w:tcPr>
            <w:tcW w:type="dxa" w:w="1474"/>
          </w:tcPr>
          <w:p>
            <w:pPr>
              <w:spacing w:after="20" w:line="276" w:lineRule="auto"/>
            </w:pPr>
            <w:r>
              <w:rPr>
                <w:b/>
              </w:rPr>
            </w:r>
            <w:r>
              <w:rPr>
                <w:rFonts w:ascii="宋体" w:hAnsi="宋体" w:eastAsia="宋体"/>
                <w:b/>
                <w:sz w:val="18"/>
              </w:rPr>
              <w:t>二、整理知识，沟通联系</w:t>
            </w:r>
          </w:p>
        </w:tc>
        <w:tc>
          <w:tcPr>
            <w:tcW w:type="dxa" w:w="3061"/>
          </w:tcPr>
          <w:p>
            <w:pPr>
              <w:spacing w:after="20" w:line="276" w:lineRule="auto"/>
            </w:pPr>
            <w:r/>
            <w:r>
              <w:rPr>
                <w:rFonts w:ascii="宋体" w:hAnsi="宋体" w:eastAsia="宋体"/>
                <w:b w:val="0"/>
                <w:sz w:val="18"/>
              </w:rPr>
              <w:t>1.复习表面积。</w:t>
            </w:r>
          </w:p>
          <w:p>
            <w:pPr>
              <w:spacing w:after="20" w:line="276" w:lineRule="auto"/>
            </w:pPr>
            <w:r>
              <w:rPr>
                <w:rFonts w:ascii="宋体" w:hAnsi="宋体" w:eastAsia="宋体"/>
                <w:b w:val="0"/>
                <w:sz w:val="18"/>
              </w:rPr>
              <w:t>师：立体图形的表面积指的是什么?</w:t>
            </w:r>
          </w:p>
          <w:p>
            <w:pPr>
              <w:spacing w:after="20" w:line="276" w:lineRule="auto"/>
            </w:pPr>
            <w:r>
              <w:rPr>
                <w:rFonts w:ascii="宋体" w:hAnsi="宋体" w:eastAsia="宋体"/>
                <w:b w:val="0"/>
                <w:sz w:val="18"/>
              </w:rPr>
              <w:t>师：请你写出长方体、正方体和圆柱体的表面积计算公式。</w:t>
            </w:r>
          </w:p>
          <w:p>
            <w:pPr>
              <w:spacing w:after="20" w:line="276" w:lineRule="auto"/>
            </w:pPr>
            <w:r>
              <w:rPr>
                <w:rFonts w:ascii="宋体" w:hAnsi="宋体" w:eastAsia="宋体"/>
                <w:b w:val="0"/>
                <w:sz w:val="18"/>
              </w:rPr>
              <w:t>S长方体=2(ab+ah+bh)</w:t>
            </w:r>
          </w:p>
          <w:p>
            <w:pPr>
              <w:spacing w:after="20" w:line="276" w:lineRule="auto"/>
            </w:pPr>
            <w:r>
              <w:rPr>
                <w:rFonts w:ascii="宋体" w:hAnsi="宋体" w:eastAsia="宋体"/>
                <w:b w:val="0"/>
                <w:sz w:val="18"/>
              </w:rPr>
              <w:t>S正方体=6a2</w:t>
            </w:r>
          </w:p>
          <w:p>
            <w:pPr>
              <w:spacing w:after="20" w:line="276" w:lineRule="auto"/>
            </w:pPr>
            <w:r>
              <w:rPr>
                <w:rFonts w:ascii="宋体" w:hAnsi="宋体" w:eastAsia="宋体"/>
                <w:b w:val="0"/>
                <w:sz w:val="18"/>
              </w:rPr>
              <w:t>S圆柱=2πrh+2πr2</w:t>
            </w:r>
          </w:p>
          <w:p>
            <w:pPr>
              <w:spacing w:after="20" w:line="276" w:lineRule="auto"/>
            </w:pPr>
            <w:r>
              <w:rPr>
                <w:rFonts w:ascii="宋体" w:hAnsi="宋体" w:eastAsia="宋体"/>
                <w:b w:val="0"/>
                <w:sz w:val="18"/>
              </w:rPr>
              <w:t>师：进一步想一想，它们的表面积有没有相同的地方?(学生可能会感到困难)</w:t>
            </w:r>
          </w:p>
          <w:p>
            <w:pPr>
              <w:spacing w:after="20" w:line="276" w:lineRule="auto"/>
            </w:pPr>
            <w:r>
              <w:rPr>
                <w:rFonts w:ascii="宋体" w:hAnsi="宋体" w:eastAsia="宋体"/>
                <w:b w:val="0"/>
                <w:sz w:val="18"/>
              </w:rPr>
              <w:t>师：大家觉得有困难，我们来看看展开图。</w:t>
            </w:r>
          </w:p>
          <w:p>
            <w:pPr>
              <w:spacing w:after="20" w:line="276" w:lineRule="auto"/>
            </w:pPr>
            <w:r>
              <w:rPr>
                <w:rFonts w:ascii="宋体" w:hAnsi="宋体" w:eastAsia="宋体"/>
                <w:b w:val="0"/>
                <w:sz w:val="18"/>
              </w:rPr>
              <w:t>课件演示立体图形的表面展开图。</w:t>
            </w:r>
          </w:p>
          <w:p>
            <w:pPr>
              <w:spacing w:after="20" w:line="276" w:lineRule="auto"/>
            </w:pPr>
            <w:r>
              <w:rPr>
                <w:rFonts w:ascii="宋体" w:hAnsi="宋体" w:eastAsia="宋体"/>
                <w:b w:val="0"/>
                <w:sz w:val="18"/>
              </w:rPr>
              <w:t>师：2个底面好计算，关键是侧面，它们的侧面积分别怎样计算?</w:t>
            </w:r>
          </w:p>
          <w:p>
            <w:pPr>
              <w:spacing w:after="20" w:line="276" w:lineRule="auto"/>
            </w:pPr>
            <w:r>
              <w:rPr>
                <w:rFonts w:ascii="宋体" w:hAnsi="宋体" w:eastAsia="宋体"/>
                <w:b w:val="0"/>
                <w:sz w:val="18"/>
              </w:rPr>
              <w:t>师：我们发现长方体、正方体的侧面是4个长方形或正方形，用长方形或正方形的面积计算公式可以求出它们的面积。通过观察立体图形的特征，我们发现用公式S表=2S底+S侧可以表示三种立体图形的表面积。</w:t>
            </w:r>
          </w:p>
          <w:p>
            <w:pPr>
              <w:spacing w:after="20" w:line="276" w:lineRule="auto"/>
            </w:pPr>
            <w:r>
              <w:rPr>
                <w:rFonts w:ascii="宋体" w:hAnsi="宋体" w:eastAsia="宋体"/>
                <w:b w:val="0"/>
                <w:sz w:val="18"/>
              </w:rPr>
              <w:t>教师可指导学生说出长方体、正方体、圆柱的表面积分别指的是几个面的面积，还可以在写下公式之后，让学生说说公式的具体含义，如S长方体=2(ab+ah+bh)中ab求的是长方体哪个面的面积。</w:t>
            </w:r>
          </w:p>
          <w:p>
            <w:pPr>
              <w:spacing w:after="20" w:line="276" w:lineRule="auto"/>
            </w:pPr>
            <w:r>
              <w:rPr>
                <w:rFonts w:ascii="宋体" w:hAnsi="宋体" w:eastAsia="宋体"/>
                <w:b w:val="0"/>
                <w:sz w:val="18"/>
              </w:rPr>
              <w:t>教师完善板书：S表=2S底+S侧</w:t>
            </w:r>
          </w:p>
          <w:p>
            <w:pPr>
              <w:spacing w:after="20" w:line="276" w:lineRule="auto"/>
            </w:pPr>
            <w:r>
              <w:rPr>
                <w:rFonts w:ascii="宋体" w:hAnsi="宋体" w:eastAsia="宋体"/>
                <w:b w:val="0"/>
                <w:sz w:val="18"/>
              </w:rPr>
              <w:t>2.复习体积。</w:t>
            </w:r>
          </w:p>
          <w:p>
            <w:pPr>
              <w:spacing w:after="20" w:line="276" w:lineRule="auto"/>
            </w:pPr>
            <w:r>
              <w:rPr>
                <w:rFonts w:ascii="宋体" w:hAnsi="宋体" w:eastAsia="宋体"/>
                <w:b w:val="0"/>
                <w:sz w:val="18"/>
              </w:rPr>
              <w:t>(1)师：什么是立体图形的体积?</w:t>
            </w:r>
          </w:p>
          <w:p>
            <w:pPr>
              <w:spacing w:after="20" w:line="276" w:lineRule="auto"/>
            </w:pPr>
            <w:r>
              <w:rPr>
                <w:rFonts w:ascii="宋体" w:hAnsi="宋体" w:eastAsia="宋体"/>
                <w:b w:val="0"/>
                <w:sz w:val="18"/>
              </w:rPr>
              <w:t>师：请你写出长方体、正方体和圆柱、圆锥的体积计算公式。</w:t>
            </w:r>
          </w:p>
          <w:p>
            <w:pPr>
              <w:spacing w:after="20" w:line="276" w:lineRule="auto"/>
            </w:pPr>
            <w:r>
              <w:rPr>
                <w:rFonts w:ascii="宋体" w:hAnsi="宋体" w:eastAsia="宋体"/>
                <w:b w:val="0"/>
                <w:sz w:val="18"/>
              </w:rPr>
              <w:t>V长方体=abh</w:t>
            </w:r>
          </w:p>
          <w:p>
            <w:pPr>
              <w:spacing w:after="20" w:line="276" w:lineRule="auto"/>
            </w:pPr>
            <w:r>
              <w:rPr>
                <w:rFonts w:ascii="宋体" w:hAnsi="宋体" w:eastAsia="宋体"/>
                <w:b w:val="0"/>
                <w:sz w:val="18"/>
              </w:rPr>
              <w:t>V正方体=a3</w:t>
            </w:r>
          </w:p>
          <w:p>
            <w:pPr>
              <w:spacing w:after="20" w:line="276" w:lineRule="auto"/>
            </w:pPr>
            <w:r>
              <w:rPr>
                <w:rFonts w:ascii="宋体" w:hAnsi="宋体" w:eastAsia="宋体"/>
                <w:b w:val="0"/>
                <w:sz w:val="18"/>
              </w:rPr>
              <w:t>V圆柱=πr2h</w:t>
            </w:r>
          </w:p>
          <w:p>
            <w:pPr>
              <w:spacing w:after="20" w:line="276" w:lineRule="auto"/>
            </w:pPr>
            <w:r>
              <w:rPr>
                <w:rFonts w:ascii="宋体" w:hAnsi="宋体" w:eastAsia="宋体"/>
                <w:b w:val="0"/>
                <w:sz w:val="18"/>
              </w:rPr>
              <w:t>V圆锥= EMBED Equation.DSMT4  πr2h</w:t>
            </w:r>
          </w:p>
          <w:p>
            <w:pPr>
              <w:spacing w:after="20" w:line="276" w:lineRule="auto"/>
            </w:pPr>
            <w:r>
              <w:rPr>
                <w:rFonts w:ascii="宋体" w:hAnsi="宋体" w:eastAsia="宋体"/>
                <w:b w:val="0"/>
                <w:sz w:val="18"/>
              </w:rPr>
              <w:t>引导学生回忆立体图形体积之间的联系，如正方体的体积计算公式是由长方体的体积计算公式推导而来，圆柱的体积转化成长方体计算，圆锥的体积是与它等底等高的圆柱体积的 EMBED Equation.DSMT4  。</w:t>
            </w:r>
          </w:p>
          <w:p>
            <w:pPr>
              <w:spacing w:after="20" w:line="276" w:lineRule="auto"/>
            </w:pPr>
            <w:r>
              <w:rPr>
                <w:rFonts w:ascii="宋体" w:hAnsi="宋体" w:eastAsia="宋体"/>
                <w:b w:val="0"/>
                <w:sz w:val="18"/>
              </w:rPr>
              <w:t>师：在推导立体图形的体积计算公式时，我们都是通过把新知转化成已学过的知识来解决，这是我们学习数学的好方法。</w:t>
            </w:r>
          </w:p>
          <w:p>
            <w:pPr>
              <w:spacing w:after="20" w:line="276" w:lineRule="auto"/>
            </w:pPr>
            <w:r>
              <w:rPr>
                <w:rFonts w:ascii="宋体" w:hAnsi="宋体" w:eastAsia="宋体"/>
                <w:b w:val="0"/>
                <w:sz w:val="18"/>
              </w:rPr>
              <w:t>（2）沟通联系。</w:t>
            </w:r>
          </w:p>
          <w:p>
            <w:pPr>
              <w:spacing w:after="20" w:line="276" w:lineRule="auto"/>
            </w:pPr>
            <w:r>
              <w:rPr>
                <w:rFonts w:ascii="宋体" w:hAnsi="宋体" w:eastAsia="宋体"/>
                <w:b w:val="0"/>
                <w:sz w:val="18"/>
              </w:rPr>
              <w:t>师：你能不能像研究表面积一样找到体积计算的共同之处？</w:t>
            </w:r>
          </w:p>
          <w:p>
            <w:pPr>
              <w:spacing w:after="20" w:line="276" w:lineRule="auto"/>
            </w:pPr>
            <w:r>
              <w:rPr>
                <w:rFonts w:ascii="宋体" w:hAnsi="宋体" w:eastAsia="宋体"/>
                <w:b w:val="0"/>
                <w:sz w:val="18"/>
              </w:rPr>
              <w:t>师：长方体、正方体和圆柱的体积都可以用“底面积×高”来计算是因为这三个立体图形上、下底相等，横截面处处相等。这种立体图形在数学上统称为柱体，柱体的体积都可以用“底面积×高”计算。</w:t>
            </w:r>
          </w:p>
          <w:p>
            <w:pPr>
              <w:spacing w:after="20" w:line="276" w:lineRule="auto"/>
            </w:pPr>
            <w:r>
              <w:rPr>
                <w:rFonts w:ascii="宋体" w:hAnsi="宋体" w:eastAsia="宋体"/>
                <w:b w:val="0"/>
                <w:sz w:val="18"/>
              </w:rPr>
              <w:t>板书：V = Sh</w:t>
            </w:r>
          </w:p>
          <w:p>
            <w:pPr>
              <w:spacing w:after="20" w:line="276" w:lineRule="auto"/>
            </w:pPr>
            <w:r>
              <w:rPr>
                <w:rFonts w:ascii="宋体" w:hAnsi="宋体" w:eastAsia="宋体"/>
                <w:b w:val="0"/>
                <w:sz w:val="18"/>
              </w:rPr>
              <w:t>（3）区别体积和容积。</w:t>
            </w:r>
          </w:p>
          <w:p>
            <w:pPr>
              <w:spacing w:after="20" w:line="276" w:lineRule="auto"/>
            </w:pPr>
            <w:r>
              <w:rPr>
                <w:rFonts w:ascii="宋体" w:hAnsi="宋体" w:eastAsia="宋体"/>
                <w:b w:val="0"/>
                <w:sz w:val="18"/>
              </w:rPr>
              <w:t>师：当物体作为容器时就需要计算容积，体积和容积有什么区别和联系?</w:t>
            </w:r>
          </w:p>
          <w:p>
            <w:pPr>
              <w:spacing w:after="20" w:line="276" w:lineRule="auto"/>
            </w:pPr>
            <w:r>
              <w:rPr>
                <w:rFonts w:ascii="宋体" w:hAnsi="宋体" w:eastAsia="宋体"/>
                <w:b w:val="0"/>
                <w:sz w:val="18"/>
              </w:rPr>
              <w:t>教师不仅要指导学生掌握四种立体图形的体积计算公式，还要帮助学生厘清这些计算公式是怎样推导出来的，沟通立体图形体积之间的联系，帮助学生建立知识网络。</w:t>
            </w:r>
          </w:p>
          <w:p>
            <w:pPr>
              <w:spacing w:after="20" w:line="276" w:lineRule="auto"/>
            </w:pPr>
            <w:r>
              <w:rPr>
                <w:rFonts w:ascii="宋体" w:hAnsi="宋体" w:eastAsia="宋体"/>
                <w:b w:val="0"/>
                <w:sz w:val="18"/>
              </w:rPr>
              <w:t>(4)课件出示表格。</w:t>
            </w:r>
          </w:p>
          <w:p>
            <w:pPr>
              <w:spacing w:after="20" w:line="276" w:lineRule="auto"/>
            </w:pPr>
            <w:r>
              <w:rPr>
                <w:rFonts w:ascii="宋体" w:hAnsi="宋体" w:eastAsia="宋体"/>
                <w:b w:val="0"/>
                <w:sz w:val="18"/>
              </w:rPr>
              <w:t>师：通过我们的梳理，得到了这张表格，结合刚才的过程想一想，以后在复习的时候可以怎么做?</w:t>
            </w:r>
          </w:p>
          <w:p>
            <w:pPr>
              <w:spacing w:after="20" w:line="276" w:lineRule="auto"/>
            </w:pPr>
            <w:r>
              <w:rPr>
                <w:rFonts w:ascii="宋体" w:hAnsi="宋体" w:eastAsia="宋体"/>
                <w:b w:val="0"/>
                <w:sz w:val="18"/>
              </w:rPr>
              <w:t>师：我们可以先在头脑中再现相关的知识点，并将知识点进行梳理、归类,就可以将凌乱、无序的知识形成一个知识串，以后我们再来回忆的时候就会形成一串知识，也就是形成了知识网络。我们在计算立体图形的表面积和体积时，你觉得要注意什么呢?</w:t>
            </w:r>
          </w:p>
        </w:tc>
        <w:tc>
          <w:tcPr>
            <w:tcW w:type="dxa" w:w="3061"/>
          </w:tcPr>
          <w:p>
            <w:pPr>
              <w:spacing w:after="20" w:line="276" w:lineRule="auto"/>
            </w:pPr>
            <w:r/>
            <w:r>
              <w:rPr>
                <w:rFonts w:ascii="宋体" w:hAnsi="宋体" w:eastAsia="宋体"/>
                <w:b w:val="0"/>
                <w:sz w:val="18"/>
              </w:rPr>
              <w:t>立体图形的表面积是指它表面的面积总和。</w:t>
            </w:r>
          </w:p>
          <w:p>
            <w:pPr>
              <w:spacing w:after="20" w:line="276" w:lineRule="auto"/>
            </w:pPr>
            <w:r>
              <w:rPr>
                <w:rFonts w:ascii="宋体" w:hAnsi="宋体" w:eastAsia="宋体"/>
                <w:b w:val="0"/>
                <w:sz w:val="18"/>
              </w:rPr>
              <w:t>学生依次汇报三种立体图形的表面积的计算公式，教师板书：</w:t>
            </w:r>
          </w:p>
          <w:p>
            <w:pPr>
              <w:spacing w:after="20" w:line="276" w:lineRule="auto"/>
            </w:pPr>
            <w:r>
              <w:rPr>
                <w:rFonts w:ascii="宋体" w:hAnsi="宋体" w:eastAsia="宋体"/>
                <w:b w:val="0"/>
                <w:sz w:val="18"/>
              </w:rPr>
              <w:t>引导学生发现三种立体图形的表面积计算都是“2个底面+1个侧面”。</w:t>
            </w:r>
          </w:p>
          <w:p>
            <w:pPr>
              <w:spacing w:after="20" w:line="276" w:lineRule="auto"/>
            </w:pPr>
            <w:r>
              <w:rPr>
                <w:rFonts w:ascii="宋体" w:hAnsi="宋体" w:eastAsia="宋体"/>
                <w:b w:val="0"/>
                <w:sz w:val="18"/>
              </w:rPr>
              <w:t>学生先说出长方体的侧面积=(长×高+宽×高)×2；正方体的侧面积=棱长×棱长×4；圆柱的侧面积=底面周长×高，教师可以引导学生发现它们的侧面积都可以用底面周长×高来计算。</w:t>
            </w:r>
          </w:p>
          <w:p>
            <w:pPr>
              <w:spacing w:after="20" w:line="276" w:lineRule="auto"/>
            </w:pPr>
            <w:r>
              <w:rPr>
                <w:rFonts w:ascii="宋体" w:hAnsi="宋体" w:eastAsia="宋体"/>
                <w:b w:val="0"/>
                <w:sz w:val="18"/>
              </w:rPr>
              <w:t>学生说出体积是指立体图形所占空间的大小。</w:t>
            </w:r>
          </w:p>
          <w:p>
            <w:pPr>
              <w:spacing w:after="20" w:line="276" w:lineRule="auto"/>
            </w:pPr>
            <w:r>
              <w:rPr>
                <w:rFonts w:ascii="宋体" w:hAnsi="宋体" w:eastAsia="宋体"/>
                <w:b w:val="0"/>
                <w:sz w:val="18"/>
              </w:rPr>
              <w:t>学生依次汇报四种立体图形的体积计算公式，教师板书：</w:t>
            </w:r>
          </w:p>
          <w:p>
            <w:pPr>
              <w:spacing w:after="20" w:line="276" w:lineRule="auto"/>
            </w:pPr>
            <w:r>
              <w:rPr>
                <w:rFonts w:ascii="宋体" w:hAnsi="宋体" w:eastAsia="宋体"/>
                <w:b w:val="0"/>
                <w:sz w:val="18"/>
              </w:rPr>
              <w:t>学生会说出长方体、正方体和圆柱的体积都可以用“底面积×高”来计算。</w:t>
            </w:r>
          </w:p>
          <w:p>
            <w:pPr>
              <w:spacing w:after="20" w:line="276" w:lineRule="auto"/>
            </w:pPr>
            <w:r>
              <w:rPr>
                <w:rFonts w:ascii="宋体" w:hAnsi="宋体" w:eastAsia="宋体"/>
                <w:b w:val="0"/>
                <w:sz w:val="18"/>
              </w:rPr>
              <w:t>体积和容积采用的计算方法相同，不同的是体积计算数据是从物体外面量得的，容积计算数据需要从里面量。</w:t>
            </w:r>
          </w:p>
          <w:p>
            <w:pPr>
              <w:spacing w:after="20" w:line="276" w:lineRule="auto"/>
            </w:pPr>
            <w:r>
              <w:rPr>
                <w:rFonts w:ascii="宋体" w:hAnsi="宋体" w:eastAsia="宋体"/>
                <w:b w:val="0"/>
                <w:sz w:val="18"/>
              </w:rPr>
              <w:t>学生自由回答后教师小结。</w:t>
            </w:r>
          </w:p>
        </w:tc>
        <w:tc>
          <w:tcPr>
            <w:tcW w:type="dxa" w:w="1814"/>
          </w:tcPr>
          <w:p>
            <w:pPr>
              <w:spacing w:after="20" w:line="276" w:lineRule="auto"/>
            </w:pPr>
            <w:r/>
            <w:r>
              <w:rPr>
                <w:rFonts w:ascii="宋体" w:hAnsi="宋体" w:eastAsia="宋体"/>
                <w:b w:val="0"/>
                <w:sz w:val="18"/>
              </w:rPr>
              <w:t>引导学生经历知识建构的过程，学会建构的方法，在头脑中形成知识串，促进学生的后续发展。</w:t>
            </w:r>
          </w:p>
        </w:tc>
      </w:tr>
      <w:tr>
        <w:tc>
          <w:tcPr>
            <w:tcW w:type="dxa" w:w="1474"/>
          </w:tcPr>
          <w:p>
            <w:pPr>
              <w:spacing w:after="20" w:line="276" w:lineRule="auto"/>
            </w:pPr>
            <w:r>
              <w:rPr>
                <w:b/>
              </w:rPr>
            </w:r>
            <w:r>
              <w:rPr>
                <w:rFonts w:ascii="宋体" w:hAnsi="宋体" w:eastAsia="宋体"/>
                <w:b/>
                <w:sz w:val="18"/>
              </w:rPr>
              <w:t>三、实践应用，深化提高</w:t>
            </w:r>
          </w:p>
        </w:tc>
        <w:tc>
          <w:tcPr>
            <w:tcW w:type="dxa" w:w="3061"/>
          </w:tcPr>
          <w:p>
            <w:pPr>
              <w:spacing w:after="20" w:line="276" w:lineRule="auto"/>
            </w:pPr>
            <w:r/>
            <w:r>
              <w:rPr>
                <w:rFonts w:ascii="宋体" w:hAnsi="宋体" w:eastAsia="宋体"/>
                <w:b w:val="0"/>
                <w:sz w:val="18"/>
              </w:rPr>
              <w:t>1.课件出示教科书P87“做一做”第1题。</w:t>
            </w:r>
          </w:p>
          <w:p>
            <w:pPr>
              <w:spacing w:after="20" w:line="276" w:lineRule="auto"/>
            </w:pPr>
            <w:r>
              <w:rPr>
                <w:rFonts w:ascii="宋体" w:hAnsi="宋体" w:eastAsia="宋体"/>
                <w:b w:val="0"/>
                <w:sz w:val="18"/>
              </w:rPr>
              <w:t>在解决实际问题中复习转化的方法，把不规则物体的体积转化成规则物体的体积。</w:t>
            </w:r>
          </w:p>
          <w:p>
            <w:pPr>
              <w:spacing w:after="20" w:line="276" w:lineRule="auto"/>
            </w:pPr>
            <w:r>
              <w:rPr>
                <w:rFonts w:ascii="宋体" w:hAnsi="宋体" w:eastAsia="宋体"/>
                <w:b w:val="0"/>
                <w:sz w:val="18"/>
              </w:rPr>
              <w:t>解答完毕后，集中展示交流、订正。</w:t>
            </w:r>
          </w:p>
          <w:p>
            <w:pPr>
              <w:spacing w:after="20" w:line="276" w:lineRule="auto"/>
            </w:pPr>
            <w:r>
              <w:rPr>
                <w:rFonts w:ascii="宋体" w:hAnsi="宋体" w:eastAsia="宋体"/>
                <w:b w:val="0"/>
                <w:sz w:val="18"/>
              </w:rPr>
              <w:t>3.完成教科书上P89~90“练习十八”第10、11、13题。</w:t>
            </w:r>
          </w:p>
          <w:p>
            <w:pPr>
              <w:spacing w:after="20" w:line="276" w:lineRule="auto"/>
            </w:pPr>
            <w:r>
              <w:rPr>
                <w:rFonts w:ascii="宋体" w:hAnsi="宋体" w:eastAsia="宋体"/>
                <w:b w:val="0"/>
                <w:sz w:val="18"/>
              </w:rPr>
              <w:t>第11题：这道题是等积变形问题，学生利用圆锥的体积计算公式列方程求出圆锥的高时不容易出错，但如果用算术法解决问题，学生易错的是忘记将正方体体积乘3之后，再除以底面积得到圆锥的高。可以通过检验发现问题并订正。</w:t>
            </w:r>
          </w:p>
          <w:p>
            <w:pPr>
              <w:spacing w:after="20" w:line="276" w:lineRule="auto"/>
            </w:pPr>
            <w:r>
              <w:rPr>
                <w:rFonts w:ascii="宋体" w:hAnsi="宋体" w:eastAsia="宋体"/>
                <w:b w:val="0"/>
                <w:sz w:val="18"/>
              </w:rPr>
              <w:t>第13题：学生求工具箱的体积时比较容易，求表面积时容易出错。可收集错例进行展示、评议，找到错误原因并订正。</w:t>
            </w:r>
          </w:p>
          <w:p>
            <w:pPr>
              <w:spacing w:after="20" w:line="276" w:lineRule="auto"/>
            </w:pPr>
            <w:r>
              <w:rPr>
                <w:rFonts w:ascii="宋体" w:hAnsi="宋体" w:eastAsia="宋体"/>
                <w:b w:val="0"/>
                <w:sz w:val="18"/>
              </w:rPr>
              <w:t>第16题：要让学生通过尝试、验证，发现在长方体棱长总和一定的情况下，长、宽、高越接近，即越接近正方体，它的体积越大，表面积也越大。当长、宽、高分别为2cm、2cm、2cm时，围成正方体的表面积最大。</w:t>
            </w:r>
          </w:p>
          <w:p>
            <w:pPr>
              <w:spacing w:after="20" w:line="276" w:lineRule="auto"/>
            </w:pPr>
            <w:r>
              <w:rPr>
                <w:rFonts w:ascii="宋体" w:hAnsi="宋体" w:eastAsia="宋体"/>
                <w:b w:val="0"/>
                <w:sz w:val="18"/>
              </w:rPr>
              <w:t>练习中鼓励学生尝试用多种方法解题。例如排水法求不规则物体体积，第12题可以用算术法、方程法来解决；第14题求工具箱的表面积，可用5个正方形面积加上圆柱表面积的一半；也可以用5个正方形面积，加上一个圆的面积，再加上圆柱侧面积的一半。</w:t>
            </w:r>
          </w:p>
          <w:p>
            <w:pPr>
              <w:spacing w:after="20" w:line="276" w:lineRule="auto"/>
            </w:pPr>
            <w:r>
              <w:rPr>
                <w:rFonts w:ascii="宋体" w:hAnsi="宋体" w:eastAsia="宋体"/>
                <w:b w:val="0"/>
                <w:sz w:val="18"/>
              </w:rPr>
              <w:t>的同时，也要适时进行指导和点拨，帮助学生进一步发展空间观念及提高思维的灵活性。</w:t>
            </w:r>
          </w:p>
        </w:tc>
        <w:tc>
          <w:tcPr>
            <w:tcW w:type="dxa" w:w="3061"/>
          </w:tcPr>
          <w:p>
            <w:pPr>
              <w:spacing w:after="20" w:line="276" w:lineRule="auto"/>
            </w:pPr>
            <w:r/>
            <w:r>
              <w:rPr>
                <w:rFonts w:ascii="宋体" w:hAnsi="宋体" w:eastAsia="宋体"/>
                <w:b w:val="0"/>
                <w:sz w:val="18"/>
              </w:rPr>
              <w:t>学生在小组内说说自己的想法。</w:t>
            </w:r>
          </w:p>
          <w:p>
            <w:pPr>
              <w:spacing w:after="20" w:line="276" w:lineRule="auto"/>
            </w:pPr>
            <w:r>
              <w:rPr>
                <w:rFonts w:ascii="宋体" w:hAnsi="宋体" w:eastAsia="宋体"/>
                <w:b w:val="0"/>
                <w:sz w:val="18"/>
              </w:rPr>
              <w:t>学生会说出用转化的方法，利用排水法把马铃薯的体积转化成上升部分水的体积、下降部分水的体积或溢出部分水的体积。</w:t>
            </w:r>
          </w:p>
          <w:p>
            <w:pPr>
              <w:spacing w:after="20" w:line="276" w:lineRule="auto"/>
            </w:pPr>
            <w:r>
              <w:rPr>
                <w:rFonts w:ascii="宋体" w:hAnsi="宋体" w:eastAsia="宋体"/>
                <w:b w:val="0"/>
                <w:sz w:val="18"/>
              </w:rPr>
              <w:t>2.学生独立解答教科书P89“练习十八”第9题。</w:t>
            </w:r>
          </w:p>
          <w:p>
            <w:pPr>
              <w:spacing w:after="20" w:line="276" w:lineRule="auto"/>
            </w:pPr>
            <w:r>
              <w:rPr>
                <w:rFonts w:ascii="宋体" w:hAnsi="宋体" w:eastAsia="宋体"/>
                <w:b w:val="0"/>
                <w:sz w:val="18"/>
              </w:rPr>
              <w:t>可以先让学生根据空间想象来回答问题，然后动手把展开图折成长方体进行验证。</w:t>
            </w:r>
          </w:p>
          <w:p>
            <w:pPr>
              <w:spacing w:after="20" w:line="276" w:lineRule="auto"/>
            </w:pPr>
            <w:r>
              <w:rPr>
                <w:rFonts w:ascii="宋体" w:hAnsi="宋体" w:eastAsia="宋体"/>
                <w:b w:val="0"/>
                <w:sz w:val="18"/>
              </w:rPr>
              <w:t>学生独立完成后，在小组内交流，再集体汇报。</w:t>
            </w:r>
          </w:p>
          <w:p>
            <w:pPr>
              <w:spacing w:after="20" w:line="276" w:lineRule="auto"/>
            </w:pPr>
            <w:r>
              <w:rPr>
                <w:rFonts w:ascii="宋体" w:hAnsi="宋体" w:eastAsia="宋体"/>
                <w:b w:val="0"/>
                <w:sz w:val="18"/>
              </w:rPr>
              <w:t>第10题：可借助直观图形，帮助学生厘清解题思路。一种思路是先算出能切成多少个小正方体，然后用所有小正方体表面积的总和减去原大正方体的表面积；另一种是直接求出切割后增加的表面积，沿着长、宽、高三个方向各切2次，共切6次；每切一次增加2个大正方形的面积，共增加12个大正方形的面积。相比较而言，第二种方法更简便一些。</w:t>
            </w:r>
          </w:p>
          <w:p>
            <w:pPr>
              <w:spacing w:after="20" w:line="276" w:lineRule="auto"/>
            </w:pPr>
            <w:r>
              <w:rPr>
                <w:rFonts w:ascii="宋体" w:hAnsi="宋体" w:eastAsia="宋体"/>
                <w:b w:val="0"/>
                <w:sz w:val="18"/>
              </w:rPr>
              <w:t>4.小组内合作完成教科书P90“练习十八”第15、16题。</w:t>
            </w:r>
          </w:p>
          <w:p>
            <w:pPr>
              <w:spacing w:after="20" w:line="276" w:lineRule="auto"/>
            </w:pPr>
            <w:r>
              <w:rPr>
                <w:rFonts w:ascii="宋体" w:hAnsi="宋体" w:eastAsia="宋体"/>
                <w:b w:val="0"/>
                <w:sz w:val="18"/>
              </w:rPr>
              <w:t>学生讨论完成后集体交流。</w:t>
            </w:r>
          </w:p>
          <w:p>
            <w:pPr>
              <w:spacing w:after="20" w:line="276" w:lineRule="auto"/>
            </w:pPr>
            <w:r>
              <w:rPr>
                <w:rFonts w:ascii="宋体" w:hAnsi="宋体" w:eastAsia="宋体"/>
                <w:b w:val="0"/>
                <w:sz w:val="18"/>
              </w:rPr>
              <w:t>第15题：因为10不是两个相同整数相乘的积，学生无法利用开平方的知识来求正方形的边长，也就无法求出圆的半径。引导学生观察后发现可以把半径的平方(即正方形面积)作为一个整体代入到圆的面积计算公式中求值。</w:t>
            </w:r>
          </w:p>
        </w:tc>
        <w:tc>
          <w:tcPr>
            <w:tcW w:type="dxa" w:w="1814"/>
          </w:tcPr>
          <w:p>
            <w:pPr>
              <w:spacing w:after="20" w:line="276" w:lineRule="auto"/>
            </w:pPr>
            <w:r/>
            <w:r>
              <w:rPr>
                <w:rFonts w:ascii="宋体" w:hAnsi="宋体" w:eastAsia="宋体"/>
                <w:b w:val="0"/>
                <w:sz w:val="18"/>
              </w:rPr>
              <w:t>对于这一组练习，在放手让学生探究、解决问题</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师：通过本节课的复习，你们有哪些收获呢？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引导学生回顾梳理本课所学，完善认知结构，提升归纳与反思能力，核心问题："通过本节课的复习，你们有哪些收获呢？"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较好地体现了教师引导学生对所学的立体图形的知识进行系统整理的过程。引导全班学生共同梳理知识，在整理中沟通知识之间纵向的联系，如长方体与正方体、圆柱与圆锥、圆柱与长方体，最终在学生头脑中形成一个内容充实、结构相对完整的立体图形体系。因为表面积及体积的计算方法在实际生活中的运用千变万化，学生在解答与实际相关的问题时，会出现困难，因此教学中教师要注意根据学生的实际情况，引导学生联系生活实际解决问题，以此加深学生对表面积及体积的理解。</w:t>
      </w:r>
    </w:p>
    <w:p>
      <w:r>
        <w:br w:type="page"/>
      </w:r>
    </w:p>
    <w:p>
      <w:pPr>
        <w:spacing w:after="80" w:line="300" w:lineRule="auto"/>
      </w:pPr>
      <w:r>
        <w:rPr>
          <w:rFonts w:ascii="黑体" w:hAnsi="黑体" w:eastAsia="黑体"/>
          <w:b/>
          <w:sz w:val="24"/>
        </w:rPr>
        <w:t>二、课时教学方案（第18课时）</w:t>
      </w:r>
    </w:p>
    <w:p>
      <w:pPr>
        <w:spacing w:after="80" w:line="300" w:lineRule="auto"/>
      </w:pPr>
      <w:r>
        <w:rPr>
          <w:rFonts w:ascii="黑体" w:hAnsi="黑体" w:eastAsia="黑体"/>
          <w:b/>
          <w:sz w:val="24"/>
        </w:rPr>
        <w:t>第18课时　数的运算（2）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第18课时　数的运算（2）</w:t>
            </w:r>
          </w:p>
        </w:tc>
        <w:tc>
          <w:tcPr>
            <w:tcW w:type="dxa" w:w="6009"/>
          </w:tcPr>
          <w:p>
            <w:pPr>
              <w:spacing w:after="20" w:line="276" w:lineRule="auto"/>
            </w:pPr>
            <w:r/>
            <w:r>
              <w:rPr>
                <w:rFonts w:ascii="宋体" w:hAnsi="宋体" w:eastAsia="宋体"/>
                <w:b w:val="0"/>
                <w:sz w:val="20"/>
              </w:rPr>
              <w:t>第6单元 整理和复习（数与代数）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（1）通过复习，熟练地掌握四则运算律和性质，能灵活应用运算律进行简便运算。</w:t>
      </w:r>
    </w:p>
    <w:p>
      <w:pPr>
        <w:spacing w:after="20" w:line="300" w:lineRule="auto"/>
        <w:ind w:firstLine="400"/>
      </w:pPr>
      <w:r>
        <w:rPr>
          <w:rFonts w:ascii="宋体" w:hAnsi="宋体" w:eastAsia="宋体"/>
          <w:b w:val="0"/>
          <w:sz w:val="20"/>
        </w:rPr>
        <w:t>（2）通过探索运算律和性质的应用等数学活动，让学生体验数学的作用，培养学生的应用意识。</w:t>
      </w:r>
    </w:p>
    <w:p>
      <w:pPr>
        <w:spacing w:after="20" w:line="300" w:lineRule="auto"/>
        <w:ind w:firstLine="400"/>
      </w:pPr>
      <w:r>
        <w:rPr>
          <w:rFonts w:ascii="宋体" w:hAnsi="宋体" w:eastAsia="宋体"/>
          <w:b w:val="0"/>
          <w:sz w:val="20"/>
        </w:rPr>
        <w:t>（3）体验数学知识之间的内在联系，感受数学的优化思想，培养学生观察发现和应用知识的能力。</w:t>
      </w:r>
    </w:p>
    <w:p>
      <w:pPr>
        <w:spacing w:after="20" w:line="300" w:lineRule="auto"/>
      </w:pPr>
      <w:r>
        <w:rPr>
          <w:rFonts w:ascii="宋体" w:hAnsi="宋体" w:eastAsia="宋体"/>
          <w:b w:val="0"/>
          <w:sz w:val="20"/>
        </w:rPr>
        <w:t>教学重点：经历四则混合运算的简便过程，体验迁移的学习方法。</w:t>
      </w:r>
    </w:p>
    <w:p>
      <w:pPr>
        <w:spacing w:after="20" w:line="300" w:lineRule="auto"/>
      </w:pPr>
      <w:r>
        <w:rPr>
          <w:rFonts w:ascii="宋体" w:hAnsi="宋体" w:eastAsia="宋体"/>
          <w:b w:val="0"/>
          <w:sz w:val="20"/>
        </w:rPr>
        <w:t>教学难点：能够根据运算对象的特征选择合适的运算策略。</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一、对比练习，揭示课题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如果请你选择一组题参加比赛，你想选哪组呢？为什么？；你能说说计算左边这一组的3道题时分别可以用哪些运算定律吗？</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二、回顾整理运算定律</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想一想，在小学阶段我们学过哪些运算定律？；举例说明,什么是加法交换律？你能用字母表示出来吗?</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三、纠错练习，巩固运算定律的应用</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解决了这几个问题，你能说说在进行简便运算时要注意什么吗？</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四、综合练习，提高运算能力</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请你先用计算器计算左边的一列题，你能发现什么规律？</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通过本节课的复习，你们有哪些收获呢？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一、对比练习，揭示课题</w:t>
            </w:r>
          </w:p>
        </w:tc>
        <w:tc>
          <w:tcPr>
            <w:tcW w:type="dxa" w:w="3061"/>
          </w:tcPr>
          <w:p>
            <w:pPr>
              <w:spacing w:after="20" w:line="276" w:lineRule="auto"/>
            </w:pPr>
            <w:r/>
            <w:r>
              <w:rPr>
                <w:rFonts w:ascii="宋体" w:hAnsi="宋体" w:eastAsia="宋体"/>
                <w:b w:val="0"/>
                <w:sz w:val="18"/>
              </w:rPr>
              <w:t>课件出示以下两组计算题。</w:t>
            </w:r>
          </w:p>
          <w:p>
            <w:pPr>
              <w:spacing w:after="20" w:line="276" w:lineRule="auto"/>
            </w:pPr>
            <w:r>
              <w:rPr>
                <w:rFonts w:ascii="宋体" w:hAnsi="宋体" w:eastAsia="宋体"/>
                <w:b w:val="0"/>
                <w:sz w:val="18"/>
              </w:rPr>
              <w:t>师：如果请你选择一组题参加比赛，你想选哪组呢？为什么？</w:t>
            </w:r>
          </w:p>
          <w:p>
            <w:pPr>
              <w:spacing w:after="20" w:line="276" w:lineRule="auto"/>
            </w:pPr>
            <w:r>
              <w:rPr>
                <w:rFonts w:ascii="宋体" w:hAnsi="宋体" w:eastAsia="宋体"/>
                <w:b w:val="0"/>
                <w:sz w:val="18"/>
              </w:rPr>
              <w:t>结合左边3道算式的计算过程，说一说怎样进行的简便运算，运用了什么运算定律。</w:t>
            </w:r>
          </w:p>
          <w:p>
            <w:pPr>
              <w:spacing w:after="20" w:line="276" w:lineRule="auto"/>
            </w:pPr>
            <w:r>
              <w:rPr>
                <w:rFonts w:ascii="宋体" w:hAnsi="宋体" w:eastAsia="宋体"/>
                <w:b w:val="0"/>
                <w:sz w:val="18"/>
              </w:rPr>
              <w:t>师：你能说说计算左边这一组的3道题时分别可以用哪些运算定律吗？</w:t>
            </w:r>
          </w:p>
          <w:p>
            <w:pPr>
              <w:spacing w:after="20" w:line="276" w:lineRule="auto"/>
            </w:pPr>
            <w:r>
              <w:rPr>
                <w:rFonts w:ascii="宋体" w:hAnsi="宋体" w:eastAsia="宋体"/>
                <w:b w:val="0"/>
                <w:sz w:val="18"/>
              </w:rPr>
              <w:t>课件出示解答过程。</w:t>
            </w:r>
          </w:p>
          <w:p>
            <w:pPr>
              <w:spacing w:after="20" w:line="276" w:lineRule="auto"/>
            </w:pPr>
            <w:r>
              <w:rPr>
                <w:rFonts w:ascii="宋体" w:hAnsi="宋体" w:eastAsia="宋体"/>
                <w:b w:val="0"/>
                <w:sz w:val="18"/>
              </w:rPr>
              <w:t>师：运算定律在数与运算中起着很重要的作用，今天这节课我们就来整理复习运算定律的知识。［板书课题：数的运算(2)］</w:t>
            </w:r>
          </w:p>
        </w:tc>
        <w:tc>
          <w:tcPr>
            <w:tcW w:type="dxa" w:w="3061"/>
          </w:tcPr>
          <w:p>
            <w:pPr>
              <w:spacing w:after="20" w:line="276" w:lineRule="auto"/>
            </w:pPr>
            <w:r/>
            <w:r>
              <w:rPr>
                <w:rFonts w:ascii="宋体" w:hAnsi="宋体" w:eastAsia="宋体"/>
                <w:b w:val="0"/>
                <w:sz w:val="18"/>
              </w:rPr>
              <w:t>大部分学生通过观察能发现左边的算式中数的特点，可以用学过的运算定律进行简便计算，少数学生未能发现，可引导他们先试算，感受到合理地运用运算定律可使计算变得简便的特点。</w:t>
            </w:r>
          </w:p>
          <w:p>
            <w:pPr>
              <w:spacing w:after="20" w:line="276" w:lineRule="auto"/>
            </w:pPr>
            <w:r>
              <w:rPr>
                <w:rFonts w:ascii="宋体" w:hAnsi="宋体" w:eastAsia="宋体"/>
                <w:b w:val="0"/>
                <w:sz w:val="18"/>
              </w:rPr>
              <w:t>学生独立完成左边的一组题后交流。</w:t>
            </w:r>
          </w:p>
          <w:p>
            <w:pPr>
              <w:spacing w:after="20" w:line="276" w:lineRule="auto"/>
            </w:pPr>
            <w:r>
              <w:rPr>
                <w:rFonts w:ascii="宋体" w:hAnsi="宋体" w:eastAsia="宋体"/>
                <w:b w:val="0"/>
                <w:sz w:val="18"/>
              </w:rPr>
              <w:t>预设1：4× EMBED Equation.DSMT4  +4× EMBED Equation.DSMT4  这道题可以运用乘法的分配律。</w:t>
            </w:r>
          </w:p>
          <w:p>
            <w:pPr>
              <w:spacing w:after="20" w:line="276" w:lineRule="auto"/>
            </w:pPr>
            <w:r>
              <w:rPr>
                <w:rFonts w:ascii="宋体" w:hAnsi="宋体" w:eastAsia="宋体"/>
                <w:b w:val="0"/>
                <w:sz w:val="18"/>
              </w:rPr>
              <w:t>预设2： EMBED Equation.DSMT4   - EMBED Equation.DSMT4  - EMBED Equation.DSMT4  这道题可以运用减法的性质，把连减转化成减去两个减数的和。</w:t>
            </w:r>
          </w:p>
          <w:p>
            <w:pPr>
              <w:spacing w:after="20" w:line="276" w:lineRule="auto"/>
            </w:pPr>
            <w:r>
              <w:rPr>
                <w:rFonts w:ascii="宋体" w:hAnsi="宋体" w:eastAsia="宋体"/>
                <w:b w:val="0"/>
                <w:sz w:val="18"/>
              </w:rPr>
              <w:t>预设3：（ EMBED Equation.DSMT4  - EMBED Equation.DSMT4  ）×45这道题可以运用乘法的分配律，把括号里的每个数都与45相乘比较简便。</w:t>
            </w:r>
          </w:p>
        </w:tc>
        <w:tc>
          <w:tcPr>
            <w:tcW w:type="dxa" w:w="1814"/>
          </w:tcPr>
          <w:p>
            <w:pPr>
              <w:spacing w:after="20" w:line="276" w:lineRule="auto"/>
            </w:pPr>
            <w:r/>
            <w:r>
              <w:rPr>
                <w:rFonts w:ascii="宋体" w:hAnsi="宋体" w:eastAsia="宋体"/>
                <w:b w:val="0"/>
                <w:sz w:val="18"/>
              </w:rPr>
              <w:t>从学生已有的知识经验出发，设计的两组计算题使得比赛一开始具有不公平性,引发认知冲突，旨在引导学生在计算前养成“观察——分析——判断”的审题习惯，透简算意识,为后面复习运算定律作铺垫。</w:t>
            </w:r>
          </w:p>
        </w:tc>
      </w:tr>
      <w:tr>
        <w:tc>
          <w:tcPr>
            <w:tcW w:type="dxa" w:w="1474"/>
          </w:tcPr>
          <w:p>
            <w:pPr>
              <w:spacing w:after="20" w:line="276" w:lineRule="auto"/>
            </w:pPr>
            <w:r>
              <w:rPr>
                <w:b/>
              </w:rPr>
            </w:r>
            <w:r>
              <w:rPr>
                <w:rFonts w:ascii="宋体" w:hAnsi="宋体" w:eastAsia="宋体"/>
                <w:b/>
                <w:sz w:val="18"/>
              </w:rPr>
              <w:t>二、回顾整理运算定律</w:t>
            </w:r>
          </w:p>
        </w:tc>
        <w:tc>
          <w:tcPr>
            <w:tcW w:type="dxa" w:w="3061"/>
          </w:tcPr>
          <w:p>
            <w:pPr>
              <w:spacing w:after="20" w:line="276" w:lineRule="auto"/>
            </w:pPr>
            <w:r/>
            <w:r>
              <w:rPr>
                <w:rFonts w:ascii="宋体" w:hAnsi="宋体" w:eastAsia="宋体"/>
                <w:b w:val="0"/>
                <w:sz w:val="18"/>
              </w:rPr>
              <w:t>1.回顾学过的运算定律。</w:t>
            </w:r>
          </w:p>
          <w:p>
            <w:pPr>
              <w:spacing w:after="20" w:line="276" w:lineRule="auto"/>
            </w:pPr>
            <w:r>
              <w:rPr>
                <w:rFonts w:ascii="宋体" w:hAnsi="宋体" w:eastAsia="宋体"/>
                <w:b w:val="0"/>
                <w:sz w:val="18"/>
              </w:rPr>
              <w:t>师：想一想，在小学阶段我们学过哪些运算定律？</w:t>
            </w:r>
          </w:p>
          <w:p>
            <w:pPr>
              <w:spacing w:after="20" w:line="276" w:lineRule="auto"/>
            </w:pPr>
            <w:r>
              <w:rPr>
                <w:rFonts w:ascii="宋体" w:hAnsi="宋体" w:eastAsia="宋体"/>
                <w:b w:val="0"/>
                <w:sz w:val="18"/>
              </w:rPr>
              <w:t>教师根据学生的回答有序板书：加法交换律、加法结合律、乘法交换律、乘法结合律、乘法分配律、减法的运算性质、除法的运算性质。</w:t>
            </w:r>
          </w:p>
          <w:p>
            <w:pPr>
              <w:spacing w:after="20" w:line="276" w:lineRule="auto"/>
            </w:pPr>
            <w:r>
              <w:rPr>
                <w:rFonts w:ascii="宋体" w:hAnsi="宋体" w:eastAsia="宋体"/>
                <w:b w:val="0"/>
                <w:sz w:val="18"/>
              </w:rPr>
              <w:t>师：举例说明,什么是加法交换律？你能用字母表示出来吗?</w:t>
            </w:r>
          </w:p>
          <w:p>
            <w:pPr>
              <w:spacing w:after="20" w:line="276" w:lineRule="auto"/>
            </w:pPr>
            <w:r>
              <w:rPr>
                <w:rFonts w:ascii="宋体" w:hAnsi="宋体" w:eastAsia="宋体"/>
                <w:b w:val="0"/>
                <w:sz w:val="18"/>
              </w:rPr>
              <w:t>2.填表整理运算定律。</w:t>
            </w:r>
          </w:p>
          <w:p>
            <w:pPr>
              <w:spacing w:after="20" w:line="276" w:lineRule="auto"/>
            </w:pPr>
            <w:r>
              <w:rPr>
                <w:rFonts w:ascii="宋体" w:hAnsi="宋体" w:eastAsia="宋体"/>
                <w:b w:val="0"/>
                <w:sz w:val="18"/>
              </w:rPr>
              <w:t>师：你能像刚才这样,一边回忆我们学过的运算定律，一边将教科书P76第7题的表格填写完整吗？</w:t>
            </w:r>
          </w:p>
          <w:p>
            <w:pPr>
              <w:spacing w:after="20" w:line="276" w:lineRule="auto"/>
            </w:pPr>
            <w:r>
              <w:rPr>
                <w:rFonts w:ascii="宋体" w:hAnsi="宋体" w:eastAsia="宋体"/>
                <w:b w:val="0"/>
                <w:sz w:val="18"/>
              </w:rPr>
              <w:t>师：刚才我们还说到了减法的运算性质和除法的运算性质，谁能举例说明，并用字母表示呢？</w:t>
            </w:r>
          </w:p>
          <w:p>
            <w:pPr>
              <w:spacing w:after="20" w:line="276" w:lineRule="auto"/>
            </w:pPr>
            <w:r>
              <w:rPr>
                <w:rFonts w:ascii="宋体" w:hAnsi="宋体" w:eastAsia="宋体"/>
                <w:b w:val="0"/>
                <w:sz w:val="18"/>
              </w:rPr>
              <w:t>教师根据学生的发言板书：</w:t>
            </w:r>
          </w:p>
          <w:p>
            <w:pPr>
              <w:spacing w:after="20" w:line="276" w:lineRule="auto"/>
            </w:pPr>
            <w:r>
              <w:rPr>
                <w:rFonts w:ascii="宋体" w:hAnsi="宋体" w:eastAsia="宋体"/>
                <w:b w:val="0"/>
                <w:sz w:val="18"/>
              </w:rPr>
              <w:t>减法的运算性质  20-3-7=20-(3+7)   a-b-c=a-(b+c)</w:t>
            </w:r>
          </w:p>
          <w:p>
            <w:pPr>
              <w:spacing w:after="20" w:line="276" w:lineRule="auto"/>
            </w:pPr>
            <w:r>
              <w:rPr>
                <w:rFonts w:ascii="宋体" w:hAnsi="宋体" w:eastAsia="宋体"/>
                <w:b w:val="0"/>
                <w:sz w:val="18"/>
              </w:rPr>
              <w:t>除法的运算性质  30÷2÷5=30÷(2×5)  a÷b÷c=a÷(b×c)</w:t>
            </w:r>
          </w:p>
          <w:p>
            <w:pPr>
              <w:spacing w:after="20" w:line="276" w:lineRule="auto"/>
            </w:pPr>
            <w:r>
              <w:rPr>
                <w:rFonts w:ascii="宋体" w:hAnsi="宋体" w:eastAsia="宋体"/>
                <w:b w:val="0"/>
                <w:sz w:val="18"/>
              </w:rPr>
              <w:t>师：这些运算定律是不是只适用于整数运算呢?</w:t>
            </w:r>
          </w:p>
          <w:p>
            <w:pPr>
              <w:spacing w:after="20" w:line="276" w:lineRule="auto"/>
            </w:pPr>
            <w:r>
              <w:rPr>
                <w:rFonts w:ascii="宋体" w:hAnsi="宋体" w:eastAsia="宋体"/>
                <w:b w:val="0"/>
                <w:sz w:val="18"/>
              </w:rPr>
              <w:t>3.归纳特点。</w:t>
            </w:r>
          </w:p>
          <w:p>
            <w:pPr>
              <w:spacing w:after="20" w:line="276" w:lineRule="auto"/>
            </w:pPr>
            <w:r>
              <w:rPr>
                <w:rFonts w:ascii="宋体" w:hAnsi="宋体" w:eastAsia="宋体"/>
                <w:b w:val="0"/>
                <w:sz w:val="18"/>
              </w:rPr>
              <w:t>师：这几种运算定律各有什么特点呢？</w:t>
            </w:r>
          </w:p>
        </w:tc>
        <w:tc>
          <w:tcPr>
            <w:tcW w:type="dxa" w:w="3061"/>
          </w:tcPr>
          <w:p>
            <w:pPr>
              <w:spacing w:after="20" w:line="276" w:lineRule="auto"/>
            </w:pPr>
            <w:r/>
            <w:r>
              <w:rPr>
                <w:rFonts w:ascii="宋体" w:hAnsi="宋体" w:eastAsia="宋体"/>
                <w:b w:val="0"/>
                <w:sz w:val="18"/>
              </w:rPr>
              <w:t>学生会说出加法交换律、加法结合律、乘法交换律、乘法结合律、乘法分配律。有的学生还会说出减法的运算性质、除法的运算性质。</w:t>
            </w:r>
          </w:p>
          <w:p>
            <w:pPr>
              <w:spacing w:after="20" w:line="276" w:lineRule="auto"/>
            </w:pPr>
            <w:r>
              <w:rPr>
                <w:rFonts w:ascii="宋体" w:hAnsi="宋体" w:eastAsia="宋体"/>
                <w:b w:val="0"/>
                <w:sz w:val="18"/>
              </w:rPr>
              <w:t>预设1：两个数相加，交换两个加数的位置，和不变。</w:t>
            </w:r>
          </w:p>
          <w:p>
            <w:pPr>
              <w:spacing w:after="20" w:line="276" w:lineRule="auto"/>
            </w:pPr>
            <w:r>
              <w:rPr>
                <w:rFonts w:ascii="宋体" w:hAnsi="宋体" w:eastAsia="宋体"/>
                <w:b w:val="0"/>
                <w:sz w:val="18"/>
              </w:rPr>
              <w:t>预设2：用字母可以表示为：a+b=b+a。</w:t>
            </w:r>
          </w:p>
          <w:p>
            <w:pPr>
              <w:spacing w:after="20" w:line="276" w:lineRule="auto"/>
            </w:pPr>
            <w:r>
              <w:rPr>
                <w:rFonts w:ascii="宋体" w:hAnsi="宋体" w:eastAsia="宋体"/>
                <w:b w:val="0"/>
                <w:sz w:val="18"/>
              </w:rPr>
              <w:t>学生完成后汇报交流。</w:t>
            </w:r>
          </w:p>
          <w:p>
            <w:pPr>
              <w:spacing w:after="20" w:line="276" w:lineRule="auto"/>
            </w:pPr>
            <w:r>
              <w:rPr>
                <w:rFonts w:ascii="宋体" w:hAnsi="宋体" w:eastAsia="宋体"/>
                <w:b w:val="0"/>
                <w:sz w:val="18"/>
              </w:rPr>
              <w:t>引导学生说出：这些运算定律同样适用于小数、分数运算。</w:t>
            </w:r>
          </w:p>
          <w:p>
            <w:pPr>
              <w:spacing w:after="20" w:line="276" w:lineRule="auto"/>
            </w:pPr>
            <w:r>
              <w:rPr>
                <w:rFonts w:ascii="宋体" w:hAnsi="宋体" w:eastAsia="宋体"/>
                <w:b w:val="0"/>
                <w:sz w:val="18"/>
              </w:rPr>
              <w:t>小组讨论交流、汇报。</w:t>
            </w:r>
          </w:p>
          <w:p>
            <w:pPr>
              <w:spacing w:after="20" w:line="276" w:lineRule="auto"/>
            </w:pPr>
            <w:r>
              <w:rPr>
                <w:rFonts w:ascii="宋体" w:hAnsi="宋体" w:eastAsia="宋体"/>
                <w:b w:val="0"/>
                <w:sz w:val="18"/>
              </w:rPr>
              <w:t>引导学生归纳：加法交换律、加法结合律能综合运用于连加运算，加数经过交换、结合，运算符号不变，还是连加。乘法交换律、乘法结合律能综合运用于连乘运算，乘数经过交换、结合，运算符号不变，还是连乘。只有乘法分配律涉及乘加或乘减两种运算。</w:t>
            </w:r>
          </w:p>
          <w:p>
            <w:pPr>
              <w:spacing w:after="20" w:line="276" w:lineRule="auto"/>
            </w:pPr>
            <w:r>
              <w:rPr>
                <w:rFonts w:ascii="宋体" w:hAnsi="宋体" w:eastAsia="宋体"/>
                <w:b w:val="0"/>
                <w:sz w:val="18"/>
              </w:rPr>
              <w:t>交流时引导学生用自己的语言描述这五条运算定律，语言不一定要准确精练，只要学生表述清晰或能结合实例用字母概括即可，不必死记硬背。</w:t>
            </w:r>
          </w:p>
        </w:tc>
        <w:tc>
          <w:tcPr>
            <w:tcW w:type="dxa" w:w="1814"/>
          </w:tcPr>
          <w:p>
            <w:pPr>
              <w:spacing w:after="20" w:line="276" w:lineRule="auto"/>
            </w:pPr>
            <w:r/>
            <w:r>
              <w:rPr>
                <w:rFonts w:ascii="宋体" w:hAnsi="宋体" w:eastAsia="宋体"/>
                <w:b w:val="0"/>
                <w:sz w:val="18"/>
              </w:rPr>
              <w:t>在复习时让学生经历回忆、举例、模仿、填表的过程，教给学生用表格整理、归纳知识的方法,形成完整的知识网络，让学生的知识有序化、系统化。</w:t>
            </w:r>
          </w:p>
          <w:p>
            <w:pPr>
              <w:spacing w:after="20" w:line="276" w:lineRule="auto"/>
            </w:pPr>
            <w:r>
              <w:rPr>
                <w:rFonts w:ascii="宋体" w:hAnsi="宋体" w:eastAsia="宋体"/>
                <w:b w:val="0"/>
                <w:sz w:val="18"/>
              </w:rPr>
              <w:t>归纳运算定律的特点，沟通知识之间的联系和区别，感知运算定律的应用特点。</w:t>
            </w:r>
          </w:p>
        </w:tc>
      </w:tr>
      <w:tr>
        <w:tc>
          <w:tcPr>
            <w:tcW w:type="dxa" w:w="1474"/>
          </w:tcPr>
          <w:p>
            <w:pPr>
              <w:spacing w:after="20" w:line="276" w:lineRule="auto"/>
            </w:pPr>
            <w:r>
              <w:rPr>
                <w:b/>
              </w:rPr>
            </w:r>
            <w:r>
              <w:rPr>
                <w:rFonts w:ascii="宋体" w:hAnsi="宋体" w:eastAsia="宋体"/>
                <w:b/>
                <w:sz w:val="18"/>
              </w:rPr>
              <w:t>三、纠错练习，巩固运算定律的应用</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搒摧憓</w:t>
            </w:r>
          </w:p>
          <w:p>
            <w:pPr>
              <w:spacing w:after="20" w:line="276" w:lineRule="auto"/>
            </w:pPr>
            <w:r>
              <w:rPr>
                <w:rFonts w:ascii="宋体" w:hAnsi="宋体" w:eastAsia="宋体"/>
                <w:b w:val="0"/>
                <w:sz w:val="18"/>
              </w:rPr>
              <w:t>萑搒葠摧憓</w:t>
            </w:r>
          </w:p>
          <w:p>
            <w:pPr>
              <w:spacing w:after="20" w:line="276" w:lineRule="auto"/>
            </w:pPr>
            <w:r>
              <w:rPr>
                <w:rFonts w:ascii="宋体" w:hAnsi="宋体" w:eastAsia="宋体"/>
                <w:b w:val="0"/>
                <w:sz w:val="18"/>
              </w:rPr>
              <w:t>萑搒葠摧憓</w:t>
            </w:r>
          </w:p>
          <w:p>
            <w:pPr>
              <w:spacing w:after="20" w:line="276" w:lineRule="auto"/>
            </w:pPr>
            <w:r>
              <w:rPr>
                <w:rFonts w:ascii="宋体" w:hAnsi="宋体" w:eastAsia="宋体"/>
                <w:b w:val="0"/>
                <w:sz w:val="18"/>
              </w:rPr>
              <w:t>萑搒葠摧憓</w:t>
            </w:r>
          </w:p>
          <w:p>
            <w:pPr>
              <w:spacing w:after="20" w:line="276" w:lineRule="auto"/>
            </w:pPr>
            <w:r>
              <w:rPr>
                <w:rFonts w:ascii="宋体" w:hAnsi="宋体" w:eastAsia="宋体"/>
                <w:b w:val="0"/>
                <w:sz w:val="18"/>
              </w:rPr>
              <w:t>萑搒葠摧憓</w:t>
            </w:r>
          </w:p>
          <w:p>
            <w:pPr>
              <w:spacing w:after="20" w:line="276" w:lineRule="auto"/>
            </w:pPr>
            <w:r>
              <w:rPr>
                <w:rFonts w:ascii="宋体" w:hAnsi="宋体" w:eastAsia="宋体"/>
                <w:b w:val="0"/>
                <w:sz w:val="18"/>
              </w:rPr>
              <w:t>萑搒葠摧憓</w:t>
            </w:r>
          </w:p>
          <w:p>
            <w:pPr>
              <w:spacing w:after="20" w:line="276" w:lineRule="auto"/>
            </w:pPr>
            <w:r>
              <w:rPr>
                <w:rFonts w:ascii="宋体" w:hAnsi="宋体" w:eastAsia="宋体"/>
                <w:b w:val="0"/>
                <w:sz w:val="18"/>
              </w:rPr>
              <w:t>［教师可以适时增加一道题——（18＋6）÷3，引导学生发现可以用18÷3＋6÷3来进行计算，从而进行对比。］</w:t>
            </w:r>
          </w:p>
          <w:p>
            <w:pPr>
              <w:spacing w:after="20" w:line="276" w:lineRule="auto"/>
            </w:pPr>
            <w:r>
              <w:rPr>
                <w:rFonts w:ascii="宋体" w:hAnsi="宋体" w:eastAsia="宋体"/>
                <w:b w:val="0"/>
                <w:sz w:val="18"/>
              </w:rPr>
              <w:t>2.师：解决了这几个问题，你能说说在进行简便运算时要注意什么吗？</w:t>
            </w:r>
          </w:p>
          <w:p>
            <w:pPr>
              <w:spacing w:after="20" w:line="276" w:lineRule="auto"/>
            </w:pPr>
            <w:r>
              <w:rPr>
                <w:rFonts w:ascii="宋体" w:hAnsi="宋体" w:eastAsia="宋体"/>
                <w:b w:val="0"/>
                <w:sz w:val="18"/>
              </w:rPr>
              <w:t>师：在进行计算时，可以先认真观察，看清楚运算符号及数的特点，能用简便方法计算的，要正确使用运算定律进行计算。</w:t>
            </w:r>
          </w:p>
          <w:p>
            <w:pPr>
              <w:spacing w:after="20" w:line="276" w:lineRule="auto"/>
            </w:pPr>
            <w:r>
              <w:rPr>
                <w:rFonts w:ascii="宋体" w:hAnsi="宋体" w:eastAsia="宋体"/>
                <w:b w:val="0"/>
                <w:sz w:val="18"/>
              </w:rPr>
              <w:t>纠错环节是本课教学中很重要的一个环节。教师可以根据自己的经验或将平时收集的学生错例在这一环节进行展示评析，以便于学生更好地掌握用简便方法计算。</w:t>
            </w:r>
          </w:p>
        </w:tc>
        <w:tc>
          <w:tcPr>
            <w:tcW w:type="dxa" w:w="3061"/>
          </w:tcPr>
          <w:p>
            <w:pPr>
              <w:spacing w:after="20" w:line="276" w:lineRule="auto"/>
            </w:pPr>
            <w:r/>
            <w:r>
              <w:rPr>
                <w:rFonts w:ascii="宋体" w:hAnsi="宋体" w:eastAsia="宋体"/>
                <w:b w:val="0"/>
                <w:sz w:val="18"/>
              </w:rPr>
              <w:t>学生独立完成后，集体评议。</w:t>
            </w:r>
          </w:p>
          <w:p>
            <w:pPr>
              <w:spacing w:after="20" w:line="276" w:lineRule="auto"/>
            </w:pPr>
            <w:r>
              <w:rPr>
                <w:rFonts w:ascii="宋体" w:hAnsi="宋体" w:eastAsia="宋体"/>
                <w:b w:val="0"/>
                <w:sz w:val="18"/>
              </w:rPr>
              <w:t>预设1：第(1)题运算顺序错了，不能因为3.29与5.71能凑整就先算，要观察题目中的运算顺序。正确的是15.3-3.29+5.71=12.01+5.71=17.72。</w:t>
            </w:r>
          </w:p>
          <w:p>
            <w:pPr>
              <w:spacing w:after="20" w:line="276" w:lineRule="auto"/>
            </w:pPr>
            <w:r>
              <w:rPr>
                <w:rFonts w:ascii="宋体" w:hAnsi="宋体" w:eastAsia="宋体"/>
                <w:b w:val="0"/>
                <w:sz w:val="18"/>
              </w:rPr>
              <w:t>预设3：第(3)题要运用乘法分配律，括号外有两个数，可以看作是一个整体，都要与括号里面的数相乘，而不是分别相乘。正确的是 EMBED Equation.DSMT4  。</w:t>
            </w:r>
          </w:p>
          <w:p>
            <w:pPr>
              <w:spacing w:after="20" w:line="276" w:lineRule="auto"/>
            </w:pPr>
            <w:r>
              <w:rPr>
                <w:rFonts w:ascii="宋体" w:hAnsi="宋体" w:eastAsia="宋体"/>
                <w:b w:val="0"/>
                <w:sz w:val="18"/>
              </w:rPr>
              <w:t>预设4：第(4)题不能简便运算。正确的是18÷(2+3)=18÷5=3.6。</w:t>
            </w:r>
          </w:p>
          <w:p>
            <w:pPr>
              <w:spacing w:after="20" w:line="276" w:lineRule="auto"/>
            </w:pPr>
            <w:r>
              <w:rPr>
                <w:rFonts w:ascii="宋体" w:hAnsi="宋体" w:eastAsia="宋体"/>
                <w:b w:val="0"/>
                <w:sz w:val="18"/>
              </w:rPr>
              <w:t>学生可能会说出看清楚运算符号、判断运算顺序，观察能不能用简便方法计算等。</w:t>
            </w:r>
          </w:p>
        </w:tc>
        <w:tc>
          <w:tcPr>
            <w:tcW w:type="dxa" w:w="1814"/>
          </w:tcPr>
          <w:p>
            <w:pPr>
              <w:spacing w:after="20" w:line="276" w:lineRule="auto"/>
            </w:pPr>
            <w:r/>
            <w:r>
              <w:rPr>
                <w:rFonts w:ascii="宋体" w:hAnsi="宋体" w:eastAsia="宋体"/>
                <w:b w:val="0"/>
                <w:sz w:val="18"/>
              </w:rPr>
              <w:t>在纠错练习中，充分展示学生错误解题的原因，让每一个错误例子都变成有用的教学资源。</w:t>
            </w:r>
          </w:p>
        </w:tc>
      </w:tr>
      <w:tr>
        <w:tc>
          <w:tcPr>
            <w:tcW w:type="dxa" w:w="1474"/>
          </w:tcPr>
          <w:p>
            <w:pPr>
              <w:spacing w:after="20" w:line="276" w:lineRule="auto"/>
            </w:pPr>
            <w:r>
              <w:rPr>
                <w:b/>
              </w:rPr>
            </w:r>
            <w:r>
              <w:rPr>
                <w:rFonts w:ascii="宋体" w:hAnsi="宋体" w:eastAsia="宋体"/>
                <w:b/>
                <w:sz w:val="18"/>
              </w:rPr>
              <w:t>四、综合练习，提高运算能力</w:t>
            </w:r>
          </w:p>
        </w:tc>
        <w:tc>
          <w:tcPr>
            <w:tcW w:type="dxa" w:w="3061"/>
          </w:tcPr>
          <w:p>
            <w:pPr>
              <w:spacing w:after="20" w:line="276" w:lineRule="auto"/>
            </w:pPr>
            <w:r/>
            <w:r>
              <w:rPr>
                <w:rFonts w:ascii="宋体" w:hAnsi="宋体" w:eastAsia="宋体"/>
                <w:b w:val="0"/>
                <w:sz w:val="18"/>
              </w:rPr>
              <w:t>解答完毕后，集中展示交流，订正。</w:t>
            </w:r>
          </w:p>
          <w:p>
            <w:pPr>
              <w:spacing w:after="20" w:line="276" w:lineRule="auto"/>
            </w:pPr>
            <w:r>
              <w:rPr>
                <w:rFonts w:ascii="宋体" w:hAnsi="宋体" w:eastAsia="宋体"/>
                <w:b w:val="0"/>
                <w:sz w:val="18"/>
              </w:rPr>
              <w:t>2.复习有规律的计算。</w:t>
            </w:r>
          </w:p>
          <w:p>
            <w:pPr>
              <w:spacing w:after="20" w:line="276" w:lineRule="auto"/>
            </w:pPr>
            <w:r>
              <w:rPr>
                <w:rFonts w:ascii="宋体" w:hAnsi="宋体" w:eastAsia="宋体"/>
                <w:b w:val="0"/>
                <w:sz w:val="18"/>
              </w:rPr>
              <w:t>课件出示教科书P78“练习十五”第6题。</w:t>
            </w:r>
          </w:p>
          <w:p>
            <w:pPr>
              <w:spacing w:after="20" w:line="276" w:lineRule="auto"/>
            </w:pPr>
            <w:r>
              <w:rPr>
                <w:rFonts w:ascii="宋体" w:hAnsi="宋体" w:eastAsia="宋体"/>
                <w:b w:val="0"/>
                <w:sz w:val="18"/>
              </w:rPr>
              <w:t>师：请你先用计算器计算左边的一列题，你能发现什么规律？直接写出其他题目的得数。</w:t>
            </w:r>
          </w:p>
          <w:p>
            <w:pPr>
              <w:spacing w:after="20" w:line="276" w:lineRule="auto"/>
            </w:pPr>
            <w:r>
              <w:rPr>
                <w:rFonts w:ascii="宋体" w:hAnsi="宋体" w:eastAsia="宋体"/>
                <w:b w:val="0"/>
                <w:sz w:val="18"/>
              </w:rPr>
              <w:t>师小结：虽然计算器能给我们的计算带来方便，但是我们不能总是依赖它，而是要勤于观察、寻找规律，使我们的计算更快速简便。【教学笔记】</w:t>
            </w:r>
          </w:p>
        </w:tc>
        <w:tc>
          <w:tcPr>
            <w:tcW w:type="dxa" w:w="3061"/>
          </w:tcPr>
          <w:p>
            <w:pPr>
              <w:spacing w:after="20" w:line="276" w:lineRule="auto"/>
            </w:pPr>
            <w:r/>
            <w:r>
              <w:rPr>
                <w:rFonts w:ascii="宋体" w:hAnsi="宋体" w:eastAsia="宋体"/>
                <w:b w:val="0"/>
                <w:sz w:val="18"/>
              </w:rPr>
              <w:t>1.学生独立解答教科书P78“练习十五”第5题。</w:t>
            </w:r>
          </w:p>
          <w:p>
            <w:pPr>
              <w:spacing w:after="20" w:line="276" w:lineRule="auto"/>
            </w:pPr>
            <w:r>
              <w:rPr>
                <w:rFonts w:ascii="宋体" w:hAnsi="宋体" w:eastAsia="宋体"/>
                <w:b w:val="0"/>
                <w:sz w:val="18"/>
              </w:rPr>
              <w:t>指导学生说一说：你是怎样简便计算的？用到了哪些运算定律？</w:t>
            </w:r>
          </w:p>
          <w:p>
            <w:pPr>
              <w:spacing w:after="20" w:line="276" w:lineRule="auto"/>
            </w:pPr>
            <w:r>
              <w:rPr>
                <w:rFonts w:ascii="宋体" w:hAnsi="宋体" w:eastAsia="宋体"/>
                <w:b w:val="0"/>
                <w:sz w:val="18"/>
              </w:rPr>
              <w:t>学生独立完成后汇报交流。</w:t>
            </w:r>
          </w:p>
          <w:p>
            <w:pPr>
              <w:spacing w:after="20" w:line="276" w:lineRule="auto"/>
            </w:pPr>
            <w:r>
              <w:rPr>
                <w:rFonts w:ascii="宋体" w:hAnsi="宋体" w:eastAsia="宋体"/>
                <w:b w:val="0"/>
                <w:sz w:val="18"/>
              </w:rPr>
              <w:t>大部分学生会根据前面发现的规律直接口算。少数学生可能继续依赖计算器，教师无需评判，鼓励学生主动交流发现思考所得，感悟用规律计算的简捷性。同时正好用计算器算出的结果进行规律的验证。</w:t>
            </w:r>
          </w:p>
        </w:tc>
        <w:tc>
          <w:tcPr>
            <w:tcW w:type="dxa" w:w="1814"/>
          </w:tcPr>
          <w:p>
            <w:pPr>
              <w:spacing w:after="20" w:line="276" w:lineRule="auto"/>
            </w:pPr>
            <w:r/>
            <w:r>
              <w:rPr>
                <w:rFonts w:ascii="宋体" w:hAnsi="宋体" w:eastAsia="宋体"/>
                <w:b w:val="0"/>
                <w:sz w:val="18"/>
              </w:rPr>
              <w:t>在练习中，放手让学生自主观察、思考、计算。说一说自己是怎么想的，选择了什么样的简便运算的方法，有利于提高学生灵活运用运算定律进行简便运算的能力。</w:t>
            </w:r>
          </w:p>
          <w:p>
            <w:pPr>
              <w:spacing w:after="20" w:line="276" w:lineRule="auto"/>
            </w:pPr>
            <w:r>
              <w:rPr>
                <w:rFonts w:ascii="宋体" w:hAnsi="宋体" w:eastAsia="宋体"/>
                <w:b w:val="0"/>
                <w:sz w:val="18"/>
              </w:rPr>
              <w:t>由于部分学习困难的学生习惯性地认为计算器比较方便、快捷，但教师引导学生仔细观察这组算式的特点，使学生探究出算式中隐含的规律，使学生体会到运用规律计算的简捷性，明确不是所有计算题都用计算器计算才简便，引导学生养成认真观察、善于思考的良好习惯，合理、灵活地运用简算策略，进一步发展学生的简算意识。</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师：通过本节课的复习，你们有哪些收获呢？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引导学生回顾梳理本课所学，完善认知结构，提升归纳与反思能力，核心问题："通过本节课的复习，你们有哪些收获呢？"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选一选。（将正确答案的序号填在括号里） （1）下列运算过程中，简便计算方法运用错误的是（ ）。 A. 25×28＝25×4×7 B. 83.6－（53.6－17.9）＝83.6－53.6＋17.9 C. 3.6÷（1.2＋0.9）＝3.6÷1.2＋3.6÷0.9 D. 85×10.1＝85×10＋85×0.1 （2）在笔算3.6×2.5的过程中（如图），用到了下面（ ）的知识点。 ①积的变化规律 ②小数的性质 ③转化的策略 ④乘法分配律 C.①②③ D.①②③④ 参考答案 （1）C （2）D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教学引导学生自主归纳、整理所学的运算定律，并能用字母表示运算定律，把课堂交给学生，让他们通过动脑、动手、动口等多种感官活动的结合，使学生回顾旧知识，感知运算定律的应用。课后可以补充一些有针对性的练习，还可以补充一些探索计算中的规律的练习。</w:t>
      </w:r>
    </w:p>
    <w:p>
      <w:r>
        <w:br w:type="page"/>
      </w:r>
    </w:p>
    <w:p>
      <w:pPr>
        <w:spacing w:after="80" w:line="300" w:lineRule="auto"/>
      </w:pPr>
      <w:r>
        <w:rPr>
          <w:rFonts w:ascii="黑体" w:hAnsi="黑体" w:eastAsia="黑体"/>
          <w:b/>
          <w:sz w:val="24"/>
        </w:rPr>
        <w:t>二、课时教学方案（第19课时）</w:t>
      </w:r>
    </w:p>
    <w:p>
      <w:pPr>
        <w:spacing w:after="80" w:line="300" w:lineRule="auto"/>
      </w:pPr>
      <w:r>
        <w:rPr>
          <w:rFonts w:ascii="黑体" w:hAnsi="黑体" w:eastAsia="黑体"/>
          <w:b/>
          <w:sz w:val="24"/>
        </w:rPr>
        <w:t>第19课时　图形的运动</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第19课时　图形的运动</w:t>
            </w:r>
          </w:p>
        </w:tc>
        <w:tc>
          <w:tcPr>
            <w:tcW w:type="dxa" w:w="6009"/>
          </w:tcPr>
          <w:p>
            <w:pPr>
              <w:spacing w:after="20" w:line="276" w:lineRule="auto"/>
            </w:pPr>
            <w:r/>
            <w:r>
              <w:rPr>
                <w:rFonts w:ascii="宋体" w:hAnsi="宋体" w:eastAsia="宋体"/>
                <w:b w:val="0"/>
                <w:sz w:val="20"/>
              </w:rPr>
              <w:t>第6单元 整理和复习（图形与几何）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教学准备：课件，方格纸。</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（1）进一步掌握轴对称、平移、旋转、放大与缩小等图形变换的特征，会用轴对称、平移、旋转、放大与缩小等方式进行图形的变换。</w:t>
      </w:r>
    </w:p>
    <w:p>
      <w:pPr>
        <w:spacing w:after="20" w:line="300" w:lineRule="auto"/>
        <w:ind w:firstLine="400"/>
      </w:pPr>
      <w:r>
        <w:rPr>
          <w:rFonts w:ascii="宋体" w:hAnsi="宋体" w:eastAsia="宋体"/>
          <w:b w:val="0"/>
          <w:sz w:val="20"/>
        </w:rPr>
        <w:t>（2）经历观察、操作、分析、想象等数学活动的过程，进一步发展学生的空间观念。</w:t>
      </w:r>
    </w:p>
    <w:p>
      <w:pPr>
        <w:spacing w:after="20" w:line="300" w:lineRule="auto"/>
        <w:ind w:firstLine="400"/>
      </w:pPr>
      <w:r>
        <w:rPr>
          <w:rFonts w:ascii="宋体" w:hAnsi="宋体" w:eastAsia="宋体"/>
          <w:b w:val="0"/>
          <w:sz w:val="20"/>
        </w:rPr>
        <w:t>（3）感受几何图形中蕴藏的美，产生创造美的欲望，培养学生对数学学科的兴趣，激发学生爱数学的情感。</w:t>
      </w:r>
    </w:p>
    <w:p>
      <w:pPr>
        <w:spacing w:after="20" w:line="300" w:lineRule="auto"/>
      </w:pPr>
      <w:r>
        <w:rPr>
          <w:rFonts w:ascii="宋体" w:hAnsi="宋体" w:eastAsia="宋体"/>
          <w:b w:val="0"/>
          <w:sz w:val="20"/>
        </w:rPr>
        <w:t>教学重点：掌握轴对称、平移、旋转、放大与缩小的特征，能运用轴对称、平移、旋转、放大与缩小的特征进行图形的变换。</w:t>
      </w:r>
    </w:p>
    <w:p>
      <w:pPr>
        <w:spacing w:after="20" w:line="300" w:lineRule="auto"/>
      </w:pPr>
      <w:r>
        <w:rPr>
          <w:rFonts w:ascii="宋体" w:hAnsi="宋体" w:eastAsia="宋体"/>
          <w:b w:val="0"/>
          <w:sz w:val="20"/>
        </w:rPr>
        <w:t>教学难点：综合运用轴对称、平移、旋转、放大与缩小的特征进行图形的变换，进一步发展空间观念。</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一、欣赏导入，揭示课题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二、回忆旧知，复习图形变换方式的特征</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如果从外面往里看呢?；同学们，刚才我们说到了哪几种图形变换的方式?</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三、创造图形</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四、巩固练习，体会应用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通过本节课的复习，你们有什么感受和收获呢？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一、欣赏导入，揭示课题</w:t>
            </w:r>
          </w:p>
        </w:tc>
        <w:tc>
          <w:tcPr>
            <w:tcW w:type="dxa" w:w="3061"/>
          </w:tcPr>
          <w:p>
            <w:pPr>
              <w:spacing w:after="20" w:line="276" w:lineRule="auto"/>
            </w:pPr>
            <w:r/>
            <w:r>
              <w:rPr>
                <w:rFonts w:ascii="宋体" w:hAnsi="宋体" w:eastAsia="宋体"/>
                <w:b w:val="0"/>
                <w:sz w:val="18"/>
              </w:rPr>
              <w:t>师：同学们，今天我给大家带来了一些漂亮的图案，让我们一</w:t>
            </w:r>
          </w:p>
          <w:p>
            <w:pPr>
              <w:spacing w:after="20" w:line="276" w:lineRule="auto"/>
            </w:pPr>
            <w:r>
              <w:rPr>
                <w:rFonts w:ascii="宋体" w:hAnsi="宋体" w:eastAsia="宋体"/>
                <w:b w:val="0"/>
                <w:sz w:val="18"/>
              </w:rPr>
              <w:t>起来欣赏吧!（出示课件）</w:t>
            </w:r>
          </w:p>
          <w:p>
            <w:pPr>
              <w:spacing w:after="20" w:line="276" w:lineRule="auto"/>
            </w:pPr>
            <w:r>
              <w:rPr>
                <w:rFonts w:ascii="宋体" w:hAnsi="宋体" w:eastAsia="宋体"/>
                <w:b w:val="0"/>
                <w:sz w:val="18"/>
              </w:rPr>
              <w:t>师：你们能用数学的眼光来分析一下，在这些漂亮的图案中，</w:t>
            </w:r>
          </w:p>
          <w:p>
            <w:pPr>
              <w:spacing w:after="20" w:line="276" w:lineRule="auto"/>
            </w:pPr>
            <w:r>
              <w:rPr>
                <w:rFonts w:ascii="宋体" w:hAnsi="宋体" w:eastAsia="宋体"/>
                <w:b w:val="0"/>
                <w:sz w:val="18"/>
              </w:rPr>
              <w:t>你想到了哪些数学知识?</w:t>
            </w:r>
          </w:p>
          <w:p>
            <w:pPr>
              <w:spacing w:after="20" w:line="276" w:lineRule="auto"/>
            </w:pPr>
            <w:r>
              <w:rPr>
                <w:rFonts w:ascii="宋体" w:hAnsi="宋体" w:eastAsia="宋体"/>
                <w:b w:val="0"/>
                <w:sz w:val="18"/>
              </w:rPr>
              <w:t>教师根据学生回答板书：轴对称、平移、旋转、放大与缩小。</w:t>
            </w:r>
          </w:p>
          <w:p>
            <w:pPr>
              <w:spacing w:after="20" w:line="276" w:lineRule="auto"/>
            </w:pPr>
            <w:r>
              <w:rPr>
                <w:rFonts w:ascii="宋体" w:hAnsi="宋体" w:eastAsia="宋体"/>
                <w:b w:val="0"/>
                <w:sz w:val="18"/>
              </w:rPr>
              <w:t>师：轴对称、平移、旋转以及图形的放大与缩小都是图形的变换，今天这节课我们就一起来整理和复习图形的运动。(板书课题：图形的运动)</w:t>
            </w:r>
          </w:p>
        </w:tc>
        <w:tc>
          <w:tcPr>
            <w:tcW w:type="dxa" w:w="3061"/>
          </w:tcPr>
          <w:p>
            <w:pPr>
              <w:spacing w:after="20" w:line="276" w:lineRule="auto"/>
            </w:pPr>
            <w:r/>
            <w:r>
              <w:rPr>
                <w:rFonts w:ascii="宋体" w:hAnsi="宋体" w:eastAsia="宋体"/>
                <w:b w:val="0"/>
                <w:sz w:val="18"/>
              </w:rPr>
              <w:t>同桌之间互相交流，教师巡视指导，集体反馈交流。</w:t>
            </w:r>
          </w:p>
          <w:p>
            <w:pPr>
              <w:spacing w:after="20" w:line="276" w:lineRule="auto"/>
            </w:pPr>
            <w:r>
              <w:rPr>
                <w:rFonts w:ascii="宋体" w:hAnsi="宋体" w:eastAsia="宋体"/>
                <w:b w:val="0"/>
                <w:sz w:val="18"/>
              </w:rPr>
              <w:t>预设1：戏剧脸谱是轴对称图形。(教师追问：对称轴在哪里?)</w:t>
            </w:r>
          </w:p>
          <w:p>
            <w:pPr>
              <w:spacing w:after="20" w:line="276" w:lineRule="auto"/>
            </w:pPr>
            <w:r>
              <w:rPr>
                <w:rFonts w:ascii="宋体" w:hAnsi="宋体" w:eastAsia="宋体"/>
                <w:b w:val="0"/>
                <w:sz w:val="18"/>
              </w:rPr>
              <w:t>预设2：花边图案是由其中一个图案连续向右平移得到的。</w:t>
            </w:r>
          </w:p>
          <w:p>
            <w:pPr>
              <w:spacing w:after="20" w:line="276" w:lineRule="auto"/>
            </w:pPr>
            <w:r>
              <w:rPr>
                <w:rFonts w:ascii="宋体" w:hAnsi="宋体" w:eastAsia="宋体"/>
                <w:b w:val="0"/>
                <w:sz w:val="18"/>
              </w:rPr>
              <w:t>预设3：雪花的图案是由其中一片花瓣绕旋转中心逆时针(或顺时针)方向旋转得到的。</w:t>
            </w:r>
          </w:p>
          <w:p>
            <w:pPr>
              <w:spacing w:after="20" w:line="276" w:lineRule="auto"/>
            </w:pPr>
            <w:r>
              <w:rPr>
                <w:rFonts w:ascii="宋体" w:hAnsi="宋体" w:eastAsia="宋体"/>
                <w:b w:val="0"/>
                <w:sz w:val="18"/>
              </w:rPr>
              <w:t>预设4：三个大小不同、模样相同的蝴蝶图案是由其中一个蝴蝶图案按一定的比缩小（或放大）后得到的。</w:t>
            </w:r>
          </w:p>
        </w:tc>
        <w:tc>
          <w:tcPr>
            <w:tcW w:type="dxa" w:w="1814"/>
          </w:tcPr>
          <w:p>
            <w:pPr>
              <w:spacing w:after="20" w:line="276" w:lineRule="auto"/>
            </w:pPr>
            <w:r/>
            <w:r>
              <w:rPr>
                <w:rFonts w:ascii="宋体" w:hAnsi="宋体" w:eastAsia="宋体"/>
                <w:b w:val="0"/>
                <w:sz w:val="18"/>
              </w:rPr>
              <w:t>从生活中的实例图片引入，让学生在欣赏美丽的图案的过程中自然联想到所学知识，感受生活中图形变换的运用，体会到数学来源于生活。</w:t>
            </w:r>
          </w:p>
          <w:p>
            <w:pPr>
              <w:spacing w:after="20" w:line="276" w:lineRule="auto"/>
            </w:pPr>
            <w:r>
              <w:rPr>
                <w:rFonts w:ascii="宋体" w:hAnsi="宋体" w:eastAsia="宋体"/>
                <w:b w:val="0"/>
                <w:sz w:val="18"/>
              </w:rPr>
              <w:t>（学生在交流时，教师引导学生说出每个图案是经过怎样的变换得到的。如果学生说出其他是轴对称图形，也要予以肯定。）</w:t>
            </w:r>
          </w:p>
        </w:tc>
      </w:tr>
      <w:tr>
        <w:tc>
          <w:tcPr>
            <w:tcW w:type="dxa" w:w="1474"/>
          </w:tcPr>
          <w:p>
            <w:pPr>
              <w:spacing w:after="20" w:line="276" w:lineRule="auto"/>
            </w:pPr>
            <w:r>
              <w:rPr>
                <w:b/>
              </w:rPr>
            </w:r>
            <w:r>
              <w:rPr>
                <w:rFonts w:ascii="宋体" w:hAnsi="宋体" w:eastAsia="宋体"/>
                <w:b/>
                <w:sz w:val="18"/>
              </w:rPr>
              <w:t>二、回忆旧知，复习图形变换方式的特征</w:t>
            </w:r>
          </w:p>
        </w:tc>
        <w:tc>
          <w:tcPr>
            <w:tcW w:type="dxa" w:w="3061"/>
          </w:tcPr>
          <w:p>
            <w:pPr>
              <w:spacing w:after="20" w:line="276" w:lineRule="auto"/>
            </w:pPr>
            <w:r/>
            <w:r>
              <w:rPr>
                <w:rFonts w:ascii="宋体" w:hAnsi="宋体" w:eastAsia="宋体"/>
                <w:b w:val="0"/>
                <w:sz w:val="18"/>
              </w:rPr>
              <w:t>1.出示课件。</w:t>
            </w:r>
          </w:p>
          <w:p>
            <w:pPr>
              <w:spacing w:after="20" w:line="276" w:lineRule="auto"/>
            </w:pPr>
            <w:r>
              <w:rPr>
                <w:rFonts w:ascii="宋体" w:hAnsi="宋体" w:eastAsia="宋体"/>
                <w:b w:val="0"/>
                <w:sz w:val="18"/>
              </w:rPr>
              <w:t>师：这是老师设计的一幅图案。想一想，这幅图案运用了哪些图形运动的知识？</w:t>
            </w:r>
          </w:p>
          <w:p>
            <w:pPr>
              <w:spacing w:after="20" w:line="276" w:lineRule="auto"/>
            </w:pPr>
            <w:r>
              <w:rPr>
                <w:rFonts w:ascii="宋体" w:hAnsi="宋体" w:eastAsia="宋体"/>
                <w:b w:val="0"/>
                <w:sz w:val="18"/>
              </w:rPr>
              <w:t>师：你非常聪明，通过放大是可以得到这个图案的。</w:t>
            </w:r>
          </w:p>
          <w:p>
            <w:pPr>
              <w:spacing w:after="20" w:line="276" w:lineRule="auto"/>
            </w:pPr>
            <w:r>
              <w:rPr>
                <w:rFonts w:ascii="宋体" w:hAnsi="宋体" w:eastAsia="宋体"/>
                <w:b w:val="0"/>
                <w:sz w:val="18"/>
              </w:rPr>
              <w:t>课件演示：以里面的图形作为标准，通过放大、再放大，就设</w:t>
            </w:r>
          </w:p>
          <w:p>
            <w:pPr>
              <w:spacing w:after="20" w:line="276" w:lineRule="auto"/>
            </w:pPr>
            <w:r>
              <w:rPr>
                <w:rFonts w:ascii="宋体" w:hAnsi="宋体" w:eastAsia="宋体"/>
                <w:b w:val="0"/>
                <w:sz w:val="18"/>
              </w:rPr>
              <w:t>利用练习，比较几种图形运动的方式，对比特征，沟通联系，梳理、归纳出哪些运动不改变图形的形状和大小，哪些运动只改变大小，不改变形状，体会图形运动和相似变换的特点。</w:t>
            </w:r>
          </w:p>
          <w:p>
            <w:pPr>
              <w:spacing w:after="20" w:line="276" w:lineRule="auto"/>
            </w:pPr>
            <w:r>
              <w:rPr>
                <w:rFonts w:ascii="宋体" w:hAnsi="宋体" w:eastAsia="宋体"/>
                <w:b w:val="0"/>
                <w:sz w:val="18"/>
              </w:rPr>
              <w:t>计出了一幅美丽的图案。</w:t>
            </w:r>
          </w:p>
          <w:p>
            <w:pPr>
              <w:spacing w:after="20" w:line="276" w:lineRule="auto"/>
            </w:pPr>
            <w:r>
              <w:rPr>
                <w:rFonts w:ascii="宋体" w:hAnsi="宋体" w:eastAsia="宋体"/>
                <w:b w:val="0"/>
                <w:sz w:val="18"/>
              </w:rPr>
              <w:t>师：如果从外面往里看呢?(学生答：缩小)</w:t>
            </w:r>
          </w:p>
          <w:p>
            <w:pPr>
              <w:spacing w:after="20" w:line="276" w:lineRule="auto"/>
            </w:pPr>
            <w:r>
              <w:rPr>
                <w:rFonts w:ascii="宋体" w:hAnsi="宋体" w:eastAsia="宋体"/>
                <w:b w:val="0"/>
                <w:sz w:val="18"/>
              </w:rPr>
              <w:t>师：同学们，刚才我们说到了哪几种图形变换的方式?</w:t>
            </w:r>
          </w:p>
          <w:p>
            <w:pPr>
              <w:spacing w:after="20" w:line="276" w:lineRule="auto"/>
            </w:pPr>
            <w:r>
              <w:rPr>
                <w:rFonts w:ascii="宋体" w:hAnsi="宋体" w:eastAsia="宋体"/>
                <w:b w:val="0"/>
                <w:sz w:val="18"/>
              </w:rPr>
              <w:t>2.课件出示教科书P92“练习十九”第5题。</w:t>
            </w:r>
          </w:p>
          <w:p>
            <w:pPr>
              <w:spacing w:after="20" w:line="276" w:lineRule="auto"/>
            </w:pPr>
            <w:r>
              <w:rPr>
                <w:rFonts w:ascii="宋体" w:hAnsi="宋体" w:eastAsia="宋体"/>
                <w:b w:val="0"/>
                <w:sz w:val="18"/>
              </w:rPr>
              <w:t>师：请同学们仔细观察这几种图形运动的方式，有什么相同的地方和不同的地方?</w:t>
            </w:r>
          </w:p>
          <w:p>
            <w:pPr>
              <w:spacing w:after="20" w:line="276" w:lineRule="auto"/>
            </w:pPr>
            <w:r>
              <w:rPr>
                <w:rFonts w:ascii="宋体" w:hAnsi="宋体" w:eastAsia="宋体"/>
                <w:b w:val="0"/>
                <w:sz w:val="18"/>
              </w:rPr>
              <w:t>师小结：平移、旋转都不改变图形的大小和形状，而放大和缩小则改变图形的大小，不改变形状。</w:t>
            </w:r>
          </w:p>
          <w:p>
            <w:pPr>
              <w:spacing w:after="20" w:line="276" w:lineRule="auto"/>
            </w:pPr>
            <w:r>
              <w:rPr>
                <w:rFonts w:ascii="宋体" w:hAnsi="宋体" w:eastAsia="宋体"/>
                <w:b w:val="0"/>
                <w:sz w:val="18"/>
              </w:rPr>
              <w:t>板书：轴对称、平移、旋转：不改变图形的大小和形状。</w:t>
            </w:r>
          </w:p>
          <w:p>
            <w:pPr>
              <w:spacing w:after="20" w:line="276" w:lineRule="auto"/>
            </w:pPr>
            <w:r>
              <w:rPr>
                <w:rFonts w:ascii="宋体" w:hAnsi="宋体" w:eastAsia="宋体"/>
                <w:b w:val="0"/>
                <w:sz w:val="18"/>
              </w:rPr>
              <w:t>放大与缩小：改变图形的大小，不改变形状。</w:t>
            </w:r>
          </w:p>
        </w:tc>
        <w:tc>
          <w:tcPr>
            <w:tcW w:type="dxa" w:w="3061"/>
          </w:tcPr>
          <w:p>
            <w:pPr>
              <w:spacing w:after="20" w:line="276" w:lineRule="auto"/>
            </w:pPr>
            <w:r/>
            <w:r>
              <w:rPr>
                <w:rFonts w:ascii="宋体" w:hAnsi="宋体" w:eastAsia="宋体"/>
                <w:b w:val="0"/>
                <w:sz w:val="18"/>
              </w:rPr>
              <w:t>学生讨论交流后汇报。</w:t>
            </w:r>
          </w:p>
          <w:p>
            <w:pPr>
              <w:spacing w:after="20" w:line="276" w:lineRule="auto"/>
            </w:pPr>
            <w:r>
              <w:rPr>
                <w:rFonts w:ascii="宋体" w:hAnsi="宋体" w:eastAsia="宋体"/>
                <w:b w:val="0"/>
                <w:sz w:val="18"/>
              </w:rPr>
              <w:t>预设1：我觉得是通过平移得到的。</w:t>
            </w:r>
          </w:p>
          <w:p>
            <w:pPr>
              <w:spacing w:after="20" w:line="276" w:lineRule="auto"/>
            </w:pPr>
            <w:r>
              <w:rPr>
                <w:rFonts w:ascii="宋体" w:hAnsi="宋体" w:eastAsia="宋体"/>
                <w:b w:val="0"/>
                <w:sz w:val="18"/>
              </w:rPr>
              <w:t>预设2：我觉得第一个图形是通过一个正方形旋转、放大得到的。</w:t>
            </w:r>
          </w:p>
          <w:p>
            <w:pPr>
              <w:spacing w:after="20" w:line="276" w:lineRule="auto"/>
            </w:pPr>
            <w:r>
              <w:rPr>
                <w:rFonts w:ascii="宋体" w:hAnsi="宋体" w:eastAsia="宋体"/>
                <w:b w:val="0"/>
                <w:sz w:val="18"/>
              </w:rPr>
              <w:t>学生会回答平移、旋转、放大与缩小。</w:t>
            </w:r>
          </w:p>
          <w:p>
            <w:pPr>
              <w:spacing w:after="20" w:line="276" w:lineRule="auto"/>
            </w:pPr>
            <w:r>
              <w:rPr>
                <w:rFonts w:ascii="宋体" w:hAnsi="宋体" w:eastAsia="宋体"/>
                <w:b w:val="0"/>
                <w:sz w:val="18"/>
              </w:rPr>
              <w:t>学生独立完成后，集体汇报交流，选择有代表性的作品，说说制作过程，其他同学补充，同时提醒制作过程中的注意事项。</w:t>
            </w:r>
          </w:p>
          <w:p>
            <w:pPr>
              <w:spacing w:after="20" w:line="276" w:lineRule="auto"/>
            </w:pPr>
            <w:r>
              <w:rPr>
                <w:rFonts w:ascii="宋体" w:hAnsi="宋体" w:eastAsia="宋体"/>
                <w:b w:val="0"/>
                <w:sz w:val="18"/>
              </w:rPr>
              <w:t>指导学生说出：平移时，首先要找到对应点，还要考虑到平移的方向和距离；把一个图形旋转的时候，首先要明确旋转的中心点，围绕这个中心点，把图形的每条边按顺时针或逆时针方向旋转一定的角度；把一个图形放大或缩小时，要根据新图形与原图形的对应边长的比来画。</w:t>
            </w:r>
          </w:p>
          <w:p>
            <w:pPr>
              <w:spacing w:after="20" w:line="276" w:lineRule="auto"/>
            </w:pPr>
            <w:r>
              <w:rPr>
                <w:rFonts w:ascii="宋体" w:hAnsi="宋体" w:eastAsia="宋体"/>
                <w:b w:val="0"/>
                <w:sz w:val="18"/>
              </w:rPr>
              <w:t>预设1：我发现平移、旋转，它们发生变化后形状、大小都是不变的，放大或缩小是把原来的面积放大或缩小，形状不变，大小变了。</w:t>
            </w:r>
          </w:p>
          <w:p>
            <w:pPr>
              <w:spacing w:after="20" w:line="276" w:lineRule="auto"/>
            </w:pPr>
            <w:r>
              <w:rPr>
                <w:rFonts w:ascii="宋体" w:hAnsi="宋体" w:eastAsia="宋体"/>
                <w:b w:val="0"/>
                <w:sz w:val="18"/>
              </w:rPr>
              <w:t>预设2：放大或缩小后，它们一条直角边的比和另一条直角边的比都是一样的，都是一样的就说明它们的形状一样，只是大小变了。</w:t>
            </w:r>
          </w:p>
        </w:tc>
        <w:tc>
          <w:tcPr>
            <w:tcW w:type="dxa" w:w="1814"/>
          </w:tcPr>
          <w:p>
            <w:pPr>
              <w:spacing w:after="20" w:line="276" w:lineRule="auto"/>
            </w:pPr>
            <w:r/>
            <w:r>
              <w:rPr>
                <w:rFonts w:ascii="宋体" w:hAnsi="宋体" w:eastAsia="宋体"/>
                <w:b w:val="0"/>
                <w:sz w:val="18"/>
              </w:rPr>
              <w:t>围绕环节目标组织学习活动，引导学生主动参与、积极思考，核心问题："如果从外面往里看呢?"</w:t>
            </w:r>
          </w:p>
        </w:tc>
      </w:tr>
      <w:tr>
        <w:tc>
          <w:tcPr>
            <w:tcW w:type="dxa" w:w="1474"/>
          </w:tcPr>
          <w:p>
            <w:pPr>
              <w:spacing w:after="20" w:line="276" w:lineRule="auto"/>
            </w:pPr>
            <w:r>
              <w:rPr>
                <w:b/>
              </w:rPr>
            </w:r>
            <w:r>
              <w:rPr>
                <w:rFonts w:ascii="宋体" w:hAnsi="宋体" w:eastAsia="宋体"/>
                <w:b/>
                <w:sz w:val="18"/>
              </w:rPr>
              <w:t>三、创造图形</w:t>
            </w:r>
          </w:p>
        </w:tc>
        <w:tc>
          <w:tcPr>
            <w:tcW w:type="dxa" w:w="3061"/>
          </w:tcPr>
          <w:p>
            <w:pPr>
              <w:spacing w:after="20" w:line="276" w:lineRule="auto"/>
            </w:pPr>
            <w:r/>
            <w:r>
              <w:rPr>
                <w:rFonts w:ascii="宋体" w:hAnsi="宋体" w:eastAsia="宋体"/>
                <w:b w:val="0"/>
                <w:sz w:val="18"/>
              </w:rPr>
              <w:t>1.师：利用平移、旋转和轴对称等多种图形变换方式可以设计</w:t>
            </w:r>
          </w:p>
          <w:p>
            <w:pPr>
              <w:spacing w:after="20" w:line="276" w:lineRule="auto"/>
            </w:pPr>
            <w:r>
              <w:rPr>
                <w:rFonts w:ascii="宋体" w:hAnsi="宋体" w:eastAsia="宋体"/>
                <w:b w:val="0"/>
                <w:sz w:val="18"/>
              </w:rPr>
              <w:t>制作一些复杂的图案，请你根据图形的运动在方格纸上设计图案。</w:t>
            </w:r>
          </w:p>
          <w:p>
            <w:pPr>
              <w:spacing w:after="20" w:line="276" w:lineRule="auto"/>
            </w:pPr>
            <w:r>
              <w:rPr>
                <w:rFonts w:ascii="宋体" w:hAnsi="宋体" w:eastAsia="宋体"/>
                <w:b w:val="0"/>
                <w:sz w:val="18"/>
              </w:rPr>
              <w:t>计时用到了哪些变换方式。</w:t>
            </w:r>
          </w:p>
          <w:p>
            <w:pPr>
              <w:spacing w:after="20" w:line="276" w:lineRule="auto"/>
            </w:pPr>
            <w:r>
              <w:rPr>
                <w:rFonts w:ascii="宋体" w:hAnsi="宋体" w:eastAsia="宋体"/>
                <w:b w:val="0"/>
                <w:sz w:val="18"/>
              </w:rPr>
              <w:t>2.独立完成教科书P92“练习十九”第3题。</w:t>
            </w:r>
          </w:p>
        </w:tc>
        <w:tc>
          <w:tcPr>
            <w:tcW w:type="dxa" w:w="3061"/>
          </w:tcPr>
          <w:p>
            <w:pPr>
              <w:spacing w:after="20" w:line="276" w:lineRule="auto"/>
            </w:pPr>
            <w:r/>
            <w:r>
              <w:rPr>
                <w:rFonts w:ascii="宋体" w:hAnsi="宋体" w:eastAsia="宋体"/>
                <w:b w:val="0"/>
                <w:sz w:val="18"/>
              </w:rPr>
              <w:t>学生独立完成或合作完成，教师巡视指导，然后展示学生作品。</w:t>
            </w:r>
          </w:p>
          <w:p>
            <w:pPr>
              <w:spacing w:after="20" w:line="276" w:lineRule="auto"/>
            </w:pPr>
            <w:r>
              <w:rPr>
                <w:rFonts w:ascii="宋体" w:hAnsi="宋体" w:eastAsia="宋体"/>
                <w:b w:val="0"/>
                <w:sz w:val="18"/>
              </w:rPr>
              <w:t>展示学生有代表性的作品时，让学生说清自己设</w:t>
            </w:r>
          </w:p>
          <w:p>
            <w:pPr>
              <w:spacing w:after="20" w:line="276" w:lineRule="auto"/>
            </w:pPr>
            <w:r>
              <w:rPr>
                <w:rFonts w:ascii="宋体" w:hAnsi="宋体" w:eastAsia="宋体"/>
                <w:b w:val="0"/>
                <w:sz w:val="18"/>
              </w:rPr>
              <w:t>学生独立设计图案，然后在小组内交流展示。</w:t>
            </w:r>
          </w:p>
          <w:p>
            <w:pPr>
              <w:spacing w:after="20" w:line="276" w:lineRule="auto"/>
            </w:pPr>
            <w:r>
              <w:rPr>
                <w:rFonts w:ascii="宋体" w:hAnsi="宋体" w:eastAsia="宋体"/>
                <w:b w:val="0"/>
                <w:sz w:val="18"/>
              </w:rPr>
              <w:t>可以先引导学生找出这些图案是由哪些基本图形用什么方式组成的(必要时，还需要添加辅助线)</w:t>
            </w:r>
          </w:p>
        </w:tc>
        <w:tc>
          <w:tcPr>
            <w:tcW w:type="dxa" w:w="1814"/>
          </w:tcPr>
          <w:p>
            <w:pPr>
              <w:spacing w:after="20" w:line="276" w:lineRule="auto"/>
            </w:pPr>
            <w:r/>
            <w:r>
              <w:rPr>
                <w:rFonts w:ascii="宋体" w:hAnsi="宋体" w:eastAsia="宋体"/>
                <w:b w:val="0"/>
                <w:sz w:val="18"/>
              </w:rPr>
              <w:t>请学生灵活运用轴对称、平移、旋转、放大与缩小的知识在方格纸上设计图案，锻炼了学生综合运用知识的能力，并通过对比分析，沟通不同变换方法之间的联系，加深了学生对图形变换知识的理解。</w:t>
            </w:r>
          </w:p>
        </w:tc>
      </w:tr>
      <w:tr>
        <w:tc>
          <w:tcPr>
            <w:tcW w:type="dxa" w:w="1474"/>
          </w:tcPr>
          <w:p>
            <w:pPr>
              <w:spacing w:after="20" w:line="276" w:lineRule="auto"/>
            </w:pPr>
            <w:r>
              <w:rPr>
                <w:b/>
              </w:rPr>
            </w:r>
            <w:r>
              <w:rPr>
                <w:rFonts w:ascii="宋体" w:hAnsi="宋体" w:eastAsia="宋体"/>
                <w:b/>
                <w:sz w:val="18"/>
              </w:rPr>
              <w:t>四、巩固练习，体会应用</w:t>
            </w:r>
          </w:p>
        </w:tc>
        <w:tc>
          <w:tcPr>
            <w:tcW w:type="dxa" w:w="3061"/>
          </w:tcPr>
          <w:p>
            <w:pPr>
              <w:spacing w:after="20" w:line="276" w:lineRule="auto"/>
            </w:pPr>
            <w:r/>
            <w:r>
              <w:rPr>
                <w:rFonts w:ascii="宋体" w:hAnsi="宋体" w:eastAsia="宋体"/>
                <w:b w:val="0"/>
                <w:sz w:val="18"/>
              </w:rPr>
              <w:t>1.完成教科书P91“做一做”。</w:t>
            </w:r>
          </w:p>
          <w:p>
            <w:pPr>
              <w:spacing w:after="20" w:line="276" w:lineRule="auto"/>
            </w:pPr>
            <w:r>
              <w:rPr>
                <w:rFonts w:ascii="宋体" w:hAnsi="宋体" w:eastAsia="宋体"/>
                <w:b w:val="0"/>
                <w:sz w:val="18"/>
              </w:rPr>
              <w:t>2.完成教科书P92“练习十九”第1、2、4、6题。</w:t>
            </w:r>
          </w:p>
          <w:p>
            <w:pPr>
              <w:spacing w:after="20" w:line="276" w:lineRule="auto"/>
            </w:pPr>
            <w:r>
              <w:rPr>
                <w:rFonts w:ascii="宋体" w:hAnsi="宋体" w:eastAsia="宋体"/>
                <w:b w:val="0"/>
                <w:sz w:val="18"/>
              </w:rPr>
              <w:t>第2题：让学生汇报画图的方法和步骤，明确画轴对称图形的另一半时，要找到一些关键点的对称点，再利用对称轴两边对应点到对称轴的距离相等的性质来解决问题。</w:t>
            </w:r>
          </w:p>
          <w:p>
            <w:pPr>
              <w:spacing w:after="20" w:line="276" w:lineRule="auto"/>
            </w:pPr>
            <w:r>
              <w:rPr>
                <w:rFonts w:ascii="宋体" w:hAnsi="宋体" w:eastAsia="宋体"/>
                <w:b w:val="0"/>
                <w:sz w:val="18"/>
              </w:rPr>
              <w:t>第4题：引导学生发现看似形状完全不同的4个图形，实际上阴影部分面积完全相等。可通过具体分析4个图形的组合情况作出判断，也可根据图形的运动来判断。例如，第四个图形只是把第一</w:t>
            </w:r>
          </w:p>
          <w:p>
            <w:pPr>
              <w:spacing w:after="20" w:line="276" w:lineRule="auto"/>
            </w:pPr>
            <w:r>
              <w:rPr>
                <w:rFonts w:ascii="宋体" w:hAnsi="宋体" w:eastAsia="宋体"/>
                <w:b w:val="0"/>
                <w:sz w:val="18"/>
              </w:rPr>
              <w:t>注意设计图案的过程是开放的，不同的学生可以有不同的设计，还可以利用学生创造的图形，再一次让学生直观地理解每一种图形变换的特征。鼓励学生自己设计、创作新的图案，以培养学生的创新能力。</w:t>
            </w:r>
          </w:p>
          <w:p>
            <w:pPr>
              <w:spacing w:after="20" w:line="276" w:lineRule="auto"/>
            </w:pPr>
            <w:r>
              <w:rPr>
                <w:rFonts w:ascii="宋体" w:hAnsi="宋体" w:eastAsia="宋体"/>
                <w:b w:val="0"/>
                <w:sz w:val="18"/>
              </w:rPr>
              <w:t>个图形左边的涂色小半圆向下平移了而已，充分让学生表达自己的想法。</w:t>
            </w:r>
          </w:p>
          <w:p>
            <w:pPr>
              <w:spacing w:after="20" w:line="276" w:lineRule="auto"/>
            </w:pPr>
            <w:r>
              <w:rPr>
                <w:rFonts w:ascii="宋体" w:hAnsi="宋体" w:eastAsia="宋体"/>
                <w:b w:val="0"/>
                <w:sz w:val="18"/>
              </w:rPr>
              <w:t>第6题：如果学生遇到困难，可以适当启发和指导：把一个直角三角形按2∶1放大是什么意思？放大后的面积可以直接计算吗?周长能计算出来吗？放大前后的周长之比和边长之比有什么关系？在理解了放大过程中周长与面积的变化规律后再解决问题。</w:t>
            </w:r>
          </w:p>
        </w:tc>
        <w:tc>
          <w:tcPr>
            <w:tcW w:type="dxa" w:w="3061"/>
          </w:tcPr>
          <w:p>
            <w:pPr>
              <w:spacing w:after="20" w:line="276" w:lineRule="auto"/>
            </w:pPr>
            <w:r/>
            <w:r>
              <w:rPr>
                <w:rFonts w:ascii="宋体" w:hAnsi="宋体" w:eastAsia="宋体"/>
                <w:b w:val="0"/>
                <w:sz w:val="18"/>
              </w:rPr>
              <w:t>引导学生说出每一步的变换过程。对于平移，要说出平移的方向和距离；对于旋转，要说出旋转中心、旋转方向和旋转角度。如：A向右平移5格，得到B；B向右平移5格并绕中心点逆时针旋转90，或先绕中心点逆时针旋转90，再向右平移5格得到C；从C到D也是同样的过程。还可以让学生说说任意两图之间是如何变换的。</w:t>
            </w:r>
          </w:p>
          <w:p>
            <w:pPr>
              <w:spacing w:after="20" w:line="276" w:lineRule="auto"/>
            </w:pPr>
            <w:r>
              <w:rPr>
                <w:rFonts w:ascii="宋体" w:hAnsi="宋体" w:eastAsia="宋体"/>
                <w:b w:val="0"/>
                <w:sz w:val="18"/>
              </w:rPr>
              <w:t>学生独立思考后在小组内交流，再集体汇报展示。</w:t>
            </w:r>
          </w:p>
          <w:p>
            <w:pPr>
              <w:spacing w:after="20" w:line="276" w:lineRule="auto"/>
            </w:pPr>
            <w:r>
              <w:rPr>
                <w:rFonts w:ascii="宋体" w:hAnsi="宋体" w:eastAsia="宋体"/>
                <w:b w:val="0"/>
                <w:sz w:val="18"/>
              </w:rPr>
              <w:t>第1题：让学生先判断，再画出第三、第四个图形的对称轴，通过交流，感受有些轴对称图形中对称轴的不唯一性。</w:t>
            </w:r>
          </w:p>
        </w:tc>
        <w:tc>
          <w:tcPr>
            <w:tcW w:type="dxa" w:w="1814"/>
          </w:tcPr>
          <w:p>
            <w:pPr>
              <w:spacing w:after="20" w:line="276" w:lineRule="auto"/>
            </w:pPr>
            <w:r/>
            <w:r>
              <w:rPr>
                <w:rFonts w:ascii="宋体" w:hAnsi="宋体" w:eastAsia="宋体"/>
                <w:b w:val="0"/>
                <w:sz w:val="18"/>
              </w:rPr>
              <w:t>练习的交流可以加深学生对知识的理解，增强应用意识。</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师：通过本节课的复习，你们有什么感受和收获呢？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引导学生回顾梳理本课所学，完善认知结构，提升归纳与反思能力，核心问题："通过本节课的复习，你们有什么感受和收获呢？"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图形的运动</w:t>
      </w:r>
    </w:p>
    <w:p>
      <w:pPr>
        <w:spacing w:after="40" w:line="300" w:lineRule="auto"/>
      </w:pPr>
      <w:r>
        <w:rPr>
          <w:rFonts w:ascii="宋体" w:hAnsi="宋体" w:eastAsia="宋体"/>
          <w:b w:val="0"/>
          <w:sz w:val="20"/>
        </w:rPr>
        <w:t>轴对称、平移、旋转：不改变图形的大小和形状。</w:t>
      </w:r>
    </w:p>
    <w:p>
      <w:pPr>
        <w:spacing w:after="40" w:line="300" w:lineRule="auto"/>
      </w:pPr>
      <w:r>
        <w:rPr>
          <w:rFonts w:ascii="宋体" w:hAnsi="宋体" w:eastAsia="宋体"/>
          <w:b w:val="0"/>
          <w:sz w:val="20"/>
        </w:rPr>
        <w:t>放大与缩小：改变图形的大小，不改变形状。</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新情境下面奥运会会徽的图案是轴对称图形的是（ ）。（填序号） 参考答案 C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对旧知识进行了梳理，帮助学生建构知识结构，对知识进行更高层次的概括。这样可以整合学生已有的知识，减少学生记忆的负担，促进学生对数学知识的理解和运用，在查漏补缺中提高学生解题技巧和解决实际问题的能力，促进学习能力的全面、可持续发展。一节课的时间有限，学生创作图形的时间可能不够，可以将这项活动延伸到课外，以小组为单位办一份“图形的运动”作品小报，在全班进行展示。</w:t>
      </w:r>
    </w:p>
    <w:p>
      <w:r>
        <w:br w:type="page"/>
      </w:r>
    </w:p>
    <w:p>
      <w:pPr>
        <w:spacing w:after="80" w:line="300" w:lineRule="auto"/>
      </w:pPr>
      <w:r>
        <w:rPr>
          <w:rFonts w:ascii="黑体" w:hAnsi="黑体" w:eastAsia="黑体"/>
          <w:b/>
          <w:sz w:val="24"/>
        </w:rPr>
        <w:t>二、课时教学方案（第20课时）</w:t>
      </w:r>
    </w:p>
    <w:p>
      <w:pPr>
        <w:spacing w:after="80" w:line="300" w:lineRule="auto"/>
      </w:pPr>
      <w:r>
        <w:rPr>
          <w:rFonts w:ascii="黑体" w:hAnsi="黑体" w:eastAsia="黑体"/>
          <w:b/>
          <w:sz w:val="24"/>
        </w:rPr>
        <w:t>第20课时　数的运算（3）</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第20课时　数的运算（3）</w:t>
            </w:r>
          </w:p>
        </w:tc>
        <w:tc>
          <w:tcPr>
            <w:tcW w:type="dxa" w:w="6009"/>
          </w:tcPr>
          <w:p>
            <w:pPr>
              <w:spacing w:after="20" w:line="276" w:lineRule="auto"/>
            </w:pPr>
            <w:r/>
            <w:r>
              <w:rPr>
                <w:rFonts w:ascii="宋体" w:hAnsi="宋体" w:eastAsia="宋体"/>
                <w:b w:val="0"/>
                <w:sz w:val="20"/>
              </w:rPr>
              <w:t>第6单元 整理和复习（数与代数）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（1）在回顾交流中，总结估算的方法，能用估算把握运算结果的范围或用估算解决实际问题，进一步体会估算的作用。</w:t>
      </w:r>
    </w:p>
    <w:p>
      <w:pPr>
        <w:spacing w:after="20" w:line="300" w:lineRule="auto"/>
        <w:ind w:firstLine="400"/>
      </w:pPr>
      <w:r>
        <w:rPr>
          <w:rFonts w:ascii="宋体" w:hAnsi="宋体" w:eastAsia="宋体"/>
          <w:b w:val="0"/>
          <w:sz w:val="20"/>
        </w:rPr>
        <w:t>（2）在解决具体问题的过程中，能选择合适的估算方法和策略，并解释估算的过程，养成估算的习惯。</w:t>
      </w:r>
    </w:p>
    <w:p>
      <w:pPr>
        <w:spacing w:after="20" w:line="300" w:lineRule="auto"/>
        <w:ind w:firstLine="400"/>
      </w:pPr>
      <w:r>
        <w:rPr>
          <w:rFonts w:ascii="宋体" w:hAnsi="宋体" w:eastAsia="宋体"/>
          <w:b w:val="0"/>
          <w:sz w:val="20"/>
        </w:rPr>
        <w:t>（3）培养估算意识，发展估算能力，进一步发展数感。</w:t>
      </w:r>
    </w:p>
    <w:p>
      <w:pPr>
        <w:spacing w:after="20" w:line="300" w:lineRule="auto"/>
      </w:pPr>
      <w:r>
        <w:rPr>
          <w:rFonts w:ascii="宋体" w:hAnsi="宋体" w:eastAsia="宋体"/>
          <w:b w:val="0"/>
          <w:sz w:val="20"/>
        </w:rPr>
        <w:t>教学重点：在解决具体问题的过程中，能选择合适的估算方法，养成估算的习惯。</w:t>
      </w:r>
    </w:p>
    <w:p>
      <w:pPr>
        <w:spacing w:after="20" w:line="300" w:lineRule="auto"/>
      </w:pPr>
      <w:r>
        <w:rPr>
          <w:rFonts w:ascii="宋体" w:hAnsi="宋体" w:eastAsia="宋体"/>
          <w:b w:val="0"/>
          <w:sz w:val="20"/>
        </w:rPr>
        <w:t>教学难点：养成估算习惯，发展估算直觉,发展数感。</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一、估算练习，复习估算方法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你能说说加、减、乘、除法估算的方法吗？；请同学们回顾一下，学习和生活中哪些时候要用到估算？</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二、复习估算</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你是怎样想的？；你更喜欢哪种方法？</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三、巩固练习，深入体会估算的应用</w:t>
            </w:r>
          </w:p>
        </w:tc>
        <w:tc>
          <w:tcPr>
            <w:tcW w:type="dxa" w:w="1814"/>
          </w:tcPr>
          <w:p>
            <w:pPr>
              <w:spacing w:after="20" w:line="276" w:lineRule="auto"/>
            </w:pPr>
            <w:r/>
            <w:r>
              <w:rPr>
                <w:rFonts w:ascii="宋体" w:hAnsi="宋体" w:eastAsia="宋体"/>
                <w:b w:val="0"/>
                <w:sz w:val="18"/>
              </w:rPr>
              <w:t>教科书、统计表、课件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通过本节课的复习，你们有什么感受和收获呢？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一、估算练习，复习估算方法</w:t>
            </w:r>
          </w:p>
        </w:tc>
        <w:tc>
          <w:tcPr>
            <w:tcW w:type="dxa" w:w="3061"/>
          </w:tcPr>
          <w:p>
            <w:pPr>
              <w:spacing w:after="20" w:line="276" w:lineRule="auto"/>
            </w:pPr>
            <w:r/>
            <w:r>
              <w:rPr>
                <w:rFonts w:ascii="宋体" w:hAnsi="宋体" w:eastAsia="宋体"/>
                <w:b w:val="0"/>
                <w:sz w:val="18"/>
              </w:rPr>
              <w:t>1.课件出示教科书P78“练习十五”第3题。</w:t>
            </w:r>
          </w:p>
          <w:p>
            <w:pPr>
              <w:spacing w:after="20" w:line="276" w:lineRule="auto"/>
            </w:pPr>
            <w:r>
              <w:rPr>
                <w:rFonts w:ascii="宋体" w:hAnsi="宋体" w:eastAsia="宋体"/>
                <w:b w:val="0"/>
                <w:sz w:val="18"/>
              </w:rPr>
              <w:t>指名汇报，集体交流。</w:t>
            </w:r>
          </w:p>
          <w:p>
            <w:pPr>
              <w:spacing w:after="20" w:line="276" w:lineRule="auto"/>
            </w:pPr>
            <w:r>
              <w:rPr>
                <w:rFonts w:ascii="宋体" w:hAnsi="宋体" w:eastAsia="宋体"/>
                <w:b w:val="0"/>
                <w:sz w:val="18"/>
              </w:rPr>
              <w:t>师小结：估算可能有多种结果，这些结果有些和精确值接近一些，但计算速度要慢一些；有些结果没有那么精确，但计算速度要快一些。这些结果在现实生活中都有参考价值。</w:t>
            </w:r>
          </w:p>
          <w:p>
            <w:pPr>
              <w:spacing w:after="20" w:line="276" w:lineRule="auto"/>
            </w:pPr>
            <w:r>
              <w:rPr>
                <w:rFonts w:ascii="宋体" w:hAnsi="宋体" w:eastAsia="宋体"/>
                <w:b w:val="0"/>
                <w:sz w:val="18"/>
              </w:rPr>
              <w:t>师：你能说说加、减、乘、除法估算的方法吗？</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师：请同学们回顾一下，学习和生活中哪些时候要用到估算？</w:t>
            </w:r>
          </w:p>
          <w:p>
            <w:pPr>
              <w:spacing w:after="20" w:line="276" w:lineRule="auto"/>
            </w:pPr>
            <w:r>
              <w:rPr>
                <w:rFonts w:ascii="宋体" w:hAnsi="宋体" w:eastAsia="宋体"/>
                <w:b w:val="0"/>
                <w:sz w:val="18"/>
              </w:rPr>
              <w:t>师：估算在生活中有着这么广泛的应用，这节课我们就来梳理有关估算的知识。［板书课题：数的运算(3)］</w:t>
            </w:r>
          </w:p>
        </w:tc>
        <w:tc>
          <w:tcPr>
            <w:tcW w:type="dxa" w:w="3061"/>
          </w:tcPr>
          <w:p>
            <w:pPr>
              <w:spacing w:after="20" w:line="276" w:lineRule="auto"/>
            </w:pPr>
            <w:r/>
            <w:r>
              <w:rPr>
                <w:rFonts w:ascii="宋体" w:hAnsi="宋体" w:eastAsia="宋体"/>
                <w:b w:val="0"/>
                <w:sz w:val="18"/>
              </w:rPr>
              <w:t>学生能根据过去的经验进行估算，注意估算的答案不唯一。例如：803－207，可以将两个数都看成整百数进行估算，也可以只将其中的一个数看成整百数进行估算，教师都要予以肯定。</w:t>
            </w:r>
          </w:p>
          <w:p>
            <w:pPr>
              <w:spacing w:after="20" w:line="276" w:lineRule="auto"/>
            </w:pPr>
            <w:r>
              <w:rPr>
                <w:rFonts w:ascii="宋体" w:hAnsi="宋体" w:eastAsia="宋体"/>
                <w:b w:val="0"/>
                <w:sz w:val="18"/>
              </w:rPr>
              <w:t>引导学生说出加法、减法、乘法估算时，通常用“四舍五入”法把参加运算的数看作与它最接近的整十、整百、整千数……再来进行计算；除法的估算中通常先估除数，然后根据乘法口诀来估被除数，例如632÷69的估算，先将除数估作70，再将被除数估作630，根据口诀“七九六十三”，可得结果大约是9。</w:t>
            </w:r>
          </w:p>
          <w:p>
            <w:pPr>
              <w:spacing w:after="20" w:line="276" w:lineRule="auto"/>
            </w:pPr>
            <w:r>
              <w:rPr>
                <w:rFonts w:ascii="宋体" w:hAnsi="宋体" w:eastAsia="宋体"/>
                <w:b w:val="0"/>
                <w:sz w:val="18"/>
              </w:rPr>
              <w:t>预设1：买东西的时候要估算带的钱够买几件物品，或者根据商品的价格估计需要带多少钱。</w:t>
            </w:r>
          </w:p>
          <w:p>
            <w:pPr>
              <w:spacing w:after="20" w:line="276" w:lineRule="auto"/>
            </w:pPr>
            <w:r>
              <w:rPr>
                <w:rFonts w:ascii="宋体" w:hAnsi="宋体" w:eastAsia="宋体"/>
                <w:b w:val="0"/>
                <w:sz w:val="18"/>
              </w:rPr>
              <w:t>预设2：做计算题前可以用到估算，估算出结果的范围。</w:t>
            </w:r>
          </w:p>
          <w:p>
            <w:pPr>
              <w:spacing w:after="20" w:line="276" w:lineRule="auto"/>
            </w:pPr>
            <w:r>
              <w:rPr>
                <w:rFonts w:ascii="宋体" w:hAnsi="宋体" w:eastAsia="宋体"/>
                <w:b w:val="0"/>
                <w:sz w:val="18"/>
              </w:rPr>
              <w:t>预设3：计算后要用到估算，可以检验计算的结果是否正确。</w:t>
            </w:r>
          </w:p>
        </w:tc>
        <w:tc>
          <w:tcPr>
            <w:tcW w:type="dxa" w:w="1814"/>
          </w:tcPr>
          <w:p>
            <w:pPr>
              <w:spacing w:after="20" w:line="276" w:lineRule="auto"/>
            </w:pPr>
            <w:r/>
            <w:r>
              <w:rPr>
                <w:rFonts w:ascii="宋体" w:hAnsi="宋体" w:eastAsia="宋体"/>
                <w:b w:val="0"/>
                <w:sz w:val="18"/>
              </w:rPr>
              <w:t>复习具体的估算策略，提高学生的估算能力。</w:t>
            </w:r>
          </w:p>
        </w:tc>
      </w:tr>
      <w:tr>
        <w:tc>
          <w:tcPr>
            <w:tcW w:type="dxa" w:w="1474"/>
          </w:tcPr>
          <w:p>
            <w:pPr>
              <w:spacing w:after="20" w:line="276" w:lineRule="auto"/>
            </w:pPr>
            <w:r>
              <w:rPr>
                <w:b/>
              </w:rPr>
            </w:r>
            <w:r>
              <w:rPr>
                <w:rFonts w:ascii="宋体" w:hAnsi="宋体" w:eastAsia="宋体"/>
                <w:b/>
                <w:sz w:val="18"/>
              </w:rPr>
              <w:t>二、复习估算</w:t>
            </w:r>
          </w:p>
        </w:tc>
        <w:tc>
          <w:tcPr>
            <w:tcW w:type="dxa" w:w="3061"/>
          </w:tcPr>
          <w:p>
            <w:pPr>
              <w:spacing w:after="20" w:line="276" w:lineRule="auto"/>
            </w:pPr>
            <w:r/>
            <w:r>
              <w:rPr>
                <w:rFonts w:ascii="宋体" w:hAnsi="宋体" w:eastAsia="宋体"/>
                <w:b w:val="0"/>
                <w:sz w:val="18"/>
              </w:rPr>
              <w:t>1.根据估算确定计算结果。</w:t>
            </w:r>
          </w:p>
          <w:p>
            <w:pPr>
              <w:spacing w:after="20" w:line="276" w:lineRule="auto"/>
            </w:pPr>
            <w:r>
              <w:rPr>
                <w:rFonts w:ascii="宋体" w:hAnsi="宋体" w:eastAsia="宋体"/>
                <w:b w:val="0"/>
                <w:sz w:val="18"/>
              </w:rPr>
              <w:t>(1)课件出示教科书P76第8题(1)、(2)。</w:t>
            </w:r>
          </w:p>
          <w:p>
            <w:pPr>
              <w:spacing w:after="20" w:line="276" w:lineRule="auto"/>
            </w:pPr>
            <w:r>
              <w:rPr>
                <w:rFonts w:ascii="宋体" w:hAnsi="宋体" w:eastAsia="宋体"/>
                <w:b w:val="0"/>
                <w:sz w:val="18"/>
              </w:rPr>
              <w:t>师：你是怎样想的？在小组内说一说。</w:t>
            </w:r>
          </w:p>
          <w:p>
            <w:pPr>
              <w:spacing w:after="20" w:line="276" w:lineRule="auto"/>
            </w:pPr>
            <w:r>
              <w:rPr>
                <w:rFonts w:ascii="宋体" w:hAnsi="宋体" w:eastAsia="宋体"/>
                <w:b w:val="0"/>
                <w:sz w:val="18"/>
              </w:rPr>
              <w:t>师：你更喜欢哪种方法？看来估算是生活中经常用到的方法，</w:t>
            </w:r>
          </w:p>
          <w:p>
            <w:pPr>
              <w:spacing w:after="20" w:line="276" w:lineRule="auto"/>
            </w:pPr>
            <w:r>
              <w:rPr>
                <w:rFonts w:ascii="宋体" w:hAnsi="宋体" w:eastAsia="宋体"/>
                <w:b w:val="0"/>
                <w:sz w:val="18"/>
              </w:rPr>
              <w:t>让学生用自己的话总结估算方法，如果有困难，可结合具体的例子来说明，教师可帮助学生归纳提升。</w:t>
            </w:r>
          </w:p>
          <w:p>
            <w:pPr>
              <w:spacing w:after="20" w:line="276" w:lineRule="auto"/>
            </w:pPr>
            <w:r>
              <w:rPr>
                <w:rFonts w:ascii="宋体" w:hAnsi="宋体" w:eastAsia="宋体"/>
                <w:b w:val="0"/>
                <w:sz w:val="18"/>
              </w:rPr>
              <w:t>它的特点是不要求非常精确，也能解决问题。谁来说说用估算的方法怎样判断第(2)小题的结果是不是比1大？</w:t>
            </w:r>
          </w:p>
          <w:p>
            <w:pPr>
              <w:spacing w:after="20" w:line="276" w:lineRule="auto"/>
            </w:pPr>
            <w:r>
              <w:rPr>
                <w:rFonts w:ascii="宋体" w:hAnsi="宋体" w:eastAsia="宋体"/>
                <w:b w:val="0"/>
                <w:sz w:val="18"/>
              </w:rPr>
              <w:t>(2)完成教科书P78“练习十五”第4题。</w:t>
            </w:r>
          </w:p>
          <w:p>
            <w:pPr>
              <w:spacing w:after="20" w:line="276" w:lineRule="auto"/>
            </w:pPr>
            <w:r>
              <w:rPr>
                <w:rFonts w:ascii="宋体" w:hAnsi="宋体" w:eastAsia="宋体"/>
                <w:b w:val="0"/>
                <w:sz w:val="18"/>
              </w:rPr>
              <w:t>(3)联系计算，发现错误，培养估算意识。</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判断左边的算式与右边的数的相对大小，可以告诉学生不需要计算出结果，指导学生根据数的特点和运算的性质加以判断。</w:t>
            </w:r>
          </w:p>
          <w:p>
            <w:pPr>
              <w:spacing w:after="20" w:line="276" w:lineRule="auto"/>
            </w:pPr>
            <w:r>
              <w:rPr>
                <w:rFonts w:ascii="宋体" w:hAnsi="宋体" w:eastAsia="宋体"/>
                <w:b w:val="0"/>
                <w:sz w:val="18"/>
              </w:rPr>
              <w:t>实际结果大约为100。</w:t>
            </w:r>
          </w:p>
          <w:p>
            <w:pPr>
              <w:spacing w:after="20" w:line="276" w:lineRule="auto"/>
            </w:pPr>
            <w:r>
              <w:rPr>
                <w:rFonts w:ascii="宋体" w:hAnsi="宋体" w:eastAsia="宋体"/>
                <w:b w:val="0"/>
                <w:sz w:val="18"/>
              </w:rPr>
              <w:t>2.根据估算解决实际问题。</w:t>
            </w:r>
          </w:p>
          <w:p>
            <w:pPr>
              <w:spacing w:after="20" w:line="276" w:lineRule="auto"/>
            </w:pPr>
            <w:r>
              <w:rPr>
                <w:rFonts w:ascii="宋体" w:hAnsi="宋体" w:eastAsia="宋体"/>
                <w:b w:val="0"/>
                <w:sz w:val="18"/>
              </w:rPr>
              <w:t>课件出示教科书P76第8题(3)。</w:t>
            </w:r>
          </w:p>
          <w:p>
            <w:pPr>
              <w:spacing w:after="20" w:line="276" w:lineRule="auto"/>
            </w:pPr>
            <w:r>
              <w:rPr>
                <w:rFonts w:ascii="宋体" w:hAnsi="宋体" w:eastAsia="宋体"/>
                <w:b w:val="0"/>
                <w:sz w:val="18"/>
              </w:rPr>
              <w:t>师：怎样用估算的方法解决这个问题呢？试一试吧！</w:t>
            </w:r>
          </w:p>
          <w:p>
            <w:pPr>
              <w:spacing w:after="20" w:line="276" w:lineRule="auto"/>
            </w:pPr>
            <w:r>
              <w:rPr>
                <w:rFonts w:ascii="宋体" w:hAnsi="宋体" w:eastAsia="宋体"/>
                <w:b w:val="0"/>
                <w:sz w:val="18"/>
              </w:rPr>
              <w:t>师小结：估算是生活中常用的一种计算方法，有时我们不需要非常精确的答案时,可以用估算快速、简便地得到一个接近精确值的近似值，以便解决生活中的实际问题。在解决这个问题时，我们用到了往大估、往小估的策略，有时也会用“四舍五入”法来进行估算。</w:t>
            </w:r>
          </w:p>
          <w:p>
            <w:pPr>
              <w:spacing w:after="20" w:line="276" w:lineRule="auto"/>
            </w:pPr>
            <w:r>
              <w:rPr>
                <w:rFonts w:ascii="宋体" w:hAnsi="宋体" w:eastAsia="宋体"/>
                <w:b w:val="0"/>
                <w:sz w:val="18"/>
              </w:rPr>
              <w:t>(板书：往大估、往小估、“四舍五入”法)</w:t>
            </w:r>
          </w:p>
        </w:tc>
        <w:tc>
          <w:tcPr>
            <w:tcW w:type="dxa" w:w="3061"/>
          </w:tcPr>
          <w:p>
            <w:pPr>
              <w:spacing w:after="20" w:line="276" w:lineRule="auto"/>
            </w:pPr>
            <w:r/>
            <w:r>
              <w:rPr>
                <w:rFonts w:ascii="宋体" w:hAnsi="宋体" w:eastAsia="宋体"/>
                <w:b w:val="0"/>
                <w:sz w:val="18"/>
              </w:rPr>
              <w:t>学生思考并交流、汇报。</w:t>
            </w:r>
          </w:p>
          <w:p>
            <w:pPr>
              <w:spacing w:after="20" w:line="276" w:lineRule="auto"/>
            </w:pPr>
            <w:r>
              <w:rPr>
                <w:rFonts w:ascii="宋体" w:hAnsi="宋体" w:eastAsia="宋体"/>
                <w:b w:val="0"/>
                <w:sz w:val="18"/>
              </w:rPr>
              <w:t>预设1：7.99×9.99=79.8201，比80小。</w:t>
            </w:r>
          </w:p>
          <w:p>
            <w:pPr>
              <w:spacing w:after="20" w:line="276" w:lineRule="auto"/>
            </w:pPr>
            <w:r>
              <w:rPr>
                <w:rFonts w:ascii="宋体" w:hAnsi="宋体" w:eastAsia="宋体"/>
                <w:b w:val="0"/>
                <w:sz w:val="18"/>
              </w:rPr>
              <w:t>预设2：不用计算，直接把7.99估成8，9.99估成10，那么积是80。但是因为把两个数都估大了，所以原来的积一定比80小。</w:t>
            </w:r>
          </w:p>
          <w:p>
            <w:pPr>
              <w:spacing w:after="20" w:line="276" w:lineRule="auto"/>
            </w:pPr>
            <w:r>
              <w:rPr>
                <w:rFonts w:ascii="宋体" w:hAnsi="宋体" w:eastAsia="宋体"/>
                <w:b w:val="0"/>
                <w:sz w:val="18"/>
              </w:rPr>
              <w:t>预设3：把9.99估成10，一个因数估大了，积也只有79.9，比80小，所以7.99×9.99一定比80小。</w:t>
            </w:r>
          </w:p>
          <w:p>
            <w:pPr>
              <w:spacing w:after="20" w:line="276" w:lineRule="auto"/>
            </w:pPr>
            <w:r>
              <w:rPr>
                <w:rFonts w:ascii="宋体" w:hAnsi="宋体" w:eastAsia="宋体"/>
                <w:b w:val="0"/>
                <w:sz w:val="18"/>
              </w:rPr>
              <w:t>学生有了前面的经验，会说出 EMBED Equation.DSMT4  ＞ EMBED Equation.DSMT4  ， EMBED Equation.DSMT4  ，所以 EMBED Equation.DSMT4  + EMBED Equation.DSMT4  一定大于1。</w:t>
            </w:r>
          </w:p>
          <w:p>
            <w:pPr>
              <w:spacing w:after="20" w:line="276" w:lineRule="auto"/>
            </w:pPr>
            <w:r>
              <w:rPr>
                <w:rFonts w:ascii="宋体" w:hAnsi="宋体" w:eastAsia="宋体"/>
                <w:b w:val="0"/>
                <w:sz w:val="18"/>
              </w:rPr>
              <w:t>学生独立完成后在小组内说一说估算的方法，再集体汇报交流。</w:t>
            </w:r>
          </w:p>
          <w:p>
            <w:pPr>
              <w:spacing w:after="20" w:line="276" w:lineRule="auto"/>
            </w:pPr>
            <w:r>
              <w:rPr>
                <w:rFonts w:ascii="宋体" w:hAnsi="宋体" w:eastAsia="宋体"/>
                <w:b w:val="0"/>
                <w:sz w:val="18"/>
              </w:rPr>
              <w:t>引导学生根据数的特点进行估算比较，然后总结出几种估算的方法。例如：59×9.9的积肯定比60大，1个59就很接近60，这种策略是往小估的方法；估算57×0.8的积时，把0.8估作1，估大了积才等于57，实际结果一定比57小，这种策略是往大估的方法；还有的可以利用计算的一些性质来进行判断，例如32÷1.2的商一定小于32。</w:t>
            </w:r>
          </w:p>
          <w:p>
            <w:pPr>
              <w:spacing w:after="20" w:line="276" w:lineRule="auto"/>
            </w:pPr>
            <w:r>
              <w:rPr>
                <w:rFonts w:ascii="宋体" w:hAnsi="宋体" w:eastAsia="宋体"/>
                <w:b w:val="0"/>
                <w:sz w:val="18"/>
              </w:rPr>
              <w:t>学生独立思考计算后，师生共同交流。</w:t>
            </w:r>
          </w:p>
          <w:p>
            <w:pPr>
              <w:spacing w:after="20" w:line="276" w:lineRule="auto"/>
            </w:pPr>
            <w:r>
              <w:rPr>
                <w:rFonts w:ascii="宋体" w:hAnsi="宋体" w:eastAsia="宋体"/>
                <w:b w:val="0"/>
                <w:sz w:val="18"/>
              </w:rPr>
              <w:t>预设2：791+118=809是错误的，因为118接近100，791+100=891，实际结果应大于891。</w:t>
            </w:r>
          </w:p>
          <w:p>
            <w:pPr>
              <w:spacing w:after="20" w:line="276" w:lineRule="auto"/>
            </w:pPr>
            <w:r>
              <w:rPr>
                <w:rFonts w:ascii="宋体" w:hAnsi="宋体" w:eastAsia="宋体"/>
                <w:b w:val="0"/>
                <w:sz w:val="18"/>
              </w:rPr>
              <w:t>预设3：110×41=410是错误的，因为110≈100，41≈40，100×40=4000，故实际结果大约为4000。</w:t>
            </w:r>
          </w:p>
          <w:p>
            <w:pPr>
              <w:spacing w:after="20" w:line="276" w:lineRule="auto"/>
            </w:pPr>
            <w:r>
              <w:rPr>
                <w:rFonts w:ascii="宋体" w:hAnsi="宋体" w:eastAsia="宋体"/>
                <w:b w:val="0"/>
                <w:sz w:val="18"/>
              </w:rPr>
              <w:t>预设4：204÷2=12是错误的，因为204≈200，200÷2=100，故</w:t>
            </w:r>
          </w:p>
          <w:p>
            <w:pPr>
              <w:spacing w:after="20" w:line="276" w:lineRule="auto"/>
            </w:pPr>
            <w:r>
              <w:rPr>
                <w:rFonts w:ascii="宋体" w:hAnsi="宋体" w:eastAsia="宋体"/>
                <w:b w:val="0"/>
                <w:sz w:val="18"/>
              </w:rPr>
              <w:t>学生独立完成后汇报交流。</w:t>
            </w:r>
          </w:p>
          <w:p>
            <w:pPr>
              <w:spacing w:after="20" w:line="276" w:lineRule="auto"/>
            </w:pPr>
            <w:r>
              <w:rPr>
                <w:rFonts w:ascii="宋体" w:hAnsi="宋体" w:eastAsia="宋体"/>
                <w:b w:val="0"/>
                <w:sz w:val="18"/>
              </w:rPr>
              <w:t>预设1：20.6≈21，39.6≈40，13.7≈14，21×2+40+14=96(元)，96＜100，把书的单价都估大了，买简装的显然足够，所以这时妈妈的钱够买简装的菜谱。</w:t>
            </w:r>
          </w:p>
          <w:p>
            <w:pPr>
              <w:spacing w:after="20" w:line="276" w:lineRule="auto"/>
            </w:pPr>
            <w:r>
              <w:rPr>
                <w:rFonts w:ascii="宋体" w:hAnsi="宋体" w:eastAsia="宋体"/>
                <w:b w:val="0"/>
                <w:sz w:val="18"/>
              </w:rPr>
              <w:t>预设2：20.6≈20，39.6≈39，23.8≈23，20×2+39+23=102(元)，100＜102，把书的单价都估小了，买精装的显然不够，所以这时妈妈的钱不够买精装的菜谱。</w:t>
            </w:r>
          </w:p>
        </w:tc>
        <w:tc>
          <w:tcPr>
            <w:tcW w:type="dxa" w:w="1814"/>
          </w:tcPr>
          <w:p>
            <w:pPr>
              <w:spacing w:after="20" w:line="276" w:lineRule="auto"/>
            </w:pPr>
            <w:r/>
            <w:r>
              <w:rPr>
                <w:rFonts w:ascii="宋体" w:hAnsi="宋体" w:eastAsia="宋体"/>
                <w:b w:val="0"/>
                <w:sz w:val="18"/>
              </w:rPr>
              <w:t>结合具体的问题让学生明确利用估算就能大致判断一个算式的结果范围，并积累一些估算的方法，进一步发展学生的估算意识。</w:t>
            </w:r>
          </w:p>
          <w:p>
            <w:pPr>
              <w:spacing w:after="20" w:line="276" w:lineRule="auto"/>
            </w:pPr>
            <w:r>
              <w:rPr>
                <w:rFonts w:ascii="宋体" w:hAnsi="宋体" w:eastAsia="宋体"/>
                <w:b w:val="0"/>
                <w:sz w:val="18"/>
              </w:rPr>
              <w:t>通过估算来发现错误，提高计算检查的速度，培养估算意识，再通过计算精确值来订正，让学生进一步区别近似值与精确值。</w:t>
            </w:r>
          </w:p>
          <w:p>
            <w:pPr>
              <w:spacing w:after="20" w:line="276" w:lineRule="auto"/>
            </w:pPr>
            <w:r>
              <w:rPr>
                <w:rFonts w:ascii="宋体" w:hAnsi="宋体" w:eastAsia="宋体"/>
                <w:b w:val="0"/>
                <w:sz w:val="18"/>
              </w:rPr>
              <w:t>这道题具有针对性、综合性、开放性的特点，帮助学生巩固估算的方法,加深对估算策略的理解，而且在思考估算策略的过程中,体会到利用估算是由解决实际问题的需求决定的，进一步培养他们合理灵活运用估算策略的意识。</w:t>
            </w:r>
          </w:p>
        </w:tc>
      </w:tr>
      <w:tr>
        <w:tc>
          <w:tcPr>
            <w:tcW w:type="dxa" w:w="1474"/>
          </w:tcPr>
          <w:p>
            <w:pPr>
              <w:spacing w:after="20" w:line="276" w:lineRule="auto"/>
            </w:pPr>
            <w:r>
              <w:rPr>
                <w:b/>
              </w:rPr>
            </w:r>
            <w:r>
              <w:rPr>
                <w:rFonts w:ascii="宋体" w:hAnsi="宋体" w:eastAsia="宋体"/>
                <w:b/>
                <w:sz w:val="18"/>
              </w:rPr>
              <w:t>三、巩固练习，深入体会估算的应用</w:t>
            </w:r>
          </w:p>
        </w:tc>
        <w:tc>
          <w:tcPr>
            <w:tcW w:type="dxa" w:w="3061"/>
          </w:tcPr>
          <w:p>
            <w:pPr>
              <w:spacing w:after="20" w:line="276" w:lineRule="auto"/>
            </w:pPr>
            <w:r/>
            <w:r>
              <w:rPr>
                <w:rFonts w:ascii="宋体" w:hAnsi="宋体" w:eastAsia="宋体"/>
                <w:b w:val="0"/>
                <w:sz w:val="18"/>
              </w:rPr>
              <w:t>解决这个问题时，学生可能会出现多种估算策略，如“中间数”法、“四舍五入”法等。教师应鼓励学生运用多种策略进行估算，并在交流过程中解释估算的思路和理由，只要合理就应给予肯定，帮助学生积累经验，发展估算直觉。</w:t>
            </w:r>
          </w:p>
          <w:p>
            <w:pPr>
              <w:spacing w:after="20" w:line="276" w:lineRule="auto"/>
            </w:pPr>
            <w:r>
              <w:rPr>
                <w:rFonts w:ascii="宋体" w:hAnsi="宋体" w:eastAsia="宋体"/>
                <w:b w:val="0"/>
                <w:sz w:val="18"/>
              </w:rPr>
              <w:t>1.完成教科书P76“做一做”。</w:t>
            </w:r>
          </w:p>
          <w:p>
            <w:pPr>
              <w:spacing w:after="20" w:line="276" w:lineRule="auto"/>
            </w:pPr>
            <w:r>
              <w:rPr>
                <w:rFonts w:ascii="宋体" w:hAnsi="宋体" w:eastAsia="宋体"/>
                <w:b w:val="0"/>
                <w:sz w:val="18"/>
              </w:rPr>
              <w:t>2.完成教科书P79“练习十五”第12、13题。</w:t>
            </w:r>
          </w:p>
          <w:p>
            <w:pPr>
              <w:spacing w:after="20" w:line="276" w:lineRule="auto"/>
            </w:pPr>
            <w:r>
              <w:rPr>
                <w:rFonts w:ascii="宋体" w:hAnsi="宋体" w:eastAsia="宋体"/>
                <w:b w:val="0"/>
                <w:sz w:val="18"/>
              </w:rPr>
              <w:t>第13题：先精确计算，再估算。爸爸的手臂长多少虽然未知，但根据生活经验，将手举起来应该超过头顶0.2m。</w:t>
            </w:r>
          </w:p>
        </w:tc>
        <w:tc>
          <w:tcPr>
            <w:tcW w:type="dxa" w:w="3061"/>
          </w:tcPr>
          <w:p>
            <w:pPr>
              <w:spacing w:after="20" w:line="276" w:lineRule="auto"/>
            </w:pPr>
            <w:r/>
            <w:r>
              <w:rPr>
                <w:rFonts w:ascii="宋体" w:hAnsi="宋体" w:eastAsia="宋体"/>
                <w:b w:val="0"/>
                <w:sz w:val="18"/>
              </w:rPr>
              <w:t>学生独立思考后集体交流。</w:t>
            </w:r>
          </w:p>
          <w:p>
            <w:pPr>
              <w:spacing w:after="20" w:line="276" w:lineRule="auto"/>
            </w:pPr>
            <w:r>
              <w:rPr>
                <w:rFonts w:ascii="宋体" w:hAnsi="宋体" w:eastAsia="宋体"/>
                <w:b w:val="0"/>
                <w:sz w:val="18"/>
              </w:rPr>
              <w:t>43+40+41+44+42≈40×5=200(人)，因为把43、41、44、42看成40计算时，都把原数看小了，所以这5个数的和的准确值要比近似值200大，说明开会的人数比座位数多，因此需要加椅子。</w:t>
            </w:r>
          </w:p>
          <w:p>
            <w:pPr>
              <w:spacing w:after="20" w:line="276" w:lineRule="auto"/>
            </w:pPr>
            <w:r>
              <w:rPr>
                <w:rFonts w:ascii="宋体" w:hAnsi="宋体" w:eastAsia="宋体"/>
                <w:b w:val="0"/>
                <w:sz w:val="18"/>
              </w:rPr>
              <w:t>学生独立思考后交流。</w:t>
            </w:r>
          </w:p>
          <w:p>
            <w:pPr>
              <w:spacing w:after="20" w:line="276" w:lineRule="auto"/>
            </w:pPr>
            <w:r>
              <w:rPr>
                <w:rFonts w:ascii="宋体" w:hAnsi="宋体" w:eastAsia="宋体"/>
                <w:b w:val="0"/>
                <w:sz w:val="18"/>
              </w:rPr>
              <w:t>第12题：引导学生看懂统计表中的信息，利用速度=路程÷时间的数量关系来解决问题，明确可以把路程看作1300 km，时间看作6小时进行估算。</w:t>
            </w:r>
          </w:p>
        </w:tc>
        <w:tc>
          <w:tcPr>
            <w:tcW w:type="dxa" w:w="1814"/>
          </w:tcPr>
          <w:p>
            <w:pPr>
              <w:spacing w:after="20" w:line="276" w:lineRule="auto"/>
            </w:pPr>
            <w:r/>
            <w:r>
              <w:rPr>
                <w:rFonts w:ascii="宋体" w:hAnsi="宋体" w:eastAsia="宋体"/>
                <w:b w:val="0"/>
                <w:sz w:val="18"/>
              </w:rPr>
              <w:t>这些练习需要学生利用数据信息，从实际情况出发，选择合适的问题解决策略，提高知识的实际应用能力。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师：通过本节课的复习，你们有什么感受和收获呢？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引导学生回顾梳理本课所学，完善认知结构，提升归纳与反思能力，核心问题："通过本节课的复习，你们有什么感受和收获呢？"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数的运算（3）</w:t>
      </w:r>
    </w:p>
    <w:p>
      <w:pPr>
        <w:spacing w:after="40" w:line="300" w:lineRule="auto"/>
      </w:pPr>
      <w:r>
        <w:rPr>
          <w:rFonts w:ascii="宋体" w:hAnsi="宋体" w:eastAsia="宋体"/>
          <w:b w:val="0"/>
          <w:sz w:val="20"/>
        </w:rPr>
        <w:t>往大估、往小估、“四舍五入”法</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对于估算的复习，是通过引导学生回忆估算在生活中的应用，让学生自主归纳出常用的几种估算方法，并灵活运用，达到整理所学估算知识的目的。在利用估算解决实际问题时，仍有部分学生不能根据实际问题选择合适的估算方法，这需要在以后的学习中进一 步发展学生的估算意识，帮助学生学会使用合理的估算策略。</w:t>
      </w:r>
    </w:p>
    <w:p>
      <w:r>
        <w:br w:type="page"/>
      </w:r>
    </w:p>
    <w:p>
      <w:pPr>
        <w:spacing w:after="80" w:line="300" w:lineRule="auto"/>
      </w:pPr>
      <w:r>
        <w:rPr>
          <w:rFonts w:ascii="黑体" w:hAnsi="黑体" w:eastAsia="黑体"/>
          <w:b/>
          <w:sz w:val="24"/>
        </w:rPr>
        <w:t>二、课时教学方案（第21课时）</w:t>
      </w:r>
    </w:p>
    <w:p>
      <w:pPr>
        <w:spacing w:after="80" w:line="300" w:lineRule="auto"/>
      </w:pPr>
      <w:r>
        <w:rPr>
          <w:rFonts w:ascii="黑体" w:hAnsi="黑体" w:eastAsia="黑体"/>
          <w:b/>
          <w:sz w:val="24"/>
        </w:rPr>
        <w:t>第21课时　图形与位置</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第21课时　图形与位置</w:t>
            </w:r>
          </w:p>
        </w:tc>
        <w:tc>
          <w:tcPr>
            <w:tcW w:type="dxa" w:w="6009"/>
          </w:tcPr>
          <w:p>
            <w:pPr>
              <w:spacing w:after="20" w:line="276" w:lineRule="auto"/>
            </w:pPr>
            <w:r/>
            <w:r>
              <w:rPr>
                <w:rFonts w:ascii="宋体" w:hAnsi="宋体" w:eastAsia="宋体"/>
                <w:b w:val="0"/>
                <w:sz w:val="20"/>
              </w:rPr>
              <w:t>第6单元 整理和复习（图形与几何）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（1）复习、整理确定位置的两种方法，进一步掌握有关比例尺的知识，掌握用数对或根据方向和距离确定位置的方法，能描述简单的行走路线。</w:t>
      </w:r>
    </w:p>
    <w:p>
      <w:pPr>
        <w:spacing w:after="20" w:line="300" w:lineRule="auto"/>
        <w:ind w:firstLine="400"/>
      </w:pPr>
      <w:r>
        <w:rPr>
          <w:rFonts w:ascii="宋体" w:hAnsi="宋体" w:eastAsia="宋体"/>
          <w:b w:val="0"/>
          <w:sz w:val="20"/>
        </w:rPr>
        <w:t>（2）通过确定位置的活动，培养学生探究和反思的意识，让学生学会独立思考，进一步提高运用所学知识解决实际问题的能力，培养空间观念，提高利用几何直观进行思考的能力。</w:t>
      </w:r>
    </w:p>
    <w:p>
      <w:pPr>
        <w:spacing w:after="20" w:line="300" w:lineRule="auto"/>
        <w:ind w:firstLine="400"/>
      </w:pPr>
      <w:r>
        <w:rPr>
          <w:rFonts w:ascii="宋体" w:hAnsi="宋体" w:eastAsia="宋体"/>
          <w:b w:val="0"/>
          <w:sz w:val="20"/>
        </w:rPr>
        <w:t>（3）激发学生的学习兴趣，发展学生对数学积极的情感。</w:t>
      </w:r>
    </w:p>
    <w:p>
      <w:pPr>
        <w:spacing w:after="20" w:line="300" w:lineRule="auto"/>
      </w:pPr>
      <w:r>
        <w:rPr>
          <w:rFonts w:ascii="宋体" w:hAnsi="宋体" w:eastAsia="宋体"/>
          <w:b w:val="0"/>
          <w:sz w:val="20"/>
        </w:rPr>
        <w:t>教学重点：进一步理解和掌握确定位置的方法。</w:t>
      </w:r>
    </w:p>
    <w:p>
      <w:pPr>
        <w:spacing w:after="20" w:line="300" w:lineRule="auto"/>
      </w:pPr>
      <w:r>
        <w:rPr>
          <w:rFonts w:ascii="宋体" w:hAnsi="宋体" w:eastAsia="宋体"/>
          <w:b w:val="0"/>
          <w:sz w:val="20"/>
        </w:rPr>
        <w:t>教学难点：培养综合运用所学知识解决实际问题的能力。</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一、谈话引入，揭示课题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二、回忆旧知，梳理知识要点</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这是小明家所在街区的平面图。从中你得到了哪些数学信息？你能介绍一下公园的位置吗？；如果我想以学校为中心，准确找到小明家的位置，可以怎样确定位置？</w:t>
            </w:r>
          </w:p>
        </w:tc>
        <w:tc>
          <w:tcPr>
            <w:tcW w:type="dxa" w:w="1361"/>
          </w:tcPr>
          <w:p>
            <w:pPr>
              <w:spacing w:after="20" w:line="276" w:lineRule="auto"/>
            </w:pPr>
            <w:r/>
            <w:r>
              <w:rPr>
                <w:rFonts w:ascii="宋体" w:hAnsi="宋体" w:eastAsia="宋体"/>
                <w:b w:val="0"/>
                <w:sz w:val="18"/>
              </w:rPr>
              <w:t>27分钟</w:t>
            </w:r>
          </w:p>
        </w:tc>
      </w:tr>
      <w:tr>
        <w:tc>
          <w:tcPr>
            <w:tcW w:type="dxa" w:w="2835"/>
          </w:tcPr>
          <w:p>
            <w:pPr>
              <w:spacing w:after="20" w:line="276" w:lineRule="auto"/>
            </w:pPr>
            <w:r/>
            <w:r>
              <w:rPr>
                <w:rFonts w:ascii="宋体" w:hAnsi="宋体" w:eastAsia="宋体"/>
                <w:b w:val="0"/>
                <w:sz w:val="18"/>
              </w:rPr>
              <w:t>三、知识应用，提升能力</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通过本节课的复习，你们有哪些收获呢？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一、谈话引入，揭示课题</w:t>
            </w:r>
          </w:p>
        </w:tc>
        <w:tc>
          <w:tcPr>
            <w:tcW w:type="dxa" w:w="3061"/>
          </w:tcPr>
          <w:p>
            <w:pPr>
              <w:spacing w:after="20" w:line="276" w:lineRule="auto"/>
            </w:pPr>
            <w:r/>
            <w:r>
              <w:rPr>
                <w:rFonts w:ascii="宋体" w:hAnsi="宋体" w:eastAsia="宋体"/>
                <w:b w:val="0"/>
                <w:sz w:val="18"/>
              </w:rPr>
              <w:t>师：生活中，我们常常需要确定某个物体或地点的确切位置，如在旅行中寻找景点，在定向运动中找目标点。准确地确定位置要有科学的方法。我们已经学过哪几种确定位置的方法？</w:t>
            </w:r>
          </w:p>
          <w:p>
            <w:pPr>
              <w:spacing w:after="20" w:line="276" w:lineRule="auto"/>
            </w:pPr>
            <w:r>
              <w:rPr>
                <w:rFonts w:ascii="宋体" w:hAnsi="宋体" w:eastAsia="宋体"/>
                <w:b w:val="0"/>
                <w:sz w:val="18"/>
              </w:rPr>
              <w:t>师：今天我们就来复习图形与位置。(板书课题：图形与位置)</w:t>
            </w:r>
          </w:p>
        </w:tc>
        <w:tc>
          <w:tcPr>
            <w:tcW w:type="dxa" w:w="3061"/>
          </w:tcPr>
          <w:p>
            <w:pPr>
              <w:spacing w:after="20" w:line="276" w:lineRule="auto"/>
            </w:pPr>
            <w:r/>
            <w:r>
              <w:rPr>
                <w:rFonts w:ascii="宋体" w:hAnsi="宋体" w:eastAsia="宋体"/>
                <w:b w:val="0"/>
                <w:sz w:val="18"/>
              </w:rPr>
              <w:t>学生可能会说用数对确定位置，用方向和距离确定位置。</w:t>
            </w:r>
          </w:p>
        </w:tc>
        <w:tc>
          <w:tcPr>
            <w:tcW w:type="dxa" w:w="1814"/>
          </w:tcPr>
          <w:p>
            <w:pPr>
              <w:spacing w:after="20" w:line="276" w:lineRule="auto"/>
            </w:pPr>
            <w:r/>
            <w:r>
              <w:rPr>
                <w:rFonts w:ascii="宋体" w:hAnsi="宋体" w:eastAsia="宋体"/>
                <w:b w:val="0"/>
                <w:sz w:val="18"/>
              </w:rPr>
              <w:t>提出问题，引导学生回忆关于位置与方向的旧知，直接揭示课题，明确本课要复习的内容。</w:t>
            </w:r>
          </w:p>
        </w:tc>
      </w:tr>
      <w:tr>
        <w:tc>
          <w:tcPr>
            <w:tcW w:type="dxa" w:w="1474"/>
          </w:tcPr>
          <w:p>
            <w:pPr>
              <w:spacing w:after="20" w:line="276" w:lineRule="auto"/>
            </w:pPr>
            <w:r>
              <w:rPr>
                <w:b/>
              </w:rPr>
            </w:r>
            <w:r>
              <w:rPr>
                <w:rFonts w:ascii="宋体" w:hAnsi="宋体" w:eastAsia="宋体"/>
                <w:b/>
                <w:sz w:val="18"/>
              </w:rPr>
              <w:t>二、回忆旧知，梳理知识要点</w:t>
            </w:r>
          </w:p>
        </w:tc>
        <w:tc>
          <w:tcPr>
            <w:tcW w:type="dxa" w:w="3061"/>
          </w:tcPr>
          <w:p>
            <w:pPr>
              <w:spacing w:after="20" w:line="276" w:lineRule="auto"/>
            </w:pPr>
            <w:r/>
            <w:r>
              <w:rPr>
                <w:rFonts w:ascii="宋体" w:hAnsi="宋体" w:eastAsia="宋体"/>
                <w:b w:val="0"/>
                <w:sz w:val="18"/>
              </w:rPr>
              <w:t>1.课件出示一幅小明家所在街区的平面图。</w:t>
            </w:r>
          </w:p>
          <w:p>
            <w:pPr>
              <w:spacing w:after="20" w:line="276" w:lineRule="auto"/>
            </w:pPr>
            <w:r>
              <w:rPr>
                <w:rFonts w:ascii="宋体" w:hAnsi="宋体" w:eastAsia="宋体"/>
                <w:b w:val="0"/>
                <w:sz w:val="18"/>
              </w:rPr>
              <w:t>师：这是小明家所在街区的平面图。从中你得到了哪些数学信息？你能介绍一下公园的位置吗？</w:t>
            </w:r>
          </w:p>
          <w:p>
            <w:pPr>
              <w:spacing w:after="20" w:line="276" w:lineRule="auto"/>
            </w:pPr>
            <w:r>
              <w:rPr>
                <w:rFonts w:ascii="宋体" w:hAnsi="宋体" w:eastAsia="宋体"/>
                <w:b w:val="0"/>
                <w:sz w:val="18"/>
              </w:rPr>
              <w:t>师：如果我想以学校为中心，准确找到小明家的位置，可以怎样确定位置？</w:t>
            </w:r>
          </w:p>
          <w:p>
            <w:pPr>
              <w:spacing w:after="20" w:line="276" w:lineRule="auto"/>
            </w:pPr>
            <w:r>
              <w:rPr>
                <w:rFonts w:ascii="宋体" w:hAnsi="宋体" w:eastAsia="宋体"/>
                <w:b w:val="0"/>
                <w:sz w:val="18"/>
              </w:rPr>
              <w:t>教师板书：用数对确定位置  用方向和距离确定位置</w:t>
            </w:r>
          </w:p>
          <w:p>
            <w:pPr>
              <w:spacing w:after="20" w:line="276" w:lineRule="auto"/>
            </w:pPr>
            <w:r>
              <w:rPr>
                <w:rFonts w:ascii="宋体" w:hAnsi="宋体" w:eastAsia="宋体"/>
                <w:b w:val="0"/>
                <w:sz w:val="18"/>
              </w:rPr>
              <w:t>2.复习用数对确定位置的方法。</w:t>
            </w:r>
          </w:p>
          <w:p>
            <w:pPr>
              <w:spacing w:after="20" w:line="276" w:lineRule="auto"/>
            </w:pPr>
            <w:r>
              <w:rPr>
                <w:rFonts w:ascii="宋体" w:hAnsi="宋体" w:eastAsia="宋体"/>
                <w:b w:val="0"/>
                <w:sz w:val="18"/>
              </w:rPr>
              <w:t>师：如果我们用数对表示位置，首先要做什么？</w:t>
            </w:r>
          </w:p>
          <w:p>
            <w:pPr>
              <w:spacing w:after="20" w:line="276" w:lineRule="auto"/>
            </w:pPr>
            <w:r>
              <w:rPr>
                <w:rFonts w:ascii="宋体" w:hAnsi="宋体" w:eastAsia="宋体"/>
                <w:b w:val="0"/>
                <w:sz w:val="18"/>
              </w:rPr>
              <w:t>师：请你试着用数对表示小明家的位置。先独立完成，再在小组内交流。</w:t>
            </w:r>
          </w:p>
          <w:p>
            <w:pPr>
              <w:spacing w:after="20" w:line="276" w:lineRule="auto"/>
            </w:pPr>
            <w:r>
              <w:rPr>
                <w:rFonts w:ascii="宋体" w:hAnsi="宋体" w:eastAsia="宋体"/>
                <w:b w:val="0"/>
                <w:sz w:val="18"/>
              </w:rPr>
              <w:t>充分利用街区平面图提出问题，引导学生说出确定物体位置的方法。</w:t>
            </w:r>
          </w:p>
          <w:p>
            <w:pPr>
              <w:spacing w:after="20" w:line="276" w:lineRule="auto"/>
            </w:pPr>
            <w:r>
              <w:rPr>
                <w:rFonts w:ascii="宋体" w:hAnsi="宋体" w:eastAsia="宋体"/>
                <w:b w:val="0"/>
                <w:sz w:val="18"/>
              </w:rPr>
              <w:t>使学生通过讨论明确：用数对表示平面上一个点的位置时，首先要确定一个(0,0)点，这样才能明确表示出其他地方的位置。</w:t>
            </w:r>
          </w:p>
          <w:p>
            <w:pPr>
              <w:spacing w:after="20" w:line="276" w:lineRule="auto"/>
            </w:pPr>
            <w:r>
              <w:rPr>
                <w:rFonts w:ascii="宋体" w:hAnsi="宋体" w:eastAsia="宋体"/>
                <w:b w:val="0"/>
                <w:sz w:val="18"/>
              </w:rPr>
              <w:t>师：为什么同样是小明家的位置，数对却不同？</w:t>
            </w:r>
          </w:p>
          <w:p>
            <w:pPr>
              <w:spacing w:after="20" w:line="276" w:lineRule="auto"/>
            </w:pPr>
            <w:r>
              <w:rPr>
                <w:rFonts w:ascii="宋体" w:hAnsi="宋体" w:eastAsia="宋体"/>
                <w:b w:val="0"/>
                <w:sz w:val="18"/>
              </w:rPr>
              <w:t>师：看来这个(0,0)点的确定起着举足轻重的作用。请你以学校为中心，用数对表示出其他地方的位置。</w:t>
            </w:r>
          </w:p>
          <w:p>
            <w:pPr>
              <w:spacing w:after="20" w:line="276" w:lineRule="auto"/>
            </w:pPr>
            <w:r>
              <w:rPr>
                <w:rFonts w:ascii="宋体" w:hAnsi="宋体" w:eastAsia="宋体"/>
                <w:b w:val="0"/>
                <w:sz w:val="18"/>
              </w:rPr>
              <w:t>师：你能总结一下用数对表示位置的方法吗？</w:t>
            </w:r>
          </w:p>
          <w:p>
            <w:pPr>
              <w:spacing w:after="20" w:line="276" w:lineRule="auto"/>
            </w:pPr>
            <w:r>
              <w:rPr>
                <w:rFonts w:ascii="宋体" w:hAnsi="宋体" w:eastAsia="宋体"/>
                <w:b w:val="0"/>
                <w:sz w:val="18"/>
              </w:rPr>
              <w:t>3.复习用方向和距离确定位置。</w:t>
            </w:r>
          </w:p>
          <w:p>
            <w:pPr>
              <w:spacing w:after="20" w:line="276" w:lineRule="auto"/>
            </w:pPr>
            <w:r>
              <w:rPr>
                <w:rFonts w:ascii="宋体" w:hAnsi="宋体" w:eastAsia="宋体"/>
                <w:b w:val="0"/>
                <w:sz w:val="18"/>
              </w:rPr>
              <w:t>师：从学校到邮局大约需要走多少米的路？请试着用方向和距离确定位置。先独立完成，再在小组内交流。</w:t>
            </w:r>
          </w:p>
          <w:p>
            <w:pPr>
              <w:spacing w:after="20" w:line="276" w:lineRule="auto"/>
            </w:pPr>
            <w:r>
              <w:rPr>
                <w:rFonts w:ascii="宋体" w:hAnsi="宋体" w:eastAsia="宋体"/>
                <w:b w:val="0"/>
                <w:sz w:val="18"/>
              </w:rPr>
              <w:t>注意提醒学生，用方向和距离确定位置，需要说出这个位置是相对哪个点而言的，还要用直尺测量出两点间的图上距离，利用比例尺计算出实际距离，有时还要用量角器测量出相关的角度。</w:t>
            </w:r>
          </w:p>
          <w:p>
            <w:pPr>
              <w:spacing w:after="20" w:line="276" w:lineRule="auto"/>
            </w:pPr>
            <w:r>
              <w:rPr>
                <w:rFonts w:ascii="宋体" w:hAnsi="宋体" w:eastAsia="宋体"/>
                <w:b w:val="0"/>
                <w:sz w:val="18"/>
              </w:rPr>
              <w:t>师：你能读懂这个组的想法吗？说一说用方向和距离表示位置的步骤是什么？</w:t>
            </w:r>
          </w:p>
          <w:p>
            <w:pPr>
              <w:spacing w:after="20" w:line="276" w:lineRule="auto"/>
            </w:pPr>
            <w:r>
              <w:rPr>
                <w:rFonts w:ascii="宋体" w:hAnsi="宋体" w:eastAsia="宋体"/>
                <w:b w:val="0"/>
                <w:sz w:val="18"/>
              </w:rPr>
              <w:t>师：公园在医院的什么位置？邮局在银行的什么位置？</w:t>
            </w:r>
          </w:p>
          <w:p>
            <w:pPr>
              <w:spacing w:after="20" w:line="276" w:lineRule="auto"/>
            </w:pPr>
            <w:r>
              <w:rPr>
                <w:rFonts w:ascii="宋体" w:hAnsi="宋体" w:eastAsia="宋体"/>
                <w:b w:val="0"/>
                <w:sz w:val="18"/>
              </w:rPr>
              <w:t>4.提升认识。</w:t>
            </w:r>
          </w:p>
          <w:p>
            <w:pPr>
              <w:spacing w:after="20" w:line="276" w:lineRule="auto"/>
            </w:pPr>
            <w:r>
              <w:rPr>
                <w:rFonts w:ascii="宋体" w:hAnsi="宋体" w:eastAsia="宋体"/>
                <w:b w:val="0"/>
                <w:sz w:val="18"/>
              </w:rPr>
              <w:t>师生小结：</w:t>
            </w:r>
          </w:p>
          <w:p>
            <w:pPr>
              <w:spacing w:after="20" w:line="276" w:lineRule="auto"/>
            </w:pPr>
            <w:r>
              <w:rPr>
                <w:rFonts w:ascii="宋体" w:hAnsi="宋体" w:eastAsia="宋体"/>
                <w:b w:val="0"/>
                <w:sz w:val="18"/>
              </w:rPr>
              <w:t>（1）用数对确定位置，一定要先说列，再说行。</w:t>
            </w:r>
          </w:p>
          <w:p>
            <w:pPr>
              <w:spacing w:after="20" w:line="276" w:lineRule="auto"/>
            </w:pPr>
            <w:r>
              <w:rPr>
                <w:rFonts w:ascii="宋体" w:hAnsi="宋体" w:eastAsia="宋体"/>
                <w:b w:val="0"/>
                <w:sz w:val="18"/>
              </w:rPr>
              <w:t>（2）用方向和距离确定位置时，一定要先找准物体或地点所在的方向区域，一般先说夹角的方向。</w:t>
            </w:r>
          </w:p>
          <w:p>
            <w:pPr>
              <w:spacing w:after="20" w:line="276" w:lineRule="auto"/>
            </w:pPr>
            <w:r>
              <w:rPr>
                <w:rFonts w:ascii="宋体" w:hAnsi="宋体" w:eastAsia="宋体"/>
                <w:b w:val="0"/>
                <w:sz w:val="18"/>
              </w:rPr>
              <w:t>（3）两种确定位置的方式都要先确定标准，位置具有相对性。</w:t>
            </w:r>
          </w:p>
        </w:tc>
        <w:tc>
          <w:tcPr>
            <w:tcW w:type="dxa" w:w="3061"/>
          </w:tcPr>
          <w:p>
            <w:pPr>
              <w:spacing w:after="20" w:line="276" w:lineRule="auto"/>
            </w:pPr>
            <w:r/>
            <w:r>
              <w:rPr>
                <w:rFonts w:ascii="宋体" w:hAnsi="宋体" w:eastAsia="宋体"/>
                <w:b w:val="0"/>
                <w:sz w:val="18"/>
              </w:rPr>
              <w:t>学生可能说出这幅图的方向是上北下南、左西右东，小明家在邮局附近，学校离公园最远等。</w:t>
            </w:r>
          </w:p>
          <w:p>
            <w:pPr>
              <w:spacing w:after="20" w:line="276" w:lineRule="auto"/>
            </w:pPr>
            <w:r>
              <w:rPr>
                <w:rFonts w:ascii="宋体" w:hAnsi="宋体" w:eastAsia="宋体"/>
                <w:b w:val="0"/>
                <w:sz w:val="18"/>
              </w:rPr>
              <w:t>学生回答可以用数对确定位置或者用方向和距离确定位置。</w:t>
            </w:r>
          </w:p>
          <w:p>
            <w:pPr>
              <w:spacing w:after="20" w:line="276" w:lineRule="auto"/>
            </w:pPr>
            <w:r>
              <w:rPr>
                <w:rFonts w:ascii="宋体" w:hAnsi="宋体" w:eastAsia="宋体"/>
                <w:b w:val="0"/>
                <w:sz w:val="18"/>
              </w:rPr>
              <w:t>引导学生说出要画一些方格，要选一个(0,0)点。［教师追问：为什么一定要先设一个(0,0)点？引导学生回答先确定(0,0)点后，才能明确表示出其他地点的位置。］</w:t>
            </w:r>
          </w:p>
          <w:p>
            <w:pPr>
              <w:spacing w:after="20" w:line="276" w:lineRule="auto"/>
            </w:pPr>
            <w:r>
              <w:rPr>
                <w:rFonts w:ascii="宋体" w:hAnsi="宋体" w:eastAsia="宋体"/>
                <w:b w:val="0"/>
                <w:sz w:val="18"/>
              </w:rPr>
              <w:t>小组代表说说用数对表示的方法及注意事项。</w:t>
            </w:r>
          </w:p>
          <w:p>
            <w:pPr>
              <w:spacing w:after="20" w:line="276" w:lineRule="auto"/>
            </w:pPr>
            <w:r>
              <w:rPr>
                <w:rFonts w:ascii="宋体" w:hAnsi="宋体" w:eastAsia="宋体"/>
                <w:b w:val="0"/>
                <w:sz w:val="18"/>
              </w:rPr>
              <w:t>预设1：我用方格纸上的数对来确定物体的位置。小明家的位置是点(2，2)。</w:t>
            </w:r>
          </w:p>
          <w:p>
            <w:pPr>
              <w:spacing w:after="20" w:line="276" w:lineRule="auto"/>
            </w:pPr>
            <w:r>
              <w:rPr>
                <w:rFonts w:ascii="宋体" w:hAnsi="宋体" w:eastAsia="宋体"/>
                <w:b w:val="0"/>
                <w:sz w:val="18"/>
              </w:rPr>
              <w:t>预设2：我也是用方格纸上的数对来确定物体的位置。小明家的位置是点(3，3)。</w:t>
            </w:r>
          </w:p>
          <w:p>
            <w:pPr>
              <w:spacing w:after="20" w:line="276" w:lineRule="auto"/>
            </w:pPr>
            <w:r>
              <w:rPr>
                <w:rFonts w:ascii="宋体" w:hAnsi="宋体" w:eastAsia="宋体"/>
                <w:b w:val="0"/>
                <w:sz w:val="18"/>
              </w:rPr>
              <w:t>(0,0)点不同，小明家的位置就不同。</w:t>
            </w:r>
          </w:p>
          <w:p>
            <w:pPr>
              <w:spacing w:after="20" w:line="276" w:lineRule="auto"/>
            </w:pPr>
            <w:r>
              <w:rPr>
                <w:rFonts w:ascii="宋体" w:hAnsi="宋体" w:eastAsia="宋体"/>
                <w:b w:val="0"/>
                <w:sz w:val="18"/>
              </w:rPr>
              <w:t>学生在小组内互相交流。</w:t>
            </w:r>
          </w:p>
          <w:p>
            <w:pPr>
              <w:spacing w:after="20" w:line="276" w:lineRule="auto"/>
            </w:pPr>
            <w:r>
              <w:rPr>
                <w:rFonts w:ascii="宋体" w:hAnsi="宋体" w:eastAsia="宋体"/>
                <w:b w:val="0"/>
                <w:sz w:val="18"/>
              </w:rPr>
              <w:t>引导学生总结：先横着看，看在第几列，这个数就是数对中的第一个数；再竖着看，看在第几行，这个数就是数对中的第二个数，两个数用“,”隔开。</w:t>
            </w:r>
          </w:p>
          <w:p>
            <w:pPr>
              <w:spacing w:after="20" w:line="276" w:lineRule="auto"/>
            </w:pPr>
            <w:r>
              <w:rPr>
                <w:rFonts w:ascii="宋体" w:hAnsi="宋体" w:eastAsia="宋体"/>
                <w:b w:val="0"/>
                <w:sz w:val="18"/>
              </w:rPr>
              <w:t>学生完成后交流，教师巡视指导，收集学生作品展示。</w:t>
            </w:r>
          </w:p>
          <w:p>
            <w:pPr>
              <w:spacing w:after="20" w:line="276" w:lineRule="auto"/>
            </w:pPr>
            <w:r>
              <w:rPr>
                <w:rFonts w:ascii="宋体" w:hAnsi="宋体" w:eastAsia="宋体"/>
                <w:b w:val="0"/>
                <w:sz w:val="18"/>
              </w:rPr>
              <w:t>用方向和距离来确定物体的位置。邮局在学校东偏北45约280m的位置。</w:t>
            </w:r>
          </w:p>
          <w:p>
            <w:pPr>
              <w:spacing w:after="20" w:line="276" w:lineRule="auto"/>
            </w:pPr>
            <w:r>
              <w:rPr>
                <w:rFonts w:ascii="宋体" w:hAnsi="宋体" w:eastAsia="宋体"/>
                <w:b w:val="0"/>
                <w:sz w:val="18"/>
              </w:rPr>
              <w:t>引导学生说出：先确定观测点，量出相应的角度；再量出图上距离，根据比例尺计算出实际距离。</w:t>
            </w:r>
          </w:p>
          <w:p>
            <w:pPr>
              <w:spacing w:after="20" w:line="276" w:lineRule="auto"/>
            </w:pPr>
            <w:r>
              <w:rPr>
                <w:rFonts w:ascii="宋体" w:hAnsi="宋体" w:eastAsia="宋体"/>
                <w:b w:val="0"/>
                <w:sz w:val="18"/>
              </w:rPr>
              <w:t>学生会说出公园在医院的正北方向600 m的位置，小明家在银行的南偏东45约560 m的位置。</w:t>
            </w:r>
          </w:p>
          <w:p>
            <w:pPr>
              <w:spacing w:after="20" w:line="276" w:lineRule="auto"/>
            </w:pPr>
            <w:r>
              <w:rPr>
                <w:rFonts w:ascii="宋体" w:hAnsi="宋体" w:eastAsia="宋体"/>
                <w:b w:val="0"/>
                <w:sz w:val="18"/>
              </w:rPr>
              <w:t>学生讨论后发言。</w:t>
            </w:r>
          </w:p>
        </w:tc>
        <w:tc>
          <w:tcPr>
            <w:tcW w:type="dxa" w:w="1814"/>
          </w:tcPr>
          <w:p>
            <w:pPr>
              <w:spacing w:after="20" w:line="276" w:lineRule="auto"/>
            </w:pPr>
            <w:r/>
            <w:r>
              <w:rPr>
                <w:rFonts w:ascii="宋体" w:hAnsi="宋体" w:eastAsia="宋体"/>
                <w:b w:val="0"/>
                <w:sz w:val="18"/>
              </w:rPr>
              <w:t>在学生的观念中,两种表达位置的方法是不同的。这里通过沟通两种确定位置的方法之间的联系，揭示确定位置的数学本质，提升了学生对这一数学知识的认识，使“新知”在“温故”中自然生成。</w:t>
            </w:r>
          </w:p>
        </w:tc>
      </w:tr>
      <w:tr>
        <w:tc>
          <w:tcPr>
            <w:tcW w:type="dxa" w:w="1474"/>
          </w:tcPr>
          <w:p>
            <w:pPr>
              <w:spacing w:after="20" w:line="276" w:lineRule="auto"/>
            </w:pPr>
            <w:r>
              <w:rPr>
                <w:b/>
              </w:rPr>
            </w:r>
            <w:r>
              <w:rPr>
                <w:rFonts w:ascii="宋体" w:hAnsi="宋体" w:eastAsia="宋体"/>
                <w:b/>
                <w:sz w:val="18"/>
              </w:rPr>
              <w:t>三、知识应用，提升能力</w:t>
            </w:r>
          </w:p>
        </w:tc>
        <w:tc>
          <w:tcPr>
            <w:tcW w:type="dxa" w:w="3061"/>
          </w:tcPr>
          <w:p>
            <w:pPr>
              <w:spacing w:after="20" w:line="276" w:lineRule="auto"/>
            </w:pPr>
            <w:r/>
            <w:r>
              <w:rPr>
                <w:rFonts w:ascii="宋体" w:hAnsi="宋体" w:eastAsia="宋体"/>
                <w:b w:val="0"/>
                <w:sz w:val="18"/>
              </w:rPr>
              <w:t>完成教科书P94“练习二十”第1、2题。</w:t>
            </w:r>
          </w:p>
          <w:p>
            <w:pPr>
              <w:spacing w:after="20" w:line="276" w:lineRule="auto"/>
            </w:pPr>
            <w:r>
              <w:rPr>
                <w:rFonts w:ascii="宋体" w:hAnsi="宋体" w:eastAsia="宋体"/>
                <w:b w:val="0"/>
                <w:sz w:val="18"/>
              </w:rPr>
              <w:t>第2题：这道题的知识点很多，根据数对确定点，根据点的位置写出数对，根据方向和距离的描述确定点，根据两点的相对位置写出相应的方向和距离，让学生在汇报时具体说一说方法。设计一</w:t>
            </w:r>
          </w:p>
          <w:p>
            <w:pPr>
              <w:spacing w:after="20" w:line="276" w:lineRule="auto"/>
            </w:pPr>
            <w:r>
              <w:rPr>
                <w:rFonts w:ascii="宋体" w:hAnsi="宋体" w:eastAsia="宋体"/>
                <w:b w:val="0"/>
                <w:sz w:val="18"/>
              </w:rPr>
              <w:t>条参观路线，学生在描述路线时，可能语言不是很简洁、准确，教师要注意引导使用“从（×，×）出发向××方向行走×× m，到达（×，×）”的数学语言进行表述。</w:t>
            </w:r>
          </w:p>
        </w:tc>
        <w:tc>
          <w:tcPr>
            <w:tcW w:type="dxa" w:w="3061"/>
          </w:tcPr>
          <w:p>
            <w:pPr>
              <w:spacing w:after="20" w:line="276" w:lineRule="auto"/>
            </w:pPr>
            <w:r/>
            <w:r>
              <w:rPr>
                <w:rFonts w:ascii="宋体" w:hAnsi="宋体" w:eastAsia="宋体"/>
                <w:b w:val="0"/>
                <w:sz w:val="18"/>
              </w:rPr>
              <w:t>学生独立完成后在小组内交流，教师巡视指导，集体汇报交流。</w:t>
            </w:r>
          </w:p>
          <w:p>
            <w:pPr>
              <w:spacing w:after="20" w:line="276" w:lineRule="auto"/>
            </w:pPr>
            <w:r>
              <w:rPr>
                <w:rFonts w:ascii="宋体" w:hAnsi="宋体" w:eastAsia="宋体"/>
                <w:b w:val="0"/>
                <w:sz w:val="18"/>
              </w:rPr>
              <w:t>第1题：先利用比例尺求出图上距离，再根据方位的描述确定点的位置。首先把数值比例尺改写成线段比例尺比较简单。</w:t>
            </w:r>
          </w:p>
        </w:tc>
        <w:tc>
          <w:tcPr>
            <w:tcW w:type="dxa" w:w="1814"/>
          </w:tcPr>
          <w:p>
            <w:pPr>
              <w:spacing w:after="20" w:line="276" w:lineRule="auto"/>
            </w:pPr>
            <w:r/>
            <w:r>
              <w:rPr>
                <w:rFonts w:ascii="宋体" w:hAnsi="宋体" w:eastAsia="宋体"/>
                <w:b w:val="0"/>
                <w:sz w:val="18"/>
              </w:rPr>
              <w:t>这一组练习中包含的知识点非常全面，通过练习让学生对这些知识点形成全面的把握，并能进行灵活运用。</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师：通过本节课的复习，你们有哪些收获呢？课后完成教科书P94“练习二十”第3题。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引导学生回顾梳理本课所学，完善认知结构，提升归纳与反思能力，核心问题："通过本节课的复习，你们有哪些收获呢？"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图形与位置</w:t>
      </w:r>
    </w:p>
    <w:p>
      <w:pPr>
        <w:spacing w:after="40" w:line="300" w:lineRule="auto"/>
      </w:pPr>
      <w:r>
        <w:rPr>
          <w:rFonts w:ascii="宋体" w:hAnsi="宋体" w:eastAsia="宋体"/>
          <w:b w:val="0"/>
          <w:sz w:val="20"/>
        </w:rPr>
        <w:t>用数对确定位置</w:t>
      </w:r>
    </w:p>
    <w:p>
      <w:pPr>
        <w:spacing w:after="40" w:line="300" w:lineRule="auto"/>
      </w:pPr>
      <w:r>
        <w:rPr>
          <w:rFonts w:ascii="宋体" w:hAnsi="宋体" w:eastAsia="宋体"/>
          <w:b w:val="0"/>
          <w:sz w:val="20"/>
        </w:rPr>
        <w:t>用方向和距离确定位置</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1学科融合成语是中华文化中一颗璀璨的明珠，下面是一张成语温习卡片。 （1）“所”在（1，4）的位置，“目”在（ ， ）的位置，“为”在（ ， ）的位置。 （2）“非”在（2，1）的位置，“下”在（1，2）的位置，请补全卡片。 （3）在制作好的卡片中选取数对（ ， ）、（ ， ）、（ ， ）和（ ， ）上的汉字，组成表示“没做对不起人的事而心安理得”的成语。 2下面是游乐城附近的示意图。 （1）月湖岛在游乐城的（ ）偏（ ）（ ）方向上，距离是（ ）m。 （2）地下龙宫在游乐城的（ ）偏（ ）（ ）方向上，距离是（ ）m。 （3）游乐城在动物园的（ ）偏（ ）（ ）方向上，距离是（ ）m。 参考答案 1.（1）（2，2） （4，3） （2）略 （3）（3，1） （4，4） （2，4） （1，1） 2.（1）北 东（或东 北） 45 1000 （2）南 东（或东 南） 45 750 （3）东 南 30 1500 【教学提示】 让学生画出从家到学校的路线全图时，可以先让学生在课堂上讨论交流，如怎样确定方向，怎样量出实际距离，怎样确定比例尺，怎样求出图上距离，怎样尽可能减小误差等问题,也可以借助网络地图或纸质地图来解决问题。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【原教学设计反思（供参考）】本课教学中，教师应给学生充足的时间，让学生通过多观察、多交流、多动手实践，建立方位的观念以及掌握一些常用方位的使用和动手作图的能力。</w:t>
      </w:r>
    </w:p>
    <w:p>
      <w:r>
        <w:br w:type="page"/>
      </w:r>
    </w:p>
    <w:p>
      <w:pPr>
        <w:spacing w:after="80" w:line="300" w:lineRule="auto"/>
      </w:pPr>
      <w:r>
        <w:rPr>
          <w:rFonts w:ascii="黑体" w:hAnsi="黑体" w:eastAsia="黑体"/>
          <w:b/>
          <w:sz w:val="24"/>
        </w:rPr>
        <w:t>二、课时教学方案（第22课时）</w:t>
      </w:r>
    </w:p>
    <w:p>
      <w:pPr>
        <w:spacing w:after="80" w:line="300" w:lineRule="auto"/>
      </w:pPr>
      <w:r>
        <w:rPr>
          <w:rFonts w:ascii="黑体" w:hAnsi="黑体" w:eastAsia="黑体"/>
          <w:b/>
          <w:sz w:val="24"/>
        </w:rPr>
        <w:t>第22课时　数的运算（4）</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第22课时　数的运算（4）</w:t>
            </w:r>
          </w:p>
        </w:tc>
        <w:tc>
          <w:tcPr>
            <w:tcW w:type="dxa" w:w="6009"/>
          </w:tcPr>
          <w:p>
            <w:pPr>
              <w:spacing w:after="20" w:line="276" w:lineRule="auto"/>
            </w:pPr>
            <w:r/>
            <w:r>
              <w:rPr>
                <w:rFonts w:ascii="宋体" w:hAnsi="宋体" w:eastAsia="宋体"/>
                <w:b w:val="0"/>
                <w:sz w:val="20"/>
              </w:rPr>
              <w:t>第6单元 整理和复习（数与代数）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（1）引导学生进一步掌握四则混合运算的方法，能够灵活运用四则混合运算的方法解决日常生活中的实际问题。</w:t>
      </w:r>
    </w:p>
    <w:p>
      <w:pPr>
        <w:spacing w:after="20" w:line="300" w:lineRule="auto"/>
        <w:ind w:firstLine="400"/>
      </w:pPr>
      <w:r>
        <w:rPr>
          <w:rFonts w:ascii="宋体" w:hAnsi="宋体" w:eastAsia="宋体"/>
          <w:b w:val="0"/>
          <w:sz w:val="20"/>
        </w:rPr>
        <w:t>（2）经历解决问题的过程，体验迁移类推的学习方法，培养运算能力和推理能力。</w:t>
      </w:r>
    </w:p>
    <w:p>
      <w:pPr>
        <w:spacing w:after="20" w:line="300" w:lineRule="auto"/>
        <w:ind w:firstLine="400"/>
      </w:pPr>
      <w:r>
        <w:rPr>
          <w:rFonts w:ascii="宋体" w:hAnsi="宋体" w:eastAsia="宋体"/>
          <w:b w:val="0"/>
          <w:sz w:val="20"/>
        </w:rPr>
        <w:t>（3）在学习过程中鼓励算法多样化，培养数感,养成认真细致的学习习惯。</w:t>
      </w:r>
    </w:p>
    <w:p>
      <w:pPr>
        <w:spacing w:after="20" w:line="300" w:lineRule="auto"/>
      </w:pPr>
      <w:r>
        <w:rPr>
          <w:rFonts w:ascii="宋体" w:hAnsi="宋体" w:eastAsia="宋体"/>
          <w:b w:val="0"/>
          <w:sz w:val="20"/>
        </w:rPr>
        <w:t>教学重点：熟练掌握用算术方法解决问题的一般思路和步骤。</w:t>
      </w:r>
    </w:p>
    <w:p>
      <w:pPr>
        <w:spacing w:after="20" w:line="300" w:lineRule="auto"/>
      </w:pPr>
      <w:r>
        <w:rPr>
          <w:rFonts w:ascii="宋体" w:hAnsi="宋体" w:eastAsia="宋体"/>
          <w:b w:val="0"/>
          <w:sz w:val="20"/>
        </w:rPr>
        <w:t>教学难点：能运用四则混合运算解决稍复杂的实际问题。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一、回忆解决实际问题的步骤，导入复习</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同学们，在实际生活中，我们经常要用数学知识解决许多实际问题。解决实际问题时有哪些主要步骤？需要注意什么？</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二、经历解决问题的过程，复习解决问题的步骤及方法</w:t>
            </w:r>
          </w:p>
        </w:tc>
        <w:tc>
          <w:tcPr>
            <w:tcW w:type="dxa" w:w="1814"/>
          </w:tcPr>
          <w:p>
            <w:pPr>
              <w:spacing w:after="20" w:line="276" w:lineRule="auto"/>
            </w:pPr>
            <w:r/>
            <w:r>
              <w:rPr>
                <w:rFonts w:ascii="宋体" w:hAnsi="宋体" w:eastAsia="宋体"/>
                <w:b w:val="0"/>
                <w:sz w:val="18"/>
              </w:rPr>
              <w:t>课件、教科书、线段图</w:t>
            </w:r>
          </w:p>
        </w:tc>
        <w:tc>
          <w:tcPr>
            <w:tcW w:type="dxa" w:w="3402"/>
          </w:tcPr>
          <w:p>
            <w:pPr>
              <w:spacing w:after="20" w:line="276" w:lineRule="auto"/>
            </w:pPr>
            <w:r/>
            <w:r>
              <w:rPr>
                <w:rFonts w:ascii="宋体" w:hAnsi="宋体" w:eastAsia="宋体"/>
                <w:b w:val="0"/>
                <w:sz w:val="18"/>
              </w:rPr>
              <w:t>题目中已知的是什么信息？要求的是什么问题？我们已经知道解决问题的相关步骤，这道题应该先算什么？再算什么？</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三、知识应用，巩固提升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一、回忆解决实际问题的步骤，导入复习</w:t>
            </w:r>
          </w:p>
        </w:tc>
        <w:tc>
          <w:tcPr>
            <w:tcW w:type="dxa" w:w="3061"/>
          </w:tcPr>
          <w:p>
            <w:pPr>
              <w:spacing w:after="20" w:line="276" w:lineRule="auto"/>
            </w:pPr>
            <w:r/>
            <w:r>
              <w:rPr>
                <w:rFonts w:ascii="宋体" w:hAnsi="宋体" w:eastAsia="宋体"/>
                <w:b w:val="0"/>
                <w:sz w:val="18"/>
              </w:rPr>
              <w:t>师：同学们，在实际生活中，我们经常要用数学知识解决许多实际问题。解决实际问题时有哪些主要步骤？需要注意什么？</w:t>
            </w:r>
          </w:p>
          <w:p>
            <w:pPr>
              <w:spacing w:after="20" w:line="276" w:lineRule="auto"/>
            </w:pPr>
            <w:r>
              <w:rPr>
                <w:rFonts w:ascii="宋体" w:hAnsi="宋体" w:eastAsia="宋体"/>
                <w:b w:val="0"/>
                <w:sz w:val="18"/>
              </w:rPr>
              <w:t>师生一起小结解决实际问题的主要步骤。(出示课件)</w:t>
            </w:r>
          </w:p>
          <w:p>
            <w:pPr>
              <w:spacing w:after="20" w:line="276" w:lineRule="auto"/>
            </w:pPr>
            <w:r>
              <w:rPr>
                <w:rFonts w:ascii="宋体" w:hAnsi="宋体" w:eastAsia="宋体"/>
                <w:b w:val="0"/>
                <w:sz w:val="18"/>
              </w:rPr>
              <w:t>师：今天我们就来复习运用算术方法解决问题。［板书课题：数的运算(4)］</w:t>
            </w:r>
          </w:p>
        </w:tc>
        <w:tc>
          <w:tcPr>
            <w:tcW w:type="dxa" w:w="3061"/>
          </w:tcPr>
          <w:p>
            <w:pPr>
              <w:spacing w:after="20" w:line="276" w:lineRule="auto"/>
            </w:pPr>
            <w:r/>
            <w:r>
              <w:rPr>
                <w:rFonts w:ascii="宋体" w:hAnsi="宋体" w:eastAsia="宋体"/>
                <w:b w:val="0"/>
                <w:sz w:val="18"/>
              </w:rPr>
              <w:t>引导学生独立思考，然后在小组内交流、讨论。</w:t>
            </w:r>
          </w:p>
          <w:p>
            <w:pPr>
              <w:spacing w:after="20" w:line="276" w:lineRule="auto"/>
            </w:pPr>
            <w:r>
              <w:rPr>
                <w:rFonts w:ascii="宋体" w:hAnsi="宋体" w:eastAsia="宋体"/>
                <w:b w:val="0"/>
                <w:sz w:val="18"/>
              </w:rPr>
              <w:t>学生可能会想到的主要步骤有阅读与理解、分析与解答、回顾与反思；注意事项有：认真读题，理解题意，弄清已知条件和问题，分析数量关系，借助画图辅助思考，仔细解答，仔细检查等,教师不用评判，可以通过学生之间的交流总结出在解决问题时有哪些共同的步骤。</w:t>
            </w:r>
          </w:p>
        </w:tc>
        <w:tc>
          <w:tcPr>
            <w:tcW w:type="dxa" w:w="1814"/>
          </w:tcPr>
          <w:p>
            <w:pPr>
              <w:spacing w:after="20" w:line="276" w:lineRule="auto"/>
            </w:pPr>
            <w:r/>
            <w:r>
              <w:rPr>
                <w:rFonts w:ascii="宋体" w:hAnsi="宋体" w:eastAsia="宋体"/>
                <w:b w:val="0"/>
                <w:sz w:val="18"/>
              </w:rPr>
              <w:t>提出问题，激发学生认真学习的兴趣，以极大的热情投入到本课的复习当中，积极回忆解决实际问题常用的步骤。</w:t>
            </w:r>
          </w:p>
        </w:tc>
      </w:tr>
      <w:tr>
        <w:tc>
          <w:tcPr>
            <w:tcW w:type="dxa" w:w="1474"/>
          </w:tcPr>
          <w:p>
            <w:pPr>
              <w:spacing w:after="20" w:line="276" w:lineRule="auto"/>
            </w:pPr>
            <w:r>
              <w:rPr>
                <w:b/>
              </w:rPr>
            </w:r>
            <w:r>
              <w:rPr>
                <w:rFonts w:ascii="宋体" w:hAnsi="宋体" w:eastAsia="宋体"/>
                <w:b/>
                <w:sz w:val="18"/>
              </w:rPr>
              <w:t>二、经历解决问题的过程，复习解决问题的步骤及方法</w:t>
            </w:r>
          </w:p>
        </w:tc>
        <w:tc>
          <w:tcPr>
            <w:tcW w:type="dxa" w:w="3061"/>
          </w:tcPr>
          <w:p>
            <w:pPr>
              <w:spacing w:after="20" w:line="276" w:lineRule="auto"/>
            </w:pPr>
            <w:r/>
            <w:r>
              <w:rPr>
                <w:rFonts w:ascii="宋体" w:hAnsi="宋体" w:eastAsia="宋体"/>
                <w:b w:val="0"/>
                <w:sz w:val="18"/>
              </w:rPr>
              <w:t>1.课件出示教科书P77第10题。</w:t>
            </w:r>
          </w:p>
          <w:p>
            <w:pPr>
              <w:spacing w:after="20" w:line="276" w:lineRule="auto"/>
            </w:pPr>
            <w:r>
              <w:rPr>
                <w:rFonts w:ascii="宋体" w:hAnsi="宋体" w:eastAsia="宋体"/>
                <w:b w:val="0"/>
                <w:sz w:val="18"/>
              </w:rPr>
              <w:t>师：题目中已知的是什么信息？要求的是什么问题？我们已经知道解决问题的相关步骤，这道题应该先算什么？再算什么？</w:t>
            </w:r>
          </w:p>
          <w:p>
            <w:pPr>
              <w:spacing w:after="20" w:line="276" w:lineRule="auto"/>
            </w:pPr>
            <w:r>
              <w:rPr>
                <w:rFonts w:ascii="宋体" w:hAnsi="宋体" w:eastAsia="宋体"/>
                <w:b w:val="0"/>
                <w:sz w:val="18"/>
              </w:rPr>
              <w:t>师：请大家用自己喜欢的方法分析、解答这个问题。</w:t>
            </w:r>
          </w:p>
          <w:p>
            <w:pPr>
              <w:spacing w:after="20" w:line="276" w:lineRule="auto"/>
            </w:pPr>
            <w:r>
              <w:rPr>
                <w:rFonts w:ascii="宋体" w:hAnsi="宋体" w:eastAsia="宋体"/>
                <w:b w:val="0"/>
                <w:sz w:val="18"/>
              </w:rPr>
              <w:t>引导学生独立思考，然后4人一小组交流讨论，教师巡视指导，指名汇报解题思路。</w:t>
            </w:r>
          </w:p>
          <w:p>
            <w:pPr>
              <w:spacing w:after="20" w:line="276" w:lineRule="auto"/>
            </w:pPr>
            <w:r>
              <w:rPr>
                <w:rFonts w:ascii="宋体" w:hAnsi="宋体" w:eastAsia="宋体"/>
                <w:b w:val="0"/>
                <w:sz w:val="18"/>
              </w:rPr>
              <w:t>根据分析，可以列式为：32÷4×(4+5)=72(件)；还可以列式为32×（1+1+ EMBED Equation.DSMT4  ）=72(件)。</w:t>
            </w:r>
          </w:p>
          <w:p>
            <w:pPr>
              <w:spacing w:after="20" w:line="276" w:lineRule="auto"/>
            </w:pPr>
            <w:r>
              <w:rPr>
                <w:rFonts w:ascii="宋体" w:hAnsi="宋体" w:eastAsia="宋体"/>
                <w:b w:val="0"/>
                <w:sz w:val="18"/>
              </w:rPr>
              <w:t>解决第10题中的问题，要有意识地引导学生经历并掌握解决问题的一般步骤。</w:t>
            </w:r>
          </w:p>
          <w:p>
            <w:pPr>
              <w:spacing w:after="20" w:line="276" w:lineRule="auto"/>
            </w:pPr>
            <w:r>
              <w:rPr>
                <w:rFonts w:ascii="宋体" w:hAnsi="宋体" w:eastAsia="宋体"/>
                <w:b w:val="0"/>
                <w:sz w:val="18"/>
              </w:rPr>
              <w:t>此环节在学生独立思考后，要鼓励他们主动、大胆地表述自己的分析思路和解题步骤，要注意引导学生根据题意画线段图进行分析。</w:t>
            </w:r>
          </w:p>
          <w:p>
            <w:pPr>
              <w:spacing w:after="20" w:line="276" w:lineRule="auto"/>
            </w:pPr>
            <w:r>
              <w:rPr>
                <w:rFonts w:ascii="宋体" w:hAnsi="宋体" w:eastAsia="宋体"/>
                <w:b w:val="0"/>
                <w:sz w:val="18"/>
              </w:rPr>
              <w:t>(1)班交的作品件数× EMBED Equation.DSMT4  =六(2)班交的作品件数，列式为32+32× EMBED Equation.DSMT4  =40(件)，即可求出六(2)班交的作品件数，再用32+40求出两个班交的作品件数之和。</w:t>
            </w:r>
          </w:p>
          <w:p>
            <w:pPr>
              <w:spacing w:after="20" w:line="276" w:lineRule="auto"/>
            </w:pPr>
            <w:r>
              <w:rPr>
                <w:rFonts w:ascii="宋体" w:hAnsi="宋体" w:eastAsia="宋体"/>
                <w:b w:val="0"/>
                <w:sz w:val="18"/>
              </w:rPr>
              <w:t>教师引导学生理解每一种方法的思路，明确解决分数应用题要找准单位“1”，根据题意画出线段图或写出数量关系式进行分析，再列式解答，最后检验反思。(师生一起画出这道题的线段图并写出数量关系式。)</w:t>
            </w:r>
          </w:p>
          <w:p>
            <w:pPr>
              <w:spacing w:after="20" w:line="276" w:lineRule="auto"/>
            </w:pPr>
            <w:r>
              <w:rPr>
                <w:rFonts w:ascii="宋体" w:hAnsi="宋体" w:eastAsia="宋体"/>
                <w:b w:val="0"/>
                <w:sz w:val="18"/>
              </w:rPr>
              <w:t>2.完成教科书P77“做一做”第1、2题。</w:t>
            </w:r>
          </w:p>
          <w:p>
            <w:pPr>
              <w:spacing w:after="20" w:line="276" w:lineRule="auto"/>
            </w:pPr>
            <w:r>
              <w:rPr>
                <w:rFonts w:ascii="宋体" w:hAnsi="宋体" w:eastAsia="宋体"/>
                <w:b w:val="0"/>
                <w:sz w:val="18"/>
              </w:rPr>
              <w:t>第2题：引导学生发现实际与计划的总路程是相同的，运用“路程÷时间=速度”的数量关系分别求出实际速度和计划速度，再求出两者之差。</w:t>
            </w:r>
          </w:p>
          <w:p>
            <w:pPr>
              <w:spacing w:after="20" w:line="276" w:lineRule="auto"/>
            </w:pPr>
            <w:r>
              <w:rPr>
                <w:rFonts w:ascii="宋体" w:hAnsi="宋体" w:eastAsia="宋体"/>
                <w:b w:val="0"/>
                <w:sz w:val="18"/>
              </w:rPr>
              <w:t>正确的算式，计算；再求得答案，检验。使学生掌握解决问题的一般步骤，并养成反思的良好习惯。</w:t>
            </w:r>
          </w:p>
        </w:tc>
        <w:tc>
          <w:tcPr>
            <w:tcW w:type="dxa" w:w="3061"/>
          </w:tcPr>
          <w:p>
            <w:pPr>
              <w:spacing w:after="20" w:line="276" w:lineRule="auto"/>
            </w:pPr>
            <w:r/>
            <w:r>
              <w:rPr>
                <w:rFonts w:ascii="宋体" w:hAnsi="宋体" w:eastAsia="宋体"/>
                <w:b w:val="0"/>
                <w:sz w:val="18"/>
              </w:rPr>
              <w:t>引导学生说出要求两个班共交了多少件作品，先要根据“六(2)班比六(1)班多交 EMBED Equation.DSMT4  ”这条信息求出六(2)班交了多少件作品，再求两个班交的作品件数之和。</w:t>
            </w:r>
          </w:p>
          <w:p>
            <w:pPr>
              <w:spacing w:after="20" w:line="276" w:lineRule="auto"/>
            </w:pPr>
            <w:r>
              <w:rPr>
                <w:rFonts w:ascii="宋体" w:hAnsi="宋体" w:eastAsia="宋体"/>
                <w:b w:val="0"/>
                <w:sz w:val="18"/>
              </w:rPr>
              <w:t>预设1：画图来分析数量关系：</w:t>
            </w:r>
          </w:p>
          <w:p>
            <w:pPr>
              <w:spacing w:after="20" w:line="276" w:lineRule="auto"/>
            </w:pPr>
            <w:r>
              <w:rPr>
                <w:rFonts w:ascii="宋体" w:hAnsi="宋体" w:eastAsia="宋体"/>
                <w:b w:val="0"/>
                <w:sz w:val="18"/>
              </w:rPr>
              <w:t>预设2：根据题意可以写出关系式：六(1)班交的作品件数+六</w:t>
            </w:r>
          </w:p>
          <w:p>
            <w:pPr>
              <w:spacing w:after="20" w:line="276" w:lineRule="auto"/>
            </w:pPr>
            <w:r>
              <w:rPr>
                <w:rFonts w:ascii="宋体" w:hAnsi="宋体" w:eastAsia="宋体"/>
                <w:b w:val="0"/>
                <w:sz w:val="18"/>
              </w:rPr>
              <w:t>预设3：根据题意可以写出关系式：六(1)班交的作品件数×（1+ EMBED Equation.DSMT4  ）=六(2)班交的作品件数，六（1）班交的作品件数+六（2）班交的作品件数=两个班交的作品件数之和，列式为32+32×（1+ EMBED Equation.DSMT4  ）=72(件)。</w:t>
            </w:r>
          </w:p>
          <w:p>
            <w:pPr>
              <w:spacing w:after="20" w:line="276" w:lineRule="auto"/>
            </w:pPr>
            <w:r>
              <w:rPr>
                <w:rFonts w:ascii="宋体" w:hAnsi="宋体" w:eastAsia="宋体"/>
                <w:b w:val="0"/>
                <w:sz w:val="18"/>
              </w:rPr>
              <w:t>学生独立完成后在小组内交流，再集体交流。</w:t>
            </w:r>
          </w:p>
        </w:tc>
        <w:tc>
          <w:tcPr>
            <w:tcW w:type="dxa" w:w="1814"/>
          </w:tcPr>
          <w:p>
            <w:pPr>
              <w:spacing w:after="20" w:line="276" w:lineRule="auto"/>
            </w:pPr>
            <w:r/>
            <w:r>
              <w:rPr>
                <w:rFonts w:ascii="宋体" w:hAnsi="宋体" w:eastAsia="宋体"/>
                <w:b w:val="0"/>
                <w:sz w:val="18"/>
              </w:rPr>
              <w:t>通过一个稍复杂的“求比一个数多几分之几的数是多少”的两步分数乘法问题，引导学生经历解决问题的各个步骤。写出数量关系式、画出线段图等方法可以有效帮助分析数量关系，使学生掌握各种具体的问题解决策略。学生在解决此问题时，由于思考角度的不同，可以采用不同的解题策略，体现了策略的多样性。</w:t>
            </w:r>
          </w:p>
          <w:p>
            <w:pPr>
              <w:spacing w:after="20" w:line="276" w:lineRule="auto"/>
            </w:pPr>
            <w:r>
              <w:rPr>
                <w:rFonts w:ascii="宋体" w:hAnsi="宋体" w:eastAsia="宋体"/>
                <w:b w:val="0"/>
                <w:sz w:val="18"/>
              </w:rPr>
              <w:t>解决问题的练习中，重点分析已知信息和问题之间的数量关系；然后根据四则运算的意义选择适当的运算方法列出</w:t>
            </w:r>
          </w:p>
        </w:tc>
      </w:tr>
      <w:tr>
        <w:tc>
          <w:tcPr>
            <w:tcW w:type="dxa" w:w="1474"/>
          </w:tcPr>
          <w:p>
            <w:pPr>
              <w:spacing w:after="20" w:line="276" w:lineRule="auto"/>
            </w:pPr>
            <w:r>
              <w:rPr>
                <w:b/>
              </w:rPr>
            </w:r>
            <w:r>
              <w:rPr>
                <w:rFonts w:ascii="宋体" w:hAnsi="宋体" w:eastAsia="宋体"/>
                <w:b/>
                <w:sz w:val="18"/>
              </w:rPr>
              <w:t>三、知识应用，巩固提升</w:t>
            </w:r>
          </w:p>
        </w:tc>
        <w:tc>
          <w:tcPr>
            <w:tcW w:type="dxa" w:w="3061"/>
          </w:tcPr>
          <w:p>
            <w:pPr>
              <w:spacing w:after="20" w:line="276" w:lineRule="auto"/>
            </w:pPr>
            <w:r/>
            <w:r>
              <w:rPr>
                <w:rFonts w:ascii="宋体" w:hAnsi="宋体" w:eastAsia="宋体"/>
                <w:b w:val="0"/>
                <w:sz w:val="18"/>
              </w:rPr>
              <w:t>完成教科书P79“练习十五”第8~11题。</w:t>
            </w:r>
          </w:p>
          <w:p>
            <w:pPr>
              <w:spacing w:after="20" w:line="276" w:lineRule="auto"/>
            </w:pPr>
            <w:r>
              <w:rPr>
                <w:rFonts w:ascii="宋体" w:hAnsi="宋体" w:eastAsia="宋体"/>
                <w:b w:val="0"/>
                <w:sz w:val="18"/>
              </w:rPr>
              <w:t>第9题：指导学生根据题意写出两道数量关系式：全年接待游客人数× EMBED Equation.DSMT4  =上半年接待游客人数，上半年接待游客人数× EMBED Equation.DSMT4  =第三季度接待游客人数，从而发现这是一道连续求一个数的几分之几是多少的问题，列式为196× EMBED Equation.DSMT4  × EMBED Equation.DSMT4  =63(万人)=630000人；或者有学生列出算式196×（ EMBED Equation.DSMT4  × EMBED Equation.DSMT4  ）=63(万人)=630000人，也要予以肯定，引导学生理解 EMBED Equation.DSMT4  × EMBED Equation.DSMT4  先求的是第三季度接待游客人数占全年接待游客人数的几分之几。</w:t>
            </w:r>
          </w:p>
          <w:p>
            <w:pPr>
              <w:spacing w:after="20" w:line="276" w:lineRule="auto"/>
            </w:pPr>
            <w:r>
              <w:rPr>
                <w:rFonts w:ascii="宋体" w:hAnsi="宋体" w:eastAsia="宋体"/>
                <w:b w:val="0"/>
                <w:sz w:val="18"/>
              </w:rPr>
              <w:t>第10题：可以用不同的方法来解决问题，抓住不变量——原来买10L的钱不变，既可以用算术法解答，也可以用反比例的知识解决。无论哪种方法，都让学生说出自己的解题思路。</w:t>
            </w:r>
          </w:p>
          <w:p>
            <w:pPr>
              <w:spacing w:after="20" w:line="276" w:lineRule="auto"/>
            </w:pPr>
            <w:r>
              <w:rPr>
                <w:rFonts w:ascii="宋体" w:hAnsi="宋体" w:eastAsia="宋体"/>
                <w:b w:val="0"/>
                <w:sz w:val="18"/>
              </w:rPr>
              <w:t>第11题：解决这个问题方法也有多种，既可以求出60 L汽油可以行多少千米，再与560 km比较；也可以求出行560 km需要多少升汽油，再与60 L进行比较。还可以抓住每升汽油可以行的路程不变，用正比例的知识解决。</w:t>
            </w:r>
          </w:p>
        </w:tc>
        <w:tc>
          <w:tcPr>
            <w:tcW w:type="dxa" w:w="3061"/>
          </w:tcPr>
          <w:p>
            <w:pPr>
              <w:spacing w:after="20" w:line="276" w:lineRule="auto"/>
            </w:pPr>
            <w:r/>
            <w:r>
              <w:rPr>
                <w:rFonts w:ascii="宋体" w:hAnsi="宋体" w:eastAsia="宋体"/>
                <w:b w:val="0"/>
                <w:sz w:val="18"/>
              </w:rPr>
              <w:t>学生独立完成，教师巡视指导，集体汇报交流。</w:t>
            </w:r>
          </w:p>
          <w:p>
            <w:pPr>
              <w:spacing w:after="20" w:line="276" w:lineRule="auto"/>
            </w:pPr>
            <w:r>
              <w:rPr>
                <w:rFonts w:ascii="宋体" w:hAnsi="宋体" w:eastAsia="宋体"/>
                <w:b w:val="0"/>
                <w:sz w:val="18"/>
              </w:rPr>
              <w:t>第8题：抓住不变量“白纸的总张数”来解决问题，学生可能有不同的解决问题的方法：25×20÷20-20=5(天)；或者用正比例的知识解决问题，都要予以肯定。教师注意让学生说明解题思路。</w:t>
            </w:r>
          </w:p>
        </w:tc>
        <w:tc>
          <w:tcPr>
            <w:tcW w:type="dxa" w:w="1814"/>
          </w:tcPr>
          <w:p>
            <w:pPr>
              <w:spacing w:after="20" w:line="276" w:lineRule="auto"/>
            </w:pPr>
            <w:r/>
            <w:r>
              <w:rPr>
                <w:rFonts w:ascii="宋体" w:hAnsi="宋体" w:eastAsia="宋体"/>
                <w:b w:val="0"/>
                <w:sz w:val="18"/>
              </w:rPr>
              <w:t>这一组练习，都能从不同的角度分析解答，对学生理解问题、感悟数量关系、用合适的方法和策略解决问题提出了较高的要求。由于学生理解题意的角度不同，思考的方式也会不同，只要能说出列式背后的数量关系，都应给予肯定。</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循环利用废旧纺织品能够节约资源和保护环境。据估算，每利用4 kg废旧纺织品，可以降低14.4 kg二氧化碳排放量、减少使用1.2 kg化肥等。照这样计算，利用1 t废旧纺织品，可以减少使用多少千克化肥？ 参考答案 1 t＝1000 kg 1000÷4×1.2＝300（kg） 【教学笔记】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师要注意引导学生经历理解题意、确定问题、寻找信息、分析数量关系、列式解答、回顾反思的完整过程，特别要重视对题意的理解、回顾反思的落实，帮助学生形成解决一般性问题的能力。如果学生想到比较特殊的解法，只要分析有理，均要予以肯定，但不用作为全体要求。</w:t>
      </w:r>
    </w:p>
    <w:p>
      <w:r>
        <w:br w:type="page"/>
      </w:r>
    </w:p>
    <w:p>
      <w:pPr>
        <w:spacing w:after="80" w:line="300" w:lineRule="auto"/>
      </w:pPr>
      <w:r>
        <w:rPr>
          <w:rFonts w:ascii="黑体" w:hAnsi="黑体" w:eastAsia="黑体"/>
          <w:b/>
          <w:sz w:val="24"/>
        </w:rPr>
        <w:t>二、课时教学方案（第23课时）</w:t>
      </w:r>
    </w:p>
    <w:p>
      <w:pPr>
        <w:spacing w:after="80" w:line="300" w:lineRule="auto"/>
      </w:pPr>
      <w:r>
        <w:rPr>
          <w:rFonts w:ascii="黑体" w:hAnsi="黑体" w:eastAsia="黑体"/>
          <w:b/>
          <w:sz w:val="24"/>
        </w:rPr>
        <w:t>第23课时　式与方程（1）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第23课时　式与方程（1）</w:t>
            </w:r>
          </w:p>
        </w:tc>
        <w:tc>
          <w:tcPr>
            <w:tcW w:type="dxa" w:w="6009"/>
          </w:tcPr>
          <w:p>
            <w:pPr>
              <w:spacing w:after="20" w:line="276" w:lineRule="auto"/>
            </w:pPr>
            <w:r/>
            <w:r>
              <w:rPr>
                <w:rFonts w:ascii="宋体" w:hAnsi="宋体" w:eastAsia="宋体"/>
                <w:b w:val="0"/>
                <w:sz w:val="20"/>
              </w:rPr>
              <w:t>第6单元 整理和复习（数与代数）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（1）进一步理解用字母表示数的意义及作用，会用字母表达数量、数量关系、运算律及计算公式等。</w:t>
      </w:r>
    </w:p>
    <w:p>
      <w:pPr>
        <w:spacing w:after="20" w:line="300" w:lineRule="auto"/>
        <w:ind w:firstLine="400"/>
      </w:pPr>
      <w:r>
        <w:rPr>
          <w:rFonts w:ascii="宋体" w:hAnsi="宋体" w:eastAsia="宋体"/>
          <w:b w:val="0"/>
          <w:sz w:val="20"/>
        </w:rPr>
        <w:t>（2）加深对方程意义的理解，会熟练运用等式的性质解方程。</w:t>
      </w:r>
    </w:p>
    <w:p>
      <w:pPr>
        <w:spacing w:after="20" w:line="300" w:lineRule="auto"/>
        <w:ind w:firstLine="400"/>
      </w:pPr>
      <w:r>
        <w:rPr>
          <w:rFonts w:ascii="宋体" w:hAnsi="宋体" w:eastAsia="宋体"/>
          <w:b w:val="0"/>
          <w:sz w:val="20"/>
        </w:rPr>
        <w:t>（3）体会用字母表示数的方法及作用，进一步建立符号意识，体会代数思想。</w:t>
      </w:r>
    </w:p>
    <w:p>
      <w:pPr>
        <w:spacing w:after="20" w:line="300" w:lineRule="auto"/>
      </w:pPr>
      <w:r>
        <w:rPr>
          <w:rFonts w:ascii="宋体" w:hAnsi="宋体" w:eastAsia="宋体"/>
          <w:b w:val="0"/>
          <w:sz w:val="20"/>
        </w:rPr>
        <w:t>教学重点：比较系统地掌握式与方程的知识。</w:t>
      </w:r>
    </w:p>
    <w:p>
      <w:pPr>
        <w:spacing w:after="20" w:line="300" w:lineRule="auto"/>
      </w:pPr>
      <w:r>
        <w:rPr>
          <w:rFonts w:ascii="宋体" w:hAnsi="宋体" w:eastAsia="宋体"/>
          <w:b w:val="0"/>
          <w:sz w:val="20"/>
        </w:rPr>
        <w:t>教学难点：用字母的表达式表示数量的方法以及简写方法。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一、问题导入，揭示课题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看到这些信息，你想到了什么？；这些信息中有数量、数量关系、计算公式、运算定律和计算法则，它们都是用什么来表示的呢？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二、复习回顾，构建知识体系</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我们知道，用字母表示数在生活中应用广泛，为研究和解决问题带来很多方便。你会用字母表示什么？；你能结合自己填的表说一说，用字母表示数有什么意义和作用吗?</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三、实践应用，巩固提升</w:t>
            </w:r>
          </w:p>
        </w:tc>
        <w:tc>
          <w:tcPr>
            <w:tcW w:type="dxa" w:w="1814"/>
          </w:tcPr>
          <w:p>
            <w:pPr>
              <w:spacing w:after="20" w:line="276" w:lineRule="auto"/>
            </w:pPr>
            <w:r/>
            <w:r>
              <w:rPr>
                <w:rFonts w:ascii="宋体" w:hAnsi="宋体" w:eastAsia="宋体"/>
                <w:b w:val="0"/>
                <w:sz w:val="18"/>
              </w:rPr>
              <w:t>教科书、课件、教科书P81～82、小棒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今天的数学课，你们有哪些收获呢？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一、问题导入，揭示课题</w:t>
            </w:r>
          </w:p>
        </w:tc>
        <w:tc>
          <w:tcPr>
            <w:tcW w:type="dxa" w:w="3061"/>
          </w:tcPr>
          <w:p>
            <w:pPr>
              <w:spacing w:after="20" w:line="276" w:lineRule="auto"/>
            </w:pPr>
            <w:r/>
            <w:r>
              <w:rPr>
                <w:rFonts w:ascii="宋体" w:hAnsi="宋体" w:eastAsia="宋体"/>
                <w:b w:val="0"/>
                <w:sz w:val="18"/>
              </w:rPr>
              <w:t>课件出示教科书P80第1题表格中的部分内容。</w:t>
            </w:r>
          </w:p>
          <w:p>
            <w:pPr>
              <w:spacing w:after="20" w:line="276" w:lineRule="auto"/>
            </w:pPr>
            <w:r>
              <w:rPr>
                <w:rFonts w:ascii="宋体" w:hAnsi="宋体" w:eastAsia="宋体"/>
                <w:b w:val="0"/>
                <w:sz w:val="18"/>
              </w:rPr>
              <w:t>师：看到这些信息，你想到了什么？</w:t>
            </w:r>
          </w:p>
          <w:p>
            <w:pPr>
              <w:spacing w:after="20" w:line="276" w:lineRule="auto"/>
            </w:pPr>
            <w:r>
              <w:rPr>
                <w:rFonts w:ascii="宋体" w:hAnsi="宋体" w:eastAsia="宋体"/>
                <w:b w:val="0"/>
                <w:sz w:val="18"/>
              </w:rPr>
              <w:t>师：这些信息中有数量、数量关系、计算公式、运算定律和计算法则，它们都是用什么来表示的呢？(字母)用字母表示数在生活中有广泛的应用，它是代数的开始，从算术到代数是数学发展的重</w:t>
            </w:r>
          </w:p>
          <w:p>
            <w:pPr>
              <w:spacing w:after="20" w:line="276" w:lineRule="auto"/>
            </w:pPr>
            <w:r>
              <w:rPr>
                <w:rFonts w:ascii="宋体" w:hAnsi="宋体" w:eastAsia="宋体"/>
                <w:b w:val="0"/>
                <w:sz w:val="18"/>
              </w:rPr>
              <w:t>通过学生自由发言，及时了解学生掌握式与方程的程度，以此作为调整课堂教学思路的主要依据。</w:t>
            </w:r>
          </w:p>
          <w:p>
            <w:pPr>
              <w:spacing w:after="20" w:line="276" w:lineRule="auto"/>
            </w:pPr>
            <w:r>
              <w:rPr>
                <w:rFonts w:ascii="宋体" w:hAnsi="宋体" w:eastAsia="宋体"/>
                <w:b w:val="0"/>
                <w:sz w:val="18"/>
              </w:rPr>
              <w:t>要转变。今天我们就来复习有关式与方程的知识。［板书课题：式与方程(1)］</w:t>
            </w:r>
          </w:p>
        </w:tc>
        <w:tc>
          <w:tcPr>
            <w:tcW w:type="dxa" w:w="3061"/>
          </w:tcPr>
          <w:p>
            <w:pPr>
              <w:spacing w:after="20" w:line="276" w:lineRule="auto"/>
            </w:pPr>
            <w:r/>
            <w:r>
              <w:rPr>
                <w:rFonts w:ascii="宋体" w:hAnsi="宋体" w:eastAsia="宋体"/>
                <w:b w:val="0"/>
                <w:sz w:val="18"/>
              </w:rPr>
              <w:t>学生可能会说(a+b)表示男生、女生一共有多少人；路程=速度×时间；圆柱的体积=底面积×高；用字母表示加法交换律；同分母分数加法的计算法则。</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创设情境激活学生已有经验，自然引出本课学习内容，激发学习兴趣，核心问题："看到这些信息，你想到了什么？"</w:t>
            </w:r>
          </w:p>
        </w:tc>
      </w:tr>
      <w:tr>
        <w:tc>
          <w:tcPr>
            <w:tcW w:type="dxa" w:w="1474"/>
          </w:tcPr>
          <w:p>
            <w:pPr>
              <w:spacing w:after="20" w:line="276" w:lineRule="auto"/>
            </w:pPr>
            <w:r>
              <w:rPr>
                <w:b/>
              </w:rPr>
            </w:r>
            <w:r>
              <w:rPr>
                <w:rFonts w:ascii="宋体" w:hAnsi="宋体" w:eastAsia="宋体"/>
                <w:b/>
                <w:sz w:val="18"/>
              </w:rPr>
              <w:t>二、复习回顾，构建知识体系</w:t>
            </w:r>
          </w:p>
        </w:tc>
        <w:tc>
          <w:tcPr>
            <w:tcW w:type="dxa" w:w="3061"/>
          </w:tcPr>
          <w:p>
            <w:pPr>
              <w:spacing w:after="20" w:line="276" w:lineRule="auto"/>
            </w:pPr>
            <w:r/>
            <w:r>
              <w:rPr>
                <w:rFonts w:ascii="宋体" w:hAnsi="宋体" w:eastAsia="宋体"/>
                <w:b w:val="0"/>
                <w:sz w:val="18"/>
              </w:rPr>
              <w:t>1.复习用字母表示数。</w:t>
            </w:r>
          </w:p>
          <w:p>
            <w:pPr>
              <w:spacing w:after="20" w:line="276" w:lineRule="auto"/>
            </w:pPr>
            <w:r>
              <w:rPr>
                <w:rFonts w:ascii="宋体" w:hAnsi="宋体" w:eastAsia="宋体"/>
                <w:b w:val="0"/>
                <w:sz w:val="18"/>
              </w:rPr>
              <w:t>(1)师：我们知道，用字母表示数在生活中应用广泛，为研究和解决问题带来很多方便。你会用字母表示什么？请在教科书P80的表格中写出来。</w:t>
            </w:r>
          </w:p>
          <w:p>
            <w:pPr>
              <w:spacing w:after="20" w:line="276" w:lineRule="auto"/>
            </w:pPr>
            <w:r>
              <w:rPr>
                <w:rFonts w:ascii="宋体" w:hAnsi="宋体" w:eastAsia="宋体"/>
                <w:b w:val="0"/>
                <w:sz w:val="18"/>
              </w:rPr>
              <w:t>根据学生的回答板书：</w:t>
            </w:r>
          </w:p>
          <w:p>
            <w:pPr>
              <w:spacing w:after="20" w:line="276" w:lineRule="auto"/>
            </w:pPr>
            <w:r>
              <w:rPr>
                <w:rFonts w:ascii="宋体" w:hAnsi="宋体" w:eastAsia="宋体"/>
                <w:b w:val="0"/>
                <w:sz w:val="18"/>
              </w:rPr>
              <w:t>集体交流，根据学生的汇报出示课件。</w:t>
            </w:r>
          </w:p>
          <w:p>
            <w:pPr>
              <w:spacing w:after="20" w:line="276" w:lineRule="auto"/>
            </w:pPr>
            <w:r>
              <w:rPr>
                <w:rFonts w:ascii="宋体" w:hAnsi="宋体" w:eastAsia="宋体"/>
                <w:b w:val="0"/>
                <w:sz w:val="18"/>
              </w:rPr>
              <w:t>用字母表示数量关系时，可以借助整理帮助学生复习基本的数</w:t>
            </w:r>
          </w:p>
          <w:p>
            <w:pPr>
              <w:spacing w:after="20" w:line="276" w:lineRule="auto"/>
            </w:pPr>
            <w:r>
              <w:rPr>
                <w:rFonts w:ascii="宋体" w:hAnsi="宋体" w:eastAsia="宋体"/>
                <w:b w:val="0"/>
                <w:sz w:val="18"/>
              </w:rPr>
              <w:t>量关系：</w:t>
            </w:r>
          </w:p>
          <w:p>
            <w:pPr>
              <w:spacing w:after="20" w:line="276" w:lineRule="auto"/>
            </w:pPr>
            <w:r>
              <w:rPr>
                <w:rFonts w:ascii="宋体" w:hAnsi="宋体" w:eastAsia="宋体"/>
                <w:b w:val="0"/>
                <w:sz w:val="18"/>
              </w:rPr>
              <w:t>路程=速度×时间，用字母表示为s=vt；</w:t>
            </w:r>
          </w:p>
          <w:p>
            <w:pPr>
              <w:spacing w:after="20" w:line="276" w:lineRule="auto"/>
            </w:pPr>
            <w:r>
              <w:rPr>
                <w:rFonts w:ascii="宋体" w:hAnsi="宋体" w:eastAsia="宋体"/>
                <w:b w:val="0"/>
                <w:sz w:val="18"/>
              </w:rPr>
              <w:t>工作总量=工作效率×工作时间，用字母表示为c=at；</w:t>
            </w:r>
          </w:p>
          <w:p>
            <w:pPr>
              <w:spacing w:after="20" w:line="276" w:lineRule="auto"/>
            </w:pPr>
            <w:r>
              <w:rPr>
                <w:rFonts w:ascii="宋体" w:hAnsi="宋体" w:eastAsia="宋体"/>
                <w:b w:val="0"/>
                <w:sz w:val="18"/>
              </w:rPr>
              <w:t>总价=单价×数量，用字母表示为c=ax。</w:t>
            </w:r>
          </w:p>
          <w:p>
            <w:pPr>
              <w:spacing w:after="20" w:line="276" w:lineRule="auto"/>
            </w:pPr>
            <w:r>
              <w:rPr>
                <w:rFonts w:ascii="宋体" w:hAnsi="宋体" w:eastAsia="宋体"/>
                <w:b w:val="0"/>
                <w:sz w:val="18"/>
              </w:rPr>
              <w:t>师：你能结合自己填的表说一说，用字母表示数有什么意义和作用吗?</w:t>
            </w:r>
          </w:p>
          <w:p>
            <w:pPr>
              <w:spacing w:after="20" w:line="276" w:lineRule="auto"/>
            </w:pPr>
            <w:r>
              <w:rPr>
                <w:rFonts w:ascii="宋体" w:hAnsi="宋体" w:eastAsia="宋体"/>
                <w:b w:val="0"/>
                <w:sz w:val="18"/>
              </w:rPr>
              <w:t>(2)用字母表示数的简写方法。</w:t>
            </w:r>
          </w:p>
          <w:p>
            <w:pPr>
              <w:spacing w:after="20" w:line="276" w:lineRule="auto"/>
            </w:pPr>
            <w:r>
              <w:rPr>
                <w:rFonts w:ascii="宋体" w:hAnsi="宋体" w:eastAsia="宋体"/>
                <w:b w:val="0"/>
                <w:sz w:val="18"/>
              </w:rPr>
              <w:t>师：在一个含有字母的式子里，数与字母、字母与字母相乘，书写时应注意什么？</w:t>
            </w:r>
          </w:p>
          <w:p>
            <w:pPr>
              <w:spacing w:after="20" w:line="276" w:lineRule="auto"/>
            </w:pPr>
            <w:r>
              <w:rPr>
                <w:rFonts w:ascii="宋体" w:hAnsi="宋体" w:eastAsia="宋体"/>
                <w:b w:val="0"/>
                <w:sz w:val="18"/>
              </w:rPr>
              <w:t>师生一起小结，出示课件。</w:t>
            </w:r>
          </w:p>
          <w:p>
            <w:pPr>
              <w:spacing w:after="20" w:line="276" w:lineRule="auto"/>
            </w:pPr>
            <w:r>
              <w:rPr>
                <w:rFonts w:ascii="宋体" w:hAnsi="宋体" w:eastAsia="宋体"/>
                <w:b w:val="0"/>
                <w:sz w:val="18"/>
              </w:rPr>
              <w:t>(3)完成教科书P80 “做一做”第1题。</w:t>
            </w:r>
          </w:p>
          <w:p>
            <w:pPr>
              <w:spacing w:after="20" w:line="276" w:lineRule="auto"/>
            </w:pPr>
            <w:r>
              <w:rPr>
                <w:rFonts w:ascii="宋体" w:hAnsi="宋体" w:eastAsia="宋体"/>
                <w:b w:val="0"/>
                <w:sz w:val="18"/>
              </w:rPr>
              <w:t>2.复习方程。</w:t>
            </w:r>
          </w:p>
          <w:p>
            <w:pPr>
              <w:spacing w:after="20" w:line="276" w:lineRule="auto"/>
            </w:pPr>
            <w:r>
              <w:rPr>
                <w:rFonts w:ascii="宋体" w:hAnsi="宋体" w:eastAsia="宋体"/>
                <w:b w:val="0"/>
                <w:sz w:val="18"/>
              </w:rPr>
              <w:t>(1)方程与等式的联系与区别。</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师：这些式子中，哪些是方程呢？</w:t>
            </w:r>
          </w:p>
          <w:p>
            <w:pPr>
              <w:spacing w:after="20" w:line="276" w:lineRule="auto"/>
            </w:pPr>
            <w:r>
              <w:rPr>
                <w:rFonts w:ascii="宋体" w:hAnsi="宋体" w:eastAsia="宋体"/>
                <w:b w:val="0"/>
                <w:sz w:val="18"/>
              </w:rPr>
              <w:t>大多数学生会直接根据方程的概念来进行判断，让学生结合具体的实例说明不是方程的原因，明确在判断一个式子是否是方程时，需要特别关注式子中是否含有未知数，并且是否是等式。</w:t>
            </w:r>
          </w:p>
          <w:p>
            <w:pPr>
              <w:spacing w:after="20" w:line="276" w:lineRule="auto"/>
            </w:pPr>
            <w:r>
              <w:rPr>
                <w:rFonts w:ascii="宋体" w:hAnsi="宋体" w:eastAsia="宋体"/>
                <w:b w:val="0"/>
                <w:sz w:val="18"/>
              </w:rPr>
              <w:t>师小结：方程要具备两个条件,第一，必须含有未知数；第二，必须是一个等式，两者缺一不可。</w:t>
            </w:r>
          </w:p>
          <w:p>
            <w:pPr>
              <w:spacing w:after="20" w:line="276" w:lineRule="auto"/>
            </w:pPr>
            <w:r>
              <w:rPr>
                <w:rFonts w:ascii="宋体" w:hAnsi="宋体" w:eastAsia="宋体"/>
                <w:b w:val="0"/>
                <w:sz w:val="18"/>
              </w:rPr>
              <w:t>师：想一想：等式与方程之间有什么关系？</w:t>
            </w:r>
          </w:p>
          <w:p>
            <w:pPr>
              <w:spacing w:after="20" w:line="276" w:lineRule="auto"/>
            </w:pPr>
            <w:r>
              <w:rPr>
                <w:rFonts w:ascii="宋体" w:hAnsi="宋体" w:eastAsia="宋体"/>
                <w:b w:val="0"/>
                <w:sz w:val="18"/>
              </w:rPr>
              <w:t>引导学生分组讨论交流，指名汇报。</w:t>
            </w:r>
          </w:p>
          <w:p>
            <w:pPr>
              <w:spacing w:after="20" w:line="276" w:lineRule="auto"/>
            </w:pPr>
            <w:r>
              <w:rPr>
                <w:rFonts w:ascii="宋体" w:hAnsi="宋体" w:eastAsia="宋体"/>
                <w:b w:val="0"/>
                <w:sz w:val="18"/>
              </w:rPr>
              <w:t>师小结：等式是表示相等关系的式子，含有未知数的等式叫方程。方程一定是等式，但等式不一定就是方程。</w:t>
            </w:r>
          </w:p>
          <w:p>
            <w:pPr>
              <w:spacing w:after="20" w:line="276" w:lineRule="auto"/>
            </w:pPr>
            <w:r>
              <w:rPr>
                <w:rFonts w:ascii="宋体" w:hAnsi="宋体" w:eastAsia="宋体"/>
                <w:b w:val="0"/>
                <w:sz w:val="18"/>
              </w:rPr>
              <w:t>师：如果我们用集合图来表示方程与等式的关系，会是怎样的呢？</w:t>
            </w:r>
          </w:p>
          <w:p>
            <w:pPr>
              <w:spacing w:after="20" w:line="276" w:lineRule="auto"/>
            </w:pPr>
            <w:r>
              <w:rPr>
                <w:rFonts w:ascii="宋体" w:hAnsi="宋体" w:eastAsia="宋体"/>
                <w:b w:val="0"/>
                <w:sz w:val="18"/>
              </w:rPr>
              <w:t>根据学生回答，教师板书：</w:t>
            </w:r>
          </w:p>
          <w:p>
            <w:pPr>
              <w:spacing w:after="20" w:line="276" w:lineRule="auto"/>
            </w:pPr>
            <w:r>
              <w:rPr>
                <w:rFonts w:ascii="宋体" w:hAnsi="宋体" w:eastAsia="宋体"/>
                <w:b w:val="0"/>
                <w:sz w:val="18"/>
              </w:rPr>
              <w:t>(2)复习等式的性质。</w:t>
            </w:r>
          </w:p>
          <w:p>
            <w:pPr>
              <w:spacing w:after="20" w:line="276" w:lineRule="auto"/>
            </w:pPr>
            <w:r>
              <w:rPr>
                <w:rFonts w:ascii="宋体" w:hAnsi="宋体" w:eastAsia="宋体"/>
                <w:b w:val="0"/>
                <w:sz w:val="18"/>
              </w:rPr>
              <w:t>课件出示教科书P81“练习十六”第5题，学生独立解答，课件出示正确答案。</w:t>
            </w:r>
          </w:p>
          <w:p>
            <w:pPr>
              <w:spacing w:after="20" w:line="276" w:lineRule="auto"/>
            </w:pPr>
            <w:r>
              <w:rPr>
                <w:rFonts w:ascii="宋体" w:hAnsi="宋体" w:eastAsia="宋体"/>
                <w:b w:val="0"/>
                <w:sz w:val="18"/>
              </w:rPr>
              <w:t>可以通过追问的形式,迫使学生进一步认真观察、思考得出方程一定是等式，但等式不一定是方程的结论。让学生尝试通过画集合图的形式来表示方程与等式之间的关系，使学生一目了然地记住方程与等式之间的区别和联系。</w:t>
            </w:r>
          </w:p>
          <w:p>
            <w:pPr>
              <w:spacing w:after="20" w:line="276" w:lineRule="auto"/>
            </w:pPr>
            <w:r>
              <w:rPr>
                <w:rFonts w:ascii="宋体" w:hAnsi="宋体" w:eastAsia="宋体"/>
                <w:b w:val="0"/>
                <w:sz w:val="18"/>
              </w:rPr>
              <w:t>师：解方程的依据是什么？(等式的性质)说一说等式具有哪些</w:t>
            </w:r>
          </w:p>
          <w:p>
            <w:pPr>
              <w:spacing w:after="20" w:line="276" w:lineRule="auto"/>
            </w:pPr>
            <w:r>
              <w:rPr>
                <w:rFonts w:ascii="宋体" w:hAnsi="宋体" w:eastAsia="宋体"/>
                <w:b w:val="0"/>
                <w:sz w:val="18"/>
              </w:rPr>
              <w:t>性质呢？</w:t>
            </w:r>
          </w:p>
          <w:p>
            <w:pPr>
              <w:spacing w:after="20" w:line="276" w:lineRule="auto"/>
            </w:pPr>
            <w:r>
              <w:rPr>
                <w:rFonts w:ascii="宋体" w:hAnsi="宋体" w:eastAsia="宋体"/>
                <w:b w:val="0"/>
                <w:sz w:val="18"/>
              </w:rPr>
              <w:t>师小结：等式具有两个重要的性质。</w:t>
            </w:r>
          </w:p>
          <w:p>
            <w:pPr>
              <w:spacing w:after="20" w:line="276" w:lineRule="auto"/>
            </w:pPr>
            <w:r>
              <w:rPr>
                <w:rFonts w:ascii="宋体" w:hAnsi="宋体" w:eastAsia="宋体"/>
                <w:b w:val="0"/>
                <w:sz w:val="18"/>
              </w:rPr>
              <w:t>等式的性质1：等式两边加上或减去同一个数，左右两边仍然相等。</w:t>
            </w:r>
          </w:p>
          <w:p>
            <w:pPr>
              <w:spacing w:after="20" w:line="276" w:lineRule="auto"/>
            </w:pPr>
            <w:r>
              <w:rPr>
                <w:rFonts w:ascii="宋体" w:hAnsi="宋体" w:eastAsia="宋体"/>
                <w:b w:val="0"/>
                <w:sz w:val="18"/>
              </w:rPr>
              <w:t>等式的性质2：等式的两边乘同一个数,或除以同一个不为0的数，左右两边仍然相等。</w:t>
            </w:r>
          </w:p>
        </w:tc>
        <w:tc>
          <w:tcPr>
            <w:tcW w:type="dxa" w:w="3061"/>
          </w:tcPr>
          <w:p>
            <w:pPr>
              <w:spacing w:after="20" w:line="276" w:lineRule="auto"/>
            </w:pPr>
            <w:r/>
            <w:r>
              <w:rPr>
                <w:rFonts w:ascii="宋体" w:hAnsi="宋体" w:eastAsia="宋体"/>
                <w:b w:val="0"/>
                <w:sz w:val="18"/>
              </w:rPr>
              <w:t>学生可能会回答可以表示数量、数量关系、计算公式和运算定律等。</w:t>
            </w:r>
          </w:p>
          <w:p>
            <w:pPr>
              <w:spacing w:after="20" w:line="276" w:lineRule="auto"/>
            </w:pPr>
            <w:r>
              <w:rPr>
                <w:rFonts w:ascii="宋体" w:hAnsi="宋体" w:eastAsia="宋体"/>
                <w:b w:val="0"/>
                <w:sz w:val="18"/>
              </w:rPr>
              <w:t>学生独立填表，教师巡视指导。</w:t>
            </w:r>
          </w:p>
          <w:p>
            <w:pPr>
              <w:spacing w:after="20" w:line="276" w:lineRule="auto"/>
            </w:pPr>
            <w:r>
              <w:rPr>
                <w:rFonts w:ascii="宋体" w:hAnsi="宋体" w:eastAsia="宋体"/>
                <w:b w:val="0"/>
                <w:sz w:val="18"/>
              </w:rPr>
              <w:t>学生汇报时，教师有意识地引导学生完整汇报用字母表示的四种数量（加、减、乘、除）和五个定律。其他部分只需要体会用字母表示比用文字表述更简明易记就可以了。</w:t>
            </w:r>
          </w:p>
          <w:p>
            <w:pPr>
              <w:spacing w:after="20" w:line="276" w:lineRule="auto"/>
            </w:pPr>
            <w:r>
              <w:rPr>
                <w:rFonts w:ascii="宋体" w:hAnsi="宋体" w:eastAsia="宋体"/>
                <w:b w:val="0"/>
                <w:sz w:val="18"/>
              </w:rPr>
              <w:t>引导学生说出用字母表示数非常简洁、方便。</w:t>
            </w:r>
          </w:p>
          <w:p>
            <w:pPr>
              <w:spacing w:after="20" w:line="276" w:lineRule="auto"/>
            </w:pPr>
            <w:r>
              <w:rPr>
                <w:rFonts w:ascii="宋体" w:hAnsi="宋体" w:eastAsia="宋体"/>
                <w:b w:val="0"/>
                <w:sz w:val="18"/>
              </w:rPr>
              <w:t>引导学生举例来说明，学生可能会回答乘号可以记作“·”,或省略不写,也可能会忽略数与数之间的乘号不能省略，可以引导学生在互相评议中补充完善。</w:t>
            </w:r>
          </w:p>
          <w:p>
            <w:pPr>
              <w:spacing w:after="20" w:line="276" w:lineRule="auto"/>
            </w:pPr>
            <w:r>
              <w:rPr>
                <w:rFonts w:ascii="宋体" w:hAnsi="宋体" w:eastAsia="宋体"/>
                <w:b w:val="0"/>
                <w:sz w:val="18"/>
              </w:rPr>
              <w:t>学生独立完成后小组内交流，课件出示正确解答。</w:t>
            </w:r>
          </w:p>
          <w:p>
            <w:pPr>
              <w:spacing w:after="20" w:line="276" w:lineRule="auto"/>
            </w:pPr>
            <w:r>
              <w:rPr>
                <w:rFonts w:ascii="宋体" w:hAnsi="宋体" w:eastAsia="宋体"/>
                <w:b w:val="0"/>
                <w:sz w:val="18"/>
              </w:rPr>
              <w:t>注意引导学生说出a3、3a、 EMBED Equation.DSMT4  这几个式子用文字表达的含义及书写方法。</w:t>
            </w:r>
          </w:p>
          <w:p>
            <w:pPr>
              <w:spacing w:after="20" w:line="276" w:lineRule="auto"/>
            </w:pPr>
            <w:r>
              <w:rPr>
                <w:rFonts w:ascii="宋体" w:hAnsi="宋体" w:eastAsia="宋体"/>
                <w:b w:val="0"/>
                <w:sz w:val="18"/>
              </w:rPr>
              <w:t>引导学生说说自己是怎样解方程的，注意提示学生检验。</w:t>
            </w:r>
          </w:p>
          <w:p>
            <w:pPr>
              <w:spacing w:after="20" w:line="276" w:lineRule="auto"/>
            </w:pPr>
            <w:r>
              <w:rPr>
                <w:rFonts w:ascii="宋体" w:hAnsi="宋体" w:eastAsia="宋体"/>
                <w:b w:val="0"/>
                <w:sz w:val="18"/>
              </w:rPr>
              <w:t>学生在小组内交流、指名反馈。</w:t>
            </w:r>
          </w:p>
        </w:tc>
        <w:tc>
          <w:tcPr>
            <w:tcW w:type="dxa" w:w="1814"/>
          </w:tcPr>
          <w:p>
            <w:pPr>
              <w:spacing w:after="20" w:line="276" w:lineRule="auto"/>
            </w:pPr>
            <w:r/>
            <w:r>
              <w:rPr>
                <w:rFonts w:ascii="宋体" w:hAnsi="宋体" w:eastAsia="宋体"/>
                <w:b w:val="0"/>
                <w:sz w:val="18"/>
              </w:rPr>
              <w:t>引导学生借助表格梳理，可以帮助学生从数量、数量关系、计算公式、运算定律等方面全面回顾所学知识，使已学知识系统化、结构化，提升学生自主归纳、总结的能力。</w:t>
            </w:r>
          </w:p>
          <w:p>
            <w:pPr>
              <w:spacing w:after="20" w:line="276" w:lineRule="auto"/>
            </w:pPr>
            <w:r>
              <w:rPr>
                <w:rFonts w:ascii="宋体" w:hAnsi="宋体" w:eastAsia="宋体"/>
                <w:b w:val="0"/>
                <w:sz w:val="18"/>
              </w:rPr>
              <w:t>此环节旨在引导学生回顾用字母表示数时，明确省略乘号时的易错点，能正确辨别易混点。通过独立思考、小组交流，完善自己的认识，及时地进行易混点的辨析，加深认识，以达到深刻理解的目的。</w:t>
            </w:r>
          </w:p>
          <w:p>
            <w:pPr>
              <w:spacing w:after="20" w:line="276" w:lineRule="auto"/>
            </w:pPr>
            <w:r>
              <w:rPr>
                <w:rFonts w:ascii="宋体" w:hAnsi="宋体" w:eastAsia="宋体"/>
                <w:b w:val="0"/>
                <w:sz w:val="18"/>
              </w:rPr>
              <w:t>等式的性质是解方程的基础，让学生结合解方程的过程复习等式的性质，有利于进一步理解和掌握知识。</w:t>
            </w:r>
          </w:p>
        </w:tc>
      </w:tr>
      <w:tr>
        <w:tc>
          <w:tcPr>
            <w:tcW w:type="dxa" w:w="1474"/>
          </w:tcPr>
          <w:p>
            <w:pPr>
              <w:spacing w:after="20" w:line="276" w:lineRule="auto"/>
            </w:pPr>
            <w:r>
              <w:rPr>
                <w:b/>
              </w:rPr>
            </w:r>
            <w:r>
              <w:rPr>
                <w:rFonts w:ascii="宋体" w:hAnsi="宋体" w:eastAsia="宋体"/>
                <w:b/>
                <w:sz w:val="18"/>
              </w:rPr>
              <w:t>三、实践应用，巩固提升</w:t>
            </w:r>
          </w:p>
        </w:tc>
        <w:tc>
          <w:tcPr>
            <w:tcW w:type="dxa" w:w="3061"/>
          </w:tcPr>
          <w:p>
            <w:pPr>
              <w:spacing w:after="20" w:line="276" w:lineRule="auto"/>
            </w:pPr>
            <w:r/>
            <w:r>
              <w:rPr>
                <w:rFonts w:ascii="宋体" w:hAnsi="宋体" w:eastAsia="宋体"/>
                <w:b w:val="0"/>
                <w:sz w:val="18"/>
              </w:rPr>
              <w:t>1.完成教科书P81“练习十六”第1、2、6题。</w:t>
            </w:r>
          </w:p>
          <w:p>
            <w:pPr>
              <w:spacing w:after="20" w:line="276" w:lineRule="auto"/>
            </w:pPr>
            <w:r>
              <w:rPr>
                <w:rFonts w:ascii="宋体" w:hAnsi="宋体" w:eastAsia="宋体"/>
                <w:b w:val="0"/>
                <w:sz w:val="18"/>
              </w:rPr>
              <w:t>第2题：这道题要求用字母表达式表示数量，并会代入求值。可以先指导学生写出数量关系式：水泥的总质量-用去的质量=剩下的质量，而用去的质量=每天用去的质量×天数。在用字母表达式表示数量时，注意简写方式。</w:t>
            </w:r>
          </w:p>
          <w:p>
            <w:pPr>
              <w:spacing w:after="20" w:line="276" w:lineRule="auto"/>
            </w:pPr>
            <w:r>
              <w:rPr>
                <w:rFonts w:ascii="宋体" w:hAnsi="宋体" w:eastAsia="宋体"/>
                <w:b w:val="0"/>
                <w:sz w:val="18"/>
              </w:rPr>
              <w:t>第6题：如果学生有困难，可以举出例子来对应理解。还可以改变题目中的信息，例如“三个连续的自然数，最大的数是a”或者“三个连续的偶数，中间的数是a”，让学生学会用字母表达式表示数或数列。</w:t>
            </w:r>
          </w:p>
          <w:p>
            <w:pPr>
              <w:spacing w:after="20" w:line="276" w:lineRule="auto"/>
            </w:pPr>
            <w:r>
              <w:rPr>
                <w:rFonts w:ascii="宋体" w:hAnsi="宋体" w:eastAsia="宋体"/>
                <w:b w:val="0"/>
                <w:sz w:val="18"/>
              </w:rPr>
              <w:t>课件配合出示正确的解答。</w:t>
            </w:r>
          </w:p>
          <w:p>
            <w:pPr>
              <w:spacing w:after="20" w:line="276" w:lineRule="auto"/>
            </w:pPr>
            <w:r>
              <w:rPr>
                <w:rFonts w:ascii="宋体" w:hAnsi="宋体" w:eastAsia="宋体"/>
                <w:b w:val="0"/>
                <w:sz w:val="18"/>
              </w:rPr>
              <w:t>2.独立完成教科书P81～82“练习十六”第4、7题。</w:t>
            </w:r>
          </w:p>
          <w:p>
            <w:pPr>
              <w:spacing w:after="20" w:line="276" w:lineRule="auto"/>
            </w:pPr>
            <w:r>
              <w:rPr>
                <w:rFonts w:ascii="宋体" w:hAnsi="宋体" w:eastAsia="宋体"/>
                <w:b w:val="0"/>
                <w:sz w:val="18"/>
              </w:rPr>
              <w:t>第7题：可以引导学生分别算出当n是0、1、2、3、4、5……时2n的值，2n+1的值，不难发现2n表示偶数，2n+1表示奇数。</w:t>
            </w:r>
          </w:p>
        </w:tc>
        <w:tc>
          <w:tcPr>
            <w:tcW w:type="dxa" w:w="3061"/>
          </w:tcPr>
          <w:p>
            <w:pPr>
              <w:spacing w:after="20" w:line="276" w:lineRule="auto"/>
            </w:pPr>
            <w:r/>
            <w:r>
              <w:rPr>
                <w:rFonts w:ascii="宋体" w:hAnsi="宋体" w:eastAsia="宋体"/>
                <w:b w:val="0"/>
                <w:sz w:val="18"/>
              </w:rPr>
              <w:t>学生独立完成后在小组内交流订正，教师收集错例展示辨析。</w:t>
            </w:r>
          </w:p>
          <w:p>
            <w:pPr>
              <w:spacing w:after="20" w:line="276" w:lineRule="auto"/>
            </w:pPr>
            <w:r>
              <w:rPr>
                <w:rFonts w:ascii="宋体" w:hAnsi="宋体" w:eastAsia="宋体"/>
                <w:b w:val="0"/>
                <w:sz w:val="18"/>
              </w:rPr>
              <w:t>第1题：根据题意写出字母表达式所表示的实际含义及代入求值。学生可能出现的问题是语言表达实际含义时不准确，教师注意指导。</w:t>
            </w:r>
          </w:p>
          <w:p>
            <w:pPr>
              <w:spacing w:after="20" w:line="276" w:lineRule="auto"/>
            </w:pPr>
            <w:r>
              <w:rPr>
                <w:rFonts w:ascii="宋体" w:hAnsi="宋体" w:eastAsia="宋体"/>
                <w:b w:val="0"/>
                <w:sz w:val="18"/>
              </w:rPr>
              <w:t>学生独立解答后交流。</w:t>
            </w:r>
          </w:p>
          <w:p>
            <w:pPr>
              <w:spacing w:after="20" w:line="276" w:lineRule="auto"/>
            </w:pPr>
            <w:r>
              <w:rPr>
                <w:rFonts w:ascii="宋体" w:hAnsi="宋体" w:eastAsia="宋体"/>
                <w:b w:val="0"/>
                <w:sz w:val="18"/>
              </w:rPr>
              <w:t>第4题：在研究小棒的根数与正方形的个数时，学生比较容易想到的是4+3(n-1)的表达式，但也有的学生是以1根小棒为基础，每增加一个正方形，就多3根小棒，因此，字母表达式为1+3n。要引导学生发现这两种表达式之间的一致性。如果有学生列成4+3n，可让学生代入一个具体值验证一下，发现这种表达式是错误的。</w:t>
            </w:r>
          </w:p>
        </w:tc>
        <w:tc>
          <w:tcPr>
            <w:tcW w:type="dxa" w:w="1814"/>
          </w:tcPr>
          <w:p>
            <w:pPr>
              <w:spacing w:after="20" w:line="276" w:lineRule="auto"/>
            </w:pPr>
            <w:r/>
            <w:r>
              <w:rPr>
                <w:rFonts w:ascii="宋体" w:hAnsi="宋体" w:eastAsia="宋体"/>
                <w:b w:val="0"/>
                <w:sz w:val="18"/>
              </w:rPr>
              <w:t>练习时，给学生提供足够的思考时间和空间，并引导学生积极交流，巩固用字母列出表达式的方法，会反过来理解符号表示的含义。</w:t>
            </w:r>
          </w:p>
          <w:p>
            <w:pPr>
              <w:spacing w:after="20" w:line="276" w:lineRule="auto"/>
            </w:pPr>
            <w:r>
              <w:rPr>
                <w:rFonts w:ascii="宋体" w:hAnsi="宋体" w:eastAsia="宋体"/>
                <w:b w:val="0"/>
                <w:sz w:val="18"/>
              </w:rPr>
              <w:t>用字母表达式表示出某个量，当字母的值变化时，这个量的值也跟着变化，字母的值和这个量的值之间存在着一一对应的关系，通过这两道练习，加强培养学生的代数思维，渗透函数思想。</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引导学生回顾梳理本课所学，完善认知结构，提升归纳与反思能力，核心问题："今天的数学课，你们有哪些收获呢？"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原设计安排：见“状元成才路”系列丛书《创优作业100分》或《状元作业 本》对应课时作业。 【教学笔记】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主要内容是引导学生复习用字母表示数、方程的概念及解方程等内容。从学生学习情况来看，学生学习的积极性较高，绝大部分学生能较熟练地完成练习。教学时，注意结合相应的练习巩固用字母表示数和解方程等知识，为初中阶段代数式的学习奠定良好的基础。</w:t>
      </w:r>
    </w:p>
    <w:p>
      <w:r>
        <w:br w:type="page"/>
      </w:r>
    </w:p>
    <w:p>
      <w:pPr>
        <w:spacing w:after="80" w:line="300" w:lineRule="auto"/>
      </w:pPr>
      <w:r>
        <w:rPr>
          <w:rFonts w:ascii="黑体" w:hAnsi="黑体" w:eastAsia="黑体"/>
          <w:b/>
          <w:sz w:val="24"/>
        </w:rPr>
        <w:t>二、课时教学方案（第24课时）</w:t>
      </w:r>
    </w:p>
    <w:p>
      <w:pPr>
        <w:spacing w:after="80" w:line="300" w:lineRule="auto"/>
      </w:pPr>
      <w:r>
        <w:rPr>
          <w:rFonts w:ascii="黑体" w:hAnsi="黑体" w:eastAsia="黑体"/>
          <w:b/>
          <w:sz w:val="24"/>
        </w:rPr>
        <w:t>第24课时　式与方程（2）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第24课时　式与方程（2）</w:t>
            </w:r>
          </w:p>
        </w:tc>
        <w:tc>
          <w:tcPr>
            <w:tcW w:type="dxa" w:w="6009"/>
          </w:tcPr>
          <w:p>
            <w:pPr>
              <w:spacing w:after="20" w:line="276" w:lineRule="auto"/>
            </w:pPr>
            <w:r/>
            <w:r>
              <w:rPr>
                <w:rFonts w:ascii="宋体" w:hAnsi="宋体" w:eastAsia="宋体"/>
                <w:b w:val="0"/>
                <w:sz w:val="20"/>
              </w:rPr>
              <w:t>第6单元 整理和复习（数与代数）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（1）进一步体会方程的意义和思想，能根据问题特征列方程解决一些实际问题，提高找等量关系列方程的能力。</w:t>
      </w:r>
    </w:p>
    <w:p>
      <w:pPr>
        <w:spacing w:after="20" w:line="300" w:lineRule="auto"/>
        <w:ind w:firstLine="400"/>
      </w:pPr>
      <w:r>
        <w:rPr>
          <w:rFonts w:ascii="宋体" w:hAnsi="宋体" w:eastAsia="宋体"/>
          <w:b w:val="0"/>
          <w:sz w:val="20"/>
        </w:rPr>
        <w:t>（2）在梳理如何找等量关系的过程中，进一步掌握列方程解决问题的基本思考方法，通过算术法和方程法的比较体会列方程解决问题的价值。</w:t>
      </w:r>
    </w:p>
    <w:p>
      <w:pPr>
        <w:spacing w:after="20" w:line="300" w:lineRule="auto"/>
        <w:ind w:firstLine="400"/>
      </w:pPr>
      <w:r>
        <w:rPr>
          <w:rFonts w:ascii="宋体" w:hAnsi="宋体" w:eastAsia="宋体"/>
          <w:b w:val="0"/>
          <w:sz w:val="20"/>
        </w:rPr>
        <w:t>（3）体验与同学合作交流以及获取知识的乐趣，增进对数学学习的积极情感,增强学好数学的信心。</w:t>
      </w:r>
    </w:p>
    <w:p>
      <w:pPr>
        <w:spacing w:after="20" w:line="300" w:lineRule="auto"/>
      </w:pPr>
      <w:r>
        <w:rPr>
          <w:rFonts w:ascii="宋体" w:hAnsi="宋体" w:eastAsia="宋体"/>
          <w:b w:val="0"/>
          <w:sz w:val="20"/>
        </w:rPr>
        <w:t>教学重点：在梳理如何找等量关系的过程中进一步掌握列方程解决问题的基本思考方法。</w:t>
      </w:r>
    </w:p>
    <w:p>
      <w:pPr>
        <w:spacing w:after="20" w:line="300" w:lineRule="auto"/>
      </w:pPr>
      <w:r>
        <w:rPr>
          <w:rFonts w:ascii="宋体" w:hAnsi="宋体" w:eastAsia="宋体"/>
          <w:b w:val="0"/>
          <w:sz w:val="20"/>
        </w:rPr>
        <w:t>教学难点：体会方程法与算术法的区别与联系。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一、回忆列方程解决问题的基本步骤</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想一想，列方程解决问题的一般步骤是怎样的？</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二、突破难点，找等量关系</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在列方程解决问题的这些步骤中，你觉得哪一步是最难的？；你能找到数量关系吗？</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三、对比算术法和方程法，体会方程法的价值</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你们喜欢列方程解决问题吗？；解决这个问题，为什么算术法容易出错？</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四、巩固练习，提高能力</w:t>
            </w:r>
          </w:p>
        </w:tc>
        <w:tc>
          <w:tcPr>
            <w:tcW w:type="dxa" w:w="1814"/>
          </w:tcPr>
          <w:p>
            <w:pPr>
              <w:spacing w:after="20" w:line="276" w:lineRule="auto"/>
            </w:pPr>
            <w:r/>
            <w:r>
              <w:rPr>
                <w:rFonts w:ascii="宋体" w:hAnsi="宋体" w:eastAsia="宋体"/>
                <w:b w:val="0"/>
                <w:sz w:val="18"/>
              </w:rPr>
              <w:t>教科书、线段图、课件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今天的数学课，你们有哪些收获呢？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一、回忆列方程解决问题的基本步骤</w:t>
            </w:r>
          </w:p>
        </w:tc>
        <w:tc>
          <w:tcPr>
            <w:tcW w:type="dxa" w:w="3061"/>
          </w:tcPr>
          <w:p>
            <w:pPr>
              <w:spacing w:after="20" w:line="276" w:lineRule="auto"/>
            </w:pPr>
            <w:r/>
            <w:r>
              <w:rPr>
                <w:rFonts w:ascii="宋体" w:hAnsi="宋体" w:eastAsia="宋体"/>
                <w:b w:val="0"/>
                <w:sz w:val="18"/>
              </w:rPr>
              <w:t>1.回顾旧知识。</w:t>
            </w:r>
          </w:p>
          <w:p>
            <w:pPr>
              <w:spacing w:after="20" w:line="276" w:lineRule="auto"/>
            </w:pPr>
            <w:r>
              <w:rPr>
                <w:rFonts w:ascii="宋体" w:hAnsi="宋体" w:eastAsia="宋体"/>
                <w:b w:val="0"/>
                <w:sz w:val="18"/>
              </w:rPr>
              <w:t>师：想一想，列方程解决问题的一般步骤是怎样的？</w:t>
            </w:r>
          </w:p>
          <w:p>
            <w:pPr>
              <w:spacing w:after="20" w:line="276" w:lineRule="auto"/>
            </w:pPr>
            <w:r>
              <w:rPr>
                <w:rFonts w:ascii="宋体" w:hAnsi="宋体" w:eastAsia="宋体"/>
                <w:b w:val="0"/>
                <w:sz w:val="18"/>
              </w:rPr>
              <w:t>师生一起小结，课件出示。</w:t>
            </w:r>
          </w:p>
          <w:p>
            <w:pPr>
              <w:spacing w:after="20" w:line="276" w:lineRule="auto"/>
            </w:pPr>
            <w:r>
              <w:rPr>
                <w:rFonts w:ascii="宋体" w:hAnsi="宋体" w:eastAsia="宋体"/>
                <w:b w:val="0"/>
                <w:sz w:val="18"/>
              </w:rPr>
              <w:t>教师板书：设、找、列、解、验。</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师：这节课我们来复习列方程解决问题。［板书课题：式与方程(2)］</w:t>
            </w:r>
          </w:p>
        </w:tc>
        <w:tc>
          <w:tcPr>
            <w:tcW w:type="dxa" w:w="3061"/>
          </w:tcPr>
          <w:p>
            <w:pPr>
              <w:spacing w:after="20" w:line="276" w:lineRule="auto"/>
            </w:pPr>
            <w:r/>
            <w:r>
              <w:rPr>
                <w:rFonts w:ascii="宋体" w:hAnsi="宋体" w:eastAsia="宋体"/>
                <w:b w:val="0"/>
                <w:sz w:val="18"/>
              </w:rPr>
              <w:t>学生在小组内讨论，全班交流。</w:t>
            </w:r>
          </w:p>
          <w:p>
            <w:pPr>
              <w:spacing w:after="20" w:line="276" w:lineRule="auto"/>
            </w:pPr>
            <w:r>
              <w:rPr>
                <w:rFonts w:ascii="宋体" w:hAnsi="宋体" w:eastAsia="宋体"/>
                <w:b w:val="0"/>
                <w:sz w:val="18"/>
              </w:rPr>
              <w:t>学生可能会说找出未知数,用字母x表示，再分析实际问题中的数量关系，找出等量关系，列方程，解方程并检验作答。</w:t>
            </w:r>
          </w:p>
        </w:tc>
        <w:tc>
          <w:tcPr>
            <w:tcW w:type="dxa" w:w="1814"/>
          </w:tcPr>
          <w:p>
            <w:pPr>
              <w:spacing w:after="20" w:line="276" w:lineRule="auto"/>
            </w:pPr>
            <w:r/>
            <w:r>
              <w:rPr>
                <w:rFonts w:ascii="宋体" w:hAnsi="宋体" w:eastAsia="宋体"/>
                <w:b w:val="0"/>
                <w:sz w:val="18"/>
              </w:rPr>
              <w:t>引导学生回顾列方程解决实际问题的步骤，为后面的复习作铺垫。</w:t>
            </w:r>
          </w:p>
        </w:tc>
      </w:tr>
      <w:tr>
        <w:tc>
          <w:tcPr>
            <w:tcW w:type="dxa" w:w="1474"/>
          </w:tcPr>
          <w:p>
            <w:pPr>
              <w:spacing w:after="20" w:line="276" w:lineRule="auto"/>
            </w:pPr>
            <w:r>
              <w:rPr>
                <w:b/>
              </w:rPr>
            </w:r>
            <w:r>
              <w:rPr>
                <w:rFonts w:ascii="宋体" w:hAnsi="宋体" w:eastAsia="宋体"/>
                <w:b/>
                <w:sz w:val="18"/>
              </w:rPr>
              <w:t>二、突破难点，找等量关系</w:t>
            </w:r>
          </w:p>
        </w:tc>
        <w:tc>
          <w:tcPr>
            <w:tcW w:type="dxa" w:w="3061"/>
          </w:tcPr>
          <w:p>
            <w:pPr>
              <w:spacing w:after="20" w:line="276" w:lineRule="auto"/>
            </w:pPr>
            <w:r/>
            <w:r>
              <w:rPr>
                <w:rFonts w:ascii="宋体" w:hAnsi="宋体" w:eastAsia="宋体"/>
                <w:b w:val="0"/>
                <w:sz w:val="18"/>
              </w:rPr>
              <w:t>1.发现等量关系。</w:t>
            </w:r>
          </w:p>
          <w:p>
            <w:pPr>
              <w:spacing w:after="20" w:line="276" w:lineRule="auto"/>
            </w:pPr>
            <w:r>
              <w:rPr>
                <w:rFonts w:ascii="宋体" w:hAnsi="宋体" w:eastAsia="宋体"/>
                <w:b w:val="0"/>
                <w:sz w:val="18"/>
              </w:rPr>
              <w:t>师：在列方程解决问题的这些步骤中，你觉得哪一步是最难的？</w:t>
            </w:r>
          </w:p>
          <w:p>
            <w:pPr>
              <w:spacing w:after="20" w:line="276" w:lineRule="auto"/>
            </w:pPr>
            <w:r>
              <w:rPr>
                <w:rFonts w:ascii="宋体" w:hAnsi="宋体" w:eastAsia="宋体"/>
                <w:b w:val="0"/>
                <w:sz w:val="18"/>
              </w:rPr>
              <w:t>师：既然等量关系难找，那咱们就来练一练。（课件出示习题）</w:t>
            </w:r>
          </w:p>
          <w:p>
            <w:pPr>
              <w:spacing w:after="20" w:line="276" w:lineRule="auto"/>
            </w:pPr>
            <w:r>
              <w:rPr>
                <w:rFonts w:ascii="宋体" w:hAnsi="宋体" w:eastAsia="宋体"/>
                <w:b w:val="0"/>
                <w:sz w:val="18"/>
              </w:rPr>
              <w:t>师：你能找到数量关系吗？</w:t>
            </w:r>
          </w:p>
          <w:p>
            <w:pPr>
              <w:spacing w:after="20" w:line="276" w:lineRule="auto"/>
            </w:pPr>
            <w:r>
              <w:rPr>
                <w:rFonts w:ascii="宋体" w:hAnsi="宋体" w:eastAsia="宋体"/>
                <w:b w:val="0"/>
                <w:sz w:val="18"/>
              </w:rPr>
              <w:t>师：对呀！我们可以从以前学过的数量关系中去发现等量关系，像这样的等量关系还有哪些？</w:t>
            </w:r>
          </w:p>
          <w:p>
            <w:pPr>
              <w:spacing w:after="20" w:line="276" w:lineRule="auto"/>
            </w:pPr>
            <w:r>
              <w:rPr>
                <w:rFonts w:ascii="宋体" w:hAnsi="宋体" w:eastAsia="宋体"/>
                <w:b w:val="0"/>
                <w:sz w:val="18"/>
              </w:rPr>
              <w:t>2.练习找等量关系。</w:t>
            </w:r>
          </w:p>
          <w:p>
            <w:pPr>
              <w:spacing w:after="20" w:line="276" w:lineRule="auto"/>
            </w:pPr>
            <w:r>
              <w:rPr>
                <w:rFonts w:ascii="宋体" w:hAnsi="宋体" w:eastAsia="宋体"/>
                <w:b w:val="0"/>
                <w:sz w:val="18"/>
              </w:rPr>
              <w:t>找等量关系这个环节中，关注学生对题目中数量含义的理解，以及数量之间关系的理解。</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师：这是老师给你们准备的三道题，仔细读题，找出每一题的等量关系并写一写。</w:t>
            </w:r>
          </w:p>
          <w:p>
            <w:pPr>
              <w:spacing w:after="20" w:line="276" w:lineRule="auto"/>
            </w:pPr>
            <w:r>
              <w:rPr>
                <w:rFonts w:ascii="宋体" w:hAnsi="宋体" w:eastAsia="宋体"/>
                <w:b w:val="0"/>
                <w:sz w:val="18"/>
              </w:rPr>
              <w:t>师：同学们真了不起！很准确地找到了这几道题中的等量关系式。请同学们静静地思考一下，然后和同桌交流一下，你是怎么找到的？(学生互相交流)</w:t>
            </w:r>
          </w:p>
        </w:tc>
        <w:tc>
          <w:tcPr>
            <w:tcW w:type="dxa" w:w="3061"/>
          </w:tcPr>
          <w:p>
            <w:pPr>
              <w:spacing w:after="20" w:line="276" w:lineRule="auto"/>
            </w:pPr>
            <w:r/>
            <w:r>
              <w:rPr>
                <w:rFonts w:ascii="宋体" w:hAnsi="宋体" w:eastAsia="宋体"/>
                <w:b w:val="0"/>
                <w:sz w:val="18"/>
              </w:rPr>
              <w:t>学生可能说出找等量关系最难。</w:t>
            </w:r>
          </w:p>
          <w:p>
            <w:pPr>
              <w:spacing w:after="20" w:line="276" w:lineRule="auto"/>
            </w:pPr>
            <w:r>
              <w:rPr>
                <w:rFonts w:ascii="宋体" w:hAnsi="宋体" w:eastAsia="宋体"/>
                <w:b w:val="0"/>
                <w:sz w:val="18"/>
              </w:rPr>
              <w:t>预设1：不能，因为没有告诉具体数据。</w:t>
            </w:r>
          </w:p>
          <w:p>
            <w:pPr>
              <w:spacing w:after="20" w:line="276" w:lineRule="auto"/>
            </w:pPr>
            <w:r>
              <w:rPr>
                <w:rFonts w:ascii="宋体" w:hAnsi="宋体" w:eastAsia="宋体"/>
                <w:b w:val="0"/>
                <w:sz w:val="18"/>
              </w:rPr>
              <w:t>预设2：能，“速度×时间=路程”是我们学过的数量关系,不管有没有数据，它都是存在的。</w:t>
            </w:r>
          </w:p>
          <w:p>
            <w:pPr>
              <w:spacing w:after="20" w:line="276" w:lineRule="auto"/>
            </w:pPr>
            <w:r>
              <w:rPr>
                <w:rFonts w:ascii="宋体" w:hAnsi="宋体" w:eastAsia="宋体"/>
                <w:b w:val="0"/>
                <w:sz w:val="18"/>
              </w:rPr>
              <w:t>学生可能会说出“工作总量=工作效率×工作时间”“总价=单价×数量”。</w:t>
            </w:r>
          </w:p>
          <w:p>
            <w:pPr>
              <w:spacing w:after="20" w:line="276" w:lineRule="auto"/>
            </w:pPr>
            <w:r>
              <w:rPr>
                <w:rFonts w:ascii="宋体" w:hAnsi="宋体" w:eastAsia="宋体"/>
                <w:b w:val="0"/>
                <w:sz w:val="18"/>
              </w:rPr>
              <w:t>学生独立完成后，然后在小组内交流订正。</w:t>
            </w:r>
          </w:p>
          <w:p>
            <w:pPr>
              <w:spacing w:after="20" w:line="276" w:lineRule="auto"/>
            </w:pPr>
            <w:r>
              <w:rPr>
                <w:rFonts w:ascii="宋体" w:hAnsi="宋体" w:eastAsia="宋体"/>
                <w:b w:val="0"/>
                <w:sz w:val="18"/>
              </w:rPr>
              <w:t>小组活动后进行汇报。</w:t>
            </w:r>
          </w:p>
          <w:p>
            <w:pPr>
              <w:spacing w:after="20" w:line="276" w:lineRule="auto"/>
            </w:pPr>
            <w:r>
              <w:rPr>
                <w:rFonts w:ascii="宋体" w:hAnsi="宋体" w:eastAsia="宋体"/>
                <w:b w:val="0"/>
                <w:sz w:val="18"/>
              </w:rPr>
              <w:t>第(1)题要先找单位“1”，等量关系式是：小云踢毽的数量× EMBED Equation.DSMT4  =小平踢毽的数量。第(2)题中的等量关系式是：原价×折扣=售价。第(3)题中的等量关系式是：这本书的页数×(1- EMBED Equation.DSMT4  )=第一周读的页数。</w:t>
            </w:r>
          </w:p>
        </w:tc>
        <w:tc>
          <w:tcPr>
            <w:tcW w:type="dxa" w:w="1814"/>
          </w:tcPr>
          <w:p>
            <w:pPr>
              <w:spacing w:after="20" w:line="276" w:lineRule="auto"/>
            </w:pPr>
            <w:r/>
            <w:r>
              <w:rPr>
                <w:rFonts w:ascii="宋体" w:hAnsi="宋体" w:eastAsia="宋体"/>
                <w:b w:val="0"/>
                <w:sz w:val="18"/>
              </w:rPr>
              <w:t>用方框遮住数据和问题，学生从原来的“找不到”到“能找到”，发现找等量关系与数据、问题等因素无关，而应关注题目中各数量之间的关系。</w:t>
            </w:r>
          </w:p>
        </w:tc>
      </w:tr>
      <w:tr>
        <w:tc>
          <w:tcPr>
            <w:tcW w:type="dxa" w:w="1474"/>
          </w:tcPr>
          <w:p>
            <w:pPr>
              <w:spacing w:after="20" w:line="276" w:lineRule="auto"/>
            </w:pPr>
            <w:r>
              <w:rPr>
                <w:b/>
              </w:rPr>
            </w:r>
            <w:r>
              <w:rPr>
                <w:rFonts w:ascii="宋体" w:hAnsi="宋体" w:eastAsia="宋体"/>
                <w:b/>
                <w:sz w:val="18"/>
              </w:rPr>
              <w:t>三、对比算术法和方程法，体会方程法的价值</w:t>
            </w:r>
          </w:p>
        </w:tc>
        <w:tc>
          <w:tcPr>
            <w:tcW w:type="dxa" w:w="3061"/>
          </w:tcPr>
          <w:p>
            <w:pPr>
              <w:spacing w:after="20" w:line="276" w:lineRule="auto"/>
            </w:pPr>
            <w:r/>
            <w:r>
              <w:rPr>
                <w:rFonts w:ascii="宋体" w:hAnsi="宋体" w:eastAsia="宋体"/>
                <w:b w:val="0"/>
                <w:sz w:val="18"/>
              </w:rPr>
              <w:t>师：你们喜欢列方程解决问题吗？我听到了两种不同的声音，这样，我们一起来看这道题。（出示课件）</w:t>
            </w:r>
          </w:p>
          <w:p>
            <w:pPr>
              <w:spacing w:after="20" w:line="276" w:lineRule="auto"/>
            </w:pPr>
            <w:r>
              <w:rPr>
                <w:rFonts w:ascii="宋体" w:hAnsi="宋体" w:eastAsia="宋体"/>
                <w:b w:val="0"/>
                <w:sz w:val="18"/>
              </w:rPr>
              <w:t>给予学生一些分析数量关系的方法，如常见的数量关系、公式、关键词句的理解等，帮助学生掌握找等量关系的方法。</w:t>
            </w:r>
          </w:p>
          <w:p>
            <w:pPr>
              <w:spacing w:after="20" w:line="276" w:lineRule="auto"/>
            </w:pPr>
            <w:r>
              <w:rPr>
                <w:rFonts w:ascii="宋体" w:hAnsi="宋体" w:eastAsia="宋体"/>
                <w:b w:val="0"/>
                <w:sz w:val="18"/>
              </w:rPr>
              <w:t>师：解决这个问题，为什么算术法容易出错？</w:t>
            </w:r>
          </w:p>
          <w:p>
            <w:pPr>
              <w:spacing w:after="20" w:line="276" w:lineRule="auto"/>
            </w:pPr>
            <w:r>
              <w:rPr>
                <w:rFonts w:ascii="宋体" w:hAnsi="宋体" w:eastAsia="宋体"/>
                <w:b w:val="0"/>
                <w:sz w:val="18"/>
              </w:rPr>
              <w:t>师：是不是所有的题目都适合用方程法呢？我们再来看一组题。（出示课件）</w:t>
            </w:r>
          </w:p>
          <w:p>
            <w:pPr>
              <w:spacing w:after="20" w:line="276" w:lineRule="auto"/>
            </w:pPr>
            <w:r>
              <w:rPr>
                <w:rFonts w:ascii="宋体" w:hAnsi="宋体" w:eastAsia="宋体"/>
                <w:b w:val="0"/>
                <w:sz w:val="18"/>
              </w:rPr>
              <w:t>师：对，这一道题在读题时就能很快地想到计算方法，因为它就是我们常说的“顺向题”。看来，有些题目适合用方程法，而有的题目适合用算术法。请大家看教科书P82“练习十六”第14题，不用解答，你想用方程法还是算术法解答？</w:t>
            </w:r>
          </w:p>
          <w:p>
            <w:pPr>
              <w:spacing w:after="20" w:line="276" w:lineRule="auto"/>
            </w:pPr>
            <w:r>
              <w:rPr>
                <w:rFonts w:ascii="宋体" w:hAnsi="宋体" w:eastAsia="宋体"/>
                <w:b w:val="0"/>
                <w:sz w:val="18"/>
              </w:rPr>
              <w:t>教师统计一下选择用方程法解答的人数多还是用算术法解答的人数多。</w:t>
            </w:r>
          </w:p>
          <w:p>
            <w:pPr>
              <w:spacing w:after="20" w:line="276" w:lineRule="auto"/>
            </w:pPr>
            <w:r>
              <w:rPr>
                <w:rFonts w:ascii="宋体" w:hAnsi="宋体" w:eastAsia="宋体"/>
                <w:b w:val="0"/>
                <w:sz w:val="18"/>
              </w:rPr>
              <w:t>师：为什么这么多同学选择用方程法？</w:t>
            </w:r>
          </w:p>
          <w:p>
            <w:pPr>
              <w:spacing w:after="20" w:line="276" w:lineRule="auto"/>
            </w:pPr>
            <w:r>
              <w:rPr>
                <w:rFonts w:ascii="宋体" w:hAnsi="宋体" w:eastAsia="宋体"/>
                <w:b w:val="0"/>
                <w:sz w:val="18"/>
              </w:rPr>
              <w:t>较难厘清关系的情况，我们只要找到等量关系，就可以很快地列方程解决问题。例如这道“鸡兔同笼”问题，由于涉及两个相关联的未知量，所以用方程法解答，思维过程更加清晰、简洁。</w:t>
            </w:r>
          </w:p>
          <w:p>
            <w:pPr>
              <w:spacing w:after="20" w:line="276" w:lineRule="auto"/>
            </w:pPr>
            <w:r>
              <w:rPr>
                <w:rFonts w:ascii="宋体" w:hAnsi="宋体" w:eastAsia="宋体"/>
                <w:b w:val="0"/>
                <w:sz w:val="18"/>
              </w:rPr>
              <w:t>师：算术法一直伴随着我们的学习，形式简单，但在解决复杂问题的时候相对难理解，而方程法可以解决比较复杂的问题，尤其是到了初中，碰到更复杂的问题，就更适合用方程来解答。在解决问题时，我们要学会选择合适的方法。</w:t>
            </w:r>
          </w:p>
        </w:tc>
        <w:tc>
          <w:tcPr>
            <w:tcW w:type="dxa" w:w="3061"/>
          </w:tcPr>
          <w:p>
            <w:pPr>
              <w:spacing w:after="20" w:line="276" w:lineRule="auto"/>
            </w:pPr>
            <w:r/>
            <w:r>
              <w:rPr>
                <w:rFonts w:ascii="宋体" w:hAnsi="宋体" w:eastAsia="宋体"/>
                <w:b w:val="0"/>
                <w:sz w:val="18"/>
              </w:rPr>
              <w:t>学生可以通过找等量关系或者将乙数的值代回到原题中进行检验的方法，发现算术法解答是错误的，正确的算术解法是(30+2)÷5=6.4。</w:t>
            </w:r>
          </w:p>
          <w:p>
            <w:pPr>
              <w:spacing w:after="20" w:line="276" w:lineRule="auto"/>
            </w:pPr>
            <w:r>
              <w:rPr>
                <w:rFonts w:ascii="宋体" w:hAnsi="宋体" w:eastAsia="宋体"/>
                <w:b w:val="0"/>
                <w:sz w:val="18"/>
              </w:rPr>
              <w:t>学生可能会说出因为算术法是逆向思维，容易错；而方程法是顺向的，容易做对。</w:t>
            </w:r>
          </w:p>
          <w:p>
            <w:pPr>
              <w:spacing w:after="20" w:line="276" w:lineRule="auto"/>
            </w:pPr>
            <w:r>
              <w:rPr>
                <w:rFonts w:ascii="宋体" w:hAnsi="宋体" w:eastAsia="宋体"/>
                <w:b w:val="0"/>
                <w:sz w:val="18"/>
              </w:rPr>
              <w:t>学生可能会说出这道题用算术法解答更简单。</w:t>
            </w:r>
          </w:p>
        </w:tc>
        <w:tc>
          <w:tcPr>
            <w:tcW w:type="dxa" w:w="1814"/>
          </w:tcPr>
          <w:p>
            <w:pPr>
              <w:spacing w:after="20" w:line="276" w:lineRule="auto"/>
            </w:pPr>
            <w:r/>
            <w:r>
              <w:rPr>
                <w:rFonts w:ascii="宋体" w:hAnsi="宋体" w:eastAsia="宋体"/>
                <w:b w:val="0"/>
                <w:sz w:val="18"/>
              </w:rPr>
              <w:t>目前小学阶段的问题，很多学生还能用算术法解答出来，大部分题目在难度上还没有达到非方程法不可的地步。通过比较梳理两种方法之间的优缺点，让学生能根据不同的情况加以选择。</w:t>
            </w:r>
          </w:p>
        </w:tc>
      </w:tr>
      <w:tr>
        <w:tc>
          <w:tcPr>
            <w:tcW w:type="dxa" w:w="1474"/>
          </w:tcPr>
          <w:p>
            <w:pPr>
              <w:spacing w:after="20" w:line="276" w:lineRule="auto"/>
            </w:pPr>
            <w:r>
              <w:rPr>
                <w:b/>
              </w:rPr>
            </w:r>
            <w:r>
              <w:rPr>
                <w:rFonts w:ascii="宋体" w:hAnsi="宋体" w:eastAsia="宋体"/>
                <w:b/>
                <w:sz w:val="18"/>
              </w:rPr>
              <w:t>四、巩固练习，提高能力</w:t>
            </w:r>
          </w:p>
        </w:tc>
        <w:tc>
          <w:tcPr>
            <w:tcW w:type="dxa" w:w="3061"/>
          </w:tcPr>
          <w:p>
            <w:pPr>
              <w:spacing w:after="20" w:line="276" w:lineRule="auto"/>
            </w:pPr>
            <w:r/>
            <w:r>
              <w:rPr>
                <w:rFonts w:ascii="宋体" w:hAnsi="宋体" w:eastAsia="宋体"/>
                <w:b w:val="0"/>
                <w:sz w:val="18"/>
              </w:rPr>
              <w:t>1.完成教科书P80“做一做”第2题和P82“练习十六”第8、10题。</w:t>
            </w:r>
          </w:p>
          <w:p>
            <w:pPr>
              <w:spacing w:after="20" w:line="276" w:lineRule="auto"/>
            </w:pPr>
            <w:r>
              <w:rPr>
                <w:rFonts w:ascii="宋体" w:hAnsi="宋体" w:eastAsia="宋体"/>
                <w:b w:val="0"/>
                <w:sz w:val="18"/>
              </w:rPr>
              <w:t>2.完成教科书P82“练习十六”第9、11、12、13、14题。</w:t>
            </w:r>
          </w:p>
          <w:p>
            <w:pPr>
              <w:spacing w:after="20" w:line="276" w:lineRule="auto"/>
            </w:pPr>
            <w:r>
              <w:rPr>
                <w:rFonts w:ascii="宋体" w:hAnsi="宋体" w:eastAsia="宋体"/>
                <w:b w:val="0"/>
                <w:sz w:val="18"/>
              </w:rPr>
              <w:t>第11题：找到题目中的等量关系式：北京密云水库蓄水量×26+4=290，根据关系式列方程解答比较轻松，注意提醒学生检验。</w:t>
            </w:r>
          </w:p>
          <w:p>
            <w:pPr>
              <w:spacing w:after="20" w:line="276" w:lineRule="auto"/>
            </w:pPr>
            <w:r>
              <w:rPr>
                <w:rFonts w:ascii="宋体" w:hAnsi="宋体" w:eastAsia="宋体"/>
                <w:b w:val="0"/>
                <w:sz w:val="18"/>
              </w:rPr>
              <w:t>第12题：需要根据“(折后)售价-进价=赚的钱”的等量关系进行分析、解答。指导学生认真分析题目中的信息，用算术法(150-30)÷150=80%、1-30÷150=80%，或者(150×60%+30)÷150=80%，都要予以肯定，还可以用方程解答：设折扣为x,150x-150×60%=30，</w:t>
            </w:r>
          </w:p>
          <w:p>
            <w:pPr>
              <w:spacing w:after="20" w:line="276" w:lineRule="auto"/>
            </w:pPr>
            <w:r>
              <w:rPr>
                <w:rFonts w:ascii="宋体" w:hAnsi="宋体" w:eastAsia="宋体"/>
                <w:b w:val="0"/>
                <w:sz w:val="18"/>
              </w:rPr>
              <w:t>在指导学生列方程解决问题时，要关注解决问题的步骤，尤其是检验这一环节，学生容易忽略。引导学生理解方程的实质是用一个等式把量与量之间的关系表示出来，设出未知数后，可以使用顺向的思维理解数量关系，把复杂的问题简单化。</w:t>
            </w:r>
          </w:p>
          <w:p>
            <w:pPr>
              <w:spacing w:after="20" w:line="276" w:lineRule="auto"/>
            </w:pPr>
            <w:r>
              <w:rPr>
                <w:rFonts w:ascii="宋体" w:hAnsi="宋体" w:eastAsia="宋体"/>
                <w:b w:val="0"/>
                <w:sz w:val="18"/>
              </w:rPr>
              <w:t>最后得到应该打八折或八折以上。</w:t>
            </w:r>
          </w:p>
          <w:p>
            <w:pPr>
              <w:spacing w:after="20" w:line="276" w:lineRule="auto"/>
            </w:pPr>
            <w:r>
              <w:rPr>
                <w:rFonts w:ascii="宋体" w:hAnsi="宋体" w:eastAsia="宋体"/>
                <w:b w:val="0"/>
                <w:sz w:val="18"/>
              </w:rPr>
              <w:t>第13题：可以把题目中所提的3个问题分别转化成容易理解的数学问题。例如第1个问题问的就是10分钟后两人是否都能到达电影院。由于小冬家距离电影院更远，且速度更慢，则他所需要时间更长；如果他能按时到达，那么小明也可以。第2、3个问题是相遇问题中的两个相关问题，可以借助线段图帮助理解。</w:t>
            </w:r>
          </w:p>
          <w:p>
            <w:pPr>
              <w:spacing w:after="20" w:line="276" w:lineRule="auto"/>
            </w:pPr>
            <w:r>
              <w:rPr>
                <w:rFonts w:ascii="宋体" w:hAnsi="宋体" w:eastAsia="宋体"/>
                <w:b w:val="0"/>
                <w:sz w:val="18"/>
              </w:rPr>
              <w:t>第14题：先让学生列方程来解答，感受方程的简洁性。有的学生可能会用列表法、假设法来解决问题，教师要予以肯定，注意让学生说清解题思路。</w:t>
            </w:r>
          </w:p>
        </w:tc>
        <w:tc>
          <w:tcPr>
            <w:tcW w:type="dxa" w:w="3061"/>
          </w:tcPr>
          <w:p>
            <w:pPr>
              <w:spacing w:after="20" w:line="276" w:lineRule="auto"/>
            </w:pPr>
            <w:r/>
            <w:r>
              <w:rPr>
                <w:rFonts w:ascii="宋体" w:hAnsi="宋体" w:eastAsia="宋体"/>
                <w:b w:val="0"/>
                <w:sz w:val="18"/>
              </w:rPr>
              <w:t>学生独立列方程解答，集体交流，课件出示正确解答。</w:t>
            </w:r>
          </w:p>
          <w:p>
            <w:pPr>
              <w:spacing w:after="20" w:line="276" w:lineRule="auto"/>
            </w:pPr>
            <w:r>
              <w:rPr>
                <w:rFonts w:ascii="宋体" w:hAnsi="宋体" w:eastAsia="宋体"/>
                <w:b w:val="0"/>
                <w:sz w:val="18"/>
              </w:rPr>
              <w:t>前面已经写出了另外3道题的等量关系式，所以很轻松地列方程来解决问题。还可以让学生用算术法解答进行验证。</w:t>
            </w:r>
          </w:p>
          <w:p>
            <w:pPr>
              <w:spacing w:after="20" w:line="276" w:lineRule="auto"/>
            </w:pPr>
            <w:r>
              <w:rPr>
                <w:rFonts w:ascii="宋体" w:hAnsi="宋体" w:eastAsia="宋体"/>
                <w:b w:val="0"/>
                <w:sz w:val="18"/>
              </w:rPr>
              <w:t>学生独立完成后，在小组内交流订正，教师巡视指导。</w:t>
            </w:r>
          </w:p>
          <w:p>
            <w:pPr>
              <w:spacing w:after="20" w:line="276" w:lineRule="auto"/>
            </w:pPr>
            <w:r>
              <w:rPr>
                <w:rFonts w:ascii="宋体" w:hAnsi="宋体" w:eastAsia="宋体"/>
                <w:b w:val="0"/>
                <w:sz w:val="18"/>
              </w:rPr>
              <w:t>第9题：找到题目中的等量关系式：丁香花的棵数×2=240+16，然后设出未知数列方程解答，如果学生用算术法(240+16)÷2解答也要予以肯定。</w:t>
            </w:r>
          </w:p>
        </w:tc>
        <w:tc>
          <w:tcPr>
            <w:tcW w:type="dxa" w:w="1814"/>
          </w:tcPr>
          <w:p>
            <w:pPr>
              <w:spacing w:after="20" w:line="276" w:lineRule="auto"/>
            </w:pPr>
            <w:r/>
            <w:r>
              <w:rPr>
                <w:rFonts w:ascii="宋体" w:hAnsi="宋体" w:eastAsia="宋体"/>
                <w:b w:val="0"/>
                <w:sz w:val="18"/>
              </w:rPr>
              <w:t>这一组练习都来源于生活，练习中引导学生重温用方程解决实际问题的步骤，交流用方程解决实际问题的经验，培养学生综合运用知识解决实际问题的能力。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引导学生回顾梳理本课所学，完善认知结构，提升归纳与反思能力，核心问题："今天的数学课，你们有哪些收获呢？"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式与方程（2）</w:t>
      </w:r>
    </w:p>
    <w:p>
      <w:pPr>
        <w:spacing w:after="40" w:line="300" w:lineRule="auto"/>
      </w:pPr>
      <w:r>
        <w:rPr>
          <w:rFonts w:ascii="宋体" w:hAnsi="宋体" w:eastAsia="宋体"/>
          <w:b w:val="0"/>
          <w:sz w:val="20"/>
        </w:rPr>
        <w:t>设、找、列、解、验</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式与方程”的总复习承担着一个重要的功能，就是顺利完成中小学衔接，并对第三学段的数学学习产生积极的影响，产生源源不断的学习动力。本课教学着重让学生学会在不同的情境中选择合理的方法解决问题，培养方程意识。面对复杂的问题，有些学生很难找到等量关系式，还需要教师的重点指导。</w:t>
      </w:r>
    </w:p>
    <w:p>
      <w:r>
        <w:br w:type="page"/>
      </w:r>
    </w:p>
    <w:p>
      <w:pPr>
        <w:spacing w:after="80" w:line="300" w:lineRule="auto"/>
      </w:pPr>
      <w:r>
        <w:rPr>
          <w:rFonts w:ascii="黑体" w:hAnsi="黑体" w:eastAsia="黑体"/>
          <w:b/>
          <w:sz w:val="24"/>
        </w:rPr>
        <w:t>二、课时教学方案（第25课时）</w:t>
      </w:r>
    </w:p>
    <w:p>
      <w:pPr>
        <w:spacing w:after="80" w:line="300" w:lineRule="auto"/>
      </w:pPr>
      <w:r>
        <w:rPr>
          <w:rFonts w:ascii="黑体" w:hAnsi="黑体" w:eastAsia="黑体"/>
          <w:b/>
          <w:sz w:val="24"/>
        </w:rPr>
        <w:t>第25课时　比和比例（1）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第25课时　比和比例（1）</w:t>
            </w:r>
          </w:p>
        </w:tc>
        <w:tc>
          <w:tcPr>
            <w:tcW w:type="dxa" w:w="6009"/>
          </w:tcPr>
          <w:p>
            <w:pPr>
              <w:spacing w:after="20" w:line="276" w:lineRule="auto"/>
            </w:pPr>
            <w:r/>
            <w:r>
              <w:rPr>
                <w:rFonts w:ascii="宋体" w:hAnsi="宋体" w:eastAsia="宋体"/>
                <w:b w:val="0"/>
                <w:sz w:val="20"/>
              </w:rPr>
              <w:t>第6单元 整理和复习（数与代数）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所涉及的知识，学生在之前都已经学习过，而且在每个学段的学习中,都有总结复习。本单元只是将知识点再现，进行系统的整理和复习，帮助学生建立知识间的联系。六年级的学生已经有了一定的小组合作探究的能力和总结概括的能力，所以在教学时设计一些让学生自主总结交流的环节，帮助学生总结个人经验，分享他人经验，有利于学生的全面发展，也有利于提高本单元的教学成效。</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（1）进一步理解比和比例的意义与基本性质，巩固比与分数、除法的关系。探究比的基本性质、分数的基本性质和商不变的规律之间的关系。</w:t>
      </w:r>
    </w:p>
    <w:p>
      <w:pPr>
        <w:spacing w:after="20" w:line="300" w:lineRule="auto"/>
        <w:ind w:firstLine="400"/>
      </w:pPr>
      <w:r>
        <w:rPr>
          <w:rFonts w:ascii="宋体" w:hAnsi="宋体" w:eastAsia="宋体"/>
          <w:b w:val="0"/>
          <w:sz w:val="20"/>
        </w:rPr>
        <w:t>（2）经历整理知识的过程，提高归纳、总结、概括的能力，使知识融会贯通，体会“变中有不变”的思想。</w:t>
      </w:r>
    </w:p>
    <w:p>
      <w:pPr>
        <w:spacing w:after="20" w:line="300" w:lineRule="auto"/>
        <w:ind w:firstLine="400"/>
      </w:pPr>
      <w:r>
        <w:rPr>
          <w:rFonts w:ascii="宋体" w:hAnsi="宋体" w:eastAsia="宋体"/>
          <w:b w:val="0"/>
          <w:sz w:val="20"/>
        </w:rPr>
        <w:t>（3）激发学生的学习兴趣,培养合作意识。</w:t>
      </w:r>
    </w:p>
    <w:p>
      <w:pPr>
        <w:spacing w:after="20" w:line="300" w:lineRule="auto"/>
      </w:pPr>
      <w:r>
        <w:rPr>
          <w:rFonts w:ascii="宋体" w:hAnsi="宋体" w:eastAsia="宋体"/>
          <w:b w:val="0"/>
          <w:sz w:val="20"/>
        </w:rPr>
        <w:t>教学重点：理解比和比例的意义、性质,掌握关于比和比例的一些实际运用和计算。</w:t>
      </w:r>
    </w:p>
    <w:p>
      <w:pPr>
        <w:spacing w:after="20" w:line="300" w:lineRule="auto"/>
      </w:pPr>
      <w:r>
        <w:rPr>
          <w:rFonts w:ascii="宋体" w:hAnsi="宋体" w:eastAsia="宋体"/>
          <w:b w:val="0"/>
          <w:sz w:val="20"/>
        </w:rPr>
        <w:t>教学难点：厘清所学知识间的联系,建构知识网络。</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一、创设情境，唤起对比和比例知识的回忆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今天我们的课堂上有多少名同学呢？男、女同学分别有多少名?；谁能用比的知识说说男、女同学的人数和本班人数的关系？</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二、复习比和比例的基础知识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关于比和比例的知识，你知道什么？它们有什么区别和联系？；求比值和化简比有什么联系和区别？</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三、巩固练习，知识应用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回顾今天的复习过程，你们有什么收获呢？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一、创设情境，唤起对比和比例知识的回忆</w:t>
            </w:r>
          </w:p>
        </w:tc>
        <w:tc>
          <w:tcPr>
            <w:tcW w:type="dxa" w:w="3061"/>
          </w:tcPr>
          <w:p>
            <w:pPr>
              <w:spacing w:after="20" w:line="276" w:lineRule="auto"/>
            </w:pPr>
            <w:r/>
            <w:r>
              <w:rPr>
                <w:rFonts w:ascii="宋体" w:hAnsi="宋体" w:eastAsia="宋体"/>
                <w:b w:val="0"/>
                <w:sz w:val="18"/>
              </w:rPr>
              <w:t>师：今天我们的课堂上有多少名同学呢？男、女同学分别有多少名?</w:t>
            </w:r>
          </w:p>
          <w:p>
            <w:pPr>
              <w:spacing w:after="20" w:line="276" w:lineRule="auto"/>
            </w:pPr>
            <w:r>
              <w:rPr>
                <w:rFonts w:ascii="宋体" w:hAnsi="宋体" w:eastAsia="宋体"/>
                <w:b w:val="0"/>
                <w:sz w:val="18"/>
              </w:rPr>
              <w:t>(教师可以根据学生的统计将数据写在黑板上)</w:t>
            </w:r>
          </w:p>
          <w:p>
            <w:pPr>
              <w:spacing w:after="20" w:line="276" w:lineRule="auto"/>
            </w:pPr>
            <w:r>
              <w:rPr>
                <w:rFonts w:ascii="宋体" w:hAnsi="宋体" w:eastAsia="宋体"/>
                <w:b w:val="0"/>
                <w:sz w:val="18"/>
              </w:rPr>
              <w:t>师：谁能用比的知识说说男、女同学的人数和本班人数的关系？</w:t>
            </w:r>
          </w:p>
          <w:p>
            <w:pPr>
              <w:spacing w:after="20" w:line="276" w:lineRule="auto"/>
            </w:pPr>
            <w:r>
              <w:rPr>
                <w:rFonts w:ascii="宋体" w:hAnsi="宋体" w:eastAsia="宋体"/>
                <w:b w:val="0"/>
                <w:sz w:val="18"/>
              </w:rPr>
              <w:t>师：你能分别再说一个比和刚才的比组成比例吗?说一说你的方法是什么？</w:t>
            </w:r>
          </w:p>
          <w:p>
            <w:pPr>
              <w:spacing w:after="20" w:line="276" w:lineRule="auto"/>
            </w:pPr>
            <w:r>
              <w:rPr>
                <w:rFonts w:ascii="宋体" w:hAnsi="宋体" w:eastAsia="宋体"/>
                <w:b w:val="0"/>
                <w:sz w:val="18"/>
              </w:rPr>
              <w:t>师：今天我们就来复习有关比和比例的知识。［板书课题：比和比例(1)］</w:t>
            </w:r>
          </w:p>
        </w:tc>
        <w:tc>
          <w:tcPr>
            <w:tcW w:type="dxa" w:w="3061"/>
          </w:tcPr>
          <w:p>
            <w:pPr>
              <w:spacing w:after="20" w:line="276" w:lineRule="auto"/>
            </w:pPr>
            <w:r/>
            <w:r>
              <w:rPr>
                <w:rFonts w:ascii="宋体" w:hAnsi="宋体" w:eastAsia="宋体"/>
                <w:b w:val="0"/>
                <w:sz w:val="18"/>
              </w:rPr>
              <w:t>学生可能说出男生和女生人数的比，女生和男生人数的比，男生和全班人数的比，女生和全班人数的比。</w:t>
            </w:r>
          </w:p>
          <w:p>
            <w:pPr>
              <w:spacing w:after="20" w:line="276" w:lineRule="auto"/>
            </w:pPr>
            <w:r>
              <w:rPr>
                <w:rFonts w:ascii="宋体" w:hAnsi="宋体" w:eastAsia="宋体"/>
                <w:b w:val="0"/>
                <w:sz w:val="18"/>
              </w:rPr>
              <w:t>学生可能说出利用比的基本性质,找到比值相等的两个比，可以组成比例。</w:t>
            </w:r>
          </w:p>
        </w:tc>
        <w:tc>
          <w:tcPr>
            <w:tcW w:type="dxa" w:w="1814"/>
          </w:tcPr>
          <w:p>
            <w:pPr>
              <w:spacing w:after="20" w:line="276" w:lineRule="auto"/>
            </w:pPr>
            <w:r/>
            <w:r>
              <w:rPr>
                <w:rFonts w:ascii="宋体" w:hAnsi="宋体" w:eastAsia="宋体"/>
                <w:b w:val="0"/>
                <w:sz w:val="18"/>
              </w:rPr>
              <w:t>利用身边的信息创设情境，激发学生的学习热情，感受知识与数学的紧密联系，主动重温比和比例的区别与联系。</w:t>
            </w:r>
          </w:p>
        </w:tc>
      </w:tr>
      <w:tr>
        <w:tc>
          <w:tcPr>
            <w:tcW w:type="dxa" w:w="1474"/>
          </w:tcPr>
          <w:p>
            <w:pPr>
              <w:spacing w:after="20" w:line="276" w:lineRule="auto"/>
            </w:pPr>
            <w:r>
              <w:rPr>
                <w:b/>
              </w:rPr>
            </w:r>
            <w:r>
              <w:rPr>
                <w:rFonts w:ascii="宋体" w:hAnsi="宋体" w:eastAsia="宋体"/>
                <w:b/>
                <w:sz w:val="18"/>
              </w:rPr>
              <w:t>二、复习比和比例的基础知识</w:t>
            </w:r>
          </w:p>
        </w:tc>
        <w:tc>
          <w:tcPr>
            <w:tcW w:type="dxa" w:w="3061"/>
          </w:tcPr>
          <w:p>
            <w:pPr>
              <w:spacing w:after="20" w:line="276" w:lineRule="auto"/>
            </w:pPr>
            <w:r/>
            <w:r>
              <w:rPr>
                <w:rFonts w:ascii="宋体" w:hAnsi="宋体" w:eastAsia="宋体"/>
                <w:b w:val="0"/>
                <w:sz w:val="18"/>
              </w:rPr>
              <w:t>1.比和比例的意义和性质。</w:t>
            </w:r>
          </w:p>
          <w:p>
            <w:pPr>
              <w:spacing w:after="20" w:line="276" w:lineRule="auto"/>
            </w:pPr>
            <w:r>
              <w:rPr>
                <w:rFonts w:ascii="宋体" w:hAnsi="宋体" w:eastAsia="宋体"/>
                <w:b w:val="0"/>
                <w:sz w:val="18"/>
              </w:rPr>
              <w:t>（1）学生独立完成教科书P83第1题的表格，教师巡视指导，然后在小组内交流。</w:t>
            </w:r>
          </w:p>
          <w:p>
            <w:pPr>
              <w:spacing w:after="20" w:line="276" w:lineRule="auto"/>
            </w:pPr>
            <w:r>
              <w:rPr>
                <w:rFonts w:ascii="宋体" w:hAnsi="宋体" w:eastAsia="宋体"/>
                <w:b w:val="0"/>
                <w:sz w:val="18"/>
              </w:rPr>
              <w:t>师：关于比和比例的知识，你知道什么？它们有什么区别和联系？</w:t>
            </w:r>
          </w:p>
          <w:p>
            <w:pPr>
              <w:spacing w:after="20" w:line="276" w:lineRule="auto"/>
            </w:pPr>
            <w:r>
              <w:rPr>
                <w:rFonts w:ascii="宋体" w:hAnsi="宋体" w:eastAsia="宋体"/>
                <w:b w:val="0"/>
                <w:sz w:val="18"/>
              </w:rPr>
              <w:t>(2)完成教科书P84“练习十七”第1题。</w:t>
            </w:r>
          </w:p>
          <w:p>
            <w:pPr>
              <w:spacing w:after="20" w:line="276" w:lineRule="auto"/>
            </w:pPr>
            <w:r>
              <w:rPr>
                <w:rFonts w:ascii="宋体" w:hAnsi="宋体" w:eastAsia="宋体"/>
                <w:b w:val="0"/>
                <w:sz w:val="18"/>
              </w:rPr>
              <w:t>师：求比值和化简比有什么联系和区别？你能用表格整理一下</w:t>
            </w:r>
          </w:p>
          <w:p>
            <w:pPr>
              <w:spacing w:after="20" w:line="276" w:lineRule="auto"/>
            </w:pPr>
            <w:r>
              <w:rPr>
                <w:rFonts w:ascii="宋体" w:hAnsi="宋体" w:eastAsia="宋体"/>
                <w:b w:val="0"/>
                <w:sz w:val="18"/>
              </w:rPr>
              <w:t>自主归纳知识点是本课的重点和难点，学生在汇报交流时，可能回答不一定完整，语言也不一定准确精练，但只要意思相符就应予以肯定。</w:t>
            </w:r>
          </w:p>
          <w:p>
            <w:pPr>
              <w:spacing w:after="20" w:line="276" w:lineRule="auto"/>
            </w:pPr>
            <w:r>
              <w:rPr>
                <w:rFonts w:ascii="宋体" w:hAnsi="宋体" w:eastAsia="宋体"/>
                <w:b w:val="0"/>
                <w:sz w:val="18"/>
              </w:rPr>
              <w:t>吗？</w:t>
            </w:r>
          </w:p>
          <w:p>
            <w:pPr>
              <w:spacing w:after="20" w:line="276" w:lineRule="auto"/>
            </w:pPr>
            <w:r>
              <w:rPr>
                <w:rFonts w:ascii="宋体" w:hAnsi="宋体" w:eastAsia="宋体"/>
                <w:b w:val="0"/>
                <w:sz w:val="18"/>
              </w:rPr>
              <w:t>2.比与分数、除法的关系。</w:t>
            </w:r>
          </w:p>
          <w:p>
            <w:pPr>
              <w:spacing w:after="20" w:line="276" w:lineRule="auto"/>
            </w:pPr>
            <w:r>
              <w:rPr>
                <w:rFonts w:ascii="宋体" w:hAnsi="宋体" w:eastAsia="宋体"/>
                <w:b w:val="0"/>
                <w:sz w:val="18"/>
              </w:rPr>
              <w:t>师：比与分数、除法有什么联系？请大家先填写教科书P83第2题的表格，再说一说它们的区别。</w:t>
            </w:r>
          </w:p>
          <w:p>
            <w:pPr>
              <w:spacing w:after="20" w:line="276" w:lineRule="auto"/>
            </w:pPr>
            <w:r>
              <w:rPr>
                <w:rFonts w:ascii="宋体" w:hAnsi="宋体" w:eastAsia="宋体"/>
                <w:b w:val="0"/>
                <w:sz w:val="18"/>
              </w:rPr>
              <w:t>师：你能用字母来表示比与分数、除法之间的关系吗？</w:t>
            </w:r>
          </w:p>
          <w:p>
            <w:pPr>
              <w:spacing w:after="20" w:line="276" w:lineRule="auto"/>
            </w:pPr>
            <w:r>
              <w:rPr>
                <w:rFonts w:ascii="宋体" w:hAnsi="宋体" w:eastAsia="宋体"/>
                <w:b w:val="0"/>
                <w:sz w:val="18"/>
              </w:rPr>
              <w:t>引导学生总结并板书： EMBED Equation.DSMT4  =a÷b=a∶b(b≠0)</w:t>
            </w:r>
          </w:p>
          <w:p>
            <w:pPr>
              <w:spacing w:after="20" w:line="276" w:lineRule="auto"/>
            </w:pPr>
            <w:r>
              <w:rPr>
                <w:rFonts w:ascii="宋体" w:hAnsi="宋体" w:eastAsia="宋体"/>
                <w:b w:val="0"/>
                <w:sz w:val="18"/>
              </w:rPr>
              <w:t>师：想一想，比与分数、除法有什么区别?</w:t>
            </w:r>
          </w:p>
          <w:p>
            <w:pPr>
              <w:spacing w:after="20" w:line="276" w:lineRule="auto"/>
            </w:pPr>
            <w:r>
              <w:rPr>
                <w:rFonts w:ascii="宋体" w:hAnsi="宋体" w:eastAsia="宋体"/>
                <w:b w:val="0"/>
                <w:sz w:val="18"/>
              </w:rPr>
              <w:t>引导学生独立思考后小组讨论，再指名汇报。</w:t>
            </w:r>
          </w:p>
          <w:p>
            <w:pPr>
              <w:spacing w:after="20" w:line="276" w:lineRule="auto"/>
            </w:pPr>
            <w:r>
              <w:rPr>
                <w:rFonts w:ascii="宋体" w:hAnsi="宋体" w:eastAsia="宋体"/>
                <w:b w:val="0"/>
                <w:sz w:val="18"/>
              </w:rPr>
              <w:t>师小结：比指的是两个数相除的关系，分数是一个数，除法是一种运算。</w:t>
            </w:r>
          </w:p>
          <w:p>
            <w:pPr>
              <w:spacing w:after="20" w:line="276" w:lineRule="auto"/>
            </w:pPr>
            <w:r>
              <w:rPr>
                <w:rFonts w:ascii="宋体" w:hAnsi="宋体" w:eastAsia="宋体"/>
                <w:b w:val="0"/>
                <w:sz w:val="18"/>
              </w:rPr>
              <w:t>引导学生发现概念之间的联系与区别，把概念、性质放在一起进行整理，将表面上看似不同的三个知识点整合为本质相同的一个知识点。</w:t>
            </w:r>
          </w:p>
          <w:p>
            <w:pPr>
              <w:spacing w:after="20" w:line="276" w:lineRule="auto"/>
            </w:pPr>
            <w:r>
              <w:rPr>
                <w:rFonts w:ascii="宋体" w:hAnsi="宋体" w:eastAsia="宋体"/>
                <w:b w:val="0"/>
                <w:sz w:val="18"/>
              </w:rPr>
              <w:t>完整的知识网络。</w:t>
            </w:r>
          </w:p>
          <w:p>
            <w:pPr>
              <w:spacing w:after="20" w:line="276" w:lineRule="auto"/>
            </w:pPr>
            <w:r>
              <w:rPr>
                <w:rFonts w:ascii="宋体" w:hAnsi="宋体" w:eastAsia="宋体"/>
                <w:b w:val="0"/>
                <w:sz w:val="18"/>
              </w:rPr>
              <w:t>3.比的基本性质、分数的基本性质和商不变的规律之间的联系。</w:t>
            </w:r>
          </w:p>
          <w:p>
            <w:pPr>
              <w:spacing w:after="20" w:line="276" w:lineRule="auto"/>
            </w:pPr>
            <w:r>
              <w:rPr>
                <w:rFonts w:ascii="宋体" w:hAnsi="宋体" w:eastAsia="宋体"/>
                <w:b w:val="0"/>
                <w:sz w:val="18"/>
              </w:rPr>
              <w:t>师：谁能说说比的基本性质、分数的基本性质和商不变的规律？</w:t>
            </w:r>
          </w:p>
          <w:p>
            <w:pPr>
              <w:spacing w:after="20" w:line="276" w:lineRule="auto"/>
            </w:pPr>
            <w:r>
              <w:rPr>
                <w:rFonts w:ascii="宋体" w:hAnsi="宋体" w:eastAsia="宋体"/>
                <w:b w:val="0"/>
                <w:sz w:val="18"/>
              </w:rPr>
              <w:t>师：结合比与分数、除法之间的联系，你能说说比的基本性质、分数的基本性质和商不变的规律之间有什么样的联系吗?</w:t>
            </w:r>
          </w:p>
          <w:p>
            <w:pPr>
              <w:spacing w:after="20" w:line="276" w:lineRule="auto"/>
            </w:pPr>
            <w:r>
              <w:rPr>
                <w:rFonts w:ascii="宋体" w:hAnsi="宋体" w:eastAsia="宋体"/>
                <w:b w:val="0"/>
                <w:sz w:val="18"/>
              </w:rPr>
              <w:t>师小结：我们在应用这些性质和规律时，都是将各部分同时乘或除以一个相同的数(0除外)，结果不变。</w:t>
            </w:r>
          </w:p>
        </w:tc>
        <w:tc>
          <w:tcPr>
            <w:tcW w:type="dxa" w:w="3061"/>
          </w:tcPr>
          <w:p>
            <w:pPr>
              <w:spacing w:after="20" w:line="276" w:lineRule="auto"/>
            </w:pPr>
            <w:r/>
            <w:r>
              <w:rPr>
                <w:rFonts w:ascii="宋体" w:hAnsi="宋体" w:eastAsia="宋体"/>
                <w:b w:val="0"/>
                <w:sz w:val="18"/>
              </w:rPr>
              <w:t>学生通过讨论交流，基本上能系统进行整理，教师适时指导即可。（课件出示完整表格）</w:t>
            </w:r>
          </w:p>
          <w:p>
            <w:pPr>
              <w:spacing w:after="20" w:line="276" w:lineRule="auto"/>
            </w:pPr>
            <w:r>
              <w:rPr>
                <w:rFonts w:ascii="宋体" w:hAnsi="宋体" w:eastAsia="宋体"/>
                <w:b w:val="0"/>
                <w:sz w:val="18"/>
              </w:rPr>
              <w:t>学生独立思考，自主解决后再汇报交流。</w:t>
            </w:r>
          </w:p>
          <w:p>
            <w:pPr>
              <w:spacing w:after="20" w:line="276" w:lineRule="auto"/>
            </w:pPr>
            <w:r>
              <w:rPr>
                <w:rFonts w:ascii="宋体" w:hAnsi="宋体" w:eastAsia="宋体"/>
                <w:b w:val="0"/>
                <w:sz w:val="18"/>
              </w:rPr>
              <w:t>学生可能会出现的问题是：1.没有看清谁与谁的比，将比的前项与后项的位置写反了；2.求比值与化简比弄混淆了，例如第(2)题两者之比是1∶1，而不是1。</w:t>
            </w:r>
          </w:p>
          <w:p>
            <w:pPr>
              <w:spacing w:after="20" w:line="276" w:lineRule="auto"/>
            </w:pPr>
            <w:r>
              <w:rPr>
                <w:rFonts w:ascii="宋体" w:hAnsi="宋体" w:eastAsia="宋体"/>
                <w:b w:val="0"/>
                <w:sz w:val="18"/>
              </w:rPr>
              <w:t>学生讨论后汇报，教师根据学生的汇报出示课件。</w:t>
            </w:r>
          </w:p>
          <w:p>
            <w:pPr>
              <w:spacing w:after="20" w:line="276" w:lineRule="auto"/>
            </w:pPr>
            <w:r>
              <w:rPr>
                <w:rFonts w:ascii="宋体" w:hAnsi="宋体" w:eastAsia="宋体"/>
                <w:b w:val="0"/>
                <w:sz w:val="18"/>
              </w:rPr>
              <w:t>学生独立填表，教师巡视指导，然后在小组内交流。（课件出示完整表格）</w:t>
            </w:r>
          </w:p>
          <w:p>
            <w:pPr>
              <w:spacing w:after="20" w:line="276" w:lineRule="auto"/>
            </w:pPr>
            <w:r>
              <w:rPr>
                <w:rFonts w:ascii="宋体" w:hAnsi="宋体" w:eastAsia="宋体"/>
                <w:b w:val="0"/>
                <w:sz w:val="18"/>
              </w:rPr>
              <w:t>同桌互相说一说，指名汇报，课件出示表格。</w:t>
            </w:r>
          </w:p>
          <w:p>
            <w:pPr>
              <w:spacing w:after="20" w:line="276" w:lineRule="auto"/>
            </w:pPr>
            <w:r>
              <w:rPr>
                <w:rFonts w:ascii="宋体" w:hAnsi="宋体" w:eastAsia="宋体"/>
                <w:b w:val="0"/>
                <w:sz w:val="18"/>
              </w:rPr>
              <w:t>学生独立思考后指名汇报。</w:t>
            </w:r>
          </w:p>
          <w:p>
            <w:pPr>
              <w:spacing w:after="20" w:line="276" w:lineRule="auto"/>
            </w:pPr>
            <w:r>
              <w:rPr>
                <w:rFonts w:ascii="宋体" w:hAnsi="宋体" w:eastAsia="宋体"/>
                <w:b w:val="0"/>
                <w:sz w:val="18"/>
              </w:rPr>
              <w:t>学生可能会说出比的前项相当于分数中的分子、除法中的被除数；比号相当于分数中的分数线、除法中的除号；比的后项相当于分数中的分母、除法中的除数；比值相当于分数中的分数值、除法中的商。所以它们的变化规律是一样的。</w:t>
            </w:r>
          </w:p>
        </w:tc>
        <w:tc>
          <w:tcPr>
            <w:tcW w:type="dxa" w:w="1814"/>
          </w:tcPr>
          <w:p>
            <w:pPr>
              <w:spacing w:after="20" w:line="276" w:lineRule="auto"/>
            </w:pPr>
            <w:r/>
            <w:r>
              <w:rPr>
                <w:rFonts w:ascii="宋体" w:hAnsi="宋体" w:eastAsia="宋体"/>
                <w:b w:val="0"/>
                <w:sz w:val="18"/>
              </w:rPr>
              <w:t>表格的呈现使知识形象、直观、有条理。学生通过表格自主归纳，清晰地看清比和比例的关系，并掌握比和比例的异同之处，进一步系统掌握比和比例的知识结构。</w:t>
            </w:r>
          </w:p>
          <w:p>
            <w:pPr>
              <w:spacing w:after="20" w:line="276" w:lineRule="auto"/>
            </w:pPr>
            <w:r>
              <w:rPr>
                <w:rFonts w:ascii="宋体" w:hAnsi="宋体" w:eastAsia="宋体"/>
                <w:b w:val="0"/>
                <w:sz w:val="18"/>
              </w:rPr>
              <w:t>通过练习巩固比和比例的基本知识，并复习求比值和化简比两者之间的联系和区别，有利于学生辨析。</w:t>
            </w:r>
          </w:p>
          <w:p>
            <w:pPr>
              <w:spacing w:after="20" w:line="276" w:lineRule="auto"/>
            </w:pPr>
            <w:r>
              <w:rPr>
                <w:rFonts w:ascii="宋体" w:hAnsi="宋体" w:eastAsia="宋体"/>
                <w:b w:val="0"/>
                <w:sz w:val="18"/>
              </w:rPr>
              <w:t>此环节仍然借助表格，让学生梳理比和分数、除法的关系，把分散的知识点进行整合，学会整体地、一般性地把握知识，使知识融会贯通，体会“变中有不变”的思想，构建了比较</w:t>
            </w:r>
          </w:p>
          <w:p>
            <w:pPr>
              <w:spacing w:after="20" w:line="276" w:lineRule="auto"/>
            </w:pPr>
            <w:r>
              <w:rPr>
                <w:rFonts w:ascii="宋体" w:hAnsi="宋体" w:eastAsia="宋体"/>
                <w:b w:val="0"/>
                <w:sz w:val="18"/>
              </w:rPr>
              <w:t>通过回顾比的基本性质、分数的基本性质、商不变的规律，揭示三者之间的密切联系和内在的一致性。</w:t>
            </w:r>
          </w:p>
        </w:tc>
      </w:tr>
      <w:tr>
        <w:tc>
          <w:tcPr>
            <w:tcW w:type="dxa" w:w="1474"/>
          </w:tcPr>
          <w:p>
            <w:pPr>
              <w:spacing w:after="20" w:line="276" w:lineRule="auto"/>
            </w:pPr>
            <w:r>
              <w:rPr>
                <w:b/>
              </w:rPr>
            </w:r>
            <w:r>
              <w:rPr>
                <w:rFonts w:ascii="宋体" w:hAnsi="宋体" w:eastAsia="宋体"/>
                <w:b/>
                <w:sz w:val="18"/>
              </w:rPr>
              <w:t>三、巩固练习，知识应用</w:t>
            </w:r>
          </w:p>
        </w:tc>
        <w:tc>
          <w:tcPr>
            <w:tcW w:type="dxa" w:w="3061"/>
          </w:tcPr>
          <w:p>
            <w:pPr>
              <w:spacing w:after="20" w:line="276" w:lineRule="auto"/>
            </w:pPr>
            <w:r/>
            <w:r>
              <w:rPr>
                <w:rFonts w:ascii="宋体" w:hAnsi="宋体" w:eastAsia="宋体"/>
                <w:b w:val="0"/>
                <w:sz w:val="18"/>
              </w:rPr>
              <w:t>1.课件出示一组解比例的题目。</w:t>
            </w:r>
          </w:p>
          <w:p>
            <w:pPr>
              <w:spacing w:after="20" w:line="276" w:lineRule="auto"/>
            </w:pPr>
            <w:r>
              <w:rPr>
                <w:rFonts w:ascii="宋体" w:hAnsi="宋体" w:eastAsia="宋体"/>
                <w:b w:val="0"/>
                <w:sz w:val="18"/>
              </w:rPr>
              <w:t>解答完毕后，集中展示交流，订正。</w:t>
            </w:r>
          </w:p>
          <w:p>
            <w:pPr>
              <w:spacing w:after="20" w:line="276" w:lineRule="auto"/>
            </w:pPr>
            <w:r>
              <w:rPr>
                <w:rFonts w:ascii="宋体" w:hAnsi="宋体" w:eastAsia="宋体"/>
                <w:b w:val="0"/>
                <w:sz w:val="18"/>
              </w:rPr>
              <w:t>第4题：这道题也是“按比分配”的问题，与第3题相比较，稍复杂一些，先按比分配求出一块金牌需要黄金的克数，再求出302块金牌需要黄金的克数。</w:t>
            </w:r>
          </w:p>
        </w:tc>
        <w:tc>
          <w:tcPr>
            <w:tcW w:type="dxa" w:w="3061"/>
          </w:tcPr>
          <w:p>
            <w:pPr>
              <w:spacing w:after="20" w:line="276" w:lineRule="auto"/>
            </w:pPr>
            <w:r/>
            <w:r>
              <w:rPr>
                <w:rFonts w:ascii="宋体" w:hAnsi="宋体" w:eastAsia="宋体"/>
                <w:b w:val="0"/>
                <w:sz w:val="18"/>
              </w:rPr>
              <w:t>学生独立完成后在小组内交流订正。</w:t>
            </w:r>
          </w:p>
          <w:p>
            <w:pPr>
              <w:spacing w:after="20" w:line="276" w:lineRule="auto"/>
            </w:pPr>
            <w:r>
              <w:rPr>
                <w:rFonts w:ascii="宋体" w:hAnsi="宋体" w:eastAsia="宋体"/>
                <w:b w:val="0"/>
                <w:sz w:val="18"/>
              </w:rPr>
              <w:t>2.学生独立解答教科书P84“练习十七”第3、4题。</w:t>
            </w:r>
          </w:p>
          <w:p>
            <w:pPr>
              <w:spacing w:after="20" w:line="276" w:lineRule="auto"/>
            </w:pPr>
            <w:r>
              <w:rPr>
                <w:rFonts w:ascii="宋体" w:hAnsi="宋体" w:eastAsia="宋体"/>
                <w:b w:val="0"/>
                <w:sz w:val="18"/>
              </w:rPr>
              <w:t>第3题：这道题是利用“按比分配”解决生活中的实际问题。指导学生明确可以用两种方法来解决这个问题：把比的各项之和看作平均分的份数，先求出每份是多少，再解答；还可以转化成分数乘法来解答。两种方法都要予以肯定。</w:t>
            </w:r>
          </w:p>
        </w:tc>
        <w:tc>
          <w:tcPr>
            <w:tcW w:type="dxa" w:w="1814"/>
          </w:tcPr>
          <w:p>
            <w:pPr>
              <w:spacing w:after="20" w:line="276" w:lineRule="auto"/>
            </w:pPr>
            <w:r/>
            <w:r>
              <w:rPr>
                <w:rFonts w:ascii="宋体" w:hAnsi="宋体" w:eastAsia="宋体"/>
                <w:b w:val="0"/>
                <w:sz w:val="18"/>
              </w:rPr>
              <w:t>这几道题都是基础性练习，有坡度、有层次、有针对性，查漏补缺，提高学生的解题能力。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师：回顾今天的复习过程，你们有什么收获呢？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引导学生回顾梳理本课所学，完善认知结构，提升归纳与反思能力，核心问题："回顾今天的复习过程，你们有什么收获呢？"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比和比例（1）</w:t>
      </w:r>
    </w:p>
    <w:p>
      <w:pPr>
        <w:spacing w:after="40" w:line="300" w:lineRule="auto"/>
      </w:pPr>
      <w:r>
        <w:rPr>
          <w:rFonts w:ascii="宋体" w:hAnsi="宋体" w:eastAsia="宋体"/>
          <w:b w:val="0"/>
          <w:sz w:val="20"/>
        </w:rPr>
        <w:t>EMBED Equation.DSMT4  =a÷b=a∶b(b≠0)</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1（1）将eq \f(3,40) t∶15 kg化成最简单的整数比是（ ），比值是（ ）。 （2）一个三角形的三个内角的度数比是1∶3∶1，这个三角形最大的一个角是（ ），这个三角形按边来分是（ ）三角形，按角来分是（ ）三角形。 （3）做同一个零件，师傅完成需要eq \f(1,6)小时，徒弟完成需要eq \f(1,4)小时，师傅和徒弟速度的最简单的整数比是（ ）。 （4）若3a＝5b（a、b不为0），a∶b＝（ ）；若eq \f(x,a)＝eq \f(b,4)，且ab＝1，那么x＝（ ）。 （5）在3∶11中，如果把比的前项加上6，要使比值不变，后项应（ ）。 2选一选。（将正确答案的序号填在括号里） （1）已知六（1）班男生人数比女生人数多25%，下面说法错误的是（ ）。 A.女生人数是男生人数的eq \f(4,5) B.女生人数是全班人数的eq \f(4,9) C.男生人数和女生人数的比是5∶4 D.女生人数比男生人数少25% （2）六（2）班有30名学生，男生与女生的人数比可能是（ ）。 A.3∶5 B.5∶4 C.2∶3 D.3∶4 （3）甲杯中有200 g水，乙杯中有120 g水，现在往甲杯水中放入4 g糖，往乙杯水中放入3 g糖，这两杯糖水相比，（ ）。 A.甲杯更甜 B.乙杯更甜 C.一样甜 D.无法比较哪杯更甜 （4）如图，涂色部分的面积相当于左边长方形面积的eq \f(1,6)，相当于右边 A.12∶19 B.19∶12 C.6∶19 D.19∶6 （5）将一些荔枝（颗数一定）按2∶3∶2或5∶6∶3的比分给甲、乙、丙三人，对于乙来说，两种不同的分法得到的荔枝颗数（ ）。 A.第一种多 B.第二种多 C.一样多 D.无法比较 （6）如果一个等腰三角形的三条边的长度都是自然数，其中两条边的长度比是2∶5，那么它的周长不可能是（ ）。 【教学提示】 在解决这两个问题时，先让学生独立思考，再汇报思路。交流的过程中，可让学生说一说在用比和比例的知识解决实际问题时要注意什么。 A.12 cm B.18 cm C.24 cm D.36 cm 参考答案 1.（1）5∶1 5 （2）108 等腰 钝角 （3）3∶2 （4）eq \f(5,3) eq \f(1,4) （5）乘3（或加上22） 2.（1）D （2）C （3）B （4）A （5）C （6）B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在借助表格的基础上，指导学生自主归纳。通过观察、对比分析、归纳等活动，引导学生在数学活动中通过不断对比，加深学生对已学知识的理解并厘清知识脉络。虽然在整理过程中学生的思路比较清晰，但在实际应用中有时会混淆，或者不能灵活运用，课后可以增加一些练习，进一步巩固学生对知识的掌握。</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