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人教版六年级数学下册</w:t>
      </w:r>
    </w:p>
    <w:p>
      <w:pPr>
        <w:spacing w:after="80" w:line="300" w:lineRule="auto"/>
        <w:jc w:val="center"/>
      </w:pPr>
      <w:r>
        <w:rPr>
          <w:rFonts w:ascii="黑体" w:hAnsi="黑体" w:eastAsia="黑体"/>
          <w:b/>
          <w:sz w:val="26"/>
        </w:rPr>
        <w:t>第3单元 圆柱与圆锥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圆柱与圆锥</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10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自主整理课、活动探索课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主要内容有：圆柱和圆锥的认识，圆柱的表面积，圆柱的体积和圆锥的体积。整个单元分圆柱和圆锥2个小节编排。第一小节圆柱，具体又分为三个层次：第一层次，让学生结合实物探索圆柱的特征；第二层次，引导学生探索圆柱表面积的计算方法（探索圆柱侧面积的计算方法为教学的一个重点）；第三层次，引导学生探索并掌握圆柱的体积计算公式。第二小节圆锥，除暂不探索圆锥侧面积的计算方法外，其他编排和圆柱编排相似，主要分为两个层次：第一层次，通过观察、比较、测量、交流等活动，探索圆锥的特征；第二层次，探究圆锥与圆柱体积之间的关系，归纳得出圆锥体积的计算公式。</w:t>
      </w:r>
    </w:p>
    <w:p>
      <w:pPr>
        <w:spacing w:after="80" w:line="300" w:lineRule="auto"/>
        <w:ind w:firstLine="400"/>
      </w:pPr>
      <w:r>
        <w:rPr>
          <w:rFonts w:ascii="宋体" w:hAnsi="宋体" w:eastAsia="宋体"/>
          <w:b w:val="0"/>
          <w:sz w:val="20"/>
        </w:rPr>
        <w:t>教科书在编排上加强了与现实生活的联系，加强了对图形特征、计算方法的探索，加强了在操作中对空间与图形问题的思考，使学生在经历观察、操作、推理、想象的过程中认识圆柱、圆锥的特征，掌握体积的计算方法，进一步发展空间观念。教学中注意让学生经历“会抽象”“会想象”“会描述”的过程，让学生在自主操作、观察探索的过程中自主获取知识。教科书中解决问题的例题和相应的练习，突出了“有意识利用数学的方法解释现实世界中的现象，现实生活中蕴含着大量与数量和图形有关的问题”的主题。</w:t>
      </w:r>
    </w:p>
    <w:p>
      <w:pPr>
        <w:spacing w:after="80" w:line="300" w:lineRule="auto"/>
        <w:ind w:firstLine="400"/>
      </w:pPr>
      <w:r>
        <w:rPr>
          <w:rFonts w:ascii="宋体" w:hAnsi="宋体" w:eastAsia="宋体"/>
          <w:b w:val="0"/>
          <w:sz w:val="20"/>
        </w:rPr>
        <w:t>本单元的教学重点是圆柱、圆锥的认识，圆柱的表面积计算、圆柱和圆锥的体积计算；难点是在实践活动中发展学生的空间观念，体会有关数学思想。</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第1课时：通过对本单元知识的梳理，让学生更好地掌握圆柱、圆锥的特征，掌握圆柱表面积的计算方法以及圆柱、圆锥体积的计算公式，培养学生解决问题的能力。</w:t>
      </w:r>
    </w:p>
    <w:p>
      <w:pPr>
        <w:spacing w:after="20" w:line="300" w:lineRule="auto"/>
        <w:ind w:firstLine="400"/>
      </w:pPr>
      <w:r>
        <w:rPr>
          <w:rFonts w:ascii="宋体" w:hAnsi="宋体" w:eastAsia="宋体"/>
          <w:b w:val="0"/>
          <w:sz w:val="20"/>
        </w:rPr>
        <w:t>第2课时：认识圆柱，掌握圆柱的特征和几个部分的名称与特点，建立圆柱的几何模型。</w:t>
      </w:r>
    </w:p>
    <w:p>
      <w:pPr>
        <w:spacing w:after="20" w:line="300" w:lineRule="auto"/>
        <w:ind w:firstLine="400"/>
      </w:pPr>
      <w:r>
        <w:rPr>
          <w:rFonts w:ascii="宋体" w:hAnsi="宋体" w:eastAsia="宋体"/>
          <w:b w:val="0"/>
          <w:sz w:val="20"/>
        </w:rPr>
        <w:t>第3课时：掌握圆锥的基本特征及各部分名称，会测量圆锥的高。</w:t>
      </w:r>
    </w:p>
    <w:p>
      <w:pPr>
        <w:spacing w:after="20" w:line="300" w:lineRule="auto"/>
        <w:ind w:firstLine="400"/>
      </w:pPr>
      <w:r>
        <w:rPr>
          <w:rFonts w:ascii="宋体" w:hAnsi="宋体" w:eastAsia="宋体"/>
          <w:b w:val="0"/>
          <w:sz w:val="20"/>
        </w:rPr>
        <w:t>第4课时：认识圆柱的侧面及其展开图，并掌握侧面展开的长方形与圆柱相对应部分的关系。</w:t>
      </w:r>
    </w:p>
    <w:p>
      <w:pPr>
        <w:spacing w:after="20" w:line="300" w:lineRule="auto"/>
        <w:ind w:firstLine="400"/>
      </w:pPr>
      <w:r>
        <w:rPr>
          <w:rFonts w:ascii="宋体" w:hAnsi="宋体" w:eastAsia="宋体"/>
          <w:b w:val="0"/>
          <w:sz w:val="20"/>
        </w:rPr>
        <w:t>第5课时：掌握圆锥的体积计算公式，能运用计算公式求圆锥的体积，并且能运用这一知识解决一些简单的实际问题。</w:t>
      </w:r>
    </w:p>
    <w:p>
      <w:pPr>
        <w:spacing w:after="20" w:line="300" w:lineRule="auto"/>
        <w:ind w:firstLine="400"/>
      </w:pPr>
      <w:r>
        <w:rPr>
          <w:rFonts w:ascii="宋体" w:hAnsi="宋体" w:eastAsia="宋体"/>
          <w:b w:val="0"/>
          <w:sz w:val="20"/>
        </w:rPr>
        <w:t>第6课时：理解圆柱侧面积及表面积的含义，掌握圆柱侧面积和表面积的计算方法，会正确计算圆柱的侧面积和表面积，能解决一些实际问题。</w:t>
      </w:r>
    </w:p>
    <w:p>
      <w:pPr>
        <w:spacing w:after="20" w:line="300" w:lineRule="auto"/>
        <w:ind w:firstLine="400"/>
      </w:pPr>
      <w:r>
        <w:rPr>
          <w:rFonts w:ascii="宋体" w:hAnsi="宋体" w:eastAsia="宋体"/>
          <w:b w:val="0"/>
          <w:sz w:val="20"/>
        </w:rPr>
        <w:t>第7课时：熟练掌握圆柱表面积的计算公式，理解圆柱表面积的知识在日常生活中的应用。</w:t>
      </w:r>
    </w:p>
    <w:p>
      <w:pPr>
        <w:spacing w:after="20" w:line="300" w:lineRule="auto"/>
        <w:ind w:firstLine="400"/>
      </w:pPr>
      <w:r>
        <w:rPr>
          <w:rFonts w:ascii="宋体" w:hAnsi="宋体" w:eastAsia="宋体"/>
          <w:b w:val="0"/>
          <w:sz w:val="20"/>
        </w:rPr>
        <w:t>第8课时：经历用切割拼合的方法推导出圆柱体积计算公式的过程，会运用公式计算圆柱的体积。</w:t>
      </w:r>
    </w:p>
    <w:p>
      <w:pPr>
        <w:spacing w:after="20" w:line="300" w:lineRule="auto"/>
        <w:ind w:firstLine="400"/>
      </w:pPr>
      <w:r>
        <w:rPr>
          <w:rFonts w:ascii="宋体" w:hAnsi="宋体" w:eastAsia="宋体"/>
          <w:b w:val="0"/>
          <w:sz w:val="20"/>
        </w:rPr>
        <w:t>第9课时：运用圆柱体积的计算方法，计算圆柱形容器的容积。</w:t>
      </w:r>
    </w:p>
    <w:p>
      <w:pPr>
        <w:spacing w:after="20" w:line="300" w:lineRule="auto"/>
        <w:ind w:firstLine="400"/>
      </w:pPr>
      <w:r>
        <w:rPr>
          <w:rFonts w:ascii="宋体" w:hAnsi="宋体" w:eastAsia="宋体"/>
          <w:b w:val="0"/>
          <w:sz w:val="20"/>
        </w:rPr>
        <w:t>第10课时：用已学的圆柱的体积知识解决实际问题，掌握解决问题的策略，培养应用意识。</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加强数学知识与实际生活的联系，提高运用所学知识解决实际问题的能力。例如，在教学圆柱和圆锥的认识之前，可以让学生收集、整理生活中有关圆柱、圆锥的实例和信息资料，以便在课堂中交流。认识圆柱、圆锥后，还可以让学生根据需要设计和制作一个圆柱或圆锥形的物品。这样，既可以激发学生的学习兴趣，又可以提高学生运用数学的意识和能力。</w:t>
      </w:r>
    </w:p>
    <w:p>
      <w:pPr>
        <w:spacing w:after="20" w:line="300" w:lineRule="auto"/>
      </w:pPr>
      <w:r>
        <w:rPr>
          <w:rFonts w:ascii="宋体" w:hAnsi="宋体" w:eastAsia="宋体"/>
          <w:b w:val="0"/>
          <w:sz w:val="20"/>
        </w:rPr>
        <w:t>● 教学中，让学生在经历观察、操作、推理、想象的过程中掌握知识，发展空间观念。要注意提供给学生积极思考、充分参与探索活动的时间和空间。例如“圆锥的体积等于与它等底等高的圆柱体积的 EMBED Equation.DSMT4  ”这一结论，应让学生在实验探究的过程中获取，教师要改变仅通过演示得出结论的做法。</w:t>
      </w:r>
    </w:p>
    <w:p>
      <w:pPr>
        <w:spacing w:after="20" w:line="300" w:lineRule="auto"/>
      </w:pPr>
      <w:r>
        <w:rPr>
          <w:rFonts w:ascii="宋体" w:hAnsi="宋体" w:eastAsia="宋体"/>
          <w:b w:val="0"/>
          <w:sz w:val="20"/>
        </w:rPr>
        <w:t>● 注重操作与想象相结合，例如通过快速旋转长方形和直角三角形硬纸片，引导学生结合空间想象体会立体图形的形成过程。还要注重引导学生了解平面图形与立体图形之间的关系，发展学生的空间观念。</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通过对本单元知识的梳理，让学生更好地掌握圆柱、圆锥的特征，掌握圆柱表面积的计算方法以及圆柱、圆锥体积的计算公式，培养学生解决问题的能力。</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圆柱的认识（1）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认识圆柱，掌握圆柱的特征和几个部分的名称与特点，建立圆柱的几何模型。</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圆锥的认识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掌握圆锥的基本特征及各部分名称，会测量圆锥的高。</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圆柱的认识（2）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认识圆柱的侧面及其展开图，并掌握侧面展开的长方形与圆柱相对应部分的关系。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圆锥的体积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掌握圆锥的体积计算公式，能运用计算公式求圆锥的体积，并且能运用这一知识解决一些简单的实际问题。</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圆柱的表面积（1）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理解圆柱侧面积及表面积的含义，掌握圆柱侧面积和表面积的计算方法，会正确计算圆柱的侧面积和表面积，能解决一些实际问题。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圆柱的表面积（2）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熟练掌握圆柱表面积的计算公式，理解圆柱表面积的知识在日常生活中的应用。</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圆柱的体积（1）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经历用切割拼合的方法推导出圆柱体积计算公式的过程，会运用公式计算圆柱的体积。</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圆柱的体积（2）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运用圆柱体积的计算方法，计算圆柱形容器的容积。</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圆柱的体积（3）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用已学的圆柱的体积知识解决实际问题，掌握解决问题的策略，培养应用意识。</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整理和复习</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（1）通过对本单元知识的梳理，让学生更好地掌握圆柱、圆锥的特征，掌握圆柱表面积的计算方法以及圆柱、圆锥体积的计算公式，培养学生解决问题的能力。</w:t>
      </w:r>
    </w:p>
    <w:p>
      <w:pPr>
        <w:spacing w:after="20" w:line="300" w:lineRule="auto"/>
        <w:ind w:firstLine="400"/>
      </w:pPr>
      <w:r>
        <w:rPr>
          <w:rFonts w:ascii="宋体" w:hAnsi="宋体" w:eastAsia="宋体"/>
          <w:b w:val="0"/>
          <w:sz w:val="20"/>
        </w:rPr>
        <w:t>（2）通过观察、比较、操作、分析、归纳、想象等活动巩固加深学生对圆柱的表面积以及圆柱、圆锥体积的计算方法的理解和运用，培养学生的空间观念和应用意识。</w:t>
      </w:r>
    </w:p>
    <w:p>
      <w:pPr>
        <w:spacing w:after="20" w:line="300" w:lineRule="auto"/>
        <w:ind w:firstLine="400"/>
      </w:pPr>
      <w:r>
        <w:rPr>
          <w:rFonts w:ascii="宋体" w:hAnsi="宋体" w:eastAsia="宋体"/>
          <w:b w:val="0"/>
          <w:sz w:val="20"/>
        </w:rPr>
        <w:t>（3）进一步体会数学与实际生活的联系，感受学习立体图形的价值，提高数学学习的兴趣和学好数学的自信心。</w:t>
      </w:r>
    </w:p>
    <w:p>
      <w:pPr>
        <w:spacing w:after="20" w:line="300" w:lineRule="auto"/>
      </w:pPr>
      <w:r>
        <w:rPr>
          <w:rFonts w:ascii="宋体" w:hAnsi="宋体" w:eastAsia="宋体"/>
          <w:b w:val="0"/>
          <w:sz w:val="20"/>
        </w:rPr>
        <w:t>教学重点：掌握圆柱与圆锥的相关特征，并能熟练地运用公式进行圆柱表面积及圆柱、圆锥体积的计算。</w:t>
      </w:r>
    </w:p>
    <w:p>
      <w:pPr>
        <w:spacing w:after="20" w:line="300" w:lineRule="auto"/>
      </w:pPr>
      <w:r>
        <w:rPr>
          <w:rFonts w:ascii="宋体" w:hAnsi="宋体" w:eastAsia="宋体"/>
          <w:b w:val="0"/>
          <w:sz w:val="20"/>
        </w:rPr>
        <w:t>教学难点：培养学生的空间观念和应用意识，能熟练应用所学知识灵活解决实际问题。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一、梳理知识，构建单元知识体系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二、复习圆柱、圆锥的特征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通过解决这些问题，你发现求圆柱的表面积,圆柱、圆锥的体积时要注意什么？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三、在解决实际问题中复习所学知识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从题目中，你知道了哪些数学信息？；你想怎样解决这个问题？</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四、练习巩固，拓展提升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通过今天的整理和复习，你们有哪些新的收获？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一、梳理知识，构建单元知识体系</w:t>
            </w:r>
          </w:p>
        </w:tc>
        <w:tc>
          <w:tcPr>
            <w:tcW w:type="dxa" w:w="3061"/>
          </w:tcPr>
          <w:p>
            <w:pPr>
              <w:spacing w:after="20" w:line="276" w:lineRule="auto"/>
            </w:pPr>
            <w:r/>
            <w:r>
              <w:rPr>
                <w:rFonts w:ascii="宋体" w:hAnsi="宋体" w:eastAsia="宋体"/>
                <w:b w:val="0"/>
                <w:sz w:val="18"/>
              </w:rPr>
              <w:t>1.自主梳理本单元知识。</w:t>
            </w:r>
          </w:p>
        </w:tc>
        <w:tc>
          <w:tcPr>
            <w:tcW w:type="dxa" w:w="3061"/>
          </w:tcPr>
          <w:p>
            <w:pPr>
              <w:spacing w:after="20" w:line="276" w:lineRule="auto"/>
            </w:pPr>
            <w:r/>
            <w:r>
              <w:rPr>
                <w:rFonts w:ascii="宋体" w:hAnsi="宋体" w:eastAsia="宋体"/>
                <w:b w:val="0"/>
                <w:sz w:val="18"/>
              </w:rPr>
              <w:t>2.小组内交流，补充完善。</w:t>
            </w:r>
          </w:p>
          <w:p>
            <w:pPr>
              <w:spacing w:after="20" w:line="276" w:lineRule="auto"/>
            </w:pPr>
            <w:r>
              <w:rPr>
                <w:rFonts w:ascii="宋体" w:hAnsi="宋体" w:eastAsia="宋体"/>
                <w:b w:val="0"/>
                <w:sz w:val="18"/>
              </w:rPr>
              <w:t>3.小组展示、讨论、完善，形成基本的知识网络。（课件出示。）</w:t>
            </w:r>
          </w:p>
        </w:tc>
        <w:tc>
          <w:tcPr>
            <w:tcW w:type="dxa" w:w="1814"/>
          </w:tcPr>
          <w:p>
            <w:pPr>
              <w:spacing w:after="20" w:line="276" w:lineRule="auto"/>
            </w:pPr>
            <w:r/>
            <w:r>
              <w:rPr>
                <w:rFonts w:ascii="宋体" w:hAnsi="宋体" w:eastAsia="宋体"/>
                <w:b w:val="0"/>
                <w:sz w:val="18"/>
              </w:rPr>
              <w:t>通过对知识的梳理，提高学生自主获取、概括知识的能力。在小组合作中，培养合作交流的能力。</w:t>
            </w:r>
          </w:p>
        </w:tc>
      </w:tr>
      <w:tr>
        <w:tc>
          <w:tcPr>
            <w:tcW w:type="dxa" w:w="1474"/>
          </w:tcPr>
          <w:p>
            <w:pPr>
              <w:spacing w:after="20" w:line="276" w:lineRule="auto"/>
            </w:pPr>
            <w:r>
              <w:rPr>
                <w:b/>
              </w:rPr>
            </w:r>
            <w:r>
              <w:rPr>
                <w:rFonts w:ascii="宋体" w:hAnsi="宋体" w:eastAsia="宋体"/>
                <w:b/>
                <w:sz w:val="18"/>
              </w:rPr>
              <w:t>二、复习圆柱、圆锥的特征</w:t>
            </w:r>
          </w:p>
        </w:tc>
        <w:tc>
          <w:tcPr>
            <w:tcW w:type="dxa" w:w="3061"/>
          </w:tcPr>
          <w:p>
            <w:pPr>
              <w:spacing w:after="20" w:line="276" w:lineRule="auto"/>
            </w:pPr>
            <w:r/>
            <w:r>
              <w:rPr>
                <w:rFonts w:ascii="宋体" w:hAnsi="宋体" w:eastAsia="宋体"/>
                <w:b w:val="0"/>
                <w:sz w:val="18"/>
              </w:rPr>
              <w:t>1.课件出示教科书P36第1题。</w:t>
            </w:r>
          </w:p>
          <w:p>
            <w:pPr>
              <w:spacing w:after="20" w:line="276" w:lineRule="auto"/>
            </w:pPr>
            <w:r>
              <w:rPr>
                <w:rFonts w:ascii="宋体" w:hAnsi="宋体" w:eastAsia="宋体"/>
                <w:b w:val="0"/>
                <w:sz w:val="18"/>
              </w:rPr>
              <w:t>师：请你给这些图形分类，说说每类图形的名称和特征。和小组内同学一起填写下表。(课件出示表格)</w:t>
            </w:r>
          </w:p>
          <w:p>
            <w:pPr>
              <w:spacing w:after="20" w:line="276" w:lineRule="auto"/>
            </w:pPr>
            <w:r>
              <w:rPr>
                <w:rFonts w:ascii="宋体" w:hAnsi="宋体" w:eastAsia="宋体"/>
                <w:b w:val="0"/>
                <w:sz w:val="18"/>
              </w:rPr>
              <w:t>根据学生的汇报交流将表格填写完整。(在汇报时，让学生说说圆柱、圆锥的体积公式是怎样推导出来的。)</w:t>
            </w:r>
          </w:p>
          <w:p>
            <w:pPr>
              <w:spacing w:after="20" w:line="276" w:lineRule="auto"/>
            </w:pPr>
            <w:r>
              <w:rPr>
                <w:rFonts w:ascii="宋体" w:hAnsi="宋体" w:eastAsia="宋体"/>
                <w:b w:val="0"/>
                <w:sz w:val="18"/>
              </w:rPr>
              <w:t>2.课件出示教科书P36第2题。</w:t>
            </w:r>
          </w:p>
          <w:p>
            <w:pPr>
              <w:spacing w:after="20" w:line="276" w:lineRule="auto"/>
            </w:pPr>
            <w:r>
              <w:rPr>
                <w:rFonts w:ascii="宋体" w:hAnsi="宋体" w:eastAsia="宋体"/>
                <w:b w:val="0"/>
                <w:sz w:val="18"/>
              </w:rPr>
              <w:t>师：根据表中的信息，认真计算，填写表格。</w:t>
            </w:r>
          </w:p>
          <w:p>
            <w:pPr>
              <w:spacing w:after="20" w:line="276" w:lineRule="auto"/>
            </w:pPr>
            <w:r>
              <w:rPr>
                <w:rFonts w:ascii="宋体" w:hAnsi="宋体" w:eastAsia="宋体"/>
                <w:b w:val="0"/>
                <w:sz w:val="18"/>
              </w:rPr>
              <w:t>师：通过解决这些问题，你发现求圆柱的表面积,圆柱、圆锥的体积时要注意什么？</w:t>
            </w:r>
          </w:p>
          <w:p>
            <w:pPr>
              <w:spacing w:after="20" w:line="276" w:lineRule="auto"/>
            </w:pPr>
            <w:r>
              <w:rPr>
                <w:rFonts w:ascii="宋体" w:hAnsi="宋体" w:eastAsia="宋体"/>
                <w:b w:val="0"/>
                <w:sz w:val="18"/>
              </w:rPr>
              <w:t>本环节重点在于系统梳理圆柱与圆锥的特征，通过表格整理的方式，更便于对比。汇报过程中，注意让学生说出易错、易混的地方。</w:t>
            </w:r>
          </w:p>
          <w:p>
            <w:pPr>
              <w:spacing w:after="20" w:line="276" w:lineRule="auto"/>
            </w:pPr>
            <w:r>
              <w:rPr>
                <w:rFonts w:ascii="宋体" w:hAnsi="宋体" w:eastAsia="宋体"/>
                <w:b w:val="0"/>
                <w:sz w:val="18"/>
              </w:rPr>
              <w:t>说它们之间的不同，例如要注意公式不能用错了，求圆锥体积时不</w:t>
            </w:r>
          </w:p>
          <w:p>
            <w:pPr>
              <w:spacing w:after="20" w:line="276" w:lineRule="auto"/>
            </w:pPr>
            <w:r>
              <w:rPr>
                <w:rFonts w:ascii="宋体" w:hAnsi="宋体" w:eastAsia="宋体"/>
                <w:b w:val="0"/>
                <w:sz w:val="18"/>
              </w:rPr>
              <w:t>要忘记乘 EMBED Equation.DSMT4  。求表面积要带面积单位，求体积要带体积单位等。</w:t>
            </w:r>
          </w:p>
          <w:p>
            <w:pPr>
              <w:spacing w:after="20" w:line="276" w:lineRule="auto"/>
            </w:pPr>
            <w:r>
              <w:rPr>
                <w:rFonts w:ascii="宋体" w:hAnsi="宋体" w:eastAsia="宋体"/>
                <w:b w:val="0"/>
                <w:sz w:val="18"/>
              </w:rPr>
              <w:t>课件出示正确解答。</w:t>
            </w:r>
          </w:p>
        </w:tc>
        <w:tc>
          <w:tcPr>
            <w:tcW w:type="dxa" w:w="3061"/>
          </w:tcPr>
          <w:p>
            <w:pPr>
              <w:spacing w:after="20" w:line="276" w:lineRule="auto"/>
            </w:pPr>
            <w:r/>
            <w:r>
              <w:rPr>
                <w:rFonts w:ascii="宋体" w:hAnsi="宋体" w:eastAsia="宋体"/>
                <w:b w:val="0"/>
                <w:sz w:val="18"/>
              </w:rPr>
              <w:t>学生独立完成后在小组内订正，找出错例并订正。</w:t>
            </w:r>
          </w:p>
          <w:p>
            <w:pPr>
              <w:spacing w:after="20" w:line="276" w:lineRule="auto"/>
            </w:pPr>
            <w:r>
              <w:rPr>
                <w:rFonts w:ascii="宋体" w:hAnsi="宋体" w:eastAsia="宋体"/>
                <w:b w:val="0"/>
                <w:sz w:val="18"/>
              </w:rPr>
              <w:t>指导学生从概念、计算公式、计量单位等方面说</w:t>
            </w:r>
          </w:p>
        </w:tc>
        <w:tc>
          <w:tcPr>
            <w:tcW w:type="dxa" w:w="1814"/>
          </w:tcPr>
          <w:p>
            <w:pPr>
              <w:spacing w:after="20" w:line="276" w:lineRule="auto"/>
            </w:pPr>
            <w:r/>
            <w:r>
              <w:rPr>
                <w:rFonts w:ascii="宋体" w:hAnsi="宋体" w:eastAsia="宋体"/>
                <w:b w:val="0"/>
                <w:sz w:val="18"/>
              </w:rPr>
              <w:t>本环节在引导学生通过回忆已学过的知识之后，再通过梳理、交流、比较，引导学生把握圆柱与圆锥的联系与区别，进一步明确相关概念，整理图形的特征。</w:t>
            </w:r>
          </w:p>
        </w:tc>
      </w:tr>
      <w:tr>
        <w:tc>
          <w:tcPr>
            <w:tcW w:type="dxa" w:w="1474"/>
          </w:tcPr>
          <w:p>
            <w:pPr>
              <w:spacing w:after="20" w:line="276" w:lineRule="auto"/>
            </w:pPr>
            <w:r>
              <w:rPr>
                <w:b/>
              </w:rPr>
            </w:r>
            <w:r>
              <w:rPr>
                <w:rFonts w:ascii="宋体" w:hAnsi="宋体" w:eastAsia="宋体"/>
                <w:b/>
                <w:sz w:val="18"/>
              </w:rPr>
              <w:t>三、在解决实际问题中复习所学知识</w:t>
            </w:r>
          </w:p>
        </w:tc>
        <w:tc>
          <w:tcPr>
            <w:tcW w:type="dxa" w:w="3061"/>
          </w:tcPr>
          <w:p>
            <w:pPr>
              <w:spacing w:after="20" w:line="276" w:lineRule="auto"/>
            </w:pPr>
            <w:r/>
            <w:r>
              <w:rPr>
                <w:rFonts w:ascii="宋体" w:hAnsi="宋体" w:eastAsia="宋体"/>
                <w:b w:val="0"/>
                <w:sz w:val="18"/>
              </w:rPr>
              <w:t>1.应用圆柱表面积、体积的计算公式解决问题。</w:t>
            </w:r>
          </w:p>
          <w:p>
            <w:pPr>
              <w:spacing w:after="20" w:line="276" w:lineRule="auto"/>
            </w:pPr>
            <w:r>
              <w:rPr>
                <w:rFonts w:ascii="宋体" w:hAnsi="宋体" w:eastAsia="宋体"/>
                <w:b w:val="0"/>
                <w:sz w:val="18"/>
              </w:rPr>
              <w:t>第4题：这道题综合性很强，要注意观察，将漏斗转化为圆柱与圆锥的组合图形，并且它们的底面积是相等的。第一个问题要先求这个组合图形的体积，再求大约能装多少千克稻谷；第二个问题将百分数的知识融合进来，要求一漏斗稻谷大约能磨多少千克大米，就是求一漏斗稻谷质量的70%是多少。</w:t>
            </w:r>
          </w:p>
          <w:p>
            <w:pPr>
              <w:spacing w:after="20" w:line="276" w:lineRule="auto"/>
            </w:pPr>
            <w:r>
              <w:rPr>
                <w:rFonts w:ascii="宋体" w:hAnsi="宋体" w:eastAsia="宋体"/>
                <w:b w:val="0"/>
                <w:sz w:val="18"/>
              </w:rPr>
              <w:t>2.解决等积变形问题。</w:t>
            </w:r>
          </w:p>
          <w:p>
            <w:pPr>
              <w:spacing w:after="20" w:line="276" w:lineRule="auto"/>
            </w:pPr>
            <w:r>
              <w:rPr>
                <w:rFonts w:ascii="宋体" w:hAnsi="宋体" w:eastAsia="宋体"/>
                <w:b w:val="0"/>
                <w:sz w:val="18"/>
              </w:rPr>
              <w:t>（1）课件出示教科书P37“练习七”第1题。</w:t>
            </w:r>
          </w:p>
          <w:p>
            <w:pPr>
              <w:spacing w:after="20" w:line="276" w:lineRule="auto"/>
            </w:pPr>
            <w:r>
              <w:rPr>
                <w:rFonts w:ascii="宋体" w:hAnsi="宋体" w:eastAsia="宋体"/>
                <w:b w:val="0"/>
                <w:sz w:val="18"/>
              </w:rPr>
              <w:t>师：从题目中，你知道了哪些数学信息？</w:t>
            </w:r>
          </w:p>
          <w:p>
            <w:pPr>
              <w:spacing w:after="20" w:line="276" w:lineRule="auto"/>
            </w:pPr>
            <w:r>
              <w:rPr>
                <w:rFonts w:ascii="宋体" w:hAnsi="宋体" w:eastAsia="宋体"/>
                <w:b w:val="0"/>
                <w:sz w:val="18"/>
              </w:rPr>
              <w:t>师：你想怎样解决这个问题？说说自己的想法。</w:t>
            </w:r>
          </w:p>
          <w:p>
            <w:pPr>
              <w:spacing w:after="20" w:line="276" w:lineRule="auto"/>
            </w:pPr>
            <w:r>
              <w:rPr>
                <w:rFonts w:ascii="宋体" w:hAnsi="宋体" w:eastAsia="宋体"/>
                <w:b w:val="0"/>
                <w:sz w:val="18"/>
              </w:rPr>
              <w:t>练习题的综合性非常强，注意引导学生认真读题、审题，理解题目表达的含义，将复杂的实际问题转化成简单的数学问题，通过解决实际问题，对体积、表面积问题进行甄别，提高解决综合性问题的能力。</w:t>
            </w:r>
          </w:p>
          <w:p>
            <w:pPr>
              <w:spacing w:after="20" w:line="276" w:lineRule="auto"/>
            </w:pPr>
            <w:r>
              <w:rPr>
                <w:rFonts w:ascii="宋体" w:hAnsi="宋体" w:eastAsia="宋体"/>
                <w:b w:val="0"/>
                <w:sz w:val="18"/>
              </w:rPr>
              <w:t>师小结：这是一道“等积变形”问题，抓住立体图形形状改变，</w:t>
            </w:r>
          </w:p>
          <w:p>
            <w:pPr>
              <w:spacing w:after="20" w:line="276" w:lineRule="auto"/>
            </w:pPr>
            <w:r>
              <w:rPr>
                <w:rFonts w:ascii="宋体" w:hAnsi="宋体" w:eastAsia="宋体"/>
                <w:b w:val="0"/>
                <w:sz w:val="18"/>
              </w:rPr>
              <w:t>(2)独立完成教科书P37“练习七”第2题。</w:t>
            </w:r>
          </w:p>
          <w:p>
            <w:pPr>
              <w:spacing w:after="20" w:line="276" w:lineRule="auto"/>
            </w:pPr>
            <w:r>
              <w:rPr>
                <w:rFonts w:ascii="宋体" w:hAnsi="宋体" w:eastAsia="宋体"/>
                <w:b w:val="0"/>
                <w:sz w:val="18"/>
              </w:rPr>
              <w:t>完成后分享交流。</w:t>
            </w:r>
          </w:p>
        </w:tc>
        <w:tc>
          <w:tcPr>
            <w:tcW w:type="dxa" w:w="3061"/>
          </w:tcPr>
          <w:p>
            <w:pPr>
              <w:spacing w:after="20" w:line="276" w:lineRule="auto"/>
            </w:pPr>
            <w:r/>
            <w:r>
              <w:rPr>
                <w:rFonts w:ascii="宋体" w:hAnsi="宋体" w:eastAsia="宋体"/>
                <w:b w:val="0"/>
                <w:sz w:val="18"/>
              </w:rPr>
              <w:t>学生独立完成教科书P36第3、4题，教师巡视指导，完成后汇报交流。</w:t>
            </w:r>
          </w:p>
          <w:p>
            <w:pPr>
              <w:spacing w:after="20" w:line="276" w:lineRule="auto"/>
            </w:pPr>
            <w:r>
              <w:rPr>
                <w:rFonts w:ascii="宋体" w:hAnsi="宋体" w:eastAsia="宋体"/>
                <w:b w:val="0"/>
                <w:sz w:val="18"/>
              </w:rPr>
              <w:t>第3题：要让学生区别两个问题，第一个问题求的是圆柱的表面积，第二个问题求的是圆柱的体积，需要用不同的计算公式来解决问题。学生可能会质疑第一问中布料的面积是不是圆柱3个面的面积之和，要结合生活实际帮助学生理解。</w:t>
            </w:r>
          </w:p>
          <w:p>
            <w:pPr>
              <w:spacing w:after="20" w:line="276" w:lineRule="auto"/>
            </w:pPr>
            <w:r>
              <w:rPr>
                <w:rFonts w:ascii="宋体" w:hAnsi="宋体" w:eastAsia="宋体"/>
                <w:b w:val="0"/>
                <w:sz w:val="18"/>
              </w:rPr>
              <w:t>学生会说出：要将长方体钢坯熔铸成一根圆柱形钢材，已知长方体的长、宽、高分别是12.56 dm、5 dm和4 dm，圆柱形钢材的底面直径是4 dm，求钢材的长度。</w:t>
            </w:r>
          </w:p>
          <w:p>
            <w:pPr>
              <w:spacing w:after="20" w:line="276" w:lineRule="auto"/>
            </w:pPr>
            <w:r>
              <w:rPr>
                <w:rFonts w:ascii="宋体" w:hAnsi="宋体" w:eastAsia="宋体"/>
                <w:b w:val="0"/>
                <w:sz w:val="18"/>
              </w:rPr>
              <w:t>引导学生说出长方体钢坯的体积=圆柱形钢材的体积，要求钢材的长，先求出长方体钢坯的体积，也就是圆柱形钢材的体积，再求出圆柱形钢材的底面积，最后用V÷S=h求得钢材的长度。</w:t>
            </w:r>
          </w:p>
          <w:p>
            <w:pPr>
              <w:spacing w:after="20" w:line="276" w:lineRule="auto"/>
            </w:pPr>
            <w:r>
              <w:rPr>
                <w:rFonts w:ascii="宋体" w:hAnsi="宋体" w:eastAsia="宋体"/>
                <w:b w:val="0"/>
                <w:sz w:val="18"/>
              </w:rPr>
              <w:t>学生独立解答后再交流，课件出示正确解答。</w:t>
            </w:r>
          </w:p>
          <w:p>
            <w:pPr>
              <w:spacing w:after="20" w:line="276" w:lineRule="auto"/>
            </w:pPr>
            <w:r>
              <w:rPr>
                <w:rFonts w:ascii="宋体" w:hAnsi="宋体" w:eastAsia="宋体"/>
                <w:b w:val="0"/>
                <w:sz w:val="18"/>
              </w:rPr>
              <w:t>引导学生理解此题是将圆锥的体积转化成长方体的体积，少数学生不能想象在公路上铺路时，长方体的长、宽、高在现实情境中分别指的是哪一部分，可以借助直观的草图来帮助学生理解。解决这个问题时，会有学生忽略了单位要统一，导致计算错误。问题解决后，要注意让学生反思。</w:t>
            </w:r>
          </w:p>
        </w:tc>
        <w:tc>
          <w:tcPr>
            <w:tcW w:type="dxa" w:w="1814"/>
          </w:tcPr>
          <w:p>
            <w:pPr>
              <w:spacing w:after="20" w:line="276" w:lineRule="auto"/>
            </w:pPr>
            <w:r/>
            <w:r>
              <w:rPr>
                <w:rFonts w:ascii="宋体" w:hAnsi="宋体" w:eastAsia="宋体"/>
                <w:b w:val="0"/>
                <w:sz w:val="18"/>
              </w:rPr>
              <w:t>“等积变形”问题在生活中应用很广泛，这一类问题看起来比较复杂，信息量很大，但只要抓住了关键，在解决问题中理解体会“变中有不变”的数学思想，问题就变得清晰和简单了。</w:t>
            </w:r>
          </w:p>
        </w:tc>
      </w:tr>
      <w:tr>
        <w:tc>
          <w:tcPr>
            <w:tcW w:type="dxa" w:w="1474"/>
          </w:tcPr>
          <w:p>
            <w:pPr>
              <w:spacing w:after="20" w:line="276" w:lineRule="auto"/>
            </w:pPr>
            <w:r>
              <w:rPr>
                <w:b/>
              </w:rPr>
            </w:r>
            <w:r>
              <w:rPr>
                <w:rFonts w:ascii="宋体" w:hAnsi="宋体" w:eastAsia="宋体"/>
                <w:b/>
                <w:sz w:val="18"/>
              </w:rPr>
              <w:t>四、练习巩固，拓展提升</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第4题：引导学生思考——怎样加工才能使圆柱的体积最大？借助图示，让学生类比正方形与内切圆之间的关系，发现当圆柱的底面直径和高都等于正方体的棱长时，圆柱的体积最大。此时，圆柱的体积为：3.14×（4÷2）2×4＝50.24（dm3）；教师可以继续拓展，在正方体中截取一个最大的圆柱，圆柱的体积与正方体的体积之间有什么关系？通过设数法进行研究，不难发现：在正方体中截取一个最大的圆柱，圆柱的体积是正方体体积的78.5%。今后可以直接利</w:t>
            </w:r>
          </w:p>
          <w:p>
            <w:pPr>
              <w:spacing w:after="20" w:line="276" w:lineRule="auto"/>
            </w:pPr>
            <w:r>
              <w:rPr>
                <w:rFonts w:ascii="宋体" w:hAnsi="宋体" w:eastAsia="宋体"/>
                <w:b w:val="0"/>
                <w:sz w:val="18"/>
              </w:rPr>
              <w:t>用这个结论解决相关问题。</w:t>
            </w:r>
          </w:p>
          <w:p>
            <w:pPr>
              <w:spacing w:after="20" w:line="276" w:lineRule="auto"/>
            </w:pPr>
            <w:r>
              <w:rPr>
                <w:rFonts w:ascii="宋体" w:hAnsi="宋体" w:eastAsia="宋体"/>
                <w:b w:val="0"/>
                <w:sz w:val="18"/>
              </w:rPr>
              <w:t>第5题：结合生活中的实际经验，学生解决这个问题并不难，很轻松就知道桶能装的水是由桶壁的最小高度决定的。</w:t>
            </w:r>
          </w:p>
        </w:tc>
        <w:tc>
          <w:tcPr>
            <w:tcW w:type="dxa" w:w="3061"/>
          </w:tcPr>
          <w:p>
            <w:pPr>
              <w:spacing w:after="20" w:line="276" w:lineRule="auto"/>
            </w:pPr>
            <w:r/>
            <w:r>
              <w:rPr>
                <w:rFonts w:ascii="宋体" w:hAnsi="宋体" w:eastAsia="宋体"/>
                <w:b w:val="0"/>
                <w:sz w:val="18"/>
              </w:rPr>
              <w:t>学生独立解答教科书P37“练习七”第3～5题。</w:t>
            </w:r>
          </w:p>
          <w:p>
            <w:pPr>
              <w:spacing w:after="20" w:line="276" w:lineRule="auto"/>
            </w:pPr>
            <w:r>
              <w:rPr>
                <w:rFonts w:ascii="宋体" w:hAnsi="宋体" w:eastAsia="宋体"/>
                <w:b w:val="0"/>
                <w:sz w:val="18"/>
              </w:rPr>
              <w:t>第3题：计算组合图形体积的实际问题，学生通过读图能理解，要求做一个零件的金属用量就是用大圆柱的体积减去9个小圆柱的体积；还可以运用圆柱的体积计算公式V＝Sh来解决问题，先求底面的面积（从大圆面积里减去9个小圆的面积），再乘高也能解决问题。</w:t>
            </w:r>
          </w:p>
          <w:p>
            <w:pPr>
              <w:spacing w:after="20" w:line="276" w:lineRule="auto"/>
            </w:pPr>
            <w:r>
              <w:rPr>
                <w:rFonts w:ascii="宋体" w:hAnsi="宋体" w:eastAsia="宋体"/>
                <w:b w:val="0"/>
                <w:sz w:val="18"/>
              </w:rPr>
              <w:t>学生练习时，要引导他们仔细读题，理解题意，找到关键信息，把生活问题转化成数学问题，自行解决，不断提高分析和解决问题的综合能力。</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师：通过今天的整理和复习，你们有哪些新的收获？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引导学生回顾梳理本课所学，完善认知结构，提升归纳与反思能力，核心问题："通过今天的整理和复习，你们有哪些新的收获？"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整理和复习课要注意讲练结合，本课让学生自主整理知识，在梳理过程中知识被进一步唤醒，达到巩固知识的目的。在练习中复习知识的应用，要给予学生充分思考的时间和空间，注意抓住并运用学生的错误资源，促使学生自我反思，提高解决综合性问题的能力。 【作业设计】 见“状元成才路”系列丛书《创优作业100分》对应课时作业。 （1）右图是一个圆柱的表面展开图，这个圆柱的半径是（　　　）cm2，底面积是（　　　）cm2，表面积是（　　　）cm2，体积是（　　　）cm3。 （2）一个圆锥的底面积是24 m2，高是6 m，它的体积是（　　　）m3。 （3）新情境2024年4月26日，神舟十八号载人飞船成功对接于空间站天和核心舱径向端口，宇航员从载人飞船进入空间站的“生命通道”是一条圆柱形通道，长约1 m，底面直径长约0.8 m，通道表面由特殊材料制成，其面积约为（　　　）m2。（得数保留一位小数） （4）将棱长为6 dm的正方体木块削成一个最大的圆柱，这个圆柱的体积是（　　　）dm3。再将这个圆柱削成一个最大的圆锥， 这时需要削去的木屑与圆柱的体积比是（　　　）。 参考答案 （1）4　50.24　301.44　401.92 （2）48　（3）2.5　（4）169.56　2∶3 PAGE</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圆柱的认识（1）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圆柱的认识（1）</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教学准备：课件，长方体、正方体、圆柱的教具各一个，学生准备圆柱形的物体，三角尺、直尺、长方形纸、小棒、装满牙签的圆柱形牙签盒。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（1）认识圆柱，掌握圆柱的特征和几个部分的名称与特点，建立圆柱的几何模型。</w:t>
      </w:r>
    </w:p>
    <w:p>
      <w:pPr>
        <w:spacing w:after="20" w:line="300" w:lineRule="auto"/>
        <w:ind w:firstLine="400"/>
      </w:pPr>
      <w:r>
        <w:rPr>
          <w:rFonts w:ascii="宋体" w:hAnsi="宋体" w:eastAsia="宋体"/>
          <w:b w:val="0"/>
          <w:sz w:val="20"/>
        </w:rPr>
        <w:t>（2）经历操作、观察、比较和探索的过程，提高分析、推理和判断能力。</w:t>
      </w:r>
    </w:p>
    <w:p>
      <w:pPr>
        <w:spacing w:after="20" w:line="300" w:lineRule="auto"/>
        <w:ind w:firstLine="400"/>
      </w:pPr>
      <w:r>
        <w:rPr>
          <w:rFonts w:ascii="宋体" w:hAnsi="宋体" w:eastAsia="宋体"/>
          <w:b w:val="0"/>
          <w:sz w:val="20"/>
        </w:rPr>
        <w:t>（3）培养学生主动探索的精神，发展学生的空间观念，提高学生的学习兴趣，树立学好数学的信心。</w:t>
      </w:r>
    </w:p>
    <w:p>
      <w:pPr>
        <w:spacing w:after="20" w:line="300" w:lineRule="auto"/>
      </w:pPr>
      <w:r>
        <w:rPr>
          <w:rFonts w:ascii="宋体" w:hAnsi="宋体" w:eastAsia="宋体"/>
          <w:b w:val="0"/>
          <w:sz w:val="20"/>
        </w:rPr>
        <w:t>教学重点：认识圆柱、掌握圆柱的特征。</w:t>
      </w:r>
    </w:p>
    <w:p>
      <w:pPr>
        <w:spacing w:after="20" w:line="300" w:lineRule="auto"/>
      </w:pPr>
      <w:r>
        <w:rPr>
          <w:rFonts w:ascii="宋体" w:hAnsi="宋体" w:eastAsia="宋体"/>
          <w:b w:val="0"/>
          <w:sz w:val="20"/>
        </w:rPr>
        <w:t>【教学笔记】</w:t>
      </w:r>
    </w:p>
    <w:p>
      <w:pPr>
        <w:spacing w:after="20" w:line="300" w:lineRule="auto"/>
      </w:pPr>
      <w:r>
        <w:rPr>
          <w:rFonts w:ascii="宋体" w:hAnsi="宋体" w:eastAsia="宋体"/>
          <w:b w:val="0"/>
          <w:sz w:val="20"/>
        </w:rPr>
        <w:t>教学难点：培养学生的空间想象力，发展空间观念。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一、复习学过的立体图形的特征，揭示课题</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长方体和正方体是我们已经研究过的立体图形，摸一摸长方体和正方体，它们都是由什么样的面围成的？；再摸一摸圆柱，它又是由什么样的面围成的？</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二、借助圆柱形实物，探索特征</w:t>
            </w:r>
          </w:p>
        </w:tc>
        <w:tc>
          <w:tcPr>
            <w:tcW w:type="dxa" w:w="1814"/>
          </w:tcPr>
          <w:p>
            <w:pPr>
              <w:spacing w:after="20" w:line="276" w:lineRule="auto"/>
            </w:pPr>
            <w:r/>
            <w:r>
              <w:rPr>
                <w:rFonts w:ascii="宋体" w:hAnsi="宋体" w:eastAsia="宋体"/>
                <w:b w:val="0"/>
                <w:sz w:val="18"/>
              </w:rPr>
              <w:t>课件、教科书、尺子、小棒</w:t>
            </w:r>
          </w:p>
        </w:tc>
        <w:tc>
          <w:tcPr>
            <w:tcW w:type="dxa" w:w="3402"/>
          </w:tcPr>
          <w:p>
            <w:pPr>
              <w:spacing w:after="20" w:line="276" w:lineRule="auto"/>
            </w:pPr>
            <w:r/>
            <w:r>
              <w:rPr>
                <w:rFonts w:ascii="宋体" w:hAnsi="宋体" w:eastAsia="宋体"/>
                <w:b w:val="0"/>
                <w:sz w:val="18"/>
              </w:rPr>
              <w:t>大家找一找我们生活中有哪些圆柱形的物体，谁能说一说？；刚才有同学说到了圆柱的高，你们看，（课件出示两个底面大小相同、高矮不同的圆柱）这两个圆柱有什么区别？</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三、活动操作，从旋转的角度认识圆柱</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请你观察，长方形的长、宽与圆柱的底面半径、高之间有什么关系？</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四、巩固练习，深化认识</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把同一个长方形进行旋转，为什么会得到不同的圆柱呢？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一、复习学过的立体图形的特征，揭示课题</w:t>
            </w:r>
          </w:p>
        </w:tc>
        <w:tc>
          <w:tcPr>
            <w:tcW w:type="dxa" w:w="3061"/>
          </w:tcPr>
          <w:p>
            <w:pPr>
              <w:spacing w:after="20" w:line="276" w:lineRule="auto"/>
            </w:pPr>
            <w:r/>
            <w:r>
              <w:rPr>
                <w:rFonts w:ascii="宋体" w:hAnsi="宋体" w:eastAsia="宋体"/>
                <w:b w:val="0"/>
                <w:sz w:val="18"/>
              </w:rPr>
              <w:t>1.出示长方体、正方体、圆柱的教具。</w:t>
            </w:r>
          </w:p>
          <w:p>
            <w:pPr>
              <w:spacing w:after="20" w:line="276" w:lineRule="auto"/>
            </w:pPr>
            <w:r>
              <w:rPr>
                <w:rFonts w:ascii="宋体" w:hAnsi="宋体" w:eastAsia="宋体"/>
                <w:b w:val="0"/>
                <w:sz w:val="18"/>
              </w:rPr>
              <w:t>师：长方体和正方体是我们已经研究过的立体图形，摸一摸长方体和正方体，它们都是由什么样的面围成的？（平面）</w:t>
            </w:r>
          </w:p>
          <w:p>
            <w:pPr>
              <w:spacing w:after="20" w:line="276" w:lineRule="auto"/>
            </w:pPr>
            <w:r>
              <w:rPr>
                <w:rFonts w:ascii="宋体" w:hAnsi="宋体" w:eastAsia="宋体"/>
                <w:b w:val="0"/>
                <w:sz w:val="18"/>
              </w:rPr>
              <w:t>师：再摸一摸圆柱，它又是由什么样的面围成的？</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师：今天我们就来研究立体图形——圆柱。［板书课题：圆柱的认识（1）］</w:t>
            </w:r>
          </w:p>
        </w:tc>
        <w:tc>
          <w:tcPr>
            <w:tcW w:type="dxa" w:w="3061"/>
          </w:tcPr>
          <w:p>
            <w:pPr>
              <w:spacing w:after="20" w:line="276" w:lineRule="auto"/>
            </w:pPr>
            <w:r/>
            <w:r>
              <w:rPr>
                <w:rFonts w:ascii="宋体" w:hAnsi="宋体" w:eastAsia="宋体"/>
                <w:b w:val="0"/>
                <w:sz w:val="18"/>
              </w:rPr>
              <w:t>学生初步感知圆柱有的面是平面，有的面是曲面。</w:t>
            </w:r>
          </w:p>
        </w:tc>
        <w:tc>
          <w:tcPr>
            <w:tcW w:type="dxa" w:w="1814"/>
          </w:tcPr>
          <w:p>
            <w:pPr>
              <w:spacing w:after="20" w:line="276" w:lineRule="auto"/>
            </w:pPr>
            <w:r/>
            <w:r>
              <w:rPr>
                <w:rFonts w:ascii="宋体" w:hAnsi="宋体" w:eastAsia="宋体"/>
                <w:b w:val="0"/>
                <w:sz w:val="18"/>
              </w:rPr>
              <w:t>以旧知识做铺垫，唤起学生对已有学习经验的回顾，初步感知圆柱的特征，激发学生探究的兴趣。</w:t>
            </w:r>
          </w:p>
        </w:tc>
      </w:tr>
      <w:tr>
        <w:tc>
          <w:tcPr>
            <w:tcW w:type="dxa" w:w="1474"/>
          </w:tcPr>
          <w:p>
            <w:pPr>
              <w:spacing w:after="20" w:line="276" w:lineRule="auto"/>
            </w:pPr>
            <w:r>
              <w:rPr>
                <w:b/>
              </w:rPr>
            </w:r>
            <w:r>
              <w:rPr>
                <w:rFonts w:ascii="宋体" w:hAnsi="宋体" w:eastAsia="宋体"/>
                <w:b/>
                <w:sz w:val="18"/>
              </w:rPr>
              <w:t>二、借助圆柱形实物，探索特征</w:t>
            </w:r>
          </w:p>
        </w:tc>
        <w:tc>
          <w:tcPr>
            <w:tcW w:type="dxa" w:w="3061"/>
          </w:tcPr>
          <w:p>
            <w:pPr>
              <w:spacing w:after="20" w:line="276" w:lineRule="auto"/>
            </w:pPr>
            <w:r/>
            <w:r>
              <w:rPr>
                <w:rFonts w:ascii="宋体" w:hAnsi="宋体" w:eastAsia="宋体"/>
                <w:b w:val="0"/>
                <w:sz w:val="18"/>
              </w:rPr>
              <w:t>1.寻找生活中的圆柱，初步感知圆柱的特征。</w:t>
            </w:r>
          </w:p>
          <w:p>
            <w:pPr>
              <w:spacing w:after="20" w:line="276" w:lineRule="auto"/>
            </w:pPr>
            <w:r>
              <w:rPr>
                <w:rFonts w:ascii="宋体" w:hAnsi="宋体" w:eastAsia="宋体"/>
                <w:b w:val="0"/>
                <w:sz w:val="18"/>
              </w:rPr>
              <w:t>（1）师：大家找一找我们生活中有哪些圆柱形的物体，谁能说一说？</w:t>
            </w:r>
          </w:p>
          <w:p>
            <w:pPr>
              <w:spacing w:after="20" w:line="276" w:lineRule="auto"/>
            </w:pPr>
            <w:r>
              <w:rPr>
                <w:rFonts w:ascii="宋体" w:hAnsi="宋体" w:eastAsia="宋体"/>
                <w:b w:val="0"/>
                <w:sz w:val="18"/>
              </w:rPr>
              <w:t>（2）课件展示常见的圆柱形物体。</w:t>
            </w:r>
          </w:p>
          <w:p>
            <w:pPr>
              <w:spacing w:after="20" w:line="276" w:lineRule="auto"/>
            </w:pPr>
            <w:r>
              <w:rPr>
                <w:rFonts w:ascii="宋体" w:hAnsi="宋体" w:eastAsia="宋体"/>
                <w:b w:val="0"/>
                <w:sz w:val="18"/>
              </w:rPr>
              <w:t>探索圆柱的特征是本节课的重点，要让学生经历观察、触摸、操作等过程，从整体上把握圆柱的组成以及各部分的特征。</w:t>
            </w:r>
          </w:p>
          <w:p>
            <w:pPr>
              <w:spacing w:after="20" w:line="276" w:lineRule="auto"/>
            </w:pPr>
            <w:r>
              <w:rPr>
                <w:rFonts w:ascii="宋体" w:hAnsi="宋体" w:eastAsia="宋体"/>
                <w:b w:val="0"/>
                <w:sz w:val="18"/>
              </w:rPr>
              <w:t>师：同学们找到了生活中的许多圆柱形物体，老师也找了一些。你能用自己的话说一说圆柱是什么样的吗？（课件先出示实物图，再从实物图中抽象出圆柱图形。）</w:t>
            </w:r>
          </w:p>
          <w:p>
            <w:pPr>
              <w:spacing w:after="20" w:line="276" w:lineRule="auto"/>
            </w:pPr>
            <w:r>
              <w:rPr>
                <w:rFonts w:ascii="宋体" w:hAnsi="宋体" w:eastAsia="宋体"/>
                <w:b w:val="0"/>
                <w:sz w:val="18"/>
              </w:rPr>
              <w:t>2.借助实物，探究圆柱的特征。</w:t>
            </w:r>
          </w:p>
          <w:p>
            <w:pPr>
              <w:spacing w:after="20" w:line="276" w:lineRule="auto"/>
            </w:pPr>
            <w:r>
              <w:rPr>
                <w:rFonts w:ascii="宋体" w:hAnsi="宋体" w:eastAsia="宋体"/>
                <w:b w:val="0"/>
                <w:sz w:val="18"/>
              </w:rPr>
              <w:t>（1）小组合作，探究特征。</w:t>
            </w:r>
          </w:p>
          <w:p>
            <w:pPr>
              <w:spacing w:after="20" w:line="276" w:lineRule="auto"/>
            </w:pPr>
            <w:r>
              <w:rPr>
                <w:rFonts w:ascii="宋体" w:hAnsi="宋体" w:eastAsia="宋体"/>
                <w:b w:val="0"/>
                <w:sz w:val="18"/>
              </w:rPr>
              <w:t>师：观察一个圆柱形的物体，看一看它是由哪几部分组成的，有什么特征。在小组内互相说一说。有困难的小组可以仔细阅读教科书P17例1的内容，到书中去寻找或补充答案。注意边读书中内容，边用笔画一画。（学生活动，教师巡视指导。）</w:t>
            </w:r>
          </w:p>
          <w:p>
            <w:pPr>
              <w:spacing w:after="20" w:line="276" w:lineRule="auto"/>
            </w:pPr>
            <w:r>
              <w:rPr>
                <w:rFonts w:ascii="宋体" w:hAnsi="宋体" w:eastAsia="宋体"/>
                <w:b w:val="0"/>
                <w:sz w:val="18"/>
              </w:rPr>
              <w:t>(2)全班交流反馈，形成认识。</w:t>
            </w:r>
          </w:p>
          <w:p>
            <w:pPr>
              <w:spacing w:after="20" w:line="276" w:lineRule="auto"/>
            </w:pPr>
            <w:r>
              <w:rPr>
                <w:rFonts w:ascii="宋体" w:hAnsi="宋体" w:eastAsia="宋体"/>
                <w:b w:val="0"/>
                <w:sz w:val="18"/>
              </w:rPr>
              <w:t>（3）探究圆柱“高”的特征。</w:t>
            </w:r>
          </w:p>
          <w:p>
            <w:pPr>
              <w:spacing w:after="20" w:line="276" w:lineRule="auto"/>
            </w:pPr>
            <w:r>
              <w:rPr>
                <w:rFonts w:ascii="宋体" w:hAnsi="宋体" w:eastAsia="宋体"/>
                <w:b w:val="0"/>
                <w:sz w:val="18"/>
              </w:rPr>
              <w:t>①师：刚才有同学说到了圆柱的高，你们看，（课件出示两个底面大小相同、高矮不同的圆柱）这两个圆柱有什么区别？（一高一矮）</w:t>
            </w:r>
          </w:p>
          <w:p>
            <w:pPr>
              <w:spacing w:after="20" w:line="276" w:lineRule="auto"/>
            </w:pPr>
            <w:r>
              <w:rPr>
                <w:rFonts w:ascii="宋体" w:hAnsi="宋体" w:eastAsia="宋体"/>
                <w:b w:val="0"/>
                <w:sz w:val="18"/>
              </w:rPr>
              <w:t>师：圆柱的高矮与什么有关？</w:t>
            </w:r>
          </w:p>
          <w:p>
            <w:pPr>
              <w:spacing w:after="20" w:line="276" w:lineRule="auto"/>
            </w:pPr>
            <w:r>
              <w:rPr>
                <w:rFonts w:ascii="宋体" w:hAnsi="宋体" w:eastAsia="宋体"/>
                <w:b w:val="0"/>
                <w:sz w:val="18"/>
              </w:rPr>
              <w:t>师：圆柱的两个底面之间的距离叫做高。（板书：高）</w:t>
            </w:r>
          </w:p>
          <w:p>
            <w:pPr>
              <w:spacing w:after="20" w:line="276" w:lineRule="auto"/>
            </w:pPr>
            <w:r>
              <w:rPr>
                <w:rFonts w:ascii="宋体" w:hAnsi="宋体" w:eastAsia="宋体"/>
                <w:b w:val="0"/>
                <w:sz w:val="18"/>
              </w:rPr>
              <w:t>②师：怎样测量圆柱的高？测量什么地方最方便？通过测量你发现了什么？</w:t>
            </w:r>
          </w:p>
          <w:p>
            <w:pPr>
              <w:spacing w:after="20" w:line="276" w:lineRule="auto"/>
            </w:pPr>
            <w:r>
              <w:rPr>
                <w:rFonts w:ascii="宋体" w:hAnsi="宋体" w:eastAsia="宋体"/>
                <w:b w:val="0"/>
                <w:sz w:val="18"/>
              </w:rPr>
              <w:t>在学生观察、交流的基础上，指出圆柱的底面和侧面不因圆柱的放置方法而改变。</w:t>
            </w:r>
          </w:p>
          <w:p>
            <w:pPr>
              <w:spacing w:after="20" w:line="276" w:lineRule="auto"/>
            </w:pPr>
            <w:r>
              <w:rPr>
                <w:rFonts w:ascii="宋体" w:hAnsi="宋体" w:eastAsia="宋体"/>
                <w:b w:val="0"/>
                <w:sz w:val="18"/>
              </w:rPr>
              <w:t>师：他的测量方法好吗？有没有需要改进的地方？</w:t>
            </w:r>
          </w:p>
          <w:p>
            <w:pPr>
              <w:spacing w:after="20" w:line="276" w:lineRule="auto"/>
            </w:pPr>
            <w:r>
              <w:rPr>
                <w:rFonts w:ascii="宋体" w:hAnsi="宋体" w:eastAsia="宋体"/>
                <w:b w:val="0"/>
                <w:sz w:val="18"/>
              </w:rPr>
              <w:t>教师演示正确的测量方法，并强调：在测量中一定要注意圆柱要水平放置，刻度尺也要水平放置。</w:t>
            </w:r>
          </w:p>
          <w:p>
            <w:pPr>
              <w:spacing w:after="20" w:line="276" w:lineRule="auto"/>
            </w:pPr>
            <w:r>
              <w:rPr>
                <w:rFonts w:ascii="宋体" w:hAnsi="宋体" w:eastAsia="宋体"/>
                <w:b w:val="0"/>
                <w:sz w:val="18"/>
              </w:rPr>
              <w:t>师：利用尺子，我们在圆柱的侧面找到了高。（课件展示。）</w:t>
            </w:r>
          </w:p>
          <w:p>
            <w:pPr>
              <w:spacing w:after="20" w:line="276" w:lineRule="auto"/>
            </w:pPr>
            <w:r>
              <w:rPr>
                <w:rFonts w:ascii="宋体" w:hAnsi="宋体" w:eastAsia="宋体"/>
                <w:b w:val="0"/>
                <w:sz w:val="18"/>
              </w:rPr>
              <w:t>③师：圆柱的高有多少条？它们之间有什么关系？出示一个装满牙签的圆柱形牙签盒，将牙签看作圆柱的高。学生观察后，发现：圆柱有无数条高，它们的长度都相等。（板书：无数条　一样长）</w:t>
            </w:r>
          </w:p>
          <w:p>
            <w:pPr>
              <w:spacing w:after="20" w:line="276" w:lineRule="auto"/>
            </w:pPr>
            <w:r>
              <w:rPr>
                <w:rFonts w:ascii="宋体" w:hAnsi="宋体" w:eastAsia="宋体"/>
                <w:b w:val="0"/>
                <w:sz w:val="18"/>
              </w:rPr>
              <w:t>④“高”的拓展。</w:t>
            </w:r>
          </w:p>
          <w:p>
            <w:pPr>
              <w:spacing w:after="20" w:line="276" w:lineRule="auto"/>
            </w:pPr>
            <w:r>
              <w:rPr>
                <w:rFonts w:ascii="宋体" w:hAnsi="宋体" w:eastAsia="宋体"/>
                <w:b w:val="0"/>
                <w:sz w:val="18"/>
              </w:rPr>
              <w:t>师：在日常生活中，圆柱的高，除了叫“高”，还可以叫什么？</w:t>
            </w:r>
          </w:p>
          <w:p>
            <w:pPr>
              <w:spacing w:after="20" w:line="276" w:lineRule="auto"/>
            </w:pPr>
            <w:r>
              <w:rPr>
                <w:rFonts w:ascii="宋体" w:hAnsi="宋体" w:eastAsia="宋体"/>
                <w:b w:val="0"/>
                <w:sz w:val="18"/>
              </w:rPr>
              <w:t>3.归纳小结。</w:t>
            </w:r>
          </w:p>
          <w:p>
            <w:pPr>
              <w:spacing w:after="20" w:line="276" w:lineRule="auto"/>
            </w:pPr>
            <w:r>
              <w:rPr>
                <w:rFonts w:ascii="宋体" w:hAnsi="宋体" w:eastAsia="宋体"/>
                <w:b w:val="0"/>
                <w:sz w:val="18"/>
              </w:rPr>
              <w:t>师：现在谁能来完整地说说圆柱有什么特征？假如你是圆柱，该怎样介绍自己呢？（请一名学生扮演“圆柱”，介绍特征，教师或其他学生及时给予评价。）</w:t>
            </w:r>
          </w:p>
        </w:tc>
        <w:tc>
          <w:tcPr>
            <w:tcW w:type="dxa" w:w="3061"/>
          </w:tcPr>
          <w:p>
            <w:pPr>
              <w:spacing w:after="20" w:line="276" w:lineRule="auto"/>
            </w:pPr>
            <w:r/>
            <w:r>
              <w:rPr>
                <w:rFonts w:ascii="宋体" w:hAnsi="宋体" w:eastAsia="宋体"/>
                <w:b w:val="0"/>
                <w:sz w:val="18"/>
              </w:rPr>
              <w:t>茶叶筒、水桶、通风管、卫生纸筒、木桩等是圆柱形的。</w:t>
            </w:r>
          </w:p>
          <w:p>
            <w:pPr>
              <w:spacing w:after="20" w:line="276" w:lineRule="auto"/>
            </w:pPr>
            <w:r>
              <w:rPr>
                <w:rFonts w:ascii="宋体" w:hAnsi="宋体" w:eastAsia="宋体"/>
                <w:b w:val="0"/>
                <w:sz w:val="18"/>
              </w:rPr>
              <w:t>有两个圆形的面，直直的、上下一样粗，能滚动……</w:t>
            </w:r>
          </w:p>
          <w:p>
            <w:pPr>
              <w:spacing w:after="20" w:line="276" w:lineRule="auto"/>
            </w:pPr>
            <w:r>
              <w:rPr>
                <w:rFonts w:ascii="宋体" w:hAnsi="宋体" w:eastAsia="宋体"/>
                <w:b w:val="0"/>
                <w:sz w:val="18"/>
              </w:rPr>
              <w:t>预设1：我们知道了圆柱是由3个面围成的。圆柱的上、下两个面叫作底面，圆柱周围的面（上、下底面除外）叫作侧面，是一个曲面。（教师让学生指一指圆柱的底面和侧面。）</w:t>
            </w:r>
          </w:p>
          <w:p>
            <w:pPr>
              <w:spacing w:after="20" w:line="276" w:lineRule="auto"/>
            </w:pPr>
            <w:r>
              <w:rPr>
                <w:rFonts w:ascii="宋体" w:hAnsi="宋体" w:eastAsia="宋体"/>
                <w:b w:val="0"/>
                <w:sz w:val="18"/>
              </w:rPr>
              <w:t>预设2：圆柱的两个底面都是圆，大小相等。（让学生说说如何证明两个底面是相等的，例如剪出来比较，量直径计算，将一个面画在纸上，另一个面倒过来覆于画的图形上，观察是否重合等。）</w:t>
            </w:r>
          </w:p>
          <w:p>
            <w:pPr>
              <w:spacing w:after="20" w:line="276" w:lineRule="auto"/>
            </w:pPr>
            <w:r>
              <w:rPr>
                <w:rFonts w:ascii="宋体" w:hAnsi="宋体" w:eastAsia="宋体"/>
                <w:b w:val="0"/>
                <w:sz w:val="18"/>
              </w:rPr>
              <w:t>预设3：我还知道圆柱的两个底面圆心之间的距离叫作高。</w:t>
            </w:r>
          </w:p>
          <w:p>
            <w:pPr>
              <w:spacing w:after="20" w:line="276" w:lineRule="auto"/>
            </w:pPr>
            <w:r>
              <w:rPr>
                <w:rFonts w:ascii="宋体" w:hAnsi="宋体" w:eastAsia="宋体"/>
                <w:b w:val="0"/>
                <w:sz w:val="18"/>
              </w:rPr>
              <w:t>引导学生发现圆柱的高矮和圆柱两个底面之间的距离有关。</w:t>
            </w:r>
          </w:p>
          <w:p>
            <w:pPr>
              <w:spacing w:after="20" w:line="276" w:lineRule="auto"/>
            </w:pPr>
            <w:r>
              <w:rPr>
                <w:rFonts w:ascii="宋体" w:hAnsi="宋体" w:eastAsia="宋体"/>
                <w:b w:val="0"/>
                <w:sz w:val="18"/>
              </w:rPr>
              <w:t>学生小组讨论后汇报结果，请一名学生展示自己的测量方法。</w:t>
            </w:r>
          </w:p>
          <w:p>
            <w:pPr>
              <w:spacing w:after="20" w:line="276" w:lineRule="auto"/>
            </w:pPr>
            <w:r>
              <w:rPr>
                <w:rFonts w:ascii="宋体" w:hAnsi="宋体" w:eastAsia="宋体"/>
                <w:b w:val="0"/>
                <w:sz w:val="18"/>
              </w:rPr>
              <w:t>预设1：硬币的高叫作“厚”。</w:t>
            </w:r>
          </w:p>
          <w:p>
            <w:pPr>
              <w:spacing w:after="20" w:line="276" w:lineRule="auto"/>
            </w:pPr>
            <w:r>
              <w:rPr>
                <w:rFonts w:ascii="宋体" w:hAnsi="宋体" w:eastAsia="宋体"/>
                <w:b w:val="0"/>
                <w:sz w:val="18"/>
              </w:rPr>
              <w:t>预设2：钢管、木料横着放叫作“长”。</w:t>
            </w:r>
          </w:p>
          <w:p>
            <w:pPr>
              <w:spacing w:after="20" w:line="276" w:lineRule="auto"/>
            </w:pPr>
            <w:r>
              <w:rPr>
                <w:rFonts w:ascii="宋体" w:hAnsi="宋体" w:eastAsia="宋体"/>
                <w:b w:val="0"/>
                <w:sz w:val="18"/>
              </w:rPr>
              <w:t>预设3：圆柱形水池的高叫作“深”。</w:t>
            </w:r>
          </w:p>
        </w:tc>
        <w:tc>
          <w:tcPr>
            <w:tcW w:type="dxa" w:w="1814"/>
          </w:tcPr>
          <w:p>
            <w:pPr>
              <w:spacing w:after="20" w:line="276" w:lineRule="auto"/>
            </w:pPr>
            <w:r/>
            <w:r>
              <w:rPr>
                <w:rFonts w:ascii="宋体" w:hAnsi="宋体" w:eastAsia="宋体"/>
                <w:b w:val="0"/>
                <w:sz w:val="18"/>
              </w:rPr>
              <w:t>学生通过阅读、观察、交流，积累感性认识。在小组合作交流中，相互启迪，感知圆柱的特征。</w:t>
            </w:r>
          </w:p>
          <w:p>
            <w:pPr>
              <w:spacing w:after="20" w:line="276" w:lineRule="auto"/>
            </w:pPr>
            <w:r>
              <w:rPr>
                <w:rFonts w:ascii="宋体" w:hAnsi="宋体" w:eastAsia="宋体"/>
                <w:b w:val="0"/>
                <w:sz w:val="18"/>
              </w:rPr>
              <w:t>动手操作有利于增强学生直观感知，让学生更好地理解圆柱的特征，通过多种方法的展示，拓宽学生思维。</w:t>
            </w:r>
          </w:p>
          <w:p>
            <w:pPr>
              <w:spacing w:after="20" w:line="276" w:lineRule="auto"/>
            </w:pPr>
            <w:r>
              <w:rPr>
                <w:rFonts w:ascii="宋体" w:hAnsi="宋体" w:eastAsia="宋体"/>
                <w:b w:val="0"/>
                <w:sz w:val="18"/>
              </w:rPr>
              <w:t>通过观察、测量、比较等活动，充分认识圆柱的高的特征，变式认识高，使学生对圆柱高的认识更加全面。设计扮演“圆柱”、介绍圆柱特征的环节，可以让学生用更有趣的方式掌握圆柱的特征。</w:t>
            </w:r>
          </w:p>
        </w:tc>
      </w:tr>
      <w:tr>
        <w:tc>
          <w:tcPr>
            <w:tcW w:type="dxa" w:w="1474"/>
          </w:tcPr>
          <w:p>
            <w:pPr>
              <w:spacing w:after="20" w:line="276" w:lineRule="auto"/>
            </w:pPr>
            <w:r>
              <w:rPr>
                <w:b/>
              </w:rPr>
            </w:r>
            <w:r>
              <w:rPr>
                <w:rFonts w:ascii="宋体" w:hAnsi="宋体" w:eastAsia="宋体"/>
                <w:b/>
                <w:sz w:val="18"/>
              </w:rPr>
              <w:t>三、活动操作，从旋转的角度认识圆柱</w:t>
            </w:r>
          </w:p>
        </w:tc>
        <w:tc>
          <w:tcPr>
            <w:tcW w:type="dxa" w:w="3061"/>
          </w:tcPr>
          <w:p>
            <w:pPr>
              <w:spacing w:after="20" w:line="276" w:lineRule="auto"/>
            </w:pPr>
            <w:r/>
            <w:r>
              <w:rPr>
                <w:rFonts w:ascii="宋体" w:hAnsi="宋体" w:eastAsia="宋体"/>
                <w:b w:val="0"/>
                <w:sz w:val="18"/>
              </w:rPr>
              <w:t>1.教师让学生拿出准备好的长方形硬纸片，贴在木棒上。</w:t>
            </w:r>
          </w:p>
          <w:p>
            <w:pPr>
              <w:spacing w:after="20" w:line="276" w:lineRule="auto"/>
            </w:pPr>
            <w:r>
              <w:rPr>
                <w:rFonts w:ascii="宋体" w:hAnsi="宋体" w:eastAsia="宋体"/>
                <w:b w:val="0"/>
                <w:sz w:val="18"/>
              </w:rPr>
              <w:t>师：同学们和我一起快速转动木棒，看看转出来的是什么形状。</w:t>
            </w:r>
          </w:p>
          <w:p>
            <w:pPr>
              <w:spacing w:after="20" w:line="276" w:lineRule="auto"/>
            </w:pPr>
            <w:r>
              <w:rPr>
                <w:rFonts w:ascii="宋体" w:hAnsi="宋体" w:eastAsia="宋体"/>
                <w:b w:val="0"/>
                <w:sz w:val="18"/>
              </w:rPr>
              <w:t>组织学生操作后，汇报结果。</w:t>
            </w:r>
          </w:p>
          <w:p>
            <w:pPr>
              <w:spacing w:after="20" w:line="276" w:lineRule="auto"/>
            </w:pPr>
            <w:r>
              <w:rPr>
                <w:rFonts w:ascii="宋体" w:hAnsi="宋体" w:eastAsia="宋体"/>
                <w:b w:val="0"/>
                <w:sz w:val="18"/>
              </w:rPr>
              <w:t>2.师：请你观察，长方形的长、宽与圆柱的底面半径、高之间有什么关系？</w:t>
            </w:r>
          </w:p>
        </w:tc>
        <w:tc>
          <w:tcPr>
            <w:tcW w:type="dxa" w:w="3061"/>
          </w:tcPr>
          <w:p>
            <w:pPr>
              <w:spacing w:after="20" w:line="276" w:lineRule="auto"/>
            </w:pPr>
            <w:r/>
            <w:r>
              <w:rPr>
                <w:rFonts w:ascii="宋体" w:hAnsi="宋体" w:eastAsia="宋体"/>
                <w:b w:val="0"/>
                <w:sz w:val="18"/>
              </w:rPr>
              <w:t>转出来的是圆柱。</w:t>
            </w:r>
          </w:p>
          <w:p>
            <w:pPr>
              <w:spacing w:after="20" w:line="276" w:lineRule="auto"/>
            </w:pPr>
            <w:r>
              <w:rPr>
                <w:rFonts w:ascii="宋体" w:hAnsi="宋体" w:eastAsia="宋体"/>
                <w:b w:val="0"/>
                <w:sz w:val="18"/>
              </w:rPr>
              <w:t>指导学生发现，以长方形的哪条边为轴旋转，这条边就是圆柱的高，长方形的另一条边则是圆柱的底面半径。</w:t>
            </w:r>
          </w:p>
        </w:tc>
        <w:tc>
          <w:tcPr>
            <w:tcW w:type="dxa" w:w="1814"/>
          </w:tcPr>
          <w:p>
            <w:pPr>
              <w:spacing w:after="20" w:line="276" w:lineRule="auto"/>
            </w:pPr>
            <w:r/>
            <w:r>
              <w:rPr>
                <w:rFonts w:ascii="宋体" w:hAnsi="宋体" w:eastAsia="宋体"/>
                <w:b w:val="0"/>
                <w:sz w:val="18"/>
              </w:rPr>
              <w:t>通过活动操作和想象，使学生从旋转的角度认识圆柱，感受平面图形与立体图形的转换。发展学生的空间想象能力，建立空间观念。</w:t>
            </w:r>
          </w:p>
        </w:tc>
      </w:tr>
      <w:tr>
        <w:tc>
          <w:tcPr>
            <w:tcW w:type="dxa" w:w="1474"/>
          </w:tcPr>
          <w:p>
            <w:pPr>
              <w:spacing w:after="20" w:line="276" w:lineRule="auto"/>
            </w:pPr>
            <w:r>
              <w:rPr>
                <w:b/>
              </w:rPr>
            </w:r>
            <w:r>
              <w:rPr>
                <w:rFonts w:ascii="宋体" w:hAnsi="宋体" w:eastAsia="宋体"/>
                <w:b/>
                <w:sz w:val="18"/>
              </w:rPr>
              <w:t>四、巩固练习，深化认识</w:t>
            </w:r>
          </w:p>
        </w:tc>
        <w:tc>
          <w:tcPr>
            <w:tcW w:type="dxa" w:w="3061"/>
          </w:tcPr>
          <w:p>
            <w:pPr>
              <w:spacing w:after="20" w:line="276" w:lineRule="auto"/>
            </w:pPr>
            <w:r/>
            <w:r>
              <w:rPr>
                <w:rFonts w:ascii="宋体" w:hAnsi="宋体" w:eastAsia="宋体"/>
                <w:b w:val="0"/>
                <w:sz w:val="18"/>
              </w:rPr>
              <w:t>1.课件出示教科书P17“做一做”第1题。</w:t>
            </w:r>
          </w:p>
          <w:p>
            <w:pPr>
              <w:spacing w:after="20" w:line="276" w:lineRule="auto"/>
            </w:pPr>
            <w:r>
              <w:rPr>
                <w:rFonts w:ascii="宋体" w:hAnsi="宋体" w:eastAsia="宋体"/>
                <w:b w:val="0"/>
                <w:sz w:val="18"/>
              </w:rPr>
              <w:t>师：请你指出这些圆柱的底面、侧面和高。</w:t>
            </w:r>
          </w:p>
          <w:p>
            <w:pPr>
              <w:spacing w:after="20" w:line="276" w:lineRule="auto"/>
            </w:pPr>
            <w:r>
              <w:rPr>
                <w:rFonts w:ascii="宋体" w:hAnsi="宋体" w:eastAsia="宋体"/>
                <w:b w:val="0"/>
                <w:sz w:val="18"/>
              </w:rPr>
              <w:t>2.课件出示教科书P17“做一做”第2题。</w:t>
            </w:r>
          </w:p>
          <w:p>
            <w:pPr>
              <w:spacing w:after="20" w:line="276" w:lineRule="auto"/>
            </w:pPr>
            <w:r>
              <w:rPr>
                <w:rFonts w:ascii="宋体" w:hAnsi="宋体" w:eastAsia="宋体"/>
                <w:b w:val="0"/>
                <w:sz w:val="18"/>
              </w:rPr>
              <w:t>师：把同一个长方形进行旋转，为什么会得到不同的圆柱呢？</w:t>
            </w:r>
          </w:p>
          <w:p>
            <w:pPr>
              <w:spacing w:after="20" w:line="276" w:lineRule="auto"/>
            </w:pPr>
            <w:r>
              <w:rPr>
                <w:rFonts w:ascii="宋体" w:hAnsi="宋体" w:eastAsia="宋体"/>
                <w:b w:val="0"/>
                <w:sz w:val="18"/>
              </w:rPr>
              <w:t>转动木棒的活动可以更充分地让学生仔细观察、想象、讨论，得出长方形长、宽与圆柱底面半径、高之间的关系。</w:t>
            </w:r>
          </w:p>
          <w:p>
            <w:pPr>
              <w:spacing w:after="20" w:line="276" w:lineRule="auto"/>
            </w:pPr>
            <w:r>
              <w:rPr>
                <w:rFonts w:ascii="宋体" w:hAnsi="宋体" w:eastAsia="宋体"/>
                <w:b w:val="0"/>
                <w:sz w:val="18"/>
              </w:rPr>
              <w:t>3.课件出示教科书P19“练习三”第1题。</w:t>
            </w:r>
          </w:p>
          <w:p>
            <w:pPr>
              <w:spacing w:after="20" w:line="276" w:lineRule="auto"/>
            </w:pPr>
            <w:r>
              <w:rPr>
                <w:rFonts w:ascii="宋体" w:hAnsi="宋体" w:eastAsia="宋体"/>
                <w:b w:val="0"/>
                <w:sz w:val="18"/>
              </w:rPr>
              <w:t>师：判断一下哪些图形是圆柱，并说说理由。</w:t>
            </w:r>
          </w:p>
          <w:p>
            <w:pPr>
              <w:spacing w:after="20" w:line="276" w:lineRule="auto"/>
            </w:pPr>
            <w:r>
              <w:rPr>
                <w:rFonts w:ascii="宋体" w:hAnsi="宋体" w:eastAsia="宋体"/>
                <w:b w:val="0"/>
                <w:sz w:val="18"/>
              </w:rPr>
              <w:t>形是圆柱。(让学生说说其他图形不是圆柱的理由。)</w:t>
            </w:r>
          </w:p>
          <w:p>
            <w:pPr>
              <w:spacing w:after="20" w:line="276" w:lineRule="auto"/>
            </w:pPr>
            <w:r>
              <w:rPr>
                <w:rFonts w:ascii="宋体" w:hAnsi="宋体" w:eastAsia="宋体"/>
                <w:b w:val="0"/>
                <w:sz w:val="18"/>
              </w:rPr>
              <w:t>通过错例，使学生对圆柱的底面是两个相同的圆有更深的体会，而且通过观察圆柱在不同的方向上摆放，进一步巩固对圆柱本质特征的理解。</w:t>
            </w:r>
          </w:p>
        </w:tc>
        <w:tc>
          <w:tcPr>
            <w:tcW w:type="dxa" w:w="3061"/>
          </w:tcPr>
          <w:p>
            <w:pPr>
              <w:spacing w:after="20" w:line="276" w:lineRule="auto"/>
            </w:pPr>
            <w:r/>
            <w:r>
              <w:rPr>
                <w:rFonts w:ascii="宋体" w:hAnsi="宋体" w:eastAsia="宋体"/>
                <w:b w:val="0"/>
                <w:sz w:val="18"/>
              </w:rPr>
              <w:t>学生完成后，集中交流评价。</w:t>
            </w:r>
          </w:p>
          <w:p>
            <w:pPr>
              <w:spacing w:after="20" w:line="276" w:lineRule="auto"/>
            </w:pPr>
            <w:r>
              <w:rPr>
                <w:rFonts w:ascii="宋体" w:hAnsi="宋体" w:eastAsia="宋体"/>
                <w:b w:val="0"/>
                <w:sz w:val="18"/>
              </w:rPr>
              <w:t>学生观察、想象、交流。</w:t>
            </w:r>
          </w:p>
          <w:p>
            <w:pPr>
              <w:spacing w:after="20" w:line="276" w:lineRule="auto"/>
            </w:pPr>
            <w:r>
              <w:rPr>
                <w:rFonts w:ascii="宋体" w:hAnsi="宋体" w:eastAsia="宋体"/>
                <w:b w:val="0"/>
                <w:sz w:val="18"/>
              </w:rPr>
              <w:t>预设1：图(1)是以长方形的宽为轴旋转而成的，这个圆柱的底面半径是2cm，高是1cm。</w:t>
            </w:r>
          </w:p>
          <w:p>
            <w:pPr>
              <w:spacing w:after="20" w:line="276" w:lineRule="auto"/>
            </w:pPr>
            <w:r>
              <w:rPr>
                <w:rFonts w:ascii="宋体" w:hAnsi="宋体" w:eastAsia="宋体"/>
                <w:b w:val="0"/>
                <w:sz w:val="18"/>
              </w:rPr>
              <w:t>预设2：图(2)是以长方形的长为轴旋转而成的，这个圆柱的底面半径是1cm，高是2cm。</w:t>
            </w:r>
          </w:p>
          <w:p>
            <w:pPr>
              <w:spacing w:after="20" w:line="276" w:lineRule="auto"/>
            </w:pPr>
            <w:r>
              <w:rPr>
                <w:rFonts w:ascii="宋体" w:hAnsi="宋体" w:eastAsia="宋体"/>
                <w:b w:val="0"/>
                <w:sz w:val="18"/>
              </w:rPr>
              <w:t>学生很轻松地判断出第1个、第3个、第5个图</w:t>
            </w:r>
          </w:p>
        </w:tc>
        <w:tc>
          <w:tcPr>
            <w:tcW w:type="dxa" w:w="1814"/>
          </w:tcPr>
          <w:p>
            <w:pPr>
              <w:spacing w:after="20" w:line="276" w:lineRule="auto"/>
            </w:pPr>
            <w:r/>
            <w:r>
              <w:rPr>
                <w:rFonts w:ascii="宋体" w:hAnsi="宋体" w:eastAsia="宋体"/>
                <w:b w:val="0"/>
                <w:sz w:val="18"/>
              </w:rPr>
              <w:t>让学生进一步明确无论圆柱如何放置，高都是指两个底面之间的距离，而不是指圆柱的离地高度。</w:t>
            </w:r>
          </w:p>
          <w:p>
            <w:pPr>
              <w:spacing w:after="20" w:line="276" w:lineRule="auto"/>
            </w:pPr>
            <w:r>
              <w:rPr>
                <w:rFonts w:ascii="宋体" w:hAnsi="宋体" w:eastAsia="宋体"/>
                <w:b w:val="0"/>
                <w:sz w:val="18"/>
              </w:rPr>
              <w:t>发挥学生的空间想象力，加深对圆柱的认识，感受平面图形和立体图形的关系，认识到以长方形的任意一条长或宽作为旋转轴，都可以得到圆柱，但形状可能不同。</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师：同学们，今天的数学课你们有哪些收获呢？</w:t>
            </w:r>
          </w:p>
          <w:p>
            <w:pPr>
              <w:spacing w:after="20" w:line="276" w:lineRule="auto"/>
            </w:pPr>
            <w:r>
              <w:rPr>
                <w:rFonts w:ascii="宋体" w:hAnsi="宋体" w:eastAsia="宋体"/>
                <w:b w:val="0"/>
                <w:sz w:val="18"/>
              </w:rPr>
              <w:t>师生共同小结圆柱的特征。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实际生活中，学生对圆柱的认识都是感性的，而课堂教学是对圆柱进行理性的认识。组织学生通过观察手中的圆柱形实物，在直观感知圆柱的活动中，对圆柱的特征有了一个较为完整的认识。教学时，把教学重难点化繁为简，化抽象为具体，并把“观察、猜想、操作、发现”的方法贯穿始终。在对圆柱特点的探究中，学生的发现可能只停留在直观层面，应注意结合问题，例如：“你怎么证明上、下底面是两个大小一样的圆？”“怎样用直尺、三角尺量出一个圆柱的高？”鼓励学生自主探索，加深对圆柱特征的理解与把握。 【教学笔记】</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圆锥的认识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圆锥的认识</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教学准备：课件，一个做好的圆锥，学生准备一张直角三角形硬纸，一个圆锥形物体。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（1）掌握圆锥的基本特征及各部分名称，会测量圆锥的高。</w:t>
      </w:r>
    </w:p>
    <w:p>
      <w:pPr>
        <w:spacing w:after="20" w:line="300" w:lineRule="auto"/>
        <w:ind w:firstLine="400"/>
      </w:pPr>
      <w:r>
        <w:rPr>
          <w:rFonts w:ascii="宋体" w:hAnsi="宋体" w:eastAsia="宋体"/>
          <w:b w:val="0"/>
          <w:sz w:val="20"/>
        </w:rPr>
        <w:t>（2）经历观察、想象、猜想、操作、讨论、分析、验证的过程，培养学生有序观察、合作学习和提出问题、解决问题的能力，发展空间观念。</w:t>
      </w:r>
    </w:p>
    <w:p>
      <w:pPr>
        <w:spacing w:after="20" w:line="300" w:lineRule="auto"/>
        <w:ind w:firstLine="400"/>
      </w:pPr>
      <w:r>
        <w:rPr>
          <w:rFonts w:ascii="宋体" w:hAnsi="宋体" w:eastAsia="宋体"/>
          <w:b w:val="0"/>
          <w:sz w:val="20"/>
        </w:rPr>
        <w:t>（3）积累活动经验，激发学习兴趣，感受知识与生活的联系以及它在生活中的价值。</w:t>
      </w:r>
    </w:p>
    <w:p>
      <w:pPr>
        <w:spacing w:after="20" w:line="300" w:lineRule="auto"/>
      </w:pPr>
      <w:r>
        <w:rPr>
          <w:rFonts w:ascii="宋体" w:hAnsi="宋体" w:eastAsia="宋体"/>
          <w:b w:val="0"/>
          <w:sz w:val="20"/>
        </w:rPr>
        <w:t>教学重点：在认识圆锥的过程中掌握其特征及各部分名称。</w:t>
      </w:r>
    </w:p>
    <w:p>
      <w:pPr>
        <w:spacing w:after="20" w:line="300" w:lineRule="auto"/>
      </w:pPr>
      <w:r>
        <w:rPr>
          <w:rFonts w:ascii="宋体" w:hAnsi="宋体" w:eastAsia="宋体"/>
          <w:b w:val="0"/>
          <w:sz w:val="20"/>
        </w:rPr>
        <w:t>教学难点：圆锥高的认识及测量方法。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一、操作想象，导入新课</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想一想，绕直角三角形的哪条边旋转也能得到圆锥？；在生活中你见过哪些圆锥形的物体？</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二、自主探索，形成对圆锥特征的认知</w:t>
            </w:r>
          </w:p>
        </w:tc>
        <w:tc>
          <w:tcPr>
            <w:tcW w:type="dxa" w:w="1814"/>
          </w:tcPr>
          <w:p>
            <w:pPr>
              <w:spacing w:after="20" w:line="276" w:lineRule="auto"/>
            </w:pPr>
            <w:r/>
            <w:r>
              <w:rPr>
                <w:rFonts w:ascii="宋体" w:hAnsi="宋体" w:eastAsia="宋体"/>
                <w:b w:val="0"/>
                <w:sz w:val="18"/>
              </w:rPr>
              <w:t>学具、课件</w:t>
            </w:r>
          </w:p>
        </w:tc>
        <w:tc>
          <w:tcPr>
            <w:tcW w:type="dxa" w:w="3402"/>
          </w:tcPr>
          <w:p>
            <w:pPr>
              <w:spacing w:after="20" w:line="276" w:lineRule="auto"/>
            </w:pPr>
            <w:r/>
            <w:r>
              <w:rPr>
                <w:rFonts w:ascii="宋体" w:hAnsi="宋体" w:eastAsia="宋体"/>
                <w:b w:val="0"/>
                <w:sz w:val="18"/>
              </w:rPr>
              <w:t>关于圆锥，你想了解什么？；你通过剪圆锥还能发现什么？</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三、沟通圆柱与圆锥的联系，加深认识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如果我们从不同方向观察圆锥，会看到怎样的图形呢？如果我们将圆锥沿着底面直径切开，所得到的截面是什么形状？</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四、综合运用，培养能力</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这里有3个不同方向放置的圆锥，你能指出它们的底面、侧面和高吗？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今天的数学课，你们提出的问题得到解决了吗？有哪些收获呢？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一、操作想象，导入新课</w:t>
            </w:r>
          </w:p>
        </w:tc>
        <w:tc>
          <w:tcPr>
            <w:tcW w:type="dxa" w:w="3061"/>
          </w:tcPr>
          <w:p>
            <w:pPr>
              <w:spacing w:after="20" w:line="276" w:lineRule="auto"/>
            </w:pPr>
            <w:r/>
            <w:r>
              <w:rPr>
                <w:rFonts w:ascii="宋体" w:hAnsi="宋体" w:eastAsia="宋体"/>
                <w:b w:val="0"/>
                <w:sz w:val="18"/>
              </w:rPr>
              <w:t>师：我们在研究圆柱时，曾发现一个长方形绕它的一条边旋转一周会形成一个圆柱。如果给你一个直角三角形，以一条直角边为轴旋转一周，形成的还会是圆柱吗？</w:t>
            </w:r>
          </w:p>
          <w:p>
            <w:pPr>
              <w:spacing w:after="20" w:line="276" w:lineRule="auto"/>
            </w:pPr>
            <w:r>
              <w:rPr>
                <w:rFonts w:ascii="宋体" w:hAnsi="宋体" w:eastAsia="宋体"/>
                <w:b w:val="0"/>
                <w:sz w:val="18"/>
              </w:rPr>
              <w:t>师：想一想，绕直角三角形的哪条边旋转也能得到圆锥？</w:t>
            </w:r>
          </w:p>
          <w:p>
            <w:pPr>
              <w:spacing w:after="20" w:line="276" w:lineRule="auto"/>
            </w:pPr>
            <w:r>
              <w:rPr>
                <w:rFonts w:ascii="宋体" w:hAnsi="宋体" w:eastAsia="宋体"/>
                <w:b w:val="0"/>
                <w:sz w:val="18"/>
              </w:rPr>
              <w:t>2.寻找生活中的圆锥。</w:t>
            </w:r>
          </w:p>
          <w:p>
            <w:pPr>
              <w:spacing w:after="20" w:line="276" w:lineRule="auto"/>
            </w:pPr>
            <w:r>
              <w:rPr>
                <w:rFonts w:ascii="宋体" w:hAnsi="宋体" w:eastAsia="宋体"/>
                <w:b w:val="0"/>
                <w:sz w:val="18"/>
              </w:rPr>
              <w:t>课件出示教科书P30有关圆锥的图片，并从实物中抽象出圆锥的几何图形。</w:t>
            </w:r>
          </w:p>
          <w:p>
            <w:pPr>
              <w:spacing w:after="20" w:line="276" w:lineRule="auto"/>
            </w:pPr>
            <w:r>
              <w:rPr>
                <w:rFonts w:ascii="宋体" w:hAnsi="宋体" w:eastAsia="宋体"/>
                <w:b w:val="0"/>
                <w:sz w:val="18"/>
              </w:rPr>
              <w:t>师：在生活中你见过哪些圆锥形的物体？（学生发言后，课件再展示一组图片）</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师：圆锥在我们的生活中的应用很广泛，今天我们就一起来研究圆锥。(板书课题：圆锥的认识)</w:t>
            </w:r>
          </w:p>
        </w:tc>
        <w:tc>
          <w:tcPr>
            <w:tcW w:type="dxa" w:w="3061"/>
          </w:tcPr>
          <w:p>
            <w:pPr>
              <w:spacing w:after="20" w:line="276" w:lineRule="auto"/>
            </w:pPr>
            <w:r/>
            <w:r>
              <w:rPr>
                <w:rFonts w:ascii="宋体" w:hAnsi="宋体" w:eastAsia="宋体"/>
                <w:b w:val="0"/>
                <w:sz w:val="18"/>
              </w:rPr>
              <w:t>1.学生动手操作。</w:t>
            </w:r>
          </w:p>
          <w:p>
            <w:pPr>
              <w:spacing w:after="20" w:line="276" w:lineRule="auto"/>
            </w:pPr>
            <w:r>
              <w:rPr>
                <w:rFonts w:ascii="宋体" w:hAnsi="宋体" w:eastAsia="宋体"/>
                <w:b w:val="0"/>
                <w:sz w:val="18"/>
              </w:rPr>
              <w:t>学生猜想，可以利用手中的直角三角形硬纸进行操作验证。</w:t>
            </w:r>
          </w:p>
          <w:p>
            <w:pPr>
              <w:spacing w:after="20" w:line="276" w:lineRule="auto"/>
            </w:pPr>
            <w:r>
              <w:rPr>
                <w:rFonts w:ascii="宋体" w:hAnsi="宋体" w:eastAsia="宋体"/>
                <w:b w:val="0"/>
                <w:sz w:val="18"/>
              </w:rPr>
              <w:t>学生发现直角三角形绕一条直角边旋转而成的立体图形是圆锥。</w:t>
            </w:r>
          </w:p>
          <w:p>
            <w:pPr>
              <w:spacing w:after="20" w:line="276" w:lineRule="auto"/>
            </w:pPr>
            <w:r>
              <w:rPr>
                <w:rFonts w:ascii="宋体" w:hAnsi="宋体" w:eastAsia="宋体"/>
                <w:b w:val="0"/>
                <w:sz w:val="18"/>
              </w:rPr>
              <w:t>学生在进行操作时，要注意加强操作指导，引导学生从旋转的角度认识圆锥。</w:t>
            </w:r>
          </w:p>
          <w:p>
            <w:pPr>
              <w:spacing w:after="20" w:line="276" w:lineRule="auto"/>
            </w:pPr>
            <w:r>
              <w:rPr>
                <w:rFonts w:ascii="宋体" w:hAnsi="宋体" w:eastAsia="宋体"/>
                <w:b w:val="0"/>
                <w:sz w:val="18"/>
              </w:rPr>
              <w:t>学生通过操作发现绕直角三角形的另一条直角边旋转而成的立体图形也是圆锥，但绕着斜边旋转不能得到圆锥。</w:t>
            </w:r>
          </w:p>
        </w:tc>
        <w:tc>
          <w:tcPr>
            <w:tcW w:type="dxa" w:w="1814"/>
          </w:tcPr>
          <w:p>
            <w:pPr>
              <w:spacing w:after="20" w:line="276" w:lineRule="auto"/>
            </w:pPr>
            <w:r/>
            <w:r>
              <w:rPr>
                <w:rFonts w:ascii="宋体" w:hAnsi="宋体" w:eastAsia="宋体"/>
                <w:b w:val="0"/>
                <w:sz w:val="18"/>
              </w:rPr>
              <w:t>借助学生的已有经验猜想，由直角三角形绕一条直角边旋转而成的立体图形是什么图形，在操作、想象中获取对圆锥的初步认识。从实物图中抽象出圆锥的几何图形，给出圆锥的名称完成从具体到抽象的过渡。</w:t>
            </w:r>
          </w:p>
        </w:tc>
      </w:tr>
      <w:tr>
        <w:tc>
          <w:tcPr>
            <w:tcW w:type="dxa" w:w="1474"/>
          </w:tcPr>
          <w:p>
            <w:pPr>
              <w:spacing w:after="20" w:line="276" w:lineRule="auto"/>
            </w:pPr>
            <w:r>
              <w:rPr>
                <w:b/>
              </w:rPr>
            </w:r>
            <w:r>
              <w:rPr>
                <w:rFonts w:ascii="宋体" w:hAnsi="宋体" w:eastAsia="宋体"/>
                <w:b/>
                <w:sz w:val="18"/>
              </w:rPr>
              <w:t>二、自主探索，形成对圆锥特征的认知</w:t>
            </w:r>
          </w:p>
        </w:tc>
        <w:tc>
          <w:tcPr>
            <w:tcW w:type="dxa" w:w="3061"/>
          </w:tcPr>
          <w:p>
            <w:pPr>
              <w:spacing w:after="20" w:line="276" w:lineRule="auto"/>
            </w:pPr>
            <w:r/>
            <w:r>
              <w:rPr>
                <w:rFonts w:ascii="宋体" w:hAnsi="宋体" w:eastAsia="宋体"/>
                <w:b w:val="0"/>
                <w:sz w:val="18"/>
              </w:rPr>
              <w:t>1.创设氛围,提出问题。</w:t>
            </w:r>
          </w:p>
          <w:p>
            <w:pPr>
              <w:spacing w:after="20" w:line="276" w:lineRule="auto"/>
            </w:pPr>
            <w:r>
              <w:rPr>
                <w:rFonts w:ascii="宋体" w:hAnsi="宋体" w:eastAsia="宋体"/>
                <w:b w:val="0"/>
                <w:sz w:val="18"/>
              </w:rPr>
              <w:t>师：关于圆锥，你想了解什么？</w:t>
            </w:r>
          </w:p>
          <w:p>
            <w:pPr>
              <w:spacing w:after="20" w:line="276" w:lineRule="auto"/>
            </w:pPr>
            <w:r>
              <w:rPr>
                <w:rFonts w:ascii="宋体" w:hAnsi="宋体" w:eastAsia="宋体"/>
                <w:b w:val="0"/>
                <w:sz w:val="18"/>
              </w:rPr>
              <w:t>教师可以将学生所提出的问题的关键词板书在黑板上：特征、构成、展开图、高、与圆柱比较。</w:t>
            </w:r>
          </w:p>
          <w:p>
            <w:pPr>
              <w:spacing w:after="20" w:line="276" w:lineRule="auto"/>
            </w:pPr>
            <w:r>
              <w:rPr>
                <w:rFonts w:ascii="宋体" w:hAnsi="宋体" w:eastAsia="宋体"/>
                <w:b w:val="0"/>
                <w:sz w:val="18"/>
              </w:rPr>
              <w:t>师：我们在小学研究的都是像这样的直圆锥。</w:t>
            </w:r>
          </w:p>
          <w:p>
            <w:pPr>
              <w:spacing w:after="20" w:line="276" w:lineRule="auto"/>
            </w:pPr>
            <w:r>
              <w:rPr>
                <w:rFonts w:ascii="宋体" w:hAnsi="宋体" w:eastAsia="宋体"/>
                <w:b w:val="0"/>
                <w:sz w:val="18"/>
              </w:rPr>
              <w:t>2.认识名称，掌握特征。</w:t>
            </w:r>
          </w:p>
          <w:p>
            <w:pPr>
              <w:spacing w:after="20" w:line="276" w:lineRule="auto"/>
            </w:pPr>
            <w:r>
              <w:rPr>
                <w:rFonts w:ascii="宋体" w:hAnsi="宋体" w:eastAsia="宋体"/>
                <w:b w:val="0"/>
                <w:sz w:val="18"/>
              </w:rPr>
              <w:t>（1）师：请同学们拿出自己准备好的学具，看一看，摸一摸，然后说一说你对圆锥的初步认识。</w:t>
            </w:r>
          </w:p>
          <w:p>
            <w:pPr>
              <w:spacing w:after="20" w:line="276" w:lineRule="auto"/>
            </w:pPr>
            <w:r>
              <w:rPr>
                <w:rFonts w:ascii="宋体" w:hAnsi="宋体" w:eastAsia="宋体"/>
                <w:b w:val="0"/>
                <w:sz w:val="18"/>
              </w:rPr>
              <w:t>明确特征：圆锥有1个顶点，2个面。(板书：1个顶点 2个面：1个圆、1个曲面)</w:t>
            </w:r>
          </w:p>
          <w:p>
            <w:pPr>
              <w:spacing w:after="20" w:line="276" w:lineRule="auto"/>
            </w:pPr>
            <w:r>
              <w:rPr>
                <w:rFonts w:ascii="宋体" w:hAnsi="宋体" w:eastAsia="宋体"/>
                <w:b w:val="0"/>
                <w:sz w:val="18"/>
              </w:rPr>
              <w:t>（2）师：刚才有同学说圆锥的展开图是一个圆和一个扇形，老师这里有一个已经做好的圆锥，谁来剪一剪，让大家看看圆锥的展开图到底是什么样子的？</w:t>
            </w:r>
          </w:p>
          <w:p>
            <w:pPr>
              <w:spacing w:after="20" w:line="276" w:lineRule="auto"/>
            </w:pPr>
            <w:r>
              <w:rPr>
                <w:rFonts w:ascii="宋体" w:hAnsi="宋体" w:eastAsia="宋体"/>
                <w:b w:val="0"/>
                <w:sz w:val="18"/>
              </w:rPr>
              <w:t>指名上台操作，操作后将展开图贴在黑板上。</w:t>
            </w:r>
          </w:p>
          <w:p>
            <w:pPr>
              <w:spacing w:after="20" w:line="276" w:lineRule="auto"/>
            </w:pPr>
            <w:r>
              <w:rPr>
                <w:rFonts w:ascii="宋体" w:hAnsi="宋体" w:eastAsia="宋体"/>
                <w:b w:val="0"/>
                <w:sz w:val="18"/>
              </w:rPr>
              <w:t>师：你通过剪圆锥还能发现什么？</w:t>
            </w:r>
          </w:p>
          <w:p>
            <w:pPr>
              <w:spacing w:after="20" w:line="276" w:lineRule="auto"/>
            </w:pPr>
            <w:r>
              <w:rPr>
                <w:rFonts w:ascii="宋体" w:hAnsi="宋体" w:eastAsia="宋体"/>
                <w:b w:val="0"/>
                <w:sz w:val="18"/>
              </w:rPr>
              <w:t>（3）师：经过观察、操作以及交流，我们知道了圆锥各部分的名称以及它的展开图的样子，下面让我们一边观看微课一边梳理知识吧！(播放微课：圆锥各部分名称及特征)</w:t>
            </w:r>
          </w:p>
          <w:p>
            <w:pPr>
              <w:spacing w:after="20" w:line="276" w:lineRule="auto"/>
            </w:pPr>
            <w:r>
              <w:rPr>
                <w:rFonts w:ascii="宋体" w:hAnsi="宋体" w:eastAsia="宋体"/>
                <w:b w:val="0"/>
                <w:sz w:val="18"/>
              </w:rPr>
              <w:t>课件出示一组图形。</w:t>
            </w:r>
          </w:p>
          <w:p>
            <w:pPr>
              <w:spacing w:after="20" w:line="276" w:lineRule="auto"/>
            </w:pPr>
            <w:r>
              <w:rPr>
                <w:rFonts w:ascii="宋体" w:hAnsi="宋体" w:eastAsia="宋体"/>
                <w:b w:val="0"/>
                <w:sz w:val="18"/>
              </w:rPr>
              <w:t>②回答后教师纠错。</w:t>
            </w:r>
          </w:p>
          <w:p>
            <w:pPr>
              <w:spacing w:after="20" w:line="276" w:lineRule="auto"/>
            </w:pPr>
            <w:r>
              <w:rPr>
                <w:rFonts w:ascii="宋体" w:hAnsi="宋体" w:eastAsia="宋体"/>
                <w:b w:val="0"/>
                <w:sz w:val="18"/>
              </w:rPr>
              <w:t>3.研究圆锥的高。</w:t>
            </w:r>
          </w:p>
          <w:p>
            <w:pPr>
              <w:spacing w:after="20" w:line="276" w:lineRule="auto"/>
            </w:pPr>
            <w:r>
              <w:rPr>
                <w:rFonts w:ascii="宋体" w:hAnsi="宋体" w:eastAsia="宋体"/>
                <w:b w:val="0"/>
                <w:sz w:val="18"/>
              </w:rPr>
              <w:t>(1)认识圆锥的高。</w:t>
            </w:r>
          </w:p>
          <w:p>
            <w:pPr>
              <w:spacing w:after="20" w:line="276" w:lineRule="auto"/>
            </w:pPr>
            <w:r>
              <w:rPr>
                <w:rFonts w:ascii="宋体" w:hAnsi="宋体" w:eastAsia="宋体"/>
                <w:b w:val="0"/>
                <w:sz w:val="18"/>
              </w:rPr>
              <w:t>师：在刚才的学习中，有同学说圆锥有无数条高，你同意吗？</w:t>
            </w:r>
          </w:p>
          <w:p>
            <w:pPr>
              <w:spacing w:after="20" w:line="276" w:lineRule="auto"/>
            </w:pPr>
            <w:r>
              <w:rPr>
                <w:rFonts w:ascii="宋体" w:hAnsi="宋体" w:eastAsia="宋体"/>
                <w:b w:val="0"/>
                <w:sz w:val="18"/>
              </w:rPr>
              <w:t>师：圆锥的高在哪里？两人一组指一指，说一说。谁愿意指给大家看？他指得对吗？有没有不同意见？</w:t>
            </w:r>
          </w:p>
          <w:p>
            <w:pPr>
              <w:spacing w:after="20" w:line="276" w:lineRule="auto"/>
            </w:pPr>
            <w:r>
              <w:rPr>
                <w:rFonts w:ascii="宋体" w:hAnsi="宋体" w:eastAsia="宋体"/>
                <w:b w:val="0"/>
                <w:sz w:val="18"/>
              </w:rPr>
              <w:t>师：从圆锥的顶点到底面圆心的距离是圆锥的高。圆锥底面圆周上任一点与顶点之间的距离不是圆锥的高。（出示课件）</w:t>
            </w:r>
          </w:p>
          <w:p>
            <w:pPr>
              <w:spacing w:after="20" w:line="276" w:lineRule="auto"/>
            </w:pPr>
            <w:r>
              <w:rPr>
                <w:rFonts w:ascii="宋体" w:hAnsi="宋体" w:eastAsia="宋体"/>
                <w:b w:val="0"/>
                <w:sz w:val="18"/>
              </w:rPr>
              <w:t>圆锥的高的认识是本课时的教学难点。教学时让学生结合实物观察、讨论、交流，区分高和母线，引导学生从垂直性的角度认识圆锥的高。</w:t>
            </w:r>
          </w:p>
          <w:p>
            <w:pPr>
              <w:spacing w:after="20" w:line="276" w:lineRule="auto"/>
            </w:pPr>
            <w:r>
              <w:rPr>
                <w:rFonts w:ascii="宋体" w:hAnsi="宋体" w:eastAsia="宋体"/>
                <w:b w:val="0"/>
                <w:sz w:val="18"/>
              </w:rPr>
              <w:t>(2)测量圆锥的高。</w:t>
            </w:r>
          </w:p>
          <w:p>
            <w:pPr>
              <w:spacing w:after="20" w:line="276" w:lineRule="auto"/>
            </w:pPr>
            <w:r>
              <w:rPr>
                <w:rFonts w:ascii="宋体" w:hAnsi="宋体" w:eastAsia="宋体"/>
                <w:b w:val="0"/>
                <w:sz w:val="18"/>
              </w:rPr>
              <w:t>师：怎样测量圆锥的高呢？拿一个圆锥形物体，试着测量它的高。</w:t>
            </w:r>
          </w:p>
          <w:p>
            <w:pPr>
              <w:spacing w:after="20" w:line="276" w:lineRule="auto"/>
            </w:pPr>
            <w:r>
              <w:rPr>
                <w:rFonts w:ascii="宋体" w:hAnsi="宋体" w:eastAsia="宋体"/>
                <w:b w:val="0"/>
                <w:sz w:val="18"/>
              </w:rPr>
              <w:t>课件出示圆锥的高的测量方法。</w:t>
            </w:r>
          </w:p>
          <w:p>
            <w:pPr>
              <w:spacing w:after="20" w:line="276" w:lineRule="auto"/>
            </w:pPr>
            <w:r>
              <w:rPr>
                <w:rFonts w:ascii="宋体" w:hAnsi="宋体" w:eastAsia="宋体"/>
                <w:b w:val="0"/>
                <w:sz w:val="18"/>
              </w:rPr>
              <w:t>师：圆柱有无数条高，圆锥的高有几条呢？</w:t>
            </w:r>
          </w:p>
          <w:p>
            <w:pPr>
              <w:spacing w:after="20" w:line="276" w:lineRule="auto"/>
            </w:pPr>
            <w:r>
              <w:rPr>
                <w:rFonts w:ascii="宋体" w:hAnsi="宋体" w:eastAsia="宋体"/>
                <w:b w:val="0"/>
                <w:sz w:val="18"/>
              </w:rPr>
              <w:t>指导学生按照正确的测量方法再次测量，完成后说一说测量圆锥的高时要注意些什么。</w:t>
            </w:r>
          </w:p>
        </w:tc>
        <w:tc>
          <w:tcPr>
            <w:tcW w:type="dxa" w:w="3061"/>
          </w:tcPr>
          <w:p>
            <w:pPr>
              <w:spacing w:after="20" w:line="276" w:lineRule="auto"/>
            </w:pPr>
            <w:r/>
            <w:r>
              <w:rPr>
                <w:rFonts w:ascii="宋体" w:hAnsi="宋体" w:eastAsia="宋体"/>
                <w:b w:val="0"/>
                <w:sz w:val="18"/>
              </w:rPr>
              <w:t>学生可能提出如下问题：圆锥的特征是什么？圆锥由哪些部分构成？圆锥和圆柱有什么不同？圆锥的高是什么？有几条？也有可能提到侧面展开的问题等。</w:t>
            </w:r>
          </w:p>
          <w:p>
            <w:pPr>
              <w:spacing w:after="20" w:line="276" w:lineRule="auto"/>
            </w:pPr>
            <w:r>
              <w:rPr>
                <w:rFonts w:ascii="宋体" w:hAnsi="宋体" w:eastAsia="宋体"/>
                <w:b w:val="0"/>
                <w:sz w:val="18"/>
              </w:rPr>
              <w:t>小组活动后进行汇报。</w:t>
            </w:r>
          </w:p>
          <w:p>
            <w:pPr>
              <w:spacing w:after="20" w:line="276" w:lineRule="auto"/>
            </w:pPr>
            <w:r>
              <w:rPr>
                <w:rFonts w:ascii="宋体" w:hAnsi="宋体" w:eastAsia="宋体"/>
                <w:b w:val="0"/>
                <w:sz w:val="18"/>
              </w:rPr>
              <w:t>预设1：圆锥有一个曲面、一个顶点和一个圆形的底面。(让学生一边说一边指一指。)</w:t>
            </w:r>
          </w:p>
          <w:p>
            <w:pPr>
              <w:spacing w:after="20" w:line="276" w:lineRule="auto"/>
            </w:pPr>
            <w:r>
              <w:rPr>
                <w:rFonts w:ascii="宋体" w:hAnsi="宋体" w:eastAsia="宋体"/>
                <w:b w:val="0"/>
                <w:sz w:val="18"/>
              </w:rPr>
              <w:t>预设2：圆锥的展开图是一个圆和一个扇形。</w:t>
            </w:r>
          </w:p>
          <w:p>
            <w:pPr>
              <w:spacing w:after="20" w:line="276" w:lineRule="auto"/>
            </w:pPr>
            <w:r>
              <w:rPr>
                <w:rFonts w:ascii="宋体" w:hAnsi="宋体" w:eastAsia="宋体"/>
                <w:b w:val="0"/>
                <w:sz w:val="18"/>
              </w:rPr>
              <w:t>预设3：与圆柱外形的不同点：圆柱有两个圆形作底面，圆锥只有一个底面，上面是一个顶点。</w:t>
            </w:r>
          </w:p>
          <w:p>
            <w:pPr>
              <w:spacing w:after="20" w:line="276" w:lineRule="auto"/>
            </w:pPr>
            <w:r>
              <w:rPr>
                <w:rFonts w:ascii="宋体" w:hAnsi="宋体" w:eastAsia="宋体"/>
                <w:b w:val="0"/>
                <w:sz w:val="18"/>
              </w:rPr>
              <w:t>预设4：圆锥有无数条高。(学生说到这个观点时，可以延迟评价。)</w:t>
            </w:r>
          </w:p>
          <w:p>
            <w:pPr>
              <w:spacing w:after="20" w:line="276" w:lineRule="auto"/>
            </w:pPr>
            <w:r>
              <w:rPr>
                <w:rFonts w:ascii="宋体" w:hAnsi="宋体" w:eastAsia="宋体"/>
                <w:b w:val="0"/>
                <w:sz w:val="18"/>
              </w:rPr>
              <w:t>预设1：这条线就是扇形的半径。</w:t>
            </w:r>
          </w:p>
          <w:p>
            <w:pPr>
              <w:spacing w:after="20" w:line="276" w:lineRule="auto"/>
            </w:pPr>
            <w:r>
              <w:rPr>
                <w:rFonts w:ascii="宋体" w:hAnsi="宋体" w:eastAsia="宋体"/>
                <w:b w:val="0"/>
                <w:sz w:val="18"/>
              </w:rPr>
              <w:t>预设2：扇形的弧就是圆锥的底面周长。</w:t>
            </w:r>
          </w:p>
          <w:p>
            <w:pPr>
              <w:spacing w:after="20" w:line="276" w:lineRule="auto"/>
            </w:pPr>
            <w:r>
              <w:rPr>
                <w:rFonts w:ascii="宋体" w:hAnsi="宋体" w:eastAsia="宋体"/>
                <w:b w:val="0"/>
                <w:sz w:val="18"/>
              </w:rPr>
              <w:t>①学生自主回答。</w:t>
            </w:r>
          </w:p>
          <w:p>
            <w:pPr>
              <w:spacing w:after="20" w:line="276" w:lineRule="auto"/>
            </w:pPr>
            <w:r>
              <w:rPr>
                <w:rFonts w:ascii="宋体" w:hAnsi="宋体" w:eastAsia="宋体"/>
                <w:b w:val="0"/>
                <w:sz w:val="18"/>
              </w:rPr>
              <w:t>有学生说同意，也有学生说不同意。</w:t>
            </w:r>
          </w:p>
          <w:p>
            <w:pPr>
              <w:spacing w:after="20" w:line="276" w:lineRule="auto"/>
            </w:pPr>
            <w:r>
              <w:rPr>
                <w:rFonts w:ascii="宋体" w:hAnsi="宋体" w:eastAsia="宋体"/>
                <w:b w:val="0"/>
                <w:sz w:val="18"/>
              </w:rPr>
              <w:t>预设1：认为从顶点到圆锥底面圆周上的任意一点的距离都是圆锥的高。</w:t>
            </w:r>
          </w:p>
          <w:p>
            <w:pPr>
              <w:spacing w:after="20" w:line="276" w:lineRule="auto"/>
            </w:pPr>
            <w:r>
              <w:rPr>
                <w:rFonts w:ascii="宋体" w:hAnsi="宋体" w:eastAsia="宋体"/>
                <w:b w:val="0"/>
                <w:sz w:val="18"/>
              </w:rPr>
              <w:t>预设2：认为从顶点到底面圆心的距离是圆锥的高。</w:t>
            </w:r>
          </w:p>
          <w:p>
            <w:pPr>
              <w:spacing w:after="20" w:line="276" w:lineRule="auto"/>
            </w:pPr>
            <w:r>
              <w:rPr>
                <w:rFonts w:ascii="宋体" w:hAnsi="宋体" w:eastAsia="宋体"/>
                <w:b w:val="0"/>
                <w:sz w:val="18"/>
              </w:rPr>
              <w:t>学生小组内合作，测量圆锥的高。</w:t>
            </w:r>
          </w:p>
          <w:p>
            <w:pPr>
              <w:spacing w:after="20" w:line="276" w:lineRule="auto"/>
            </w:pPr>
            <w:r>
              <w:rPr>
                <w:rFonts w:ascii="宋体" w:hAnsi="宋体" w:eastAsia="宋体"/>
                <w:b w:val="0"/>
                <w:sz w:val="18"/>
              </w:rPr>
              <w:t>圆锥的高只有1条。（教师板书：高：1条）</w:t>
            </w:r>
          </w:p>
          <w:p>
            <w:pPr>
              <w:spacing w:after="20" w:line="276" w:lineRule="auto"/>
            </w:pPr>
            <w:r>
              <w:rPr>
                <w:rFonts w:ascii="宋体" w:hAnsi="宋体" w:eastAsia="宋体"/>
                <w:b w:val="0"/>
                <w:sz w:val="18"/>
              </w:rPr>
              <w:t>学生可能会说：测量时，圆锥的底面要放水平；竖着的三角尺上“0”刻度线要与圆锥底面对齐；横着的三角尺的一条直角边要与竖着的三角尺贴紧，另一条直角边要刚好与圆锥的顶点接触；等等。</w:t>
            </w:r>
          </w:p>
        </w:tc>
        <w:tc>
          <w:tcPr>
            <w:tcW w:type="dxa" w:w="1814"/>
          </w:tcPr>
          <w:p>
            <w:pPr>
              <w:spacing w:after="20" w:line="276" w:lineRule="auto"/>
            </w:pPr>
            <w:r/>
            <w:r>
              <w:rPr>
                <w:rFonts w:ascii="宋体" w:hAnsi="宋体" w:eastAsia="宋体"/>
                <w:b w:val="0"/>
                <w:sz w:val="18"/>
              </w:rPr>
              <w:t>凸显研究主题，厘清研究思路，培养学生的问题意识。</w:t>
            </w:r>
          </w:p>
          <w:p>
            <w:pPr>
              <w:spacing w:after="20" w:line="276" w:lineRule="auto"/>
            </w:pPr>
            <w:r>
              <w:rPr>
                <w:rFonts w:ascii="宋体" w:hAnsi="宋体" w:eastAsia="宋体"/>
                <w:b w:val="0"/>
                <w:sz w:val="18"/>
              </w:rPr>
              <w:t>从数量的角度(1个顶点，2个面)来研究几何图形，体会数形结合思想。通过判断哪些图形是圆锥的练习，加深学生对圆锥的认识。</w:t>
            </w:r>
          </w:p>
          <w:p>
            <w:pPr>
              <w:spacing w:after="20" w:line="276" w:lineRule="auto"/>
            </w:pPr>
            <w:r>
              <w:rPr>
                <w:rFonts w:ascii="宋体" w:hAnsi="宋体" w:eastAsia="宋体"/>
                <w:b w:val="0"/>
                <w:sz w:val="18"/>
              </w:rPr>
              <w:t>通过对比辨析，在两种说法、两种测量方法中去辩论、交流，在过程中获取知识，在测量中积累经验，培养学生的动手操作能力和语言表达能力。</w:t>
            </w:r>
          </w:p>
        </w:tc>
      </w:tr>
      <w:tr>
        <w:tc>
          <w:tcPr>
            <w:tcW w:type="dxa" w:w="1474"/>
          </w:tcPr>
          <w:p>
            <w:pPr>
              <w:spacing w:after="20" w:line="276" w:lineRule="auto"/>
            </w:pPr>
            <w:r>
              <w:rPr>
                <w:b/>
              </w:rPr>
            </w:r>
            <w:r>
              <w:rPr>
                <w:rFonts w:ascii="宋体" w:hAnsi="宋体" w:eastAsia="宋体"/>
                <w:b/>
                <w:sz w:val="18"/>
              </w:rPr>
              <w:t>三、沟通圆柱与圆锥的联系，加深认识</w:t>
            </w:r>
          </w:p>
        </w:tc>
        <w:tc>
          <w:tcPr>
            <w:tcW w:type="dxa" w:w="3061"/>
          </w:tcPr>
          <w:p>
            <w:pPr>
              <w:spacing w:after="20" w:line="276" w:lineRule="auto"/>
            </w:pPr>
            <w:r/>
            <w:r>
              <w:rPr>
                <w:rFonts w:ascii="宋体" w:hAnsi="宋体" w:eastAsia="宋体"/>
                <w:b w:val="0"/>
                <w:sz w:val="18"/>
              </w:rPr>
              <w:t>1.比较圆柱与圆锥的特征。</w:t>
            </w:r>
          </w:p>
          <w:p>
            <w:pPr>
              <w:spacing w:after="20" w:line="276" w:lineRule="auto"/>
            </w:pPr>
            <w:r>
              <w:rPr>
                <w:rFonts w:ascii="宋体" w:hAnsi="宋体" w:eastAsia="宋体"/>
                <w:b w:val="0"/>
                <w:sz w:val="18"/>
              </w:rPr>
              <w:t>师：(课件出示表格)先独立完成表格，再和同桌说说圆柱和圆锥的特征，并比较它们的相同点和不同点。</w:t>
            </w:r>
          </w:p>
          <w:p>
            <w:pPr>
              <w:spacing w:after="20" w:line="276" w:lineRule="auto"/>
            </w:pPr>
            <w:r>
              <w:rPr>
                <w:rFonts w:ascii="宋体" w:hAnsi="宋体" w:eastAsia="宋体"/>
                <w:b w:val="0"/>
                <w:sz w:val="18"/>
              </w:rPr>
              <w:t>师：在比较的过程中想一想，我们是从哪些方面来认识圆柱和圆锥的，都用了哪些方法。(学生发言)</w:t>
            </w:r>
          </w:p>
          <w:p>
            <w:pPr>
              <w:spacing w:after="20" w:line="276" w:lineRule="auto"/>
            </w:pPr>
            <w:r>
              <w:rPr>
                <w:rFonts w:ascii="宋体" w:hAnsi="宋体" w:eastAsia="宋体"/>
                <w:b w:val="0"/>
                <w:sz w:val="18"/>
              </w:rPr>
              <w:t>师小结：我们都是从侧面、底面、高以及它们是由哪个平面图形旋转而成的这几个方面来认识圆柱和圆锥各自的特征的，用的研究方法都是看、数、量、比、剪。</w:t>
            </w:r>
          </w:p>
          <w:p>
            <w:pPr>
              <w:spacing w:after="20" w:line="276" w:lineRule="auto"/>
            </w:pPr>
            <w:r>
              <w:rPr>
                <w:rFonts w:ascii="宋体" w:hAnsi="宋体" w:eastAsia="宋体"/>
                <w:b w:val="0"/>
                <w:sz w:val="18"/>
              </w:rPr>
              <w:t>师：圆柱与圆锥之间有着密不可分的关系，我们可以想象一下，当一个圆柱的一个底面的圆不断缩小，最后变成一个点的时候，这个物体就变成了圆锥。(课件演示)</w:t>
            </w:r>
          </w:p>
          <w:p>
            <w:pPr>
              <w:spacing w:after="20" w:line="276" w:lineRule="auto"/>
            </w:pPr>
            <w:r>
              <w:rPr>
                <w:rFonts w:ascii="宋体" w:hAnsi="宋体" w:eastAsia="宋体"/>
                <w:b w:val="0"/>
                <w:sz w:val="18"/>
              </w:rPr>
              <w:t>2.拓展对圆锥的认识。</w:t>
            </w:r>
          </w:p>
          <w:p>
            <w:pPr>
              <w:spacing w:after="20" w:line="276" w:lineRule="auto"/>
            </w:pPr>
            <w:r>
              <w:rPr>
                <w:rFonts w:ascii="宋体" w:hAnsi="宋体" w:eastAsia="宋体"/>
                <w:b w:val="0"/>
                <w:sz w:val="18"/>
              </w:rPr>
              <w:t>师：如果我们从不同方向观察圆锥，会看到怎样的图形呢？如果我们将圆锥沿着底面直径切开，所得到的截面是什么形状？如果我们将圆锥沿着平行于底面的面切开，又会是什么样子的呢？请同学们想象一下，把这些样子记在心里。下面是用陶土制作的２个圆锥，我们分别将圆锥沿着底面直径或沿着平行于底面的面切开。 大家观察一下，与你心里想的一样吗?</w:t>
            </w:r>
          </w:p>
        </w:tc>
        <w:tc>
          <w:tcPr>
            <w:tcW w:type="dxa" w:w="3061"/>
          </w:tcPr>
          <w:p>
            <w:pPr>
              <w:spacing w:after="20" w:line="276" w:lineRule="auto"/>
            </w:pPr>
            <w:r/>
            <w:r>
              <w:rPr>
                <w:rFonts w:ascii="宋体" w:hAnsi="宋体" w:eastAsia="宋体"/>
                <w:b w:val="0"/>
                <w:sz w:val="18"/>
              </w:rPr>
              <w:t>学生完成后集体交流，课件配合播放。</w:t>
            </w:r>
          </w:p>
        </w:tc>
        <w:tc>
          <w:tcPr>
            <w:tcW w:type="dxa" w:w="1814"/>
          </w:tcPr>
          <w:p>
            <w:pPr>
              <w:spacing w:after="20" w:line="276" w:lineRule="auto"/>
            </w:pPr>
            <w:r/>
            <w:r>
              <w:rPr>
                <w:rFonts w:ascii="宋体" w:hAnsi="宋体" w:eastAsia="宋体"/>
                <w:b w:val="0"/>
                <w:sz w:val="18"/>
              </w:rPr>
              <w:t>在比较圆柱与圆锥的特征的同时，沟通了它们之间的联系，了解了它们之间的异同点，加深了对图形特征的认识。小结中，将研究圆柱、圆锥的方法进行总结，给予学生研究的经验，将方法内化为能力。</w:t>
            </w:r>
          </w:p>
          <w:p>
            <w:pPr>
              <w:spacing w:after="20" w:line="276" w:lineRule="auto"/>
            </w:pPr>
            <w:r>
              <w:rPr>
                <w:rFonts w:ascii="宋体" w:hAnsi="宋体" w:eastAsia="宋体"/>
                <w:b w:val="0"/>
                <w:sz w:val="18"/>
              </w:rPr>
              <w:t>通过实际操作有效激发学生的兴趣。先想象，再比较，通过实际操作的结果，拓展学生对圆锥的认识，进一步培养了学生的想象能力与空间观念。</w:t>
            </w:r>
          </w:p>
        </w:tc>
      </w:tr>
      <w:tr>
        <w:tc>
          <w:tcPr>
            <w:tcW w:type="dxa" w:w="1474"/>
          </w:tcPr>
          <w:p>
            <w:pPr>
              <w:spacing w:after="20" w:line="276" w:lineRule="auto"/>
            </w:pPr>
            <w:r>
              <w:rPr>
                <w:b/>
              </w:rPr>
            </w:r>
            <w:r>
              <w:rPr>
                <w:rFonts w:ascii="宋体" w:hAnsi="宋体" w:eastAsia="宋体"/>
                <w:b/>
                <w:sz w:val="18"/>
              </w:rPr>
              <w:t>四、综合运用，培养能力</w:t>
            </w:r>
          </w:p>
        </w:tc>
        <w:tc>
          <w:tcPr>
            <w:tcW w:type="dxa" w:w="3061"/>
          </w:tcPr>
          <w:p>
            <w:pPr>
              <w:spacing w:after="20" w:line="276" w:lineRule="auto"/>
            </w:pPr>
            <w:r/>
            <w:r>
              <w:rPr>
                <w:rFonts w:ascii="宋体" w:hAnsi="宋体" w:eastAsia="宋体"/>
                <w:b w:val="0"/>
                <w:sz w:val="18"/>
              </w:rPr>
              <w:t>1.课件出示教科书P31“做一做”。</w:t>
            </w:r>
          </w:p>
          <w:p>
            <w:pPr>
              <w:spacing w:after="20" w:line="276" w:lineRule="auto"/>
            </w:pPr>
            <w:r>
              <w:rPr>
                <w:rFonts w:ascii="宋体" w:hAnsi="宋体" w:eastAsia="宋体"/>
                <w:b w:val="0"/>
                <w:sz w:val="18"/>
              </w:rPr>
              <w:t>师：这里有3个不同方向放置的圆锥，你能指出它们的底面、侧面和高吗？</w:t>
            </w:r>
          </w:p>
          <w:p>
            <w:pPr>
              <w:spacing w:after="20" w:line="276" w:lineRule="auto"/>
            </w:pPr>
            <w:r>
              <w:rPr>
                <w:rFonts w:ascii="宋体" w:hAnsi="宋体" w:eastAsia="宋体"/>
                <w:b w:val="0"/>
                <w:sz w:val="18"/>
              </w:rPr>
              <w:t>2.课件出示教科书P34“练习六”第1、2题。</w:t>
            </w:r>
          </w:p>
          <w:p>
            <w:pPr>
              <w:spacing w:after="20" w:line="276" w:lineRule="auto"/>
            </w:pPr>
            <w:r>
              <w:rPr>
                <w:rFonts w:ascii="宋体" w:hAnsi="宋体" w:eastAsia="宋体"/>
                <w:b w:val="0"/>
                <w:sz w:val="18"/>
              </w:rPr>
              <w:t>独立完成，交流分享。</w:t>
            </w:r>
          </w:p>
          <w:p>
            <w:pPr>
              <w:spacing w:after="20" w:line="276" w:lineRule="auto"/>
            </w:pPr>
            <w:r>
              <w:rPr>
                <w:rFonts w:ascii="宋体" w:hAnsi="宋体" w:eastAsia="宋体"/>
                <w:b w:val="0"/>
                <w:sz w:val="18"/>
              </w:rPr>
              <w:t>第2题：想象以不同图形的一条边为轴旋转后形成的立体图形，前3个图形学生感觉难度不大，重点在第4个图形，以直角三角形的斜边所在的直线为轴旋转一周，得到的还是圆锥吗？描述一下它的形状。教师用课件直观演示。</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教师指导学生总结归纳：以直角三角形的哪一条直角边为轴旋转一周，这条直角边就是圆锥的高，另一条直角边就是圆锥的底面半径。</w:t>
            </w:r>
          </w:p>
        </w:tc>
        <w:tc>
          <w:tcPr>
            <w:tcW w:type="dxa" w:w="3061"/>
          </w:tcPr>
          <w:p>
            <w:pPr>
              <w:spacing w:after="20" w:line="276" w:lineRule="auto"/>
            </w:pPr>
            <w:r/>
            <w:r>
              <w:rPr>
                <w:rFonts w:ascii="宋体" w:hAnsi="宋体" w:eastAsia="宋体"/>
                <w:b w:val="0"/>
                <w:sz w:val="18"/>
              </w:rPr>
              <w:t>学生在教科书上完成，完成后课件出示答案。</w:t>
            </w:r>
          </w:p>
          <w:p>
            <w:pPr>
              <w:spacing w:after="20" w:line="276" w:lineRule="auto"/>
            </w:pPr>
            <w:r>
              <w:rPr>
                <w:rFonts w:ascii="宋体" w:hAnsi="宋体" w:eastAsia="宋体"/>
                <w:b w:val="0"/>
                <w:sz w:val="18"/>
              </w:rPr>
              <w:t>第1题：学生根据现实生活中物体的形状判断，比较简单，可以让学生一边说一边在图中指一指。</w:t>
            </w:r>
          </w:p>
          <w:p>
            <w:pPr>
              <w:spacing w:after="20" w:line="276" w:lineRule="auto"/>
            </w:pPr>
            <w:r>
              <w:rPr>
                <w:rFonts w:ascii="宋体" w:hAnsi="宋体" w:eastAsia="宋体"/>
                <w:b w:val="0"/>
                <w:sz w:val="18"/>
              </w:rPr>
              <w:t>学生在小组内合作完成，可以先想象，再借助直角三角形硬纸实践操作，进行验证。</w:t>
            </w:r>
          </w:p>
          <w:p>
            <w:pPr>
              <w:spacing w:after="20" w:line="276" w:lineRule="auto"/>
            </w:pPr>
            <w:r>
              <w:rPr>
                <w:rFonts w:ascii="宋体" w:hAnsi="宋体" w:eastAsia="宋体"/>
                <w:b w:val="0"/>
                <w:sz w:val="18"/>
              </w:rPr>
              <w:t>预设1：以直角三角形的一条直角边为轴旋转一周，得到的都是圆锥。</w:t>
            </w:r>
          </w:p>
          <w:p>
            <w:pPr>
              <w:spacing w:after="20" w:line="276" w:lineRule="auto"/>
            </w:pPr>
            <w:r>
              <w:rPr>
                <w:rFonts w:ascii="宋体" w:hAnsi="宋体" w:eastAsia="宋体"/>
                <w:b w:val="0"/>
                <w:sz w:val="18"/>
              </w:rPr>
              <w:t>预设2：以6 cm长的边为轴旋转时，6 cm就是圆锥的高，圆锥的底面半径是8 cm。</w:t>
            </w:r>
          </w:p>
          <w:p>
            <w:pPr>
              <w:spacing w:after="20" w:line="276" w:lineRule="auto"/>
            </w:pPr>
            <w:r>
              <w:rPr>
                <w:rFonts w:ascii="宋体" w:hAnsi="宋体" w:eastAsia="宋体"/>
                <w:b w:val="0"/>
                <w:sz w:val="18"/>
              </w:rPr>
              <w:t>预设3：以8 cm长的边为轴旋转时，8 cm就是圆锥的高，圆锥的底面半径是6 cm。</w:t>
            </w:r>
          </w:p>
        </w:tc>
        <w:tc>
          <w:tcPr>
            <w:tcW w:type="dxa" w:w="1814"/>
          </w:tcPr>
          <w:p>
            <w:pPr>
              <w:spacing w:after="20" w:line="276" w:lineRule="auto"/>
            </w:pPr>
            <w:r/>
            <w:r>
              <w:rPr>
                <w:rFonts w:ascii="宋体" w:hAnsi="宋体" w:eastAsia="宋体"/>
                <w:b w:val="0"/>
                <w:sz w:val="18"/>
              </w:rPr>
              <w:t>从旋转的角度感受立体图形形成的过程，进一步沟通平面图形与立体图形之间的联系，发展学生的空间观念。</w:t>
            </w:r>
          </w:p>
          <w:p>
            <w:pPr>
              <w:spacing w:after="20" w:line="276" w:lineRule="auto"/>
            </w:pPr>
            <w:r>
              <w:rPr>
                <w:rFonts w:ascii="宋体" w:hAnsi="宋体" w:eastAsia="宋体"/>
                <w:b w:val="0"/>
                <w:sz w:val="18"/>
              </w:rPr>
              <w:t>建立圆锥与直角三角形之间的关系，认识到分别以直角三角形的两条直角边为轴旋转，得到的圆锥是不同的，进一步理解两条直角边与圆锥的底面半径、高的关系，在观察想象、实践操作中加深认识。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师：今天的数学课，你们提出的问题得到解决了吗？有哪些收获呢？</w:t>
            </w:r>
          </w:p>
          <w:p>
            <w:pPr>
              <w:spacing w:after="20" w:line="276" w:lineRule="auto"/>
            </w:pPr>
            <w:r>
              <w:rPr>
                <w:rFonts w:ascii="宋体" w:hAnsi="宋体" w:eastAsia="宋体"/>
                <w:b w:val="0"/>
                <w:sz w:val="18"/>
              </w:rPr>
              <w:t>阅读：教科书P33“生活中的数学”。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介绍生活中的圆锥的知识，激发学生的学习兴趣。而且跨学科的阅读材料也可以拓宽学生的知识面，感受知识之间的联系。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教师还可用有趣的形式介绍其他学科领域中的圆锥，让学生通过课外读物或网络等渠道去丰富圆锥的有关知识。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注重了让学生自己动手实践。在活动中，学生通过个人或小组的观察、猜想、推理、验证等方法，掌握了圆锥的特征、高的特点以及圆锥的高的测量方法。关于研究立体图形，学生可能没有系统的方法，不知道该怎样去开展，教师可以先帮助学生回忆研究圆柱的特征时所用的方法，再将经验迁移到圆锥特征的研究之中。这样引导，学生获得的不仅仅是知识，更多的是方法的积累和数学学习能力的提高。 【作业设计】 见“状元成才路”系列丛书《创优作业100分》对应课时作业。 1下面图形中哪些是圆锥？在对应的（　　）里画“√”。 2（1）圆锥有（　　　）个顶点，（　　　）个底面和（　　　）个侧面，它的底面是一个（　　　），侧面展开图是一个　　。 （2）从圆锥的　　　　到　　　　的距离是圆锥的高，下图中圆锥的高是（　　　）cm。 参考答案 1.（　）（√）（　）（　）（√）（　） 2.（1）1　1　1　圆　扇形　（2）顶点　底面圆心　4 PAGE</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圆柱的认识（2）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圆柱的认识（2）</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教学准备：课件，剪刀，自制的圆柱或卫生纸筒。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（1）认识圆柱的侧面及其展开图，并掌握侧面展开的长方形与圆柱相对应部分的关系。</w:t>
      </w:r>
    </w:p>
    <w:p>
      <w:pPr>
        <w:spacing w:after="20" w:line="300" w:lineRule="auto"/>
        <w:ind w:firstLine="400"/>
      </w:pPr>
      <w:r>
        <w:rPr>
          <w:rFonts w:ascii="宋体" w:hAnsi="宋体" w:eastAsia="宋体"/>
          <w:b w:val="0"/>
          <w:sz w:val="20"/>
        </w:rPr>
        <w:t>（2）通过自主探索、动手操作，顺利完成由曲面到平面的转化，渗透转化的数学思想。</w:t>
      </w:r>
    </w:p>
    <w:p>
      <w:pPr>
        <w:spacing w:after="20" w:line="300" w:lineRule="auto"/>
        <w:ind w:firstLine="400"/>
      </w:pPr>
      <w:r>
        <w:rPr>
          <w:rFonts w:ascii="宋体" w:hAnsi="宋体" w:eastAsia="宋体"/>
          <w:b w:val="0"/>
          <w:sz w:val="20"/>
        </w:rPr>
        <w:t>（3）培养学生的观察能力，发展学生的空间观念。</w:t>
      </w:r>
    </w:p>
    <w:p>
      <w:pPr>
        <w:spacing w:after="20" w:line="300" w:lineRule="auto"/>
      </w:pPr>
      <w:r>
        <w:rPr>
          <w:rFonts w:ascii="宋体" w:hAnsi="宋体" w:eastAsia="宋体"/>
          <w:b w:val="0"/>
          <w:sz w:val="20"/>
        </w:rPr>
        <w:t>教学重点：掌握圆柱的侧面展开图与圆柱的关系。</w:t>
      </w:r>
    </w:p>
    <w:p>
      <w:pPr>
        <w:spacing w:after="20" w:line="300" w:lineRule="auto"/>
      </w:pPr>
      <w:r>
        <w:rPr>
          <w:rFonts w:ascii="宋体" w:hAnsi="宋体" w:eastAsia="宋体"/>
          <w:b w:val="0"/>
          <w:sz w:val="20"/>
        </w:rPr>
        <w:t>教学难点：理解圆柱的侧面展开图与圆柱的关系，发展空间观念。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一、回忆圆柱的特征，导入新课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上节课我们认识了圆柱，圆柱由哪几个面围成？</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二、自主探索，认识圆柱的侧面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伟大的发现多源于猜想，请大家猜想一下，圆柱的侧面展开能得到什么形状？；同学们用不同的剪法将圆柱的侧面剪开，大家看，与你的猜想是一样的吗？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三、自主练习，深化对圆柱侧面的认识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商标纸的长和宽分别是多少厘米？你是怎么想的？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一、回忆圆柱的特征，导入新课</w:t>
            </w:r>
          </w:p>
        </w:tc>
        <w:tc>
          <w:tcPr>
            <w:tcW w:type="dxa" w:w="3061"/>
          </w:tcPr>
          <w:p>
            <w:pPr>
              <w:spacing w:after="20" w:line="276" w:lineRule="auto"/>
            </w:pPr>
            <w:r/>
            <w:r>
              <w:rPr>
                <w:rFonts w:ascii="宋体" w:hAnsi="宋体" w:eastAsia="宋体"/>
                <w:b w:val="0"/>
                <w:sz w:val="18"/>
              </w:rPr>
              <w:t>师：上节课我们认识了圆柱，圆柱由哪几个面围成？说一说这几个面的特点。</w:t>
            </w:r>
          </w:p>
          <w:p>
            <w:pPr>
              <w:spacing w:after="20" w:line="276" w:lineRule="auto"/>
            </w:pPr>
            <w:r>
              <w:rPr>
                <w:rFonts w:ascii="宋体" w:hAnsi="宋体" w:eastAsia="宋体"/>
                <w:b w:val="0"/>
                <w:sz w:val="18"/>
              </w:rPr>
              <w:t>师：请你拿起准备的圆柱，指一指它的侧面。（学生指出圆柱的侧面。）</w:t>
            </w:r>
          </w:p>
          <w:p>
            <w:pPr>
              <w:spacing w:after="20" w:line="276" w:lineRule="auto"/>
            </w:pPr>
            <w:r>
              <w:rPr>
                <w:rFonts w:ascii="宋体" w:hAnsi="宋体" w:eastAsia="宋体"/>
                <w:b w:val="0"/>
                <w:sz w:val="18"/>
              </w:rPr>
              <w:t>师：这节课我们就来探究一下圆柱的侧面展开图。［板书课题：圆柱的认识（2）］</w:t>
            </w:r>
          </w:p>
        </w:tc>
        <w:tc>
          <w:tcPr>
            <w:tcW w:type="dxa" w:w="3061"/>
          </w:tcPr>
          <w:p>
            <w:pPr>
              <w:spacing w:after="20" w:line="276" w:lineRule="auto"/>
            </w:pPr>
            <w:r/>
            <w:r>
              <w:rPr>
                <w:rFonts w:ascii="宋体" w:hAnsi="宋体" w:eastAsia="宋体"/>
                <w:b w:val="0"/>
                <w:sz w:val="18"/>
              </w:rPr>
              <w:t>预设1：圆柱由3个面围成，分别是2个底面和1个侧面。</w:t>
            </w:r>
          </w:p>
          <w:p>
            <w:pPr>
              <w:spacing w:after="20" w:line="276" w:lineRule="auto"/>
            </w:pPr>
            <w:r>
              <w:rPr>
                <w:rFonts w:ascii="宋体" w:hAnsi="宋体" w:eastAsia="宋体"/>
                <w:b w:val="0"/>
                <w:sz w:val="18"/>
              </w:rPr>
              <w:t>预设2：底面是圆，是平面，侧面是曲面。</w:t>
            </w:r>
          </w:p>
        </w:tc>
        <w:tc>
          <w:tcPr>
            <w:tcW w:type="dxa" w:w="1814"/>
          </w:tcPr>
          <w:p>
            <w:pPr>
              <w:spacing w:after="20" w:line="276" w:lineRule="auto"/>
            </w:pPr>
            <w:r/>
            <w:r>
              <w:rPr>
                <w:rFonts w:ascii="宋体" w:hAnsi="宋体" w:eastAsia="宋体"/>
                <w:b w:val="0"/>
                <w:sz w:val="18"/>
              </w:rPr>
              <w:t>通过谈话，引导学生回顾圆柱面的特征，指一指圆柱的侧面，自然而然地导入新课。</w:t>
            </w:r>
          </w:p>
        </w:tc>
      </w:tr>
      <w:tr>
        <w:tc>
          <w:tcPr>
            <w:tcW w:type="dxa" w:w="1474"/>
          </w:tcPr>
          <w:p>
            <w:pPr>
              <w:spacing w:after="20" w:line="276" w:lineRule="auto"/>
            </w:pPr>
            <w:r>
              <w:rPr>
                <w:b/>
              </w:rPr>
            </w:r>
            <w:r>
              <w:rPr>
                <w:rFonts w:ascii="宋体" w:hAnsi="宋体" w:eastAsia="宋体"/>
                <w:b/>
                <w:sz w:val="18"/>
              </w:rPr>
              <w:t>二、自主探索，认识圆柱的侧面</w:t>
            </w:r>
          </w:p>
        </w:tc>
        <w:tc>
          <w:tcPr>
            <w:tcW w:type="dxa" w:w="3061"/>
          </w:tcPr>
          <w:p>
            <w:pPr>
              <w:spacing w:after="20" w:line="276" w:lineRule="auto"/>
            </w:pPr>
            <w:r/>
            <w:r>
              <w:rPr>
                <w:rFonts w:ascii="宋体" w:hAnsi="宋体" w:eastAsia="宋体"/>
                <w:b w:val="0"/>
                <w:sz w:val="18"/>
              </w:rPr>
              <w:t>1.验证猜想，获取初步活动经验。</w:t>
            </w:r>
          </w:p>
          <w:p>
            <w:pPr>
              <w:spacing w:after="20" w:line="276" w:lineRule="auto"/>
            </w:pPr>
            <w:r>
              <w:rPr>
                <w:rFonts w:ascii="宋体" w:hAnsi="宋体" w:eastAsia="宋体"/>
                <w:b w:val="0"/>
                <w:sz w:val="18"/>
              </w:rPr>
              <w:t>（1）师：伟大的发现多源于猜想，请大家猜想一下，圆柱的侧面展开能得到什么形状？</w:t>
            </w:r>
          </w:p>
          <w:p>
            <w:pPr>
              <w:spacing w:after="20" w:line="276" w:lineRule="auto"/>
            </w:pPr>
            <w:r>
              <w:rPr>
                <w:rFonts w:ascii="宋体" w:hAnsi="宋体" w:eastAsia="宋体"/>
                <w:b w:val="0"/>
                <w:sz w:val="18"/>
              </w:rPr>
              <w:t>师：请同学们拿出课前准备好的圆柱，动手剪一剪，验证你的猜想是否正确。验证之前，先想一想可以怎样剪。</w:t>
            </w:r>
          </w:p>
          <w:p>
            <w:pPr>
              <w:spacing w:after="20" w:line="276" w:lineRule="auto"/>
            </w:pPr>
            <w:r>
              <w:rPr>
                <w:rFonts w:ascii="宋体" w:hAnsi="宋体" w:eastAsia="宋体"/>
                <w:b w:val="0"/>
                <w:sz w:val="18"/>
              </w:rPr>
              <w:t>（2）学生按照自己的想法进行操作，完成后展示交流。</w:t>
            </w:r>
          </w:p>
          <w:p>
            <w:pPr>
              <w:spacing w:after="20" w:line="276" w:lineRule="auto"/>
            </w:pPr>
            <w:r>
              <w:rPr>
                <w:rFonts w:ascii="宋体" w:hAnsi="宋体" w:eastAsia="宋体"/>
                <w:b w:val="0"/>
                <w:sz w:val="18"/>
              </w:rPr>
              <w:t>师：同学们用不同的剪法将圆柱的侧面剪开，大家看，与你的猜想是一样的吗？（引导学生说出圆柱的侧面展开可能会得到长方形、平行四边形、正方形或不规则图形。）</w:t>
            </w:r>
          </w:p>
          <w:p>
            <w:pPr>
              <w:spacing w:after="20" w:line="276" w:lineRule="auto"/>
            </w:pPr>
            <w:r>
              <w:rPr>
                <w:rFonts w:ascii="宋体" w:hAnsi="宋体" w:eastAsia="宋体"/>
                <w:b w:val="0"/>
                <w:sz w:val="18"/>
              </w:rPr>
              <w:t>2.探究平面图形与立体图形之间的关系。</w:t>
            </w:r>
          </w:p>
          <w:p>
            <w:pPr>
              <w:spacing w:after="20" w:line="276" w:lineRule="auto"/>
            </w:pPr>
            <w:r>
              <w:rPr>
                <w:rFonts w:ascii="宋体" w:hAnsi="宋体" w:eastAsia="宋体"/>
                <w:b w:val="0"/>
                <w:sz w:val="18"/>
              </w:rPr>
              <w:t>课件出示教科书P18例2。</w:t>
            </w:r>
          </w:p>
          <w:p>
            <w:pPr>
              <w:spacing w:after="20" w:line="276" w:lineRule="auto"/>
            </w:pPr>
            <w:r>
              <w:rPr>
                <w:rFonts w:ascii="宋体" w:hAnsi="宋体" w:eastAsia="宋体"/>
                <w:b w:val="0"/>
                <w:sz w:val="18"/>
              </w:rPr>
              <w:t>先想象圆柱侧面展开后是什么形状，再引导学生自主探索，用自己喜欢的方式得到圆柱的侧面展开图。</w:t>
            </w:r>
          </w:p>
          <w:p>
            <w:pPr>
              <w:spacing w:after="20" w:line="276" w:lineRule="auto"/>
            </w:pPr>
            <w:r>
              <w:rPr>
                <w:rFonts w:ascii="宋体" w:hAnsi="宋体" w:eastAsia="宋体"/>
                <w:b w:val="0"/>
                <w:sz w:val="18"/>
              </w:rPr>
              <w:t>师：通过观察发现，沿着圆柱侧面的高剪开，所得到的是一个长方形。把这个长方形恢复成圆柱的侧面，你能发现什么？这个长方形的长、宽与圆柱的什么有关？（板书：圆柱的侧面沿高展开后是一个长方形）</w:t>
            </w:r>
          </w:p>
          <w:p>
            <w:pPr>
              <w:spacing w:after="20" w:line="276" w:lineRule="auto"/>
            </w:pPr>
            <w:r>
              <w:rPr>
                <w:rFonts w:ascii="宋体" w:hAnsi="宋体" w:eastAsia="宋体"/>
                <w:b w:val="0"/>
                <w:sz w:val="18"/>
              </w:rPr>
              <w:t>（1）学生思考，在小组内讨论交流，教师巡视指导。</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（3）师：展开得到的长方形的长等于圆柱底面的周长，宽等于圆柱的高。（板书：长方形的长＝圆柱底面的周长　宽＝圆柱的高）</w:t>
            </w:r>
          </w:p>
          <w:p>
            <w:pPr>
              <w:spacing w:after="20" w:line="276" w:lineRule="auto"/>
            </w:pPr>
            <w:r>
              <w:rPr>
                <w:rFonts w:ascii="宋体" w:hAnsi="宋体" w:eastAsia="宋体"/>
                <w:b w:val="0"/>
                <w:sz w:val="18"/>
              </w:rPr>
              <w:t>（4）师：想一想，什么情况下，圆柱的侧面展开图是一个正方形呢？是高和底面直径相等的圆柱吗？你可以试着画一画。</w:t>
            </w:r>
          </w:p>
          <w:p>
            <w:pPr>
              <w:spacing w:after="20" w:line="276" w:lineRule="auto"/>
            </w:pPr>
            <w:r>
              <w:rPr>
                <w:rFonts w:ascii="宋体" w:hAnsi="宋体" w:eastAsia="宋体"/>
                <w:b w:val="0"/>
                <w:sz w:val="18"/>
              </w:rPr>
              <w:t>本环节是本节课的重点和难点，让学生在动手操作、观察交流的过程中，进一步发现圆柱侧面沿高展开后得到的这个长方形的长、宽与圆柱底面的周长、圆柱的高之间的关系，发展空间观念。</w:t>
            </w:r>
          </w:p>
          <w:p>
            <w:pPr>
              <w:spacing w:after="20" w:line="276" w:lineRule="auto"/>
            </w:pPr>
            <w:r>
              <w:rPr>
                <w:rFonts w:ascii="宋体" w:hAnsi="宋体" w:eastAsia="宋体"/>
                <w:b w:val="0"/>
                <w:sz w:val="18"/>
              </w:rPr>
              <w:t>(5)师：当圆柱的侧面展开图是一个平行四边形时，这个平行四边形的底和高与圆柱有什么关系呢？</w:t>
            </w:r>
          </w:p>
        </w:tc>
        <w:tc>
          <w:tcPr>
            <w:tcW w:type="dxa" w:w="3061"/>
          </w:tcPr>
          <w:p>
            <w:pPr>
              <w:spacing w:after="20" w:line="276" w:lineRule="auto"/>
            </w:pPr>
            <w:r/>
            <w:r>
              <w:rPr>
                <w:rFonts w:ascii="宋体" w:hAnsi="宋体" w:eastAsia="宋体"/>
                <w:b w:val="0"/>
                <w:sz w:val="18"/>
              </w:rPr>
              <w:t>圆柱的侧面展开可能得到长方形、正方形或平行四边形。</w:t>
            </w:r>
          </w:p>
          <w:p>
            <w:pPr>
              <w:spacing w:after="20" w:line="276" w:lineRule="auto"/>
            </w:pPr>
            <w:r>
              <w:rPr>
                <w:rFonts w:ascii="宋体" w:hAnsi="宋体" w:eastAsia="宋体"/>
                <w:b w:val="0"/>
                <w:sz w:val="18"/>
              </w:rPr>
              <w:t>预设1：直接用剪刀剪开。</w:t>
            </w:r>
          </w:p>
          <w:p>
            <w:pPr>
              <w:spacing w:after="20" w:line="276" w:lineRule="auto"/>
            </w:pPr>
            <w:r>
              <w:rPr>
                <w:rFonts w:ascii="宋体" w:hAnsi="宋体" w:eastAsia="宋体"/>
                <w:b w:val="0"/>
                <w:sz w:val="18"/>
              </w:rPr>
              <w:t>预设2：可以先在圆柱的侧面上画一条直线，再沿着这条直线剪开。</w:t>
            </w:r>
          </w:p>
          <w:p>
            <w:pPr>
              <w:spacing w:after="20" w:line="276" w:lineRule="auto"/>
            </w:pPr>
            <w:r>
              <w:rPr>
                <w:rFonts w:ascii="宋体" w:hAnsi="宋体" w:eastAsia="宋体"/>
                <w:b w:val="0"/>
                <w:sz w:val="18"/>
              </w:rPr>
              <w:t>预设3：可以沿着圆柱的高剪开。</w:t>
            </w:r>
          </w:p>
          <w:p>
            <w:pPr>
              <w:spacing w:after="20" w:line="276" w:lineRule="auto"/>
            </w:pPr>
            <w:r>
              <w:rPr>
                <w:rFonts w:ascii="宋体" w:hAnsi="宋体" w:eastAsia="宋体"/>
                <w:b w:val="0"/>
                <w:sz w:val="18"/>
              </w:rPr>
              <w:t>预设4：可以用手撕开。</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预设1：展开得到的长方形的大小和圆柱侧面的大小相等。</w:t>
            </w:r>
          </w:p>
          <w:p>
            <w:pPr>
              <w:spacing w:after="20" w:line="276" w:lineRule="auto"/>
            </w:pPr>
            <w:r>
              <w:rPr>
                <w:rFonts w:ascii="宋体" w:hAnsi="宋体" w:eastAsia="宋体"/>
                <w:b w:val="0"/>
                <w:sz w:val="18"/>
              </w:rPr>
              <w:t>预设2：展开得到的长方形的长是圆柱底面的周长。</w:t>
            </w:r>
          </w:p>
          <w:p>
            <w:pPr>
              <w:spacing w:after="20" w:line="276" w:lineRule="auto"/>
            </w:pPr>
            <w:r>
              <w:rPr>
                <w:rFonts w:ascii="宋体" w:hAnsi="宋体" w:eastAsia="宋体"/>
                <w:b w:val="0"/>
                <w:sz w:val="18"/>
              </w:rPr>
              <w:t>预设3：展开得到的长方形的宽是圆柱的高。</w:t>
            </w:r>
          </w:p>
          <w:p>
            <w:pPr>
              <w:spacing w:after="20" w:line="276" w:lineRule="auto"/>
            </w:pPr>
            <w:r>
              <w:rPr>
                <w:rFonts w:ascii="宋体" w:hAnsi="宋体" w:eastAsia="宋体"/>
                <w:b w:val="0"/>
                <w:sz w:val="18"/>
              </w:rPr>
              <w:t>当圆柱底面的周长等于高时，圆柱侧面沿高展开是一个正方形。</w:t>
            </w:r>
          </w:p>
          <w:p>
            <w:pPr>
              <w:spacing w:after="20" w:line="276" w:lineRule="auto"/>
            </w:pPr>
            <w:r>
              <w:rPr>
                <w:rFonts w:ascii="宋体" w:hAnsi="宋体" w:eastAsia="宋体"/>
                <w:b w:val="0"/>
                <w:sz w:val="18"/>
              </w:rPr>
              <w:t>平行四边形的底等于圆柱的底面周长，高等于圆柱的高。</w:t>
            </w:r>
          </w:p>
        </w:tc>
        <w:tc>
          <w:tcPr>
            <w:tcW w:type="dxa" w:w="1814"/>
          </w:tcPr>
          <w:p>
            <w:pPr>
              <w:spacing w:after="20" w:line="276" w:lineRule="auto"/>
            </w:pPr>
            <w:r/>
            <w:r>
              <w:rPr>
                <w:rFonts w:ascii="宋体" w:hAnsi="宋体" w:eastAsia="宋体"/>
                <w:b w:val="0"/>
                <w:sz w:val="18"/>
              </w:rPr>
              <w:t>让学生经历猜想到验证的过程，培养学生的想象力，在自主探究的过程中，完成曲面到平面的转化，发展空间观念。</w:t>
            </w:r>
          </w:p>
          <w:p>
            <w:pPr>
              <w:spacing w:after="20" w:line="276" w:lineRule="auto"/>
            </w:pPr>
            <w:r>
              <w:rPr>
                <w:rFonts w:ascii="宋体" w:hAnsi="宋体" w:eastAsia="宋体"/>
                <w:b w:val="0"/>
                <w:sz w:val="18"/>
              </w:rPr>
              <w:t>画出侧面展开图是正方形的圆柱的大致模型，在头脑里形成“高是底面直径三倍多”的印象，进一步发展空间观念。</w:t>
            </w:r>
          </w:p>
          <w:p>
            <w:pPr>
              <w:spacing w:after="20" w:line="276" w:lineRule="auto"/>
            </w:pPr>
            <w:r>
              <w:rPr>
                <w:rFonts w:ascii="宋体" w:hAnsi="宋体" w:eastAsia="宋体"/>
                <w:b w:val="0"/>
                <w:sz w:val="18"/>
              </w:rPr>
              <w:t>以圆柱的侧面展开图是长方形为切入口，引导学生思考“这个长方形的长、宽与圆柱的什么有关”，通过空间想象，观察、交流，顺利实现平面图形与立体图形之间的互相转换。</w:t>
            </w:r>
          </w:p>
        </w:tc>
      </w:tr>
      <w:tr>
        <w:tc>
          <w:tcPr>
            <w:tcW w:type="dxa" w:w="1474"/>
          </w:tcPr>
          <w:p>
            <w:pPr>
              <w:spacing w:after="20" w:line="276" w:lineRule="auto"/>
            </w:pPr>
            <w:r>
              <w:rPr>
                <w:b/>
              </w:rPr>
            </w:r>
            <w:r>
              <w:rPr>
                <w:rFonts w:ascii="宋体" w:hAnsi="宋体" w:eastAsia="宋体"/>
                <w:b/>
                <w:sz w:val="18"/>
              </w:rPr>
              <w:t>三、自主练习，深化对圆柱侧面的认识</w:t>
            </w:r>
          </w:p>
        </w:tc>
        <w:tc>
          <w:tcPr>
            <w:tcW w:type="dxa" w:w="3061"/>
          </w:tcPr>
          <w:p>
            <w:pPr>
              <w:spacing w:after="20" w:line="276" w:lineRule="auto"/>
            </w:pPr>
            <w:r/>
            <w:r>
              <w:rPr>
                <w:rFonts w:ascii="宋体" w:hAnsi="宋体" w:eastAsia="宋体"/>
                <w:b w:val="0"/>
                <w:sz w:val="18"/>
              </w:rPr>
              <w:t>1.课件出示教科书P18“做一做”第1题。</w:t>
            </w:r>
          </w:p>
          <w:p>
            <w:pPr>
              <w:spacing w:after="20" w:line="276" w:lineRule="auto"/>
            </w:pPr>
            <w:r>
              <w:rPr>
                <w:rFonts w:ascii="宋体" w:hAnsi="宋体" w:eastAsia="宋体"/>
                <w:b w:val="0"/>
                <w:sz w:val="18"/>
              </w:rPr>
              <w:t>师：题目中是同一个圆柱的展开图，说一说每个图是怎样展开的。</w:t>
            </w:r>
          </w:p>
          <w:p>
            <w:pPr>
              <w:spacing w:after="20" w:line="276" w:lineRule="auto"/>
            </w:pPr>
            <w:r>
              <w:rPr>
                <w:rFonts w:ascii="宋体" w:hAnsi="宋体" w:eastAsia="宋体"/>
                <w:b w:val="0"/>
                <w:sz w:val="18"/>
              </w:rPr>
              <w:t>引导学生回答，如果不沿着圆柱侧面的高剪开，得到的就不是长方形或正方形。</w:t>
            </w:r>
          </w:p>
          <w:p>
            <w:pPr>
              <w:spacing w:after="20" w:line="276" w:lineRule="auto"/>
            </w:pPr>
            <w:r>
              <w:rPr>
                <w:rFonts w:ascii="宋体" w:hAnsi="宋体" w:eastAsia="宋体"/>
                <w:b w:val="0"/>
                <w:sz w:val="18"/>
              </w:rPr>
              <w:t>2.课件出示教科书P18“做一做”第2题。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(2)交流分享。</w:t>
            </w:r>
          </w:p>
          <w:p>
            <w:pPr>
              <w:spacing w:after="20" w:line="276" w:lineRule="auto"/>
            </w:pPr>
            <w:r>
              <w:rPr>
                <w:rFonts w:ascii="宋体" w:hAnsi="宋体" w:eastAsia="宋体"/>
                <w:b w:val="0"/>
                <w:sz w:val="18"/>
              </w:rPr>
              <w:t>师：商标纸的长和宽分别是多少厘米？你是怎么想的？</w:t>
            </w:r>
          </w:p>
          <w:p>
            <w:pPr>
              <w:spacing w:after="20" w:line="276" w:lineRule="auto"/>
            </w:pPr>
            <w:r>
              <w:rPr>
                <w:rFonts w:ascii="宋体" w:hAnsi="宋体" w:eastAsia="宋体"/>
                <w:b w:val="0"/>
                <w:sz w:val="18"/>
              </w:rPr>
              <w:t>解答完毕后，集中展示交流。</w:t>
            </w:r>
          </w:p>
          <w:p>
            <w:pPr>
              <w:spacing w:after="20" w:line="276" w:lineRule="auto"/>
            </w:pPr>
            <w:r>
              <w:rPr>
                <w:rFonts w:ascii="宋体" w:hAnsi="宋体" w:eastAsia="宋体"/>
                <w:b w:val="0"/>
                <w:sz w:val="18"/>
              </w:rPr>
              <w:t>第3题：体会要判断哪个图形是圆柱的展开图，长方形的一条边必须与圆的周长相等，否则便围不成圆柱。可以启发学生想象，如果把第2、3个图形围起来，会出现什么情况？</w:t>
            </w:r>
          </w:p>
          <w:p>
            <w:pPr>
              <w:spacing w:after="20" w:line="276" w:lineRule="auto"/>
            </w:pPr>
            <w:r>
              <w:rPr>
                <w:rFonts w:ascii="宋体" w:hAnsi="宋体" w:eastAsia="宋体"/>
                <w:b w:val="0"/>
                <w:sz w:val="18"/>
              </w:rPr>
              <w:t>第4题：使学生通过比较截面和侧面展开图，进一步丰富关于平面图形与立体图形之间关系的相关经验与知识，发展空间想象能力。</w:t>
            </w:r>
          </w:p>
          <w:p>
            <w:pPr>
              <w:spacing w:after="20" w:line="276" w:lineRule="auto"/>
            </w:pPr>
            <w:r>
              <w:rPr>
                <w:rFonts w:ascii="宋体" w:hAnsi="宋体" w:eastAsia="宋体"/>
                <w:b w:val="0"/>
                <w:sz w:val="18"/>
              </w:rPr>
              <w:t>第5题：在动手操作的基础上进行小结：同一个长方形可以卷出形状不同的圆柱，并明确指出不同圆柱的高和底面半径。</w:t>
            </w:r>
          </w:p>
        </w:tc>
        <w:tc>
          <w:tcPr>
            <w:tcW w:type="dxa" w:w="3061"/>
          </w:tcPr>
          <w:p>
            <w:pPr>
              <w:spacing w:after="20" w:line="276" w:lineRule="auto"/>
            </w:pPr>
            <w:r/>
            <w:r>
              <w:rPr>
                <w:rFonts w:ascii="宋体" w:hAnsi="宋体" w:eastAsia="宋体"/>
                <w:b w:val="0"/>
                <w:sz w:val="18"/>
              </w:rPr>
              <w:t>学生有了前面的操作经验，回答起来比较轻松。</w:t>
            </w:r>
          </w:p>
          <w:p>
            <w:pPr>
              <w:spacing w:after="20" w:line="276" w:lineRule="auto"/>
            </w:pPr>
            <w:r>
              <w:rPr>
                <w:rFonts w:ascii="宋体" w:hAnsi="宋体" w:eastAsia="宋体"/>
                <w:b w:val="0"/>
                <w:sz w:val="18"/>
              </w:rPr>
              <w:t>商标纸就是圆柱形茶叶筒的侧面，将它展开后，长方形的宽就是圆柱的高，长方形的长就是圆柱的底面周长，已知圆柱的底面半径，通过C=2πr来求。</w:t>
            </w:r>
          </w:p>
          <w:p>
            <w:pPr>
              <w:spacing w:after="20" w:line="276" w:lineRule="auto"/>
            </w:pPr>
            <w:r>
              <w:rPr>
                <w:rFonts w:ascii="宋体" w:hAnsi="宋体" w:eastAsia="宋体"/>
                <w:b w:val="0"/>
                <w:sz w:val="18"/>
              </w:rPr>
              <w:t>学生交流后，课件呈现正确解答。</w:t>
            </w:r>
          </w:p>
          <w:p>
            <w:pPr>
              <w:spacing w:after="20" w:line="276" w:lineRule="auto"/>
            </w:pPr>
            <w:r>
              <w:rPr>
                <w:rFonts w:ascii="宋体" w:hAnsi="宋体" w:eastAsia="宋体"/>
                <w:b w:val="0"/>
                <w:sz w:val="18"/>
              </w:rPr>
              <w:t>3.学生独立解答教科书P19“练习三”第2~5题。</w:t>
            </w:r>
          </w:p>
          <w:p>
            <w:pPr>
              <w:spacing w:after="20" w:line="276" w:lineRule="auto"/>
            </w:pPr>
            <w:r>
              <w:rPr>
                <w:rFonts w:ascii="宋体" w:hAnsi="宋体" w:eastAsia="宋体"/>
                <w:b w:val="0"/>
                <w:sz w:val="18"/>
              </w:rPr>
              <w:t>第2题：联系长方体、正方体的平面展开图，利用已有的知识进行类比、迁移。先让学生想象，再通过观察、操作、判断，验证想象的结果。</w:t>
            </w:r>
          </w:p>
        </w:tc>
        <w:tc>
          <w:tcPr>
            <w:tcW w:type="dxa" w:w="1814"/>
          </w:tcPr>
          <w:p>
            <w:pPr>
              <w:spacing w:after="20" w:line="276" w:lineRule="auto"/>
            </w:pPr>
            <w:r/>
            <w:r>
              <w:rPr>
                <w:rFonts w:ascii="宋体" w:hAnsi="宋体" w:eastAsia="宋体"/>
                <w:b w:val="0"/>
                <w:sz w:val="18"/>
              </w:rPr>
              <w:t>通过简单的计算深化对圆柱的底面周长、高与侧面展开后形成的长方形的长、宽之间对应关系的认识，为后面学习圆柱的表面积做准备。</w:t>
            </w:r>
          </w:p>
          <w:p>
            <w:pPr>
              <w:spacing w:after="20" w:line="276" w:lineRule="auto"/>
            </w:pPr>
            <w:r>
              <w:rPr>
                <w:rFonts w:ascii="宋体" w:hAnsi="宋体" w:eastAsia="宋体"/>
                <w:b w:val="0"/>
                <w:sz w:val="18"/>
              </w:rPr>
              <w:t>对圆柱的展开图的学习内容进行系统的巩固练习，进一步理解平面图形与立体图形间的转换关系，培养学生的空间想象能力。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要注意培养学生从不同角度思考问题的习惯，避免学生形成思维定势。例如猜想“圆柱的侧面展开图是什么形状”，让学生在动手操作、验证、比较的过程中，自主发现圆柱的侧面展开图的形状，并进一步发现侧面展开图与圆柱各对应部分之间的关系，真正实现平面与曲面的转换，掌握转化的数学思想，发展空间观念。 【作业设计】 见“状元成才路”系列丛书《创优作业100分》对应课时作业。 1（1）一个圆柱的底面半径是3 cm，高是5 cm，它的侧面展开图是一个长方形，这个长方形的长对应圆柱的　　　，是（　　　）cm；宽对应圆柱的（　　　），是（　　　）cm。 （2）用一张长31.4 cm、宽15.7 cm的长方形厚纸板围成圆柱，有（　　　）种围法。其中一种圆柱的高是（　　　）cm，底面直径是（　　　）cm；另一种圆柱的高是（　　　）cm，底面直径是（　　　）cm。 2元宵节又称灯节，是我国传统节日之一。元宵节这天，爸爸给元元做了一个高18.84 cm的圆柱形灯笼，用一张正方形彩纸刚好可以围住灯笼的侧面。这个灯笼底部的面积是多少平方厘米？ 参考答案 1.（1）底面周长　18.84　高　5　（2）2　31.4　5　15.7　10 2.18.84÷3.14÷2＝3（cm）　3.14×32＝28.26（cm2） PAGE</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圆锥的体积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圆锥的体积</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教学准备：课件，若干同样的圆柱形容器，若干与圆柱等底等高的圆锥形容器，少数不等底等高的圆锥形容器，沙子和水。</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（1）掌握圆锥的体积计算公式，能运用计算公式求圆锥的体积，并且能运用这一知识解决一些简单的实际问题。</w:t>
      </w:r>
    </w:p>
    <w:p>
      <w:pPr>
        <w:spacing w:after="20" w:line="300" w:lineRule="auto"/>
        <w:ind w:firstLine="400"/>
      </w:pPr>
      <w:r>
        <w:rPr>
          <w:rFonts w:ascii="宋体" w:hAnsi="宋体" w:eastAsia="宋体"/>
          <w:b w:val="0"/>
          <w:sz w:val="20"/>
        </w:rPr>
        <w:t>（2）经历“直觉猜想——实验探索——合作交流——得出结论——实践运用”的探索过程，理解圆锥体积计算公式的推导过程和学习的方法。</w:t>
      </w:r>
    </w:p>
    <w:p>
      <w:pPr>
        <w:spacing w:after="20" w:line="300" w:lineRule="auto"/>
        <w:ind w:firstLine="400"/>
      </w:pPr>
      <w:r>
        <w:rPr>
          <w:rFonts w:ascii="宋体" w:hAnsi="宋体" w:eastAsia="宋体"/>
          <w:b w:val="0"/>
          <w:sz w:val="20"/>
        </w:rPr>
        <w:t>（3）培养学生勇于探索的求知精神，让学生感受到数学来源于生活，能积极参与数学活动，自觉养成与人合作交流和独立思考的良好习惯。</w:t>
      </w:r>
    </w:p>
    <w:p>
      <w:pPr>
        <w:spacing w:after="20" w:line="300" w:lineRule="auto"/>
      </w:pPr>
      <w:r>
        <w:rPr>
          <w:rFonts w:ascii="宋体" w:hAnsi="宋体" w:eastAsia="宋体"/>
          <w:b w:val="0"/>
          <w:sz w:val="20"/>
        </w:rPr>
        <w:t>教学重点：圆锥体积公式的理解，并能运用公式求圆锥的体积。</w:t>
      </w:r>
    </w:p>
    <w:p>
      <w:pPr>
        <w:spacing w:after="20" w:line="300" w:lineRule="auto"/>
      </w:pPr>
      <w:r>
        <w:rPr>
          <w:rFonts w:ascii="宋体" w:hAnsi="宋体" w:eastAsia="宋体"/>
          <w:b w:val="0"/>
          <w:sz w:val="20"/>
        </w:rPr>
        <w:t>教学难点：圆锥体积公式的推导。</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一、提出问题，导入新课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求这堆沙子的体积就是求什么？；你有没有办法求出这个圆锥形沙堆的体积呢？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二、自主探究，推导圆锥体积的计算公式</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你觉得圆锥的体积可能与哪种图形的体积有关？；我们的猜测到底对不对呢？</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三、利用圆锥的体积公式解决实际问题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题目要求我们先算什么，再算什么？；请你仔细观察，谁做对了？谁做错了？为什么？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四、练习巩固，拓展提升</w:t>
            </w:r>
          </w:p>
        </w:tc>
        <w:tc>
          <w:tcPr>
            <w:tcW w:type="dxa" w:w="1814"/>
          </w:tcPr>
          <w:p>
            <w:pPr>
              <w:spacing w:after="20" w:line="276" w:lineRule="auto"/>
            </w:pPr>
            <w:r/>
            <w:r>
              <w:rPr>
                <w:rFonts w:ascii="宋体" w:hAnsi="宋体" w:eastAsia="宋体"/>
                <w:b w:val="0"/>
                <w:sz w:val="18"/>
              </w:rPr>
              <w:t>教科书、教科书P34～35、课件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一、提出问题，导入新课</w:t>
            </w:r>
          </w:p>
        </w:tc>
        <w:tc>
          <w:tcPr>
            <w:tcW w:type="dxa" w:w="3061"/>
          </w:tcPr>
          <w:p>
            <w:pPr>
              <w:spacing w:after="20" w:line="276" w:lineRule="auto"/>
            </w:pPr>
            <w:r/>
            <w:r>
              <w:rPr>
                <w:rFonts w:ascii="宋体" w:hAnsi="宋体" w:eastAsia="宋体"/>
                <w:b w:val="0"/>
                <w:sz w:val="18"/>
              </w:rPr>
              <w:t>师：求这堆沙子的体积就是求什么？</w:t>
            </w:r>
          </w:p>
          <w:p>
            <w:pPr>
              <w:spacing w:after="20" w:line="276" w:lineRule="auto"/>
            </w:pPr>
            <w:r>
              <w:rPr>
                <w:rFonts w:ascii="宋体" w:hAnsi="宋体" w:eastAsia="宋体"/>
                <w:b w:val="0"/>
                <w:sz w:val="18"/>
              </w:rPr>
              <w:t>师：你有没有办法求出这个圆锥形沙堆的体积呢？</w:t>
            </w:r>
          </w:p>
          <w:p>
            <w:pPr>
              <w:spacing w:after="20" w:line="276" w:lineRule="auto"/>
            </w:pPr>
            <w:r>
              <w:rPr>
                <w:rFonts w:ascii="宋体" w:hAnsi="宋体" w:eastAsia="宋体"/>
                <w:b w:val="0"/>
                <w:sz w:val="18"/>
              </w:rPr>
              <w:t>(可能还有学生说出圆锥体积的计算公式，教师可以问问他是怎么知道的。)</w:t>
            </w:r>
          </w:p>
          <w:p>
            <w:pPr>
              <w:spacing w:after="20" w:line="276" w:lineRule="auto"/>
            </w:pPr>
            <w:r>
              <w:rPr>
                <w:rFonts w:ascii="宋体" w:hAnsi="宋体" w:eastAsia="宋体"/>
                <w:b w:val="0"/>
                <w:sz w:val="18"/>
              </w:rPr>
              <w:t>师：大家都想到了运用转化的方法来解决问题，但这样做似乎比较麻烦，想不想找到一种简单而又科学合理的方法计算出圆锥的体积呢？今天我们就来研究这个问题。(板书课题：圆锥的体积)</w:t>
            </w:r>
          </w:p>
        </w:tc>
        <w:tc>
          <w:tcPr>
            <w:tcW w:type="dxa" w:w="3061"/>
          </w:tcPr>
          <w:p>
            <w:pPr>
              <w:spacing w:after="20" w:line="276" w:lineRule="auto"/>
            </w:pPr>
            <w:r/>
            <w:r>
              <w:rPr>
                <w:rFonts w:ascii="宋体" w:hAnsi="宋体" w:eastAsia="宋体"/>
                <w:b w:val="0"/>
                <w:sz w:val="18"/>
              </w:rPr>
              <w:t>学生会说出求圆锥的体积。</w:t>
            </w:r>
          </w:p>
          <w:p>
            <w:pPr>
              <w:spacing w:after="20" w:line="276" w:lineRule="auto"/>
            </w:pPr>
            <w:r>
              <w:rPr>
                <w:rFonts w:ascii="宋体" w:hAnsi="宋体" w:eastAsia="宋体"/>
                <w:b w:val="0"/>
                <w:sz w:val="18"/>
              </w:rPr>
              <w:t>预设1：转化成长方体。</w:t>
            </w:r>
          </w:p>
          <w:p>
            <w:pPr>
              <w:spacing w:after="20" w:line="276" w:lineRule="auto"/>
            </w:pPr>
            <w:r>
              <w:rPr>
                <w:rFonts w:ascii="宋体" w:hAnsi="宋体" w:eastAsia="宋体"/>
                <w:b w:val="0"/>
                <w:sz w:val="18"/>
              </w:rPr>
              <w:t>预设2：转化成正方体。</w:t>
            </w:r>
          </w:p>
          <w:p>
            <w:pPr>
              <w:spacing w:after="20" w:line="276" w:lineRule="auto"/>
            </w:pPr>
            <w:r>
              <w:rPr>
                <w:rFonts w:ascii="宋体" w:hAnsi="宋体" w:eastAsia="宋体"/>
                <w:b w:val="0"/>
                <w:sz w:val="18"/>
              </w:rPr>
              <w:t>预设3：转化成圆柱。</w:t>
            </w:r>
          </w:p>
        </w:tc>
        <w:tc>
          <w:tcPr>
            <w:tcW w:type="dxa" w:w="1814"/>
          </w:tcPr>
          <w:p>
            <w:pPr>
              <w:spacing w:after="20" w:line="276" w:lineRule="auto"/>
            </w:pPr>
            <w:r/>
            <w:r>
              <w:rPr>
                <w:rFonts w:ascii="宋体" w:hAnsi="宋体" w:eastAsia="宋体"/>
                <w:b w:val="0"/>
                <w:sz w:val="18"/>
              </w:rPr>
              <w:t>以生活中的数学的形式导入，激发学生的好奇心和求知欲。</w:t>
            </w:r>
          </w:p>
        </w:tc>
      </w:tr>
      <w:tr>
        <w:tc>
          <w:tcPr>
            <w:tcW w:type="dxa" w:w="1474"/>
          </w:tcPr>
          <w:p>
            <w:pPr>
              <w:spacing w:after="20" w:line="276" w:lineRule="auto"/>
            </w:pPr>
            <w:r>
              <w:rPr>
                <w:b/>
              </w:rPr>
            </w:r>
            <w:r>
              <w:rPr>
                <w:rFonts w:ascii="宋体" w:hAnsi="宋体" w:eastAsia="宋体"/>
                <w:b/>
                <w:sz w:val="18"/>
              </w:rPr>
              <w:t>二、自主探究，推导圆锥体积的计算公式</w:t>
            </w:r>
          </w:p>
        </w:tc>
        <w:tc>
          <w:tcPr>
            <w:tcW w:type="dxa" w:w="3061"/>
          </w:tcPr>
          <w:p>
            <w:pPr>
              <w:spacing w:after="20" w:line="276" w:lineRule="auto"/>
            </w:pPr>
            <w:r/>
            <w:r>
              <w:rPr>
                <w:rFonts w:ascii="宋体" w:hAnsi="宋体" w:eastAsia="宋体"/>
                <w:b w:val="0"/>
                <w:sz w:val="18"/>
              </w:rPr>
              <w:t>1.猜想。</w:t>
            </w:r>
          </w:p>
          <w:p>
            <w:pPr>
              <w:spacing w:after="20" w:line="276" w:lineRule="auto"/>
            </w:pPr>
            <w:r>
              <w:rPr>
                <w:rFonts w:ascii="宋体" w:hAnsi="宋体" w:eastAsia="宋体"/>
                <w:b w:val="0"/>
                <w:sz w:val="18"/>
              </w:rPr>
              <w:t>师：你觉得圆锥的体积可能与哪种图形的体积有关？</w:t>
            </w:r>
          </w:p>
          <w:p>
            <w:pPr>
              <w:spacing w:after="20" w:line="276" w:lineRule="auto"/>
            </w:pPr>
            <w:r>
              <w:rPr>
                <w:rFonts w:ascii="宋体" w:hAnsi="宋体" w:eastAsia="宋体"/>
                <w:b w:val="0"/>
                <w:sz w:val="18"/>
              </w:rPr>
              <w:t>师：（举起等底、等高的圆柱、圆锥形教具，把圆锥套在透明的圆柱里）想一想它们的体积之间会有什么样的关系。</w:t>
            </w:r>
          </w:p>
          <w:p>
            <w:pPr>
              <w:spacing w:after="20" w:line="276" w:lineRule="auto"/>
            </w:pPr>
            <w:r>
              <w:rPr>
                <w:rFonts w:ascii="宋体" w:hAnsi="宋体" w:eastAsia="宋体"/>
                <w:b w:val="0"/>
                <w:sz w:val="18"/>
              </w:rPr>
              <w:t>师：我们的猜测到底对不对呢？下面请大家一起来验证吧！</w:t>
            </w:r>
          </w:p>
          <w:p>
            <w:pPr>
              <w:spacing w:after="20" w:line="276" w:lineRule="auto"/>
            </w:pPr>
            <w:r>
              <w:rPr>
                <w:rFonts w:ascii="宋体" w:hAnsi="宋体" w:eastAsia="宋体"/>
                <w:b w:val="0"/>
                <w:sz w:val="18"/>
              </w:rPr>
              <w:t>2.探究验证。</w:t>
            </w:r>
          </w:p>
          <w:p>
            <w:pPr>
              <w:spacing w:after="20" w:line="276" w:lineRule="auto"/>
            </w:pPr>
            <w:r>
              <w:rPr>
                <w:rFonts w:ascii="宋体" w:hAnsi="宋体" w:eastAsia="宋体"/>
                <w:b w:val="0"/>
                <w:sz w:val="18"/>
              </w:rPr>
              <w:t>（1）开展实验收集数据。</w:t>
            </w:r>
          </w:p>
          <w:p>
            <w:pPr>
              <w:spacing w:after="20" w:line="276" w:lineRule="auto"/>
            </w:pPr>
            <w:r>
              <w:rPr>
                <w:rFonts w:ascii="宋体" w:hAnsi="宋体" w:eastAsia="宋体"/>
                <w:b w:val="0"/>
                <w:sz w:val="18"/>
              </w:rPr>
              <w:t>师：圆柱与圆锥的体积之间有什么关系呢？我们一起来做实验。这里有沙子和水，还有等底、等高和不等底、等高的各种圆柱和圆锥形容器。</w:t>
            </w:r>
          </w:p>
          <w:p>
            <w:pPr>
              <w:spacing w:after="20" w:line="276" w:lineRule="auto"/>
            </w:pPr>
            <w:r>
              <w:rPr>
                <w:rFonts w:ascii="宋体" w:hAnsi="宋体" w:eastAsia="宋体"/>
                <w:b w:val="0"/>
                <w:sz w:val="18"/>
              </w:rPr>
              <w:t>课件出示教科书P32例2。</w:t>
            </w:r>
          </w:p>
          <w:p>
            <w:pPr>
              <w:spacing w:after="20" w:line="276" w:lineRule="auto"/>
            </w:pPr>
            <w:r>
              <w:rPr>
                <w:rFonts w:ascii="宋体" w:hAnsi="宋体" w:eastAsia="宋体"/>
                <w:b w:val="0"/>
                <w:sz w:val="18"/>
              </w:rPr>
              <w:t>鼓励学生充分表达自己的想法，并认真倾听别人的发言。</w:t>
            </w:r>
          </w:p>
          <w:p>
            <w:pPr>
              <w:spacing w:after="20" w:line="276" w:lineRule="auto"/>
            </w:pPr>
            <w:r>
              <w:rPr>
                <w:rFonts w:ascii="宋体" w:hAnsi="宋体" w:eastAsia="宋体"/>
                <w:b w:val="0"/>
                <w:sz w:val="18"/>
              </w:rPr>
              <w:t>①教师提出实验要求：各组根据需要选用实验用具，小组成员分工合作，轮流操作，并做好实验数据的收集整理。</w:t>
            </w:r>
          </w:p>
          <w:p>
            <w:pPr>
              <w:spacing w:after="20" w:line="276" w:lineRule="auto"/>
            </w:pPr>
            <w:r>
              <w:rPr>
                <w:rFonts w:ascii="宋体" w:hAnsi="宋体" w:eastAsia="宋体"/>
                <w:b w:val="0"/>
                <w:sz w:val="18"/>
              </w:rPr>
              <w:t>(2)交流实验数据。</w:t>
            </w:r>
          </w:p>
          <w:p>
            <w:pPr>
              <w:spacing w:after="20" w:line="276" w:lineRule="auto"/>
            </w:pPr>
            <w:r>
              <w:rPr>
                <w:rFonts w:ascii="宋体" w:hAnsi="宋体" w:eastAsia="宋体"/>
                <w:b w:val="0"/>
                <w:sz w:val="18"/>
              </w:rPr>
              <w:t>师：为什么出现了不同的实验结果？请你们分别派代表来现场演示一下。(学生演示)</w:t>
            </w:r>
          </w:p>
          <w:p>
            <w:pPr>
              <w:spacing w:after="20" w:line="276" w:lineRule="auto"/>
            </w:pPr>
            <w:r>
              <w:rPr>
                <w:rFonts w:ascii="宋体" w:hAnsi="宋体" w:eastAsia="宋体"/>
                <w:b w:val="0"/>
                <w:sz w:val="18"/>
              </w:rPr>
              <w:t>师：有的圆柱能刚好装下3个圆锥的沙或水，也有2次多或4次等不同的结果。请你观察，什么情况下圆柱刚好能装下3个圆锥的沙或水？（学生可以讨论，组间交流。）</w:t>
            </w:r>
          </w:p>
          <w:p>
            <w:pPr>
              <w:spacing w:after="20" w:line="276" w:lineRule="auto"/>
            </w:pPr>
            <w:r>
              <w:rPr>
                <w:rFonts w:ascii="宋体" w:hAnsi="宋体" w:eastAsia="宋体"/>
                <w:b w:val="0"/>
                <w:sz w:val="18"/>
              </w:rPr>
              <w:t>实验和操作的过程就是积累数学活动经验的过程，要充分展示学生的实验结果，发现问题并找到问题的根本所在，让学生体会科学是尊重事实并经过反复实验和求证的结果。</w:t>
            </w:r>
          </w:p>
          <w:p>
            <w:pPr>
              <w:spacing w:after="20" w:line="276" w:lineRule="auto"/>
            </w:pPr>
            <w:r>
              <w:rPr>
                <w:rFonts w:ascii="宋体" w:hAnsi="宋体" w:eastAsia="宋体"/>
                <w:b w:val="0"/>
                <w:sz w:val="18"/>
              </w:rPr>
              <w:t>师：是不是所有的符合等底等高条件的圆柱、圆锥，它们的体积之间都具有这样的关系呢？</w:t>
            </w:r>
          </w:p>
          <w:p>
            <w:pPr>
              <w:spacing w:after="20" w:line="276" w:lineRule="auto"/>
            </w:pPr>
            <w:r>
              <w:rPr>
                <w:rFonts w:ascii="宋体" w:hAnsi="宋体" w:eastAsia="宋体"/>
                <w:b w:val="0"/>
                <w:sz w:val="18"/>
              </w:rPr>
              <w:t>教师用标准教具装水(沙)再实验一次，加以验证。</w:t>
            </w:r>
          </w:p>
          <w:p>
            <w:pPr>
              <w:spacing w:after="20" w:line="276" w:lineRule="auto"/>
            </w:pPr>
            <w:r>
              <w:rPr>
                <w:rFonts w:ascii="宋体" w:hAnsi="宋体" w:eastAsia="宋体"/>
                <w:b w:val="0"/>
                <w:sz w:val="18"/>
              </w:rPr>
              <w:t>(3)总结结论。</w:t>
            </w:r>
          </w:p>
          <w:p>
            <w:pPr>
              <w:spacing w:after="20" w:line="276" w:lineRule="auto"/>
            </w:pPr>
            <w:r>
              <w:rPr>
                <w:rFonts w:ascii="宋体" w:hAnsi="宋体" w:eastAsia="宋体"/>
                <w:b w:val="0"/>
                <w:sz w:val="18"/>
              </w:rPr>
              <w:t>课件演示动态的实验过程。</w:t>
            </w:r>
          </w:p>
          <w:p>
            <w:pPr>
              <w:spacing w:after="20" w:line="276" w:lineRule="auto"/>
            </w:pPr>
            <w:r>
              <w:rPr>
                <w:rFonts w:ascii="宋体" w:hAnsi="宋体" w:eastAsia="宋体"/>
                <w:b w:val="0"/>
                <w:sz w:val="18"/>
              </w:rPr>
              <w:t>师：通过实验，你发现圆锥的体积与同它等底、等高的圆柱的体积之间的关系了吗？你能用字母表示出它们之间的关系吗？</w:t>
            </w:r>
          </w:p>
          <w:p>
            <w:pPr>
              <w:spacing w:after="20" w:line="276" w:lineRule="auto"/>
            </w:pPr>
            <w:r>
              <w:rPr>
                <w:rFonts w:ascii="宋体" w:hAnsi="宋体" w:eastAsia="宋体"/>
                <w:b w:val="0"/>
                <w:sz w:val="18"/>
              </w:rPr>
              <w:t>生汇报，师板书：V圆锥= EMBED Equation.DSMT4  V圆柱= EMBED Equation.DSMT4  Sh</w:t>
            </w:r>
          </w:p>
          <w:p>
            <w:pPr>
              <w:spacing w:after="20" w:line="276" w:lineRule="auto"/>
            </w:pPr>
            <w:r>
              <w:rPr>
                <w:rFonts w:ascii="宋体" w:hAnsi="宋体" w:eastAsia="宋体"/>
                <w:b w:val="0"/>
                <w:sz w:val="18"/>
              </w:rPr>
              <w:t>4.加深理解。</w:t>
            </w:r>
          </w:p>
          <w:p>
            <w:pPr>
              <w:spacing w:after="20" w:line="276" w:lineRule="auto"/>
            </w:pPr>
            <w:r>
              <w:rPr>
                <w:rFonts w:ascii="宋体" w:hAnsi="宋体" w:eastAsia="宋体"/>
                <w:b w:val="0"/>
                <w:sz w:val="18"/>
              </w:rPr>
              <w:t>师：Sh表示什么？为什么要乘 EMBED Equation.DSMT4  ？</w:t>
            </w:r>
          </w:p>
          <w:p>
            <w:pPr>
              <w:spacing w:after="20" w:line="276" w:lineRule="auto"/>
            </w:pPr>
            <w:r>
              <w:rPr>
                <w:rFonts w:ascii="宋体" w:hAnsi="宋体" w:eastAsia="宋体"/>
                <w:b w:val="0"/>
                <w:sz w:val="18"/>
              </w:rPr>
              <w:t>师：要求圆锥的体积，必须知道哪些条件？</w:t>
            </w:r>
          </w:p>
          <w:p>
            <w:pPr>
              <w:spacing w:after="20" w:line="276" w:lineRule="auto"/>
            </w:pPr>
            <w:r>
              <w:rPr>
                <w:rFonts w:ascii="宋体" w:hAnsi="宋体" w:eastAsia="宋体"/>
                <w:b w:val="0"/>
                <w:sz w:val="18"/>
              </w:rPr>
              <w:t>V圆锥= EMBED Equation.DSMT4  π EMBED Equation.DSMT4  h</w:t>
            </w:r>
          </w:p>
          <w:p>
            <w:pPr>
              <w:spacing w:after="20" w:line="276" w:lineRule="auto"/>
            </w:pPr>
            <w:r>
              <w:rPr>
                <w:rFonts w:ascii="宋体" w:hAnsi="宋体" w:eastAsia="宋体"/>
                <w:b w:val="0"/>
                <w:sz w:val="18"/>
              </w:rPr>
              <w:t>V圆锥= EMBED Equation.DSMT4  π EMBED Equation.DSMT4  h</w:t>
            </w:r>
          </w:p>
          <w:p>
            <w:pPr>
              <w:spacing w:after="20" w:line="276" w:lineRule="auto"/>
            </w:pPr>
            <w:r>
              <w:rPr>
                <w:rFonts w:ascii="宋体" w:hAnsi="宋体" w:eastAsia="宋体"/>
                <w:b w:val="0"/>
                <w:sz w:val="18"/>
              </w:rPr>
              <w:t>教师根据学生的发言，板书求圆锥体积的多个公式。</w:t>
            </w:r>
          </w:p>
        </w:tc>
        <w:tc>
          <w:tcPr>
            <w:tcW w:type="dxa" w:w="3061"/>
          </w:tcPr>
          <w:p>
            <w:pPr>
              <w:spacing w:after="20" w:line="276" w:lineRule="auto"/>
            </w:pPr>
            <w:r/>
            <w:r>
              <w:rPr>
                <w:rFonts w:ascii="宋体" w:hAnsi="宋体" w:eastAsia="宋体"/>
                <w:b w:val="0"/>
                <w:sz w:val="18"/>
              </w:rPr>
              <w:t>学生可能会说，圆锥的体积与圆柱的体积有关，因为它们的底面都是圆形。</w:t>
            </w:r>
          </w:p>
          <w:p>
            <w:pPr>
              <w:spacing w:after="20" w:line="276" w:lineRule="auto"/>
            </w:pPr>
            <w:r>
              <w:rPr>
                <w:rFonts w:ascii="宋体" w:hAnsi="宋体" w:eastAsia="宋体"/>
                <w:b w:val="0"/>
                <w:sz w:val="18"/>
              </w:rPr>
              <w:t>学生猜测等底、等高的圆柱的体积可能是圆锥的2倍、3倍、4倍或其他。</w:t>
            </w:r>
          </w:p>
          <w:p>
            <w:pPr>
              <w:spacing w:after="20" w:line="276" w:lineRule="auto"/>
            </w:pPr>
            <w:r>
              <w:rPr>
                <w:rFonts w:ascii="宋体" w:hAnsi="宋体" w:eastAsia="宋体"/>
                <w:b w:val="0"/>
                <w:sz w:val="18"/>
              </w:rPr>
              <w:t>②学生小组活动，教师巡视指导。</w:t>
            </w:r>
          </w:p>
          <w:p>
            <w:pPr>
              <w:spacing w:after="20" w:line="276" w:lineRule="auto"/>
            </w:pPr>
            <w:r>
              <w:rPr>
                <w:rFonts w:ascii="宋体" w:hAnsi="宋体" w:eastAsia="宋体"/>
                <w:b w:val="0"/>
                <w:sz w:val="18"/>
              </w:rPr>
              <w:t>预设1：把一个圆柱装满沙子倒入一个和它等底、等高的圆锥里，圆锥装满后，再把沙子倒入盒子里，正好倒了三次。</w:t>
            </w:r>
          </w:p>
          <w:p>
            <w:pPr>
              <w:spacing w:after="20" w:line="276" w:lineRule="auto"/>
            </w:pPr>
            <w:r>
              <w:rPr>
                <w:rFonts w:ascii="宋体" w:hAnsi="宋体" w:eastAsia="宋体"/>
                <w:b w:val="0"/>
                <w:sz w:val="18"/>
              </w:rPr>
              <w:t>预设2：把一个圆锥装满水，倒入一个和它等底、等高的圆柱里，三次正好倒满。</w:t>
            </w:r>
          </w:p>
          <w:p>
            <w:pPr>
              <w:spacing w:after="20" w:line="276" w:lineRule="auto"/>
            </w:pPr>
            <w:r>
              <w:rPr>
                <w:rFonts w:ascii="宋体" w:hAnsi="宋体" w:eastAsia="宋体"/>
                <w:b w:val="0"/>
                <w:sz w:val="18"/>
              </w:rPr>
              <w:t>预设3：把一个圆锥装满水，倒入一个和它不等底、等高的圆柱里，倒了四次还差一点没有满（可能还有的组实验结果不是四次）。</w:t>
            </w:r>
          </w:p>
          <w:p>
            <w:pPr>
              <w:spacing w:after="20" w:line="276" w:lineRule="auto"/>
            </w:pPr>
            <w:r>
              <w:rPr>
                <w:rFonts w:ascii="宋体" w:hAnsi="宋体" w:eastAsia="宋体"/>
                <w:b w:val="0"/>
                <w:sz w:val="18"/>
              </w:rPr>
              <w:t>各组观察圆柱和圆锥，发现只有在等底等高的情况下，圆柱的体积才是圆锥体积的3倍，也就是说：在等底等高的情况下，圆锥的体积才是圆柱体积的 EMBED Equation.DSMT4  。</w:t>
            </w:r>
          </w:p>
          <w:p>
            <w:pPr>
              <w:spacing w:after="20" w:line="276" w:lineRule="auto"/>
            </w:pPr>
            <w:r>
              <w:rPr>
                <w:rFonts w:ascii="宋体" w:hAnsi="宋体" w:eastAsia="宋体"/>
                <w:b w:val="0"/>
                <w:sz w:val="18"/>
              </w:rPr>
              <w:t>学生自行总结实验结果，教师根据学生的回答板书：</w:t>
            </w:r>
          </w:p>
          <w:p>
            <w:pPr>
              <w:spacing w:after="20" w:line="276" w:lineRule="auto"/>
            </w:pPr>
            <w:r>
              <w:rPr>
                <w:rFonts w:ascii="宋体" w:hAnsi="宋体" w:eastAsia="宋体"/>
                <w:b w:val="0"/>
                <w:sz w:val="18"/>
              </w:rPr>
              <w:t>3.小组讨论，推导公式。</w:t>
            </w:r>
          </w:p>
          <w:p>
            <w:pPr>
              <w:spacing w:after="20" w:line="276" w:lineRule="auto"/>
            </w:pPr>
            <w:r>
              <w:rPr>
                <w:rFonts w:ascii="宋体" w:hAnsi="宋体" w:eastAsia="宋体"/>
                <w:b w:val="0"/>
                <w:sz w:val="18"/>
              </w:rPr>
              <w:t>学生可能说出因为圆锥的体积是与它等底、等高的圆柱的体积的 EMBED Equation.DSMT4  ，Sh表示圆柱的体积，乘 EMBED Equation.DSMT4  后就表示与它等底、等高的圆锥的体积。</w:t>
            </w:r>
          </w:p>
          <w:p>
            <w:pPr>
              <w:spacing w:after="20" w:line="276" w:lineRule="auto"/>
            </w:pPr>
            <w:r>
              <w:rPr>
                <w:rFonts w:ascii="宋体" w:hAnsi="宋体" w:eastAsia="宋体"/>
                <w:b w:val="0"/>
                <w:sz w:val="18"/>
              </w:rPr>
              <w:t>预设1：需要知道底面积和高。（此时教师可以提示，知道另外哪些条件也能求出圆锥的体积。）</w:t>
            </w:r>
          </w:p>
          <w:p>
            <w:pPr>
              <w:spacing w:after="20" w:line="276" w:lineRule="auto"/>
            </w:pPr>
            <w:r>
              <w:rPr>
                <w:rFonts w:ascii="宋体" w:hAnsi="宋体" w:eastAsia="宋体"/>
                <w:b w:val="0"/>
                <w:sz w:val="18"/>
              </w:rPr>
              <w:t>预设2：需要知道底面半径和高。(可以让学生根据这两个条件写出圆锥的体积公式：V圆锥= EMBED Equation.DSMT4  πr2h。)</w:t>
            </w:r>
          </w:p>
          <w:p>
            <w:pPr>
              <w:spacing w:after="20" w:line="276" w:lineRule="auto"/>
            </w:pPr>
            <w:r>
              <w:rPr>
                <w:rFonts w:ascii="宋体" w:hAnsi="宋体" w:eastAsia="宋体"/>
                <w:b w:val="0"/>
                <w:sz w:val="18"/>
              </w:rPr>
              <w:t>预设3：需要知道底面直径和高。教师板书公式：</w:t>
            </w:r>
          </w:p>
          <w:p>
            <w:pPr>
              <w:spacing w:after="20" w:line="276" w:lineRule="auto"/>
            </w:pPr>
            <w:r>
              <w:rPr>
                <w:rFonts w:ascii="宋体" w:hAnsi="宋体" w:eastAsia="宋体"/>
                <w:b w:val="0"/>
                <w:sz w:val="18"/>
              </w:rPr>
              <w:t>预设4：需要知道底面周长和高。教师板书公式：</w:t>
            </w:r>
          </w:p>
        </w:tc>
        <w:tc>
          <w:tcPr>
            <w:tcW w:type="dxa" w:w="1814"/>
          </w:tcPr>
          <w:p>
            <w:pPr>
              <w:spacing w:after="20" w:line="276" w:lineRule="auto"/>
            </w:pPr>
            <w:r/>
            <w:r>
              <w:rPr>
                <w:rFonts w:ascii="宋体" w:hAnsi="宋体" w:eastAsia="宋体"/>
                <w:b w:val="0"/>
                <w:sz w:val="18"/>
              </w:rPr>
              <w:t>实验的过程就是科学论证的过程，分享其他小组的实验过程，发现结论不同后，通过观察、思考发现问题所在，并且再次实验验证“只有等底等高的圆柱、圆锥，圆锥的体积才是圆柱体积的 EMBED Equation.DSMT4  ”这个结论，在这个过程中感悟到数学的严谨性。</w:t>
            </w:r>
          </w:p>
        </w:tc>
      </w:tr>
      <w:tr>
        <w:tc>
          <w:tcPr>
            <w:tcW w:type="dxa" w:w="1474"/>
          </w:tcPr>
          <w:p>
            <w:pPr>
              <w:spacing w:after="20" w:line="276" w:lineRule="auto"/>
            </w:pPr>
            <w:r>
              <w:rPr>
                <w:b/>
              </w:rPr>
            </w:r>
            <w:r>
              <w:rPr>
                <w:rFonts w:ascii="宋体" w:hAnsi="宋体" w:eastAsia="宋体"/>
                <w:b/>
                <w:sz w:val="18"/>
              </w:rPr>
              <w:t>三、利用圆锥的体积公式解决实际问题</w:t>
            </w:r>
          </w:p>
        </w:tc>
        <w:tc>
          <w:tcPr>
            <w:tcW w:type="dxa" w:w="3061"/>
          </w:tcPr>
          <w:p>
            <w:pPr>
              <w:spacing w:after="20" w:line="276" w:lineRule="auto"/>
            </w:pPr>
            <w:r/>
            <w:r>
              <w:rPr>
                <w:rFonts w:ascii="宋体" w:hAnsi="宋体" w:eastAsia="宋体"/>
                <w:b w:val="0"/>
                <w:sz w:val="18"/>
              </w:rPr>
              <w:t>1.课件出示教科书P34例3。</w:t>
            </w:r>
          </w:p>
          <w:p>
            <w:pPr>
              <w:spacing w:after="20" w:line="276" w:lineRule="auto"/>
            </w:pPr>
            <w:r>
              <w:rPr>
                <w:rFonts w:ascii="宋体" w:hAnsi="宋体" w:eastAsia="宋体"/>
                <w:b w:val="0"/>
                <w:sz w:val="18"/>
              </w:rPr>
              <w:t>师：题目要求我们先算什么，再算什么？</w:t>
            </w:r>
          </w:p>
          <w:p>
            <w:pPr>
              <w:spacing w:after="20" w:line="276" w:lineRule="auto"/>
            </w:pPr>
            <w:r>
              <w:rPr>
                <w:rFonts w:ascii="宋体" w:hAnsi="宋体" w:eastAsia="宋体"/>
                <w:b w:val="0"/>
                <w:sz w:val="18"/>
              </w:rPr>
              <w:t>（1）师：同学们先自己尝试做一做。</w:t>
            </w:r>
          </w:p>
          <w:p>
            <w:pPr>
              <w:spacing w:after="20" w:line="276" w:lineRule="auto"/>
            </w:pPr>
            <w:r>
              <w:rPr>
                <w:rFonts w:ascii="宋体" w:hAnsi="宋体" w:eastAsia="宋体"/>
                <w:b w:val="0"/>
                <w:sz w:val="18"/>
              </w:rPr>
              <w:t>18.84×1.5=28.26(t)</w:t>
            </w:r>
          </w:p>
          <w:p>
            <w:pPr>
              <w:spacing w:after="20" w:line="276" w:lineRule="auto"/>
            </w:pPr>
            <w:r>
              <w:rPr>
                <w:rFonts w:ascii="宋体" w:hAnsi="宋体" w:eastAsia="宋体"/>
                <w:b w:val="0"/>
                <w:sz w:val="18"/>
              </w:rPr>
              <w:t>师：请你仔细观察，谁做对了？谁做错了？为什么？</w:t>
            </w:r>
          </w:p>
          <w:p>
            <w:pPr>
              <w:spacing w:after="20" w:line="276" w:lineRule="auto"/>
            </w:pPr>
            <w:r>
              <w:rPr>
                <w:rFonts w:ascii="宋体" w:hAnsi="宋体" w:eastAsia="宋体"/>
                <w:b w:val="0"/>
                <w:sz w:val="18"/>
              </w:rPr>
              <w:t>师：通过大家的分析，你能说一说在求圆锥体积时，要注意些什么吗？</w:t>
            </w:r>
          </w:p>
          <w:p>
            <w:pPr>
              <w:spacing w:after="20" w:line="276" w:lineRule="auto"/>
            </w:pPr>
            <w:r>
              <w:rPr>
                <w:rFonts w:ascii="宋体" w:hAnsi="宋体" w:eastAsia="宋体"/>
                <w:b w:val="0"/>
                <w:sz w:val="18"/>
              </w:rPr>
              <w:t>(2)课件出示正确解答。</w:t>
            </w:r>
          </w:p>
        </w:tc>
        <w:tc>
          <w:tcPr>
            <w:tcW w:type="dxa" w:w="3061"/>
          </w:tcPr>
          <w:p>
            <w:pPr>
              <w:spacing w:after="20" w:line="276" w:lineRule="auto"/>
            </w:pPr>
            <w:r/>
            <w:r>
              <w:rPr>
                <w:rFonts w:ascii="宋体" w:hAnsi="宋体" w:eastAsia="宋体"/>
                <w:b w:val="0"/>
                <w:sz w:val="18"/>
              </w:rPr>
              <w:t>先要求出沙子的体积，再算出沙子的质量。</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预设1：3.14×(4÷2)2×1.5=18.84(m3)</w:t>
            </w:r>
          </w:p>
          <w:p>
            <w:pPr>
              <w:spacing w:after="20" w:line="276" w:lineRule="auto"/>
            </w:pPr>
            <w:r>
              <w:rPr>
                <w:rFonts w:ascii="宋体" w:hAnsi="宋体" w:eastAsia="宋体"/>
                <w:b w:val="0"/>
                <w:sz w:val="18"/>
              </w:rPr>
              <w:t>预设2： EMBED Equation.DSMT4  ×3.14×42×1.5=25.12(m3)     25.12×1.5=37.68(t)</w:t>
            </w:r>
          </w:p>
          <w:p>
            <w:pPr>
              <w:spacing w:after="20" w:line="276" w:lineRule="auto"/>
            </w:pPr>
            <w:r>
              <w:rPr>
                <w:rFonts w:ascii="宋体" w:hAnsi="宋体" w:eastAsia="宋体"/>
                <w:b w:val="0"/>
                <w:sz w:val="18"/>
              </w:rPr>
              <w:t>交流时，注意引导学生关注题目中给出的是圆锥形沙堆的底面直径和高，解决问题时首先要把底面直径转化成半径。</w:t>
            </w:r>
          </w:p>
          <w:p>
            <w:pPr>
              <w:spacing w:after="20" w:line="276" w:lineRule="auto"/>
            </w:pPr>
            <w:r>
              <w:rPr>
                <w:rFonts w:ascii="宋体" w:hAnsi="宋体" w:eastAsia="宋体"/>
                <w:b w:val="0"/>
                <w:sz w:val="18"/>
              </w:rPr>
              <w:t>预设3： EMBED Equation.DSMT4  ×3.14×(4÷2)2×1.5=6.28(m3)   6.28×1.5=9.42(t)</w:t>
            </w:r>
          </w:p>
          <w:p>
            <w:pPr>
              <w:spacing w:after="20" w:line="276" w:lineRule="auto"/>
            </w:pPr>
            <w:r>
              <w:rPr>
                <w:rFonts w:ascii="宋体" w:hAnsi="宋体" w:eastAsia="宋体"/>
                <w:b w:val="0"/>
                <w:sz w:val="18"/>
              </w:rPr>
              <w:t>学生观察、讨论，然后汇报。</w:t>
            </w:r>
          </w:p>
          <w:p>
            <w:pPr>
              <w:spacing w:after="20" w:line="276" w:lineRule="auto"/>
            </w:pPr>
            <w:r>
              <w:rPr>
                <w:rFonts w:ascii="宋体" w:hAnsi="宋体" w:eastAsia="宋体"/>
                <w:b w:val="0"/>
                <w:sz w:val="18"/>
              </w:rPr>
              <w:t>预设1：第一种做法是错误的，求圆锥体积时忘了乘 EMBED Equation.DSMT4  。</w:t>
            </w:r>
          </w:p>
          <w:p>
            <w:pPr>
              <w:spacing w:after="20" w:line="276" w:lineRule="auto"/>
            </w:pPr>
            <w:r>
              <w:rPr>
                <w:rFonts w:ascii="宋体" w:hAnsi="宋体" w:eastAsia="宋体"/>
                <w:b w:val="0"/>
                <w:sz w:val="18"/>
              </w:rPr>
              <w:t>预设2：第二种做法是错误的，求圆锥底面积时，把直径当成了半径来计算。</w:t>
            </w:r>
          </w:p>
          <w:p>
            <w:pPr>
              <w:spacing w:after="20" w:line="276" w:lineRule="auto"/>
            </w:pPr>
            <w:r>
              <w:rPr>
                <w:rFonts w:ascii="宋体" w:hAnsi="宋体" w:eastAsia="宋体"/>
                <w:b w:val="0"/>
                <w:sz w:val="18"/>
              </w:rPr>
              <w:t>预设3：第三种做法是正确的，先用公式V= EMBED Equation.DSMT4  π EMBED Equation.DSMT4  h求出圆锥形沙堆的体积，再求出沙子的质量。</w:t>
            </w:r>
          </w:p>
          <w:p>
            <w:pPr>
              <w:spacing w:after="20" w:line="276" w:lineRule="auto"/>
            </w:pPr>
            <w:r>
              <w:rPr>
                <w:rFonts w:ascii="宋体" w:hAnsi="宋体" w:eastAsia="宋体"/>
                <w:b w:val="0"/>
                <w:sz w:val="18"/>
              </w:rPr>
              <w:t>学生可能说出要根据信息选择正确的公式进行计算，求圆锥体积时不要忘了乘 EMBED Equation.DSMT4  。教师可以适时提醒学生，解决问题之前要看清题目中的信息，计算体积之前先写出对应的公式等。</w:t>
            </w:r>
          </w:p>
        </w:tc>
        <w:tc>
          <w:tcPr>
            <w:tcW w:type="dxa" w:w="1814"/>
          </w:tcPr>
          <w:p>
            <w:pPr>
              <w:spacing w:after="20" w:line="276" w:lineRule="auto"/>
            </w:pPr>
            <w:r/>
            <w:r>
              <w:rPr>
                <w:rFonts w:ascii="宋体" w:hAnsi="宋体" w:eastAsia="宋体"/>
                <w:b w:val="0"/>
                <w:sz w:val="18"/>
              </w:rPr>
              <w:t>引导学生合理运用信息，自主解决问题，灵活运用圆锥体积计算公式，加深对公式的理解。在解决问题的过程中，充分利用错误资源，让学生辨析，积累解决问题的经验，提高解决问题的能力。</w:t>
            </w:r>
          </w:p>
        </w:tc>
      </w:tr>
      <w:tr>
        <w:tc>
          <w:tcPr>
            <w:tcW w:type="dxa" w:w="1474"/>
          </w:tcPr>
          <w:p>
            <w:pPr>
              <w:spacing w:after="20" w:line="276" w:lineRule="auto"/>
            </w:pPr>
            <w:r>
              <w:rPr>
                <w:b/>
              </w:rPr>
            </w:r>
            <w:r>
              <w:rPr>
                <w:rFonts w:ascii="宋体" w:hAnsi="宋体" w:eastAsia="宋体"/>
                <w:b/>
                <w:sz w:val="18"/>
              </w:rPr>
              <w:t>四、练习巩固，拓展提升</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第2题：这道题与教科书P33例3相似，要求铅锤的质量，先要求铅锤的体积，求体积时运用计算公式V= EMBED Equation.DSMT4  π EMBED Equation.DSMT4  h。</w:t>
            </w:r>
          </w:p>
          <w:p>
            <w:pPr>
              <w:spacing w:after="20" w:line="276" w:lineRule="auto"/>
            </w:pPr>
            <w:r>
              <w:rPr>
                <w:rFonts w:ascii="宋体" w:hAnsi="宋体" w:eastAsia="宋体"/>
                <w:b w:val="0"/>
                <w:sz w:val="18"/>
              </w:rPr>
              <w:t>完成后在小组内交流，汇报错例并进行评析、订正。</w:t>
            </w:r>
          </w:p>
          <w:p>
            <w:pPr>
              <w:spacing w:after="20" w:line="276" w:lineRule="auto"/>
            </w:pPr>
            <w:r>
              <w:rPr>
                <w:rFonts w:ascii="宋体" w:hAnsi="宋体" w:eastAsia="宋体"/>
                <w:b w:val="0"/>
                <w:sz w:val="18"/>
              </w:rPr>
              <w:t>第4题：有关圆锥与圆柱体积关系的判断题，在辨析中让学生充分说明理由，进一步明确只有等底等高的圆柱与圆锥的体积才存在3倍的关系。</w:t>
            </w:r>
          </w:p>
          <w:p>
            <w:pPr>
              <w:spacing w:after="20" w:line="276" w:lineRule="auto"/>
            </w:pPr>
            <w:r>
              <w:rPr>
                <w:rFonts w:ascii="宋体" w:hAnsi="宋体" w:eastAsia="宋体"/>
                <w:b w:val="0"/>
                <w:sz w:val="18"/>
              </w:rPr>
              <w:t>第5题：已知圆锥的底面周长和高，求圆锥的体积。要先根据底面周长求出底面半径，再求出圆锥的体积，也可以用公式V= EMBED Equation.DSMT4  π EMBED Equation.DSMT4  h来进行计算。</w:t>
            </w:r>
          </w:p>
          <w:p>
            <w:pPr>
              <w:spacing w:after="20" w:line="276" w:lineRule="auto"/>
            </w:pPr>
            <w:r>
              <w:rPr>
                <w:rFonts w:ascii="宋体" w:hAnsi="宋体" w:eastAsia="宋体"/>
                <w:b w:val="0"/>
                <w:sz w:val="18"/>
              </w:rPr>
              <w:t>第6题：要求煤的质量，先要求煤的体积，已知圆锥的底面周长和高，求圆锥的体积，注意公式的应用，还要强调题目要求得数保留整数，要按照要求完成。</w:t>
            </w:r>
          </w:p>
        </w:tc>
        <w:tc>
          <w:tcPr>
            <w:tcW w:type="dxa" w:w="3061"/>
          </w:tcPr>
          <w:p>
            <w:pPr>
              <w:spacing w:after="20" w:line="276" w:lineRule="auto"/>
            </w:pPr>
            <w:r/>
            <w:r>
              <w:rPr>
                <w:rFonts w:ascii="宋体" w:hAnsi="宋体" w:eastAsia="宋体"/>
                <w:b w:val="0"/>
                <w:sz w:val="18"/>
              </w:rPr>
              <w:t>1.学生独立解答教科书P33“做一做”第1、2题。</w:t>
            </w:r>
          </w:p>
          <w:p>
            <w:pPr>
              <w:spacing w:after="20" w:line="276" w:lineRule="auto"/>
            </w:pPr>
            <w:r>
              <w:rPr>
                <w:rFonts w:ascii="宋体" w:hAnsi="宋体" w:eastAsia="宋体"/>
                <w:b w:val="0"/>
                <w:sz w:val="18"/>
              </w:rPr>
              <w:t>第1题：直接给出圆锥的底面积和高，求圆锥的体积。指导学生计算时先写计算公式V= EMBED Equation.DSMT4  Sh，再根据公式代入数据计算。</w:t>
            </w:r>
          </w:p>
          <w:p>
            <w:pPr>
              <w:spacing w:after="20" w:line="276" w:lineRule="auto"/>
            </w:pPr>
            <w:r>
              <w:rPr>
                <w:rFonts w:ascii="宋体" w:hAnsi="宋体" w:eastAsia="宋体"/>
                <w:b w:val="0"/>
                <w:sz w:val="18"/>
              </w:rPr>
              <w:t>2.学生独立解答教科书P34～35“练习六”第3～6题。</w:t>
            </w:r>
          </w:p>
          <w:p>
            <w:pPr>
              <w:spacing w:after="20" w:line="276" w:lineRule="auto"/>
            </w:pPr>
            <w:r>
              <w:rPr>
                <w:rFonts w:ascii="宋体" w:hAnsi="宋体" w:eastAsia="宋体"/>
                <w:b w:val="0"/>
                <w:sz w:val="18"/>
              </w:rPr>
              <w:t>第3题：根据等底等高的圆柱和圆锥的体积之间的关系来解决问题，汇报时让学生说一说想法和算式。</w:t>
            </w:r>
          </w:p>
        </w:tc>
        <w:tc>
          <w:tcPr>
            <w:tcW w:type="dxa" w:w="1814"/>
          </w:tcPr>
          <w:p>
            <w:pPr>
              <w:spacing w:after="20" w:line="276" w:lineRule="auto"/>
            </w:pPr>
            <w:r/>
            <w:r>
              <w:rPr>
                <w:rFonts w:ascii="宋体" w:hAnsi="宋体" w:eastAsia="宋体"/>
                <w:b w:val="0"/>
                <w:sz w:val="18"/>
              </w:rPr>
              <w:t>在解决问题的过程中，注重实践性，会把实际生活中的问题转化成数学问题并解决。加强辨析，明确图形之间的联系，巩固对圆锥体积公式的理解和应用。</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师：回顾今天的学习过程，你们有什么收获呢？</w:t>
            </w:r>
          </w:p>
          <w:p>
            <w:pPr>
              <w:spacing w:after="20" w:line="276" w:lineRule="auto"/>
            </w:pPr>
            <w:r>
              <w:rPr>
                <w:rFonts w:ascii="宋体" w:hAnsi="宋体" w:eastAsia="宋体"/>
                <w:b w:val="0"/>
                <w:sz w:val="18"/>
              </w:rPr>
              <w:t>两道题提供了不同的条件，指导学生灵活运用公式解决问题，提高解决问题的能力。</w:t>
            </w:r>
          </w:p>
          <w:p>
            <w:pPr>
              <w:spacing w:after="20" w:line="276" w:lineRule="auto"/>
            </w:pPr>
            <w:r>
              <w:rPr>
                <w:rFonts w:ascii="宋体" w:hAnsi="宋体" w:eastAsia="宋体"/>
                <w:b w:val="0"/>
                <w:sz w:val="18"/>
              </w:rPr>
              <w:t>课后和小组同学一起完成教科书P35“练习六”第3题、第7~11题。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始于问题，结于问题，让学生经历“猜想——实验——归纳——运用”的探索过程，在活动中感悟，在活动中提升。教学中要注意指导学生具体情况具体分析，灵活运用圆锥体积计算公式，引导学生真实而扎实地经历解决问题的过程。根据涉及 EMBED Equation.DSMT4  的问题，教师可以指导学生在计算中如果发现底面积或半径的平方或高是3的倍数，则先与3约分再乘比较简便。 【作业设计】 见“状元成才路”系列丛书《创优作业100分》对应课时作业。 1（1）一个圆柱的体积是36 cm3，和它等底等高的圆锥的体积是（　　　）cm3。 （2）一个圆锥的底面半径是6 cm，高是20 cm，它的体积是（　　　）cm3。 （3）体积是75.36 cm3的圆锥，已知它的底面半径是3 cm，那么它的高是（　　　）cm。 （4）把一个圆柱切割成一个最大的圆锥后，它的体积减小了40 cm3，原来圆柱的体积是（　　　）cm3。 PAGE</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圆柱的表面积（1）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圆柱的表面积（1）</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教学准备：课件，一个圆柱形教具。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（1）理解圆柱侧面积及表面积的含义，掌握圆柱侧面积和表面积的计算方法，会正确计算圆柱的侧面积和表面积，能解决一些实际问题。</w:t>
      </w:r>
    </w:p>
    <w:p>
      <w:pPr>
        <w:spacing w:after="20" w:line="300" w:lineRule="auto"/>
        <w:ind w:firstLine="400"/>
      </w:pPr>
      <w:r>
        <w:rPr>
          <w:rFonts w:ascii="宋体" w:hAnsi="宋体" w:eastAsia="宋体"/>
          <w:b w:val="0"/>
          <w:sz w:val="20"/>
        </w:rPr>
        <w:t>（2）经历观察、想象、操作、分析、归纳等活动，培养学生自主探究、知识迁移的能力，发展空间观念和应用意识，体会转化的思想。</w:t>
      </w:r>
    </w:p>
    <w:p>
      <w:pPr>
        <w:spacing w:after="20" w:line="300" w:lineRule="auto"/>
        <w:ind w:firstLine="400"/>
      </w:pPr>
      <w:r>
        <w:rPr>
          <w:rFonts w:ascii="宋体" w:hAnsi="宋体" w:eastAsia="宋体"/>
          <w:b w:val="0"/>
          <w:sz w:val="20"/>
        </w:rPr>
        <w:t>（3）通过实践操作，在帮助学生理解圆柱侧面积和表面积的含义的同时，培养学生的理解能力和探索意识。</w:t>
      </w:r>
    </w:p>
    <w:p>
      <w:pPr>
        <w:spacing w:after="20" w:line="300" w:lineRule="auto"/>
      </w:pPr>
      <w:r>
        <w:rPr>
          <w:rFonts w:ascii="宋体" w:hAnsi="宋体" w:eastAsia="宋体"/>
          <w:b w:val="0"/>
          <w:sz w:val="20"/>
        </w:rPr>
        <w:t>教学重点：掌握圆柱侧面积、表面积的计算方法，并能正确地进行计算。</w:t>
      </w:r>
    </w:p>
    <w:p>
      <w:pPr>
        <w:spacing w:after="20" w:line="300" w:lineRule="auto"/>
      </w:pPr>
      <w:r>
        <w:rPr>
          <w:rFonts w:ascii="宋体" w:hAnsi="宋体" w:eastAsia="宋体"/>
          <w:b w:val="0"/>
          <w:sz w:val="20"/>
        </w:rPr>
        <w:t>教学难点：能根据实际，综合运用侧面积和表面积的计算方法解决实际问题。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一、理解圆柱表面积的含义，揭示课题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(出示一个圆柱)如果我要在这个圆柱的表面涂上颜色，你知道涂颜色的面积是多少吗？其实就是求什么呢？；谁知道圆柱的表面积指的是什么？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二、探究圆柱表面积和侧面积的计算方法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仔细观察下图，你能发现什么？；我们会求圆柱的底面积，那么如何计算圆柱的侧面积呢？</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三、应用圆柱侧面积及表面积的计算公式解决实际问题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如果我们要求这个罐头的表面积，你会求吗？；想一想，圆柱的表面积和侧面积有什么不同？</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四、巩固练习，加深认识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一、理解圆柱表面积的含义，揭示课题</w:t>
            </w:r>
          </w:p>
        </w:tc>
        <w:tc>
          <w:tcPr>
            <w:tcW w:type="dxa" w:w="3061"/>
          </w:tcPr>
          <w:p>
            <w:pPr>
              <w:spacing w:after="20" w:line="276" w:lineRule="auto"/>
            </w:pPr>
            <w:r/>
            <w:r>
              <w:rPr>
                <w:rFonts w:ascii="宋体" w:hAnsi="宋体" w:eastAsia="宋体"/>
                <w:b w:val="0"/>
                <w:sz w:val="18"/>
              </w:rPr>
              <w:t>师：(出示一个圆柱)如果我要在这个圆柱的表面涂上颜色，你知道涂颜色的面积是多少吗？其实就是求什么呢？</w:t>
            </w:r>
          </w:p>
          <w:p>
            <w:pPr>
              <w:spacing w:after="20" w:line="276" w:lineRule="auto"/>
            </w:pPr>
            <w:r>
              <w:rPr>
                <w:rFonts w:ascii="宋体" w:hAnsi="宋体" w:eastAsia="宋体"/>
                <w:b w:val="0"/>
                <w:sz w:val="18"/>
              </w:rPr>
              <w:t>师：谁知道圆柱的表面积指的是什么？</w:t>
            </w:r>
          </w:p>
          <w:p>
            <w:pPr>
              <w:spacing w:after="20" w:line="276" w:lineRule="auto"/>
            </w:pPr>
            <w:r>
              <w:rPr>
                <w:rFonts w:ascii="宋体" w:hAnsi="宋体" w:eastAsia="宋体"/>
                <w:b w:val="0"/>
                <w:sz w:val="18"/>
              </w:rPr>
              <w:t>师：这节课我们来学习圆柱的表面积。［板书课题：圆柱的表</w:t>
            </w:r>
          </w:p>
          <w:p>
            <w:pPr>
              <w:spacing w:after="20" w:line="276" w:lineRule="auto"/>
            </w:pPr>
            <w:r>
              <w:rPr>
                <w:rFonts w:ascii="宋体" w:hAnsi="宋体" w:eastAsia="宋体"/>
                <w:b w:val="0"/>
                <w:sz w:val="18"/>
              </w:rPr>
              <w:t>面积(1)］</w:t>
            </w:r>
          </w:p>
        </w:tc>
        <w:tc>
          <w:tcPr>
            <w:tcW w:type="dxa" w:w="3061"/>
          </w:tcPr>
          <w:p>
            <w:pPr>
              <w:spacing w:after="20" w:line="276" w:lineRule="auto"/>
            </w:pPr>
            <w:r/>
            <w:r>
              <w:rPr>
                <w:rFonts w:ascii="宋体" w:hAnsi="宋体" w:eastAsia="宋体"/>
                <w:b w:val="0"/>
                <w:sz w:val="18"/>
              </w:rPr>
              <w:t>学生会说出涂颜色的面积就是这个圆柱的表面积。</w:t>
            </w:r>
          </w:p>
          <w:p>
            <w:pPr>
              <w:spacing w:after="20" w:line="276" w:lineRule="auto"/>
            </w:pPr>
            <w:r>
              <w:rPr>
                <w:rFonts w:ascii="宋体" w:hAnsi="宋体" w:eastAsia="宋体"/>
                <w:b w:val="0"/>
                <w:sz w:val="18"/>
              </w:rPr>
              <w:t>预设1：就是圆柱3个面的面积之和。</w:t>
            </w:r>
          </w:p>
          <w:p>
            <w:pPr>
              <w:spacing w:after="20" w:line="276" w:lineRule="auto"/>
            </w:pPr>
            <w:r>
              <w:rPr>
                <w:rFonts w:ascii="宋体" w:hAnsi="宋体" w:eastAsia="宋体"/>
                <w:b w:val="0"/>
                <w:sz w:val="18"/>
              </w:rPr>
              <w:t>预设2：是圆柱的2个底面面积加上1个侧面面积。</w:t>
            </w:r>
          </w:p>
        </w:tc>
        <w:tc>
          <w:tcPr>
            <w:tcW w:type="dxa" w:w="1814"/>
          </w:tcPr>
          <w:p>
            <w:pPr>
              <w:spacing w:after="20" w:line="276" w:lineRule="auto"/>
            </w:pPr>
            <w:r/>
            <w:r>
              <w:rPr>
                <w:rFonts w:ascii="宋体" w:hAnsi="宋体" w:eastAsia="宋体"/>
                <w:b w:val="0"/>
                <w:sz w:val="18"/>
              </w:rPr>
              <w:t>通过提问，引发学生思考并理解圆柱的表面积的含义，为学习新知作好铺垫。</w:t>
            </w:r>
          </w:p>
        </w:tc>
      </w:tr>
      <w:tr>
        <w:tc>
          <w:tcPr>
            <w:tcW w:type="dxa" w:w="1474"/>
          </w:tcPr>
          <w:p>
            <w:pPr>
              <w:spacing w:after="20" w:line="276" w:lineRule="auto"/>
            </w:pPr>
            <w:r>
              <w:rPr>
                <w:b/>
              </w:rPr>
            </w:r>
            <w:r>
              <w:rPr>
                <w:rFonts w:ascii="宋体" w:hAnsi="宋体" w:eastAsia="宋体"/>
                <w:b/>
                <w:sz w:val="18"/>
              </w:rPr>
              <w:t>二、探究圆柱表面积和侧面积的计算方法</w:t>
            </w:r>
          </w:p>
        </w:tc>
        <w:tc>
          <w:tcPr>
            <w:tcW w:type="dxa" w:w="3061"/>
          </w:tcPr>
          <w:p>
            <w:pPr>
              <w:spacing w:after="20" w:line="276" w:lineRule="auto"/>
            </w:pPr>
            <w:r/>
            <w:r>
              <w:rPr>
                <w:rFonts w:ascii="宋体" w:hAnsi="宋体" w:eastAsia="宋体"/>
                <w:b w:val="0"/>
                <w:sz w:val="18"/>
              </w:rPr>
              <w:t>1.课件出示圆柱展开图。</w:t>
            </w:r>
          </w:p>
          <w:p>
            <w:pPr>
              <w:spacing w:after="20" w:line="276" w:lineRule="auto"/>
            </w:pPr>
            <w:r>
              <w:rPr>
                <w:rFonts w:ascii="宋体" w:hAnsi="宋体" w:eastAsia="宋体"/>
                <w:b w:val="0"/>
                <w:sz w:val="18"/>
              </w:rPr>
              <w:t>师：仔细观察下图，你能发现什么？</w:t>
            </w:r>
          </w:p>
          <w:p>
            <w:pPr>
              <w:spacing w:after="20" w:line="276" w:lineRule="auto"/>
            </w:pPr>
            <w:r>
              <w:rPr>
                <w:rFonts w:ascii="宋体" w:hAnsi="宋体" w:eastAsia="宋体"/>
                <w:b w:val="0"/>
                <w:sz w:val="18"/>
              </w:rPr>
              <w:t>根据学生的发言板书：圆柱的表面积＝圆柱的侧面积＋两个底面的面积</w:t>
            </w:r>
          </w:p>
          <w:p>
            <w:pPr>
              <w:spacing w:after="20" w:line="276" w:lineRule="auto"/>
            </w:pPr>
            <w:r>
              <w:rPr>
                <w:rFonts w:ascii="宋体" w:hAnsi="宋体" w:eastAsia="宋体"/>
                <w:b w:val="0"/>
                <w:sz w:val="18"/>
              </w:rPr>
              <w:t>师：圆柱的上、下两个底面是大小完全相等的圆，根据圆的面积计算公式＝πr2，只要知道底面半径就能算出圆柱的底面积。</w:t>
            </w:r>
          </w:p>
          <w:p>
            <w:pPr>
              <w:spacing w:after="20" w:line="276" w:lineRule="auto"/>
            </w:pPr>
            <w:r>
              <w:rPr>
                <w:rFonts w:ascii="宋体" w:hAnsi="宋体" w:eastAsia="宋体"/>
                <w:b w:val="0"/>
                <w:sz w:val="18"/>
              </w:rPr>
              <w:t>2.探究圆柱侧面积的计算方法。</w:t>
            </w:r>
          </w:p>
          <w:p>
            <w:pPr>
              <w:spacing w:after="20" w:line="276" w:lineRule="auto"/>
            </w:pPr>
            <w:r>
              <w:rPr>
                <w:rFonts w:ascii="宋体" w:hAnsi="宋体" w:eastAsia="宋体"/>
                <w:b w:val="0"/>
                <w:sz w:val="18"/>
              </w:rPr>
              <w:t>师：我们会求圆柱的底面积，那么如何计算圆柱的侧面积呢？请你在小组内说一说自己的想法。</w:t>
            </w:r>
          </w:p>
          <w:p>
            <w:pPr>
              <w:spacing w:after="20" w:line="276" w:lineRule="auto"/>
            </w:pPr>
            <w:r>
              <w:rPr>
                <w:rFonts w:ascii="宋体" w:hAnsi="宋体" w:eastAsia="宋体"/>
                <w:b w:val="0"/>
                <w:sz w:val="18"/>
              </w:rPr>
              <w:t>师：大家听懂他的意思了吗？你能再来说一说吗？</w:t>
            </w:r>
          </w:p>
          <w:p>
            <w:pPr>
              <w:spacing w:after="20" w:line="276" w:lineRule="auto"/>
            </w:pPr>
            <w:r>
              <w:rPr>
                <w:rFonts w:ascii="宋体" w:hAnsi="宋体" w:eastAsia="宋体"/>
                <w:b w:val="0"/>
                <w:sz w:val="18"/>
              </w:rPr>
              <w:t>根据学生叙述板书：</w:t>
            </w:r>
          </w:p>
          <w:p>
            <w:pPr>
              <w:spacing w:after="20" w:line="276" w:lineRule="auto"/>
            </w:pPr>
            <w:r>
              <w:rPr>
                <w:rFonts w:ascii="宋体" w:hAnsi="宋体" w:eastAsia="宋体"/>
                <w:b w:val="0"/>
                <w:sz w:val="18"/>
              </w:rPr>
              <w:t>3.进一步理解圆柱侧面积的计算方法。</w:t>
            </w:r>
          </w:p>
          <w:p>
            <w:pPr>
              <w:spacing w:after="20" w:line="276" w:lineRule="auto"/>
            </w:pPr>
            <w:r>
              <w:rPr>
                <w:rFonts w:ascii="宋体" w:hAnsi="宋体" w:eastAsia="宋体"/>
                <w:b w:val="0"/>
                <w:sz w:val="18"/>
              </w:rPr>
              <w:t>师：但是圆柱的侧面剪开后还能得到平行四边形、不规则图形，有时还能得到正方形。你能利用这些图形推导出圆柱的侧面积计算公式吗？</w:t>
            </w:r>
          </w:p>
          <w:p>
            <w:pPr>
              <w:spacing w:after="20" w:line="276" w:lineRule="auto"/>
            </w:pPr>
            <w:r>
              <w:rPr>
                <w:rFonts w:ascii="宋体" w:hAnsi="宋体" w:eastAsia="宋体"/>
                <w:b w:val="0"/>
                <w:sz w:val="18"/>
              </w:rPr>
              <w:t>师：现在我们可以肯定地说“圆柱的侧面积=底面周长×高”，一起大声读一读这个公式吧！</w:t>
            </w:r>
          </w:p>
          <w:p>
            <w:pPr>
              <w:spacing w:after="20" w:line="276" w:lineRule="auto"/>
            </w:pPr>
            <w:r>
              <w:rPr>
                <w:rFonts w:ascii="宋体" w:hAnsi="宋体" w:eastAsia="宋体"/>
                <w:b w:val="0"/>
                <w:sz w:val="18"/>
              </w:rPr>
              <w:t>4.用字母表示圆柱侧面积的计算公式。</w:t>
            </w:r>
          </w:p>
          <w:p>
            <w:pPr>
              <w:spacing w:after="20" w:line="276" w:lineRule="auto"/>
            </w:pPr>
            <w:r>
              <w:rPr>
                <w:rFonts w:ascii="宋体" w:hAnsi="宋体" w:eastAsia="宋体"/>
                <w:b w:val="0"/>
                <w:sz w:val="18"/>
              </w:rPr>
              <w:t>师：请你用字母表示出圆柱侧面积的计算公式。</w:t>
            </w:r>
          </w:p>
          <w:p>
            <w:pPr>
              <w:spacing w:after="20" w:line="276" w:lineRule="auto"/>
            </w:pPr>
            <w:r>
              <w:rPr>
                <w:rFonts w:ascii="宋体" w:hAnsi="宋体" w:eastAsia="宋体"/>
                <w:b w:val="0"/>
                <w:sz w:val="18"/>
              </w:rPr>
              <w:t>圆柱侧面积的计算是本节课探究的重点，要注意唤起学生已经积累的圆柱侧面展开图的知识，重视新知识与已有知识之间的联系，培养学生的推理能力。</w:t>
            </w:r>
          </w:p>
        </w:tc>
        <w:tc>
          <w:tcPr>
            <w:tcW w:type="dxa" w:w="3061"/>
          </w:tcPr>
          <w:p>
            <w:pPr>
              <w:spacing w:after="20" w:line="276" w:lineRule="auto"/>
            </w:pPr>
            <w:r/>
            <w:r>
              <w:rPr>
                <w:rFonts w:ascii="宋体" w:hAnsi="宋体" w:eastAsia="宋体"/>
                <w:b w:val="0"/>
                <w:sz w:val="18"/>
              </w:rPr>
              <w:t>预设1：圆柱的表面积＝圆柱的侧面积＋两个底面的面积</w:t>
            </w:r>
          </w:p>
          <w:p>
            <w:pPr>
              <w:spacing w:after="20" w:line="276" w:lineRule="auto"/>
            </w:pPr>
            <w:r>
              <w:rPr>
                <w:rFonts w:ascii="宋体" w:hAnsi="宋体" w:eastAsia="宋体"/>
                <w:b w:val="0"/>
                <w:sz w:val="18"/>
              </w:rPr>
              <w:t>预设2：圆柱的侧面积＝侧面展开后形成的长方形的面积</w:t>
            </w:r>
          </w:p>
          <w:p>
            <w:pPr>
              <w:spacing w:after="20" w:line="276" w:lineRule="auto"/>
            </w:pPr>
            <w:r>
              <w:rPr>
                <w:rFonts w:ascii="宋体" w:hAnsi="宋体" w:eastAsia="宋体"/>
                <w:b w:val="0"/>
                <w:sz w:val="18"/>
              </w:rPr>
              <w:t>预设3：圆柱的侧面积＝圆柱的底面周长×高</w:t>
            </w:r>
          </w:p>
          <w:p>
            <w:pPr>
              <w:spacing w:after="20" w:line="276" w:lineRule="auto"/>
            </w:pPr>
            <w:r>
              <w:rPr>
                <w:rFonts w:ascii="宋体" w:hAnsi="宋体" w:eastAsia="宋体"/>
                <w:b w:val="0"/>
                <w:sz w:val="18"/>
              </w:rPr>
              <w:t>学生在小组内交流。</w:t>
            </w:r>
          </w:p>
          <w:p>
            <w:pPr>
              <w:spacing w:after="20" w:line="276" w:lineRule="auto"/>
            </w:pPr>
            <w:r>
              <w:rPr>
                <w:rFonts w:ascii="宋体" w:hAnsi="宋体" w:eastAsia="宋体"/>
                <w:b w:val="0"/>
                <w:sz w:val="18"/>
              </w:rPr>
              <w:t>圆柱侧面沿高剪开能得到长方形，这个长方形的长等于圆柱的底面周长，宽等于圆柱的高，长方形的面积等于圆柱的侧面积。因为长方形的面积=长×宽，所以圆柱的侧面积=底面周长×高。</w:t>
            </w:r>
          </w:p>
          <w:p>
            <w:pPr>
              <w:spacing w:after="20" w:line="276" w:lineRule="auto"/>
            </w:pPr>
            <w:r>
              <w:rPr>
                <w:rFonts w:ascii="宋体" w:hAnsi="宋体" w:eastAsia="宋体"/>
                <w:b w:val="0"/>
                <w:sz w:val="18"/>
              </w:rPr>
              <w:t>学生在小组内操作、讨论并汇报。</w:t>
            </w:r>
          </w:p>
          <w:p>
            <w:pPr>
              <w:spacing w:after="20" w:line="276" w:lineRule="auto"/>
            </w:pPr>
            <w:r>
              <w:rPr>
                <w:rFonts w:ascii="宋体" w:hAnsi="宋体" w:eastAsia="宋体"/>
                <w:b w:val="0"/>
                <w:sz w:val="18"/>
              </w:rPr>
              <w:t>预设1：</w:t>
            </w:r>
          </w:p>
          <w:p>
            <w:pPr>
              <w:spacing w:after="20" w:line="276" w:lineRule="auto"/>
            </w:pPr>
            <w:r>
              <w:rPr>
                <w:rFonts w:ascii="宋体" w:hAnsi="宋体" w:eastAsia="宋体"/>
                <w:b w:val="0"/>
                <w:sz w:val="18"/>
              </w:rPr>
              <w:t>预设2：</w:t>
            </w:r>
          </w:p>
          <w:p>
            <w:pPr>
              <w:spacing w:after="20" w:line="276" w:lineRule="auto"/>
            </w:pPr>
            <w:r>
              <w:rPr>
                <w:rFonts w:ascii="宋体" w:hAnsi="宋体" w:eastAsia="宋体"/>
                <w:b w:val="0"/>
                <w:sz w:val="18"/>
              </w:rPr>
              <w:t>预设3：利用割补法将不规则图形转化为长方形或正方形。</w:t>
            </w:r>
          </w:p>
          <w:p>
            <w:pPr>
              <w:spacing w:after="20" w:line="276" w:lineRule="auto"/>
            </w:pPr>
            <w:r>
              <w:rPr>
                <w:rFonts w:ascii="宋体" w:hAnsi="宋体" w:eastAsia="宋体"/>
                <w:b w:val="0"/>
                <w:sz w:val="18"/>
              </w:rPr>
              <w:t>预设1：S侧=Ch</w:t>
            </w:r>
          </w:p>
          <w:p>
            <w:pPr>
              <w:spacing w:after="20" w:line="276" w:lineRule="auto"/>
            </w:pPr>
            <w:r>
              <w:rPr>
                <w:rFonts w:ascii="宋体" w:hAnsi="宋体" w:eastAsia="宋体"/>
                <w:b w:val="0"/>
                <w:sz w:val="18"/>
              </w:rPr>
              <w:t>预设2：S侧=πdh</w:t>
            </w:r>
          </w:p>
          <w:p>
            <w:pPr>
              <w:spacing w:after="20" w:line="276" w:lineRule="auto"/>
            </w:pPr>
            <w:r>
              <w:rPr>
                <w:rFonts w:ascii="宋体" w:hAnsi="宋体" w:eastAsia="宋体"/>
                <w:b w:val="0"/>
                <w:sz w:val="18"/>
              </w:rPr>
              <w:t>预设3：S侧=2πrh</w:t>
            </w:r>
          </w:p>
        </w:tc>
        <w:tc>
          <w:tcPr>
            <w:tcW w:type="dxa" w:w="1814"/>
          </w:tcPr>
          <w:p>
            <w:pPr>
              <w:spacing w:after="20" w:line="276" w:lineRule="auto"/>
            </w:pPr>
            <w:r/>
            <w:r>
              <w:rPr>
                <w:rFonts w:ascii="宋体" w:hAnsi="宋体" w:eastAsia="宋体"/>
                <w:b w:val="0"/>
                <w:sz w:val="18"/>
              </w:rPr>
              <w:t>在学生自主观察、发现并理解圆柱的表面积包括哪些部分的面积之后，如何计算就成为学生要思考的问题。圆的面积的计算方法是已学的知识，而侧面展开图的相关知识也已经具备。可以放手让学生自主推导圆柱侧面积的计算公式，培养学生的推理、概括能力。</w:t>
            </w:r>
          </w:p>
        </w:tc>
      </w:tr>
      <w:tr>
        <w:tc>
          <w:tcPr>
            <w:tcW w:type="dxa" w:w="1474"/>
          </w:tcPr>
          <w:p>
            <w:pPr>
              <w:spacing w:after="20" w:line="276" w:lineRule="auto"/>
            </w:pPr>
            <w:r>
              <w:rPr>
                <w:b/>
              </w:rPr>
            </w:r>
            <w:r>
              <w:rPr>
                <w:rFonts w:ascii="宋体" w:hAnsi="宋体" w:eastAsia="宋体"/>
                <w:b/>
                <w:sz w:val="18"/>
              </w:rPr>
              <w:t>三、应用圆柱侧面积及表面积的计算公式解决实际问题</w:t>
            </w:r>
          </w:p>
        </w:tc>
        <w:tc>
          <w:tcPr>
            <w:tcW w:type="dxa" w:w="3061"/>
          </w:tcPr>
          <w:p>
            <w:pPr>
              <w:spacing w:after="20" w:line="276" w:lineRule="auto"/>
            </w:pPr>
            <w:r/>
            <w:r>
              <w:rPr>
                <w:rFonts w:ascii="宋体" w:hAnsi="宋体" w:eastAsia="宋体"/>
                <w:b w:val="0"/>
                <w:sz w:val="18"/>
              </w:rPr>
              <w:t>1.课件出示教科书P20“做一做”，让学生独立完成。</w:t>
            </w:r>
          </w:p>
          <w:p>
            <w:pPr>
              <w:spacing w:after="20" w:line="276" w:lineRule="auto"/>
            </w:pPr>
            <w:r>
              <w:rPr>
                <w:rFonts w:ascii="宋体" w:hAnsi="宋体" w:eastAsia="宋体"/>
                <w:b w:val="0"/>
                <w:sz w:val="18"/>
              </w:rPr>
              <w:t>课件出示正确解答。</w:t>
            </w:r>
          </w:p>
          <w:p>
            <w:pPr>
              <w:spacing w:after="20" w:line="276" w:lineRule="auto"/>
            </w:pPr>
            <w:r>
              <w:rPr>
                <w:rFonts w:ascii="宋体" w:hAnsi="宋体" w:eastAsia="宋体"/>
                <w:b w:val="0"/>
                <w:sz w:val="18"/>
              </w:rPr>
              <w:t>师：如果我们要求这个罐头的表面积，你会求吗？</w:t>
            </w:r>
          </w:p>
          <w:p>
            <w:pPr>
              <w:spacing w:after="20" w:line="276" w:lineRule="auto"/>
            </w:pPr>
            <w:r>
              <w:rPr>
                <w:rFonts w:ascii="宋体" w:hAnsi="宋体" w:eastAsia="宋体"/>
                <w:b w:val="0"/>
                <w:sz w:val="18"/>
              </w:rPr>
              <w:t>2.比较圆柱的表面积与侧面积。</w:t>
            </w:r>
          </w:p>
          <w:p>
            <w:pPr>
              <w:spacing w:after="20" w:line="276" w:lineRule="auto"/>
            </w:pPr>
            <w:r>
              <w:rPr>
                <w:rFonts w:ascii="宋体" w:hAnsi="宋体" w:eastAsia="宋体"/>
                <w:b w:val="0"/>
                <w:sz w:val="18"/>
              </w:rPr>
              <w:t>师：想一想，圆柱的表面积和侧面积有什么不同？</w:t>
            </w:r>
          </w:p>
          <w:p>
            <w:pPr>
              <w:spacing w:after="20" w:line="276" w:lineRule="auto"/>
            </w:pPr>
            <w:r>
              <w:rPr>
                <w:rFonts w:ascii="宋体" w:hAnsi="宋体" w:eastAsia="宋体"/>
                <w:b w:val="0"/>
                <w:sz w:val="18"/>
              </w:rPr>
              <w:t>(根据学生的发言，课件出示相应的内容。)</w:t>
            </w:r>
          </w:p>
        </w:tc>
        <w:tc>
          <w:tcPr>
            <w:tcW w:type="dxa" w:w="3061"/>
          </w:tcPr>
          <w:p>
            <w:pPr>
              <w:spacing w:after="20" w:line="276" w:lineRule="auto"/>
            </w:pPr>
            <w:r/>
            <w:r>
              <w:rPr>
                <w:rFonts w:ascii="宋体" w:hAnsi="宋体" w:eastAsia="宋体"/>
                <w:b w:val="0"/>
                <w:sz w:val="18"/>
              </w:rPr>
              <w:t>求商标纸的面积实际上就是求圆柱的侧面积。已知圆柱的底面半径和高，选择公式侧＝2πrh进行计算。</w:t>
            </w:r>
          </w:p>
          <w:p>
            <w:pPr>
              <w:spacing w:after="20" w:line="276" w:lineRule="auto"/>
            </w:pPr>
            <w:r>
              <w:rPr>
                <w:rFonts w:ascii="宋体" w:hAnsi="宋体" w:eastAsia="宋体"/>
                <w:b w:val="0"/>
                <w:sz w:val="18"/>
              </w:rPr>
              <w:t>罐头的表面积＝侧面积＋两个底面的面积，2×3.14×5×10＝314（cm2），3.14×52×2＝157（cm2），314＋157＝471（cm2）。</w:t>
            </w:r>
          </w:p>
          <w:p>
            <w:pPr>
              <w:spacing w:after="20" w:line="276" w:lineRule="auto"/>
            </w:pPr>
            <w:r>
              <w:rPr>
                <w:rFonts w:ascii="宋体" w:hAnsi="宋体" w:eastAsia="宋体"/>
                <w:b w:val="0"/>
                <w:sz w:val="18"/>
              </w:rPr>
              <w:t>预设1：侧面积是表面积的一部分，表面积还包括两个底面面积。</w:t>
            </w:r>
          </w:p>
          <w:p>
            <w:pPr>
              <w:spacing w:after="20" w:line="276" w:lineRule="auto"/>
            </w:pPr>
            <w:r>
              <w:rPr>
                <w:rFonts w:ascii="宋体" w:hAnsi="宋体" w:eastAsia="宋体"/>
                <w:b w:val="0"/>
                <w:sz w:val="18"/>
              </w:rPr>
              <w:t>预设2：表面积=侧面积+底面积×2</w:t>
            </w:r>
          </w:p>
        </w:tc>
        <w:tc>
          <w:tcPr>
            <w:tcW w:type="dxa" w:w="1814"/>
          </w:tcPr>
          <w:p>
            <w:pPr>
              <w:spacing w:after="20" w:line="276" w:lineRule="auto"/>
            </w:pPr>
            <w:r/>
            <w:r>
              <w:rPr>
                <w:rFonts w:ascii="宋体" w:hAnsi="宋体" w:eastAsia="宋体"/>
                <w:b w:val="0"/>
                <w:sz w:val="18"/>
              </w:rPr>
              <w:t>学生通过观察、想象，自主探究获得圆柱表面积和侧面积的计算方法,并通过解决简单的实际问题，掌握圆柱表面积和侧面积的计算方法。创造性地使用教科书，及时补充圆柱的表面积计算的应用知识，有助于学生区分圆柱的侧面积与表面积。</w:t>
            </w:r>
          </w:p>
        </w:tc>
      </w:tr>
      <w:tr>
        <w:tc>
          <w:tcPr>
            <w:tcW w:type="dxa" w:w="1474"/>
          </w:tcPr>
          <w:p>
            <w:pPr>
              <w:spacing w:after="20" w:line="276" w:lineRule="auto"/>
            </w:pPr>
            <w:r>
              <w:rPr>
                <w:b/>
              </w:rPr>
            </w:r>
            <w:r>
              <w:rPr>
                <w:rFonts w:ascii="宋体" w:hAnsi="宋体" w:eastAsia="宋体"/>
                <w:b/>
                <w:sz w:val="18"/>
              </w:rPr>
              <w:t>四、巩固练习，加深认识</w:t>
            </w:r>
          </w:p>
        </w:tc>
        <w:tc>
          <w:tcPr>
            <w:tcW w:type="dxa" w:w="3061"/>
          </w:tcPr>
          <w:p>
            <w:pPr>
              <w:spacing w:after="20" w:line="276" w:lineRule="auto"/>
            </w:pPr>
            <w:r/>
            <w:r>
              <w:rPr>
                <w:rFonts w:ascii="宋体" w:hAnsi="宋体" w:eastAsia="宋体"/>
                <w:b w:val="0"/>
                <w:sz w:val="18"/>
              </w:rPr>
              <w:t>1.课件出示教科书P21“做一做”第1题。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(2)交流分享。</w:t>
            </w:r>
          </w:p>
          <w:p>
            <w:pPr>
              <w:spacing w:after="20" w:line="276" w:lineRule="auto"/>
            </w:pPr>
            <w:r>
              <w:rPr>
                <w:rFonts w:ascii="宋体" w:hAnsi="宋体" w:eastAsia="宋体"/>
                <w:b w:val="0"/>
                <w:sz w:val="18"/>
              </w:rPr>
              <w:t>(2)S侧=2πrh=2×3.14×3.2×5=100.48(dm2)</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第2题：指导学生理解压路机的前轮转动一周，压路的面积其实就是前轮的侧面积。题目中的“轮宽”就是圆柱的高。</w:t>
            </w:r>
          </w:p>
          <w:p>
            <w:pPr>
              <w:spacing w:after="20" w:line="276" w:lineRule="auto"/>
            </w:pPr>
            <w:r>
              <w:rPr>
                <w:rFonts w:ascii="宋体" w:hAnsi="宋体" w:eastAsia="宋体"/>
                <w:b w:val="0"/>
                <w:sz w:val="18"/>
              </w:rPr>
              <w:t>第3题：张贴海报的面积就是圆柱广告柱子的侧面积。</w:t>
            </w:r>
          </w:p>
        </w:tc>
        <w:tc>
          <w:tcPr>
            <w:tcW w:type="dxa" w:w="3061"/>
          </w:tcPr>
          <w:p>
            <w:pPr>
              <w:spacing w:after="20" w:line="276" w:lineRule="auto"/>
            </w:pPr>
            <w:r/>
            <w:r>
              <w:rPr>
                <w:rFonts w:ascii="宋体" w:hAnsi="宋体" w:eastAsia="宋体"/>
                <w:b w:val="0"/>
                <w:sz w:val="18"/>
              </w:rPr>
              <w:t>(1)S侧=Ch=1.6×0.7=1.12(m2)</w:t>
            </w:r>
          </w:p>
          <w:p>
            <w:pPr>
              <w:spacing w:after="20" w:line="276" w:lineRule="auto"/>
            </w:pPr>
            <w:r>
              <w:rPr>
                <w:rFonts w:ascii="宋体" w:hAnsi="宋体" w:eastAsia="宋体"/>
                <w:b w:val="0"/>
                <w:sz w:val="18"/>
              </w:rPr>
              <w:t>2.学生独立解答教科书P22“练习四”第1~3题。</w:t>
            </w:r>
          </w:p>
          <w:p>
            <w:pPr>
              <w:spacing w:after="20" w:line="276" w:lineRule="auto"/>
            </w:pPr>
            <w:r>
              <w:rPr>
                <w:rFonts w:ascii="宋体" w:hAnsi="宋体" w:eastAsia="宋体"/>
                <w:b w:val="0"/>
                <w:sz w:val="18"/>
              </w:rPr>
              <w:t>第1题：直接给出圆柱的底面直径和高，求圆柱的表面积。注意计算时先写计算公式，要强调计算的准确性。</w:t>
            </w:r>
          </w:p>
        </w:tc>
        <w:tc>
          <w:tcPr>
            <w:tcW w:type="dxa" w:w="1814"/>
          </w:tcPr>
          <w:p>
            <w:pPr>
              <w:spacing w:after="20" w:line="276" w:lineRule="auto"/>
            </w:pPr>
            <w:r/>
            <w:r>
              <w:rPr>
                <w:rFonts w:ascii="宋体" w:hAnsi="宋体" w:eastAsia="宋体"/>
                <w:b w:val="0"/>
                <w:sz w:val="18"/>
              </w:rPr>
              <w:t>在解决实际问题的过程中，帮助学生理解问题的实际含义，将其准确地转化为数学问题，弄清楚求的是圆柱的哪些部分的面积，使学生能灵活地根据实际情况解决问题，提高解决问题的能力。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的学习是建立在理解的基础之上，让学生自行推导总结圆柱的表面积和侧面积计算公式，注重归纳推理能力的培养。在计算圆柱的表面积时，计算侧面积要用圆柱的底面周长乘高，而计算圆柱的表面积则需用侧面积加上两个底面的面积。在同一题里，周长公式与面积公式混淆也是计算圆柱表面积出错的原因之一。还有少数学生在解决实际问题的过程中不能灵活应用，要注意加强对学生读题、审题的指导。 【教学笔记】</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圆柱的表面积（2）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圆柱的表面积（2）</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（1）熟练掌握圆柱表面积的计算公式，理解圆柱表面积的知识在日常生活中的应用。</w:t>
      </w:r>
    </w:p>
    <w:p>
      <w:pPr>
        <w:spacing w:after="20" w:line="300" w:lineRule="auto"/>
        <w:ind w:firstLine="400"/>
      </w:pPr>
      <w:r>
        <w:rPr>
          <w:rFonts w:ascii="宋体" w:hAnsi="宋体" w:eastAsia="宋体"/>
          <w:b w:val="0"/>
          <w:sz w:val="20"/>
        </w:rPr>
        <w:t>（2）会根据实际情况把现实问题准确地转化为数学问题，借助直观模型和空间想象，提高解决实际问题的能力。</w:t>
      </w:r>
    </w:p>
    <w:p>
      <w:pPr>
        <w:spacing w:after="20" w:line="300" w:lineRule="auto"/>
        <w:ind w:firstLine="400"/>
      </w:pPr>
      <w:r>
        <w:rPr>
          <w:rFonts w:ascii="宋体" w:hAnsi="宋体" w:eastAsia="宋体"/>
          <w:b w:val="0"/>
          <w:sz w:val="20"/>
        </w:rPr>
        <w:t>（3）感受数学知识与实际生活的密切联系，体会学习数学的乐趣。</w:t>
      </w:r>
    </w:p>
    <w:p>
      <w:pPr>
        <w:spacing w:after="20" w:line="300" w:lineRule="auto"/>
      </w:pPr>
      <w:r>
        <w:rPr>
          <w:rFonts w:ascii="宋体" w:hAnsi="宋体" w:eastAsia="宋体"/>
          <w:b w:val="0"/>
          <w:sz w:val="20"/>
        </w:rPr>
        <w:t>教学重点：经历解决问题的过程，积累解决问题的经验。</w:t>
      </w:r>
    </w:p>
    <w:p>
      <w:pPr>
        <w:spacing w:after="20" w:line="300" w:lineRule="auto"/>
      </w:pPr>
      <w:r>
        <w:rPr>
          <w:rFonts w:ascii="宋体" w:hAnsi="宋体" w:eastAsia="宋体"/>
          <w:b w:val="0"/>
          <w:sz w:val="20"/>
        </w:rPr>
        <w:t>教学难点：能灵活运用圆柱表面积、侧面积的有关知识解决实际问题。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一、回忆旧知，导入新课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前面我们已经学习了圆柱的表面积计算公式，谁来说一说应该怎样计算圆柱的表面积？侧面积又该怎样计算呢？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二、灵活应用圆柱的表面积计算方法解决实际问题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说一说,在题目中你知道了哪些数学信息？；想一想，求做一顶这样的帽子所用的面料实际上是求圆柱哪几个面的面积和？</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三、知识应用，提升能力</w:t>
            </w:r>
          </w:p>
        </w:tc>
        <w:tc>
          <w:tcPr>
            <w:tcW w:type="dxa" w:w="1814"/>
          </w:tcPr>
          <w:p>
            <w:pPr>
              <w:spacing w:after="20" w:line="276" w:lineRule="auto"/>
            </w:pPr>
            <w:r/>
            <w:r>
              <w:rPr>
                <w:rFonts w:ascii="宋体" w:hAnsi="宋体" w:eastAsia="宋体"/>
                <w:b w:val="0"/>
                <w:sz w:val="18"/>
              </w:rPr>
              <w:t>课件、教科书、教科书P23~24</w:t>
            </w:r>
          </w:p>
        </w:tc>
        <w:tc>
          <w:tcPr>
            <w:tcW w:type="dxa" w:w="3402"/>
          </w:tcPr>
          <w:p>
            <w:pPr>
              <w:spacing w:after="20" w:line="276" w:lineRule="auto"/>
            </w:pPr>
            <w:r/>
            <w:r>
              <w:rPr>
                <w:rFonts w:ascii="宋体" w:hAnsi="宋体" w:eastAsia="宋体"/>
                <w:b w:val="0"/>
                <w:sz w:val="18"/>
              </w:rPr>
              <w:t>解决了这些生活中与圆柱表面积相关的问题，你觉得要注意些什么？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四、综合运用，拓展思维</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通过本节课的学习，你们有哪些新的收获呢？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一、回忆旧知，导入新课</w:t>
            </w:r>
          </w:p>
        </w:tc>
        <w:tc>
          <w:tcPr>
            <w:tcW w:type="dxa" w:w="3061"/>
          </w:tcPr>
          <w:p>
            <w:pPr>
              <w:spacing w:after="20" w:line="276" w:lineRule="auto"/>
            </w:pPr>
            <w:r/>
            <w:r>
              <w:rPr>
                <w:rFonts w:ascii="宋体" w:hAnsi="宋体" w:eastAsia="宋体"/>
                <w:b w:val="0"/>
                <w:sz w:val="18"/>
              </w:rPr>
              <w:t>师：前面我们已经学习了圆柱的表面积计算公式，谁来说一说应该怎样计算圆柱的表面积？侧面积又该怎样计算呢？</w:t>
            </w:r>
          </w:p>
          <w:p>
            <w:pPr>
              <w:spacing w:after="20" w:line="276" w:lineRule="auto"/>
            </w:pPr>
            <w:r>
              <w:rPr>
                <w:rFonts w:ascii="宋体" w:hAnsi="宋体" w:eastAsia="宋体"/>
                <w:b w:val="0"/>
                <w:sz w:val="18"/>
              </w:rPr>
              <w:t>根据学生的回答板书：圆柱的表面积＝圆柱的侧面积＋两个底面的面积</w:t>
            </w:r>
          </w:p>
          <w:p>
            <w:pPr>
              <w:spacing w:after="20" w:line="276" w:lineRule="auto"/>
            </w:pPr>
            <w:r>
              <w:rPr>
                <w:rFonts w:ascii="宋体" w:hAnsi="宋体" w:eastAsia="宋体"/>
                <w:b w:val="0"/>
                <w:sz w:val="18"/>
              </w:rPr>
              <w:t>圆柱的侧面积＝底面周长×高</w:t>
            </w:r>
          </w:p>
          <w:p>
            <w:pPr>
              <w:spacing w:after="20" w:line="276" w:lineRule="auto"/>
            </w:pPr>
            <w:r>
              <w:rPr>
                <w:rFonts w:ascii="宋体" w:hAnsi="宋体" w:eastAsia="宋体"/>
                <w:b w:val="0"/>
                <w:sz w:val="18"/>
              </w:rPr>
              <w:t>师：同学们已经知道了圆柱的表面积和侧面积的计算方法，这节课我们一起来运用这些知识解决实际问题。［板书课题：圆柱的表面积（2）］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通过回忆圆柱的侧面积、表面积的计算方法，为后面的实际应用做好铺垫。</w:t>
            </w:r>
          </w:p>
        </w:tc>
      </w:tr>
      <w:tr>
        <w:tc>
          <w:tcPr>
            <w:tcW w:type="dxa" w:w="1474"/>
          </w:tcPr>
          <w:p>
            <w:pPr>
              <w:spacing w:after="20" w:line="276" w:lineRule="auto"/>
            </w:pPr>
            <w:r>
              <w:rPr>
                <w:b/>
              </w:rPr>
            </w:r>
            <w:r>
              <w:rPr>
                <w:rFonts w:ascii="宋体" w:hAnsi="宋体" w:eastAsia="宋体"/>
                <w:b/>
                <w:sz w:val="18"/>
              </w:rPr>
              <w:t>二、灵活应用圆柱的表面积计算方法解决实际问题</w:t>
            </w:r>
          </w:p>
        </w:tc>
        <w:tc>
          <w:tcPr>
            <w:tcW w:type="dxa" w:w="3061"/>
          </w:tcPr>
          <w:p>
            <w:pPr>
              <w:spacing w:after="20" w:line="276" w:lineRule="auto"/>
            </w:pPr>
            <w:r/>
            <w:r>
              <w:rPr>
                <w:rFonts w:ascii="宋体" w:hAnsi="宋体" w:eastAsia="宋体"/>
                <w:b w:val="0"/>
                <w:sz w:val="18"/>
              </w:rPr>
              <w:t>1.课件出示教科书P21例4。</w:t>
            </w:r>
          </w:p>
          <w:p>
            <w:pPr>
              <w:spacing w:after="20" w:line="276" w:lineRule="auto"/>
            </w:pPr>
            <w:r>
              <w:rPr>
                <w:rFonts w:ascii="宋体" w:hAnsi="宋体" w:eastAsia="宋体"/>
                <w:b w:val="0"/>
                <w:sz w:val="18"/>
              </w:rPr>
              <w:t>师：说一说,在题目中你知道了哪些数学信息？</w:t>
            </w:r>
          </w:p>
          <w:p>
            <w:pPr>
              <w:spacing w:after="20" w:line="276" w:lineRule="auto"/>
            </w:pPr>
            <w:r>
              <w:rPr>
                <w:rFonts w:ascii="宋体" w:hAnsi="宋体" w:eastAsia="宋体"/>
                <w:b w:val="0"/>
                <w:sz w:val="18"/>
              </w:rPr>
              <w:t>师：想一想，求做一顶这样的帽子所用的面料实际上是求圆柱哪几个面的面积和？</w:t>
            </w:r>
          </w:p>
          <w:p>
            <w:pPr>
              <w:spacing w:after="20" w:line="276" w:lineRule="auto"/>
            </w:pPr>
            <w:r>
              <w:rPr>
                <w:rFonts w:ascii="宋体" w:hAnsi="宋体" w:eastAsia="宋体"/>
                <w:b w:val="0"/>
                <w:sz w:val="18"/>
              </w:rPr>
              <w:t>帽顶的面积：3.14×（20÷2）2＝314（cm2）</w:t>
            </w:r>
          </w:p>
          <w:p>
            <w:pPr>
              <w:spacing w:after="20" w:line="276" w:lineRule="auto"/>
            </w:pPr>
            <w:r>
              <w:rPr>
                <w:rFonts w:ascii="宋体" w:hAnsi="宋体" w:eastAsia="宋体"/>
                <w:b w:val="0"/>
                <w:sz w:val="18"/>
              </w:rPr>
              <w:t>需要用的面料：1884＋314＝2198≈2200（cm2）</w:t>
            </w:r>
          </w:p>
          <w:p>
            <w:pPr>
              <w:spacing w:after="20" w:line="276" w:lineRule="auto"/>
            </w:pPr>
            <w:r>
              <w:rPr>
                <w:rFonts w:ascii="宋体" w:hAnsi="宋体" w:eastAsia="宋体"/>
                <w:b w:val="0"/>
                <w:sz w:val="18"/>
              </w:rPr>
              <w:t>教师及时肯定学生的回答，并给予鼓励。</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师：解答这道题要注意什么？</w:t>
            </w:r>
          </w:p>
          <w:p>
            <w:pPr>
              <w:spacing w:after="20" w:line="276" w:lineRule="auto"/>
            </w:pPr>
            <w:r>
              <w:rPr>
                <w:rFonts w:ascii="宋体" w:hAnsi="宋体" w:eastAsia="宋体"/>
                <w:b w:val="0"/>
                <w:sz w:val="18"/>
              </w:rPr>
              <w:t>师：对，在实际应用中计算圆柱形物体的表面积，要根据实际情况计算各部分的面积，有时还要根据实际取计算结果的近似数。</w:t>
            </w:r>
          </w:p>
          <w:p>
            <w:pPr>
              <w:spacing w:after="20" w:line="276" w:lineRule="auto"/>
            </w:pPr>
            <w:r>
              <w:rPr>
                <w:rFonts w:ascii="宋体" w:hAnsi="宋体" w:eastAsia="宋体"/>
                <w:b w:val="0"/>
                <w:sz w:val="18"/>
              </w:rPr>
              <w:t>计算厨师帽的面料，要引导学生理解：所需的材料只可比计算结果多而不能舍，因此取近似值时采用的是“进一法”而不是“四舍五入”法。</w:t>
            </w:r>
          </w:p>
          <w:p>
            <w:pPr>
              <w:spacing w:after="20" w:line="276" w:lineRule="auto"/>
            </w:pPr>
            <w:r>
              <w:rPr>
                <w:rFonts w:ascii="宋体" w:hAnsi="宋体" w:eastAsia="宋体"/>
                <w:b w:val="0"/>
                <w:sz w:val="18"/>
              </w:rPr>
              <w:t>4.归纳提升。</w:t>
            </w:r>
          </w:p>
          <w:p>
            <w:pPr>
              <w:spacing w:after="20" w:line="276" w:lineRule="auto"/>
            </w:pPr>
            <w:r>
              <w:rPr>
                <w:rFonts w:ascii="宋体" w:hAnsi="宋体" w:eastAsia="宋体"/>
                <w:b w:val="0"/>
                <w:sz w:val="18"/>
              </w:rPr>
              <w:t>课件出示：铁皮水桶图、通风管实物图。</w:t>
            </w:r>
          </w:p>
          <w:p>
            <w:pPr>
              <w:spacing w:after="20" w:line="276" w:lineRule="auto"/>
            </w:pPr>
            <w:r>
              <w:rPr>
                <w:rFonts w:ascii="宋体" w:hAnsi="宋体" w:eastAsia="宋体"/>
                <w:b w:val="0"/>
                <w:sz w:val="18"/>
              </w:rPr>
              <w:t>师：这些与圆柱表面积有关的问题，各是求圆柱哪些面的面积？</w:t>
            </w:r>
          </w:p>
        </w:tc>
        <w:tc>
          <w:tcPr>
            <w:tcW w:type="dxa" w:w="3061"/>
          </w:tcPr>
          <w:p>
            <w:pPr>
              <w:spacing w:after="20" w:line="276" w:lineRule="auto"/>
            </w:pPr>
            <w:r/>
            <w:r>
              <w:rPr>
                <w:rFonts w:ascii="宋体" w:hAnsi="宋体" w:eastAsia="宋体"/>
                <w:b w:val="0"/>
                <w:sz w:val="18"/>
              </w:rPr>
              <w:t>已知厨师帽（近似圆柱形）的高和底面直径，求做一顶这样的帽子所用的面料。</w:t>
            </w:r>
          </w:p>
          <w:p>
            <w:pPr>
              <w:spacing w:after="20" w:line="276" w:lineRule="auto"/>
            </w:pPr>
            <w:r>
              <w:rPr>
                <w:rFonts w:ascii="宋体" w:hAnsi="宋体" w:eastAsia="宋体"/>
                <w:b w:val="0"/>
                <w:sz w:val="18"/>
              </w:rPr>
              <w:t>侧面和一个底面的面积和。</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帽子的侧面积：3.14×20×30＝1884（cm2）</w:t>
            </w:r>
          </w:p>
          <w:p>
            <w:pPr>
              <w:spacing w:after="20" w:line="276" w:lineRule="auto"/>
            </w:pPr>
            <w:r>
              <w:rPr>
                <w:rFonts w:ascii="宋体" w:hAnsi="宋体" w:eastAsia="宋体"/>
                <w:b w:val="0"/>
                <w:sz w:val="18"/>
              </w:rPr>
              <w:t>预设1：这道题是要求做这样一顶帽子需要多少面料，实际是求圆柱的侧面和一个底面（帽子的上顶）的面积之和。</w:t>
            </w:r>
          </w:p>
          <w:p>
            <w:pPr>
              <w:spacing w:after="20" w:line="276" w:lineRule="auto"/>
            </w:pPr>
            <w:r>
              <w:rPr>
                <w:rFonts w:ascii="宋体" w:hAnsi="宋体" w:eastAsia="宋体"/>
                <w:b w:val="0"/>
                <w:sz w:val="18"/>
              </w:rPr>
              <w:t>预设2：还要注意实际，最后的结果保留整十数时要采用“进一法”，因为实际使用的面料要比计算的结果多一些，所以这类问题往往用“进一法”取近似数。</w:t>
            </w:r>
          </w:p>
          <w:p>
            <w:pPr>
              <w:spacing w:after="20" w:line="276" w:lineRule="auto"/>
            </w:pPr>
            <w:r>
              <w:rPr>
                <w:rFonts w:ascii="宋体" w:hAnsi="宋体" w:eastAsia="宋体"/>
                <w:b w:val="0"/>
                <w:sz w:val="18"/>
              </w:rPr>
              <w:t>预设1：求制作铁皮水桶所用的铁皮的面积，就是求一个底面和侧面的面积之和。</w:t>
            </w:r>
          </w:p>
          <w:p>
            <w:pPr>
              <w:spacing w:after="20" w:line="276" w:lineRule="auto"/>
            </w:pPr>
            <w:r>
              <w:rPr>
                <w:rFonts w:ascii="宋体" w:hAnsi="宋体" w:eastAsia="宋体"/>
                <w:b w:val="0"/>
                <w:sz w:val="18"/>
              </w:rPr>
              <w:t>预设2：求制作通风管所用的铁皮的面积，就是求通风管的侧面积。</w:t>
            </w:r>
          </w:p>
        </w:tc>
        <w:tc>
          <w:tcPr>
            <w:tcW w:type="dxa" w:w="1814"/>
          </w:tcPr>
          <w:p>
            <w:pPr>
              <w:spacing w:after="20" w:line="276" w:lineRule="auto"/>
            </w:pPr>
            <w:r/>
            <w:r>
              <w:rPr>
                <w:rFonts w:ascii="宋体" w:hAnsi="宋体" w:eastAsia="宋体"/>
                <w:b w:val="0"/>
                <w:sz w:val="18"/>
              </w:rPr>
              <w:t>现实生活中有关表面积计算的情形复杂多变，需要根据具体情况，确定求哪些面的面积之和。题目中往往不会直接说明，需要自主理解和分析。在这个环节中，利用一些生活中的实例，让学生体会要根据实际情况灵活解决问题。</w:t>
            </w:r>
          </w:p>
        </w:tc>
      </w:tr>
      <w:tr>
        <w:tc>
          <w:tcPr>
            <w:tcW w:type="dxa" w:w="1474"/>
          </w:tcPr>
          <w:p>
            <w:pPr>
              <w:spacing w:after="20" w:line="276" w:lineRule="auto"/>
            </w:pPr>
            <w:r>
              <w:rPr>
                <w:b/>
              </w:rPr>
            </w:r>
            <w:r>
              <w:rPr>
                <w:rFonts w:ascii="宋体" w:hAnsi="宋体" w:eastAsia="宋体"/>
                <w:b/>
                <w:sz w:val="18"/>
              </w:rPr>
              <w:t>三、知识应用，提升能力</w:t>
            </w:r>
          </w:p>
        </w:tc>
        <w:tc>
          <w:tcPr>
            <w:tcW w:type="dxa" w:w="3061"/>
          </w:tcPr>
          <w:p>
            <w:pPr>
              <w:spacing w:after="20" w:line="276" w:lineRule="auto"/>
            </w:pPr>
            <w:r/>
            <w:r>
              <w:rPr>
                <w:rFonts w:ascii="宋体" w:hAnsi="宋体" w:eastAsia="宋体"/>
                <w:b w:val="0"/>
                <w:sz w:val="18"/>
              </w:rPr>
              <w:t>1.课件出示教科书P21“做一做”第2题。</w:t>
            </w:r>
          </w:p>
          <w:p>
            <w:pPr>
              <w:spacing w:after="20" w:line="276" w:lineRule="auto"/>
            </w:pPr>
            <w:r>
              <w:rPr>
                <w:rFonts w:ascii="宋体" w:hAnsi="宋体" w:eastAsia="宋体"/>
                <w:b w:val="0"/>
                <w:sz w:val="18"/>
              </w:rPr>
              <w:t>师：先说一说，求至少需要用多少彩纸就是求什么。</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第5题：在计算中复习长方体、正方体和圆柱的表面积的计算方法，认识到立体图形的表面积都是指所有表面的面积之和。</w:t>
            </w:r>
          </w:p>
          <w:p>
            <w:pPr>
              <w:spacing w:after="20" w:line="276" w:lineRule="auto"/>
            </w:pPr>
            <w:r>
              <w:rPr>
                <w:rFonts w:ascii="宋体" w:hAnsi="宋体" w:eastAsia="宋体"/>
                <w:b w:val="0"/>
                <w:sz w:val="18"/>
              </w:rPr>
              <w:t>求几个面的面积这个环节对于学生灵活解决生活中的圆柱表面积的问题尤为重要。教学中，还可以再让学生说说生活中求圆柱表面积的实例，进一步理解不同的物体的表面积的含义，为解决问题积累经验。</w:t>
            </w:r>
          </w:p>
          <w:p>
            <w:pPr>
              <w:spacing w:after="20" w:line="276" w:lineRule="auto"/>
            </w:pPr>
            <w:r>
              <w:rPr>
                <w:rFonts w:ascii="宋体" w:hAnsi="宋体" w:eastAsia="宋体"/>
                <w:b w:val="0"/>
                <w:sz w:val="18"/>
              </w:rPr>
              <w:t>第6题：注意把组合图形分解为基本图形，求黑布的面积就是求帽顶部分一个底面和侧面的面积和，求红布的面积就是求一个圆环的面积，要注意区别。</w:t>
            </w:r>
          </w:p>
          <w:p>
            <w:pPr>
              <w:spacing w:after="20" w:line="276" w:lineRule="auto"/>
            </w:pPr>
            <w:r>
              <w:rPr>
                <w:rFonts w:ascii="宋体" w:hAnsi="宋体" w:eastAsia="宋体"/>
                <w:b w:val="0"/>
                <w:sz w:val="18"/>
              </w:rPr>
              <w:t>第8题：首先需要根据“求一个数的几分之几是多少”求出底面直径，再根据实际情况计算圆柱形水桶的侧面和一个底面的面积之和。</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师：解决了这些生活中与圆柱表面积相关的问题，你觉得要注意些什么？</w:t>
            </w:r>
          </w:p>
        </w:tc>
        <w:tc>
          <w:tcPr>
            <w:tcW w:type="dxa" w:w="3061"/>
          </w:tcPr>
          <w:p>
            <w:pPr>
              <w:spacing w:after="20" w:line="276" w:lineRule="auto"/>
            </w:pPr>
            <w:r/>
            <w:r>
              <w:rPr>
                <w:rFonts w:ascii="宋体" w:hAnsi="宋体" w:eastAsia="宋体"/>
                <w:b w:val="0"/>
                <w:sz w:val="18"/>
              </w:rPr>
              <w:t>就是求侧面和一个底面的面积之和。</w:t>
            </w:r>
          </w:p>
          <w:p>
            <w:pPr>
              <w:spacing w:after="20" w:line="276" w:lineRule="auto"/>
            </w:pPr>
            <w:r>
              <w:rPr>
                <w:rFonts w:ascii="宋体" w:hAnsi="宋体" w:eastAsia="宋体"/>
                <w:b w:val="0"/>
                <w:sz w:val="18"/>
              </w:rPr>
              <w:t>学生独立解答并交流，课件出示正确解答。</w:t>
            </w:r>
          </w:p>
          <w:p>
            <w:pPr>
              <w:spacing w:after="20" w:line="276" w:lineRule="auto"/>
            </w:pPr>
            <w:r>
              <w:rPr>
                <w:rFonts w:ascii="宋体" w:hAnsi="宋体" w:eastAsia="宋体"/>
                <w:b w:val="0"/>
                <w:sz w:val="18"/>
              </w:rPr>
              <w:t>2.学生独立解答教科书P23~24“练习四”第4、5、6、8题。</w:t>
            </w:r>
          </w:p>
          <w:p>
            <w:pPr>
              <w:spacing w:after="20" w:line="276" w:lineRule="auto"/>
            </w:pPr>
            <w:r>
              <w:rPr>
                <w:rFonts w:ascii="宋体" w:hAnsi="宋体" w:eastAsia="宋体"/>
                <w:b w:val="0"/>
                <w:sz w:val="18"/>
              </w:rPr>
              <w:t>预设1：具体问题具体分析，想清楚求哪几个面的面积。</w:t>
            </w:r>
          </w:p>
          <w:p>
            <w:pPr>
              <w:spacing w:after="20" w:line="276" w:lineRule="auto"/>
            </w:pPr>
            <w:r>
              <w:rPr>
                <w:rFonts w:ascii="宋体" w:hAnsi="宋体" w:eastAsia="宋体"/>
                <w:b w:val="0"/>
                <w:sz w:val="18"/>
              </w:rPr>
              <w:t>预设2：熟记公式，计算要细心。</w:t>
            </w:r>
          </w:p>
        </w:tc>
        <w:tc>
          <w:tcPr>
            <w:tcW w:type="dxa" w:w="1814"/>
          </w:tcPr>
          <w:p>
            <w:pPr>
              <w:spacing w:after="20" w:line="276" w:lineRule="auto"/>
            </w:pPr>
            <w:r/>
            <w:r>
              <w:rPr>
                <w:rFonts w:ascii="宋体" w:hAnsi="宋体" w:eastAsia="宋体"/>
                <w:b w:val="0"/>
                <w:sz w:val="18"/>
              </w:rPr>
              <w:t>在练习中，放手让学生自主探索，分析理解，积累解决问题的经验，体会要根据实际情况解决问题，提高解决问题的能力。</w:t>
            </w:r>
          </w:p>
        </w:tc>
      </w:tr>
      <w:tr>
        <w:tc>
          <w:tcPr>
            <w:tcW w:type="dxa" w:w="1474"/>
          </w:tcPr>
          <w:p>
            <w:pPr>
              <w:spacing w:after="20" w:line="276" w:lineRule="auto"/>
            </w:pPr>
            <w:r>
              <w:rPr>
                <w:b/>
              </w:rPr>
            </w:r>
            <w:r>
              <w:rPr>
                <w:rFonts w:ascii="宋体" w:hAnsi="宋体" w:eastAsia="宋体"/>
                <w:b/>
                <w:sz w:val="18"/>
              </w:rPr>
              <w:t>四、综合运用，拓展思维</w:t>
            </w:r>
          </w:p>
        </w:tc>
        <w:tc>
          <w:tcPr>
            <w:tcW w:type="dxa" w:w="3061"/>
          </w:tcPr>
          <w:p>
            <w:pPr>
              <w:spacing w:after="20" w:line="276" w:lineRule="auto"/>
            </w:pPr>
            <w:r/>
            <w:r>
              <w:rPr>
                <w:rFonts w:ascii="宋体" w:hAnsi="宋体" w:eastAsia="宋体"/>
                <w:b w:val="0"/>
                <w:sz w:val="18"/>
              </w:rPr>
              <w:t>指导学生解答教科书P23“练习四”第7、9、10、11、12题。</w:t>
            </w:r>
          </w:p>
          <w:p>
            <w:pPr>
              <w:spacing w:after="20" w:line="276" w:lineRule="auto"/>
            </w:pPr>
            <w:r>
              <w:rPr>
                <w:rFonts w:ascii="宋体" w:hAnsi="宋体" w:eastAsia="宋体"/>
                <w:b w:val="0"/>
                <w:sz w:val="18"/>
              </w:rPr>
              <w:t>展示交流，订正纠错。</w:t>
            </w:r>
          </w:p>
          <w:p>
            <w:pPr>
              <w:spacing w:after="20" w:line="276" w:lineRule="auto"/>
            </w:pPr>
            <w:r>
              <w:rPr>
                <w:rFonts w:ascii="宋体" w:hAnsi="宋体" w:eastAsia="宋体"/>
                <w:b w:val="0"/>
                <w:sz w:val="18"/>
              </w:rPr>
              <w:t>第9题：第(1)题是求圆柱与长方体的组合图形的表面积。学生遇到困难可以用教具演示，根据实际情况，需要考虑哪些地方是刷不到油漆的，即长方体的底面要去掉一个圆，而圆柱也只有侧面才需要刷油漆。还要注意根据要求将计算结果化成以平方米为单位的数。</w:t>
            </w:r>
          </w:p>
          <w:p>
            <w:pPr>
              <w:spacing w:after="20" w:line="276" w:lineRule="auto"/>
            </w:pPr>
            <w:r>
              <w:rPr>
                <w:rFonts w:ascii="宋体" w:hAnsi="宋体" w:eastAsia="宋体"/>
                <w:b w:val="0"/>
                <w:sz w:val="18"/>
              </w:rPr>
              <w:t>第10题：对于解答有困难的学生，可以提示根据圆柱的侧面积公式，列方程来解答。</w:t>
            </w:r>
          </w:p>
          <w:p>
            <w:pPr>
              <w:spacing w:after="20" w:line="276" w:lineRule="auto"/>
            </w:pPr>
            <w:r>
              <w:rPr>
                <w:rFonts w:ascii="宋体" w:hAnsi="宋体" w:eastAsia="宋体"/>
                <w:b w:val="0"/>
                <w:sz w:val="18"/>
              </w:rPr>
              <w:t>第11题：可以让学生观察直观图，看到多出的是6个底面，发现截成4段需要截3次，每次多2个底面，由此可以总结规律：截成n段，多的是2(n-1)个底面。</w:t>
            </w:r>
          </w:p>
          <w:p>
            <w:pPr>
              <w:spacing w:after="20" w:line="276" w:lineRule="auto"/>
            </w:pPr>
            <w:r>
              <w:rPr>
                <w:rFonts w:ascii="宋体" w:hAnsi="宋体" w:eastAsia="宋体"/>
                <w:b w:val="0"/>
                <w:sz w:val="18"/>
              </w:rPr>
              <w:t>第12题：指导学生结合比的知识进行分析，圆柱的侧面展开图是一个正方形，即πd=h，因此，d∶h=d∶πd=1∶π。</w:t>
            </w:r>
          </w:p>
        </w:tc>
        <w:tc>
          <w:tcPr>
            <w:tcW w:type="dxa" w:w="3061"/>
          </w:tcPr>
          <w:p>
            <w:pPr>
              <w:spacing w:after="20" w:line="276" w:lineRule="auto"/>
            </w:pPr>
            <w:r/>
            <w:r>
              <w:rPr>
                <w:rFonts w:ascii="宋体" w:hAnsi="宋体" w:eastAsia="宋体"/>
                <w:b w:val="0"/>
                <w:sz w:val="18"/>
              </w:rPr>
              <w:t>学生独立完成，遇到困难可以在小组内交流，教师巡视指导。</w:t>
            </w:r>
          </w:p>
          <w:p>
            <w:pPr>
              <w:spacing w:after="20" w:line="276" w:lineRule="auto"/>
            </w:pPr>
            <w:r>
              <w:rPr>
                <w:rFonts w:ascii="宋体" w:hAnsi="宋体" w:eastAsia="宋体"/>
                <w:b w:val="0"/>
                <w:sz w:val="18"/>
              </w:rPr>
              <w:t>第7题：用圆柱的表面积减去上下底面中间留出的口的面积。</w:t>
            </w:r>
          </w:p>
        </w:tc>
        <w:tc>
          <w:tcPr>
            <w:tcW w:type="dxa" w:w="1814"/>
          </w:tcPr>
          <w:p>
            <w:pPr>
              <w:spacing w:after="20" w:line="276" w:lineRule="auto"/>
            </w:pPr>
            <w:r/>
            <w:r>
              <w:rPr>
                <w:rFonts w:ascii="宋体" w:hAnsi="宋体" w:eastAsia="宋体"/>
                <w:b w:val="0"/>
                <w:sz w:val="18"/>
              </w:rPr>
              <w:t>这一组练习综合性强，学生独立完成可能会有困难。充分发挥小组合作的优势，互相启迪，教师适时指导，在探索中培养学生分析问题和解决问题的能力。也让学生体会到数学就在身边，理解数学的应用价值。</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师：通过本节课的学习，你们有哪些新的收获呢？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在学习过程中，逐步通过各种情境问题开拓学生的视野，使学生感受到数学与生活的紧密联系。但是本课的练习量比较大，反复的练习会让学生感到枯燥，尤其是学习有困难的学生，很容易注意力分散，看到难度大一点的题目就放弃。针对这一现象，应该注重在学生练习过程中多提出一些相关的趣味性例子，同时应注重师生互动、生生互动，从而确保课堂效率。 【作业设计】 见“状元成才路”系列丛书《创优作业100分》对应课时作业。 （1）一个圆柱形水池，水池内壁和底面都要贴上瓷砖，水池的底面内直径为6 m，深1.2 m，贴瓷砖的面积是　　m2。 （2）将一根底面半径是0.4 m、长是3 m的圆柱形木料沿横截面截成6段小圆柱，这些小圆柱的表面积之和比原木料增加了 （　　　）m2。 参考答案 （1）50.868　（2）5.024 PAGE</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圆柱的体积（1）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圆柱的体积（1）</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教学准备：课件，圆柱教具(可切割拼合)，圆柱形的橡皮泥。</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（1）经历用切割拼合的方法推导出圆柱体积计算公式的过程，会运用公式计算圆柱的体积。</w:t>
      </w:r>
    </w:p>
    <w:p>
      <w:pPr>
        <w:spacing w:after="20" w:line="300" w:lineRule="auto"/>
        <w:ind w:firstLine="400"/>
      </w:pPr>
      <w:r>
        <w:rPr>
          <w:rFonts w:ascii="宋体" w:hAnsi="宋体" w:eastAsia="宋体"/>
          <w:b w:val="0"/>
          <w:sz w:val="20"/>
        </w:rPr>
        <w:t>（2）能正确计算圆柱的体积，并会解决一些简单的实际问题。</w:t>
      </w:r>
    </w:p>
    <w:p>
      <w:pPr>
        <w:spacing w:after="20" w:line="300" w:lineRule="auto"/>
        <w:ind w:firstLine="400"/>
      </w:pPr>
      <w:r>
        <w:rPr>
          <w:rFonts w:ascii="宋体" w:hAnsi="宋体" w:eastAsia="宋体"/>
          <w:b w:val="0"/>
          <w:sz w:val="20"/>
        </w:rPr>
        <w:t>（3）让学生体会转化、推理、极限、变中有不变等数学思想，感悟数学知识的内在联系，增强学生应用数学的意识，激发学生的学习兴趣。</w:t>
      </w:r>
    </w:p>
    <w:p>
      <w:pPr>
        <w:spacing w:after="20" w:line="300" w:lineRule="auto"/>
      </w:pPr>
      <w:r>
        <w:rPr>
          <w:rFonts w:ascii="宋体" w:hAnsi="宋体" w:eastAsia="宋体"/>
          <w:b w:val="0"/>
          <w:sz w:val="20"/>
        </w:rPr>
        <w:t>教学重点：掌握并应用圆柱体积计算公式解决简单的实际问题。</w:t>
      </w:r>
    </w:p>
    <w:p>
      <w:pPr>
        <w:spacing w:after="20" w:line="300" w:lineRule="auto"/>
      </w:pPr>
      <w:r>
        <w:rPr>
          <w:rFonts w:ascii="宋体" w:hAnsi="宋体" w:eastAsia="宋体"/>
          <w:b w:val="0"/>
          <w:sz w:val="20"/>
        </w:rPr>
        <w:t>教学难点：理解并掌握圆柱体积公式的推导过程。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一、设疑激发学习兴趣，揭示课题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你会算哪一个蛋糕的体积？怎样算？；圆柱形蛋糕的体积该怎么求呢？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二、自主探究，推导圆柱体积计算公式</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(出示一个橡皮泥捏的圆柱)你有什么办法求出这个橡皮泥圆柱的体积？；猜想一下，圆柱的体积大小可能与什么有关？理由是什么？</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三、利用圆柱的体积公式解决实际问题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通过本节课的学习，你们有什么感受和收获呢？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一、设疑激发学习兴趣，揭示课题</w:t>
            </w:r>
          </w:p>
        </w:tc>
        <w:tc>
          <w:tcPr>
            <w:tcW w:type="dxa" w:w="3061"/>
          </w:tcPr>
          <w:p>
            <w:pPr>
              <w:spacing w:after="20" w:line="276" w:lineRule="auto"/>
            </w:pPr>
            <w:r/>
            <w:r>
              <w:rPr>
                <w:rFonts w:ascii="宋体" w:hAnsi="宋体" w:eastAsia="宋体"/>
                <w:b w:val="0"/>
                <w:sz w:val="18"/>
              </w:rPr>
              <w:t>师：李老师准备给孩子们买一个蛋糕，到了蛋糕店她发现有两款蛋糕不错，而且价格相同。这时她犹豫了，买哪种蛋糕更划算呢？你能帮她选一选吗？（课件出示。）</w:t>
            </w:r>
          </w:p>
          <w:p>
            <w:pPr>
              <w:spacing w:after="20" w:line="276" w:lineRule="auto"/>
            </w:pPr>
            <w:r>
              <w:rPr>
                <w:rFonts w:ascii="宋体" w:hAnsi="宋体" w:eastAsia="宋体"/>
                <w:b w:val="0"/>
                <w:sz w:val="18"/>
              </w:rPr>
              <w:t>师：你会算哪一个蛋糕的体积？怎样算？</w:t>
            </w:r>
          </w:p>
          <w:p>
            <w:pPr>
              <w:spacing w:after="20" w:line="276" w:lineRule="auto"/>
            </w:pPr>
            <w:r>
              <w:rPr>
                <w:rFonts w:ascii="宋体" w:hAnsi="宋体" w:eastAsia="宋体"/>
                <w:b w:val="0"/>
                <w:sz w:val="18"/>
              </w:rPr>
              <w:t>师：圆柱形蛋糕的体积该怎么求呢？今天我们就来研究这个问题。［板书课题：圆柱的体积（1）］</w:t>
            </w:r>
          </w:p>
        </w:tc>
        <w:tc>
          <w:tcPr>
            <w:tcW w:type="dxa" w:w="3061"/>
          </w:tcPr>
          <w:p>
            <w:pPr>
              <w:spacing w:after="20" w:line="276" w:lineRule="auto"/>
            </w:pPr>
            <w:r/>
            <w:r>
              <w:rPr>
                <w:rFonts w:ascii="宋体" w:hAnsi="宋体" w:eastAsia="宋体"/>
                <w:b w:val="0"/>
                <w:sz w:val="18"/>
              </w:rPr>
              <w:t>学生会说出选体积大的那一个。</w:t>
            </w:r>
          </w:p>
          <w:p>
            <w:pPr>
              <w:spacing w:after="20" w:line="276" w:lineRule="auto"/>
            </w:pPr>
            <w:r>
              <w:rPr>
                <w:rFonts w:ascii="宋体" w:hAnsi="宋体" w:eastAsia="宋体"/>
                <w:b w:val="0"/>
                <w:sz w:val="18"/>
              </w:rPr>
              <w:t>学生会求长方体蛋糕的体积，长方体的体积＝长×宽×高或长方体的体积＝底面积×高。</w:t>
            </w:r>
          </w:p>
        </w:tc>
        <w:tc>
          <w:tcPr>
            <w:tcW w:type="dxa" w:w="1814"/>
          </w:tcPr>
          <w:p>
            <w:pPr>
              <w:spacing w:after="20" w:line="276" w:lineRule="auto"/>
            </w:pPr>
            <w:r/>
            <w:r>
              <w:rPr>
                <w:rFonts w:ascii="宋体" w:hAnsi="宋体" w:eastAsia="宋体"/>
                <w:b w:val="0"/>
                <w:sz w:val="18"/>
              </w:rPr>
              <w:t>设计观察活动，主要是让学生自主得出圆柱体积的定义，加深对体积概念的理解，并由此引出今天学习的内容。</w:t>
            </w:r>
          </w:p>
        </w:tc>
      </w:tr>
      <w:tr>
        <w:tc>
          <w:tcPr>
            <w:tcW w:type="dxa" w:w="1474"/>
          </w:tcPr>
          <w:p>
            <w:pPr>
              <w:spacing w:after="20" w:line="276" w:lineRule="auto"/>
            </w:pPr>
            <w:r>
              <w:rPr>
                <w:b/>
              </w:rPr>
            </w:r>
            <w:r>
              <w:rPr>
                <w:rFonts w:ascii="宋体" w:hAnsi="宋体" w:eastAsia="宋体"/>
                <w:b/>
                <w:sz w:val="18"/>
              </w:rPr>
              <w:t>二、自主探究，推导圆柱体积计算公式</w:t>
            </w:r>
          </w:p>
        </w:tc>
        <w:tc>
          <w:tcPr>
            <w:tcW w:type="dxa" w:w="3061"/>
          </w:tcPr>
          <w:p>
            <w:pPr>
              <w:spacing w:after="20" w:line="276" w:lineRule="auto"/>
            </w:pPr>
            <w:r/>
            <w:r>
              <w:rPr>
                <w:rFonts w:ascii="宋体" w:hAnsi="宋体" w:eastAsia="宋体"/>
                <w:b w:val="0"/>
                <w:sz w:val="18"/>
              </w:rPr>
              <w:t>1.唤起学生对计算体积各种方法的认知。</w:t>
            </w:r>
          </w:p>
          <w:p>
            <w:pPr>
              <w:spacing w:after="20" w:line="276" w:lineRule="auto"/>
            </w:pPr>
            <w:r>
              <w:rPr>
                <w:rFonts w:ascii="宋体" w:hAnsi="宋体" w:eastAsia="宋体"/>
                <w:b w:val="0"/>
                <w:sz w:val="18"/>
              </w:rPr>
              <w:t>师：(出示一个橡皮泥捏的圆柱)你有什么办法求出这个橡皮泥圆柱的体积？</w:t>
            </w:r>
          </w:p>
          <w:p>
            <w:pPr>
              <w:spacing w:after="20" w:line="276" w:lineRule="auto"/>
            </w:pPr>
            <w:r>
              <w:rPr>
                <w:rFonts w:ascii="宋体" w:hAnsi="宋体" w:eastAsia="宋体"/>
                <w:b w:val="0"/>
                <w:sz w:val="18"/>
              </w:rPr>
              <w:t>师：你们真是会思考的孩子，把圆柱的体积转化成长方体的体积后再来计算，真是一个好办法！但是如果要求大厅内圆柱形柱子的体积，或压路机前轮的体积，还能用刚才的方法吗？（不能。）</w:t>
            </w:r>
          </w:p>
          <w:p>
            <w:pPr>
              <w:spacing w:after="20" w:line="276" w:lineRule="auto"/>
            </w:pPr>
            <w:r>
              <w:rPr>
                <w:rFonts w:ascii="宋体" w:hAnsi="宋体" w:eastAsia="宋体"/>
                <w:b w:val="0"/>
                <w:sz w:val="18"/>
              </w:rPr>
              <w:t>师：看来，我们刚才的方法有一定的局限性，要是能像求长方体或正方体的体积那样，有一个通用的计算公式就好了。</w:t>
            </w:r>
          </w:p>
          <w:p>
            <w:pPr>
              <w:spacing w:after="20" w:line="276" w:lineRule="auto"/>
            </w:pPr>
            <w:r>
              <w:rPr>
                <w:rFonts w:ascii="宋体" w:hAnsi="宋体" w:eastAsia="宋体"/>
                <w:b w:val="0"/>
                <w:sz w:val="18"/>
              </w:rPr>
              <w:t>(1)猜想。</w:t>
            </w:r>
          </w:p>
          <w:p>
            <w:pPr>
              <w:spacing w:after="20" w:line="276" w:lineRule="auto"/>
            </w:pPr>
            <w:r>
              <w:rPr>
                <w:rFonts w:ascii="宋体" w:hAnsi="宋体" w:eastAsia="宋体"/>
                <w:b w:val="0"/>
                <w:sz w:val="18"/>
              </w:rPr>
              <w:t>师：猜想一下，圆柱的体积大小可能与什么有关？理由是什么？</w:t>
            </w:r>
          </w:p>
          <w:p>
            <w:pPr>
              <w:spacing w:after="20" w:line="276" w:lineRule="auto"/>
            </w:pPr>
            <w:r>
              <w:rPr>
                <w:rFonts w:ascii="宋体" w:hAnsi="宋体" w:eastAsia="宋体"/>
                <w:b w:val="0"/>
                <w:sz w:val="18"/>
              </w:rPr>
              <w:t>师：大家再来大胆猜测，圆柱的体积公式可能是什么？</w:t>
            </w:r>
          </w:p>
          <w:p>
            <w:pPr>
              <w:spacing w:after="20" w:line="276" w:lineRule="auto"/>
            </w:pPr>
            <w:r>
              <w:rPr>
                <w:rFonts w:ascii="宋体" w:hAnsi="宋体" w:eastAsia="宋体"/>
                <w:b w:val="0"/>
                <w:sz w:val="18"/>
              </w:rPr>
              <w:t>师：你是怎么知道的？</w:t>
            </w:r>
          </w:p>
          <w:p>
            <w:pPr>
              <w:spacing w:after="20" w:line="276" w:lineRule="auto"/>
            </w:pPr>
            <w:r>
              <w:rPr>
                <w:rFonts w:ascii="宋体" w:hAnsi="宋体" w:eastAsia="宋体"/>
                <w:b w:val="0"/>
                <w:sz w:val="18"/>
              </w:rPr>
              <w:t>让学生充分思考并表达，交流求出圆柱形橡皮泥体积的方法，只要合理就要予以肯定。</w:t>
            </w:r>
          </w:p>
          <w:p>
            <w:pPr>
              <w:spacing w:after="20" w:line="276" w:lineRule="auto"/>
            </w:pPr>
            <w:r>
              <w:rPr>
                <w:rFonts w:ascii="宋体" w:hAnsi="宋体" w:eastAsia="宋体"/>
                <w:b w:val="0"/>
                <w:sz w:val="18"/>
              </w:rPr>
              <w:t>长方体。</w:t>
            </w:r>
          </w:p>
          <w:p>
            <w:pPr>
              <w:spacing w:after="20" w:line="276" w:lineRule="auto"/>
            </w:pPr>
            <w:r>
              <w:rPr>
                <w:rFonts w:ascii="宋体" w:hAnsi="宋体" w:eastAsia="宋体"/>
                <w:b w:val="0"/>
                <w:sz w:val="18"/>
              </w:rPr>
              <w:t>师：你们能理解他的意思吗？他将圆柱转化成了长方体，可不可能实现呢？我们一起来看看。</w:t>
            </w:r>
          </w:p>
          <w:p>
            <w:pPr>
              <w:spacing w:after="20" w:line="276" w:lineRule="auto"/>
            </w:pPr>
            <w:r>
              <w:rPr>
                <w:rFonts w:ascii="宋体" w:hAnsi="宋体" w:eastAsia="宋体"/>
                <w:b w:val="0"/>
                <w:sz w:val="18"/>
              </w:rPr>
              <w:t>(2)回忆旧知，实现迁移。</w:t>
            </w:r>
          </w:p>
          <w:p>
            <w:pPr>
              <w:spacing w:after="20" w:line="276" w:lineRule="auto"/>
            </w:pPr>
            <w:r>
              <w:rPr>
                <w:rFonts w:ascii="宋体" w:hAnsi="宋体" w:eastAsia="宋体"/>
                <w:b w:val="0"/>
                <w:sz w:val="18"/>
              </w:rPr>
              <w:t>师：想一想，学习计算圆的面积时，是怎样把圆转化成已学的图形，从而推导出圆面积的计算公式的？</w:t>
            </w:r>
          </w:p>
          <w:p>
            <w:pPr>
              <w:spacing w:after="20" w:line="276" w:lineRule="auto"/>
            </w:pPr>
            <w:r>
              <w:rPr>
                <w:rFonts w:ascii="宋体" w:hAnsi="宋体" w:eastAsia="宋体"/>
                <w:b w:val="0"/>
                <w:sz w:val="18"/>
              </w:rPr>
              <w:t>先让学生回忆，然后课件演示。</w:t>
            </w:r>
          </w:p>
          <w:p>
            <w:pPr>
              <w:spacing w:after="20" w:line="276" w:lineRule="auto"/>
            </w:pPr>
            <w:r>
              <w:rPr>
                <w:rFonts w:ascii="宋体" w:hAnsi="宋体" w:eastAsia="宋体"/>
                <w:b w:val="0"/>
                <w:sz w:val="18"/>
              </w:rPr>
              <w:t>师：现在，你觉得圆柱可不可以转化成长方体呢？</w:t>
            </w:r>
          </w:p>
          <w:p>
            <w:pPr>
              <w:spacing w:after="20" w:line="276" w:lineRule="auto"/>
            </w:pPr>
            <w:r>
              <w:rPr>
                <w:rFonts w:ascii="宋体" w:hAnsi="宋体" w:eastAsia="宋体"/>
                <w:b w:val="0"/>
                <w:sz w:val="18"/>
              </w:rPr>
              <w:t>(3)验证猜想。</w:t>
            </w:r>
          </w:p>
          <w:p>
            <w:pPr>
              <w:spacing w:after="20" w:line="276" w:lineRule="auto"/>
            </w:pPr>
            <w:r>
              <w:rPr>
                <w:rFonts w:ascii="宋体" w:hAnsi="宋体" w:eastAsia="宋体"/>
                <w:b w:val="0"/>
                <w:sz w:val="18"/>
              </w:rPr>
              <w:t>指名两名学生上台用圆柱教具进行操作，把圆柱转化为近似的长方体。</w:t>
            </w:r>
          </w:p>
          <w:p>
            <w:pPr>
              <w:spacing w:after="20" w:line="276" w:lineRule="auto"/>
            </w:pPr>
            <w:r>
              <w:rPr>
                <w:rFonts w:ascii="宋体" w:hAnsi="宋体" w:eastAsia="宋体"/>
                <w:b w:val="0"/>
                <w:sz w:val="18"/>
              </w:rPr>
              <w:t>教师再次演示圆柱转化成长方体的过程，并引导学生分析：把圆柱的底面分成许多相等的扇形，当分成的扇形越多时，拼成的立体图形就越接近长方体（课件配合演示）。教师强调：把圆柱分成若干等份时，一定要分成偶数份。</w:t>
            </w:r>
          </w:p>
          <w:p>
            <w:pPr>
              <w:spacing w:after="20" w:line="276" w:lineRule="auto"/>
            </w:pPr>
            <w:r>
              <w:rPr>
                <w:rFonts w:ascii="宋体" w:hAnsi="宋体" w:eastAsia="宋体"/>
                <w:b w:val="0"/>
                <w:sz w:val="18"/>
              </w:rPr>
              <w:t>(4)小组讨论，推导公式。</w:t>
            </w:r>
          </w:p>
          <w:p>
            <w:pPr>
              <w:spacing w:after="20" w:line="276" w:lineRule="auto"/>
            </w:pPr>
            <w:r>
              <w:rPr>
                <w:rFonts w:ascii="宋体" w:hAnsi="宋体" w:eastAsia="宋体"/>
                <w:b w:val="0"/>
                <w:sz w:val="18"/>
              </w:rPr>
              <w:t>师：通过刚才的操作，把长方体与原来的圆柱比较，你能发现什么？小组内讨论一下。</w:t>
            </w:r>
          </w:p>
          <w:p>
            <w:pPr>
              <w:spacing w:after="20" w:line="276" w:lineRule="auto"/>
            </w:pPr>
            <w:r>
              <w:rPr>
                <w:rFonts w:ascii="宋体" w:hAnsi="宋体" w:eastAsia="宋体"/>
                <w:b w:val="0"/>
                <w:sz w:val="18"/>
              </w:rPr>
              <w:t>课件出示4个问题。</w:t>
            </w:r>
          </w:p>
          <w:p>
            <w:pPr>
              <w:spacing w:after="20" w:line="276" w:lineRule="auto"/>
            </w:pPr>
            <w:r>
              <w:rPr>
                <w:rFonts w:ascii="宋体" w:hAnsi="宋体" w:eastAsia="宋体"/>
                <w:b w:val="0"/>
                <w:sz w:val="18"/>
              </w:rPr>
              <w:t>这个环节是本节课的重点和难点，可以借助直观教具帮助学生完成推导。观察过程中，找到转化前后各部分的对应关系，注意表述的规范性和条理性。</w:t>
            </w:r>
          </w:p>
          <w:p>
            <w:pPr>
              <w:spacing w:after="20" w:line="276" w:lineRule="auto"/>
            </w:pPr>
            <w:r>
              <w:rPr>
                <w:rFonts w:ascii="宋体" w:hAnsi="宋体" w:eastAsia="宋体"/>
                <w:b w:val="0"/>
                <w:sz w:val="18"/>
              </w:rPr>
              <w:t>师：圆柱通过切拼后,转化为近似的长方体，表面积增加了，体积没有变。因为长方体的体积等于底面积乘高，近似长方体的底面积等于圆柱的底面积，近似长方体的高等于圆柱的高，所以圆柱的体积=底面积×高。</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寻找转化前后各部分之间的对应关系，使学生理解“变中有不变”的思想，掌握推理的方法。</w:t>
            </w:r>
          </w:p>
          <w:p>
            <w:pPr>
              <w:spacing w:after="20" w:line="276" w:lineRule="auto"/>
            </w:pPr>
            <w:r>
              <w:rPr>
                <w:rFonts w:ascii="宋体" w:hAnsi="宋体" w:eastAsia="宋体"/>
                <w:b w:val="0"/>
                <w:sz w:val="18"/>
              </w:rPr>
              <w:t>(5)请学生再将圆柱体积的推导过程在小组内说一遍。</w:t>
            </w:r>
          </w:p>
        </w:tc>
        <w:tc>
          <w:tcPr>
            <w:tcW w:type="dxa" w:w="3061"/>
          </w:tcPr>
          <w:p>
            <w:pPr>
              <w:spacing w:after="20" w:line="276" w:lineRule="auto"/>
            </w:pPr>
            <w:r/>
            <w:r>
              <w:rPr>
                <w:rFonts w:ascii="宋体" w:hAnsi="宋体" w:eastAsia="宋体"/>
                <w:b w:val="0"/>
                <w:sz w:val="18"/>
              </w:rPr>
              <w:t>预设1：排水法（排沙法），计算上升（下降或溢出）部分的水（沙）的体积，就是橡皮泥的体积。</w:t>
            </w:r>
          </w:p>
          <w:p>
            <w:pPr>
              <w:spacing w:after="20" w:line="276" w:lineRule="auto"/>
            </w:pPr>
            <w:r>
              <w:rPr>
                <w:rFonts w:ascii="宋体" w:hAnsi="宋体" w:eastAsia="宋体"/>
                <w:b w:val="0"/>
                <w:sz w:val="18"/>
              </w:rPr>
              <w:t>预设2：把橡皮泥捏成一个长方体，测量它的长、宽、高，用长方体的体积计算公式计算。</w:t>
            </w:r>
          </w:p>
          <w:p>
            <w:pPr>
              <w:spacing w:after="20" w:line="276" w:lineRule="auto"/>
            </w:pPr>
            <w:r>
              <w:rPr>
                <w:rFonts w:ascii="宋体" w:hAnsi="宋体" w:eastAsia="宋体"/>
                <w:b w:val="0"/>
                <w:sz w:val="18"/>
              </w:rPr>
              <w:t>2.动手操作，探究圆柱的体积公式。</w:t>
            </w:r>
          </w:p>
          <w:p>
            <w:pPr>
              <w:spacing w:after="20" w:line="276" w:lineRule="auto"/>
            </w:pPr>
            <w:r>
              <w:rPr>
                <w:rFonts w:ascii="宋体" w:hAnsi="宋体" w:eastAsia="宋体"/>
                <w:b w:val="0"/>
                <w:sz w:val="18"/>
              </w:rPr>
              <w:t>学生可能会说，圆柱的体积大小可能与圆柱的底面积有关，与圆柱的高有关。为什么有关，部分学生可能说得不到位，教师可以延迟评价。</w:t>
            </w:r>
          </w:p>
          <w:p>
            <w:pPr>
              <w:spacing w:after="20" w:line="276" w:lineRule="auto"/>
            </w:pPr>
            <w:r>
              <w:rPr>
                <w:rFonts w:ascii="宋体" w:hAnsi="宋体" w:eastAsia="宋体"/>
                <w:b w:val="0"/>
                <w:sz w:val="18"/>
              </w:rPr>
              <w:t>有学生能说出“底面积×高”。</w:t>
            </w:r>
          </w:p>
          <w:p>
            <w:pPr>
              <w:spacing w:after="20" w:line="276" w:lineRule="auto"/>
            </w:pPr>
            <w:r>
              <w:rPr>
                <w:rFonts w:ascii="宋体" w:hAnsi="宋体" w:eastAsia="宋体"/>
                <w:b w:val="0"/>
                <w:sz w:val="18"/>
              </w:rPr>
              <w:t>预设1：我从书上看到的。</w:t>
            </w:r>
          </w:p>
          <w:p>
            <w:pPr>
              <w:spacing w:after="20" w:line="276" w:lineRule="auto"/>
            </w:pPr>
            <w:r>
              <w:rPr>
                <w:rFonts w:ascii="宋体" w:hAnsi="宋体" w:eastAsia="宋体"/>
                <w:b w:val="0"/>
                <w:sz w:val="18"/>
              </w:rPr>
              <w:t>预设2：学生基本能够叙述清楚将圆柱转化为与它等底等高的</w:t>
            </w:r>
          </w:p>
          <w:p>
            <w:pPr>
              <w:spacing w:after="20" w:line="276" w:lineRule="auto"/>
            </w:pPr>
            <w:r>
              <w:rPr>
                <w:rFonts w:ascii="宋体" w:hAnsi="宋体" w:eastAsia="宋体"/>
                <w:b w:val="0"/>
                <w:sz w:val="18"/>
              </w:rPr>
              <w:t>汇报交流，根据学生的发言适时板书。</w:t>
            </w:r>
          </w:p>
        </w:tc>
        <w:tc>
          <w:tcPr>
            <w:tcW w:type="dxa" w:w="1814"/>
          </w:tcPr>
          <w:p>
            <w:pPr>
              <w:spacing w:after="20" w:line="276" w:lineRule="auto"/>
            </w:pPr>
            <w:r/>
            <w:r>
              <w:rPr>
                <w:rFonts w:ascii="宋体" w:hAnsi="宋体" w:eastAsia="宋体"/>
                <w:b w:val="0"/>
                <w:sz w:val="18"/>
              </w:rPr>
              <w:t>尊重学生的学习起点，一步一步引导学生确定研究的方向。通过猜想、验证、归纳的思维过程，让学生自主探究圆柱的体积公式，并且认识到它与长方体和正方体体积公式之间的联系，把新问题转化为已经学过的问题来解决。掌握转化的思想、类比的思想，并体会极限的思想。</w:t>
            </w:r>
          </w:p>
        </w:tc>
      </w:tr>
      <w:tr>
        <w:tc>
          <w:tcPr>
            <w:tcW w:type="dxa" w:w="1474"/>
          </w:tcPr>
          <w:p>
            <w:pPr>
              <w:spacing w:after="20" w:line="276" w:lineRule="auto"/>
            </w:pPr>
            <w:r>
              <w:rPr>
                <w:b/>
              </w:rPr>
            </w:r>
            <w:r>
              <w:rPr>
                <w:rFonts w:ascii="宋体" w:hAnsi="宋体" w:eastAsia="宋体"/>
                <w:b/>
                <w:sz w:val="18"/>
              </w:rPr>
              <w:t>三、利用圆柱的体积公式解决实际问题</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第2题：指导学生理解井深就是圆柱的高，要求挖出的土的体积，先要求水井的底面积。</w:t>
            </w:r>
          </w:p>
          <w:p>
            <w:pPr>
              <w:spacing w:after="20" w:line="276" w:lineRule="auto"/>
            </w:pPr>
            <w:r>
              <w:rPr>
                <w:rFonts w:ascii="宋体" w:hAnsi="宋体" w:eastAsia="宋体"/>
                <w:b w:val="0"/>
                <w:sz w:val="18"/>
              </w:rPr>
              <w:t>第2题：这道题比较简单，只要理解油桶的容积就是油桶可装油的体积就可以了。</w:t>
            </w:r>
          </w:p>
          <w:p>
            <w:pPr>
              <w:spacing w:after="20" w:line="276" w:lineRule="auto"/>
            </w:pPr>
            <w:r>
              <w:rPr>
                <w:rFonts w:ascii="宋体" w:hAnsi="宋体" w:eastAsia="宋体"/>
                <w:b w:val="0"/>
                <w:sz w:val="18"/>
              </w:rPr>
              <w:t>第3题：这是一道易错题。需要学生学会选择合适的信息解决实际问题。花坛的高度是一个干扰性信息，花坛里所填土的体积只与所填土的高度相关，还要注意题目中一共有两个花坛。</w:t>
            </w:r>
          </w:p>
          <w:p>
            <w:pPr>
              <w:spacing w:after="20" w:line="276" w:lineRule="auto"/>
            </w:pPr>
            <w:r>
              <w:rPr>
                <w:rFonts w:ascii="宋体" w:hAnsi="宋体" w:eastAsia="宋体"/>
                <w:b w:val="0"/>
                <w:sz w:val="18"/>
              </w:rPr>
              <w:t>第4题：此题是圆柱体积计算公式的逆向应用。学生可以直接列出除法算式，也可以列方程解答。</w:t>
            </w:r>
          </w:p>
          <w:p>
            <w:pPr>
              <w:spacing w:after="20" w:line="276" w:lineRule="auto"/>
            </w:pPr>
            <w:r>
              <w:rPr>
                <w:rFonts w:ascii="宋体" w:hAnsi="宋体" w:eastAsia="宋体"/>
                <w:b w:val="0"/>
                <w:sz w:val="18"/>
              </w:rPr>
              <w:t>第5题：要求学生解决与圆柱形物体的体积有关的综合性实际问题。题目要求的是玉米重多少，首先要求出玉米的体积。</w:t>
            </w:r>
          </w:p>
          <w:p>
            <w:pPr>
              <w:spacing w:after="20" w:line="276" w:lineRule="auto"/>
            </w:pPr>
            <w:r>
              <w:rPr>
                <w:rFonts w:ascii="宋体" w:hAnsi="宋体" w:eastAsia="宋体"/>
                <w:b w:val="0"/>
                <w:sz w:val="18"/>
              </w:rPr>
              <w:t>注意两道题提供的是不同的条件，引导学生根据条件灵活选择公式解决问题。</w:t>
            </w:r>
          </w:p>
          <w:p>
            <w:pPr>
              <w:spacing w:after="20" w:line="276" w:lineRule="auto"/>
            </w:pPr>
            <w:r>
              <w:rPr>
                <w:rFonts w:ascii="宋体" w:hAnsi="宋体" w:eastAsia="宋体"/>
                <w:b w:val="0"/>
                <w:sz w:val="18"/>
              </w:rPr>
              <w:t>师：长方体（正方体）和圆柱的体积都可用“底面积×高”来计算，只是底面积的具体计算方法不同而已。如果把底面改成三角形、五边形、平行四边形，能不能也用“底面积×高”来求体积？</w:t>
            </w:r>
          </w:p>
        </w:tc>
        <w:tc>
          <w:tcPr>
            <w:tcW w:type="dxa" w:w="3061"/>
          </w:tcPr>
          <w:p>
            <w:pPr>
              <w:spacing w:after="20" w:line="276" w:lineRule="auto"/>
            </w:pPr>
            <w:r/>
            <w:r>
              <w:rPr>
                <w:rFonts w:ascii="宋体" w:hAnsi="宋体" w:eastAsia="宋体"/>
                <w:b w:val="0"/>
                <w:sz w:val="18"/>
              </w:rPr>
              <w:t>第1题：直接给出圆柱的底面积和高，求圆柱的体积。指导学生计算时先写计算公式V＝Sh，要注意长90 cm就是圆柱形木料的高。</w:t>
            </w:r>
          </w:p>
          <w:p>
            <w:pPr>
              <w:spacing w:after="20" w:line="276" w:lineRule="auto"/>
            </w:pPr>
            <w:r>
              <w:rPr>
                <w:rFonts w:ascii="宋体" w:hAnsi="宋体" w:eastAsia="宋体"/>
                <w:b w:val="0"/>
                <w:sz w:val="18"/>
              </w:rPr>
              <w:t>2.学生独立解答教科书P27“练习五”第1～5题，并在小组内订正。</w:t>
            </w:r>
          </w:p>
          <w:p>
            <w:pPr>
              <w:spacing w:after="20" w:line="276" w:lineRule="auto"/>
            </w:pPr>
            <w:r>
              <w:rPr>
                <w:rFonts w:ascii="宋体" w:hAnsi="宋体" w:eastAsia="宋体"/>
                <w:b w:val="0"/>
                <w:sz w:val="18"/>
              </w:rPr>
              <w:t>第1题：已知圆柱的底面半径（或直径）和高，求体积。要求学生仔细审题，看清条件，选择合适的计算公式。</w:t>
            </w:r>
          </w:p>
          <w:p>
            <w:pPr>
              <w:spacing w:after="20" w:line="276" w:lineRule="auto"/>
            </w:pPr>
            <w:r>
              <w:rPr>
                <w:rFonts w:ascii="宋体" w:hAnsi="宋体" w:eastAsia="宋体"/>
                <w:b w:val="0"/>
                <w:sz w:val="18"/>
              </w:rPr>
              <w:t>预设1：求圆柱的表面积就是求3个面的面积之和；求长方体的表面积是求6个面的面积之和。（教师可以追问，求表面积有没有一致的地方？引导学生理解不同的立体图形，求表面积都是求表面的面积总和。）</w:t>
            </w:r>
          </w:p>
          <w:p>
            <w:pPr>
              <w:spacing w:after="20" w:line="276" w:lineRule="auto"/>
            </w:pPr>
            <w:r>
              <w:rPr>
                <w:rFonts w:ascii="宋体" w:hAnsi="宋体" w:eastAsia="宋体"/>
                <w:b w:val="0"/>
                <w:sz w:val="18"/>
              </w:rPr>
              <w:t>预设2：求圆柱的体积可以用底面积×高，求长方体的体积也可以用底面积×高。</w:t>
            </w:r>
          </w:p>
          <w:p>
            <w:pPr>
              <w:spacing w:after="20" w:line="276" w:lineRule="auto"/>
            </w:pPr>
            <w:r>
              <w:rPr>
                <w:rFonts w:ascii="宋体" w:hAnsi="宋体" w:eastAsia="宋体"/>
                <w:b w:val="0"/>
                <w:sz w:val="18"/>
              </w:rPr>
              <w:t>预设3：表面积的单位是面积单位，体积的单位是体积单位。</w:t>
            </w:r>
          </w:p>
          <w:p>
            <w:pPr>
              <w:spacing w:after="20" w:line="276" w:lineRule="auto"/>
            </w:pPr>
            <w:r>
              <w:rPr>
                <w:rFonts w:ascii="宋体" w:hAnsi="宋体" w:eastAsia="宋体"/>
                <w:b w:val="0"/>
                <w:sz w:val="18"/>
              </w:rPr>
              <w:t>学生会给出肯定的回答，如果有学生质疑，让其他学生说明想法。</w:t>
            </w:r>
          </w:p>
        </w:tc>
        <w:tc>
          <w:tcPr>
            <w:tcW w:type="dxa" w:w="1814"/>
          </w:tcPr>
          <w:p>
            <w:pPr>
              <w:spacing w:after="20" w:line="276" w:lineRule="auto"/>
            </w:pPr>
            <w:r/>
            <w:r>
              <w:rPr>
                <w:rFonts w:ascii="宋体" w:hAnsi="宋体" w:eastAsia="宋体"/>
                <w:b w:val="0"/>
                <w:sz w:val="18"/>
              </w:rPr>
              <w:t>在解决问题的基础上做进一步的提升，使学生一方面能区分表面积和体积在概念上的不同，另一方面又能理解立体图形在求表面积、体积时的一致性，培养学生的类比推理能力。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师：通过本节课的学习，你们有什么感受和收获呢？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引导学生回顾梳理本课所学，完善认知结构，提升归纳与反思能力，核心问题："通过本节课的学习，你们有什么感受和收获呢？"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会学习”是对学生“学”的最高要求，因此在教学中不但要教给学生知识，更要教学生学习的方法。本课让学生经历“设疑——猜想——验证”的学习过程，体验转化的过程，验证转化的结果，使“转化”“极限”等数学思想得到良好渗透，发展了学生的数学能力。在教学过程中发现，仍有少数学生对圆柱的体积计算公式的推导过程表述不够清晰，要注意指导，可以多给学生实践操作的机会，从直观到抽象，在理解的基础上进行规范表述。 【教学笔记】 【作业设计】 见“状元成才路”系列丛书《创优作业100分》对应课时作业。 1（1）如图，把一个圆柱沿底面半径平均分成若干份，拼成一个近似的（　　　）。这个长方体的底面积等于原来圆柱的（　　　），高等于原来圆柱的（　　　），圆柱的体积＝（　　　）×（　　　）。如果用V表示圆柱的体积，h表示高，r表示底面半径，那么V＝（　　　）。 （2）新情境 2024年4月25日，神舟十八号载人飞船发射成功。作为“动力心脏”的飞船推进舱呈圆柱形，底面积约4.9 m2，高约3.05 m，体积约是（　　　）m3。 （3）一个圆柱的底面半径是2 cm，高是10 cm，这个圆柱的体积是（　　　）cm3。 2求下面各圆柱的体积。（单位：cm） 参考答案 1.（1）长方体　底面积　高　底面积　高　πr2h （2）14.945　（3）125.6 2.（1）3.14×42×5＝251.2（cm3） （2）3.14×（8÷2）2×12＝602.88（cm3） 【教学笔记】 PAGE</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圆柱的体积（2）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圆柱的体积（2）</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（1）运用圆柱体积的计算方法，计算圆柱形容器的容积。</w:t>
      </w:r>
    </w:p>
    <w:p>
      <w:pPr>
        <w:spacing w:after="20" w:line="300" w:lineRule="auto"/>
        <w:ind w:firstLine="400"/>
      </w:pPr>
      <w:r>
        <w:rPr>
          <w:rFonts w:ascii="宋体" w:hAnsi="宋体" w:eastAsia="宋体"/>
          <w:b w:val="0"/>
          <w:sz w:val="20"/>
        </w:rPr>
        <w:t>（2）经历分析问题、解决问题的过程，初步体会转化的数学思想，并采用多样化的思路解决问题，提高学生解决问题的能力。</w:t>
      </w:r>
    </w:p>
    <w:p>
      <w:pPr>
        <w:spacing w:after="20" w:line="300" w:lineRule="auto"/>
        <w:ind w:firstLine="400"/>
      </w:pPr>
      <w:r>
        <w:rPr>
          <w:rFonts w:ascii="宋体" w:hAnsi="宋体" w:eastAsia="宋体"/>
          <w:b w:val="0"/>
          <w:sz w:val="20"/>
        </w:rPr>
        <w:t>（3）体验生活中的数学，感受数学学习的价值，培养学生的应用意识。</w:t>
      </w:r>
    </w:p>
    <w:p>
      <w:pPr>
        <w:spacing w:after="20" w:line="300" w:lineRule="auto"/>
      </w:pPr>
      <w:r>
        <w:rPr>
          <w:rFonts w:ascii="宋体" w:hAnsi="宋体" w:eastAsia="宋体"/>
          <w:b w:val="0"/>
          <w:sz w:val="20"/>
        </w:rPr>
        <w:t>教学重点：运用圆柱体积计算公式，灵活解决问题。</w:t>
      </w:r>
    </w:p>
    <w:p>
      <w:pPr>
        <w:spacing w:after="20" w:line="300" w:lineRule="auto"/>
      </w:pPr>
      <w:r>
        <w:rPr>
          <w:rFonts w:ascii="宋体" w:hAnsi="宋体" w:eastAsia="宋体"/>
          <w:b w:val="0"/>
          <w:sz w:val="20"/>
        </w:rPr>
        <w:t>教学难点：能从不同角度思考问题，采用多种方法解决问题。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一、回忆圆柱的体积公式，导入新课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上节课学习了圆柱的体积计算公式，你能说一说圆柱的体积怎样求吗？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二、运用圆柱体积计算公式解决简单的实际问题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要回答这个问题，先要计算什么？；你知道杯子的容积怎么求吗？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三、练习巩固，拓展提升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四、运用知识，灵活解决综合性问题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想象一下1秒流出的水是什么形状的。求50秒流出的水的体积就是求什么？</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通过本节课的学习，你们有什么新的收获呢？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一、回忆圆柱的体积公式，导入新课</w:t>
            </w:r>
          </w:p>
        </w:tc>
        <w:tc>
          <w:tcPr>
            <w:tcW w:type="dxa" w:w="3061"/>
          </w:tcPr>
          <w:p>
            <w:pPr>
              <w:spacing w:after="20" w:line="276" w:lineRule="auto"/>
            </w:pPr>
            <w:r/>
            <w:r>
              <w:rPr>
                <w:rFonts w:ascii="宋体" w:hAnsi="宋体" w:eastAsia="宋体"/>
                <w:b w:val="0"/>
                <w:sz w:val="18"/>
              </w:rPr>
              <w:t>师：上节课学习了圆柱的体积计算公式，你能说一说圆柱的体积怎样求吗？</w:t>
            </w:r>
          </w:p>
          <w:p>
            <w:pPr>
              <w:spacing w:after="20" w:line="276" w:lineRule="auto"/>
            </w:pPr>
            <w:r>
              <w:rPr>
                <w:rFonts w:ascii="宋体" w:hAnsi="宋体" w:eastAsia="宋体"/>
                <w:b w:val="0"/>
                <w:sz w:val="18"/>
              </w:rPr>
              <w:t>教师根据学生的回答板书。(如果学生没有说出全部的计算公式，教师可以提示。)</w:t>
            </w:r>
          </w:p>
          <w:p>
            <w:pPr>
              <w:spacing w:after="20" w:line="276" w:lineRule="auto"/>
            </w:pPr>
            <w:r>
              <w:rPr>
                <w:rFonts w:ascii="宋体" w:hAnsi="宋体" w:eastAsia="宋体"/>
                <w:b w:val="0"/>
                <w:sz w:val="18"/>
              </w:rPr>
              <w:t>师：同学们掌握了这么多的圆柱的体积计算方法，今天我们就运用圆柱体积的知识来解决一些实际问题。［板书课题：圆柱的体积（2）］</w:t>
            </w:r>
          </w:p>
        </w:tc>
        <w:tc>
          <w:tcPr>
            <w:tcW w:type="dxa" w:w="3061"/>
          </w:tcPr>
          <w:p>
            <w:pPr>
              <w:spacing w:after="20" w:line="276" w:lineRule="auto"/>
            </w:pPr>
            <w:r/>
            <w:r>
              <w:rPr>
                <w:rFonts w:ascii="宋体" w:hAnsi="宋体" w:eastAsia="宋体"/>
                <w:b w:val="0"/>
                <w:sz w:val="18"/>
              </w:rPr>
              <w:t>预设1：已知圆柱的底面积和高，V=Sh。</w:t>
            </w:r>
          </w:p>
          <w:p>
            <w:pPr>
              <w:spacing w:after="20" w:line="276" w:lineRule="auto"/>
            </w:pPr>
            <w:r>
              <w:rPr>
                <w:rFonts w:ascii="宋体" w:hAnsi="宋体" w:eastAsia="宋体"/>
                <w:b w:val="0"/>
                <w:sz w:val="18"/>
              </w:rPr>
              <w:t>预设2：已知圆柱的底面半径和高，V=πr2h。</w:t>
            </w:r>
          </w:p>
          <w:p>
            <w:pPr>
              <w:spacing w:after="20" w:line="276" w:lineRule="auto"/>
            </w:pPr>
            <w:r>
              <w:rPr>
                <w:rFonts w:ascii="宋体" w:hAnsi="宋体" w:eastAsia="宋体"/>
                <w:b w:val="0"/>
                <w:sz w:val="18"/>
              </w:rPr>
              <w:t>预设3：已知圆柱的底面直径和高，V=π EMBED Equation.DSMT4  h。</w:t>
            </w:r>
          </w:p>
          <w:p>
            <w:pPr>
              <w:spacing w:after="20" w:line="276" w:lineRule="auto"/>
            </w:pPr>
            <w:r>
              <w:rPr>
                <w:rFonts w:ascii="宋体" w:hAnsi="宋体" w:eastAsia="宋体"/>
                <w:b w:val="0"/>
                <w:sz w:val="18"/>
              </w:rPr>
              <w:t>预设4：已知圆柱的底面周长和高，V=π EMBED Equation.DSMT4  h。</w:t>
            </w:r>
          </w:p>
        </w:tc>
        <w:tc>
          <w:tcPr>
            <w:tcW w:type="dxa" w:w="1814"/>
          </w:tcPr>
          <w:p>
            <w:pPr>
              <w:spacing w:after="20" w:line="276" w:lineRule="auto"/>
            </w:pPr>
            <w:r/>
            <w:r>
              <w:rPr>
                <w:rFonts w:ascii="宋体" w:hAnsi="宋体" w:eastAsia="宋体"/>
                <w:b w:val="0"/>
                <w:sz w:val="18"/>
              </w:rPr>
              <w:t>通过回忆圆柱的体积计算公式，引出今天学习的内容。</w:t>
            </w:r>
          </w:p>
        </w:tc>
      </w:tr>
      <w:tr>
        <w:tc>
          <w:tcPr>
            <w:tcW w:type="dxa" w:w="1474"/>
          </w:tcPr>
          <w:p>
            <w:pPr>
              <w:spacing w:after="20" w:line="276" w:lineRule="auto"/>
            </w:pPr>
            <w:r>
              <w:rPr>
                <w:b/>
              </w:rPr>
            </w:r>
            <w:r>
              <w:rPr>
                <w:rFonts w:ascii="宋体" w:hAnsi="宋体" w:eastAsia="宋体"/>
                <w:b/>
                <w:sz w:val="18"/>
              </w:rPr>
              <w:t>二、运用圆柱体积计算公式解决简单的实际问题</w:t>
            </w:r>
          </w:p>
        </w:tc>
        <w:tc>
          <w:tcPr>
            <w:tcW w:type="dxa" w:w="3061"/>
          </w:tcPr>
          <w:p>
            <w:pPr>
              <w:spacing w:after="20" w:line="276" w:lineRule="auto"/>
            </w:pPr>
            <w:r/>
            <w:r>
              <w:rPr>
                <w:rFonts w:ascii="宋体" w:hAnsi="宋体" w:eastAsia="宋体"/>
                <w:b w:val="0"/>
                <w:sz w:val="18"/>
              </w:rPr>
              <w:t>课件出示教科书P25例6。</w:t>
            </w:r>
          </w:p>
          <w:p>
            <w:pPr>
              <w:spacing w:after="20" w:line="276" w:lineRule="auto"/>
            </w:pPr>
            <w:r>
              <w:rPr>
                <w:rFonts w:ascii="宋体" w:hAnsi="宋体" w:eastAsia="宋体"/>
                <w:b w:val="0"/>
                <w:sz w:val="18"/>
              </w:rPr>
              <w:t>师：要回答这个问题，先要计算什么？</w:t>
            </w:r>
          </w:p>
          <w:p>
            <w:pPr>
              <w:spacing w:after="20" w:line="276" w:lineRule="auto"/>
            </w:pPr>
            <w:r>
              <w:rPr>
                <w:rFonts w:ascii="宋体" w:hAnsi="宋体" w:eastAsia="宋体"/>
                <w:b w:val="0"/>
                <w:sz w:val="18"/>
              </w:rPr>
              <w:t>师：你知道杯子的容积怎么求吗？（引导学生说出与求体积的方法相同。）</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（2）交流分享。</w:t>
            </w:r>
          </w:p>
          <w:p>
            <w:pPr>
              <w:spacing w:after="20" w:line="276" w:lineRule="auto"/>
            </w:pPr>
            <w:r>
              <w:rPr>
                <w:rFonts w:ascii="宋体" w:hAnsi="宋体" w:eastAsia="宋体"/>
                <w:b w:val="0"/>
                <w:sz w:val="18"/>
              </w:rPr>
              <w:t>（3）课件出示正确解答。</w:t>
            </w:r>
          </w:p>
        </w:tc>
        <w:tc>
          <w:tcPr>
            <w:tcW w:type="dxa" w:w="3061"/>
          </w:tcPr>
          <w:p>
            <w:pPr>
              <w:spacing w:after="20" w:line="276" w:lineRule="auto"/>
            </w:pPr>
            <w:r/>
            <w:r>
              <w:rPr>
                <w:rFonts w:ascii="宋体" w:hAnsi="宋体" w:eastAsia="宋体"/>
                <w:b w:val="0"/>
                <w:sz w:val="18"/>
              </w:rPr>
              <w:t>先要计算出杯子的容积，再与牛奶的体积进行比较。</w:t>
            </w:r>
          </w:p>
        </w:tc>
        <w:tc>
          <w:tcPr>
            <w:tcW w:type="dxa" w:w="1814"/>
          </w:tcPr>
          <w:p>
            <w:pPr>
              <w:spacing w:after="20" w:line="276" w:lineRule="auto"/>
            </w:pPr>
            <w:r/>
            <w:r>
              <w:rPr>
                <w:rFonts w:ascii="宋体" w:hAnsi="宋体" w:eastAsia="宋体"/>
                <w:b w:val="0"/>
                <w:sz w:val="18"/>
              </w:rPr>
              <w:t>让学生运用圆柱的体积计算公式解决简单的实际问题，让学生认识到数学学习的价值，明确数学在了解周围世界和解决实际问题中是非常有用的。</w:t>
            </w:r>
          </w:p>
        </w:tc>
      </w:tr>
      <w:tr>
        <w:tc>
          <w:tcPr>
            <w:tcW w:type="dxa" w:w="1474"/>
          </w:tcPr>
          <w:p>
            <w:pPr>
              <w:spacing w:after="20" w:line="276" w:lineRule="auto"/>
            </w:pPr>
            <w:r>
              <w:rPr>
                <w:b/>
              </w:rPr>
            </w:r>
            <w:r>
              <w:rPr>
                <w:rFonts w:ascii="宋体" w:hAnsi="宋体" w:eastAsia="宋体"/>
                <w:b/>
                <w:sz w:val="18"/>
              </w:rPr>
              <w:t>三、练习巩固，拓展提升</w:t>
            </w:r>
          </w:p>
        </w:tc>
        <w:tc>
          <w:tcPr>
            <w:tcW w:type="dxa" w:w="3061"/>
          </w:tcPr>
          <w:p>
            <w:pPr>
              <w:spacing w:after="20" w:line="276" w:lineRule="auto"/>
            </w:pPr>
            <w:r/>
            <w:r>
              <w:rPr>
                <w:rFonts w:ascii="宋体" w:hAnsi="宋体" w:eastAsia="宋体"/>
                <w:b w:val="0"/>
                <w:sz w:val="18"/>
              </w:rPr>
              <w:t>完成后在小组内交流、汇报，进行评析并订正。</w:t>
            </w:r>
          </w:p>
          <w:p>
            <w:pPr>
              <w:spacing w:after="20" w:line="276" w:lineRule="auto"/>
            </w:pPr>
            <w:r>
              <w:rPr>
                <w:rFonts w:ascii="宋体" w:hAnsi="宋体" w:eastAsia="宋体"/>
                <w:b w:val="0"/>
                <w:sz w:val="18"/>
              </w:rPr>
              <w:t>第2题：先计算出蓄水的体积，再计算出水的质量。</w:t>
            </w:r>
          </w:p>
          <w:p>
            <w:pPr>
              <w:spacing w:after="20" w:line="276" w:lineRule="auto"/>
            </w:pPr>
            <w:r>
              <w:rPr>
                <w:rFonts w:ascii="宋体" w:hAnsi="宋体" w:eastAsia="宋体"/>
                <w:b w:val="0"/>
                <w:sz w:val="18"/>
              </w:rPr>
              <w:t>这一组练习中，大多数是现实生活情境中的数学问题，让学生独立思考并解答。例如第3题中哪一个条件是多余信息，求的是几个花坛里的土的体积。在评析错误的过程中，明确要认真审题，合理利用信息。</w:t>
            </w:r>
          </w:p>
          <w:p>
            <w:pPr>
              <w:spacing w:after="20" w:line="276" w:lineRule="auto"/>
            </w:pPr>
            <w:r>
              <w:rPr>
                <w:rFonts w:ascii="宋体" w:hAnsi="宋体" w:eastAsia="宋体"/>
                <w:b w:val="0"/>
                <w:sz w:val="18"/>
              </w:rPr>
              <w:t>2.独立完成教科书P28“练习五”第12题。</w:t>
            </w:r>
          </w:p>
          <w:p>
            <w:pPr>
              <w:spacing w:after="20" w:line="276" w:lineRule="auto"/>
            </w:pPr>
            <w:r>
              <w:rPr>
                <w:rFonts w:ascii="宋体" w:hAnsi="宋体" w:eastAsia="宋体"/>
                <w:b w:val="0"/>
                <w:sz w:val="18"/>
              </w:rPr>
              <w:t>教师引导学生重点理解第二种方法，与第6题的分析思路统一，明确求钢管的体积也可以用底面积×高，也就是底面圆环的面积×高，一起总结出计算公式并板书：V钢管＝π（R2－r2）h。</w:t>
            </w:r>
          </w:p>
        </w:tc>
        <w:tc>
          <w:tcPr>
            <w:tcW w:type="dxa" w:w="3061"/>
          </w:tcPr>
          <w:p>
            <w:pPr>
              <w:spacing w:after="20" w:line="276" w:lineRule="auto"/>
            </w:pPr>
            <w:r/>
            <w:r>
              <w:rPr>
                <w:rFonts w:ascii="宋体" w:hAnsi="宋体" w:eastAsia="宋体"/>
                <w:b w:val="0"/>
                <w:sz w:val="18"/>
              </w:rPr>
              <w:t>1.学生独立解答教科书P25“做一做”第1、2题。</w:t>
            </w:r>
          </w:p>
          <w:p>
            <w:pPr>
              <w:spacing w:after="20" w:line="276" w:lineRule="auto"/>
            </w:pPr>
            <w:r>
              <w:rPr>
                <w:rFonts w:ascii="宋体" w:hAnsi="宋体" w:eastAsia="宋体"/>
                <w:b w:val="0"/>
                <w:sz w:val="18"/>
              </w:rPr>
              <w:t>第1题：学生不会感到困难，注意计算的正确性。</w:t>
            </w:r>
          </w:p>
          <w:p>
            <w:pPr>
              <w:spacing w:after="20" w:line="276" w:lineRule="auto"/>
            </w:pPr>
            <w:r>
              <w:rPr>
                <w:rFonts w:ascii="宋体" w:hAnsi="宋体" w:eastAsia="宋体"/>
                <w:b w:val="0"/>
                <w:sz w:val="18"/>
              </w:rPr>
              <w:t>预设1：先求出大圆柱的体积，再求出小圆柱的体积，用大圆柱的体积减去小圆柱的体积，求出钢管所用钢材的体积。</w:t>
            </w:r>
          </w:p>
          <w:p>
            <w:pPr>
              <w:spacing w:after="20" w:line="276" w:lineRule="auto"/>
            </w:pPr>
            <w:r>
              <w:rPr>
                <w:rFonts w:ascii="宋体" w:hAnsi="宋体" w:eastAsia="宋体"/>
                <w:b w:val="0"/>
                <w:sz w:val="18"/>
              </w:rPr>
              <w:t>预设2：先求钢管的底面积，也就是圆环的面积，再用底面圆环的面积乘高。</w:t>
            </w:r>
          </w:p>
        </w:tc>
        <w:tc>
          <w:tcPr>
            <w:tcW w:type="dxa" w:w="1814"/>
          </w:tcPr>
          <w:p>
            <w:pPr>
              <w:spacing w:after="20" w:line="276" w:lineRule="auto"/>
            </w:pPr>
            <w:r/>
            <w:r>
              <w:rPr>
                <w:rFonts w:ascii="宋体" w:hAnsi="宋体" w:eastAsia="宋体"/>
                <w:b w:val="0"/>
                <w:sz w:val="18"/>
              </w:rPr>
              <w:t>在解决问题的过程中，引导学生将实际问题转化为数学问题，注意引导学生合作交流，并能清晰地表达自己的解题思路及步骤。</w:t>
            </w:r>
          </w:p>
          <w:p>
            <w:pPr>
              <w:spacing w:after="20" w:line="276" w:lineRule="auto"/>
            </w:pPr>
            <w:r>
              <w:rPr>
                <w:rFonts w:ascii="宋体" w:hAnsi="宋体" w:eastAsia="宋体"/>
                <w:b w:val="0"/>
                <w:sz w:val="18"/>
              </w:rPr>
              <w:t>从不同的角度来分析、解决问题，并相互验证。归纳出求钢管的体积的计算公式，帮助学生积累解决问题的经验，感受知识之间的联系。</w:t>
            </w:r>
          </w:p>
        </w:tc>
      </w:tr>
      <w:tr>
        <w:tc>
          <w:tcPr>
            <w:tcW w:type="dxa" w:w="1474"/>
          </w:tcPr>
          <w:p>
            <w:pPr>
              <w:spacing w:after="20" w:line="276" w:lineRule="auto"/>
            </w:pPr>
            <w:r>
              <w:rPr>
                <w:b/>
              </w:rPr>
            </w:r>
            <w:r>
              <w:rPr>
                <w:rFonts w:ascii="宋体" w:hAnsi="宋体" w:eastAsia="宋体"/>
                <w:b/>
                <w:sz w:val="18"/>
              </w:rPr>
              <w:t>四、运用知识，灵活解决综合性问题</w:t>
            </w:r>
          </w:p>
        </w:tc>
        <w:tc>
          <w:tcPr>
            <w:tcW w:type="dxa" w:w="3061"/>
          </w:tcPr>
          <w:p>
            <w:pPr>
              <w:spacing w:after="20" w:line="276" w:lineRule="auto"/>
            </w:pPr>
            <w:r/>
            <w:r>
              <w:rPr>
                <w:rFonts w:ascii="宋体" w:hAnsi="宋体" w:eastAsia="宋体"/>
                <w:b w:val="0"/>
                <w:sz w:val="18"/>
              </w:rPr>
              <w:t>1.运用转化的思想解决问题。</w:t>
            </w:r>
          </w:p>
          <w:p>
            <w:pPr>
              <w:spacing w:after="20" w:line="276" w:lineRule="auto"/>
            </w:pPr>
            <w:r>
              <w:rPr>
                <w:rFonts w:ascii="宋体" w:hAnsi="宋体" w:eastAsia="宋体"/>
                <w:b w:val="0"/>
                <w:sz w:val="18"/>
              </w:rPr>
              <w:t>（1）独立完成教科书P28“练习五”第9、10题。</w:t>
            </w:r>
          </w:p>
          <w:p>
            <w:pPr>
              <w:spacing w:after="20" w:line="276" w:lineRule="auto"/>
            </w:pPr>
            <w:r>
              <w:rPr>
                <w:rFonts w:ascii="宋体" w:hAnsi="宋体" w:eastAsia="宋体"/>
                <w:b w:val="0"/>
                <w:sz w:val="18"/>
              </w:rPr>
              <w:t>（2）交流分享。（汇报时重点说说用了怎样的策略，是把什么转化成了什么来计算的。）</w:t>
            </w:r>
          </w:p>
          <w:p>
            <w:pPr>
              <w:spacing w:after="20" w:line="276" w:lineRule="auto"/>
            </w:pPr>
            <w:r>
              <w:rPr>
                <w:rFonts w:ascii="宋体" w:hAnsi="宋体" w:eastAsia="宋体"/>
                <w:b w:val="0"/>
                <w:sz w:val="18"/>
              </w:rPr>
              <w:t>第10题：引导学生说出铁块的体积＝下降部分水的体积，求下降部分水的体积就是求底面直径是10 cm、高是2 cm的圆柱的体积。</w:t>
            </w:r>
          </w:p>
          <w:p>
            <w:pPr>
              <w:spacing w:after="20" w:line="276" w:lineRule="auto"/>
            </w:pPr>
            <w:r>
              <w:rPr>
                <w:rFonts w:ascii="宋体" w:hAnsi="宋体" w:eastAsia="宋体"/>
                <w:b w:val="0"/>
                <w:sz w:val="18"/>
              </w:rPr>
              <w:t>2.采用多种思路解决问题。</w:t>
            </w:r>
          </w:p>
          <w:p>
            <w:pPr>
              <w:spacing w:after="20" w:line="276" w:lineRule="auto"/>
            </w:pPr>
            <w:r>
              <w:rPr>
                <w:rFonts w:ascii="宋体" w:hAnsi="宋体" w:eastAsia="宋体"/>
                <w:b w:val="0"/>
                <w:sz w:val="18"/>
              </w:rPr>
              <w:t>（1）课件出示教科书P28“练习五”第11题。</w:t>
            </w:r>
          </w:p>
          <w:p>
            <w:pPr>
              <w:spacing w:after="20" w:line="276" w:lineRule="auto"/>
            </w:pPr>
            <w:r>
              <w:rPr>
                <w:rFonts w:ascii="宋体" w:hAnsi="宋体" w:eastAsia="宋体"/>
                <w:b w:val="0"/>
                <w:sz w:val="18"/>
              </w:rPr>
              <w:t>师：想象一下1秒流出的水是什么形状的。求50秒流出的水的体积就是求什么？</w:t>
            </w:r>
          </w:p>
          <w:p>
            <w:pPr>
              <w:spacing w:after="20" w:line="276" w:lineRule="auto"/>
            </w:pPr>
            <w:r>
              <w:rPr>
                <w:rFonts w:ascii="宋体" w:hAnsi="宋体" w:eastAsia="宋体"/>
                <w:b w:val="0"/>
                <w:sz w:val="18"/>
              </w:rPr>
              <w:t>2）课件出示教科书P28“练习五”第13题。</w:t>
            </w:r>
          </w:p>
          <w:p>
            <w:pPr>
              <w:spacing w:after="20" w:line="276" w:lineRule="auto"/>
            </w:pPr>
            <w:r>
              <w:rPr>
                <w:rFonts w:ascii="宋体" w:hAnsi="宋体" w:eastAsia="宋体"/>
                <w:b w:val="0"/>
                <w:sz w:val="18"/>
              </w:rPr>
              <w:t>师：说一说你是怎样理解的。</w:t>
            </w:r>
          </w:p>
          <w:p>
            <w:pPr>
              <w:spacing w:after="20" w:line="276" w:lineRule="auto"/>
            </w:pPr>
            <w:r>
              <w:rPr>
                <w:rFonts w:ascii="宋体" w:hAnsi="宋体" w:eastAsia="宋体"/>
                <w:b w:val="0"/>
                <w:sz w:val="18"/>
              </w:rPr>
              <w:t>3.独立完成教科书P28“练习五”第7、8题。</w:t>
            </w:r>
          </w:p>
          <w:p>
            <w:pPr>
              <w:spacing w:after="20" w:line="276" w:lineRule="auto"/>
            </w:pPr>
            <w:r>
              <w:rPr>
                <w:rFonts w:ascii="宋体" w:hAnsi="宋体" w:eastAsia="宋体"/>
                <w:b w:val="0"/>
                <w:sz w:val="18"/>
              </w:rPr>
              <w:t>（1）完成后在小组内说一说解题思路。</w:t>
            </w:r>
          </w:p>
          <w:p>
            <w:pPr>
              <w:spacing w:after="20" w:line="276" w:lineRule="auto"/>
            </w:pPr>
            <w:r>
              <w:rPr>
                <w:rFonts w:ascii="宋体" w:hAnsi="宋体" w:eastAsia="宋体"/>
                <w:b w:val="0"/>
                <w:sz w:val="18"/>
              </w:rPr>
              <w:t>（2）找出错例进行订正。</w:t>
            </w:r>
          </w:p>
          <w:p>
            <w:pPr>
              <w:spacing w:after="20" w:line="276" w:lineRule="auto"/>
            </w:pPr>
            <w:r>
              <w:rPr>
                <w:rFonts w:ascii="宋体" w:hAnsi="宋体" w:eastAsia="宋体"/>
                <w:b w:val="0"/>
                <w:sz w:val="18"/>
              </w:rPr>
              <w:t>在这一组练习的处理中，鼓励学生从不同角度来思考问题，还可以借助草图来帮助理解，提高学生综合解决问题的能力。</w:t>
            </w:r>
          </w:p>
          <w:p>
            <w:pPr>
              <w:spacing w:after="20" w:line="276" w:lineRule="auto"/>
            </w:pPr>
            <w:r>
              <w:rPr>
                <w:rFonts w:ascii="宋体" w:hAnsi="宋体" w:eastAsia="宋体"/>
                <w:b w:val="0"/>
                <w:sz w:val="18"/>
              </w:rPr>
              <w:t>第8题：要先求出一个杯子的容积，再将3个杯子的容积总和与1 L果汁进行比较。</w:t>
            </w:r>
          </w:p>
        </w:tc>
        <w:tc>
          <w:tcPr>
            <w:tcW w:type="dxa" w:w="3061"/>
          </w:tcPr>
          <w:p>
            <w:pPr>
              <w:spacing w:after="20" w:line="276" w:lineRule="auto"/>
            </w:pPr>
            <w:r/>
            <w:r>
              <w:rPr>
                <w:rFonts w:ascii="宋体" w:hAnsi="宋体" w:eastAsia="宋体"/>
                <w:b w:val="0"/>
                <w:sz w:val="18"/>
              </w:rPr>
              <w:t>第9题：先利用第一个圆柱的信息求出底面积，＝V÷h。再用公式V＝h求出第二个圆柱的体积。</w:t>
            </w:r>
          </w:p>
          <w:p>
            <w:pPr>
              <w:spacing w:after="20" w:line="276" w:lineRule="auto"/>
            </w:pPr>
            <w:r>
              <w:rPr>
                <w:rFonts w:ascii="宋体" w:hAnsi="宋体" w:eastAsia="宋体"/>
                <w:b w:val="0"/>
                <w:sz w:val="18"/>
              </w:rPr>
              <w:t>预设1：1秒流出的水实际就是一个底面直径是1.2 cm、高是20 cm的圆柱，而50秒流出的水的体积就是50个这样的圆柱的体积总和。</w:t>
            </w:r>
          </w:p>
          <w:p>
            <w:pPr>
              <w:spacing w:after="20" w:line="276" w:lineRule="auto"/>
            </w:pPr>
            <w:r>
              <w:rPr>
                <w:rFonts w:ascii="宋体" w:hAnsi="宋体" w:eastAsia="宋体"/>
                <w:b w:val="0"/>
                <w:sz w:val="18"/>
              </w:rPr>
              <w:t>预设2：可以把50秒流出的水想象成一个底面直径是1.2 cm、高是1000 cm（50×20 cm）的圆柱。</w:t>
            </w:r>
          </w:p>
          <w:p>
            <w:pPr>
              <w:spacing w:after="20" w:line="276" w:lineRule="auto"/>
            </w:pPr>
            <w:r>
              <w:rPr>
                <w:rFonts w:ascii="宋体" w:hAnsi="宋体" w:eastAsia="宋体"/>
                <w:b w:val="0"/>
                <w:sz w:val="18"/>
              </w:rPr>
              <w:t>学生按照自己的想法列式解答后，集体订正，课件呈现规范解答。</w:t>
            </w:r>
          </w:p>
          <w:p>
            <w:pPr>
              <w:spacing w:after="20" w:line="276" w:lineRule="auto"/>
            </w:pPr>
            <w:r>
              <w:rPr>
                <w:rFonts w:ascii="宋体" w:hAnsi="宋体" w:eastAsia="宋体"/>
                <w:b w:val="0"/>
                <w:sz w:val="18"/>
              </w:rPr>
              <w:t>预设1：先求出4满杯水的体积，也就是一壶茶水的体积，再平均分成6份。</w:t>
            </w:r>
          </w:p>
          <w:p>
            <w:pPr>
              <w:spacing w:after="20" w:line="276" w:lineRule="auto"/>
            </w:pPr>
            <w:r>
              <w:rPr>
                <w:rFonts w:ascii="宋体" w:hAnsi="宋体" w:eastAsia="宋体"/>
                <w:b w:val="0"/>
                <w:sz w:val="18"/>
              </w:rPr>
              <w:t>预设2：也可以想象把4个满杯的水摞起来，成为一个底面积为30 cm2、高为40 cm（4×10 cm）的圆柱，再把这个圆柱在高的方向上平均分成6份，因此，每份圆柱的高就是 EMBED Equation.DSMT4  cm，再用水杯的底面积乘高来解决问题。（如果学生对于这种方法理解困难，可以实物演示或画图分析，帮助学生理解。）</w:t>
            </w:r>
          </w:p>
          <w:p>
            <w:pPr>
              <w:spacing w:after="20" w:line="276" w:lineRule="auto"/>
            </w:pPr>
            <w:r>
              <w:rPr>
                <w:rFonts w:ascii="宋体" w:hAnsi="宋体" w:eastAsia="宋体"/>
                <w:b w:val="0"/>
                <w:sz w:val="18"/>
              </w:rPr>
              <w:t>学生按照自己的想法列式解答后，集体订正，课件呈现规范解答。</w:t>
            </w:r>
          </w:p>
          <w:p>
            <w:pPr>
              <w:spacing w:after="20" w:line="276" w:lineRule="auto"/>
            </w:pPr>
            <w:r>
              <w:rPr>
                <w:rFonts w:ascii="宋体" w:hAnsi="宋体" w:eastAsia="宋体"/>
                <w:b w:val="0"/>
                <w:sz w:val="18"/>
              </w:rPr>
              <w:t>第7题：学生对“厚度为25 cm”这条信息不太理解，教师可以用一个透明胶实物来演示，明确“厚度为25 cm”就是月亮门（圆柱形）的高，减少的土石用量就是月亮门所占的空间，实际上就是一个底面直径为2 m、高为0.25 m的圆柱的体积。最后用原计划的土石用量减去减少的土石用量，得出现在的土石用量。</w:t>
            </w:r>
          </w:p>
        </w:tc>
        <w:tc>
          <w:tcPr>
            <w:tcW w:type="dxa" w:w="1814"/>
          </w:tcPr>
          <w:p>
            <w:pPr>
              <w:spacing w:after="20" w:line="276" w:lineRule="auto"/>
            </w:pPr>
            <w:r/>
            <w:r>
              <w:rPr>
                <w:rFonts w:ascii="宋体" w:hAnsi="宋体" w:eastAsia="宋体"/>
                <w:b w:val="0"/>
                <w:sz w:val="18"/>
              </w:rPr>
              <w:t>这个问题也应用了转化的思想，在对解题过程的表述中，可以引导学生说出是把什么转化成了什么来计算的，找到“变中不变”的量，体会转化思想的应用，激活学生的思维。</w:t>
            </w:r>
          </w:p>
          <w:p>
            <w:pPr>
              <w:spacing w:after="20" w:line="276" w:lineRule="auto"/>
            </w:pPr>
            <w:r>
              <w:rPr>
                <w:rFonts w:ascii="宋体" w:hAnsi="宋体" w:eastAsia="宋体"/>
                <w:b w:val="0"/>
                <w:sz w:val="18"/>
              </w:rPr>
              <w:t>从不同角度来分析问题，会有不同的解决问题的方法。在这样的练习、交流中，进一步提升学生解决问题的能力，培养学生的观察能力、想象能力以及空间观念。</w:t>
            </w:r>
          </w:p>
          <w:p>
            <w:pPr>
              <w:spacing w:after="20" w:line="276" w:lineRule="auto"/>
            </w:pPr>
            <w:r>
              <w:rPr>
                <w:rFonts w:ascii="宋体" w:hAnsi="宋体" w:eastAsia="宋体"/>
                <w:b w:val="0"/>
                <w:sz w:val="18"/>
              </w:rPr>
              <w:t>让学生完成练习后在小组内交流，可以培养合作的意识，体验合作的快乐，在相互交流中进行反思，有助于学生能力的提升。</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师：通过本节课的学习，你们有什么新的收获呢？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引导学生回顾梳理本课所学，完善认知结构，提升归纳与反思能力，核心问题："通过本节课的学习，你们有什么新的收获呢？"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通过创设一个实际的生活情境，让学生会利用圆柱体积的计算方法计算圆柱形容器的容积。教学中应注意圆柱体积计算公式的灵活运用，引导学生根据已知的信息选择合适的计算公式进行计算。在解决实际问题的过程中，鼓励学生将现实问题转化成数学问题，并给予学生充分表达的机会。对于可一题多解的问题，引导学生从多角度思考，培养学生的逻辑思维能力。 【作业设计】 见“状元成才路”系列丛书《创优作业100分》对应课时作业。 1（1）有一个圆柱形杯子，从里面测量，得出底面积是12 cm2，高是6 cm。这个杯子最多可装（　　　）mL水。 （2）把250 mL水倒入一个底面积为50 cm2的圆柱形水杯中（水未溢出），水深（　　）cm。（杯子厚度忽略不计） （3）一个健康的成年人每天大约要喝2000 mL水才能满足身体的正常需要。李叔叔的水杯是一个内半径为3厘米、内高为15 厘米的圆柱。李叔叔每天大约需要用这个水杯喝（　　　）杯水才能满足身体的正常需要。 2说理题 一种饮料采用圆柱形易拉罐包装，从易拉罐的外面进行测量，底面直径是8 cm，高是10 cm。易拉罐的侧面标有“净含量：520 mL”，该描述是否符合实际？通过计算说明理由。 参考答案 1.（1）72　（2）5　（3）5 2.3.14×（8÷2）2×10＝502.4（cm3） 502.4 cm3＝502.4 mL 502.4＜520，不符合实际。 PAGE</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圆柱的体积（3）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圆柱的体积（3）</w:t>
            </w:r>
          </w:p>
        </w:tc>
        <w:tc>
          <w:tcPr>
            <w:tcW w:type="dxa" w:w="6009"/>
          </w:tcPr>
          <w:p>
            <w:pPr>
              <w:spacing w:after="20" w:line="276" w:lineRule="auto"/>
            </w:pPr>
            <w:r/>
            <w:r>
              <w:rPr>
                <w:rFonts w:ascii="宋体" w:hAnsi="宋体" w:eastAsia="宋体"/>
                <w:b w:val="0"/>
                <w:sz w:val="20"/>
              </w:rPr>
              <w:t>第3单元 圆柱与圆锥</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单元内容是在学生已经掌握长方形、正方形和圆等一些常见的平面图形的特征，以及长方体、正方体的特征的基础上开展学习的。前面学习的内容既为新知识的学习奠定知识基础，同时也引导学生积累探索的经验，掌握研究的方法。学习新知识，既是学生认识上的一次飞跃，同时又拓宽了学生的学习空间，使他们的知识结构得到进一步的完善，为今后学习其他立体图形打好基础。</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教学准备：课件，瓶体是圆柱形的矿泉水瓶，瓶里装有适量清水。</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（1）用已学的圆柱的体积知识解决实际问题，掌握解决问题的策略，培养应用意识。</w:t>
      </w:r>
    </w:p>
    <w:p>
      <w:pPr>
        <w:spacing w:after="20" w:line="300" w:lineRule="auto"/>
        <w:ind w:firstLine="400"/>
      </w:pPr>
      <w:r>
        <w:rPr>
          <w:rFonts w:ascii="宋体" w:hAnsi="宋体" w:eastAsia="宋体"/>
          <w:b w:val="0"/>
          <w:sz w:val="20"/>
        </w:rPr>
        <w:t>（2）经历探究不规则物体体积的转化和计算过程，让学生在动手操作中体会转化的数学思想，体验“等积变形”的转化过程。</w:t>
      </w:r>
    </w:p>
    <w:p>
      <w:pPr>
        <w:spacing w:after="20" w:line="300" w:lineRule="auto"/>
        <w:ind w:firstLine="400"/>
      </w:pPr>
      <w:r>
        <w:rPr>
          <w:rFonts w:ascii="宋体" w:hAnsi="宋体" w:eastAsia="宋体"/>
          <w:b w:val="0"/>
          <w:sz w:val="20"/>
        </w:rPr>
        <w:t>（3）通过实践，在合作中建立协作精神，增强学生“用数学”的意识。</w:t>
      </w:r>
    </w:p>
    <w:p>
      <w:pPr>
        <w:spacing w:after="20" w:line="300" w:lineRule="auto"/>
      </w:pPr>
      <w:r>
        <w:rPr>
          <w:rFonts w:ascii="宋体" w:hAnsi="宋体" w:eastAsia="宋体"/>
          <w:b w:val="0"/>
          <w:sz w:val="20"/>
        </w:rPr>
        <w:t>教学重点：利用所学知识合理灵活地分析、解决不规则物体的体积的计算方法。</w:t>
      </w:r>
    </w:p>
    <w:p>
      <w:pPr>
        <w:spacing w:after="20" w:line="300" w:lineRule="auto"/>
      </w:pPr>
      <w:r>
        <w:rPr>
          <w:rFonts w:ascii="宋体" w:hAnsi="宋体" w:eastAsia="宋体"/>
          <w:b w:val="0"/>
          <w:sz w:val="20"/>
        </w:rPr>
        <w:t>教学难点：体会转化的思想。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一、激活学生经验，引出问题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这个瓶子的容积是多少？；要是没有这些工具，甚至连一个玻璃杯都没有，怎么办？</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三、自主探究，解决实际问题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你能看懂这两种方法吗？；回顾解决这个问题的方法和过程，你有哪些收获？</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四、实践应用，巩固提升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一、激活学生经验，引出问题</w:t>
            </w:r>
          </w:p>
        </w:tc>
        <w:tc>
          <w:tcPr>
            <w:tcW w:type="dxa" w:w="3061"/>
          </w:tcPr>
          <w:p>
            <w:pPr>
              <w:spacing w:after="20" w:line="276" w:lineRule="auto"/>
            </w:pPr>
            <w:r/>
            <w:r>
              <w:rPr>
                <w:rFonts w:ascii="宋体" w:hAnsi="宋体" w:eastAsia="宋体"/>
                <w:b w:val="0"/>
                <w:sz w:val="18"/>
              </w:rPr>
              <w:t>1.教师出示一个空的瓶子。</w:t>
            </w:r>
          </w:p>
          <w:p>
            <w:pPr>
              <w:spacing w:after="20" w:line="276" w:lineRule="auto"/>
            </w:pPr>
            <w:r>
              <w:rPr>
                <w:rFonts w:ascii="宋体" w:hAnsi="宋体" w:eastAsia="宋体"/>
                <w:b w:val="0"/>
                <w:sz w:val="18"/>
              </w:rPr>
              <w:t>师：这个瓶子的容积是多少？</w:t>
            </w:r>
          </w:p>
          <w:p>
            <w:pPr>
              <w:spacing w:after="20" w:line="276" w:lineRule="auto"/>
            </w:pPr>
            <w:r>
              <w:rPr>
                <w:rFonts w:ascii="宋体" w:hAnsi="宋体" w:eastAsia="宋体"/>
                <w:b w:val="0"/>
                <w:sz w:val="18"/>
              </w:rPr>
              <w:t>师：要是没有这些工具，甚至连一个玻璃杯都没有，怎么办？</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师：这节课,我们就来研究怎样求这个不规则瓶子的容积的问题。［板书课题：圆柱的体积（3）］</w:t>
            </w:r>
          </w:p>
          <w:p>
            <w:pPr>
              <w:spacing w:after="20" w:line="276" w:lineRule="auto"/>
            </w:pPr>
            <w:r>
              <w:rPr>
                <w:rFonts w:ascii="宋体" w:hAnsi="宋体" w:eastAsia="宋体"/>
                <w:b w:val="0"/>
                <w:sz w:val="18"/>
              </w:rPr>
              <w:t>1.教师出示一个装有适量水的矿泉水瓶(水大约有 EMBED Equation.DSMT4  瓶高)。</w:t>
            </w:r>
          </w:p>
          <w:p>
            <w:pPr>
              <w:spacing w:after="20" w:line="276" w:lineRule="auto"/>
            </w:pPr>
            <w:r>
              <w:rPr>
                <w:rFonts w:ascii="宋体" w:hAnsi="宋体" w:eastAsia="宋体"/>
                <w:b w:val="0"/>
                <w:sz w:val="18"/>
              </w:rPr>
              <w:t>师：原本这是一瓶装满水的矿泉水，已经喝了一部分，你能根据它来提一个数学问题吗？</w:t>
            </w:r>
          </w:p>
          <w:p>
            <w:pPr>
              <w:spacing w:after="20" w:line="276" w:lineRule="auto"/>
            </w:pPr>
            <w:r>
              <w:rPr>
                <w:rFonts w:ascii="宋体" w:hAnsi="宋体" w:eastAsia="宋体"/>
                <w:b w:val="0"/>
                <w:sz w:val="18"/>
              </w:rPr>
              <w:t>师：你觉得你能轻松解决什么问题？</w:t>
            </w:r>
          </w:p>
          <w:p>
            <w:pPr>
              <w:spacing w:after="20" w:line="276" w:lineRule="auto"/>
            </w:pPr>
            <w:r>
              <w:rPr>
                <w:rFonts w:ascii="宋体" w:hAnsi="宋体" w:eastAsia="宋体"/>
                <w:b w:val="0"/>
                <w:sz w:val="18"/>
              </w:rPr>
              <w:t>师：需要知道哪些信息呢？</w:t>
            </w:r>
          </w:p>
          <w:p>
            <w:pPr>
              <w:spacing w:after="20" w:line="276" w:lineRule="auto"/>
            </w:pPr>
            <w:r>
              <w:rPr>
                <w:rFonts w:ascii="宋体" w:hAnsi="宋体" w:eastAsia="宋体"/>
                <w:b w:val="0"/>
                <w:sz w:val="18"/>
              </w:rPr>
              <w:t>2.直面问题，寻求解决问题的方法。</w:t>
            </w:r>
          </w:p>
          <w:p>
            <w:pPr>
              <w:spacing w:after="20" w:line="276" w:lineRule="auto"/>
            </w:pPr>
            <w:r>
              <w:rPr>
                <w:rFonts w:ascii="宋体" w:hAnsi="宋体" w:eastAsia="宋体"/>
                <w:b w:val="0"/>
                <w:sz w:val="18"/>
              </w:rPr>
              <w:t>(1)师：关于喝了多少水的问题，你会解决吗？求瓶子的容积呢？</w:t>
            </w:r>
          </w:p>
          <w:p>
            <w:pPr>
              <w:spacing w:after="20" w:line="276" w:lineRule="auto"/>
            </w:pPr>
            <w:r>
              <w:rPr>
                <w:rFonts w:ascii="宋体" w:hAnsi="宋体" w:eastAsia="宋体"/>
                <w:b w:val="0"/>
                <w:sz w:val="18"/>
              </w:rPr>
              <w:t>教学中注意培养学生的提问意识，培养学生发现和提出问题的能力。</w:t>
            </w:r>
          </w:p>
          <w:p>
            <w:pPr>
              <w:spacing w:after="20" w:line="276" w:lineRule="auto"/>
            </w:pPr>
            <w:r>
              <w:rPr>
                <w:rFonts w:ascii="宋体" w:hAnsi="宋体" w:eastAsia="宋体"/>
                <w:b w:val="0"/>
                <w:sz w:val="18"/>
              </w:rPr>
              <w:t>师：我们遇到的困难是瓶子上半部分空气的形状是不规则的，所以无法求出它的体积。想一想，求不规则的物体的体积，我们通常会用到什么方法？(指导学生说出用“转化”的方法。)</w:t>
            </w:r>
          </w:p>
          <w:p>
            <w:pPr>
              <w:spacing w:after="20" w:line="276" w:lineRule="auto"/>
            </w:pPr>
            <w:r>
              <w:rPr>
                <w:rFonts w:ascii="宋体" w:hAnsi="宋体" w:eastAsia="宋体"/>
                <w:b w:val="0"/>
                <w:sz w:val="18"/>
              </w:rPr>
              <w:t>（2）教师适时引导。</w:t>
            </w:r>
          </w:p>
          <w:p>
            <w:pPr>
              <w:spacing w:after="20" w:line="276" w:lineRule="auto"/>
            </w:pPr>
            <w:r>
              <w:rPr>
                <w:rFonts w:ascii="宋体" w:hAnsi="宋体" w:eastAsia="宋体"/>
                <w:b w:val="0"/>
                <w:sz w:val="18"/>
              </w:rPr>
              <w:t>师：能否将空气部分变成一个规则的立体图形呢？</w:t>
            </w:r>
          </w:p>
          <w:p>
            <w:pPr>
              <w:spacing w:after="20" w:line="276" w:lineRule="auto"/>
            </w:pPr>
            <w:r>
              <w:rPr>
                <w:rFonts w:ascii="宋体" w:hAnsi="宋体" w:eastAsia="宋体"/>
                <w:b w:val="0"/>
                <w:sz w:val="18"/>
              </w:rPr>
              <w:t>师：我们不妨把瓶子倒过来看看,你发现了什么？把你的发现在小组内说一说。</w:t>
            </w:r>
          </w:p>
          <w:p>
            <w:pPr>
              <w:spacing w:after="20" w:line="276" w:lineRule="auto"/>
            </w:pPr>
            <w:r>
              <w:rPr>
                <w:rFonts w:ascii="宋体" w:hAnsi="宋体" w:eastAsia="宋体"/>
                <w:b w:val="0"/>
                <w:sz w:val="18"/>
              </w:rPr>
              <w:t>师：你们听明白了吗？也请你和同桌一边操作一边说一说，怎样求出空气部分的体积，怎样求出瓶子的容积。（学生再次操作并表达。）</w:t>
            </w:r>
          </w:p>
          <w:p>
            <w:pPr>
              <w:spacing w:after="20" w:line="276" w:lineRule="auto"/>
            </w:pPr>
            <w:r>
              <w:rPr>
                <w:rFonts w:ascii="宋体" w:hAnsi="宋体" w:eastAsia="宋体"/>
                <w:b w:val="0"/>
                <w:sz w:val="18"/>
              </w:rPr>
              <w:t>课件演示转化的过程。</w:t>
            </w:r>
          </w:p>
        </w:tc>
        <w:tc>
          <w:tcPr>
            <w:tcW w:type="dxa" w:w="3061"/>
          </w:tcPr>
          <w:p>
            <w:pPr>
              <w:spacing w:after="20" w:line="276" w:lineRule="auto"/>
            </w:pPr>
            <w:r/>
            <w:r>
              <w:rPr>
                <w:rFonts w:ascii="宋体" w:hAnsi="宋体" w:eastAsia="宋体"/>
                <w:b w:val="0"/>
                <w:sz w:val="18"/>
              </w:rPr>
              <w:t>预设1：学生可能无处下手。（让学生说说为什么不知道该怎么求，因为瓶子是一个不规则的物体。）</w:t>
            </w:r>
          </w:p>
          <w:p>
            <w:pPr>
              <w:spacing w:after="20" w:line="276" w:lineRule="auto"/>
            </w:pPr>
            <w:r>
              <w:rPr>
                <w:rFonts w:ascii="宋体" w:hAnsi="宋体" w:eastAsia="宋体"/>
                <w:b w:val="0"/>
                <w:sz w:val="18"/>
              </w:rPr>
              <w:t>预设2：也可能会通过寻找标签上的“净含量”来代替瓶子的容积。</w:t>
            </w:r>
          </w:p>
          <w:p>
            <w:pPr>
              <w:spacing w:after="20" w:line="276" w:lineRule="auto"/>
            </w:pPr>
            <w:r>
              <w:rPr>
                <w:rFonts w:ascii="宋体" w:hAnsi="宋体" w:eastAsia="宋体"/>
                <w:b w:val="0"/>
                <w:sz w:val="18"/>
              </w:rPr>
              <w:t>预设3：将瓶子里灌满水，把这些水倒入量杯或量筒中，就能测出瓶子的容积。</w:t>
            </w:r>
          </w:p>
          <w:p>
            <w:pPr>
              <w:spacing w:after="20" w:line="276" w:lineRule="auto"/>
            </w:pPr>
            <w:r>
              <w:rPr>
                <w:rFonts w:ascii="宋体" w:hAnsi="宋体" w:eastAsia="宋体"/>
                <w:b w:val="0"/>
                <w:sz w:val="18"/>
              </w:rPr>
              <w:t>预设1：瓶子里还有多少水？（就是剩下的水的体积。）</w:t>
            </w:r>
          </w:p>
          <w:p>
            <w:pPr>
              <w:spacing w:after="20" w:line="276" w:lineRule="auto"/>
            </w:pPr>
            <w:r>
              <w:rPr>
                <w:rFonts w:ascii="宋体" w:hAnsi="宋体" w:eastAsia="宋体"/>
                <w:b w:val="0"/>
                <w:sz w:val="18"/>
              </w:rPr>
              <w:t>预设2：喝了多少水？（也就是瓶子的空气部分的体积。）</w:t>
            </w:r>
          </w:p>
          <w:p>
            <w:pPr>
              <w:spacing w:after="20" w:line="276" w:lineRule="auto"/>
            </w:pPr>
            <w:r>
              <w:rPr>
                <w:rFonts w:ascii="宋体" w:hAnsi="宋体" w:eastAsia="宋体"/>
                <w:b w:val="0"/>
                <w:sz w:val="18"/>
              </w:rPr>
              <w:t>预设3：这个瓶子一共能装多少水？（也就是这个瓶子的容积。）</w:t>
            </w:r>
          </w:p>
          <w:p>
            <w:pPr>
              <w:spacing w:after="20" w:line="276" w:lineRule="auto"/>
            </w:pPr>
            <w:r>
              <w:rPr>
                <w:rFonts w:ascii="宋体" w:hAnsi="宋体" w:eastAsia="宋体"/>
                <w:b w:val="0"/>
                <w:sz w:val="18"/>
              </w:rPr>
              <w:t>求瓶子里还有多少水。</w:t>
            </w:r>
          </w:p>
          <w:p>
            <w:pPr>
              <w:spacing w:after="20" w:line="276" w:lineRule="auto"/>
            </w:pPr>
            <w:r>
              <w:rPr>
                <w:rFonts w:ascii="宋体" w:hAnsi="宋体" w:eastAsia="宋体"/>
                <w:b w:val="0"/>
                <w:sz w:val="18"/>
              </w:rPr>
              <w:t>学生汇报瓶子里剩下的水呈圆柱形，所以只要量出这个瓶子的底面直径和水的高度，就能算出剩下水的体积。</w:t>
            </w:r>
          </w:p>
          <w:p>
            <w:pPr>
              <w:spacing w:after="20" w:line="276" w:lineRule="auto"/>
            </w:pPr>
            <w:r>
              <w:rPr>
                <w:rFonts w:ascii="宋体" w:hAnsi="宋体" w:eastAsia="宋体"/>
                <w:b w:val="0"/>
                <w:sz w:val="18"/>
              </w:rPr>
              <w:t>学生可能会说，喝掉部分的形状是不规则的，没有办法计算。如果喝了多少水的问题不能解决，瓶子的容积也没有办法求出来。</w:t>
            </w:r>
          </w:p>
          <w:p>
            <w:pPr>
              <w:spacing w:after="20" w:line="276" w:lineRule="auto"/>
            </w:pPr>
            <w:r>
              <w:rPr>
                <w:rFonts w:ascii="宋体" w:hAnsi="宋体" w:eastAsia="宋体"/>
                <w:b w:val="0"/>
                <w:sz w:val="18"/>
              </w:rPr>
              <w:t>如果学生能说出将瓶子倒置更好，如果不能说出来，则教师演示。</w:t>
            </w:r>
          </w:p>
          <w:p>
            <w:pPr>
              <w:spacing w:after="20" w:line="276" w:lineRule="auto"/>
            </w:pPr>
            <w:r>
              <w:rPr>
                <w:rFonts w:ascii="宋体" w:hAnsi="宋体" w:eastAsia="宋体"/>
                <w:b w:val="0"/>
                <w:sz w:val="18"/>
              </w:rPr>
              <w:t>交流分享，教师可以让学生一边演示一边表达。</w:t>
            </w:r>
          </w:p>
          <w:p>
            <w:pPr>
              <w:spacing w:after="20" w:line="276" w:lineRule="auto"/>
            </w:pPr>
            <w:r>
              <w:rPr>
                <w:rFonts w:ascii="宋体" w:hAnsi="宋体" w:eastAsia="宋体"/>
                <w:b w:val="0"/>
                <w:sz w:val="18"/>
              </w:rPr>
              <w:t>预设1：倒置后，瓶子里水的体积没变，但形状变了；瓶子里空气的体积也没有变，但形状变成了一个圆柱。</w:t>
            </w:r>
          </w:p>
          <w:p>
            <w:pPr>
              <w:spacing w:after="20" w:line="276" w:lineRule="auto"/>
            </w:pPr>
            <w:r>
              <w:rPr>
                <w:rFonts w:ascii="宋体" w:hAnsi="宋体" w:eastAsia="宋体"/>
                <w:b w:val="0"/>
                <w:sz w:val="18"/>
              </w:rPr>
              <w:t>预设2：瓶子的容积变成了两个圆柱的体积之和。（让学生具体指一指是哪两个圆柱。）</w:t>
            </w:r>
          </w:p>
        </w:tc>
        <w:tc>
          <w:tcPr>
            <w:tcW w:type="dxa" w:w="1814"/>
          </w:tcPr>
          <w:p>
            <w:pPr>
              <w:spacing w:after="20" w:line="276" w:lineRule="auto"/>
            </w:pPr>
            <w:r/>
            <w:r>
              <w:rPr>
                <w:rFonts w:ascii="宋体" w:hAnsi="宋体" w:eastAsia="宋体"/>
                <w:b w:val="0"/>
                <w:sz w:val="18"/>
              </w:rPr>
              <w:t>抛出问题，引发学生思考，为学习新知作好铺垫。二、体验过程，探索瓶子容积的计算方法</w:t>
            </w:r>
          </w:p>
          <w:p>
            <w:pPr>
              <w:spacing w:after="20" w:line="276" w:lineRule="auto"/>
            </w:pPr>
            <w:r>
              <w:rPr>
                <w:rFonts w:ascii="宋体" w:hAnsi="宋体" w:eastAsia="宋体"/>
                <w:b w:val="0"/>
                <w:sz w:val="18"/>
              </w:rPr>
              <w:t>让学生自己提出问题，激发学生解决问题的内在需求，培养学生的问题意识。</w:t>
            </w:r>
          </w:p>
          <w:p>
            <w:pPr>
              <w:spacing w:after="20" w:line="276" w:lineRule="auto"/>
            </w:pPr>
            <w:r>
              <w:rPr>
                <w:rFonts w:ascii="宋体" w:hAnsi="宋体" w:eastAsia="宋体"/>
                <w:b w:val="0"/>
                <w:sz w:val="18"/>
              </w:rPr>
              <w:t>引导学生发现不会解决的问题在哪里，培养学生发现和提出问题的能力。当学生发现问题之后，引导学生解决问题，让问题的解决成为学生的内在需求，在实践操作过程中，通过转化、观察、对比，发现瓶子倒置前后两部分之间的内在联系，顺利解决难点问题。</w:t>
            </w:r>
          </w:p>
        </w:tc>
      </w:tr>
      <w:tr>
        <w:tc>
          <w:tcPr>
            <w:tcW w:type="dxa" w:w="1474"/>
          </w:tcPr>
          <w:p>
            <w:pPr>
              <w:spacing w:after="20" w:line="276" w:lineRule="auto"/>
            </w:pPr>
            <w:r>
              <w:rPr>
                <w:b/>
              </w:rPr>
            </w:r>
            <w:r>
              <w:rPr>
                <w:rFonts w:ascii="宋体" w:hAnsi="宋体" w:eastAsia="宋体"/>
                <w:b/>
                <w:sz w:val="18"/>
              </w:rPr>
              <w:t>三、自主探究，解决实际问题</w:t>
            </w:r>
          </w:p>
        </w:tc>
        <w:tc>
          <w:tcPr>
            <w:tcW w:type="dxa" w:w="3061"/>
          </w:tcPr>
          <w:p>
            <w:pPr>
              <w:spacing w:after="20" w:line="276" w:lineRule="auto"/>
            </w:pPr>
            <w:r/>
            <w:r>
              <w:rPr>
                <w:rFonts w:ascii="宋体" w:hAnsi="宋体" w:eastAsia="宋体"/>
                <w:b w:val="0"/>
                <w:sz w:val="18"/>
              </w:rPr>
              <w:t>这一环节是本节课的难点，注意将实物演示和语言表述结合在一起，清晰并有条理地表达什么变了，什么没变。经历直观到抽象的过程，解决本课的难点问题。</w:t>
            </w:r>
          </w:p>
          <w:p>
            <w:pPr>
              <w:spacing w:after="20" w:line="276" w:lineRule="auto"/>
            </w:pPr>
            <w:r>
              <w:rPr>
                <w:rFonts w:ascii="宋体" w:hAnsi="宋体" w:eastAsia="宋体"/>
                <w:b w:val="0"/>
                <w:sz w:val="18"/>
              </w:rPr>
              <w:t>1.阅读与理解。</w:t>
            </w:r>
          </w:p>
          <w:p>
            <w:pPr>
              <w:spacing w:after="20" w:line="276" w:lineRule="auto"/>
            </w:pPr>
            <w:r>
              <w:rPr>
                <w:rFonts w:ascii="宋体" w:hAnsi="宋体" w:eastAsia="宋体"/>
                <w:b w:val="0"/>
                <w:sz w:val="18"/>
              </w:rPr>
              <w:t>课件出示教科书P27例7。</w:t>
            </w:r>
          </w:p>
          <w:p>
            <w:pPr>
              <w:spacing w:after="20" w:line="276" w:lineRule="auto"/>
            </w:pPr>
            <w:r>
              <w:rPr>
                <w:rFonts w:ascii="宋体" w:hAnsi="宋体" w:eastAsia="宋体"/>
                <w:b w:val="0"/>
                <w:sz w:val="18"/>
              </w:rPr>
              <w:t>师：请同学们自己阅读题目，找出题目中的信息。</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师：请你试着解决这个问题，然后再和大家分享想法。(学生独立完成后交流。)</w:t>
            </w:r>
          </w:p>
          <w:p>
            <w:pPr>
              <w:spacing w:after="20" w:line="276" w:lineRule="auto"/>
            </w:pPr>
            <w:r>
              <w:rPr>
                <w:rFonts w:ascii="宋体" w:hAnsi="宋体" w:eastAsia="宋体"/>
                <w:b w:val="0"/>
                <w:sz w:val="18"/>
              </w:rPr>
              <w:t>=3.14×16×(7+18)</w:t>
            </w:r>
          </w:p>
          <w:p>
            <w:pPr>
              <w:spacing w:after="20" w:line="276" w:lineRule="auto"/>
            </w:pPr>
            <w:r>
              <w:rPr>
                <w:rFonts w:ascii="宋体" w:hAnsi="宋体" w:eastAsia="宋体"/>
                <w:b w:val="0"/>
                <w:sz w:val="18"/>
              </w:rPr>
              <w:t>=3.14×16×25</w:t>
            </w:r>
          </w:p>
          <w:p>
            <w:pPr>
              <w:spacing w:after="20" w:line="276" w:lineRule="auto"/>
            </w:pPr>
            <w:r>
              <w:rPr>
                <w:rFonts w:ascii="宋体" w:hAnsi="宋体" w:eastAsia="宋体"/>
                <w:b w:val="0"/>
                <w:sz w:val="18"/>
              </w:rPr>
              <w:t>=1256(cm3)</w:t>
            </w:r>
          </w:p>
          <w:p>
            <w:pPr>
              <w:spacing w:after="20" w:line="276" w:lineRule="auto"/>
            </w:pPr>
            <w:r>
              <w:rPr>
                <w:rFonts w:ascii="宋体" w:hAnsi="宋体" w:eastAsia="宋体"/>
                <w:b w:val="0"/>
                <w:sz w:val="18"/>
              </w:rPr>
              <w:t>=1256(mL)</w:t>
            </w:r>
          </w:p>
          <w:p>
            <w:pPr>
              <w:spacing w:after="20" w:line="276" w:lineRule="auto"/>
            </w:pPr>
            <w:r>
              <w:rPr>
                <w:rFonts w:ascii="宋体" w:hAnsi="宋体" w:eastAsia="宋体"/>
                <w:b w:val="0"/>
                <w:sz w:val="18"/>
              </w:rPr>
              <w:t>=3.14×16×25</w:t>
            </w:r>
          </w:p>
          <w:p>
            <w:pPr>
              <w:spacing w:after="20" w:line="276" w:lineRule="auto"/>
            </w:pPr>
            <w:r>
              <w:rPr>
                <w:rFonts w:ascii="宋体" w:hAnsi="宋体" w:eastAsia="宋体"/>
                <w:b w:val="0"/>
                <w:sz w:val="18"/>
              </w:rPr>
              <w:t>=1256(cm3)</w:t>
            </w:r>
          </w:p>
          <w:p>
            <w:pPr>
              <w:spacing w:after="20" w:line="276" w:lineRule="auto"/>
            </w:pPr>
            <w:r>
              <w:rPr>
                <w:rFonts w:ascii="宋体" w:hAnsi="宋体" w:eastAsia="宋体"/>
                <w:b w:val="0"/>
                <w:sz w:val="18"/>
              </w:rPr>
              <w:t>=1256(mL)</w:t>
            </w:r>
          </w:p>
          <w:p>
            <w:pPr>
              <w:spacing w:after="20" w:line="276" w:lineRule="auto"/>
            </w:pPr>
            <w:r>
              <w:rPr>
                <w:rFonts w:ascii="宋体" w:hAnsi="宋体" w:eastAsia="宋体"/>
                <w:b w:val="0"/>
                <w:sz w:val="18"/>
              </w:rPr>
              <w:t>师：你能看懂这两种方法吗？</w:t>
            </w:r>
          </w:p>
          <w:p>
            <w:pPr>
              <w:spacing w:after="20" w:line="276" w:lineRule="auto"/>
            </w:pPr>
            <w:r>
              <w:rPr>
                <w:rFonts w:ascii="宋体" w:hAnsi="宋体" w:eastAsia="宋体"/>
                <w:b w:val="0"/>
                <w:sz w:val="18"/>
              </w:rPr>
              <w:t>根据学生的回答板书：</w:t>
            </w:r>
          </w:p>
          <w:p>
            <w:pPr>
              <w:spacing w:after="20" w:line="276" w:lineRule="auto"/>
            </w:pPr>
            <w:r>
              <w:rPr>
                <w:rFonts w:ascii="宋体" w:hAnsi="宋体" w:eastAsia="宋体"/>
                <w:b w:val="0"/>
                <w:sz w:val="18"/>
              </w:rPr>
              <w:t>课件出示正确的解答过程。</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师：回顾解决这个问题的方法和过程，你有哪些收获？</w:t>
            </w:r>
          </w:p>
          <w:p>
            <w:pPr>
              <w:spacing w:after="20" w:line="276" w:lineRule="auto"/>
            </w:pPr>
            <w:r>
              <w:rPr>
                <w:rFonts w:ascii="宋体" w:hAnsi="宋体" w:eastAsia="宋体"/>
                <w:b w:val="0"/>
                <w:sz w:val="18"/>
              </w:rPr>
              <w:t>师：转化的数学思想和方法不仅丰富了我们解决问题时的思考方向，也是一种很好的解决问题的策略，这样的策略在生活中很常见也很实用。在解决瓶子容积的问题中，实际上我们用到了数学学习中一项非常重要的知识——等积变形，今后我们可以多运用等积变形，解决相应的实际问题。</w:t>
            </w:r>
          </w:p>
          <w:p>
            <w:pPr>
              <w:spacing w:after="20" w:line="276" w:lineRule="auto"/>
            </w:pPr>
            <w:r>
              <w:rPr>
                <w:rFonts w:ascii="宋体" w:hAnsi="宋体" w:eastAsia="宋体"/>
                <w:b w:val="0"/>
                <w:sz w:val="18"/>
              </w:rPr>
              <w:t>在回顾与反思环节，适时引导学生总结“把不规则图形转化成规则图形来计算”的策略。</w:t>
            </w:r>
          </w:p>
        </w:tc>
        <w:tc>
          <w:tcPr>
            <w:tcW w:type="dxa" w:w="3061"/>
          </w:tcPr>
          <w:p>
            <w:pPr>
              <w:spacing w:after="20" w:line="276" w:lineRule="auto"/>
            </w:pPr>
            <w:r/>
            <w:r>
              <w:rPr>
                <w:rFonts w:ascii="宋体" w:hAnsi="宋体" w:eastAsia="宋体"/>
                <w:b w:val="0"/>
                <w:sz w:val="18"/>
              </w:rPr>
              <w:t>学生会说出：瓶子的底面内直径是8 cm，水的高度是7 cm，把瓶盖拧紧，把瓶子倒置、放平，无水部分是圆柱形，高度是18 cm，求这个瓶子的容积。</w:t>
            </w:r>
          </w:p>
          <w:p>
            <w:pPr>
              <w:spacing w:after="20" w:line="276" w:lineRule="auto"/>
            </w:pPr>
            <w:r>
              <w:rPr>
                <w:rFonts w:ascii="宋体" w:hAnsi="宋体" w:eastAsia="宋体"/>
                <w:b w:val="0"/>
                <w:sz w:val="18"/>
              </w:rPr>
              <w:t>预设1：3.14×(8÷2)2×7+3.14×(8÷2)2×18</w:t>
            </w:r>
          </w:p>
          <w:p>
            <w:pPr>
              <w:spacing w:after="20" w:line="276" w:lineRule="auto"/>
            </w:pPr>
            <w:r>
              <w:rPr>
                <w:rFonts w:ascii="宋体" w:hAnsi="宋体" w:eastAsia="宋体"/>
                <w:b w:val="0"/>
                <w:sz w:val="18"/>
              </w:rPr>
              <w:t>预设2：3.14×(8÷2)2×(7+18)</w:t>
            </w:r>
          </w:p>
          <w:p>
            <w:pPr>
              <w:spacing w:after="20" w:line="276" w:lineRule="auto"/>
            </w:pPr>
            <w:r>
              <w:rPr>
                <w:rFonts w:ascii="宋体" w:hAnsi="宋体" w:eastAsia="宋体"/>
                <w:b w:val="0"/>
                <w:sz w:val="18"/>
              </w:rPr>
              <w:t>预设2：将瓶子的容积转化成两个圆柱的体积后，这两个圆柱的底面积相等，如果把这两个圆柱摞起来，就可以得到一个高是25 cm的圆柱。也就是说，将瓶子的容积转化成了一个大圆柱的体积。（如果学生理解有困难，课件可以配合演示，帮助学生理解。）</w:t>
            </w:r>
          </w:p>
          <w:p>
            <w:pPr>
              <w:spacing w:after="20" w:line="276" w:lineRule="auto"/>
            </w:pPr>
            <w:r>
              <w:rPr>
                <w:rFonts w:ascii="宋体" w:hAnsi="宋体" w:eastAsia="宋体"/>
                <w:b w:val="0"/>
                <w:sz w:val="18"/>
              </w:rPr>
              <w:t>学生可能谈到利用体积不变的特性，把不规则图形转化成规则图形来计算；也可能回忆起在五年级计算梨的体积也是用了转化的方法。</w:t>
            </w:r>
          </w:p>
        </w:tc>
        <w:tc>
          <w:tcPr>
            <w:tcW w:type="dxa" w:w="1814"/>
          </w:tcPr>
          <w:p>
            <w:pPr>
              <w:spacing w:after="20" w:line="276" w:lineRule="auto"/>
            </w:pPr>
            <w:r/>
            <w:r>
              <w:rPr>
                <w:rFonts w:ascii="宋体" w:hAnsi="宋体" w:eastAsia="宋体"/>
                <w:b w:val="0"/>
                <w:sz w:val="18"/>
              </w:rPr>
              <w:t>将实践操作的发现应用到解决实际问题当中，进一步体会转化的方法在解决实际问题中的应用。用不同的方法来解决问题，体现了思维的多样性。</w:t>
            </w:r>
          </w:p>
        </w:tc>
      </w:tr>
      <w:tr>
        <w:tc>
          <w:tcPr>
            <w:tcW w:type="dxa" w:w="1474"/>
          </w:tcPr>
          <w:p>
            <w:pPr>
              <w:spacing w:after="20" w:line="276" w:lineRule="auto"/>
            </w:pPr>
            <w:r>
              <w:rPr>
                <w:b/>
              </w:rPr>
            </w:r>
            <w:r>
              <w:rPr>
                <w:rFonts w:ascii="宋体" w:hAnsi="宋体" w:eastAsia="宋体"/>
                <w:b/>
                <w:sz w:val="18"/>
              </w:rPr>
              <w:t>四、实践应用，巩固提升</w:t>
            </w:r>
          </w:p>
        </w:tc>
        <w:tc>
          <w:tcPr>
            <w:tcW w:type="dxa" w:w="3061"/>
          </w:tcPr>
          <w:p>
            <w:pPr>
              <w:spacing w:after="20" w:line="276" w:lineRule="auto"/>
            </w:pPr>
            <w:r/>
            <w:r>
              <w:rPr>
                <w:rFonts w:ascii="宋体" w:hAnsi="宋体" w:eastAsia="宋体"/>
                <w:b w:val="0"/>
                <w:sz w:val="18"/>
              </w:rPr>
              <w:t>可以结合动手操作，找准数据，然后集体计算。</w:t>
            </w:r>
          </w:p>
          <w:p>
            <w:pPr>
              <w:spacing w:after="20" w:line="276" w:lineRule="auto"/>
            </w:pPr>
            <w:r>
              <w:rPr>
                <w:rFonts w:ascii="宋体" w:hAnsi="宋体" w:eastAsia="宋体"/>
                <w:b w:val="0"/>
                <w:sz w:val="18"/>
              </w:rPr>
              <w:t>以宽为轴旋转一周的体积：3.14×202×10＝12560（cm3）</w:t>
            </w:r>
          </w:p>
          <w:p>
            <w:pPr>
              <w:spacing w:after="20" w:line="276" w:lineRule="auto"/>
            </w:pPr>
            <w:r>
              <w:rPr>
                <w:rFonts w:ascii="宋体" w:hAnsi="宋体" w:eastAsia="宋体"/>
                <w:b w:val="0"/>
                <w:sz w:val="18"/>
              </w:rPr>
              <w:t>当a越大，则V圆柱越大；当a越小，则V圆柱越小。</w:t>
            </w:r>
          </w:p>
          <w:p>
            <w:pPr>
              <w:spacing w:after="20" w:line="276" w:lineRule="auto"/>
            </w:pPr>
            <w:r>
              <w:rPr>
                <w:rFonts w:ascii="宋体" w:hAnsi="宋体" w:eastAsia="宋体"/>
                <w:b w:val="0"/>
                <w:sz w:val="18"/>
              </w:rPr>
              <w:t>通过比较发现规律：当圆柱的侧面积相同时，底面周长越长，体积越大；底面周长越短，体积越小。</w:t>
            </w:r>
          </w:p>
        </w:tc>
        <w:tc>
          <w:tcPr>
            <w:tcW w:type="dxa" w:w="3061"/>
          </w:tcPr>
          <w:p>
            <w:pPr>
              <w:spacing w:after="20" w:line="276" w:lineRule="auto"/>
            </w:pPr>
            <w:r/>
            <w:r>
              <w:rPr>
                <w:rFonts w:ascii="宋体" w:hAnsi="宋体" w:eastAsia="宋体"/>
                <w:b w:val="0"/>
                <w:sz w:val="18"/>
              </w:rPr>
              <w:t>1.小组内一起完成教科书P29“练习五”第14题。</w:t>
            </w:r>
          </w:p>
          <w:p>
            <w:pPr>
              <w:spacing w:after="20" w:line="276" w:lineRule="auto"/>
            </w:pPr>
            <w:r>
              <w:rPr>
                <w:rFonts w:ascii="宋体" w:hAnsi="宋体" w:eastAsia="宋体"/>
                <w:b w:val="0"/>
                <w:sz w:val="18"/>
              </w:rPr>
              <w:t>以长为轴旋转一周的体积：3.14×102×20＝6280（cm3）</w:t>
            </w:r>
          </w:p>
          <w:p>
            <w:pPr>
              <w:spacing w:after="20" w:line="276" w:lineRule="auto"/>
            </w:pPr>
            <w:r>
              <w:rPr>
                <w:rFonts w:ascii="宋体" w:hAnsi="宋体" w:eastAsia="宋体"/>
                <w:b w:val="0"/>
                <w:sz w:val="18"/>
              </w:rPr>
              <w:t>2.小组内一起完成教科书P29“练习五”第15题。</w:t>
            </w:r>
          </w:p>
          <w:p>
            <w:pPr>
              <w:spacing w:after="20" w:line="276" w:lineRule="auto"/>
            </w:pPr>
            <w:r>
              <w:rPr>
                <w:rFonts w:ascii="宋体" w:hAnsi="宋体" w:eastAsia="宋体"/>
                <w:b w:val="0"/>
                <w:sz w:val="18"/>
              </w:rPr>
              <w:t>小组合作，分别算出圆柱的体积，再进行比较，发现规律并归纳。</w:t>
            </w:r>
          </w:p>
          <w:p>
            <w:pPr>
              <w:spacing w:after="20" w:line="276" w:lineRule="auto"/>
            </w:pPr>
            <w:r>
              <w:rPr>
                <w:rFonts w:ascii="宋体" w:hAnsi="宋体" w:eastAsia="宋体"/>
                <w:b w:val="0"/>
                <w:sz w:val="18"/>
              </w:rPr>
              <w:t>预设1：学生可能只算出4个圆柱的体积，要提醒学生前三个长方形都可以卷成两种不同的圆柱。</w:t>
            </w:r>
          </w:p>
          <w:p>
            <w:pPr>
              <w:spacing w:after="20" w:line="276" w:lineRule="auto"/>
            </w:pPr>
            <w:r>
              <w:rPr>
                <w:rFonts w:ascii="宋体" w:hAnsi="宋体" w:eastAsia="宋体"/>
                <w:b w:val="0"/>
                <w:sz w:val="18"/>
              </w:rPr>
              <w:t>预设2：有学生发现这些图形的面积都是36 dm2，所以卷成的圆柱的侧面积相同。设长方形的长为a，宽为b，并假设以a为圆柱的底面周长。</w:t>
            </w:r>
          </w:p>
        </w:tc>
        <w:tc>
          <w:tcPr>
            <w:tcW w:type="dxa" w:w="1814"/>
          </w:tcPr>
          <w:p>
            <w:pPr>
              <w:spacing w:after="20" w:line="276" w:lineRule="auto"/>
            </w:pPr>
            <w:r/>
            <w:r>
              <w:rPr>
                <w:rFonts w:ascii="宋体" w:hAnsi="宋体" w:eastAsia="宋体"/>
                <w:b w:val="0"/>
                <w:sz w:val="18"/>
              </w:rPr>
              <w:t>让学生在前面所学知识的基础上，发挥空间想象能力，找准以长方形不同的边为旋转轴旋转而成的圆柱的不同底面半径和高，以及它们与长方形边的长度之间的对应关系。简单地说就是，以长方形的哪条边为旋转轴旋转，这条边就是旋转后圆柱的高，另一条边就是圆柱的底面半径。</w:t>
            </w:r>
          </w:p>
          <w:p>
            <w:pPr>
              <w:spacing w:after="20" w:line="276" w:lineRule="auto"/>
            </w:pPr>
            <w:r>
              <w:rPr>
                <w:rFonts w:ascii="宋体" w:hAnsi="宋体" w:eastAsia="宋体"/>
                <w:b w:val="0"/>
                <w:sz w:val="18"/>
              </w:rPr>
              <w:t>必须经历计算和比较的过程，才能发现规律。采取小组合作完成的方式，减轻计算的压力，在小组中合作学习，能有效提高学习的效率和学习的积极性。</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w:t>
            </w:r>
          </w:p>
          <w:p>
            <w:pPr>
              <w:spacing w:after="20" w:line="276" w:lineRule="auto"/>
            </w:pPr>
            <w:r>
              <w:rPr>
                <w:rFonts w:ascii="宋体" w:hAnsi="宋体" w:eastAsia="宋体"/>
                <w:b w:val="0"/>
                <w:sz w:val="18"/>
              </w:rPr>
              <w:t>阅读并思考：教科书P29“你知道吗？”。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【教学笔记】 【教学提示】 解决第15题时，可以留下问题：“为什么当圆柱的侧面积相同时，底面周长越长，体积就越大呢？”让有余力的学生自主去探究和证明。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中，通过交流找出解答问题的关键所在。直面困难，让学生根据已有的知识经验创造性地构建自己的数学思维模式，体会数学转化思想。教学中，教师要注重操作与表达的过程，指导学生有条理地发表自己的想法，说出自己的解题思路。鼓励学生找到不同于教材的解题思路，发展学生的思维能力，让学生体会到解题方法的多样化，培养学生的探究精神和创新意识。</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