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人教版六年级数学下册</w:t>
      </w:r>
    </w:p>
    <w:p>
      <w:pPr>
        <w:spacing w:after="80" w:line="300" w:lineRule="auto"/>
        <w:jc w:val="center"/>
      </w:pPr>
      <w:r>
        <w:rPr>
          <w:rFonts w:ascii="黑体" w:hAnsi="黑体" w:eastAsia="黑体"/>
          <w:b/>
          <w:sz w:val="26"/>
        </w:rPr>
        <w:t>第4单元 比例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第4单元 比例</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15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专题练习课、自主整理课、活动探索课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是六年级下册的重点单元。本单元的内容主要包括比例的意义和基本性质、正比例和反比例、比例的应用三个部分。比例的知识是除法、分数、比、方程等知识的综合与提升，并为学生的进一步学习打下坚实的基础。</w:t>
      </w:r>
    </w:p>
    <w:p>
      <w:pPr>
        <w:spacing w:after="80" w:line="300" w:lineRule="auto"/>
        <w:ind w:firstLine="400"/>
      </w:pPr>
      <w:r>
        <w:rPr>
          <w:rFonts w:ascii="宋体" w:hAnsi="宋体" w:eastAsia="宋体"/>
          <w:b w:val="0"/>
          <w:sz w:val="20"/>
        </w:rPr>
        <w:t>比例的意义和基本性质是整个单元的基础与核心，是后续学习的有效支持。比例的意义是学习正比例、反比例知识和用比例解决问题的基础，必须让学生深刻理解，牢固掌握；比例的基本性质是解比例和进一步研究比例问题的基础，直接涉及解决问题的效率。正比例和反比例是重要的数学模型，体现了基本的函数思想，对学生代数思维的发展十分有益。比例的应用，是在更高水平上对一些特殊的实际问题以及原来遇到过的数学问题运用代数方法进行分析与解答，要求学生具备综合运用各方面知识的能力，在数学思想方法的层面上具有重要的教育教学价值。</w:t>
      </w:r>
    </w:p>
    <w:p>
      <w:pPr>
        <w:spacing w:after="80" w:line="300" w:lineRule="auto"/>
        <w:ind w:firstLine="400"/>
      </w:pPr>
      <w:r>
        <w:rPr>
          <w:rFonts w:ascii="宋体" w:hAnsi="宋体" w:eastAsia="宋体"/>
          <w:b w:val="0"/>
          <w:sz w:val="20"/>
        </w:rPr>
        <w:t>教科书重视呈现真实的问题情境，体现数学与生活的密切联系，展示数学知识的抽象与建模过程，使学生经历知识的发现、抽象、表征、建模的过程，更好地理解知识的本质，促进学生对基础知识的建构。教科书还重视用直观形象的图形来揭示知识的本质属性，帮助学生更好地体会知识的内涵。</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在学习比例这一单元时，已经学习了比、除法的意义和分数的意义，以及分数的基本性质、分数与除法的关系、分数乘除法的计算方法等，这些都是学习本单元内容的基础知识。比例是小学阶段数与代数部分最后一单元学习的内容，这部分内容的特点是应用性强、综合性强、内容情境不新，但采用新的思维方式和数学模型，需要学生在较高水平层面上学习。</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第1课时：在练习中，进一步理解正、反比例的意义，弄清它们的联系和区别，能正确、熟练地判断正、反比例关系。</w:t>
      </w:r>
    </w:p>
    <w:p>
      <w:pPr>
        <w:spacing w:after="20" w:line="300" w:lineRule="auto"/>
        <w:ind w:firstLine="400"/>
      </w:pPr>
      <w:r>
        <w:rPr>
          <w:rFonts w:ascii="宋体" w:hAnsi="宋体" w:eastAsia="宋体"/>
          <w:b w:val="0"/>
          <w:sz w:val="20"/>
        </w:rPr>
        <w:t>第2课时：进一步理解和掌握比例的意义和比例的基本性质，会根据比例的意义和比例的基本性质正确判断两个比能否组成比例，熟练、灵活掌握解比例的方法。</w:t>
      </w:r>
    </w:p>
    <w:p>
      <w:pPr>
        <w:spacing w:after="20" w:line="300" w:lineRule="auto"/>
        <w:ind w:firstLine="400"/>
      </w:pPr>
      <w:r>
        <w:rPr>
          <w:rFonts w:ascii="宋体" w:hAnsi="宋体" w:eastAsia="宋体"/>
          <w:b w:val="0"/>
          <w:sz w:val="20"/>
        </w:rPr>
        <w:t>第3课时：通过回顾和整理，进一步理解比例的意义和性质，明确比和比例的区别及联系。能正确、熟练地解比例。</w:t>
      </w:r>
    </w:p>
    <w:p>
      <w:pPr>
        <w:spacing w:after="20" w:line="300" w:lineRule="auto"/>
        <w:ind w:firstLine="400"/>
      </w:pPr>
      <w:r>
        <w:rPr>
          <w:rFonts w:ascii="宋体" w:hAnsi="宋体" w:eastAsia="宋体"/>
          <w:b w:val="0"/>
          <w:sz w:val="20"/>
        </w:rPr>
        <w:t>第4课时：从具体实例中认识成正比例的量，初步理解正比例的意义及字母表达式，学会根据正比例的意义来判断两种相关联的量是不是成正比例关系。</w:t>
      </w:r>
    </w:p>
    <w:p>
      <w:pPr>
        <w:spacing w:after="20" w:line="300" w:lineRule="auto"/>
        <w:ind w:firstLine="400"/>
      </w:pPr>
      <w:r>
        <w:rPr>
          <w:rFonts w:ascii="宋体" w:hAnsi="宋体" w:eastAsia="宋体"/>
          <w:b w:val="0"/>
          <w:sz w:val="20"/>
        </w:rPr>
        <w:t>第5课时：结合具体情境，让学生理解比例尺的意义，掌握求比例尺的方法，掌握数值比例尺与线段比例尺互相改写的方法。</w:t>
      </w:r>
    </w:p>
    <w:p>
      <w:pPr>
        <w:spacing w:after="20" w:line="300" w:lineRule="auto"/>
        <w:ind w:firstLine="400"/>
      </w:pPr>
      <w:r>
        <w:rPr>
          <w:rFonts w:ascii="宋体" w:hAnsi="宋体" w:eastAsia="宋体"/>
          <w:b w:val="0"/>
          <w:sz w:val="20"/>
        </w:rPr>
        <w:t>第6课时：在具体情境中理解比例的意义，在体验过程中发现组成比例的规律，掌握组成比例的条件，能应用比例的意义判断两个比能否组成比例。</w:t>
      </w:r>
    </w:p>
    <w:p>
      <w:pPr>
        <w:spacing w:after="20" w:line="300" w:lineRule="auto"/>
        <w:ind w:firstLine="400"/>
      </w:pPr>
      <w:r>
        <w:rPr>
          <w:rFonts w:ascii="宋体" w:hAnsi="宋体" w:eastAsia="宋体"/>
          <w:b w:val="0"/>
          <w:sz w:val="20"/>
        </w:rPr>
        <w:t>第7课时：使学生经历从生活实例中抽象出成反比例关系的量的过程，初步理解反比例的意义，能判断两种量是否成反比例关系。</w:t>
      </w:r>
    </w:p>
    <w:p>
      <w:pPr>
        <w:spacing w:after="20" w:line="300" w:lineRule="auto"/>
        <w:ind w:firstLine="400"/>
      </w:pPr>
      <w:r>
        <w:rPr>
          <w:rFonts w:ascii="宋体" w:hAnsi="宋体" w:eastAsia="宋体"/>
          <w:b w:val="0"/>
          <w:sz w:val="20"/>
        </w:rPr>
        <w:t>第8课时：进一步理解比例尺的意义，能根据比例尺求出相应的实际距离。</w:t>
      </w:r>
    </w:p>
    <w:p>
      <w:pPr>
        <w:spacing w:after="20" w:line="300" w:lineRule="auto"/>
        <w:ind w:firstLine="400"/>
      </w:pPr>
      <w:r>
        <w:rPr>
          <w:rFonts w:ascii="宋体" w:hAnsi="宋体" w:eastAsia="宋体"/>
          <w:b w:val="0"/>
          <w:sz w:val="20"/>
        </w:rPr>
        <w:t>第9课时：了解比例各部分的名称，探索并掌握比例的基本性质，会根据比例的基本性质正确判断两个比能否组成比例，会把乘积相等的式子转化成比例。</w:t>
      </w:r>
    </w:p>
    <w:p>
      <w:pPr>
        <w:spacing w:after="20" w:line="300" w:lineRule="auto"/>
        <w:ind w:firstLine="400"/>
      </w:pPr>
      <w:r>
        <w:rPr>
          <w:rFonts w:ascii="宋体" w:hAnsi="宋体" w:eastAsia="宋体"/>
          <w:b w:val="0"/>
          <w:sz w:val="20"/>
        </w:rPr>
        <w:t>第10课时：掌握解比例的方法和格式，能根据比例的基本性质把比例的比的形式和分数形式改写成乘积形式，正确地解比例。</w:t>
      </w:r>
    </w:p>
    <w:p>
      <w:pPr>
        <w:spacing w:after="20" w:line="300" w:lineRule="auto"/>
        <w:ind w:firstLine="400"/>
      </w:pPr>
      <w:r>
        <w:rPr>
          <w:rFonts w:ascii="宋体" w:hAnsi="宋体" w:eastAsia="宋体"/>
          <w:b w:val="0"/>
          <w:sz w:val="20"/>
        </w:rPr>
        <w:t>第11课时：在理解比例尺的意义的基础上，能根据比例尺求出相应的图上距离，并完成相应平面图的绘制。</w:t>
      </w:r>
    </w:p>
    <w:p>
      <w:pPr>
        <w:spacing w:after="20" w:line="300" w:lineRule="auto"/>
        <w:ind w:firstLine="400"/>
      </w:pPr>
      <w:r>
        <w:rPr>
          <w:rFonts w:ascii="宋体" w:hAnsi="宋体" w:eastAsia="宋体"/>
          <w:b w:val="0"/>
          <w:sz w:val="20"/>
        </w:rPr>
        <w:t>第12课时：结合具体情境在观察、比较、思考和交流等活动中初步理解图形放大的数学含义，会用自己的语言表述图形放大的含义，能联系图形放大的含义自主迁移理解图形缩小的含义，体会图形的放大与缩小的联系和区别。</w:t>
      </w:r>
    </w:p>
    <w:p>
      <w:pPr>
        <w:spacing w:after="20" w:line="300" w:lineRule="auto"/>
        <w:ind w:firstLine="400"/>
      </w:pPr>
      <w:r>
        <w:rPr>
          <w:rFonts w:ascii="宋体" w:hAnsi="宋体" w:eastAsia="宋体"/>
          <w:b w:val="0"/>
          <w:sz w:val="20"/>
        </w:rPr>
        <w:t>第13课时：能正确判断情境中的两种量是否成正比例关系，并能用正比例的知识解决实际问题。</w:t>
      </w:r>
    </w:p>
    <w:p>
      <w:pPr>
        <w:spacing w:after="20" w:line="300" w:lineRule="auto"/>
        <w:ind w:firstLine="400"/>
      </w:pPr>
      <w:r>
        <w:rPr>
          <w:rFonts w:ascii="宋体" w:hAnsi="宋体" w:eastAsia="宋体"/>
          <w:b w:val="0"/>
          <w:sz w:val="20"/>
        </w:rPr>
        <w:t>第14课时：能正确判断情境中的两种量是否成反比例关系，并能用反比例的意义解决实际问题。</w:t>
      </w:r>
    </w:p>
    <w:p>
      <w:pPr>
        <w:spacing w:after="20" w:line="300" w:lineRule="auto"/>
        <w:ind w:firstLine="400"/>
      </w:pPr>
      <w:r>
        <w:rPr>
          <w:rFonts w:ascii="宋体" w:hAnsi="宋体" w:eastAsia="宋体"/>
          <w:b w:val="0"/>
          <w:sz w:val="20"/>
        </w:rPr>
        <w:t>第15课时：理解并掌握自行车“蹬一圈走多远”的计算方法，探索变速自行车的速度与其内在结构的关系。</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重视概念的理解，让学生经历概念的形成过程。本单元有许多重要的基础性概念，如比例的意义、比例的基本性质、比例尺、正比例的意义、反比例的意义等。这些概念揭示了数学中的重要规律或关系，并且与解比例等技能或用比例解决问题密切相关。因此，教学中不仅仅需要记住概念，更重要的是要理解这些概念，并能正确地加以应用，同时提升对概念掌握的水平。</w:t>
      </w:r>
    </w:p>
    <w:p>
      <w:pPr>
        <w:spacing w:after="20" w:line="300" w:lineRule="auto"/>
      </w:pPr>
      <w:r>
        <w:rPr>
          <w:rFonts w:ascii="宋体" w:hAnsi="宋体" w:eastAsia="宋体"/>
          <w:b w:val="0"/>
          <w:sz w:val="20"/>
        </w:rPr>
        <w:t>● 让学生充分经历和体会解决问题的全过程，积累基本的数学活动经验，获得基本的数学思想方法，提高能力。本单元中，用比例的基本性质、比例尺以及正比例、反比例解决问题，都是比例知识的有效应用。在教学中，应创设真实的情境，让学生体会比例知识在生活中的广泛应用，经历解决问题的全过程，以帮助学生牢固掌握分析的方法和解答的步骤，发展解决问题的能力，提升思维的条理性。</w:t>
      </w:r>
    </w:p>
    <w:p>
      <w:pPr>
        <w:spacing w:after="20" w:line="300" w:lineRule="auto"/>
      </w:pPr>
      <w:r>
        <w:rPr>
          <w:rFonts w:ascii="宋体" w:hAnsi="宋体" w:eastAsia="宋体"/>
          <w:b w:val="0"/>
          <w:sz w:val="20"/>
        </w:rPr>
        <w:t>● 注重知识的沟通与梳理，重视问题解决策略的多样性和方法的灵活性。比例的学习内容，特点是应用性强、综合性强。教学时，需要对知识之间的关系进行梳理、比较，找出它们的联系和区别，如：比和比例之间的联系和区别、比的基本性质与比例的基本性质之间的比较与区别、比和比例尺之间的联系和区别等。通过沟通与比较，构建学生良好的认知结构和方法系统。</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练习课（正比例和反比例）</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在练习中，进一步理解正、反比例的意义，弄清它们的联系和区别，能正确、熟练地判断正、反比例关系。</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练习课（比例的意义和基本性质）</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进一步理解和掌握比例的意义和比例的基本性质，会根据比例的意义和比例的基本性质正确判断两个比能否组成比例，熟练、灵活掌握解比例的方法。</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通过回顾和整理，进一步理解比例的意义和性质，明确比和比例的区别及联系。能正确、熟练地解比例。</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正比例</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从具体实例中认识成正比例的量，初步理解正比例的意义及字母表达式，学会根据正比例的意义来判断两种相关联的量是不是成正比例关系。</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比例尺（1）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结合具体情境，让学生理解比例尺的意义，掌握求比例尺的方法，掌握数值比例尺与线段比例尺互相改写的方法。</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比例的意义</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在具体情境中理解比例的意义，在体验过程中发现组成比例的规律，掌握组成比例的条件，能应用比例的意义判断两个比能否组成比例。</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反比例</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使学生经历从生活实例中抽象出成反比例关系的量的过程，初步理解反比例的意义，能判断两种量是否成反比例关系。</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比例尺（2）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进一步理解比例尺的意义，能根据比例尺求出相应的实际距离。</w:t>
            </w:r>
          </w:p>
        </w:tc>
      </w:tr>
      <w:tr>
        <w:tc>
          <w:tcPr>
            <w:tcW w:type="dxa" w:w="1020"/>
          </w:tcPr>
          <w:p>
            <w:pPr>
              <w:spacing w:after="20" w:line="276" w:lineRule="auto"/>
            </w:pPr>
            <w:r/>
            <w:r>
              <w:rPr>
                <w:rFonts w:ascii="宋体" w:hAnsi="宋体" w:eastAsia="宋体"/>
                <w:b w:val="0"/>
                <w:sz w:val="18"/>
              </w:rPr>
              <w:t>第9课时</w:t>
            </w:r>
          </w:p>
        </w:tc>
        <w:tc>
          <w:tcPr>
            <w:tcW w:type="dxa" w:w="3061"/>
          </w:tcPr>
          <w:p>
            <w:pPr>
              <w:spacing w:after="20" w:line="276" w:lineRule="auto"/>
            </w:pPr>
            <w:r/>
            <w:r>
              <w:rPr>
                <w:rFonts w:ascii="宋体" w:hAnsi="宋体" w:eastAsia="宋体"/>
                <w:b w:val="0"/>
                <w:sz w:val="18"/>
              </w:rPr>
              <w:t>比例的基本性质</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了解比例各部分的名称，探索并掌握比例的基本性质，会根据比例的基本性质正确判断两个比能否组成比例，会把乘积相等的式子转化成比例。</w:t>
            </w:r>
          </w:p>
        </w:tc>
      </w:tr>
      <w:tr>
        <w:tc>
          <w:tcPr>
            <w:tcW w:type="dxa" w:w="1020"/>
          </w:tcPr>
          <w:p>
            <w:pPr>
              <w:spacing w:after="20" w:line="276" w:lineRule="auto"/>
            </w:pPr>
            <w:r/>
            <w:r>
              <w:rPr>
                <w:rFonts w:ascii="宋体" w:hAnsi="宋体" w:eastAsia="宋体"/>
                <w:b w:val="0"/>
                <w:sz w:val="18"/>
              </w:rPr>
              <w:t>第10课时</w:t>
            </w:r>
          </w:p>
        </w:tc>
        <w:tc>
          <w:tcPr>
            <w:tcW w:type="dxa" w:w="3061"/>
          </w:tcPr>
          <w:p>
            <w:pPr>
              <w:spacing w:after="20" w:line="276" w:lineRule="auto"/>
            </w:pPr>
            <w:r/>
            <w:r>
              <w:rPr>
                <w:rFonts w:ascii="宋体" w:hAnsi="宋体" w:eastAsia="宋体"/>
                <w:b w:val="0"/>
                <w:sz w:val="18"/>
              </w:rPr>
              <w:t>解比例</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掌握解比例的方法和格式，能根据比例的基本性质把比例的比的形式和分数形式改写成乘积形式，正确地解比例。</w:t>
            </w:r>
          </w:p>
        </w:tc>
      </w:tr>
      <w:tr>
        <w:tc>
          <w:tcPr>
            <w:tcW w:type="dxa" w:w="1020"/>
          </w:tcPr>
          <w:p>
            <w:pPr>
              <w:spacing w:after="20" w:line="276" w:lineRule="auto"/>
            </w:pPr>
            <w:r/>
            <w:r>
              <w:rPr>
                <w:rFonts w:ascii="宋体" w:hAnsi="宋体" w:eastAsia="宋体"/>
                <w:b w:val="0"/>
                <w:sz w:val="18"/>
              </w:rPr>
              <w:t>第11课时</w:t>
            </w:r>
          </w:p>
        </w:tc>
        <w:tc>
          <w:tcPr>
            <w:tcW w:type="dxa" w:w="3061"/>
          </w:tcPr>
          <w:p>
            <w:pPr>
              <w:spacing w:after="20" w:line="276" w:lineRule="auto"/>
            </w:pPr>
            <w:r/>
            <w:r>
              <w:rPr>
                <w:rFonts w:ascii="宋体" w:hAnsi="宋体" w:eastAsia="宋体"/>
                <w:b w:val="0"/>
                <w:sz w:val="18"/>
              </w:rPr>
              <w:t>比例尺（3）</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在理解比例尺的意义的基础上，能根据比例尺求出相应的图上距离，并完成相应平面图的绘制。</w:t>
            </w:r>
          </w:p>
        </w:tc>
      </w:tr>
      <w:tr>
        <w:tc>
          <w:tcPr>
            <w:tcW w:type="dxa" w:w="1020"/>
          </w:tcPr>
          <w:p>
            <w:pPr>
              <w:spacing w:after="20" w:line="276" w:lineRule="auto"/>
            </w:pPr>
            <w:r/>
            <w:r>
              <w:rPr>
                <w:rFonts w:ascii="宋体" w:hAnsi="宋体" w:eastAsia="宋体"/>
                <w:b w:val="0"/>
                <w:sz w:val="18"/>
              </w:rPr>
              <w:t>第12课时</w:t>
            </w:r>
          </w:p>
        </w:tc>
        <w:tc>
          <w:tcPr>
            <w:tcW w:type="dxa" w:w="3061"/>
          </w:tcPr>
          <w:p>
            <w:pPr>
              <w:spacing w:after="20" w:line="276" w:lineRule="auto"/>
            </w:pPr>
            <w:r/>
            <w:r>
              <w:rPr>
                <w:rFonts w:ascii="宋体" w:hAnsi="宋体" w:eastAsia="宋体"/>
                <w:b w:val="0"/>
                <w:sz w:val="18"/>
              </w:rPr>
              <w:t>图形的放大与缩小</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具体情境在观察、比较、思考和交流等活动中初步理解图形放大的数学含义，会用自己的语言表述图形放大的含义，能联系图形放大的含义自主迁移理解图形缩小的含义，体会图形的放大与缩小的联系和区别。</w:t>
            </w:r>
          </w:p>
        </w:tc>
      </w:tr>
      <w:tr>
        <w:tc>
          <w:tcPr>
            <w:tcW w:type="dxa" w:w="1020"/>
          </w:tcPr>
          <w:p>
            <w:pPr>
              <w:spacing w:after="20" w:line="276" w:lineRule="auto"/>
            </w:pPr>
            <w:r/>
            <w:r>
              <w:rPr>
                <w:rFonts w:ascii="宋体" w:hAnsi="宋体" w:eastAsia="宋体"/>
                <w:b w:val="0"/>
                <w:sz w:val="18"/>
              </w:rPr>
              <w:t>第13课时</w:t>
            </w:r>
          </w:p>
        </w:tc>
        <w:tc>
          <w:tcPr>
            <w:tcW w:type="dxa" w:w="3061"/>
          </w:tcPr>
          <w:p>
            <w:pPr>
              <w:spacing w:after="20" w:line="276" w:lineRule="auto"/>
            </w:pPr>
            <w:r/>
            <w:r>
              <w:rPr>
                <w:rFonts w:ascii="宋体" w:hAnsi="宋体" w:eastAsia="宋体"/>
                <w:b w:val="0"/>
                <w:sz w:val="18"/>
              </w:rPr>
              <w:t>用比例解决问题（1）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能正确判断情境中的两种量是否成正比例关系，并能用正比例的知识解决实际问题。</w:t>
            </w:r>
          </w:p>
        </w:tc>
      </w:tr>
      <w:tr>
        <w:tc>
          <w:tcPr>
            <w:tcW w:type="dxa" w:w="1020"/>
          </w:tcPr>
          <w:p>
            <w:pPr>
              <w:spacing w:after="20" w:line="276" w:lineRule="auto"/>
            </w:pPr>
            <w:r/>
            <w:r>
              <w:rPr>
                <w:rFonts w:ascii="宋体" w:hAnsi="宋体" w:eastAsia="宋体"/>
                <w:b w:val="0"/>
                <w:sz w:val="18"/>
              </w:rPr>
              <w:t>第14课时</w:t>
            </w:r>
          </w:p>
        </w:tc>
        <w:tc>
          <w:tcPr>
            <w:tcW w:type="dxa" w:w="3061"/>
          </w:tcPr>
          <w:p>
            <w:pPr>
              <w:spacing w:after="20" w:line="276" w:lineRule="auto"/>
            </w:pPr>
            <w:r/>
            <w:r>
              <w:rPr>
                <w:rFonts w:ascii="宋体" w:hAnsi="宋体" w:eastAsia="宋体"/>
                <w:b w:val="0"/>
                <w:sz w:val="18"/>
              </w:rPr>
              <w:t>用比例解决问题（2）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能正确判断情境中的两种量是否成反比例关系，并能用反比例的意义解决实际问题。</w:t>
            </w:r>
          </w:p>
        </w:tc>
      </w:tr>
      <w:tr>
        <w:tc>
          <w:tcPr>
            <w:tcW w:type="dxa" w:w="1020"/>
          </w:tcPr>
          <w:p>
            <w:pPr>
              <w:spacing w:after="20" w:line="276" w:lineRule="auto"/>
            </w:pPr>
            <w:r/>
            <w:r>
              <w:rPr>
                <w:rFonts w:ascii="宋体" w:hAnsi="宋体" w:eastAsia="宋体"/>
                <w:b w:val="0"/>
                <w:sz w:val="18"/>
              </w:rPr>
              <w:t>第15课时</w:t>
            </w:r>
          </w:p>
        </w:tc>
        <w:tc>
          <w:tcPr>
            <w:tcW w:type="dxa" w:w="3061"/>
          </w:tcPr>
          <w:p>
            <w:pPr>
              <w:spacing w:after="20" w:line="276" w:lineRule="auto"/>
            </w:pPr>
            <w:r/>
            <w:r>
              <w:rPr>
                <w:rFonts w:ascii="宋体" w:hAnsi="宋体" w:eastAsia="宋体"/>
                <w:b w:val="0"/>
                <w:sz w:val="18"/>
              </w:rPr>
              <w:t>╫╘╨╨│╡└∩╡─╩²╤ºí╛╜╠░╕í┐</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理解并掌握自行车“蹬一圈走多远”的计算方法，探索变速自行车的速度与其内在结构的关系。</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练习课（正比例和反比例）</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练习课（正比例和反比例）</w:t>
            </w:r>
          </w:p>
        </w:tc>
        <w:tc>
          <w:tcPr>
            <w:tcW w:type="dxa" w:w="6009"/>
          </w:tcPr>
          <w:p>
            <w:pPr>
              <w:spacing w:after="20" w:line="276" w:lineRule="auto"/>
            </w:pPr>
            <w:r/>
            <w:r>
              <w:rPr>
                <w:rFonts w:ascii="宋体" w:hAnsi="宋体" w:eastAsia="宋体"/>
                <w:b w:val="0"/>
                <w:sz w:val="20"/>
              </w:rPr>
              <w:t>第4单元 比例（正比例和反比例）</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比例这一单元时，已经学习了比、除法的意义和分数的意义，以及分数的基本性质、分数与除法的关系、分数乘除法的计算方法等，这些都是学习本单元内容的基础知识。比例是小学阶段数与代数部分最后一单元学习的内容，这部分内容的特点是应用性强、综合性强、内容情境不新，但采用新的思维方式和数学模型，需要学生在较高水平层面上学习。</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（1）在练习中，进一步理解正、反比例的意义，弄清它们的联系和区别，能正确、熟练地判断正、反比例关系。</w:t>
      </w:r>
    </w:p>
    <w:p>
      <w:pPr>
        <w:spacing w:after="20" w:line="300" w:lineRule="auto"/>
        <w:ind w:firstLine="400"/>
      </w:pPr>
      <w:r>
        <w:rPr>
          <w:rFonts w:ascii="宋体" w:hAnsi="宋体" w:eastAsia="宋体"/>
          <w:b w:val="0"/>
          <w:sz w:val="20"/>
        </w:rPr>
        <w:t>（2）提高观察、分析、比较、抽象概括和判断推理的能力。</w:t>
      </w:r>
    </w:p>
    <w:p>
      <w:pPr>
        <w:spacing w:after="20" w:line="300" w:lineRule="auto"/>
        <w:ind w:firstLine="400"/>
      </w:pPr>
      <w:r>
        <w:rPr>
          <w:rFonts w:ascii="宋体" w:hAnsi="宋体" w:eastAsia="宋体"/>
          <w:b w:val="0"/>
          <w:sz w:val="20"/>
        </w:rPr>
        <w:t>（3）提高学生综合运用知识解决实际问题的能力，培养学生自主探究、合作交流的学习能力。</w:t>
      </w:r>
    </w:p>
    <w:p>
      <w:pPr>
        <w:spacing w:after="20" w:line="300" w:lineRule="auto"/>
      </w:pPr>
      <w:r>
        <w:rPr>
          <w:rFonts w:ascii="宋体" w:hAnsi="宋体" w:eastAsia="宋体"/>
          <w:b w:val="0"/>
          <w:sz w:val="20"/>
        </w:rPr>
        <w:t>教学重点：进一步掌握正、反比例关系的意义。</w:t>
      </w:r>
    </w:p>
    <w:p>
      <w:pPr>
        <w:spacing w:after="20" w:line="300" w:lineRule="auto"/>
      </w:pPr>
      <w:r>
        <w:rPr>
          <w:rFonts w:ascii="宋体" w:hAnsi="宋体" w:eastAsia="宋体"/>
          <w:b w:val="0"/>
          <w:sz w:val="20"/>
        </w:rPr>
        <w:t>教学难点：正确应用正、反比例知识解答基本的正、反比例应用题。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一、比较正、反比例的意义，加深理解</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我们已经初步学习了判断两种量是不是成正比例或反比例的关系的方法，你能判断下面两种量成什么比例吗？；同样都是速度、时间、路程，为什么有的成正比例关系，有的成反比例关系？</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二、基础练习，巩固意义</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三、综合应用，提升能力</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在刚才的练习中，大家表现得很不错。你敢挑战下面这两个问题吗？；你认为x、y、z分别可以表示什么？</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四、拓展延伸，开放思维</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今天的数学课，你们有哪些收获呢？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一、比较正、反比例的意义，加深理解</w:t>
            </w:r>
          </w:p>
        </w:tc>
        <w:tc>
          <w:tcPr>
            <w:tcW w:type="dxa" w:w="3061"/>
          </w:tcPr>
          <w:p>
            <w:pPr>
              <w:spacing w:after="20" w:line="276" w:lineRule="auto"/>
            </w:pPr>
            <w:r/>
            <w:r>
              <w:rPr>
                <w:rFonts w:ascii="宋体" w:hAnsi="宋体" w:eastAsia="宋体"/>
                <w:b w:val="0"/>
                <w:sz w:val="18"/>
              </w:rPr>
              <w:t>1.回顾旧知识，对比感知。</w:t>
            </w:r>
          </w:p>
          <w:p>
            <w:pPr>
              <w:spacing w:after="20" w:line="276" w:lineRule="auto"/>
            </w:pPr>
            <w:r>
              <w:rPr>
                <w:rFonts w:ascii="宋体" w:hAnsi="宋体" w:eastAsia="宋体"/>
                <w:b w:val="0"/>
                <w:sz w:val="18"/>
              </w:rPr>
              <w:t>师：我们已经初步学习了判断两种量是不是成正比例或反比例的关系的方法，你能判断下面两种量成什么比例吗？（出示课件）</w:t>
            </w:r>
          </w:p>
          <w:p>
            <w:pPr>
              <w:spacing w:after="20" w:line="276" w:lineRule="auto"/>
            </w:pPr>
            <w:r>
              <w:rPr>
                <w:rFonts w:ascii="宋体" w:hAnsi="宋体" w:eastAsia="宋体"/>
                <w:b w:val="0"/>
                <w:sz w:val="18"/>
              </w:rPr>
              <w:t>÷速度=时间，所以路程和速度成正比例关系。</w:t>
            </w:r>
          </w:p>
          <w:p>
            <w:pPr>
              <w:spacing w:after="20" w:line="276" w:lineRule="auto"/>
            </w:pPr>
            <w:r>
              <w:rPr>
                <w:rFonts w:ascii="宋体" w:hAnsi="宋体" w:eastAsia="宋体"/>
                <w:b w:val="0"/>
                <w:sz w:val="18"/>
              </w:rPr>
              <w:t>师：同样都是速度、时间、路程，为什么有的成正比例关系，有的成反比例关系？</w:t>
            </w:r>
          </w:p>
          <w:p>
            <w:pPr>
              <w:spacing w:after="20" w:line="276" w:lineRule="auto"/>
            </w:pPr>
            <w:r>
              <w:rPr>
                <w:rFonts w:ascii="宋体" w:hAnsi="宋体" w:eastAsia="宋体"/>
                <w:b w:val="0"/>
                <w:sz w:val="18"/>
              </w:rPr>
              <w:t>师：你还能举出类似的例子吗？</w:t>
            </w:r>
          </w:p>
          <w:p>
            <w:pPr>
              <w:spacing w:after="20" w:line="276" w:lineRule="auto"/>
            </w:pPr>
            <w:r>
              <w:rPr>
                <w:rFonts w:ascii="宋体" w:hAnsi="宋体" w:eastAsia="宋体"/>
                <w:b w:val="0"/>
                <w:sz w:val="18"/>
              </w:rPr>
              <w:t>(教师对学生的发言及时鼓励、评价。)</w:t>
            </w:r>
          </w:p>
          <w:p>
            <w:pPr>
              <w:spacing w:after="20" w:line="276" w:lineRule="auto"/>
            </w:pPr>
            <w:r>
              <w:rPr>
                <w:rFonts w:ascii="宋体" w:hAnsi="宋体" w:eastAsia="宋体"/>
                <w:b w:val="0"/>
                <w:sz w:val="18"/>
              </w:rPr>
              <w:t>2.总结对比正比例和反比例的异同点。</w:t>
            </w:r>
          </w:p>
          <w:p>
            <w:pPr>
              <w:spacing w:after="20" w:line="276" w:lineRule="auto"/>
            </w:pPr>
            <w:r>
              <w:rPr>
                <w:rFonts w:ascii="宋体" w:hAnsi="宋体" w:eastAsia="宋体"/>
                <w:b w:val="0"/>
                <w:sz w:val="18"/>
              </w:rPr>
              <w:t>师：你能总结一下正比例和反比例有什么相同点和不同点吗？</w:t>
            </w:r>
          </w:p>
          <w:p>
            <w:pPr>
              <w:spacing w:after="20" w:line="276" w:lineRule="auto"/>
            </w:pPr>
            <w:r>
              <w:rPr>
                <w:rFonts w:ascii="宋体" w:hAnsi="宋体" w:eastAsia="宋体"/>
                <w:b w:val="0"/>
                <w:sz w:val="18"/>
              </w:rPr>
              <w:t>课件出示表格，根据学生的回答填写表格。</w:t>
            </w:r>
          </w:p>
          <w:p>
            <w:pPr>
              <w:spacing w:after="20" w:line="276" w:lineRule="auto"/>
            </w:pPr>
            <w:r>
              <w:rPr>
                <w:rFonts w:ascii="宋体" w:hAnsi="宋体" w:eastAsia="宋体"/>
                <w:b w:val="0"/>
                <w:sz w:val="18"/>
              </w:rPr>
              <w:t>通过判断速度、时间、路程之间的正、反比例关系，让学生更深入地思考正、反比例的异同点。注意学生表达的完整性，在辨析的过程中加深对正、反比例的意义的理解，巩固判断正、反比例的方法。</w:t>
            </w:r>
          </w:p>
          <w:p>
            <w:pPr>
              <w:spacing w:after="20" w:line="276" w:lineRule="auto"/>
            </w:pPr>
            <w:r>
              <w:rPr>
                <w:rFonts w:ascii="宋体" w:hAnsi="宋体" w:eastAsia="宋体"/>
                <w:b w:val="0"/>
                <w:sz w:val="18"/>
              </w:rPr>
              <w:t>师：我们已经了解了正比例和反比例的异同，今天我们就应用正、反比例的知识来解决一些问题。</w:t>
            </w:r>
          </w:p>
        </w:tc>
        <w:tc>
          <w:tcPr>
            <w:tcW w:type="dxa" w:w="3061"/>
          </w:tcPr>
          <w:p>
            <w:pPr>
              <w:spacing w:after="20" w:line="276" w:lineRule="auto"/>
            </w:pPr>
            <w:r/>
            <w:r>
              <w:rPr>
                <w:rFonts w:ascii="宋体" w:hAnsi="宋体" w:eastAsia="宋体"/>
                <w:b w:val="0"/>
                <w:sz w:val="18"/>
              </w:rPr>
              <w:t>预设1：路程和时间是两种相关联的量，因为速度一定，路程÷时间=速度，所以路程和时间成正比例关系。</w:t>
            </w:r>
          </w:p>
          <w:p>
            <w:pPr>
              <w:spacing w:after="20" w:line="276" w:lineRule="auto"/>
            </w:pPr>
            <w:r>
              <w:rPr>
                <w:rFonts w:ascii="宋体" w:hAnsi="宋体" w:eastAsia="宋体"/>
                <w:b w:val="0"/>
                <w:sz w:val="18"/>
              </w:rPr>
              <w:t>预设2：速度和时间是两种相关联的量，因为路程一定，速度×时间=路程，所以速度和时间成反比例关系。</w:t>
            </w:r>
          </w:p>
          <w:p>
            <w:pPr>
              <w:spacing w:after="20" w:line="276" w:lineRule="auto"/>
            </w:pPr>
            <w:r>
              <w:rPr>
                <w:rFonts w:ascii="宋体" w:hAnsi="宋体" w:eastAsia="宋体"/>
                <w:b w:val="0"/>
                <w:sz w:val="18"/>
              </w:rPr>
              <w:t>预设3：路程和速度是两种相关联的量，因为时间一定，路程</w:t>
            </w:r>
          </w:p>
          <w:p>
            <w:pPr>
              <w:spacing w:after="20" w:line="276" w:lineRule="auto"/>
            </w:pPr>
            <w:r>
              <w:rPr>
                <w:rFonts w:ascii="宋体" w:hAnsi="宋体" w:eastAsia="宋体"/>
                <w:b w:val="0"/>
                <w:sz w:val="18"/>
              </w:rPr>
              <w:t>引导学生说出要看两种相关联的量的变化规律，还要看比值一定还是乘积一定。(教师可以让学生具体说一说成正比例关系的两种量的变化规律、成反比例关系的两种量的变化规律。)</w:t>
            </w:r>
          </w:p>
          <w:p>
            <w:pPr>
              <w:spacing w:after="20" w:line="276" w:lineRule="auto"/>
            </w:pPr>
            <w:r>
              <w:rPr>
                <w:rFonts w:ascii="宋体" w:hAnsi="宋体" w:eastAsia="宋体"/>
                <w:b w:val="0"/>
                <w:sz w:val="18"/>
              </w:rPr>
              <w:t>预设1：单价、数量、总价之间也有这样的关系。总价一定，单价×数量=总价，单价和数量成反比例关系；单价一定，总价÷数量=单价，总价和数量成正比例关系；数量一定，总价÷单价=数量，总价和单价成正比例关系。</w:t>
            </w:r>
          </w:p>
          <w:p>
            <w:pPr>
              <w:spacing w:after="20" w:line="276" w:lineRule="auto"/>
            </w:pPr>
            <w:r>
              <w:rPr>
                <w:rFonts w:ascii="宋体" w:hAnsi="宋体" w:eastAsia="宋体"/>
                <w:b w:val="0"/>
                <w:sz w:val="18"/>
              </w:rPr>
              <w:t>预设2：工作总量、工作时间、工作效率之间也有这样的关系。工作总量一定，工作效率×工作时间=工作总量，工作效率和工作时间成反比例关系；工作效率一定，工作总量÷工作时间=工作效率，工作总量和工作时间成正比例关系；工作时间一定，工作总量÷工作效率=工作时间，工作总量和工作效率成正比例关系。</w:t>
            </w:r>
          </w:p>
        </w:tc>
        <w:tc>
          <w:tcPr>
            <w:tcW w:type="dxa" w:w="1814"/>
          </w:tcPr>
          <w:p>
            <w:pPr>
              <w:spacing w:after="20" w:line="276" w:lineRule="auto"/>
            </w:pPr>
            <w:r/>
            <w:r>
              <w:rPr>
                <w:rFonts w:ascii="宋体" w:hAnsi="宋体" w:eastAsia="宋体"/>
                <w:b w:val="0"/>
                <w:sz w:val="18"/>
              </w:rPr>
              <w:t>围绕环节目标组织学习活动，引导学生主动参与、积极思考，核心问题："我们已经初步学习了判断两种量是不是成正比例或反比例的关系的方法，你能判断下面两种量成什么比例吗？"</w:t>
            </w:r>
          </w:p>
        </w:tc>
      </w:tr>
      <w:tr>
        <w:tc>
          <w:tcPr>
            <w:tcW w:type="dxa" w:w="1474"/>
          </w:tcPr>
          <w:p>
            <w:pPr>
              <w:spacing w:after="20" w:line="276" w:lineRule="auto"/>
            </w:pPr>
            <w:r>
              <w:rPr>
                <w:b/>
              </w:rPr>
            </w:r>
            <w:r>
              <w:rPr>
                <w:rFonts w:ascii="宋体" w:hAnsi="宋体" w:eastAsia="宋体"/>
                <w:b/>
                <w:sz w:val="18"/>
              </w:rPr>
              <w:t>二、基础练习，巩固意义</w:t>
            </w:r>
          </w:p>
        </w:tc>
        <w:tc>
          <w:tcPr>
            <w:tcW w:type="dxa" w:w="3061"/>
          </w:tcPr>
          <w:p>
            <w:pPr>
              <w:spacing w:after="20" w:line="276" w:lineRule="auto"/>
            </w:pPr>
            <w:r/>
            <w:r>
              <w:rPr>
                <w:rFonts w:ascii="宋体" w:hAnsi="宋体" w:eastAsia="宋体"/>
                <w:b w:val="0"/>
                <w:sz w:val="18"/>
              </w:rPr>
              <w:t>1.课件出示教科书P48“练习九”第7题。</w:t>
            </w:r>
          </w:p>
          <w:p>
            <w:pPr>
              <w:spacing w:after="20" w:line="276" w:lineRule="auto"/>
            </w:pPr>
            <w:r>
              <w:rPr>
                <w:rFonts w:ascii="宋体" w:hAnsi="宋体" w:eastAsia="宋体"/>
                <w:b w:val="0"/>
                <w:sz w:val="18"/>
              </w:rPr>
              <w:t>2.课件出示教科书P49“练习九”第9、12题。</w:t>
            </w:r>
          </w:p>
          <w:p>
            <w:pPr>
              <w:spacing w:after="20" w:line="276" w:lineRule="auto"/>
            </w:pPr>
            <w:r>
              <w:rPr>
                <w:rFonts w:ascii="宋体" w:hAnsi="宋体" w:eastAsia="宋体"/>
                <w:b w:val="0"/>
                <w:sz w:val="18"/>
              </w:rPr>
              <w:t>师：请同学们独立完成这两道题，然后在小组内交流、订正。</w:t>
            </w:r>
          </w:p>
          <w:p>
            <w:pPr>
              <w:spacing w:after="20" w:line="276" w:lineRule="auto"/>
            </w:pPr>
            <w:r>
              <w:rPr>
                <w:rFonts w:ascii="宋体" w:hAnsi="宋体" w:eastAsia="宋体"/>
                <w:b w:val="0"/>
                <w:sz w:val="18"/>
              </w:rPr>
              <w:t>第12题：第（1）题，指导学生先通过两个量的具体对应值，发现“每天组装的数量”和“所用天数”的变化规律，再用字母表示出两种量之间的关系，得到组装的手机总数=pt。第（2）题，通过计算可以得到p和t的乘积一定，所以p和t成反比例关系。第（3）题，可以用算式500×24÷8=1500(部)来解决。</w:t>
            </w:r>
          </w:p>
        </w:tc>
        <w:tc>
          <w:tcPr>
            <w:tcW w:type="dxa" w:w="3061"/>
          </w:tcPr>
          <w:p>
            <w:pPr>
              <w:spacing w:after="20" w:line="276" w:lineRule="auto"/>
            </w:pPr>
            <w:r/>
            <w:r>
              <w:rPr>
                <w:rFonts w:ascii="宋体" w:hAnsi="宋体" w:eastAsia="宋体"/>
                <w:b w:val="0"/>
                <w:sz w:val="18"/>
              </w:rPr>
              <w:t>学生独立完成后交流。</w:t>
            </w:r>
          </w:p>
          <w:p>
            <w:pPr>
              <w:spacing w:after="20" w:line="276" w:lineRule="auto"/>
            </w:pPr>
            <w:r>
              <w:rPr>
                <w:rFonts w:ascii="宋体" w:hAnsi="宋体" w:eastAsia="宋体"/>
                <w:b w:val="0"/>
                <w:sz w:val="18"/>
              </w:rPr>
              <w:t>指导学生用正比例图象解决问题，让学生看到该图象符合正比例关系图象的定义。买7支铅笔需要的钱数可以直接在图象中找到。第(3)题学生可能在表达上出现困难，可以提示因为总价与支数成正比例关系，所以小丽买的铅笔支数与小明买的铅笔支数之间的倍数关系以及与总价之间的倍数关系相等。</w:t>
            </w:r>
          </w:p>
          <w:p>
            <w:pPr>
              <w:spacing w:after="20" w:line="276" w:lineRule="auto"/>
            </w:pPr>
            <w:r>
              <w:rPr>
                <w:rFonts w:ascii="宋体" w:hAnsi="宋体" w:eastAsia="宋体"/>
                <w:b w:val="0"/>
                <w:sz w:val="18"/>
              </w:rPr>
              <w:t>小组交流后进行汇报。</w:t>
            </w:r>
          </w:p>
          <w:p>
            <w:pPr>
              <w:spacing w:after="20" w:line="276" w:lineRule="auto"/>
            </w:pPr>
            <w:r>
              <w:rPr>
                <w:rFonts w:ascii="宋体" w:hAnsi="宋体" w:eastAsia="宋体"/>
                <w:b w:val="0"/>
                <w:sz w:val="18"/>
              </w:rPr>
              <w:t>第9题：判断时发现每瓶醋的容量与所装瓶数相关联，且每瓶醋的容量×所装瓶数=醋的总量(一定)，发现乘积不变，所以每瓶醋的容量和所装瓶数成反比例关系。</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三、综合应用，提升能力</w:t>
            </w:r>
          </w:p>
        </w:tc>
        <w:tc>
          <w:tcPr>
            <w:tcW w:type="dxa" w:w="3061"/>
          </w:tcPr>
          <w:p>
            <w:pPr>
              <w:spacing w:after="20" w:line="276" w:lineRule="auto"/>
            </w:pPr>
            <w:r/>
            <w:r>
              <w:rPr>
                <w:rFonts w:ascii="宋体" w:hAnsi="宋体" w:eastAsia="宋体"/>
                <w:b w:val="0"/>
                <w:sz w:val="18"/>
              </w:rPr>
              <w:t>1.课件出示教科书P50“练习九”第13、14题。</w:t>
            </w:r>
          </w:p>
          <w:p>
            <w:pPr>
              <w:spacing w:after="20" w:line="276" w:lineRule="auto"/>
            </w:pPr>
            <w:r>
              <w:rPr>
                <w:rFonts w:ascii="宋体" w:hAnsi="宋体" w:eastAsia="宋体"/>
                <w:b w:val="0"/>
                <w:sz w:val="18"/>
              </w:rPr>
              <w:t>师：在刚才的练习中，大家表现得很不错。你敢挑战下面这两个问题吗？</w:t>
            </w:r>
          </w:p>
          <w:p>
            <w:pPr>
              <w:spacing w:after="20" w:line="276" w:lineRule="auto"/>
            </w:pPr>
            <w:r>
              <w:rPr>
                <w:rFonts w:ascii="宋体" w:hAnsi="宋体" w:eastAsia="宋体"/>
                <w:b w:val="0"/>
                <w:sz w:val="18"/>
              </w:rPr>
              <w:t>这两道题是巩固反比例关系的练习，让学生判断时，要紧紧抓住反比例的概念，说出两种量成反比例关系或不成反比例关系的理由。</w:t>
            </w:r>
          </w:p>
          <w:p>
            <w:pPr>
              <w:spacing w:after="20" w:line="276" w:lineRule="auto"/>
            </w:pPr>
            <w:r>
              <w:rPr>
                <w:rFonts w:ascii="宋体" w:hAnsi="宋体" w:eastAsia="宋体"/>
                <w:b w:val="0"/>
                <w:sz w:val="18"/>
              </w:rPr>
              <w:t>反比例关系，关系式是vt=1300。第(3)题，列式1300÷325=4(时)。</w:t>
            </w:r>
          </w:p>
          <w:p>
            <w:pPr>
              <w:spacing w:after="20" w:line="276" w:lineRule="auto"/>
            </w:pPr>
            <w:r>
              <w:rPr>
                <w:rFonts w:ascii="宋体" w:hAnsi="宋体" w:eastAsia="宋体"/>
                <w:b w:val="0"/>
                <w:sz w:val="18"/>
              </w:rPr>
              <w:t>2.抽象表示正、反比例关系。</w:t>
            </w:r>
          </w:p>
          <w:p>
            <w:pPr>
              <w:spacing w:after="20" w:line="276" w:lineRule="auto"/>
            </w:pPr>
            <w:r>
              <w:rPr>
                <w:rFonts w:ascii="宋体" w:hAnsi="宋体" w:eastAsia="宋体"/>
                <w:b w:val="0"/>
                <w:sz w:val="18"/>
              </w:rPr>
              <w:t>课件出示教科书P50“练习九”第15题。</w:t>
            </w:r>
          </w:p>
          <w:p>
            <w:pPr>
              <w:spacing w:after="20" w:line="276" w:lineRule="auto"/>
            </w:pPr>
            <w:r>
              <w:rPr>
                <w:rFonts w:ascii="宋体" w:hAnsi="宋体" w:eastAsia="宋体"/>
                <w:b w:val="0"/>
                <w:sz w:val="18"/>
              </w:rPr>
              <w:t>师：x、y、z是三个相关联的量，并有xy=z。请你根据条件填一填。</w:t>
            </w:r>
          </w:p>
          <w:p>
            <w:pPr>
              <w:spacing w:after="20" w:line="276" w:lineRule="auto"/>
            </w:pPr>
            <w:r>
              <w:rPr>
                <w:rFonts w:ascii="宋体" w:hAnsi="宋体" w:eastAsia="宋体"/>
                <w:b w:val="0"/>
                <w:sz w:val="18"/>
              </w:rPr>
              <w:t>师：你认为x、y、z分别可以表示什么？</w:t>
            </w:r>
          </w:p>
          <w:p>
            <w:pPr>
              <w:spacing w:after="20" w:line="276" w:lineRule="auto"/>
            </w:pPr>
            <w:r>
              <w:rPr>
                <w:rFonts w:ascii="宋体" w:hAnsi="宋体" w:eastAsia="宋体"/>
                <w:b w:val="0"/>
                <w:sz w:val="18"/>
              </w:rPr>
              <w:t>教师适时对学生的表述加以指导。</w:t>
            </w:r>
          </w:p>
        </w:tc>
        <w:tc>
          <w:tcPr>
            <w:tcW w:type="dxa" w:w="3061"/>
          </w:tcPr>
          <w:p>
            <w:pPr>
              <w:spacing w:after="20" w:line="276" w:lineRule="auto"/>
            </w:pPr>
            <w:r/>
            <w:r>
              <w:rPr>
                <w:rFonts w:ascii="宋体" w:hAnsi="宋体" w:eastAsia="宋体"/>
                <w:b w:val="0"/>
                <w:sz w:val="18"/>
              </w:rPr>
              <w:t>学生独立完成后，再集体交流。</w:t>
            </w:r>
          </w:p>
          <w:p>
            <w:pPr>
              <w:spacing w:after="20" w:line="276" w:lineRule="auto"/>
            </w:pPr>
            <w:r>
              <w:rPr>
                <w:rFonts w:ascii="宋体" w:hAnsi="宋体" w:eastAsia="宋体"/>
                <w:b w:val="0"/>
                <w:sz w:val="18"/>
              </w:rPr>
              <w:t>第13题：第(1)题，根据速度×时间=路程的数量关系来解答，因为路程一定，指导学生明确用任何一组对应的速度和时间都能求出京沪高铁的总长度。第(2)题，学生会答出t和v成</w:t>
            </w:r>
          </w:p>
          <w:p>
            <w:pPr>
              <w:spacing w:after="20" w:line="276" w:lineRule="auto"/>
            </w:pPr>
            <w:r>
              <w:rPr>
                <w:rFonts w:ascii="宋体" w:hAnsi="宋体" w:eastAsia="宋体"/>
                <w:b w:val="0"/>
                <w:sz w:val="18"/>
              </w:rPr>
              <w:t>当z一定时，x与y成反比例关系；当x一定时，z与y成正比例关系；当y一定时，z与x成正比例关系。</w:t>
            </w:r>
          </w:p>
          <w:p>
            <w:pPr>
              <w:spacing w:after="20" w:line="276" w:lineRule="auto"/>
            </w:pPr>
            <w:r>
              <w:rPr>
                <w:rFonts w:ascii="宋体" w:hAnsi="宋体" w:eastAsia="宋体"/>
                <w:b w:val="0"/>
                <w:sz w:val="18"/>
              </w:rPr>
              <w:t>学生可能说出：时间、速度与路程，单价、数量与总价，长方形的长、宽和面积，圆柱的底面积、高和体积……</w:t>
            </w:r>
          </w:p>
        </w:tc>
        <w:tc>
          <w:tcPr>
            <w:tcW w:type="dxa" w:w="1814"/>
          </w:tcPr>
          <w:p>
            <w:pPr>
              <w:spacing w:after="20" w:line="276" w:lineRule="auto"/>
            </w:pPr>
            <w:r/>
            <w:r>
              <w:rPr>
                <w:rFonts w:ascii="宋体" w:hAnsi="宋体" w:eastAsia="宋体"/>
                <w:b w:val="0"/>
                <w:sz w:val="18"/>
              </w:rPr>
              <w:t>重视常见的数量关系中量与量之间的关系，沟通知识之间的联系，让学生更深入地理解正、反比例的意义。在这个过程中，引导学生多角度利用图象解决问题，培养学生的图象分析能力。</w:t>
            </w:r>
          </w:p>
        </w:tc>
      </w:tr>
      <w:tr>
        <w:tc>
          <w:tcPr>
            <w:tcW w:type="dxa" w:w="1474"/>
          </w:tcPr>
          <w:p>
            <w:pPr>
              <w:spacing w:after="20" w:line="276" w:lineRule="auto"/>
            </w:pPr>
            <w:r>
              <w:rPr>
                <w:b/>
              </w:rPr>
            </w:r>
            <w:r>
              <w:rPr>
                <w:rFonts w:ascii="宋体" w:hAnsi="宋体" w:eastAsia="宋体"/>
                <w:b/>
                <w:sz w:val="18"/>
              </w:rPr>
              <w:t>四、拓展延伸，开放思维</w:t>
            </w:r>
          </w:p>
        </w:tc>
        <w:tc>
          <w:tcPr>
            <w:tcW w:type="dxa" w:w="3061"/>
          </w:tcPr>
          <w:p>
            <w:pPr>
              <w:spacing w:after="20" w:line="276" w:lineRule="auto"/>
            </w:pPr>
            <w:r/>
            <w:r>
              <w:rPr>
                <w:rFonts w:ascii="宋体" w:hAnsi="宋体" w:eastAsia="宋体"/>
                <w:b w:val="0"/>
                <w:sz w:val="18"/>
              </w:rPr>
              <w:t>课件出示教科书P50“练习九”第16题。</w:t>
            </w:r>
          </w:p>
          <w:p>
            <w:pPr>
              <w:spacing w:after="20" w:line="276" w:lineRule="auto"/>
            </w:pPr>
            <w:r>
              <w:rPr>
                <w:rFonts w:ascii="宋体" w:hAnsi="宋体" w:eastAsia="宋体"/>
                <w:b w:val="0"/>
                <w:sz w:val="18"/>
              </w:rPr>
              <w:t>师生一起分析和解答。引导学生用列表的方法有序列举数据，并试着把长方形长与宽的关系用图象表示出来。</w:t>
            </w:r>
          </w:p>
          <w:p>
            <w:pPr>
              <w:spacing w:after="20" w:line="276" w:lineRule="auto"/>
            </w:pPr>
            <w:r>
              <w:rPr>
                <w:rFonts w:ascii="宋体" w:hAnsi="宋体" w:eastAsia="宋体"/>
                <w:b w:val="0"/>
                <w:sz w:val="18"/>
              </w:rPr>
              <w:t>这引导学生用列表的方法有序列举数据，并尝试把长方形长与宽的关系用图象表示出来。</w:t>
            </w:r>
          </w:p>
          <w:p>
            <w:pPr>
              <w:spacing w:after="20" w:line="276" w:lineRule="auto"/>
            </w:pPr>
            <w:r>
              <w:rPr>
                <w:rFonts w:ascii="宋体" w:hAnsi="宋体" w:eastAsia="宋体"/>
                <w:b w:val="0"/>
                <w:sz w:val="18"/>
              </w:rPr>
              <w:t>面积是36cm2，由此得出xy=36，y与x的乘积一定，所以y与x成反比例关系。先列表，利用长方形的面积公式列举出x、y的几组数据，再在图中描点连线。画出图象后，再判断图象是不是直线。最后发现，xy=36的图象不是一条直线，而是一条曲线。</w:t>
            </w:r>
          </w:p>
          <w:p>
            <w:pPr>
              <w:spacing w:after="20" w:line="276" w:lineRule="auto"/>
            </w:pPr>
            <w:r>
              <w:rPr>
                <w:rFonts w:ascii="宋体" w:hAnsi="宋体" w:eastAsia="宋体"/>
                <w:b w:val="0"/>
                <w:sz w:val="18"/>
              </w:rPr>
              <w:t>列举数据：</w:t>
            </w:r>
          </w:p>
        </w:tc>
        <w:tc>
          <w:tcPr>
            <w:tcW w:type="dxa" w:w="3061"/>
          </w:tcPr>
          <w:p>
            <w:pPr>
              <w:spacing w:after="20" w:line="276" w:lineRule="auto"/>
            </w:pPr>
            <w:r/>
            <w:r>
              <w:rPr>
                <w:rFonts w:ascii="宋体" w:hAnsi="宋体" w:eastAsia="宋体"/>
                <w:b w:val="0"/>
                <w:sz w:val="18"/>
              </w:rPr>
              <w:t>长方形的面积=长×宽，长用x表示，宽用y表示，</w:t>
            </w:r>
          </w:p>
        </w:tc>
        <w:tc>
          <w:tcPr>
            <w:tcW w:type="dxa" w:w="1814"/>
          </w:tcPr>
          <w:p>
            <w:pPr>
              <w:spacing w:after="20" w:line="276" w:lineRule="auto"/>
            </w:pPr>
            <w:r/>
            <w:r>
              <w:rPr>
                <w:rFonts w:ascii="宋体" w:hAnsi="宋体" w:eastAsia="宋体"/>
                <w:b w:val="0"/>
                <w:sz w:val="18"/>
              </w:rPr>
              <w:t>告诉两个变量，一个不变量，能通过反比例关系来解决问题，进一步体会反比例的意义，并在脑海里初步建立反比例图象的模型，感知反比例图象与正比例图象的不同，能利用图象上的点与数对的一一对应的关系来解决问题，初步体会函数的思想和方法。</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引导学生回顾梳理本课所学，完善认知结构，提升归纳与反思能力，核心问题："今天的数学课，你们有哪些收获呢？"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正、反比例关系是小学阶段学习的一种比较重要的数量关系。教学中给学生提供常见的数量关系，让学生通过观察、分析，发现两个数量间的变化关系，并将这种抽象的关系延伸到其他的常见的数量关系中，达到脱离具体情境，概括抽象正、反比例关系的一般目的。在此基础上，学生利用字母表达式来刻画两种比例关系就水到渠成了。经过这节课的巩固练习，感觉学生对正、反比例的意义掌握得更好一些，易错、易混的情况少了许多。 【教学笔记】 【作业设计】 见“状元成才路”系列丛书《创优作业100分》对应课时作业。 1某地帮助农户直播销售一批香蕉，下面是工作人员打包香蕉的箱数和香蕉总质量的统计表。 箱数 1 2 3 4 5 … 总质量/千克 4.5 9 13.5 18 22.5 … （1）香蕉总质量和打包箱数成正比例关系吗？请说明理由。 （2）将表格中的数据用图象表示出来。 （3）根据上图，7箱香蕉的总质量是（　　）千克， 打包27千克香蕉需要（　　）个箱子。 2工作人员打包这批香蕉时，每小时打包的箱数和所需要的时间如下表。 每小时打包的箱数 45 30 24 20 所需要的时间/时 8 12 15 18 （1）如果用a表示每小时打包的箱数，t表示完成任务所需要的时间，a和t成什么比例关系？你能写出这个比例式吗？ （2）如果每小时打包48箱香蕉，那么完成这项任务一共需要多少小时？ 参考答案 1.（1）4.5∶1＝4.5　9∶2＝4.5　13.5∶3＝4.5…… 香蕉的总质量随着打包箱数的增加而增加，且香蕉总质量∶打包箱数＝4.5（一定），所以这两种量成正比例关系。 （2） （3）31.5　6 2.（1）a和t成反比例关系，at＝360。 （2）360÷48＝7.5（小时） PAGE</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练习课（比例的意义和基本性质）</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练习课（比例的意义和基本性质）</w:t>
            </w:r>
          </w:p>
        </w:tc>
        <w:tc>
          <w:tcPr>
            <w:tcW w:type="dxa" w:w="6009"/>
          </w:tcPr>
          <w:p>
            <w:pPr>
              <w:spacing w:after="20" w:line="276" w:lineRule="auto"/>
            </w:pPr>
            <w:r/>
            <w:r>
              <w:rPr>
                <w:rFonts w:ascii="宋体" w:hAnsi="宋体" w:eastAsia="宋体"/>
                <w:b w:val="0"/>
                <w:sz w:val="20"/>
              </w:rPr>
              <w:t>第4单元 比例（比例的意义和基本性质）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比例这一单元时，已经学习了比、除法的意义和分数的意义，以及分数的基本性质、分数与除法的关系、分数乘除法的计算方法等，这些都是学习本单元内容的基础知识。比例是小学阶段数与代数部分最后一单元学习的内容，这部分内容的特点是应用性强、综合性强、内容情境不新，但采用新的思维方式和数学模型，需要学生在较高水平层面上学习。</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（1）进一步理解和掌握比例的意义和比例的基本性质，会根据比例的意义和比例的基本性质正确判断两个比能否组成比例，熟练、灵活掌握解比例的方法。</w:t>
      </w:r>
    </w:p>
    <w:p>
      <w:pPr>
        <w:spacing w:after="20" w:line="300" w:lineRule="auto"/>
        <w:ind w:firstLine="400"/>
      </w:pPr>
      <w:r>
        <w:rPr>
          <w:rFonts w:ascii="宋体" w:hAnsi="宋体" w:eastAsia="宋体"/>
          <w:b w:val="0"/>
          <w:sz w:val="20"/>
        </w:rPr>
        <w:t>（2）结合比例的知识，熟练解决生活中的实际问题，提高综合解决实际问题的能力。</w:t>
      </w:r>
    </w:p>
    <w:p>
      <w:pPr>
        <w:spacing w:after="20" w:line="300" w:lineRule="auto"/>
        <w:ind w:firstLine="400"/>
      </w:pPr>
      <w:r>
        <w:rPr>
          <w:rFonts w:ascii="宋体" w:hAnsi="宋体" w:eastAsia="宋体"/>
          <w:b w:val="0"/>
          <w:sz w:val="20"/>
        </w:rPr>
        <w:t>（3）感受数学知识与实际生活的密切联系，提高学习数学的兴趣。</w:t>
      </w:r>
    </w:p>
    <w:p>
      <w:pPr>
        <w:spacing w:after="20" w:line="300" w:lineRule="auto"/>
      </w:pPr>
      <w:r>
        <w:rPr>
          <w:rFonts w:ascii="宋体" w:hAnsi="宋体" w:eastAsia="宋体"/>
          <w:b w:val="0"/>
          <w:sz w:val="20"/>
        </w:rPr>
        <w:t>教学重点：熟练掌握比例的意义和比例的基本性质的应用。</w:t>
      </w:r>
    </w:p>
    <w:p>
      <w:pPr>
        <w:spacing w:after="20" w:line="300" w:lineRule="auto"/>
      </w:pPr>
      <w:r>
        <w:rPr>
          <w:rFonts w:ascii="宋体" w:hAnsi="宋体" w:eastAsia="宋体"/>
          <w:b w:val="0"/>
          <w:sz w:val="20"/>
        </w:rPr>
        <w:t>教学难点：用比例解决生活中的实际问题。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一、回顾整理，加深理解概念</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前面我们已经学习了比例的意义和比例的基本性质，大家回忆一下，什么是比例？比例的基本性质是什么？；这些比例的知识能帮助我们解决什么问题？</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二、基础练习</w:t>
            </w:r>
          </w:p>
        </w:tc>
        <w:tc>
          <w:tcPr>
            <w:tcW w:type="dxa" w:w="1814"/>
          </w:tcPr>
          <w:p>
            <w:pPr>
              <w:spacing w:after="20" w:line="276" w:lineRule="auto"/>
            </w:pPr>
            <w:r/>
            <w:r>
              <w:rPr>
                <w:rFonts w:ascii="宋体" w:hAnsi="宋体" w:eastAsia="宋体"/>
                <w:b w:val="0"/>
                <w:sz w:val="18"/>
              </w:rPr>
              <w:t>课件、教科书、练习本</w:t>
            </w:r>
          </w:p>
        </w:tc>
        <w:tc>
          <w:tcPr>
            <w:tcW w:type="dxa" w:w="3402"/>
          </w:tcPr>
          <w:p>
            <w:pPr>
              <w:spacing w:after="20" w:line="276" w:lineRule="auto"/>
            </w:pPr>
            <w:r/>
            <w:r>
              <w:rPr>
                <w:rFonts w:ascii="宋体" w:hAnsi="宋体" w:eastAsia="宋体"/>
                <w:b w:val="0"/>
                <w:sz w:val="18"/>
              </w:rPr>
              <w:t>我们可以根据什么来进行判断呢？；怎样才能不重复、不遗漏地写出8个比例？</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三、综合练习，提高解决问题的能力</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先回忆一下，列比例解决问题的步骤是什么？</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通过本节课的学习，你们有哪些新的收获呢？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一、回顾整理，加深理解概念</w:t>
            </w:r>
          </w:p>
        </w:tc>
        <w:tc>
          <w:tcPr>
            <w:tcW w:type="dxa" w:w="3061"/>
          </w:tcPr>
          <w:p>
            <w:pPr>
              <w:spacing w:after="20" w:line="276" w:lineRule="auto"/>
            </w:pPr>
            <w:r/>
            <w:r>
              <w:rPr>
                <w:rFonts w:ascii="宋体" w:hAnsi="宋体" w:eastAsia="宋体"/>
                <w:b w:val="0"/>
                <w:sz w:val="18"/>
              </w:rPr>
              <w:t>师：前面我们已经学习了比例的意义和比例的基本性质，大家回忆一下，什么是比例？比例的基本性质是什么？</w:t>
            </w:r>
          </w:p>
          <w:p>
            <w:pPr>
              <w:spacing w:after="20" w:line="276" w:lineRule="auto"/>
            </w:pPr>
            <w:r>
              <w:rPr>
                <w:rFonts w:ascii="宋体" w:hAnsi="宋体" w:eastAsia="宋体"/>
                <w:b w:val="0"/>
                <w:sz w:val="18"/>
              </w:rPr>
              <w:t>师：这些比例的知识能帮助我们解决什么问题？</w:t>
            </w:r>
          </w:p>
          <w:p>
            <w:pPr>
              <w:spacing w:after="20" w:line="276" w:lineRule="auto"/>
            </w:pPr>
            <w:r>
              <w:rPr>
                <w:rFonts w:ascii="宋体" w:hAnsi="宋体" w:eastAsia="宋体"/>
                <w:b w:val="0"/>
                <w:sz w:val="18"/>
              </w:rPr>
              <w:t>可以采取小组交流的方式，指导学生回忆和梳理之前学习的有关比例的知识。</w:t>
            </w:r>
          </w:p>
          <w:p>
            <w:pPr>
              <w:spacing w:after="20" w:line="276" w:lineRule="auto"/>
            </w:pPr>
            <w:r>
              <w:rPr>
                <w:rFonts w:ascii="宋体" w:hAnsi="宋体" w:eastAsia="宋体"/>
                <w:b w:val="0"/>
                <w:sz w:val="18"/>
              </w:rPr>
              <w:t>师：这节课我们就利用比例的意义和比例的基本性质的知识来完成一些闯关练习，看谁掌握得最好。</w:t>
            </w:r>
          </w:p>
        </w:tc>
        <w:tc>
          <w:tcPr>
            <w:tcW w:type="dxa" w:w="3061"/>
          </w:tcPr>
          <w:p>
            <w:pPr>
              <w:spacing w:after="20" w:line="276" w:lineRule="auto"/>
            </w:pPr>
            <w:r/>
            <w:r>
              <w:rPr>
                <w:rFonts w:ascii="宋体" w:hAnsi="宋体" w:eastAsia="宋体"/>
                <w:b w:val="0"/>
                <w:sz w:val="18"/>
              </w:rPr>
              <w:t>预设1：表示两个比相等的式子叫作比例。</w:t>
            </w:r>
          </w:p>
          <w:p>
            <w:pPr>
              <w:spacing w:after="20" w:line="276" w:lineRule="auto"/>
            </w:pPr>
            <w:r>
              <w:rPr>
                <w:rFonts w:ascii="宋体" w:hAnsi="宋体" w:eastAsia="宋体"/>
                <w:b w:val="0"/>
                <w:sz w:val="18"/>
              </w:rPr>
              <w:t>预设2：在比例中，两个外项的积等于两个内项的积，这叫作比例的基本性质。</w:t>
            </w:r>
          </w:p>
          <w:p>
            <w:pPr>
              <w:spacing w:after="20" w:line="276" w:lineRule="auto"/>
            </w:pPr>
            <w:r>
              <w:rPr>
                <w:rFonts w:ascii="宋体" w:hAnsi="宋体" w:eastAsia="宋体"/>
                <w:b w:val="0"/>
                <w:sz w:val="18"/>
              </w:rPr>
              <w:t>预设1：可以帮助我们判断两个比能否组成比例。</w:t>
            </w:r>
          </w:p>
          <w:p>
            <w:pPr>
              <w:spacing w:after="20" w:line="276" w:lineRule="auto"/>
            </w:pPr>
            <w:r>
              <w:rPr>
                <w:rFonts w:ascii="宋体" w:hAnsi="宋体" w:eastAsia="宋体"/>
                <w:b w:val="0"/>
                <w:sz w:val="18"/>
              </w:rPr>
              <w:t>预设2：根据比例的基本性质可以解比例。</w:t>
            </w:r>
          </w:p>
          <w:p>
            <w:pPr>
              <w:spacing w:after="20" w:line="276" w:lineRule="auto"/>
            </w:pPr>
            <w:r>
              <w:rPr>
                <w:rFonts w:ascii="宋体" w:hAnsi="宋体" w:eastAsia="宋体"/>
                <w:b w:val="0"/>
                <w:sz w:val="18"/>
              </w:rPr>
              <w:t>预设3：可以列出比例解决实际问题。</w:t>
            </w:r>
          </w:p>
        </w:tc>
        <w:tc>
          <w:tcPr>
            <w:tcW w:type="dxa" w:w="1814"/>
          </w:tcPr>
          <w:p>
            <w:pPr>
              <w:spacing w:after="20" w:line="276" w:lineRule="auto"/>
            </w:pPr>
            <w:r/>
            <w:r>
              <w:rPr>
                <w:rFonts w:ascii="宋体" w:hAnsi="宋体" w:eastAsia="宋体"/>
                <w:b w:val="0"/>
                <w:sz w:val="18"/>
              </w:rPr>
              <w:t>帮助学生回顾比例的意义和比例的基本性质，为后面的实际应用做好铺垫。</w:t>
            </w:r>
          </w:p>
        </w:tc>
      </w:tr>
      <w:tr>
        <w:tc>
          <w:tcPr>
            <w:tcW w:type="dxa" w:w="1474"/>
          </w:tcPr>
          <w:p>
            <w:pPr>
              <w:spacing w:after="20" w:line="276" w:lineRule="auto"/>
            </w:pPr>
            <w:r>
              <w:rPr>
                <w:b/>
              </w:rPr>
            </w:r>
            <w:r>
              <w:rPr>
                <w:rFonts w:ascii="宋体" w:hAnsi="宋体" w:eastAsia="宋体"/>
                <w:b/>
                <w:sz w:val="18"/>
              </w:rPr>
              <w:t>二、基础练习</w:t>
            </w:r>
          </w:p>
        </w:tc>
        <w:tc>
          <w:tcPr>
            <w:tcW w:type="dxa" w:w="3061"/>
          </w:tcPr>
          <w:p>
            <w:pPr>
              <w:spacing w:after="20" w:line="276" w:lineRule="auto"/>
            </w:pPr>
            <w:r/>
            <w:r>
              <w:rPr>
                <w:rFonts w:ascii="宋体" w:hAnsi="宋体" w:eastAsia="宋体"/>
                <w:b w:val="0"/>
                <w:sz w:val="18"/>
              </w:rPr>
              <w:t>1.第一关：判断下面哪组中的两个比可以组成比例。</w:t>
            </w:r>
          </w:p>
          <w:p>
            <w:pPr>
              <w:spacing w:after="20" w:line="276" w:lineRule="auto"/>
            </w:pPr>
            <w:r>
              <w:rPr>
                <w:rFonts w:ascii="宋体" w:hAnsi="宋体" w:eastAsia="宋体"/>
                <w:b w:val="0"/>
                <w:sz w:val="18"/>
              </w:rPr>
              <w:t>(课件出示教科书P41“练习八”第5题)</w:t>
            </w:r>
          </w:p>
          <w:p>
            <w:pPr>
              <w:spacing w:after="20" w:line="276" w:lineRule="auto"/>
            </w:pPr>
            <w:r>
              <w:rPr>
                <w:rFonts w:ascii="宋体" w:hAnsi="宋体" w:eastAsia="宋体"/>
                <w:b w:val="0"/>
                <w:sz w:val="18"/>
              </w:rPr>
              <w:t>师：我们可以根据什么来进行判断呢？</w:t>
            </w:r>
          </w:p>
          <w:p>
            <w:pPr>
              <w:spacing w:after="20" w:line="276" w:lineRule="auto"/>
            </w:pPr>
            <w:r>
              <w:rPr>
                <w:rFonts w:ascii="宋体" w:hAnsi="宋体" w:eastAsia="宋体"/>
                <w:b w:val="0"/>
                <w:sz w:val="18"/>
              </w:rPr>
              <w:t>2.第二关：把下面的等式改写成比例。</w:t>
            </w:r>
          </w:p>
          <w:p>
            <w:pPr>
              <w:spacing w:after="20" w:line="276" w:lineRule="auto"/>
            </w:pPr>
            <w:r>
              <w:rPr>
                <w:rFonts w:ascii="宋体" w:hAnsi="宋体" w:eastAsia="宋体"/>
                <w:b w:val="0"/>
                <w:sz w:val="18"/>
              </w:rPr>
              <w:t>(课件出示教科书P42“练习八”第14题)</w:t>
            </w:r>
          </w:p>
          <w:p>
            <w:pPr>
              <w:spacing w:after="20" w:line="276" w:lineRule="auto"/>
            </w:pPr>
            <w:r>
              <w:rPr>
                <w:rFonts w:ascii="宋体" w:hAnsi="宋体" w:eastAsia="宋体"/>
                <w:b w:val="0"/>
                <w:sz w:val="18"/>
              </w:rPr>
              <w:t>师：怎样才能不重复、不遗漏地写出8个比例？</w:t>
            </w:r>
          </w:p>
          <w:p>
            <w:pPr>
              <w:spacing w:after="20" w:line="276" w:lineRule="auto"/>
            </w:pPr>
            <w:r>
              <w:rPr>
                <w:rFonts w:ascii="宋体" w:hAnsi="宋体" w:eastAsia="宋体"/>
                <w:b w:val="0"/>
                <w:sz w:val="18"/>
              </w:rPr>
              <w:t>师：这种有序的方法真好！大家在练习本上写一写，然后在小组内交流。</w:t>
            </w:r>
          </w:p>
          <w:p>
            <w:pPr>
              <w:spacing w:after="20" w:line="276" w:lineRule="auto"/>
            </w:pPr>
            <w:r>
              <w:rPr>
                <w:rFonts w:ascii="宋体" w:hAnsi="宋体" w:eastAsia="宋体"/>
                <w:b w:val="0"/>
                <w:sz w:val="18"/>
              </w:rPr>
              <w:t>3.第三关：判断四个数能否组成比例。</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师：先自己试一试吧！完成后把自己的想法在小组内说一说。</w:t>
            </w:r>
          </w:p>
          <w:p>
            <w:pPr>
              <w:spacing w:after="20" w:line="276" w:lineRule="auto"/>
            </w:pPr>
            <w:r>
              <w:rPr>
                <w:rFonts w:ascii="宋体" w:hAnsi="宋体" w:eastAsia="宋体"/>
                <w:b w:val="0"/>
                <w:sz w:val="18"/>
              </w:rPr>
              <w:t>师：第3名同学说的有道理吗？大家可以按照他说的方法来试一试。用这种方法能不能快速判断四个数是否可以组成比例呢？我们来试一试吧！（课件出示习题。）</w:t>
            </w:r>
          </w:p>
          <w:p>
            <w:pPr>
              <w:spacing w:after="20" w:line="276" w:lineRule="auto"/>
            </w:pPr>
            <w:r>
              <w:rPr>
                <w:rFonts w:ascii="宋体" w:hAnsi="宋体" w:eastAsia="宋体"/>
                <w:b w:val="0"/>
                <w:sz w:val="18"/>
              </w:rPr>
              <w:t>4.第四关：解比例。</w:t>
            </w:r>
          </w:p>
          <w:p>
            <w:pPr>
              <w:spacing w:after="20" w:line="276" w:lineRule="auto"/>
            </w:pPr>
            <w:r>
              <w:rPr>
                <w:rFonts w:ascii="宋体" w:hAnsi="宋体" w:eastAsia="宋体"/>
                <w:b w:val="0"/>
                <w:sz w:val="18"/>
              </w:rPr>
              <w:t>(课件出示教科书P42“练习八”第8题)</w:t>
            </w:r>
          </w:p>
          <w:p>
            <w:pPr>
              <w:spacing w:after="20" w:line="276" w:lineRule="auto"/>
            </w:pPr>
            <w:r>
              <w:rPr>
                <w:rFonts w:ascii="宋体" w:hAnsi="宋体" w:eastAsia="宋体"/>
                <w:b w:val="0"/>
                <w:sz w:val="18"/>
              </w:rPr>
              <w:t>师：说一说解比例时要注意什么。</w:t>
            </w:r>
          </w:p>
          <w:p>
            <w:pPr>
              <w:spacing w:after="20" w:line="276" w:lineRule="auto"/>
            </w:pPr>
            <w:r>
              <w:rPr>
                <w:rFonts w:ascii="宋体" w:hAnsi="宋体" w:eastAsia="宋体"/>
                <w:b w:val="0"/>
                <w:sz w:val="18"/>
              </w:rPr>
              <w:t>(2)根据以前用过的解方程的方法求解。</w:t>
            </w:r>
          </w:p>
          <w:p>
            <w:pPr>
              <w:spacing w:after="20" w:line="276" w:lineRule="auto"/>
            </w:pPr>
            <w:r>
              <w:rPr>
                <w:rFonts w:ascii="宋体" w:hAnsi="宋体" w:eastAsia="宋体"/>
                <w:b w:val="0"/>
                <w:sz w:val="18"/>
              </w:rPr>
              <w:t>(3)解比例时，有时根据数据的特点转化为分数的形式，先约分再计算更简便。</w:t>
            </w:r>
          </w:p>
        </w:tc>
        <w:tc>
          <w:tcPr>
            <w:tcW w:type="dxa" w:w="3061"/>
          </w:tcPr>
          <w:p>
            <w:pPr>
              <w:spacing w:after="20" w:line="276" w:lineRule="auto"/>
            </w:pPr>
            <w:r/>
            <w:r>
              <w:rPr>
                <w:rFonts w:ascii="宋体" w:hAnsi="宋体" w:eastAsia="宋体"/>
                <w:b w:val="0"/>
                <w:sz w:val="18"/>
              </w:rPr>
              <w:t>可以根据比例的基本性质来进行判断，先假设上面四组中的两个比都能组成比例，再看该比例里的两个外项的积与两个内项的积是否相等。如果相等，则假设成立，该组中的两个比能组成比例；如果不相等，则假设不成立，该组中的两个比不能组成比例。还可以根据比例的意义进行判断，看两个比的比值是否相等。如果相等，该组中的两个比能组成比例；如果不相等，该组中的两个比不能组成比例。</w:t>
            </w:r>
          </w:p>
          <w:p>
            <w:pPr>
              <w:spacing w:after="20" w:line="276" w:lineRule="auto"/>
            </w:pPr>
            <w:r>
              <w:rPr>
                <w:rFonts w:ascii="宋体" w:hAnsi="宋体" w:eastAsia="宋体"/>
                <w:b w:val="0"/>
                <w:sz w:val="18"/>
              </w:rPr>
              <w:t>学生独立解答后交流。</w:t>
            </w:r>
          </w:p>
          <w:p>
            <w:pPr>
              <w:spacing w:after="20" w:line="276" w:lineRule="auto"/>
            </w:pPr>
            <w:r>
              <w:rPr>
                <w:rFonts w:ascii="宋体" w:hAnsi="宋体" w:eastAsia="宋体"/>
                <w:b w:val="0"/>
                <w:sz w:val="18"/>
              </w:rPr>
              <w:t>把等式中一组乘积中的两个因数做外项，另一组乘积中的两个因数做内项，可以写出4个比例。再交换两组外项、内项的位置，也可以写出4个比例，一共可以写出8个比例。</w:t>
            </w:r>
          </w:p>
          <w:p>
            <w:pPr>
              <w:spacing w:after="20" w:line="276" w:lineRule="auto"/>
            </w:pPr>
            <w:r>
              <w:rPr>
                <w:rFonts w:ascii="宋体" w:hAnsi="宋体" w:eastAsia="宋体"/>
                <w:b w:val="0"/>
                <w:sz w:val="18"/>
              </w:rPr>
              <w:t>预设1：我是用比例的意义试出来的，因为3∶6= EMBED Equation.DSMT4  ，4∶8= EMBED Equation.DSMT4  ，两个比的比值相等，所以这四个数可以组成比例。</w:t>
            </w:r>
          </w:p>
          <w:p>
            <w:pPr>
              <w:spacing w:after="20" w:line="276" w:lineRule="auto"/>
            </w:pPr>
            <w:r>
              <w:rPr>
                <w:rFonts w:ascii="宋体" w:hAnsi="宋体" w:eastAsia="宋体"/>
                <w:b w:val="0"/>
                <w:sz w:val="18"/>
              </w:rPr>
              <w:t>预设2：我是用比例的基本性质试出来的，因为3×8=24，4×6=24，所以这四个数可以组成比例。</w:t>
            </w:r>
          </w:p>
          <w:p>
            <w:pPr>
              <w:spacing w:after="20" w:line="276" w:lineRule="auto"/>
            </w:pPr>
            <w:r>
              <w:rPr>
                <w:rFonts w:ascii="宋体" w:hAnsi="宋体" w:eastAsia="宋体"/>
                <w:b w:val="0"/>
                <w:sz w:val="18"/>
              </w:rPr>
              <w:t>预设3：我先将这四个数从大到小排列，然后用最大数乘最小数，中间两数相乘，看看乘积是否相等，最后根据比例的基本性质来写出不同的比例。</w:t>
            </w:r>
          </w:p>
          <w:p>
            <w:pPr>
              <w:spacing w:after="20" w:line="276" w:lineRule="auto"/>
            </w:pPr>
            <w:r>
              <w:rPr>
                <w:rFonts w:ascii="宋体" w:hAnsi="宋体" w:eastAsia="宋体"/>
                <w:b w:val="0"/>
                <w:sz w:val="18"/>
              </w:rPr>
              <w:t>预设1：第一组中最大数是3.6，最小数是0.25，3.6×0.25＝0.9，1.8×0.5＝0.9，两组乘积相等，这四个数可以组成比例。</w:t>
            </w:r>
          </w:p>
          <w:p>
            <w:pPr>
              <w:spacing w:after="20" w:line="276" w:lineRule="auto"/>
            </w:pPr>
            <w:r>
              <w:rPr>
                <w:rFonts w:ascii="宋体" w:hAnsi="宋体" w:eastAsia="宋体"/>
                <w:b w:val="0"/>
                <w:sz w:val="18"/>
              </w:rPr>
              <w:t>预设2：第二组中最大数是80，最小数是 EMBED Equation.DSMT4  ，因为80× EMBED Equation.DSMT4  =16，40× EMBED Equation.DSMT4  =20，两组乘积不相等，所以这四个数不能组成比例。</w:t>
            </w:r>
          </w:p>
          <w:p>
            <w:pPr>
              <w:spacing w:after="20" w:line="276" w:lineRule="auto"/>
            </w:pPr>
            <w:r>
              <w:rPr>
                <w:rFonts w:ascii="宋体" w:hAnsi="宋体" w:eastAsia="宋体"/>
                <w:b w:val="0"/>
                <w:sz w:val="18"/>
              </w:rPr>
              <w:t>学生独立完成后在小组内交流、订正。教师收集错例进行展示。</w:t>
            </w:r>
          </w:p>
          <w:p>
            <w:pPr>
              <w:spacing w:after="20" w:line="276" w:lineRule="auto"/>
            </w:pPr>
            <w:r>
              <w:rPr>
                <w:rFonts w:ascii="宋体" w:hAnsi="宋体" w:eastAsia="宋体"/>
                <w:b w:val="0"/>
                <w:sz w:val="18"/>
              </w:rPr>
              <w:t>引导学生说出解比例的一般方法：</w:t>
            </w:r>
          </w:p>
        </w:tc>
        <w:tc>
          <w:tcPr>
            <w:tcW w:type="dxa" w:w="1814"/>
          </w:tcPr>
          <w:p>
            <w:pPr>
              <w:spacing w:after="20" w:line="276" w:lineRule="auto"/>
            </w:pPr>
            <w:r/>
            <w:r>
              <w:rPr>
                <w:rFonts w:ascii="宋体" w:hAnsi="宋体" w:eastAsia="宋体"/>
                <w:b w:val="0"/>
                <w:sz w:val="18"/>
              </w:rPr>
              <w:t>利用闯关的形式进行基础练习，激发学生的学习兴趣。通过几个练习的设置，巩固了对比例的意义以及比例的基本性质的理解。在练习中，充分展示学生的不同的解题方法，让每一名学生的思考都变成有用的教学资源。</w:t>
            </w:r>
          </w:p>
        </w:tc>
      </w:tr>
      <w:tr>
        <w:tc>
          <w:tcPr>
            <w:tcW w:type="dxa" w:w="1474"/>
          </w:tcPr>
          <w:p>
            <w:pPr>
              <w:spacing w:after="20" w:line="276" w:lineRule="auto"/>
            </w:pPr>
            <w:r>
              <w:rPr>
                <w:b/>
              </w:rPr>
            </w:r>
            <w:r>
              <w:rPr>
                <w:rFonts w:ascii="宋体" w:hAnsi="宋体" w:eastAsia="宋体"/>
                <w:b/>
                <w:sz w:val="18"/>
              </w:rPr>
              <w:t>三、综合练习，提高解决问题的能力</w:t>
            </w:r>
          </w:p>
        </w:tc>
        <w:tc>
          <w:tcPr>
            <w:tcW w:type="dxa" w:w="3061"/>
          </w:tcPr>
          <w:p>
            <w:pPr>
              <w:spacing w:after="20" w:line="276" w:lineRule="auto"/>
            </w:pPr>
            <w:r/>
            <w:r>
              <w:rPr>
                <w:rFonts w:ascii="宋体" w:hAnsi="宋体" w:eastAsia="宋体"/>
                <w:b w:val="0"/>
                <w:sz w:val="18"/>
              </w:rPr>
              <w:t>1.第一关：列比例解决简单的实际问题。</w:t>
            </w:r>
          </w:p>
          <w:p>
            <w:pPr>
              <w:spacing w:after="20" w:line="276" w:lineRule="auto"/>
            </w:pPr>
            <w:r>
              <w:rPr>
                <w:rFonts w:ascii="宋体" w:hAnsi="宋体" w:eastAsia="宋体"/>
                <w:b w:val="0"/>
                <w:sz w:val="18"/>
              </w:rPr>
              <w:t>(课件出示教科书P42“练习八”第12、13题)</w:t>
            </w:r>
          </w:p>
          <w:p>
            <w:pPr>
              <w:spacing w:after="20" w:line="276" w:lineRule="auto"/>
            </w:pPr>
            <w:r>
              <w:rPr>
                <w:rFonts w:ascii="宋体" w:hAnsi="宋体" w:eastAsia="宋体"/>
                <w:b w:val="0"/>
                <w:sz w:val="18"/>
              </w:rPr>
              <w:t>师：先回忆一下，列比例解决问题的步骤是什么？</w:t>
            </w:r>
          </w:p>
          <w:p>
            <w:pPr>
              <w:spacing w:after="20" w:line="276" w:lineRule="auto"/>
            </w:pPr>
            <w:r>
              <w:rPr>
                <w:rFonts w:ascii="宋体" w:hAnsi="宋体" w:eastAsia="宋体"/>
                <w:b w:val="0"/>
                <w:sz w:val="18"/>
              </w:rPr>
              <w:t>（1）找到关键信息，写出题目中的等量关系式，然后根据等量关系式列出比例。</w:t>
            </w:r>
          </w:p>
          <w:p>
            <w:pPr>
              <w:spacing w:after="20" w:line="276" w:lineRule="auto"/>
            </w:pPr>
            <w:r>
              <w:rPr>
                <w:rFonts w:ascii="宋体" w:hAnsi="宋体" w:eastAsia="宋体"/>
                <w:b w:val="0"/>
                <w:sz w:val="18"/>
              </w:rPr>
              <w:t>（2）根据比例的基本性质将比例转化为方程，再解方程。</w:t>
            </w:r>
          </w:p>
          <w:p>
            <w:pPr>
              <w:spacing w:after="20" w:line="276" w:lineRule="auto"/>
            </w:pPr>
            <w:r>
              <w:rPr>
                <w:rFonts w:ascii="宋体" w:hAnsi="宋体" w:eastAsia="宋体"/>
                <w:b w:val="0"/>
                <w:sz w:val="18"/>
              </w:rPr>
              <w:t>（3）对所求的未知数进行验证。</w:t>
            </w:r>
          </w:p>
          <w:p>
            <w:pPr>
              <w:spacing w:after="20" w:line="276" w:lineRule="auto"/>
            </w:pPr>
            <w:r>
              <w:rPr>
                <w:rFonts w:ascii="宋体" w:hAnsi="宋体" w:eastAsia="宋体"/>
                <w:b w:val="0"/>
                <w:sz w:val="18"/>
              </w:rPr>
              <w:t>2.第二关：列比例解决容易混淆的实际问题。</w:t>
            </w:r>
          </w:p>
          <w:p>
            <w:pPr>
              <w:spacing w:after="20" w:line="276" w:lineRule="auto"/>
            </w:pPr>
            <w:r>
              <w:rPr>
                <w:rFonts w:ascii="宋体" w:hAnsi="宋体" w:eastAsia="宋体"/>
                <w:b w:val="0"/>
                <w:sz w:val="18"/>
              </w:rPr>
              <w:t>(课件出示教科书P42“练习八”第11题)</w:t>
            </w:r>
          </w:p>
          <w:p>
            <w:pPr>
              <w:spacing w:after="20" w:line="276" w:lineRule="auto"/>
            </w:pPr>
            <w:r>
              <w:rPr>
                <w:rFonts w:ascii="宋体" w:hAnsi="宋体" w:eastAsia="宋体"/>
                <w:b w:val="0"/>
                <w:sz w:val="18"/>
              </w:rPr>
              <w:t>师：先读题，说说你发现了什么。</w:t>
            </w:r>
          </w:p>
          <w:p>
            <w:pPr>
              <w:spacing w:after="20" w:line="276" w:lineRule="auto"/>
            </w:pPr>
            <w:r>
              <w:rPr>
                <w:rFonts w:ascii="宋体" w:hAnsi="宋体" w:eastAsia="宋体"/>
                <w:b w:val="0"/>
                <w:sz w:val="18"/>
              </w:rPr>
              <w:t>师：认真审题是准确解决问题的保证。同桌之间可以比一比，看谁又快又对地完成这道题。</w:t>
            </w:r>
          </w:p>
          <w:p>
            <w:pPr>
              <w:spacing w:after="20" w:line="276" w:lineRule="auto"/>
            </w:pPr>
            <w:r>
              <w:rPr>
                <w:rFonts w:ascii="宋体" w:hAnsi="宋体" w:eastAsia="宋体"/>
                <w:b w:val="0"/>
                <w:sz w:val="18"/>
              </w:rPr>
              <w:t>3.第三关：学生独立解答教科书P42“练习八”第15题。</w:t>
            </w:r>
          </w:p>
          <w:p>
            <w:pPr>
              <w:spacing w:after="20" w:line="276" w:lineRule="auto"/>
            </w:pPr>
            <w:r>
              <w:rPr>
                <w:rFonts w:ascii="宋体" w:hAnsi="宋体" w:eastAsia="宋体"/>
                <w:b w:val="0"/>
                <w:sz w:val="18"/>
              </w:rPr>
              <w:t>解答完毕后，集中展示交流，订正。</w:t>
            </w:r>
          </w:p>
          <w:p>
            <w:pPr>
              <w:spacing w:after="20" w:line="276" w:lineRule="auto"/>
            </w:pPr>
            <w:r>
              <w:rPr>
                <w:rFonts w:ascii="宋体" w:hAnsi="宋体" w:eastAsia="宋体"/>
                <w:b w:val="0"/>
                <w:sz w:val="18"/>
              </w:rPr>
              <w:t>列比例解决实际问题的教学中，要注意鼓励学生采用多样化的方法灵活解比例。这个环节除了落实解决问题的思想方法，还要注意解比例方法的指导。</w:t>
            </w:r>
          </w:p>
          <w:p>
            <w:pPr>
              <w:spacing w:after="20" w:line="276" w:lineRule="auto"/>
            </w:pPr>
            <w:r>
              <w:rPr>
                <w:rFonts w:ascii="宋体" w:hAnsi="宋体" w:eastAsia="宋体"/>
                <w:b w:val="0"/>
                <w:sz w:val="18"/>
              </w:rPr>
              <w:t>价=8∶6。</w:t>
            </w:r>
          </w:p>
          <w:p>
            <w:pPr>
              <w:spacing w:after="20" w:line="276" w:lineRule="auto"/>
            </w:pPr>
            <w:r>
              <w:rPr>
                <w:rFonts w:ascii="宋体" w:hAnsi="宋体" w:eastAsia="宋体"/>
                <w:b w:val="0"/>
                <w:sz w:val="18"/>
              </w:rPr>
              <w:t>第二个问题：利用乘法形式的等式解答或利用比例解答都可以。</w:t>
            </w:r>
          </w:p>
          <w:p>
            <w:pPr>
              <w:spacing w:after="20" w:line="276" w:lineRule="auto"/>
            </w:pPr>
            <w:r>
              <w:rPr>
                <w:rFonts w:ascii="宋体" w:hAnsi="宋体" w:eastAsia="宋体"/>
                <w:b w:val="0"/>
                <w:sz w:val="18"/>
              </w:rPr>
              <w:t>第三个问题：比较开放，例如篮球的单价是30元，足球的单</w:t>
            </w:r>
          </w:p>
          <w:p>
            <w:pPr>
              <w:spacing w:after="20" w:line="276" w:lineRule="auto"/>
            </w:pPr>
            <w:r>
              <w:rPr>
                <w:rFonts w:ascii="宋体" w:hAnsi="宋体" w:eastAsia="宋体"/>
                <w:b w:val="0"/>
                <w:sz w:val="18"/>
              </w:rPr>
              <w:t>价是多少元？(教师可以让学生在小组内充分交流。)</w:t>
            </w:r>
          </w:p>
        </w:tc>
        <w:tc>
          <w:tcPr>
            <w:tcW w:type="dxa" w:w="3061"/>
          </w:tcPr>
          <w:p>
            <w:pPr>
              <w:spacing w:after="20" w:line="276" w:lineRule="auto"/>
            </w:pPr>
            <w:r/>
            <w:r>
              <w:rPr>
                <w:rFonts w:ascii="宋体" w:hAnsi="宋体" w:eastAsia="宋体"/>
                <w:b w:val="0"/>
                <w:sz w:val="18"/>
              </w:rPr>
              <w:t>引导学生归纳3个解题步骤：</w:t>
            </w:r>
          </w:p>
          <w:p>
            <w:pPr>
              <w:spacing w:after="20" w:line="276" w:lineRule="auto"/>
            </w:pPr>
            <w:r>
              <w:rPr>
                <w:rFonts w:ascii="宋体" w:hAnsi="宋体" w:eastAsia="宋体"/>
                <w:b w:val="0"/>
                <w:sz w:val="18"/>
              </w:rPr>
              <w:t>学生独立解答，汇报交流。课件出示正确解答。</w:t>
            </w:r>
          </w:p>
          <w:p>
            <w:pPr>
              <w:spacing w:after="20" w:line="276" w:lineRule="auto"/>
            </w:pPr>
            <w:r>
              <w:rPr>
                <w:rFonts w:ascii="宋体" w:hAnsi="宋体" w:eastAsia="宋体"/>
                <w:b w:val="0"/>
                <w:sz w:val="18"/>
              </w:rPr>
              <w:t>题目中给出的1∶20是汽车模型长度与汽车实际长度的比。第一个问题给出的是轿车模型长度，求轿车实际长度；第二个问题给出的是公共汽车实际长度，要求公共汽车模型长度。</w:t>
            </w:r>
          </w:p>
          <w:p>
            <w:pPr>
              <w:spacing w:after="20" w:line="276" w:lineRule="auto"/>
            </w:pPr>
            <w:r>
              <w:rPr>
                <w:rFonts w:ascii="宋体" w:hAnsi="宋体" w:eastAsia="宋体"/>
                <w:b w:val="0"/>
                <w:sz w:val="18"/>
              </w:rPr>
              <w:t>学生独立解答并交流，课件出示正确解答。</w:t>
            </w:r>
          </w:p>
          <w:p>
            <w:pPr>
              <w:spacing w:after="20" w:line="276" w:lineRule="auto"/>
            </w:pPr>
            <w:r>
              <w:rPr>
                <w:rFonts w:ascii="宋体" w:hAnsi="宋体" w:eastAsia="宋体"/>
                <w:b w:val="0"/>
                <w:sz w:val="18"/>
              </w:rPr>
              <w:t>第一个问题：根据题意写出数量关系式6×足球单价=8×篮球单价，根据数量关系式可以得到，足球单价∶篮球单</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通过有层次的练习及时反馈学情，巩固新知，培养学生灵活运用知识解决问题的能力，核心问题："先回忆一下，列比例解决问题的步骤是什么？"</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师：通过本节课的学习，你们有哪些新的收获呢？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引导学生回顾梳理本课所学，完善认知结构，提升归纳与反思能力，核心问题："通过本节课的学习，你们有哪些新的收获呢？"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练习课对于学生来说，一般比较枯燥。采取闯关的形式，将同桌比赛、小组交流订正等方式贯穿课堂中，让学生在独立思考、合作交流过程中轻松巩固旧知识。教师在练习过程中应更注重解题方法和解题规律的训练，帮助学生积累数学学习的经验，从而能准确而快速地解决问题。如果课堂中加强小组的讨论，更多关注学习处于不利地位的学生，注意差异教学会更好。 【作业设计】 见“状元成才路”系列丛书《创优作业100分》对应课时作业。 1元元一家和菲菲一家相约去宽窄巷子游玩。下面各题中相对应的两种量的比能否组成比例？若能，写出组成的比例。 （1）元元一家在宽窄巷子中步行了15分钟，行了840 m；菲菲一家在宽窄巷子中步行了20分钟，行了1020 m。 （2）元元在宽窄巷子买了3个熊猫玩偶，花了56.4元；菲菲在宽窄巷子买了5个熊猫玩偶，花了94元。 2城厢古城是四川省历史文化名镇，也是成都唯一传承千年县治格局的古镇。元元在绣川书院游览时，发现有一些穿汉服的游客，其中女生和男生的人数比为7∶4，后来又进来4个穿汉服的女生和2个穿汉服的男生，这时穿汉服的女生和男生人数比为9∶5。这时穿汉服的女生和男生各有多少人？ 参考答案 1.（1）840∶15＝56，1020∶20＝51，不能组成比例。 （2）56.4∶3＝18.8，94∶5＝18.8，能组成比例。 56.4∶3＝94∶5（比例不唯一） 2.解：设原来穿汉服的女生有7x人，男生有4x人。 （7x＋4）∶（4x＋2）＝9∶5　x＝2 7x＋4＝7×2＋4＝18　4x＋2＝4×2＋2＝10 PAGE</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整理和复习</w:t>
            </w:r>
          </w:p>
        </w:tc>
        <w:tc>
          <w:tcPr>
            <w:tcW w:type="dxa" w:w="6009"/>
          </w:tcPr>
          <w:p>
            <w:pPr>
              <w:spacing w:after="20" w:line="276" w:lineRule="auto"/>
            </w:pPr>
            <w:r/>
            <w:r>
              <w:rPr>
                <w:rFonts w:ascii="宋体" w:hAnsi="宋体" w:eastAsia="宋体"/>
                <w:b w:val="0"/>
                <w:sz w:val="20"/>
              </w:rPr>
              <w:t>第4单元 比例</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比例这一单元时，已经学习了比、除法的意义和分数的意义，以及分数的基本性质、分数与除法的关系、分数乘除法的计算方法等，这些都是学习本单元内容的基础知识。比例是小学阶段数与代数部分最后一单元学习的内容，这部分内容的特点是应用性强、综合性强、内容情境不新，但采用新的思维方式和数学模型，需要学生在较高水平层面上学习。</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（1）通过回顾和整理，进一步理解比例的意义和性质，明确比和比例的区别及联系。能正确、熟练地解比例。</w:t>
      </w:r>
    </w:p>
    <w:p>
      <w:pPr>
        <w:spacing w:after="20" w:line="300" w:lineRule="auto"/>
        <w:ind w:firstLine="400"/>
      </w:pPr>
      <w:r>
        <w:rPr>
          <w:rFonts w:ascii="宋体" w:hAnsi="宋体" w:eastAsia="宋体"/>
          <w:b w:val="0"/>
          <w:sz w:val="20"/>
        </w:rPr>
        <w:t>（2）通过复习，进一步掌握成正比例、反比例的量的判断方法，并能够利用比例的有关知识解决实际问题，提高学生解决实际问题的能力。</w:t>
      </w:r>
    </w:p>
    <w:p>
      <w:pPr>
        <w:spacing w:after="20" w:line="300" w:lineRule="auto"/>
        <w:ind w:firstLine="400"/>
      </w:pPr>
      <w:r>
        <w:rPr>
          <w:rFonts w:ascii="宋体" w:hAnsi="宋体" w:eastAsia="宋体"/>
          <w:b w:val="0"/>
          <w:sz w:val="20"/>
        </w:rPr>
        <w:t>（3）在自主整理和复习中积累整理知识的经验，培养学生的概括能力，同时养成良好的学习和思考习惯。</w:t>
      </w:r>
    </w:p>
    <w:p>
      <w:pPr>
        <w:spacing w:after="20" w:line="300" w:lineRule="auto"/>
      </w:pPr>
      <w:r>
        <w:rPr>
          <w:rFonts w:ascii="宋体" w:hAnsi="宋体" w:eastAsia="宋体"/>
          <w:b w:val="0"/>
          <w:sz w:val="20"/>
        </w:rPr>
        <w:t>教学重点：理解比例的意义、基本性质，会灵活运用比例的意义解决实际问题。</w:t>
      </w:r>
    </w:p>
    <w:p>
      <w:pPr>
        <w:spacing w:after="20" w:line="300" w:lineRule="auto"/>
      </w:pPr>
      <w:r>
        <w:rPr>
          <w:rFonts w:ascii="宋体" w:hAnsi="宋体" w:eastAsia="宋体"/>
          <w:b w:val="0"/>
          <w:sz w:val="20"/>
        </w:rPr>
        <w:t>教学难点：根据学生实际情况查漏补缺，巩固所学知识。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一、梳理知识，构建单元知识体系</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你认为哪些内容较难，易混易出错？你还有什么问题？</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二、理练结合，加深理解</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想一想，怎样判断两个量是成正比例关系，还是成反比例关系？；关于比例尺你都知道什么？</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三、巩固练习，提升能力</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通过今天的整理和复习，你们有哪些新的收获？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一、梳理知识，构建单元知识体系</w:t>
            </w:r>
          </w:p>
        </w:tc>
        <w:tc>
          <w:tcPr>
            <w:tcW w:type="dxa" w:w="3061"/>
          </w:tcPr>
          <w:p>
            <w:pPr>
              <w:spacing w:after="20" w:line="276" w:lineRule="auto"/>
            </w:pPr>
            <w:r/>
            <w:r>
              <w:rPr>
                <w:rFonts w:ascii="宋体" w:hAnsi="宋体" w:eastAsia="宋体"/>
                <w:b w:val="0"/>
                <w:sz w:val="18"/>
              </w:rPr>
              <w:t>1.自主整理本单元知识。</w:t>
            </w:r>
          </w:p>
          <w:p>
            <w:pPr>
              <w:spacing w:after="20" w:line="276" w:lineRule="auto"/>
            </w:pPr>
            <w:r>
              <w:rPr>
                <w:rFonts w:ascii="宋体" w:hAnsi="宋体" w:eastAsia="宋体"/>
                <w:b w:val="0"/>
                <w:sz w:val="18"/>
              </w:rPr>
              <w:t>（1）师：同学们，这节课我们将对“比例”这一单元的内容进行整理和复习。请同学们先回忆本单元的学习内容，然后按自己喜欢的方式进行整理。</w:t>
            </w:r>
          </w:p>
          <w:p>
            <w:pPr>
              <w:spacing w:after="20" w:line="276" w:lineRule="auto"/>
            </w:pPr>
            <w:r>
              <w:rPr>
                <w:rFonts w:ascii="宋体" w:hAnsi="宋体" w:eastAsia="宋体"/>
                <w:b w:val="0"/>
                <w:sz w:val="18"/>
              </w:rPr>
              <w:t>教师可根据本单元的实际教学情况，分析学生对知识的掌握情况，找到学习中的薄弱点和困难点，有针对性地复习。</w:t>
            </w:r>
          </w:p>
          <w:p>
            <w:pPr>
              <w:spacing w:after="20" w:line="276" w:lineRule="auto"/>
            </w:pPr>
            <w:r>
              <w:rPr>
                <w:rFonts w:ascii="宋体" w:hAnsi="宋体" w:eastAsia="宋体"/>
                <w:b w:val="0"/>
                <w:sz w:val="18"/>
              </w:rPr>
              <w:t>（2）小组展示、讨论、完善，形成基本的知识网络。(一边教学一边出示课件)</w:t>
            </w:r>
          </w:p>
          <w:p>
            <w:pPr>
              <w:spacing w:after="20" w:line="276" w:lineRule="auto"/>
            </w:pPr>
            <w:r>
              <w:rPr>
                <w:rFonts w:ascii="宋体" w:hAnsi="宋体" w:eastAsia="宋体"/>
                <w:b w:val="0"/>
                <w:sz w:val="18"/>
              </w:rPr>
              <w:t>2.查漏补缺，巩固所学知识。</w:t>
            </w:r>
          </w:p>
          <w:p>
            <w:pPr>
              <w:spacing w:after="20" w:line="276" w:lineRule="auto"/>
            </w:pPr>
            <w:r>
              <w:rPr>
                <w:rFonts w:ascii="宋体" w:hAnsi="宋体" w:eastAsia="宋体"/>
                <w:b w:val="0"/>
                <w:sz w:val="18"/>
              </w:rPr>
              <w:t>师：你认为哪些内容较难，易混易出错？你还有什么问题？和你的同桌相互交流。</w:t>
            </w:r>
          </w:p>
        </w:tc>
        <w:tc>
          <w:tcPr>
            <w:tcW w:type="dxa" w:w="3061"/>
          </w:tcPr>
          <w:p>
            <w:pPr>
              <w:spacing w:after="20" w:line="276" w:lineRule="auto"/>
            </w:pPr>
            <w:r/>
            <w:r>
              <w:rPr>
                <w:rFonts w:ascii="宋体" w:hAnsi="宋体" w:eastAsia="宋体"/>
                <w:b w:val="0"/>
                <w:sz w:val="18"/>
              </w:rPr>
              <w:t>小组内交流，补充完善。</w:t>
            </w:r>
          </w:p>
          <w:p>
            <w:pPr>
              <w:spacing w:after="20" w:line="276" w:lineRule="auto"/>
            </w:pPr>
            <w:r>
              <w:rPr>
                <w:rFonts w:ascii="宋体" w:hAnsi="宋体" w:eastAsia="宋体"/>
                <w:b w:val="0"/>
                <w:sz w:val="18"/>
              </w:rPr>
              <w:t>六年级学生在前期的学习中已经积累了一定的整理知识的经验，学生可能会用文字叙述、树状图、表格等形式整理，只要是对的都给予认可。</w:t>
            </w:r>
          </w:p>
          <w:p>
            <w:pPr>
              <w:spacing w:after="20" w:line="276" w:lineRule="auto"/>
            </w:pPr>
            <w:r>
              <w:rPr>
                <w:rFonts w:ascii="宋体" w:hAnsi="宋体" w:eastAsia="宋体"/>
                <w:b w:val="0"/>
                <w:sz w:val="18"/>
              </w:rPr>
              <w:t>通过交流，让学生自我补充知识点和完善结构图，在交流易错、易混的过程中解决问题。</w:t>
            </w:r>
          </w:p>
        </w:tc>
        <w:tc>
          <w:tcPr>
            <w:tcW w:type="dxa" w:w="1814"/>
          </w:tcPr>
          <w:p>
            <w:pPr>
              <w:spacing w:after="20" w:line="276" w:lineRule="auto"/>
            </w:pPr>
            <w:r/>
            <w:r>
              <w:rPr>
                <w:rFonts w:ascii="宋体" w:hAnsi="宋体" w:eastAsia="宋体"/>
                <w:b w:val="0"/>
                <w:sz w:val="18"/>
              </w:rPr>
              <w:t>让学生在复习回忆的基础上，对本单元知识进行归纳整理，经历自主回顾和整理的过程，在交流中吸纳和学习，完善自己的知识结构。学生寻找自己的知识缺陷或困惑，针对个性问题,在同桌交流中得到初步的解决。</w:t>
            </w:r>
          </w:p>
        </w:tc>
      </w:tr>
      <w:tr>
        <w:tc>
          <w:tcPr>
            <w:tcW w:type="dxa" w:w="1474"/>
          </w:tcPr>
          <w:p>
            <w:pPr>
              <w:spacing w:after="20" w:line="276" w:lineRule="auto"/>
            </w:pPr>
            <w:r>
              <w:rPr>
                <w:b/>
              </w:rPr>
            </w:r>
            <w:r>
              <w:rPr>
                <w:rFonts w:ascii="宋体" w:hAnsi="宋体" w:eastAsia="宋体"/>
                <w:b/>
                <w:sz w:val="18"/>
              </w:rPr>
              <w:t>二、理练结合，加深理解</w:t>
            </w:r>
          </w:p>
        </w:tc>
        <w:tc>
          <w:tcPr>
            <w:tcW w:type="dxa" w:w="3061"/>
          </w:tcPr>
          <w:p>
            <w:pPr>
              <w:spacing w:after="20" w:line="276" w:lineRule="auto"/>
            </w:pPr>
            <w:r/>
            <w:r>
              <w:rPr>
                <w:rFonts w:ascii="宋体" w:hAnsi="宋体" w:eastAsia="宋体"/>
                <w:b w:val="0"/>
                <w:sz w:val="18"/>
              </w:rPr>
              <w:t>1.复习比例的意义和性质。</w:t>
            </w:r>
          </w:p>
          <w:p>
            <w:pPr>
              <w:spacing w:after="20" w:line="276" w:lineRule="auto"/>
            </w:pPr>
            <w:r>
              <w:rPr>
                <w:rFonts w:ascii="宋体" w:hAnsi="宋体" w:eastAsia="宋体"/>
                <w:b w:val="0"/>
                <w:sz w:val="18"/>
              </w:rPr>
              <w:t>(1)小组内讨论、交流教科书P63第1题。</w:t>
            </w:r>
          </w:p>
          <w:p>
            <w:pPr>
              <w:spacing w:after="20" w:line="276" w:lineRule="auto"/>
            </w:pPr>
            <w:r>
              <w:rPr>
                <w:rFonts w:ascii="宋体" w:hAnsi="宋体" w:eastAsia="宋体"/>
                <w:b w:val="0"/>
                <w:sz w:val="18"/>
              </w:rPr>
              <w:t>(2)师：判断每组里的两个比能不能组成比例，说说你的判断方法。</w:t>
            </w:r>
          </w:p>
          <w:p>
            <w:pPr>
              <w:spacing w:after="20" w:line="276" w:lineRule="auto"/>
            </w:pPr>
            <w:r>
              <w:rPr>
                <w:rFonts w:ascii="宋体" w:hAnsi="宋体" w:eastAsia="宋体"/>
                <w:b w:val="0"/>
                <w:sz w:val="18"/>
              </w:rPr>
              <w:t>6∶3和8∶4         2∶ EMBED Equation.DSMT4  和4∶50</w:t>
            </w:r>
          </w:p>
          <w:p>
            <w:pPr>
              <w:spacing w:after="20" w:line="276" w:lineRule="auto"/>
            </w:pPr>
            <w:r>
              <w:rPr>
                <w:rFonts w:ascii="宋体" w:hAnsi="宋体" w:eastAsia="宋体"/>
                <w:b w:val="0"/>
                <w:sz w:val="18"/>
              </w:rPr>
              <w:t>(3)课件出示教科书P63第2题。</w:t>
            </w:r>
          </w:p>
          <w:p>
            <w:pPr>
              <w:spacing w:after="20" w:line="276" w:lineRule="auto"/>
            </w:pPr>
            <w:r>
              <w:rPr>
                <w:rFonts w:ascii="宋体" w:hAnsi="宋体" w:eastAsia="宋体"/>
                <w:b w:val="0"/>
                <w:sz w:val="18"/>
              </w:rPr>
              <w:t>师：先说说解比例的依据是什么，然后解这些比例。</w:t>
            </w:r>
          </w:p>
          <w:p>
            <w:pPr>
              <w:spacing w:after="20" w:line="276" w:lineRule="auto"/>
            </w:pPr>
            <w:r>
              <w:rPr>
                <w:rFonts w:ascii="宋体" w:hAnsi="宋体" w:eastAsia="宋体"/>
                <w:b w:val="0"/>
                <w:sz w:val="18"/>
              </w:rPr>
              <w:t>2.复习正比例和反比例。</w:t>
            </w:r>
          </w:p>
          <w:p>
            <w:pPr>
              <w:spacing w:after="20" w:line="276" w:lineRule="auto"/>
            </w:pPr>
            <w:r>
              <w:rPr>
                <w:rFonts w:ascii="宋体" w:hAnsi="宋体" w:eastAsia="宋体"/>
                <w:b w:val="0"/>
                <w:sz w:val="18"/>
              </w:rPr>
              <w:t>课件出示教科书P63第3题。</w:t>
            </w:r>
          </w:p>
          <w:p>
            <w:pPr>
              <w:spacing w:after="20" w:line="276" w:lineRule="auto"/>
            </w:pPr>
            <w:r>
              <w:rPr>
                <w:rFonts w:ascii="宋体" w:hAnsi="宋体" w:eastAsia="宋体"/>
                <w:b w:val="0"/>
                <w:sz w:val="18"/>
              </w:rPr>
              <w:t>师：想一想，怎样判断两个量是成正比例关系，还是成反比例关系？</w:t>
            </w:r>
          </w:p>
          <w:p>
            <w:pPr>
              <w:spacing w:after="20" w:line="276" w:lineRule="auto"/>
            </w:pPr>
            <w:r>
              <w:rPr>
                <w:rFonts w:ascii="宋体" w:hAnsi="宋体" w:eastAsia="宋体"/>
                <w:b w:val="0"/>
                <w:sz w:val="18"/>
              </w:rPr>
              <w:t>本环节教学中要注意给学生空间，在自主梳理知识及练习中，积极引导学生参与交流。这个过程中可以查漏补缺。</w:t>
            </w:r>
          </w:p>
          <w:p>
            <w:pPr>
              <w:spacing w:after="20" w:line="276" w:lineRule="auto"/>
            </w:pPr>
            <w:r>
              <w:rPr>
                <w:rFonts w:ascii="宋体" w:hAnsi="宋体" w:eastAsia="宋体"/>
                <w:b w:val="0"/>
                <w:sz w:val="18"/>
              </w:rPr>
              <w:t>量关系分别是“速度×时间=路程”“圆锥的体积÷底面积= EMBED Equation.DSMT4  ×高”“ EMBED Equation.DSMT4  =圆周率×半径”，根据路程、高、圆周率不变，判断出时间与速度成反比例关系，体积与底面积成正比例关系，圆的面积与半径不成比例关系。通过说理、判断，进一步提升学生的分析能力。接着指导学生总结：判断两个量是否成正、反比例关系，首先判断两个量是否是相关联的量，然后再看两个量的商或乘积是否为定值。</w:t>
            </w:r>
          </w:p>
          <w:p>
            <w:pPr>
              <w:spacing w:after="20" w:line="276" w:lineRule="auto"/>
            </w:pPr>
            <w:r>
              <w:rPr>
                <w:rFonts w:ascii="宋体" w:hAnsi="宋体" w:eastAsia="宋体"/>
                <w:b w:val="0"/>
                <w:sz w:val="18"/>
              </w:rPr>
              <w:t>3.复习比例的应用。</w:t>
            </w:r>
          </w:p>
          <w:p>
            <w:pPr>
              <w:spacing w:after="20" w:line="276" w:lineRule="auto"/>
            </w:pPr>
            <w:r>
              <w:rPr>
                <w:rFonts w:ascii="宋体" w:hAnsi="宋体" w:eastAsia="宋体"/>
                <w:b w:val="0"/>
                <w:sz w:val="18"/>
              </w:rPr>
              <w:t>(1)复习比例尺的知识。</w:t>
            </w:r>
          </w:p>
          <w:p>
            <w:pPr>
              <w:spacing w:after="20" w:line="276" w:lineRule="auto"/>
            </w:pPr>
            <w:r>
              <w:rPr>
                <w:rFonts w:ascii="宋体" w:hAnsi="宋体" w:eastAsia="宋体"/>
                <w:b w:val="0"/>
                <w:sz w:val="18"/>
              </w:rPr>
              <w:t>师：关于比例尺你都知道什么？</w:t>
            </w:r>
          </w:p>
          <w:p>
            <w:pPr>
              <w:spacing w:after="20" w:line="276" w:lineRule="auto"/>
            </w:pPr>
            <w:r>
              <w:rPr>
                <w:rFonts w:ascii="宋体" w:hAnsi="宋体" w:eastAsia="宋体"/>
                <w:b w:val="0"/>
                <w:sz w:val="18"/>
              </w:rPr>
              <w:t>练习：完成教科书P64“练习十二”第1题。</w:t>
            </w:r>
          </w:p>
          <w:p>
            <w:pPr>
              <w:spacing w:after="20" w:line="276" w:lineRule="auto"/>
            </w:pPr>
            <w:r>
              <w:rPr>
                <w:rFonts w:ascii="宋体" w:hAnsi="宋体" w:eastAsia="宋体"/>
                <w:b w:val="0"/>
                <w:sz w:val="18"/>
              </w:rPr>
              <w:t>(2)复习用比例解决问题。</w:t>
            </w:r>
          </w:p>
          <w:p>
            <w:pPr>
              <w:spacing w:after="20" w:line="276" w:lineRule="auto"/>
            </w:pPr>
            <w:r>
              <w:rPr>
                <w:rFonts w:ascii="宋体" w:hAnsi="宋体" w:eastAsia="宋体"/>
                <w:b w:val="0"/>
                <w:sz w:val="18"/>
              </w:rPr>
              <w:t>课件出示教科书P63第4题。</w:t>
            </w:r>
          </w:p>
          <w:p>
            <w:pPr>
              <w:spacing w:after="20" w:line="276" w:lineRule="auto"/>
            </w:pPr>
            <w:r>
              <w:rPr>
                <w:rFonts w:ascii="宋体" w:hAnsi="宋体" w:eastAsia="宋体"/>
                <w:b w:val="0"/>
                <w:sz w:val="18"/>
              </w:rPr>
              <w:t>师：你能说一说用比例解决问题时要注意什么吗？</w:t>
            </w:r>
          </w:p>
          <w:p>
            <w:pPr>
              <w:spacing w:after="20" w:line="276" w:lineRule="auto"/>
            </w:pPr>
            <w:r>
              <w:rPr>
                <w:rFonts w:ascii="宋体" w:hAnsi="宋体" w:eastAsia="宋体"/>
                <w:b w:val="0"/>
                <w:sz w:val="18"/>
              </w:rPr>
              <w:t>对于“比例尺”的内容放手让学生自己去回顾、交流。学生在前两个环节中已经有一定的整理和复习的经验，要相信学生是可以完成的，如果有困难可以翻阅教科书或求助同学。整理知识之后再在练习中进行巩固，加深学生对比例尺知识的掌握。</w:t>
            </w:r>
          </w:p>
        </w:tc>
        <w:tc>
          <w:tcPr>
            <w:tcW w:type="dxa" w:w="3061"/>
          </w:tcPr>
          <w:p>
            <w:pPr>
              <w:spacing w:after="20" w:line="276" w:lineRule="auto"/>
            </w:pPr>
            <w:r/>
            <w:r>
              <w:rPr>
                <w:rFonts w:ascii="宋体" w:hAnsi="宋体" w:eastAsia="宋体"/>
                <w:b w:val="0"/>
                <w:sz w:val="18"/>
              </w:rPr>
              <w:t>小组内同学一起填写下表，课件展示。（表格中内容根据学生的回答依次展示）</w:t>
            </w:r>
          </w:p>
          <w:p>
            <w:pPr>
              <w:spacing w:after="20" w:line="276" w:lineRule="auto"/>
            </w:pPr>
            <w:r>
              <w:rPr>
                <w:rFonts w:ascii="宋体" w:hAnsi="宋体" w:eastAsia="宋体"/>
                <w:b w:val="0"/>
                <w:sz w:val="18"/>
              </w:rPr>
              <w:t>学生可能用比例的意义来判断，看两个比的比值是否相等；也可能用比例的基本性质来判断，假设两个比能组成比例，看内项之积是否等于外项之积。</w:t>
            </w:r>
          </w:p>
          <w:p>
            <w:pPr>
              <w:spacing w:after="20" w:line="276" w:lineRule="auto"/>
            </w:pPr>
            <w:r>
              <w:rPr>
                <w:rFonts w:ascii="宋体" w:hAnsi="宋体" w:eastAsia="宋体"/>
                <w:b w:val="0"/>
                <w:sz w:val="18"/>
              </w:rPr>
              <w:t>利用比例的基本性质解比例是一种基本方法，学生通常都用这种方法。也有学生通过求出比例式等号一边的比值来解比例，也要予以肯定。</w:t>
            </w:r>
          </w:p>
          <w:p>
            <w:pPr>
              <w:spacing w:after="20" w:line="276" w:lineRule="auto"/>
            </w:pPr>
            <w:r>
              <w:rPr>
                <w:rFonts w:ascii="宋体" w:hAnsi="宋体" w:eastAsia="宋体"/>
                <w:b w:val="0"/>
                <w:sz w:val="18"/>
              </w:rPr>
              <w:t>学生独立完成后在小组内交流。</w:t>
            </w:r>
          </w:p>
          <w:p>
            <w:pPr>
              <w:spacing w:after="20" w:line="276" w:lineRule="auto"/>
            </w:pPr>
            <w:r>
              <w:rPr>
                <w:rFonts w:ascii="宋体" w:hAnsi="宋体" w:eastAsia="宋体"/>
                <w:b w:val="0"/>
                <w:sz w:val="18"/>
              </w:rPr>
              <w:t>学生结合具体的信息进行分析，三个小题中的数</w:t>
            </w:r>
          </w:p>
          <w:p>
            <w:pPr>
              <w:spacing w:after="20" w:line="276" w:lineRule="auto"/>
            </w:pPr>
            <w:r>
              <w:rPr>
                <w:rFonts w:ascii="宋体" w:hAnsi="宋体" w:eastAsia="宋体"/>
                <w:b w:val="0"/>
                <w:sz w:val="18"/>
              </w:rPr>
              <w:t>学生可能会说出：图上距离∶实际距离=比例尺；比例尺按表现形式分，可以分为数值比例尺和线段比例尺，按将实际距离缩小还是放大分，可以分为缩小比例尺和放大比例尺。放大或缩小后的图形，大小变了，形状不变。</w:t>
            </w:r>
          </w:p>
          <w:p>
            <w:pPr>
              <w:spacing w:after="20" w:line="276" w:lineRule="auto"/>
            </w:pPr>
            <w:r>
              <w:rPr>
                <w:rFonts w:ascii="宋体" w:hAnsi="宋体" w:eastAsia="宋体"/>
                <w:b w:val="0"/>
                <w:sz w:val="18"/>
              </w:rPr>
              <w:t>学生独立解答后交流。</w:t>
            </w:r>
          </w:p>
          <w:p>
            <w:pPr>
              <w:spacing w:after="20" w:line="276" w:lineRule="auto"/>
            </w:pPr>
            <w:r>
              <w:rPr>
                <w:rFonts w:ascii="宋体" w:hAnsi="宋体" w:eastAsia="宋体"/>
                <w:b w:val="0"/>
                <w:sz w:val="18"/>
              </w:rPr>
              <w:t>学生独立完成后交流。</w:t>
            </w:r>
          </w:p>
          <w:p>
            <w:pPr>
              <w:spacing w:after="20" w:line="276" w:lineRule="auto"/>
            </w:pPr>
            <w:r>
              <w:rPr>
                <w:rFonts w:ascii="宋体" w:hAnsi="宋体" w:eastAsia="宋体"/>
                <w:b w:val="0"/>
                <w:sz w:val="18"/>
              </w:rPr>
              <w:t>学生完成这两道题比较轻松，很容易发现这两道题中，第一道题用正比例的知识解决，第二道题用反比例的知识解决。教师注意适时引导，同样是速度、时间、路程之间的关系，当速度不变时，路程与时间成正比例关系；当路程不变时，时间和速度成反比例关系。</w:t>
            </w:r>
          </w:p>
          <w:p>
            <w:pPr>
              <w:spacing w:after="20" w:line="276" w:lineRule="auto"/>
            </w:pPr>
            <w:r>
              <w:rPr>
                <w:rFonts w:ascii="宋体" w:hAnsi="宋体" w:eastAsia="宋体"/>
                <w:b w:val="0"/>
                <w:sz w:val="18"/>
              </w:rPr>
              <w:t>引导学生围绕用比例解决问题的几个步骤来说，先找到题目中的不变量，再看哪两种量成比例关系，根据比例关系写出关系式后再解答，还要注意反思和检验。</w:t>
            </w:r>
          </w:p>
        </w:tc>
        <w:tc>
          <w:tcPr>
            <w:tcW w:type="dxa" w:w="1814"/>
          </w:tcPr>
          <w:p>
            <w:pPr>
              <w:spacing w:after="20" w:line="276" w:lineRule="auto"/>
            </w:pPr>
            <w:r/>
            <w:r>
              <w:rPr>
                <w:rFonts w:ascii="宋体" w:hAnsi="宋体" w:eastAsia="宋体"/>
                <w:b w:val="0"/>
                <w:sz w:val="18"/>
              </w:rPr>
              <w:t>本环节采用先理后练的方法，先在整理、比较中厘清概念，理解意义，再在此基础上运用知识解决问题，达到对知识的真正理解和应用。</w:t>
            </w:r>
          </w:p>
          <w:p>
            <w:pPr>
              <w:spacing w:after="20" w:line="276" w:lineRule="auto"/>
            </w:pPr>
            <w:r>
              <w:rPr>
                <w:rFonts w:ascii="宋体" w:hAnsi="宋体" w:eastAsia="宋体"/>
                <w:b w:val="0"/>
                <w:sz w:val="18"/>
              </w:rPr>
              <w:t>利用教科书中的素材，通过先练后理，在解决问题的过程中激活学生已有经验，复习怎样判断两个量是否成正、反比例关系的方法，培养学生的抽象思维能力。</w:t>
            </w:r>
          </w:p>
          <w:p>
            <w:pPr>
              <w:spacing w:after="20" w:line="276" w:lineRule="auto"/>
            </w:pPr>
            <w:r>
              <w:rPr>
                <w:rFonts w:ascii="宋体" w:hAnsi="宋体" w:eastAsia="宋体"/>
                <w:b w:val="0"/>
                <w:sz w:val="18"/>
              </w:rPr>
              <w:t>让学生在用比例解决实际问题的过程中，根据解决问题的步骤，探求合适的解决方法。通过“用比例解决问题要注意什么”，引导学生归纳总结、反思学习过程，提升综合解决问题的能力，感受数学模型的魅力。</w:t>
            </w:r>
          </w:p>
        </w:tc>
      </w:tr>
      <w:tr>
        <w:tc>
          <w:tcPr>
            <w:tcW w:type="dxa" w:w="1474"/>
          </w:tcPr>
          <w:p>
            <w:pPr>
              <w:spacing w:after="20" w:line="276" w:lineRule="auto"/>
            </w:pPr>
            <w:r>
              <w:rPr>
                <w:b/>
              </w:rPr>
            </w:r>
            <w:r>
              <w:rPr>
                <w:rFonts w:ascii="宋体" w:hAnsi="宋体" w:eastAsia="宋体"/>
                <w:b/>
                <w:sz w:val="18"/>
              </w:rPr>
              <w:t>三、巩固练习，提升能力</w:t>
            </w:r>
          </w:p>
        </w:tc>
        <w:tc>
          <w:tcPr>
            <w:tcW w:type="dxa" w:w="3061"/>
          </w:tcPr>
          <w:p>
            <w:pPr>
              <w:spacing w:after="20" w:line="276" w:lineRule="auto"/>
            </w:pPr>
            <w:r/>
            <w:r>
              <w:rPr>
                <w:rFonts w:ascii="宋体" w:hAnsi="宋体" w:eastAsia="宋体"/>
                <w:b w:val="0"/>
                <w:sz w:val="18"/>
              </w:rPr>
              <w:t>1.完成教科书P64“练习十二”第2题。</w:t>
            </w:r>
          </w:p>
          <w:p>
            <w:pPr>
              <w:spacing w:after="20" w:line="276" w:lineRule="auto"/>
            </w:pPr>
            <w:r>
              <w:rPr>
                <w:rFonts w:ascii="宋体" w:hAnsi="宋体" w:eastAsia="宋体"/>
                <w:b w:val="0"/>
                <w:sz w:val="18"/>
              </w:rPr>
              <w:t>2.解决生活中的实际问题。</w:t>
            </w:r>
          </w:p>
          <w:p>
            <w:pPr>
              <w:spacing w:after="20" w:line="276" w:lineRule="auto"/>
            </w:pPr>
            <w:r>
              <w:rPr>
                <w:rFonts w:ascii="宋体" w:hAnsi="宋体" w:eastAsia="宋体"/>
                <w:b w:val="0"/>
                <w:sz w:val="18"/>
              </w:rPr>
              <w:t>(1)学生独立完成教科书P62“练习十一”第10、11题和P64“练习十二”第3题。</w:t>
            </w:r>
          </w:p>
          <w:p>
            <w:pPr>
              <w:spacing w:after="20" w:line="276" w:lineRule="auto"/>
            </w:pPr>
            <w:r>
              <w:rPr>
                <w:rFonts w:ascii="宋体" w:hAnsi="宋体" w:eastAsia="宋体"/>
                <w:b w:val="0"/>
                <w:sz w:val="18"/>
              </w:rPr>
              <w:t>第11题：抓住一个月的零花钱总数不变，每天花的钱数与够花的天数成反比例关系来解决问题。引导学生体会反比例的特点：两种量向相反方向有规律地变化，两种量对应值的乘积不变。</w:t>
            </w:r>
          </w:p>
          <w:p>
            <w:pPr>
              <w:spacing w:after="20" w:line="276" w:lineRule="auto"/>
            </w:pPr>
            <w:r>
              <w:rPr>
                <w:rFonts w:ascii="宋体" w:hAnsi="宋体" w:eastAsia="宋体"/>
                <w:b w:val="0"/>
                <w:sz w:val="18"/>
              </w:rPr>
              <w:t>第3题：这道题是比例尺的灵活运用。可先根据比例尺的意义求出两个城市之间高速公路的实际距离，再根据新的比例尺，求出新的图上距离。也可以想：新的比例尺缩小到原来的 EMBED Equation.DSMT4  ，所以图上</w:t>
            </w:r>
          </w:p>
          <w:p>
            <w:pPr>
              <w:spacing w:after="20" w:line="276" w:lineRule="auto"/>
            </w:pPr>
            <w:r>
              <w:rPr>
                <w:rFonts w:ascii="宋体" w:hAnsi="宋体" w:eastAsia="宋体"/>
                <w:b w:val="0"/>
                <w:sz w:val="18"/>
              </w:rPr>
              <w:t>距离也应是5.5cm的 EMBED Equation.DSMT4  。</w:t>
            </w:r>
          </w:p>
          <w:p>
            <w:pPr>
              <w:spacing w:after="20" w:line="276" w:lineRule="auto"/>
            </w:pPr>
            <w:r>
              <w:rPr>
                <w:rFonts w:ascii="宋体" w:hAnsi="宋体" w:eastAsia="宋体"/>
                <w:b w:val="0"/>
                <w:sz w:val="18"/>
              </w:rPr>
              <w:t>(2)师生一起完成教科书P64“练习十二”第4题。</w:t>
            </w:r>
          </w:p>
        </w:tc>
        <w:tc>
          <w:tcPr>
            <w:tcW w:type="dxa" w:w="3061"/>
          </w:tcPr>
          <w:p>
            <w:pPr>
              <w:spacing w:after="20" w:line="276" w:lineRule="auto"/>
            </w:pPr>
            <w:r/>
            <w:r>
              <w:rPr>
                <w:rFonts w:ascii="宋体" w:hAnsi="宋体" w:eastAsia="宋体"/>
                <w:b w:val="0"/>
                <w:sz w:val="18"/>
              </w:rPr>
              <w:t>学生独立完成，教师巡视指导，完成后汇报交流。</w:t>
            </w:r>
          </w:p>
          <w:p>
            <w:pPr>
              <w:spacing w:after="20" w:line="276" w:lineRule="auto"/>
            </w:pPr>
            <w:r>
              <w:rPr>
                <w:rFonts w:ascii="宋体" w:hAnsi="宋体" w:eastAsia="宋体"/>
                <w:b w:val="0"/>
                <w:sz w:val="18"/>
              </w:rPr>
              <w:t>小组内交流订正。</w:t>
            </w:r>
          </w:p>
          <w:p>
            <w:pPr>
              <w:spacing w:after="20" w:line="276" w:lineRule="auto"/>
            </w:pPr>
            <w:r>
              <w:rPr>
                <w:rFonts w:ascii="宋体" w:hAnsi="宋体" w:eastAsia="宋体"/>
                <w:b w:val="0"/>
                <w:sz w:val="18"/>
              </w:rPr>
              <w:t>第10题：抓住当路程不变时，时间和速度成反比例关系来解决问题。</w:t>
            </w:r>
          </w:p>
          <w:p>
            <w:pPr>
              <w:spacing w:after="20" w:line="276" w:lineRule="auto"/>
            </w:pPr>
            <w:r>
              <w:rPr>
                <w:rFonts w:ascii="宋体" w:hAnsi="宋体" w:eastAsia="宋体"/>
                <w:b w:val="0"/>
                <w:sz w:val="18"/>
              </w:rPr>
              <w:t>这道题既要用到比例的知识，又要用到折扣的知识。第(1)题，折扣相同，说明现价与原价成正比例关系，关系式是 EMBED Equation.DSMT4  =折扣。第(2)题，总钱数不变，数量与单价成反比例关系，关系式是单价×数量=总价。第(3)题，算出折扣是六折，所以现价是原价的60%，也就是y=60%x。</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师：通过今天的整理和复习，你们有哪些新的收获？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引导学生回顾梳理本课所学，完善认知结构，提升归纳与反思能力，核心问题："通过今天的整理和复习，你们有哪些新的收获？"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1（1）已知比例中的两个内项的积是最小的合数，其中一个外项是6，另一个外项是（ ）。 （2）将兰州中川国际机场缩小到原来的eq \f(1,1500)画出规划图，这幅规划图的比例尺是（ ）；把一个核雕作品放大到原来的10倍画出示意图，这幅示意图的比例尺是（ ）。 （3）易错题a、b、c是三个相关联的量，如果5a＝6b＝eq \f(2,c)（a、b、c均不为0），a∶b＝（ ），a和b成（ ）比例关系； ac＝（ ），a和c成（ ）比例关系；bc＝（ ），b和c成（ ）比例关系。 2解比例。 0.6∶0.2＝x∶eq \f(1,4) eq \f(4,3)＝eq \f(2,x) x∶0.7＝6∶0.28 eq \f(1,8)∶eq \f(1,6)＝eq \f(1,4)∶x 3选一选。（将正确答案的序号填在括号里） （1）下面各比中，（ ）能与eq \f(4,7)∶eq \f(2,3)组成比例。 A.eq \f(1,3)∶eq \f(5,12) B.eq \f(3,5)∶0.7 C.0.7∶0.6 D.4.2∶3.6 （2）下面各项中的两种量，成正比例关系的是（ ），成反比例关系的是（ ）。 A.圆的面积一定，半径和圆周率 B.每公顷施肥量一定，施肥总量与农田面积 C.状状的年龄和他妈妈的年龄 D.6÷a＝6×b（a、b均不为0），a与b （3）要建一个长900 m、宽600 m的公园，画在长40 cm、宽25 cm的长方形纸上，选择下面比例尺（ ）合适。 （4）将一根细绳剪成12段（一段一段地剪），需要33秒，照这样算， ？用比例解答，设需要x秒，eq \f(33,12－1)＝eq \f(x,8－1)。横线上应该提的问题是（ ）。 A.剪成7段需要多长时间 B.剪8次共需要多长时间 C.剪成8段需要多长时间 D.剪7次共需要多长时间 参考答案 1.（1）eq \f(2,3) （2）1∶1500 10∶1 （3）eq \f(6,5) 正 eq \f(2,5) 反 eq \f(1,3) 反 2.x＝0.75 x＝eq \f(3,2) x＝15 x＝eq \f(1,3) 3.（1）B （2）B D （3）D （4）C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设计的三个板块，采取先理后练或先练后理等方法，注重某一处知识的应用和理解,还通过对比、判断、概括沟通知识之间的联系。在应用所学知识解决问题中注重学生反思能力的培养，使学生自觉归纳和体会数学思想和方法,促进反思习惯的养成，提升学生的综合能力。有些综合性较强的习题，可能有一部分学生在解答时会遇到困难,或解答过程缓慢，或只会使用一种方法，或难以理解各种方法间的内在联系。教师应合理把握，对发展程度不同的学生提出不同的要求。</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正比例</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正比例</w:t>
            </w:r>
          </w:p>
        </w:tc>
        <w:tc>
          <w:tcPr>
            <w:tcW w:type="dxa" w:w="6009"/>
          </w:tcPr>
          <w:p>
            <w:pPr>
              <w:spacing w:after="20" w:line="276" w:lineRule="auto"/>
            </w:pPr>
            <w:r/>
            <w:r>
              <w:rPr>
                <w:rFonts w:ascii="宋体" w:hAnsi="宋体" w:eastAsia="宋体"/>
                <w:b w:val="0"/>
                <w:sz w:val="20"/>
              </w:rPr>
              <w:t>第4单元 比例（正比例和反比例）</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比例这一单元时，已经学习了比、除法的意义和分数的意义，以及分数的基本性质、分数与除法的关系、分数乘除法的计算方法等，这些都是学习本单元内容的基础知识。比例是小学阶段数与代数部分最后一单元学习的内容，这部分内容的特点是应用性强、综合性强、内容情境不新，但采用新的思维方式和数学模型，需要学生在较高水平层面上学习。</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（1）从具体实例中认识成正比例的量，初步理解正比例的意义及字母表达式，学会根据正比例的意义来判断两种相关联的量是不是成正比例关系。</w:t>
      </w:r>
    </w:p>
    <w:p>
      <w:pPr>
        <w:spacing w:after="20" w:line="300" w:lineRule="auto"/>
        <w:ind w:firstLine="400"/>
      </w:pPr>
      <w:r>
        <w:rPr>
          <w:rFonts w:ascii="宋体" w:hAnsi="宋体" w:eastAsia="宋体"/>
          <w:b w:val="0"/>
          <w:sz w:val="20"/>
        </w:rPr>
        <w:t>（2）初步认识正比例关系的图象，能用“描点法”画出表示正比例关系的图象，进一步认识成正比例的量的变化规律。</w:t>
      </w:r>
    </w:p>
    <w:p>
      <w:pPr>
        <w:spacing w:after="20" w:line="300" w:lineRule="auto"/>
        <w:ind w:firstLine="400"/>
      </w:pPr>
      <w:r>
        <w:rPr>
          <w:rFonts w:ascii="宋体" w:hAnsi="宋体" w:eastAsia="宋体"/>
          <w:b w:val="0"/>
          <w:sz w:val="20"/>
        </w:rPr>
        <w:t>（3）渗透函数思想，初步建立实物之间互相联系的观念，会用图象解决简单的问题，体会函数思想。</w:t>
      </w:r>
    </w:p>
    <w:p>
      <w:pPr>
        <w:spacing w:after="20" w:line="300" w:lineRule="auto"/>
      </w:pPr>
      <w:r>
        <w:rPr>
          <w:rFonts w:ascii="宋体" w:hAnsi="宋体" w:eastAsia="宋体"/>
          <w:b w:val="0"/>
          <w:sz w:val="20"/>
        </w:rPr>
        <w:t>教学重点：理解正比例的意义，并会判断两种量是否成正比例关系。</w:t>
      </w:r>
    </w:p>
    <w:p>
      <w:pPr>
        <w:spacing w:after="20" w:line="300" w:lineRule="auto"/>
      </w:pPr>
      <w:r>
        <w:rPr>
          <w:rFonts w:ascii="宋体" w:hAnsi="宋体" w:eastAsia="宋体"/>
          <w:b w:val="0"/>
          <w:sz w:val="20"/>
        </w:rPr>
        <w:t>教学难点：在探究中抽象出正比例的意义，渗透函数思想。</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一、提供素材，感受相关联的量</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已知路程和时间，怎样求速度？；我们把路程和时间这样有关系的两种量叫做“相关联的量”。你还能举出相关联的量的例子吗？</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二、合作学习，探究成正比例的量</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你知道总价与数量的比值3.5表示什么吗？；两个表中的量有什么相同的地方？</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三、自主尝试，探究正比例关系图象的特征</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你是怎样画出图象的？；不计算，根据图象判断，如果买9 m彩带，总价是多少？49元能买多少米彩带？</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四、巩固练习，强化认知</w:t>
            </w:r>
          </w:p>
        </w:tc>
        <w:tc>
          <w:tcPr>
            <w:tcW w:type="dxa" w:w="1814"/>
          </w:tcPr>
          <w:p>
            <w:pPr>
              <w:spacing w:after="20" w:line="276" w:lineRule="auto"/>
            </w:pPr>
            <w:r/>
            <w:r>
              <w:rPr>
                <w:rFonts w:ascii="宋体" w:hAnsi="宋体" w:eastAsia="宋体"/>
                <w:b w:val="0"/>
                <w:sz w:val="18"/>
              </w:rPr>
              <w:t>课件、教科书、教科书P47～48</w:t>
            </w:r>
          </w:p>
        </w:tc>
        <w:tc>
          <w:tcPr>
            <w:tcW w:type="dxa" w:w="3402"/>
          </w:tcPr>
          <w:p>
            <w:pPr>
              <w:spacing w:after="20" w:line="276" w:lineRule="auto"/>
            </w:pPr>
            <w:r/>
            <w:r>
              <w:rPr>
                <w:rFonts w:ascii="宋体" w:hAnsi="宋体" w:eastAsia="宋体"/>
                <w:b w:val="0"/>
                <w:sz w:val="18"/>
              </w:rPr>
              <w:t>现在你能用所学的知识完成这个表格吗？；这道题要求我们判断每题中的两种量是否成正比例关系，并说明理由。你会依据什么条件来判断？</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通过本节课的学习，你们有什么感受和收获呢？你能说出生活中有哪些成正比例的量吗？</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一、提供素材，感受相关联的量</w:t>
            </w:r>
          </w:p>
        </w:tc>
        <w:tc>
          <w:tcPr>
            <w:tcW w:type="dxa" w:w="3061"/>
          </w:tcPr>
          <w:p>
            <w:pPr>
              <w:spacing w:after="20" w:line="276" w:lineRule="auto"/>
            </w:pPr>
            <w:r/>
            <w:r>
              <w:rPr>
                <w:rFonts w:ascii="宋体" w:hAnsi="宋体" w:eastAsia="宋体"/>
                <w:b w:val="0"/>
                <w:sz w:val="18"/>
              </w:rPr>
              <w:t>1.复习导入。</w:t>
            </w:r>
          </w:p>
          <w:p>
            <w:pPr>
              <w:spacing w:after="20" w:line="276" w:lineRule="auto"/>
            </w:pPr>
            <w:r>
              <w:rPr>
                <w:rFonts w:ascii="宋体" w:hAnsi="宋体" w:eastAsia="宋体"/>
                <w:b w:val="0"/>
                <w:sz w:val="18"/>
              </w:rPr>
              <w:t>师：已知路程和时间，怎样求速度？</w:t>
            </w:r>
          </w:p>
          <w:p>
            <w:pPr>
              <w:spacing w:after="20" w:line="276" w:lineRule="auto"/>
            </w:pPr>
            <w:r>
              <w:rPr>
                <w:rFonts w:ascii="宋体" w:hAnsi="宋体" w:eastAsia="宋体"/>
                <w:b w:val="0"/>
                <w:sz w:val="18"/>
              </w:rPr>
              <w:t>师：我们把路程和时间这样有关系的两种量叫做“相关联的量”。你还能举出相关联的量的例子吗？</w:t>
            </w:r>
          </w:p>
          <w:p>
            <w:pPr>
              <w:spacing w:after="20" w:line="276" w:lineRule="auto"/>
            </w:pPr>
            <w:r>
              <w:rPr>
                <w:rFonts w:ascii="宋体" w:hAnsi="宋体" w:eastAsia="宋体"/>
                <w:b w:val="0"/>
                <w:sz w:val="18"/>
              </w:rPr>
              <w:t>页数，看了的页数与剩下的页数是两种相关联的量等等。只要学生</w:t>
            </w:r>
          </w:p>
          <w:p>
            <w:pPr>
              <w:spacing w:after="20" w:line="276" w:lineRule="auto"/>
            </w:pPr>
            <w:r>
              <w:rPr>
                <w:rFonts w:ascii="宋体" w:hAnsi="宋体" w:eastAsia="宋体"/>
                <w:b w:val="0"/>
                <w:sz w:val="18"/>
              </w:rPr>
              <w:t>说出的两个量是相关联的，都要予以肯定。</w:t>
            </w:r>
          </w:p>
          <w:p>
            <w:pPr>
              <w:spacing w:after="20" w:line="276" w:lineRule="auto"/>
            </w:pPr>
            <w:r>
              <w:rPr>
                <w:rFonts w:ascii="宋体" w:hAnsi="宋体" w:eastAsia="宋体"/>
                <w:b w:val="0"/>
                <w:sz w:val="18"/>
              </w:rPr>
              <w:t>2.引入课题。</w:t>
            </w:r>
          </w:p>
          <w:p>
            <w:pPr>
              <w:spacing w:after="20" w:line="276" w:lineRule="auto"/>
            </w:pPr>
            <w:r>
              <w:rPr>
                <w:rFonts w:ascii="宋体" w:hAnsi="宋体" w:eastAsia="宋体"/>
                <w:b w:val="0"/>
                <w:sz w:val="18"/>
              </w:rPr>
              <w:t>师：这节课我们一起来研究有关两种相关联的量的知识。（板书课题：正比例）</w:t>
            </w:r>
          </w:p>
        </w:tc>
        <w:tc>
          <w:tcPr>
            <w:tcW w:type="dxa" w:w="3061"/>
          </w:tcPr>
          <w:p>
            <w:pPr>
              <w:spacing w:after="20" w:line="276" w:lineRule="auto"/>
            </w:pPr>
            <w:r/>
            <w:r>
              <w:rPr>
                <w:rFonts w:ascii="宋体" w:hAnsi="宋体" w:eastAsia="宋体"/>
                <w:b w:val="0"/>
                <w:sz w:val="18"/>
              </w:rPr>
              <w:t>学生会说出:速度=路程÷时间。</w:t>
            </w:r>
          </w:p>
          <w:p>
            <w:pPr>
              <w:spacing w:after="20" w:line="276" w:lineRule="auto"/>
            </w:pPr>
            <w:r>
              <w:rPr>
                <w:rFonts w:ascii="宋体" w:hAnsi="宋体" w:eastAsia="宋体"/>
                <w:b w:val="0"/>
                <w:sz w:val="18"/>
              </w:rPr>
              <w:t>学生可能会说出:总价÷数量=单价，总价和数量是两种相关联的量；工作总量÷工作时间=工作效率，工作总量和工作时间是两种相关联的量；一本书看了的页数+剩下的页数=总</w:t>
            </w:r>
          </w:p>
        </w:tc>
        <w:tc>
          <w:tcPr>
            <w:tcW w:type="dxa" w:w="1814"/>
          </w:tcPr>
          <w:p>
            <w:pPr>
              <w:spacing w:after="20" w:line="276" w:lineRule="auto"/>
            </w:pPr>
            <w:r/>
            <w:r>
              <w:rPr>
                <w:rFonts w:ascii="宋体" w:hAnsi="宋体" w:eastAsia="宋体"/>
                <w:b w:val="0"/>
                <w:sz w:val="18"/>
              </w:rPr>
              <w:t>充分利用学生的认知经验和生活经验，在熟悉的数量关系的情境中导入新课，理解“两种相关联的量”的意义，为后续的学习作铺垫。</w:t>
            </w:r>
          </w:p>
        </w:tc>
      </w:tr>
      <w:tr>
        <w:tc>
          <w:tcPr>
            <w:tcW w:type="dxa" w:w="1474"/>
          </w:tcPr>
          <w:p>
            <w:pPr>
              <w:spacing w:after="20" w:line="276" w:lineRule="auto"/>
            </w:pPr>
            <w:r>
              <w:rPr>
                <w:b/>
              </w:rPr>
            </w:r>
            <w:r>
              <w:rPr>
                <w:rFonts w:ascii="宋体" w:hAnsi="宋体" w:eastAsia="宋体"/>
                <w:b/>
                <w:sz w:val="18"/>
              </w:rPr>
              <w:t>二、合作学习，探究成正比例的量</w:t>
            </w:r>
          </w:p>
        </w:tc>
        <w:tc>
          <w:tcPr>
            <w:tcW w:type="dxa" w:w="3061"/>
          </w:tcPr>
          <w:p>
            <w:pPr>
              <w:spacing w:after="20" w:line="276" w:lineRule="auto"/>
            </w:pPr>
            <w:r/>
            <w:r>
              <w:rPr>
                <w:rFonts w:ascii="宋体" w:hAnsi="宋体" w:eastAsia="宋体"/>
                <w:b w:val="0"/>
                <w:sz w:val="18"/>
              </w:rPr>
              <w:t>1.初步理解正比例的意义。</w:t>
            </w:r>
          </w:p>
          <w:p>
            <w:pPr>
              <w:spacing w:after="20" w:line="276" w:lineRule="auto"/>
            </w:pPr>
            <w:r>
              <w:rPr>
                <w:rFonts w:ascii="宋体" w:hAnsi="宋体" w:eastAsia="宋体"/>
                <w:b w:val="0"/>
                <w:sz w:val="18"/>
              </w:rPr>
              <w:t>(1)课件出示教科书P43例1。</w:t>
            </w:r>
          </w:p>
          <w:p>
            <w:pPr>
              <w:spacing w:after="20" w:line="276" w:lineRule="auto"/>
            </w:pPr>
            <w:r>
              <w:rPr>
                <w:rFonts w:ascii="宋体" w:hAnsi="宋体" w:eastAsia="宋体"/>
                <w:b w:val="0"/>
                <w:sz w:val="18"/>
              </w:rPr>
              <w:t>(2)学生独立思考后，小组交流。</w:t>
            </w:r>
          </w:p>
          <w:p>
            <w:pPr>
              <w:spacing w:after="20" w:line="276" w:lineRule="auto"/>
            </w:pPr>
            <w:r>
              <w:rPr>
                <w:rFonts w:ascii="宋体" w:hAnsi="宋体" w:eastAsia="宋体"/>
                <w:b w:val="0"/>
                <w:sz w:val="18"/>
              </w:rPr>
              <w:t>(3)汇报交流。</w:t>
            </w:r>
          </w:p>
          <w:p>
            <w:pPr>
              <w:spacing w:after="20" w:line="276" w:lineRule="auto"/>
            </w:pPr>
            <w:r>
              <w:rPr>
                <w:rFonts w:ascii="宋体" w:hAnsi="宋体" w:eastAsia="宋体"/>
                <w:b w:val="0"/>
                <w:sz w:val="18"/>
              </w:rPr>
              <w:t>正比例的意义比较抽象，让学生结合具体数量表达正比例的意义，避免学生不理解意义而生搬硬套。</w:t>
            </w:r>
          </w:p>
          <w:p>
            <w:pPr>
              <w:spacing w:after="20" w:line="276" w:lineRule="auto"/>
            </w:pPr>
            <w:r>
              <w:rPr>
                <w:rFonts w:ascii="宋体" w:hAnsi="宋体" w:eastAsia="宋体"/>
                <w:b w:val="0"/>
                <w:sz w:val="18"/>
              </w:rPr>
              <w:t>教师根据学生的回答，板书总价和数量的比。</w:t>
            </w:r>
          </w:p>
          <w:p>
            <w:pPr>
              <w:spacing w:after="20" w:line="276" w:lineRule="auto"/>
            </w:pPr>
            <w:r>
              <w:rPr>
                <w:rFonts w:ascii="宋体" w:hAnsi="宋体" w:eastAsia="宋体"/>
                <w:b w:val="0"/>
                <w:sz w:val="18"/>
              </w:rPr>
              <w:t>师：根据大家的汇报，我们发现总价和数量是两种相关联的量，总价是随着数量的变化而变化的，而且总价与相应数量的比值都是3.5，因此我们就说它们的比值总是一定的。</w:t>
            </w:r>
          </w:p>
          <w:p>
            <w:pPr>
              <w:spacing w:after="20" w:line="276" w:lineRule="auto"/>
            </w:pPr>
            <w:r>
              <w:rPr>
                <w:rFonts w:ascii="宋体" w:hAnsi="宋体" w:eastAsia="宋体"/>
                <w:b w:val="0"/>
                <w:sz w:val="18"/>
              </w:rPr>
              <w:t>(4)揭示课题。</w:t>
            </w:r>
          </w:p>
          <w:p>
            <w:pPr>
              <w:spacing w:after="20" w:line="276" w:lineRule="auto"/>
            </w:pPr>
            <w:r>
              <w:rPr>
                <w:rFonts w:ascii="宋体" w:hAnsi="宋体" w:eastAsia="宋体"/>
                <w:b w:val="0"/>
                <w:sz w:val="18"/>
              </w:rPr>
              <w:t>师：你知道总价与数量的比值3.5表示什么吗？</w:t>
            </w:r>
          </w:p>
          <w:p>
            <w:pPr>
              <w:spacing w:after="20" w:line="276" w:lineRule="auto"/>
            </w:pPr>
            <w:r>
              <w:rPr>
                <w:rFonts w:ascii="宋体" w:hAnsi="宋体" w:eastAsia="宋体"/>
                <w:b w:val="0"/>
                <w:sz w:val="18"/>
              </w:rPr>
              <w:t>师：对， EMBED Equation.DSMT4  =单价，现在单价一定（板书），那么总价与数量这两种量就叫做成正比例的量，它们的关系叫做正比例关系。这就是今天我们学习的内容。(出示课件)</w:t>
            </w:r>
          </w:p>
          <w:p>
            <w:pPr>
              <w:spacing w:after="20" w:line="276" w:lineRule="auto"/>
            </w:pPr>
            <w:r>
              <w:rPr>
                <w:rFonts w:ascii="宋体" w:hAnsi="宋体" w:eastAsia="宋体"/>
                <w:b w:val="0"/>
                <w:sz w:val="18"/>
              </w:rPr>
              <w:t>师：请大家读一读这段话，然后和同桌互相说一说正比例的意义。</w:t>
            </w:r>
          </w:p>
          <w:p>
            <w:pPr>
              <w:spacing w:after="20" w:line="276" w:lineRule="auto"/>
            </w:pPr>
            <w:r>
              <w:rPr>
                <w:rFonts w:ascii="宋体" w:hAnsi="宋体" w:eastAsia="宋体"/>
                <w:b w:val="0"/>
                <w:sz w:val="18"/>
              </w:rPr>
              <w:t>2.对比辨析，深入理解正比例的意义。</w:t>
            </w:r>
          </w:p>
          <w:p>
            <w:pPr>
              <w:spacing w:after="20" w:line="276" w:lineRule="auto"/>
            </w:pPr>
            <w:r>
              <w:rPr>
                <w:rFonts w:ascii="宋体" w:hAnsi="宋体" w:eastAsia="宋体"/>
                <w:b w:val="0"/>
                <w:sz w:val="18"/>
              </w:rPr>
              <w:t>(1)课件出示习题。</w:t>
            </w:r>
          </w:p>
          <w:p>
            <w:pPr>
              <w:spacing w:after="20" w:line="276" w:lineRule="auto"/>
            </w:pPr>
            <w:r>
              <w:rPr>
                <w:rFonts w:ascii="宋体" w:hAnsi="宋体" w:eastAsia="宋体"/>
                <w:b w:val="0"/>
                <w:sz w:val="18"/>
              </w:rPr>
              <w:t>(2)师：两个表中的量有什么相同的地方？</w:t>
            </w:r>
          </w:p>
          <w:p>
            <w:pPr>
              <w:spacing w:after="20" w:line="276" w:lineRule="auto"/>
            </w:pPr>
            <w:r>
              <w:rPr>
                <w:rFonts w:ascii="宋体" w:hAnsi="宋体" w:eastAsia="宋体"/>
                <w:b w:val="0"/>
                <w:sz w:val="18"/>
              </w:rPr>
              <w:t>这个环节是在学生初步理解正比例的意义的基础上设计的，要注意引导学生在对比中主动观察、分析和讨论，使学生对正比例关系的理解从浅显到深刻。</w:t>
            </w:r>
          </w:p>
          <w:p>
            <w:pPr>
              <w:spacing w:after="20" w:line="276" w:lineRule="auto"/>
            </w:pPr>
            <w:r>
              <w:rPr>
                <w:rFonts w:ascii="宋体" w:hAnsi="宋体" w:eastAsia="宋体"/>
                <w:b w:val="0"/>
                <w:sz w:val="18"/>
              </w:rPr>
              <w:t>(3)师：那我们是否可以说两个表中的路程与时间这两种量都成正比例关系呢？你能确定汽车和自行车6小时行驶的路程是多少吗？请大家思考后，先在小组内说一说。</w:t>
            </w:r>
          </w:p>
          <w:p>
            <w:pPr>
              <w:spacing w:after="20" w:line="276" w:lineRule="auto"/>
            </w:pPr>
            <w:r>
              <w:rPr>
                <w:rFonts w:ascii="宋体" w:hAnsi="宋体" w:eastAsia="宋体"/>
                <w:b w:val="0"/>
                <w:sz w:val="18"/>
              </w:rPr>
              <w:t>师：我们所说的速度实际上也可以看作是路程和时间的比值，那么你们能分别写出这两种车的路程和时间的比并算出比值吗？</w:t>
            </w:r>
          </w:p>
          <w:p>
            <w:pPr>
              <w:spacing w:after="20" w:line="276" w:lineRule="auto"/>
            </w:pPr>
            <w:r>
              <w:rPr>
                <w:rFonts w:ascii="宋体" w:hAnsi="宋体" w:eastAsia="宋体"/>
                <w:b w:val="0"/>
                <w:sz w:val="18"/>
              </w:rPr>
              <w:t>师：根据我们的分析，知道了表1中汽车行驶的时间和路程是两种相关联的量，并且它们对应数量的比值一定，所以表1中路程与时间成正比例关系；表2中自行车行驶的时间和路程也是两种相关联的量，但它们对应数量的比值不一样，也就是不一定，所以表2中路程与时间不成正比例关系。</w:t>
            </w:r>
          </w:p>
          <w:p>
            <w:pPr>
              <w:spacing w:after="20" w:line="276" w:lineRule="auto"/>
            </w:pPr>
            <w:r>
              <w:rPr>
                <w:rFonts w:ascii="宋体" w:hAnsi="宋体" w:eastAsia="宋体"/>
                <w:b w:val="0"/>
                <w:sz w:val="18"/>
              </w:rPr>
              <w:t>板书： EMBED Equation.DSMT4  =速度（一定）</w:t>
            </w:r>
          </w:p>
          <w:p>
            <w:pPr>
              <w:spacing w:after="20" w:line="276" w:lineRule="auto"/>
            </w:pPr>
            <w:r>
              <w:rPr>
                <w:rFonts w:ascii="宋体" w:hAnsi="宋体" w:eastAsia="宋体"/>
                <w:b w:val="0"/>
                <w:sz w:val="18"/>
              </w:rPr>
              <w:t>3.归纳判断两种量是否成正比例关系的条件。</w:t>
            </w:r>
          </w:p>
          <w:p>
            <w:pPr>
              <w:spacing w:after="20" w:line="276" w:lineRule="auto"/>
            </w:pPr>
            <w:r>
              <w:rPr>
                <w:rFonts w:ascii="宋体" w:hAnsi="宋体" w:eastAsia="宋体"/>
                <w:b w:val="0"/>
                <w:sz w:val="18"/>
              </w:rPr>
              <w:t>师：(课件出示例1表格和汽车行驶表格)想一想，每张表中给我们出示了几种量？这几种量有什么关系？</w:t>
            </w:r>
          </w:p>
          <w:p>
            <w:pPr>
              <w:spacing w:after="20" w:line="276" w:lineRule="auto"/>
            </w:pPr>
            <w:r>
              <w:rPr>
                <w:rFonts w:ascii="宋体" w:hAnsi="宋体" w:eastAsia="宋体"/>
                <w:b w:val="0"/>
                <w:sz w:val="18"/>
              </w:rPr>
              <w:t>师：我们怎样来判断两种量成正比例关系呢？</w:t>
            </w:r>
          </w:p>
          <w:p>
            <w:pPr>
              <w:spacing w:after="20" w:line="276" w:lineRule="auto"/>
            </w:pPr>
            <w:r>
              <w:rPr>
                <w:rFonts w:ascii="宋体" w:hAnsi="宋体" w:eastAsia="宋体"/>
                <w:b w:val="0"/>
                <w:sz w:val="18"/>
              </w:rPr>
              <w:t>师生一起总结：首先判断两种量是否是相关联的量,再看两种量的商是否为定值。(教师板书：两种相关联的量的比值一定，这两种量就成正比例关系。)</w:t>
            </w:r>
          </w:p>
          <w:p>
            <w:pPr>
              <w:spacing w:after="20" w:line="276" w:lineRule="auto"/>
            </w:pPr>
            <w:r>
              <w:rPr>
                <w:rFonts w:ascii="宋体" w:hAnsi="宋体" w:eastAsia="宋体"/>
                <w:b w:val="0"/>
                <w:sz w:val="18"/>
              </w:rPr>
              <w:t>4.概括表达式。</w:t>
            </w:r>
          </w:p>
          <w:p>
            <w:pPr>
              <w:spacing w:after="20" w:line="276" w:lineRule="auto"/>
            </w:pPr>
            <w:r>
              <w:rPr>
                <w:rFonts w:ascii="宋体" w:hAnsi="宋体" w:eastAsia="宋体"/>
                <w:b w:val="0"/>
                <w:sz w:val="18"/>
              </w:rPr>
              <w:t>师：观察成正比例的两种量的数量关系，如果用字母y和x表示两种相关联的量，用k表示它们的比值(一定)，你能概括出正比例关系的表达式吗？</w:t>
            </w:r>
          </w:p>
        </w:tc>
        <w:tc>
          <w:tcPr>
            <w:tcW w:type="dxa" w:w="3061"/>
          </w:tcPr>
          <w:p>
            <w:pPr>
              <w:spacing w:after="20" w:line="276" w:lineRule="auto"/>
            </w:pPr>
            <w:r/>
            <w:r>
              <w:rPr>
                <w:rFonts w:ascii="宋体" w:hAnsi="宋体" w:eastAsia="宋体"/>
                <w:b w:val="0"/>
                <w:sz w:val="18"/>
              </w:rPr>
              <w:t>预设1：表中有总价和数量两种量。</w:t>
            </w:r>
          </w:p>
          <w:p>
            <w:pPr>
              <w:spacing w:after="20" w:line="276" w:lineRule="auto"/>
            </w:pPr>
            <w:r>
              <w:rPr>
                <w:rFonts w:ascii="宋体" w:hAnsi="宋体" w:eastAsia="宋体"/>
                <w:b w:val="0"/>
                <w:sz w:val="18"/>
              </w:rPr>
              <w:t>预设2：彩带销售的数量增加，总价就相应增加；彩带销售的数量减少，总价就相应减少。</w:t>
            </w:r>
          </w:p>
          <w:p>
            <w:pPr>
              <w:spacing w:after="20" w:line="276" w:lineRule="auto"/>
            </w:pPr>
            <w:r>
              <w:rPr>
                <w:rFonts w:ascii="宋体" w:hAnsi="宋体" w:eastAsia="宋体"/>
                <w:b w:val="0"/>
                <w:sz w:val="18"/>
              </w:rPr>
              <w:t>预设3：相应的总价和数量的比分别为 EMBED Equation.DSMT4  ，比值都是3.5。</w:t>
            </w:r>
          </w:p>
          <w:p>
            <w:pPr>
              <w:spacing w:after="20" w:line="276" w:lineRule="auto"/>
            </w:pPr>
            <w:r>
              <w:rPr>
                <w:rFonts w:ascii="宋体" w:hAnsi="宋体" w:eastAsia="宋体"/>
                <w:b w:val="0"/>
                <w:sz w:val="18"/>
              </w:rPr>
              <w:t>学生会说出：总价÷数量=单价，3.5表示彩带的单价。</w:t>
            </w:r>
          </w:p>
          <w:p>
            <w:pPr>
              <w:spacing w:after="20" w:line="276" w:lineRule="auto"/>
            </w:pPr>
            <w:r>
              <w:rPr>
                <w:rFonts w:ascii="宋体" w:hAnsi="宋体" w:eastAsia="宋体"/>
                <w:b w:val="0"/>
                <w:sz w:val="18"/>
              </w:rPr>
              <w:t>预设1：都有时间和路程这两种量。</w:t>
            </w:r>
          </w:p>
          <w:p>
            <w:pPr>
              <w:spacing w:after="20" w:line="276" w:lineRule="auto"/>
            </w:pPr>
            <w:r>
              <w:rPr>
                <w:rFonts w:ascii="宋体" w:hAnsi="宋体" w:eastAsia="宋体"/>
                <w:b w:val="0"/>
                <w:sz w:val="18"/>
              </w:rPr>
              <w:t>预设2：汽车行驶的路程随时间的变化而变化，自行车行驶的路程也随时间的变化而变化。</w:t>
            </w:r>
          </w:p>
          <w:p>
            <w:pPr>
              <w:spacing w:after="20" w:line="276" w:lineRule="auto"/>
            </w:pPr>
            <w:r>
              <w:rPr>
                <w:rFonts w:ascii="宋体" w:hAnsi="宋体" w:eastAsia="宋体"/>
                <w:b w:val="0"/>
                <w:sz w:val="18"/>
              </w:rPr>
              <w:t>预设3：汽车的路程和时间是两种相关联的量，自行车的路程和时间也是两种相关联的量。</w:t>
            </w:r>
          </w:p>
          <w:p>
            <w:pPr>
              <w:spacing w:after="20" w:line="276" w:lineRule="auto"/>
            </w:pPr>
            <w:r>
              <w:rPr>
                <w:rFonts w:ascii="宋体" w:hAnsi="宋体" w:eastAsia="宋体"/>
                <w:b w:val="0"/>
                <w:sz w:val="18"/>
              </w:rPr>
              <w:t>预设1：我用“路程÷时间＝速度”，求出汽车的速度是相同的，都是80千米/时，而自行车的速度是不同的，有时是20千米/时，有时是12千米/时……所以表1中路程与时间成正比例关系，表2中路程与时间不成正比例关系。</w:t>
            </w:r>
          </w:p>
          <w:p>
            <w:pPr>
              <w:spacing w:after="20" w:line="276" w:lineRule="auto"/>
            </w:pPr>
            <w:r>
              <w:rPr>
                <w:rFonts w:ascii="宋体" w:hAnsi="宋体" w:eastAsia="宋体"/>
                <w:b w:val="0"/>
                <w:sz w:val="18"/>
              </w:rPr>
              <w:t>预设2：汽车的速度不变，可以判断6小时行480 km；而自行车的速度不确定，6小时行的路程也就不确定。</w:t>
            </w:r>
          </w:p>
          <w:p>
            <w:pPr>
              <w:spacing w:after="20" w:line="276" w:lineRule="auto"/>
            </w:pPr>
            <w:r>
              <w:rPr>
                <w:rFonts w:ascii="宋体" w:hAnsi="宋体" w:eastAsia="宋体"/>
                <w:b w:val="0"/>
                <w:sz w:val="18"/>
              </w:rPr>
              <w:t>学生写完后展示。</w:t>
            </w:r>
          </w:p>
          <w:p>
            <w:pPr>
              <w:spacing w:after="20" w:line="276" w:lineRule="auto"/>
            </w:pPr>
            <w:r>
              <w:rPr>
                <w:rFonts w:ascii="宋体" w:hAnsi="宋体" w:eastAsia="宋体"/>
                <w:b w:val="0"/>
                <w:sz w:val="18"/>
              </w:rPr>
              <w:t>表中都有两种相关联的量，一种量变大，另一种量也变大，一种量变小，另一种量也变小，而且这两种量的比值一定。第一个表格中是单价一定，第二个表格中是速度一定。</w:t>
            </w:r>
          </w:p>
          <w:p>
            <w:pPr>
              <w:spacing w:after="20" w:line="276" w:lineRule="auto"/>
            </w:pPr>
            <w:r>
              <w:rPr>
                <w:rFonts w:ascii="宋体" w:hAnsi="宋体" w:eastAsia="宋体"/>
                <w:b w:val="0"/>
                <w:sz w:val="18"/>
              </w:rPr>
              <w:t>EMBED Equation.DSMT4  （一定）（教师根据学生的回答板书）</w:t>
            </w:r>
          </w:p>
        </w:tc>
        <w:tc>
          <w:tcPr>
            <w:tcW w:type="dxa" w:w="1814"/>
          </w:tcPr>
          <w:p>
            <w:pPr>
              <w:spacing w:after="20" w:line="276" w:lineRule="auto"/>
            </w:pPr>
            <w:r/>
            <w:r>
              <w:rPr>
                <w:rFonts w:ascii="宋体" w:hAnsi="宋体" w:eastAsia="宋体"/>
                <w:b w:val="0"/>
                <w:sz w:val="18"/>
              </w:rPr>
              <w:t>在例题的基础上，再增加一些素材，通过探究路程与时间这两种相关联的量的关系，帮助学生进一步体会成正比例关系的要点：第一，有两种量，而且是相关联的量，其中一种量随着另一种量的变化而变化；第二，两种量之间的比值不变。通过具体的实例，学生认识了什么是变化的量，它们是怎样变化的，哪些是不变的量，理解并掌握变中有不变的数学思想。</w:t>
            </w:r>
          </w:p>
          <w:p>
            <w:pPr>
              <w:spacing w:after="20" w:line="276" w:lineRule="auto"/>
            </w:pPr>
            <w:r>
              <w:rPr>
                <w:rFonts w:ascii="宋体" w:hAnsi="宋体" w:eastAsia="宋体"/>
                <w:b w:val="0"/>
                <w:sz w:val="18"/>
              </w:rPr>
              <w:t>有了前面的学习,学生对正比例关系式已经有了感知，在学生已有的符号化经验基础上,很容易概括出表达式。</w:t>
            </w:r>
          </w:p>
        </w:tc>
      </w:tr>
      <w:tr>
        <w:tc>
          <w:tcPr>
            <w:tcW w:type="dxa" w:w="1474"/>
          </w:tcPr>
          <w:p>
            <w:pPr>
              <w:spacing w:after="20" w:line="276" w:lineRule="auto"/>
            </w:pPr>
            <w:r>
              <w:rPr>
                <w:b/>
              </w:rPr>
            </w:r>
            <w:r>
              <w:rPr>
                <w:rFonts w:ascii="宋体" w:hAnsi="宋体" w:eastAsia="宋体"/>
                <w:b/>
                <w:sz w:val="18"/>
              </w:rPr>
              <w:t>三、自主尝试，探究正比例关系图象的特征</w:t>
            </w:r>
          </w:p>
        </w:tc>
        <w:tc>
          <w:tcPr>
            <w:tcW w:type="dxa" w:w="3061"/>
          </w:tcPr>
          <w:p>
            <w:pPr>
              <w:spacing w:after="20" w:line="276" w:lineRule="auto"/>
            </w:pPr>
            <w:r/>
            <w:r>
              <w:rPr>
                <w:rFonts w:ascii="宋体" w:hAnsi="宋体" w:eastAsia="宋体"/>
                <w:b w:val="0"/>
                <w:sz w:val="18"/>
              </w:rPr>
              <w:t>师：同学们，通过前面的学习，我们知道了文具店在销售彩带时，总价和销售数量是成正比例的两种量，为了更直观地反映这两种量之间的关系，我们可以用图象把它们表示出来。（课件出示图表。）</w:t>
            </w:r>
          </w:p>
          <w:p>
            <w:pPr>
              <w:spacing w:after="20" w:line="276" w:lineRule="auto"/>
            </w:pPr>
            <w:r>
              <w:rPr>
                <w:rFonts w:ascii="宋体" w:hAnsi="宋体" w:eastAsia="宋体"/>
                <w:b w:val="0"/>
                <w:sz w:val="18"/>
              </w:rPr>
              <w:t>师：你是怎样画出图象的？</w:t>
            </w:r>
          </w:p>
          <w:p>
            <w:pPr>
              <w:spacing w:after="20" w:line="276" w:lineRule="auto"/>
            </w:pPr>
            <w:r>
              <w:rPr>
                <w:rFonts w:ascii="宋体" w:hAnsi="宋体" w:eastAsia="宋体"/>
                <w:b w:val="0"/>
                <w:sz w:val="18"/>
              </w:rPr>
              <w:t>2.观察交流，体会正比例关系图象的特征。</w:t>
            </w:r>
          </w:p>
          <w:p>
            <w:pPr>
              <w:spacing w:after="20" w:line="276" w:lineRule="auto"/>
            </w:pPr>
            <w:r>
              <w:rPr>
                <w:rFonts w:ascii="宋体" w:hAnsi="宋体" w:eastAsia="宋体"/>
                <w:b w:val="0"/>
                <w:sz w:val="18"/>
              </w:rPr>
              <w:t>课件出示正比例关系图象。</w:t>
            </w:r>
          </w:p>
          <w:p>
            <w:pPr>
              <w:spacing w:after="20" w:line="276" w:lineRule="auto"/>
            </w:pPr>
            <w:r>
              <w:rPr>
                <w:rFonts w:ascii="宋体" w:hAnsi="宋体" w:eastAsia="宋体"/>
                <w:b w:val="0"/>
                <w:sz w:val="18"/>
              </w:rPr>
              <w:t>师：请大家观察图象，说说你发现了什么。</w:t>
            </w:r>
          </w:p>
          <w:p>
            <w:pPr>
              <w:spacing w:after="20" w:line="276" w:lineRule="auto"/>
            </w:pPr>
            <w:r>
              <w:rPr>
                <w:rFonts w:ascii="宋体" w:hAnsi="宋体" w:eastAsia="宋体"/>
                <w:b w:val="0"/>
                <w:sz w:val="18"/>
              </w:rPr>
              <w:t>师：在图象中把数对（10，35）和（12，42）所在的点描出来，并</w:t>
            </w:r>
          </w:p>
          <w:p>
            <w:pPr>
              <w:spacing w:after="20" w:line="276" w:lineRule="auto"/>
            </w:pPr>
            <w:r>
              <w:rPr>
                <w:rFonts w:ascii="宋体" w:hAnsi="宋体" w:eastAsia="宋体"/>
                <w:b w:val="0"/>
                <w:sz w:val="18"/>
              </w:rPr>
              <w:t>和上面的图象连起来再延长，你还能发现什么？</w:t>
            </w:r>
          </w:p>
          <w:p>
            <w:pPr>
              <w:spacing w:after="20" w:line="276" w:lineRule="auto"/>
            </w:pPr>
            <w:r>
              <w:rPr>
                <w:rFonts w:ascii="宋体" w:hAnsi="宋体" w:eastAsia="宋体"/>
                <w:b w:val="0"/>
                <w:sz w:val="18"/>
              </w:rPr>
              <w:t>3.引导学生利用正比例关系图象解决问题。</w:t>
            </w:r>
          </w:p>
          <w:p>
            <w:pPr>
              <w:spacing w:after="20" w:line="276" w:lineRule="auto"/>
            </w:pPr>
            <w:r>
              <w:rPr>
                <w:rFonts w:ascii="宋体" w:hAnsi="宋体" w:eastAsia="宋体"/>
                <w:b w:val="0"/>
                <w:sz w:val="18"/>
              </w:rPr>
              <w:t>师：不计算，根据图象判断，如果买9 m彩带，总价是多少？49元能买多少米彩带？</w:t>
            </w:r>
          </w:p>
          <w:p>
            <w:pPr>
              <w:spacing w:after="20" w:line="276" w:lineRule="auto"/>
            </w:pPr>
            <w:r>
              <w:rPr>
                <w:rFonts w:ascii="宋体" w:hAnsi="宋体" w:eastAsia="宋体"/>
                <w:b w:val="0"/>
                <w:sz w:val="18"/>
              </w:rPr>
              <w:t>师：小明买的彩带的米数是小丽的2倍，他花的钱是小丽的几倍？</w:t>
            </w:r>
          </w:p>
          <w:p>
            <w:pPr>
              <w:spacing w:after="20" w:line="276" w:lineRule="auto"/>
            </w:pPr>
            <w:r>
              <w:rPr>
                <w:rFonts w:ascii="宋体" w:hAnsi="宋体" w:eastAsia="宋体"/>
                <w:b w:val="0"/>
                <w:sz w:val="18"/>
              </w:rPr>
              <w:t>师：看来在方格纸上描出成正比例的量所对应的点，就能够在图中根据一种变量的值估计它所对应的另一种变量的值，用它来解决实际问题。</w:t>
            </w:r>
          </w:p>
          <w:p>
            <w:pPr>
              <w:spacing w:after="20" w:line="276" w:lineRule="auto"/>
            </w:pPr>
            <w:r>
              <w:rPr>
                <w:rFonts w:ascii="宋体" w:hAnsi="宋体" w:eastAsia="宋体"/>
                <w:b w:val="0"/>
                <w:sz w:val="18"/>
              </w:rPr>
              <w:t>4.比较正比例关系图象和折线统计图。</w:t>
            </w:r>
          </w:p>
          <w:p>
            <w:pPr>
              <w:spacing w:after="20" w:line="276" w:lineRule="auto"/>
            </w:pPr>
            <w:r>
              <w:rPr>
                <w:rFonts w:ascii="宋体" w:hAnsi="宋体" w:eastAsia="宋体"/>
                <w:b w:val="0"/>
                <w:sz w:val="18"/>
              </w:rPr>
              <w:t>师：正比例关系图象是折线统计图吗？</w:t>
            </w:r>
          </w:p>
          <w:p>
            <w:pPr>
              <w:spacing w:after="20" w:line="276" w:lineRule="auto"/>
            </w:pPr>
            <w:r>
              <w:rPr>
                <w:rFonts w:ascii="宋体" w:hAnsi="宋体" w:eastAsia="宋体"/>
                <w:b w:val="0"/>
                <w:sz w:val="18"/>
              </w:rPr>
              <w:t>教师指导学生明确：正比例关系图象与折线统计图有本质的区别。虽然描点的过程与方法相同，但前者描述的是量与量之间的变化关系，两种量都是连续的，即射线上的点有无数个，而后者描述的是一些离散的数据。</w:t>
            </w:r>
          </w:p>
        </w:tc>
        <w:tc>
          <w:tcPr>
            <w:tcW w:type="dxa" w:w="3061"/>
          </w:tcPr>
          <w:p>
            <w:pPr>
              <w:spacing w:after="20" w:line="276" w:lineRule="auto"/>
            </w:pPr>
            <w:r/>
            <w:r>
              <w:rPr>
                <w:rFonts w:ascii="宋体" w:hAnsi="宋体" w:eastAsia="宋体"/>
                <w:b w:val="0"/>
                <w:sz w:val="18"/>
              </w:rPr>
              <w:t>1.学生在方格纸上尝试画图。</w:t>
            </w:r>
          </w:p>
          <w:p>
            <w:pPr>
              <w:spacing w:after="20" w:line="276" w:lineRule="auto"/>
            </w:pPr>
            <w:r>
              <w:rPr>
                <w:rFonts w:ascii="宋体" w:hAnsi="宋体" w:eastAsia="宋体"/>
                <w:b w:val="0"/>
                <w:sz w:val="18"/>
              </w:rPr>
              <w:t>指导学生说出先观察横轴表示什么，纵轴表示什么。明确横轴表示销售彩带的数量，纵轴表示总价。描点时，先在横轴上找到表示1 m的点，从这个点起作纵轴的平行线，再在纵轴上找到表示3.5元的点，从这个点起作横轴的平行线，两线相交的点就表示“1 m彩带3.5元”，用数对表示是（1，3.5），然后以此类推。</w:t>
            </w:r>
          </w:p>
          <w:p>
            <w:pPr>
              <w:spacing w:after="20" w:line="276" w:lineRule="auto"/>
            </w:pPr>
            <w:r>
              <w:rPr>
                <w:rFonts w:ascii="宋体" w:hAnsi="宋体" w:eastAsia="宋体"/>
                <w:b w:val="0"/>
                <w:sz w:val="18"/>
              </w:rPr>
              <w:t>学生互相检查，看图象画得正确与否，如果有错误要及时改正。</w:t>
            </w:r>
          </w:p>
          <w:p>
            <w:pPr>
              <w:spacing w:after="20" w:line="276" w:lineRule="auto"/>
            </w:pPr>
            <w:r>
              <w:rPr>
                <w:rFonts w:ascii="宋体" w:hAnsi="宋体" w:eastAsia="宋体"/>
                <w:b w:val="0"/>
                <w:sz w:val="18"/>
              </w:rPr>
              <w:t>所有的点都在一条射线上。每个点都表示总价和数量的一组对应数值。教师可以具体找一个点，让学生说出这个点表示的含义。</w:t>
            </w:r>
          </w:p>
          <w:p>
            <w:pPr>
              <w:spacing w:after="20" w:line="276" w:lineRule="auto"/>
            </w:pPr>
            <w:r>
              <w:rPr>
                <w:rFonts w:ascii="宋体" w:hAnsi="宋体" w:eastAsia="宋体"/>
                <w:b w:val="0"/>
                <w:sz w:val="18"/>
              </w:rPr>
              <w:t>学生描点后发现，这两个点也在这条射线上。</w:t>
            </w:r>
          </w:p>
          <w:p>
            <w:pPr>
              <w:spacing w:after="20" w:line="276" w:lineRule="auto"/>
            </w:pPr>
            <w:r>
              <w:rPr>
                <w:rFonts w:ascii="宋体" w:hAnsi="宋体" w:eastAsia="宋体"/>
                <w:b w:val="0"/>
                <w:sz w:val="18"/>
              </w:rPr>
              <w:t>可以让学生指着图象说出自己是怎样解答的。学生找到与横轴上的“9”对应的纵轴上的数“31.5”，即买9 m彩带的总价是31.5元，然后找到与纵轴上的“49”对应的横轴上的数“14”，即49元能买14 m彩带。</w:t>
            </w:r>
          </w:p>
          <w:p>
            <w:pPr>
              <w:spacing w:after="20" w:line="276" w:lineRule="auto"/>
            </w:pPr>
            <w:r>
              <w:rPr>
                <w:rFonts w:ascii="宋体" w:hAnsi="宋体" w:eastAsia="宋体"/>
                <w:b w:val="0"/>
                <w:sz w:val="18"/>
              </w:rPr>
              <w:t>学生自主解答，在小组内交流。</w:t>
            </w:r>
          </w:p>
          <w:p>
            <w:pPr>
              <w:spacing w:after="20" w:line="276" w:lineRule="auto"/>
            </w:pPr>
            <w:r>
              <w:rPr>
                <w:rFonts w:ascii="宋体" w:hAnsi="宋体" w:eastAsia="宋体"/>
                <w:b w:val="0"/>
                <w:sz w:val="18"/>
              </w:rPr>
              <w:t>因为彩带的单价是一定的，彩带的总价和数量成正比例关系，若小明买的彩带的数量是小丽的2倍，则他花的钱应该是小丽的2倍。</w:t>
            </w:r>
          </w:p>
          <w:p>
            <w:pPr>
              <w:spacing w:after="20" w:line="276" w:lineRule="auto"/>
            </w:pPr>
            <w:r>
              <w:rPr>
                <w:rFonts w:ascii="宋体" w:hAnsi="宋体" w:eastAsia="宋体"/>
                <w:b w:val="0"/>
                <w:sz w:val="18"/>
              </w:rPr>
              <w:t>学生自由发言并讨论。</w:t>
            </w:r>
          </w:p>
        </w:tc>
        <w:tc>
          <w:tcPr>
            <w:tcW w:type="dxa" w:w="1814"/>
          </w:tcPr>
          <w:p>
            <w:pPr>
              <w:spacing w:after="20" w:line="276" w:lineRule="auto"/>
            </w:pPr>
            <w:r/>
            <w:r>
              <w:rPr>
                <w:rFonts w:ascii="宋体" w:hAnsi="宋体" w:eastAsia="宋体"/>
                <w:b w:val="0"/>
                <w:sz w:val="18"/>
              </w:rPr>
              <w:t>初步感知正比例关系图象是一条从（0，0）出发的无限延伸的射线，理解该射线上的每一个点对应的就是正比例关系中两种相关联的量的某一组具体值。</w:t>
            </w:r>
          </w:p>
          <w:p>
            <w:pPr>
              <w:spacing w:after="20" w:line="276" w:lineRule="auto"/>
            </w:pPr>
            <w:r>
              <w:rPr>
                <w:rFonts w:ascii="宋体" w:hAnsi="宋体" w:eastAsia="宋体"/>
                <w:b w:val="0"/>
                <w:sz w:val="18"/>
              </w:rPr>
              <w:t>通过正比例关系图象解决问题，进一步感知正比例关系图象的特征，体会利用数形结合的方法解决问题的直观性与便捷性。</w:t>
            </w:r>
          </w:p>
          <w:p>
            <w:pPr>
              <w:spacing w:after="20" w:line="276" w:lineRule="auto"/>
            </w:pPr>
            <w:r>
              <w:rPr>
                <w:rFonts w:ascii="宋体" w:hAnsi="宋体" w:eastAsia="宋体"/>
                <w:b w:val="0"/>
                <w:sz w:val="18"/>
              </w:rPr>
              <w:t>通过比较，深入了解正比例关系图象的特征。</w:t>
            </w:r>
          </w:p>
          <w:p>
            <w:pPr>
              <w:spacing w:after="20" w:line="276" w:lineRule="auto"/>
            </w:pPr>
            <w:r>
              <w:rPr>
                <w:rFonts w:ascii="宋体" w:hAnsi="宋体" w:eastAsia="宋体"/>
                <w:b w:val="0"/>
                <w:sz w:val="18"/>
              </w:rPr>
              <w:t>（学生之前已经具备了数对与平面上的点一一对应的知识基础，在这里进一步扩展，把成正比例关系的两种量中相对应的数都看作是一个数对。；引导学生利用数形结合思考问题，理解射线上的点与代表相关联的量的数对有着一一对应的关系。）</w:t>
            </w:r>
          </w:p>
        </w:tc>
      </w:tr>
      <w:tr>
        <w:tc>
          <w:tcPr>
            <w:tcW w:type="dxa" w:w="1474"/>
          </w:tcPr>
          <w:p>
            <w:pPr>
              <w:spacing w:after="20" w:line="276" w:lineRule="auto"/>
            </w:pPr>
            <w:r>
              <w:rPr>
                <w:b/>
              </w:rPr>
            </w:r>
            <w:r>
              <w:rPr>
                <w:rFonts w:ascii="宋体" w:hAnsi="宋体" w:eastAsia="宋体"/>
                <w:b/>
                <w:sz w:val="18"/>
              </w:rPr>
              <w:t>四、巩固练习，强化认知</w:t>
            </w:r>
          </w:p>
        </w:tc>
        <w:tc>
          <w:tcPr>
            <w:tcW w:type="dxa" w:w="3061"/>
          </w:tcPr>
          <w:p>
            <w:pPr>
              <w:spacing w:after="20" w:line="276" w:lineRule="auto"/>
            </w:pPr>
            <w:r/>
            <w:r>
              <w:rPr>
                <w:rFonts w:ascii="宋体" w:hAnsi="宋体" w:eastAsia="宋体"/>
                <w:b w:val="0"/>
                <w:sz w:val="18"/>
              </w:rPr>
              <w:t>1.课件出示教科书P47“练习九”第1题。</w:t>
            </w:r>
          </w:p>
          <w:p>
            <w:pPr>
              <w:spacing w:after="20" w:line="276" w:lineRule="auto"/>
            </w:pPr>
            <w:r>
              <w:rPr>
                <w:rFonts w:ascii="宋体" w:hAnsi="宋体" w:eastAsia="宋体"/>
                <w:b w:val="0"/>
                <w:sz w:val="18"/>
              </w:rPr>
              <w:t>2.课件出示教科书P47“练习九”第4题。</w:t>
            </w:r>
          </w:p>
          <w:p>
            <w:pPr>
              <w:spacing w:after="20" w:line="276" w:lineRule="auto"/>
            </w:pPr>
            <w:r>
              <w:rPr>
                <w:rFonts w:ascii="宋体" w:hAnsi="宋体" w:eastAsia="宋体"/>
                <w:b w:val="0"/>
                <w:sz w:val="18"/>
              </w:rPr>
              <w:t>师：现在你能用所学的知识完成这个表格吗？</w:t>
            </w:r>
          </w:p>
          <w:p>
            <w:pPr>
              <w:spacing w:after="20" w:line="276" w:lineRule="auto"/>
            </w:pPr>
            <w:r>
              <w:rPr>
                <w:rFonts w:ascii="宋体" w:hAnsi="宋体" w:eastAsia="宋体"/>
                <w:b w:val="0"/>
                <w:sz w:val="18"/>
              </w:rPr>
              <w:t>中的已知量来求未知量。应尽量引导学生严格按照正比例关系的定义来列出比例式，最后解比例。</w:t>
            </w:r>
          </w:p>
          <w:p>
            <w:pPr>
              <w:spacing w:after="20" w:line="276" w:lineRule="auto"/>
            </w:pPr>
            <w:r>
              <w:rPr>
                <w:rFonts w:ascii="宋体" w:hAnsi="宋体" w:eastAsia="宋体"/>
                <w:b w:val="0"/>
                <w:sz w:val="18"/>
              </w:rPr>
              <w:t>课件出示正确解答。</w:t>
            </w:r>
          </w:p>
          <w:p>
            <w:pPr>
              <w:spacing w:after="20" w:line="276" w:lineRule="auto"/>
            </w:pPr>
            <w:r>
              <w:rPr>
                <w:rFonts w:ascii="宋体" w:hAnsi="宋体" w:eastAsia="宋体"/>
                <w:b w:val="0"/>
                <w:sz w:val="18"/>
              </w:rPr>
              <w:t>师：这道题要求我们判断每题中的两种量是否成正比例关系，并说明理由。你会依据什么条件来判断？</w:t>
            </w:r>
          </w:p>
          <w:p>
            <w:pPr>
              <w:spacing w:after="20" w:line="276" w:lineRule="auto"/>
            </w:pPr>
            <w:r>
              <w:rPr>
                <w:rFonts w:ascii="宋体" w:hAnsi="宋体" w:eastAsia="宋体"/>
                <w:b w:val="0"/>
                <w:sz w:val="18"/>
              </w:rPr>
              <w:t>4.课件出示教科书P44“做一做”。</w:t>
            </w:r>
          </w:p>
          <w:p>
            <w:pPr>
              <w:spacing w:after="20" w:line="276" w:lineRule="auto"/>
            </w:pPr>
            <w:r>
              <w:rPr>
                <w:rFonts w:ascii="宋体" w:hAnsi="宋体" w:eastAsia="宋体"/>
                <w:b w:val="0"/>
                <w:sz w:val="18"/>
              </w:rPr>
              <w:t>教师指导学生按照题目的要求解答。根据学生的解答，课件相应出示正确的解答。</w:t>
            </w:r>
          </w:p>
          <w:p>
            <w:pPr>
              <w:spacing w:after="20" w:line="276" w:lineRule="auto"/>
            </w:pPr>
            <w:r>
              <w:rPr>
                <w:rFonts w:ascii="宋体" w:hAnsi="宋体" w:eastAsia="宋体"/>
                <w:b w:val="0"/>
                <w:sz w:val="18"/>
              </w:rPr>
              <w:t>关系，因为汽车的耗油量÷行驶路程＝行驶1 km的耗油量，而行驶1 km的耗油量一定。要注意的是根据图象估计，汽车行驶55 km的耗油量大约是7.3 L。</w:t>
            </w:r>
          </w:p>
          <w:p>
            <w:pPr>
              <w:spacing w:after="20" w:line="276" w:lineRule="auto"/>
            </w:pPr>
            <w:r>
              <w:rPr>
                <w:rFonts w:ascii="宋体" w:hAnsi="宋体" w:eastAsia="宋体"/>
                <w:b w:val="0"/>
                <w:sz w:val="18"/>
              </w:rPr>
              <w:t>第5题：通过对同一时间、同一地点的3棵树的高度与影长的关系的观察与计算，明确树的高度与影子的长度是两种成正比例的量。让学生知道：在同一时间、同一地点的前提下，任何物体的高度与它的影子的长度都是成正比例关系。</w:t>
            </w:r>
          </w:p>
          <w:p>
            <w:pPr>
              <w:spacing w:after="20" w:line="276" w:lineRule="auto"/>
            </w:pPr>
            <w:r>
              <w:rPr>
                <w:rFonts w:ascii="宋体" w:hAnsi="宋体" w:eastAsia="宋体"/>
                <w:b w:val="0"/>
                <w:sz w:val="18"/>
              </w:rPr>
              <w:t>第6题：让学生通过填表、描点、连线发现，n是自然数，2n表示的就是偶数，而且2n和n也是成正比例的量，比值2是不变的，图象也符合正比例关系图象的特点。</w:t>
            </w:r>
          </w:p>
        </w:tc>
        <w:tc>
          <w:tcPr>
            <w:tcW w:type="dxa" w:w="3061"/>
          </w:tcPr>
          <w:p>
            <w:pPr>
              <w:spacing w:after="20" w:line="276" w:lineRule="auto"/>
            </w:pPr>
            <w:r/>
            <w:r>
              <w:rPr>
                <w:rFonts w:ascii="宋体" w:hAnsi="宋体" w:eastAsia="宋体"/>
                <w:b w:val="0"/>
                <w:sz w:val="18"/>
              </w:rPr>
              <w:t>学生完整解答问题后，再交流分享。</w:t>
            </w:r>
          </w:p>
          <w:p>
            <w:pPr>
              <w:spacing w:after="20" w:line="276" w:lineRule="auto"/>
            </w:pPr>
            <w:r>
              <w:rPr>
                <w:rFonts w:ascii="宋体" w:hAnsi="宋体" w:eastAsia="宋体"/>
                <w:b w:val="0"/>
                <w:sz w:val="18"/>
              </w:rPr>
              <w:t>指导学生完整呈现解决问题的过程。首先观察表格，明确电费和用电量是相关联的量。然后计算和比较几组相对应的数的比值，理解比值的意义是电的单价。最后，根据正比例关系的意义作出判断：因为 EMBED Equation.DSMT4  =电的单价(一定)，所以电费和用电量成正比例关系。</w:t>
            </w:r>
          </w:p>
          <w:p>
            <w:pPr>
              <w:spacing w:after="20" w:line="276" w:lineRule="auto"/>
            </w:pPr>
            <w:r>
              <w:rPr>
                <w:rFonts w:ascii="宋体" w:hAnsi="宋体" w:eastAsia="宋体"/>
                <w:b w:val="0"/>
                <w:sz w:val="18"/>
              </w:rPr>
              <w:t>学生独立解答后交流。</w:t>
            </w:r>
          </w:p>
          <w:p>
            <w:pPr>
              <w:spacing w:after="20" w:line="276" w:lineRule="auto"/>
            </w:pPr>
            <w:r>
              <w:rPr>
                <w:rFonts w:ascii="宋体" w:hAnsi="宋体" w:eastAsia="宋体"/>
                <w:b w:val="0"/>
                <w:sz w:val="18"/>
              </w:rPr>
              <w:t>这道题是已知两种量成正比例关系，利用两种量</w:t>
            </w:r>
          </w:p>
          <w:p>
            <w:pPr>
              <w:spacing w:after="20" w:line="276" w:lineRule="auto"/>
            </w:pPr>
            <w:r>
              <w:rPr>
                <w:rFonts w:ascii="宋体" w:hAnsi="宋体" w:eastAsia="宋体"/>
                <w:b w:val="0"/>
                <w:sz w:val="18"/>
              </w:rPr>
              <w:t>3.学生独立完成教科书P47“练习九”第2题。</w:t>
            </w:r>
          </w:p>
          <w:p>
            <w:pPr>
              <w:spacing w:after="20" w:line="276" w:lineRule="auto"/>
            </w:pPr>
            <w:r>
              <w:rPr>
                <w:rFonts w:ascii="宋体" w:hAnsi="宋体" w:eastAsia="宋体"/>
                <w:b w:val="0"/>
                <w:sz w:val="18"/>
              </w:rPr>
              <w:t>指导学生说出：首先判断两种量是否相关联，然后再看两种量对应的数的比值是否为定值。</w:t>
            </w:r>
          </w:p>
          <w:p>
            <w:pPr>
              <w:spacing w:after="20" w:line="276" w:lineRule="auto"/>
            </w:pPr>
            <w:r>
              <w:rPr>
                <w:rFonts w:ascii="宋体" w:hAnsi="宋体" w:eastAsia="宋体"/>
                <w:b w:val="0"/>
                <w:sz w:val="18"/>
              </w:rPr>
              <w:t>同桌间互相交流分享。</w:t>
            </w:r>
          </w:p>
          <w:p>
            <w:pPr>
              <w:spacing w:after="20" w:line="276" w:lineRule="auto"/>
            </w:pPr>
            <w:r>
              <w:rPr>
                <w:rFonts w:ascii="宋体" w:hAnsi="宋体" w:eastAsia="宋体"/>
                <w:b w:val="0"/>
                <w:sz w:val="18"/>
              </w:rPr>
              <w:t>5.学生独立完成教科书P47～48“练习九”第3、5、6题。</w:t>
            </w:r>
          </w:p>
          <w:p>
            <w:pPr>
              <w:spacing w:after="20" w:line="276" w:lineRule="auto"/>
            </w:pPr>
            <w:r>
              <w:rPr>
                <w:rFonts w:ascii="宋体" w:hAnsi="宋体" w:eastAsia="宋体"/>
                <w:b w:val="0"/>
                <w:sz w:val="18"/>
              </w:rPr>
              <w:t>学生先在教科书上完成，然后在小组内交流，教师巡视指导后收集错误答案进行交流。</w:t>
            </w:r>
          </w:p>
          <w:p>
            <w:pPr>
              <w:spacing w:after="20" w:line="276" w:lineRule="auto"/>
            </w:pPr>
            <w:r>
              <w:rPr>
                <w:rFonts w:ascii="宋体" w:hAnsi="宋体" w:eastAsia="宋体"/>
                <w:b w:val="0"/>
                <w:sz w:val="18"/>
              </w:rPr>
              <w:t>第3题：明确汽车的耗油量和行驶路程成正比例</w:t>
            </w:r>
          </w:p>
        </w:tc>
        <w:tc>
          <w:tcPr>
            <w:tcW w:type="dxa" w:w="1814"/>
          </w:tcPr>
          <w:p>
            <w:pPr>
              <w:spacing w:after="20" w:line="276" w:lineRule="auto"/>
            </w:pPr>
            <w:r/>
            <w:r>
              <w:rPr>
                <w:rFonts w:ascii="宋体" w:hAnsi="宋体" w:eastAsia="宋体"/>
                <w:b w:val="0"/>
                <w:sz w:val="18"/>
              </w:rPr>
              <w:t>给学生练习的空间，加强学生对成正比例的量的认识及正比例意义的理解，在对知识的实际应用中获得成功的体验，实现对新知的巩固。</w:t>
            </w:r>
          </w:p>
          <w:p>
            <w:pPr>
              <w:spacing w:after="20" w:line="276" w:lineRule="auto"/>
            </w:pPr>
            <w:r>
              <w:rPr>
                <w:rFonts w:ascii="宋体" w:hAnsi="宋体" w:eastAsia="宋体"/>
                <w:b w:val="0"/>
                <w:sz w:val="18"/>
              </w:rPr>
              <w:t>这一组练习都是正比例的意义和正比例关系图象的巩固练习。在方格纸上画图表示成正比例关系的量，会根据其中一种量的值估计另一种量的值，让学生体会借助图形解决问题的价值。提前接触一些相对抽象的数字型的正比例关系，对于学生将来学习函数具有重要的作用。</w:t>
            </w:r>
          </w:p>
          <w:p>
            <w:pPr>
              <w:spacing w:after="20" w:line="276" w:lineRule="auto"/>
            </w:pPr>
            <w:r>
              <w:rPr>
                <w:rFonts w:ascii="宋体" w:hAnsi="宋体" w:eastAsia="宋体"/>
                <w:b w:val="0"/>
                <w:sz w:val="18"/>
              </w:rPr>
              <w:t>（探究正比例关系图象的特征这个环节是本节课的重点和难点。要注重学生的自主操作、自主观察、自主发现，把对正比例关系的理解由具体引向抽象，由有限引向无限，发展学生的函数思想。）</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师：通过本节课的学习，你们有什么感受和收获呢？你能说出生活中有哪些成正比例的量吗？</w:t>
            </w:r>
          </w:p>
          <w:p>
            <w:pPr>
              <w:spacing w:after="20" w:line="276" w:lineRule="auto"/>
            </w:pPr>
            <w:r>
              <w:rPr>
                <w:rFonts w:ascii="宋体" w:hAnsi="宋体" w:eastAsia="宋体"/>
                <w:b w:val="0"/>
                <w:sz w:val="18"/>
              </w:rPr>
              <w:t>重视观察与交流，让学生充分表达自己对量的变化规律的发现和概括。</w:t>
            </w:r>
          </w:p>
        </w:tc>
        <w:tc>
          <w:tcPr>
            <w:tcW w:type="dxa" w:w="3061"/>
          </w:tcPr>
          <w:p>
            <w:pPr>
              <w:spacing w:after="20" w:line="276" w:lineRule="auto"/>
            </w:pPr>
            <w:r/>
            <w:r>
              <w:rPr>
                <w:rFonts w:ascii="宋体" w:hAnsi="宋体" w:eastAsia="宋体"/>
                <w:b w:val="0"/>
                <w:sz w:val="18"/>
              </w:rPr>
              <w:t>学生可能说出：工作效率一定，工作总量和工作时间成正比例关系；正方形的周长与边长成正比例关系；圆柱的高一定，圆柱的侧面积与圆柱的底面周长成正比例关系……(教师及时进行指导和评价)</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引导学生回顾梳理本课所学，完善认知结构，提升归纳与反思能力，核心问题："通过本节课的学习，你们有什么感受和收获呢？你能说出生活中有哪些成正比例的量吗？"</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正比例关系图象是一条从（0，0）出发的无限延伸的射线。</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科书受篇幅的限制只给出一个例题，对于学生来说，充分理解正比例的意义是不够的。所以设计中又增加了一个素材，分析比值一定的相关联的两种量的变化规律，给学生充分的自主学习空间，在学生汇报交流时教师通过适时引导、恰当提问加深学生对正比例知识的理解。但学生在判断两种量是否成正比例关系时，还是经常会出现错误。一是部分学生对两种量的数量关系不熟；二是部分学生往往关注的是两种量之间是否存在比的关系，而忽略了两种量是否是相关联的量，以及它们的比值是否一定这两个要素。对正比例关系图象的学习，可以看作是理解正比例意义的一种途径。引导学生用“描点法”画出表示正比例关系的图象，通过分析图象，更好地理解成正比例关系的两种量之间的变化规律，进行函数思想的渗透。 【作业设计】 见“状元成才路”系列丛书《创优作业100分》对应课时作业。 1新情境2024年6月24日，“极地”号破冰科考船在广州南沙区正式命名交付，它是中国自主设计、建造的新一代破冰科考船。下面是它的航行时间和航行路程变化情况。（海里是计量海上距离的长度单位） （1）上面表格中　　　　　　和　　　　　　是两种相关联的量，　　　　　　随着（　　　　　）的变化而变化。 （2）“极地”号破冰科考船每小时航行（　　）海里，因为航行路程和航行时间的（　　）总是一定的，所以（　　　　　）和 （　　　　　）成（　　）比例关系。 2判断下面每题中的两种量是否成正比例关系，是的画“√”，不是的画“”。 （1）状状的身高和体重。（　　） （2）被除数一定，商和除数。（无余数）（　　） （3）圆的周长和它的直径。（　　） （4）菜地已种植面积和未种植面积。（　　） 3下表中x和y两种量成正比例关系，将表格补充完整。 参考答案 1.（1）航行时间　航行路程　航行路程　航行时间 （2）15　比值　航行路程　航行时间　正 PAGE</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比例尺（1）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比例尺（1）</w:t>
            </w:r>
          </w:p>
        </w:tc>
        <w:tc>
          <w:tcPr>
            <w:tcW w:type="dxa" w:w="6009"/>
          </w:tcPr>
          <w:p>
            <w:pPr>
              <w:spacing w:after="20" w:line="276" w:lineRule="auto"/>
            </w:pPr>
            <w:r/>
            <w:r>
              <w:rPr>
                <w:rFonts w:ascii="宋体" w:hAnsi="宋体" w:eastAsia="宋体"/>
                <w:b w:val="0"/>
                <w:sz w:val="20"/>
              </w:rPr>
              <w:t>第4单元 比例（比例的应用）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比例这一单元时，已经学习了比、除法的意义和分数的意义，以及分数的基本性质、分数与除法的关系、分数乘除法的计算方法等，这些都是学习本单元内容的基础知识。比例是小学阶段数与代数部分最后一单元学习的内容，这部分内容的特点是应用性强、综合性强、内容情境不新，但采用新的思维方式和数学模型，需要学生在较高水平层面上学习。</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教学准备：课件、刻度尺。</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（1）结合具体情境，让学生理解比例尺的意义，掌握求比例尺的方法，掌握数值比例尺与线段比例尺互相改写的方法。</w:t>
      </w:r>
    </w:p>
    <w:p>
      <w:pPr>
        <w:spacing w:after="20" w:line="300" w:lineRule="auto"/>
        <w:ind w:firstLine="400"/>
      </w:pPr>
      <w:r>
        <w:rPr>
          <w:rFonts w:ascii="宋体" w:hAnsi="宋体" w:eastAsia="宋体"/>
          <w:b w:val="0"/>
          <w:sz w:val="20"/>
        </w:rPr>
        <w:t>（2）让学生通过观察、猜测、推理、计算、绘图等活动，体验数学与生活的联系，培养学生综合应用所学知识解决问题的能力。</w:t>
      </w:r>
    </w:p>
    <w:p>
      <w:pPr>
        <w:spacing w:after="20" w:line="300" w:lineRule="auto"/>
        <w:ind w:firstLine="400"/>
      </w:pPr>
      <w:r>
        <w:rPr>
          <w:rFonts w:ascii="宋体" w:hAnsi="宋体" w:eastAsia="宋体"/>
          <w:b w:val="0"/>
          <w:sz w:val="20"/>
        </w:rPr>
        <w:t>（3）让学生在观察、思考和交流等活动中培养分析、抽象、概括的能力，进一步体会数学知识之间的联系，感受学习数学的乐趣，培养学生“学数学，用数学”的意识和创新精神。</w:t>
      </w:r>
    </w:p>
    <w:p>
      <w:pPr>
        <w:spacing w:after="20" w:line="300" w:lineRule="auto"/>
      </w:pPr>
      <w:r>
        <w:rPr>
          <w:rFonts w:ascii="宋体" w:hAnsi="宋体" w:eastAsia="宋体"/>
          <w:b w:val="0"/>
          <w:sz w:val="20"/>
        </w:rPr>
        <w:t>教学重点：理解比例尺的意义。</w:t>
      </w:r>
    </w:p>
    <w:p>
      <w:pPr>
        <w:spacing w:after="20" w:line="300" w:lineRule="auto"/>
      </w:pPr>
      <w:r>
        <w:rPr>
          <w:rFonts w:ascii="宋体" w:hAnsi="宋体" w:eastAsia="宋体"/>
          <w:b w:val="0"/>
          <w:sz w:val="20"/>
        </w:rPr>
        <w:t>教学难点：数值比例尺与线段比例尺互相改写的方法。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一、建构比例尺的概念，唤起已有知识的回忆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我们的教室长8m，宽6m。如果要把这么大的一个教室在纸上画出平面图，你有什么好办法?；是个好办法，请看这里有两个长方形(出示课件)，请同学们仔细观察一下，哪个长方形能正确地表示出这个教室的平面图?</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二、联系旧知识，理解比例尺的意义</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根据1∶100这个比例尺，你能说说图上距离与实际距离的倍数关系吗?；如果一幅地图的比例尺是1∶100000000，你能说出这个比例尺的含义吗？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三、数值比例尺和线段比例尺</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哪一位同学说得对呢？；你能将数值比例尺1∶100000000改写成线段比例尺吗？</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四、学习放大比例尺，深化比例尺的内涵</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观察这些比例尺(手指着黑板)，它们有什么共同的特点？；有一幅零件图纸的比例尺是2∶1，你知道它表示什么吗？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五、求比例尺</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你能根据刚才所学的知识自主解决吗？</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六、巩固练习，综合应用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回顾今天的学习过程，你们有什么收获呢？你能说说比例尺的特点吗？</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一、建构比例尺的概念，唤起已有知识的回忆</w:t>
            </w:r>
          </w:p>
        </w:tc>
        <w:tc>
          <w:tcPr>
            <w:tcW w:type="dxa" w:w="3061"/>
          </w:tcPr>
          <w:p>
            <w:pPr>
              <w:spacing w:after="20" w:line="276" w:lineRule="auto"/>
            </w:pPr>
            <w:r/>
            <w:r>
              <w:rPr>
                <w:rFonts w:ascii="宋体" w:hAnsi="宋体" w:eastAsia="宋体"/>
                <w:b w:val="0"/>
                <w:sz w:val="18"/>
              </w:rPr>
              <w:t>师：我们的教室长8m，宽6m。如果要把这么大的一个教室在纸上画出平面图，你有什么好办法?</w:t>
            </w:r>
          </w:p>
          <w:p>
            <w:pPr>
              <w:spacing w:after="20" w:line="276" w:lineRule="auto"/>
            </w:pPr>
            <w:r>
              <w:rPr>
                <w:rFonts w:ascii="宋体" w:hAnsi="宋体" w:eastAsia="宋体"/>
                <w:b w:val="0"/>
                <w:sz w:val="18"/>
              </w:rPr>
              <w:t>师：是个好办法，请看这里有两个长方形(出示课件)，请同学们仔细观察一下，哪个长方形能正确地表示出这个教室的平面图?</w:t>
            </w:r>
          </w:p>
          <w:p>
            <w:pPr>
              <w:spacing w:after="20" w:line="276" w:lineRule="auto"/>
            </w:pPr>
            <w:r>
              <w:rPr>
                <w:rFonts w:ascii="宋体" w:hAnsi="宋体" w:eastAsia="宋体"/>
                <w:b w:val="0"/>
                <w:sz w:val="18"/>
              </w:rPr>
              <w:t>师：谁还想来解释一下?</w:t>
            </w:r>
          </w:p>
          <w:p>
            <w:pPr>
              <w:spacing w:after="20" w:line="276" w:lineRule="auto"/>
            </w:pPr>
            <w:r>
              <w:rPr>
                <w:rFonts w:ascii="宋体" w:hAnsi="宋体" w:eastAsia="宋体"/>
                <w:b w:val="0"/>
                <w:sz w:val="18"/>
              </w:rPr>
              <w:t>师：大家分析得很对！其实大家所说的1∶100,1∶200,1∶400，这些我们都叫做比例尺。在同一幅图中，用同一个比例尺，才能正确表示原来的形状。例如，第一幅图长和宽都缩小到原来的 EMBED Equation.DSMT4  ，也就是按1∶100的比缩小的，所以用第一个长方形表示教室的平面图是正确的。</w:t>
            </w:r>
          </w:p>
          <w:p>
            <w:pPr>
              <w:spacing w:after="20" w:line="276" w:lineRule="auto"/>
            </w:pPr>
            <w:r>
              <w:rPr>
                <w:rFonts w:ascii="宋体" w:hAnsi="宋体" w:eastAsia="宋体"/>
                <w:b w:val="0"/>
                <w:sz w:val="18"/>
              </w:rPr>
              <w:t>师：这节课我们就来研究有关比例尺的知识。［板书课题：比例尺(1)］</w:t>
            </w:r>
          </w:p>
        </w:tc>
        <w:tc>
          <w:tcPr>
            <w:tcW w:type="dxa" w:w="3061"/>
          </w:tcPr>
          <w:p>
            <w:pPr>
              <w:spacing w:after="20" w:line="276" w:lineRule="auto"/>
            </w:pPr>
            <w:r/>
            <w:r>
              <w:rPr>
                <w:rFonts w:ascii="宋体" w:hAnsi="宋体" w:eastAsia="宋体"/>
                <w:b w:val="0"/>
                <w:sz w:val="18"/>
              </w:rPr>
              <w:t>学生会说出，缩小后画在纸上。</w:t>
            </w:r>
          </w:p>
          <w:p>
            <w:pPr>
              <w:spacing w:after="20" w:line="276" w:lineRule="auto"/>
            </w:pPr>
            <w:r>
              <w:rPr>
                <w:rFonts w:ascii="宋体" w:hAnsi="宋体" w:eastAsia="宋体"/>
                <w:b w:val="0"/>
                <w:sz w:val="18"/>
              </w:rPr>
              <w:t>预设1：第一个是正确的，因为第一个长方形是把教室的长缩小到原来的 EMBED Equation.DSMT4  ，宽也缩小到原来的 EMBED Equation.DSMT4  。</w:t>
            </w:r>
          </w:p>
          <w:p>
            <w:pPr>
              <w:spacing w:after="20" w:line="276" w:lineRule="auto"/>
            </w:pPr>
            <w:r>
              <w:rPr>
                <w:rFonts w:ascii="宋体" w:hAnsi="宋体" w:eastAsia="宋体"/>
                <w:b w:val="0"/>
                <w:sz w:val="18"/>
              </w:rPr>
              <w:t>预设2：第二个是错误的，因为第二个长方形是把教室的长缩小到原来的 EMBED Equation.DSMT4  ，宽缩小到原来的 EMBED Equation.DSMT4  ，长、宽缩小的比例不一样。</w:t>
            </w:r>
          </w:p>
          <w:p>
            <w:pPr>
              <w:spacing w:after="20" w:line="276" w:lineRule="auto"/>
            </w:pPr>
            <w:r>
              <w:rPr>
                <w:rFonts w:ascii="宋体" w:hAnsi="宋体" w:eastAsia="宋体"/>
                <w:b w:val="0"/>
                <w:sz w:val="18"/>
              </w:rPr>
              <w:t>预设1：第一个是正确的，它是按1∶100的比缩小的。</w:t>
            </w:r>
          </w:p>
          <w:p>
            <w:pPr>
              <w:spacing w:after="20" w:line="276" w:lineRule="auto"/>
            </w:pPr>
            <w:r>
              <w:rPr>
                <w:rFonts w:ascii="宋体" w:hAnsi="宋体" w:eastAsia="宋体"/>
                <w:b w:val="0"/>
                <w:sz w:val="18"/>
              </w:rPr>
              <w:t>预设2：第二个是错误的，因为4cm与8m的比是1∶200，而1.5cm与6m的比是1∶400。</w:t>
            </w:r>
          </w:p>
        </w:tc>
        <w:tc>
          <w:tcPr>
            <w:tcW w:type="dxa" w:w="1814"/>
          </w:tcPr>
          <w:p>
            <w:pPr>
              <w:spacing w:after="20" w:line="276" w:lineRule="auto"/>
            </w:pPr>
            <w:r/>
            <w:r>
              <w:rPr>
                <w:rFonts w:ascii="宋体" w:hAnsi="宋体" w:eastAsia="宋体"/>
                <w:b w:val="0"/>
                <w:sz w:val="18"/>
              </w:rPr>
              <w:t>学生在生活中对比例尺是有接触的，之前也学过比的知识，创设将教室的平面图画在纸上的情境，贴近学生生活实际。要判断哪个长方形能准确表示教室的平面图，学生会自主地将图上长度与实际长度比较，找到它们之间的关系，写出图上长度与实际长度的比，由此很自然地引出课题。</w:t>
            </w:r>
          </w:p>
        </w:tc>
      </w:tr>
      <w:tr>
        <w:tc>
          <w:tcPr>
            <w:tcW w:type="dxa" w:w="1474"/>
          </w:tcPr>
          <w:p>
            <w:pPr>
              <w:spacing w:after="20" w:line="276" w:lineRule="auto"/>
            </w:pPr>
            <w:r>
              <w:rPr>
                <w:b/>
              </w:rPr>
            </w:r>
            <w:r>
              <w:rPr>
                <w:rFonts w:ascii="宋体" w:hAnsi="宋体" w:eastAsia="宋体"/>
                <w:b/>
                <w:sz w:val="18"/>
              </w:rPr>
              <w:t>二、联系旧知识，理解比例尺的意义</w:t>
            </w:r>
          </w:p>
        </w:tc>
        <w:tc>
          <w:tcPr>
            <w:tcW w:type="dxa" w:w="3061"/>
          </w:tcPr>
          <w:p>
            <w:pPr>
              <w:spacing w:after="20" w:line="276" w:lineRule="auto"/>
            </w:pPr>
            <w:r/>
            <w:r>
              <w:rPr>
                <w:rFonts w:ascii="宋体" w:hAnsi="宋体" w:eastAsia="宋体"/>
                <w:b w:val="0"/>
                <w:sz w:val="18"/>
              </w:rPr>
              <w:t>1.理解图上距离、实际距离、比例尺的意义。</w:t>
            </w:r>
          </w:p>
          <w:p>
            <w:pPr>
              <w:spacing w:after="20" w:line="276" w:lineRule="auto"/>
            </w:pPr>
            <w:r>
              <w:rPr>
                <w:rFonts w:ascii="宋体" w:hAnsi="宋体" w:eastAsia="宋体"/>
                <w:b w:val="0"/>
                <w:sz w:val="18"/>
              </w:rPr>
              <w:t>师：我们把画在图上的长度比如8cm、6cm叫做图上距离，把</w:t>
            </w:r>
          </w:p>
          <w:p>
            <w:pPr>
              <w:spacing w:after="20" w:line="276" w:lineRule="auto"/>
            </w:pPr>
            <w:r>
              <w:rPr>
                <w:rFonts w:ascii="宋体" w:hAnsi="宋体" w:eastAsia="宋体"/>
                <w:b w:val="0"/>
                <w:sz w:val="18"/>
              </w:rPr>
              <w:t>引导学生在观察时，可以小组内讨论，教师可以提示学生算一算实际长度与图中长度的比。</w:t>
            </w:r>
          </w:p>
          <w:p>
            <w:pPr>
              <w:spacing w:after="20" w:line="276" w:lineRule="auto"/>
            </w:pPr>
            <w:r>
              <w:rPr>
                <w:rFonts w:ascii="宋体" w:hAnsi="宋体" w:eastAsia="宋体"/>
                <w:b w:val="0"/>
                <w:sz w:val="18"/>
              </w:rPr>
              <w:t>教室实际的长度8m、6m叫做实际距离。数学上把图上距离和实际距离的比，叫做这幅图的比例尺。1∶100就是教室平面图的比例尺。(板书：图上距离∶实际距离=比例尺 或  EMBED Equation.DSMT4  =比例尺)</w:t>
            </w:r>
          </w:p>
          <w:p>
            <w:pPr>
              <w:spacing w:after="20" w:line="276" w:lineRule="auto"/>
            </w:pPr>
            <w:r>
              <w:rPr>
                <w:rFonts w:ascii="宋体" w:hAnsi="宋体" w:eastAsia="宋体"/>
                <w:b w:val="0"/>
                <w:sz w:val="18"/>
              </w:rPr>
              <w:t>2.根据比例尺说意义。</w:t>
            </w:r>
          </w:p>
          <w:p>
            <w:pPr>
              <w:spacing w:after="20" w:line="276" w:lineRule="auto"/>
            </w:pPr>
            <w:r>
              <w:rPr>
                <w:rFonts w:ascii="宋体" w:hAnsi="宋体" w:eastAsia="宋体"/>
                <w:b w:val="0"/>
                <w:sz w:val="18"/>
              </w:rPr>
              <w:t>师：根据1∶100这个比例尺，你能说说图上距离与实际距离的倍数关系吗?</w:t>
            </w:r>
          </w:p>
          <w:p>
            <w:pPr>
              <w:spacing w:after="20" w:line="276" w:lineRule="auto"/>
            </w:pPr>
            <w:r>
              <w:rPr>
                <w:rFonts w:ascii="宋体" w:hAnsi="宋体" w:eastAsia="宋体"/>
                <w:b w:val="0"/>
                <w:sz w:val="18"/>
              </w:rPr>
              <w:t>师：如果一幅地图的比例尺是1∶100000000，你能说出这个比例尺的含义吗？</w:t>
            </w:r>
          </w:p>
        </w:tc>
        <w:tc>
          <w:tcPr>
            <w:tcW w:type="dxa" w:w="3061"/>
          </w:tcPr>
          <w:p>
            <w:pPr>
              <w:spacing w:after="20" w:line="276" w:lineRule="auto"/>
            </w:pPr>
            <w:r/>
            <w:r>
              <w:rPr>
                <w:rFonts w:ascii="宋体" w:hAnsi="宋体" w:eastAsia="宋体"/>
                <w:b w:val="0"/>
                <w:sz w:val="18"/>
              </w:rPr>
              <w:t>图上距离是实际距离的 EMBED Equation.DSMT4  ，实际距离是图上距离的100倍，图上距离1cm表示实际距离100cm，也就是1m。</w:t>
            </w:r>
          </w:p>
          <w:p>
            <w:pPr>
              <w:spacing w:after="20" w:line="276" w:lineRule="auto"/>
            </w:pPr>
            <w:r>
              <w:rPr>
                <w:rFonts w:ascii="宋体" w:hAnsi="宋体" w:eastAsia="宋体"/>
                <w:b w:val="0"/>
                <w:sz w:val="18"/>
              </w:rPr>
              <w:t>图上距离是实际距离的 EMBED Equation.DSMT4  ，实际距离是图上距离的100000000倍，图上距离1cm表示实际距离100000000cm，也就是1000km。(重点让学生说说100000000cm是怎样换算成1000km的，掌握1km=100000cm的进率。)</w:t>
            </w:r>
          </w:p>
        </w:tc>
        <w:tc>
          <w:tcPr>
            <w:tcW w:type="dxa" w:w="1814"/>
          </w:tcPr>
          <w:p>
            <w:pPr>
              <w:spacing w:after="20" w:line="276" w:lineRule="auto"/>
            </w:pPr>
            <w:r/>
            <w:r>
              <w:rPr>
                <w:rFonts w:ascii="宋体" w:hAnsi="宋体" w:eastAsia="宋体"/>
                <w:b w:val="0"/>
                <w:sz w:val="18"/>
              </w:rPr>
              <w:t>围绕环节目标组织学习活动，引导学生主动参与、积极思考，核心问题："根据1∶100这个比例尺，你能说说图上距离与实际距离的倍数关系吗?"</w:t>
            </w:r>
          </w:p>
        </w:tc>
      </w:tr>
      <w:tr>
        <w:tc>
          <w:tcPr>
            <w:tcW w:type="dxa" w:w="1474"/>
          </w:tcPr>
          <w:p>
            <w:pPr>
              <w:spacing w:after="20" w:line="276" w:lineRule="auto"/>
            </w:pPr>
            <w:r>
              <w:rPr>
                <w:b/>
              </w:rPr>
            </w:r>
            <w:r>
              <w:rPr>
                <w:rFonts w:ascii="宋体" w:hAnsi="宋体" w:eastAsia="宋体"/>
                <w:b/>
                <w:sz w:val="18"/>
              </w:rPr>
              <w:t>三、数值比例尺和线段比例尺</w:t>
            </w:r>
          </w:p>
        </w:tc>
        <w:tc>
          <w:tcPr>
            <w:tcW w:type="dxa" w:w="3061"/>
          </w:tcPr>
          <w:p>
            <w:pPr>
              <w:spacing w:after="20" w:line="276" w:lineRule="auto"/>
            </w:pPr>
            <w:r/>
            <w:r>
              <w:rPr>
                <w:rFonts w:ascii="宋体" w:hAnsi="宋体" w:eastAsia="宋体"/>
                <w:b w:val="0"/>
                <w:sz w:val="18"/>
              </w:rPr>
              <w:t>1.认识数值比例尺和线段比例尺。</w:t>
            </w:r>
          </w:p>
          <w:p>
            <w:pPr>
              <w:spacing w:after="20" w:line="276" w:lineRule="auto"/>
            </w:pPr>
            <w:r>
              <w:rPr>
                <w:rFonts w:ascii="宋体" w:hAnsi="宋体" w:eastAsia="宋体"/>
                <w:b w:val="0"/>
                <w:sz w:val="18"/>
              </w:rPr>
              <w:t>师：像1∶100000000这样的比例尺，通常叫做数值比例尺。(板书)</w:t>
            </w:r>
          </w:p>
          <w:p>
            <w:pPr>
              <w:spacing w:after="20" w:line="276" w:lineRule="auto"/>
            </w:pPr>
            <w:r>
              <w:rPr>
                <w:rFonts w:ascii="宋体" w:hAnsi="宋体" w:eastAsia="宋体"/>
                <w:b w:val="0"/>
                <w:sz w:val="18"/>
              </w:rPr>
              <w:t>师：有一幅北京地图的比例尺是这样表示的。(教师在黑板上画出)这种叫做线段比例尺。线段比例尺的一小段是1cm。谁能说说这个线段比例尺的含义吗？</w:t>
            </w:r>
          </w:p>
          <w:p>
            <w:pPr>
              <w:spacing w:after="20" w:line="276" w:lineRule="auto"/>
            </w:pPr>
            <w:r>
              <w:rPr>
                <w:rFonts w:ascii="宋体" w:hAnsi="宋体" w:eastAsia="宋体"/>
                <w:b w:val="0"/>
                <w:sz w:val="18"/>
              </w:rPr>
              <w:t>师：线段比例尺有时不止画一段，还可能会这样表示。(教师边说边在黑板上画)谁再来说说这个线段比例尺表示的含义呢？</w:t>
            </w:r>
          </w:p>
          <w:p>
            <w:pPr>
              <w:spacing w:after="20" w:line="276" w:lineRule="auto"/>
            </w:pPr>
            <w:r>
              <w:rPr>
                <w:rFonts w:ascii="宋体" w:hAnsi="宋体" w:eastAsia="宋体"/>
                <w:b w:val="0"/>
                <w:sz w:val="18"/>
              </w:rPr>
              <w:t>这部分教学先揭示图上距离、实际距离的概念，而后引导学生概括出比例尺的概念，强化思维，突出重点，用填空的形式来帮助学生理解比例尺表示的意思，达到深入理解比例尺意义的目的。</w:t>
            </w:r>
          </w:p>
          <w:p>
            <w:pPr>
              <w:spacing w:after="20" w:line="276" w:lineRule="auto"/>
            </w:pPr>
            <w:r>
              <w:rPr>
                <w:rFonts w:ascii="宋体" w:hAnsi="宋体" w:eastAsia="宋体"/>
                <w:b w:val="0"/>
                <w:sz w:val="18"/>
              </w:rPr>
              <w:t>师：哪一位同学说得对呢？</w:t>
            </w:r>
          </w:p>
          <w:p>
            <w:pPr>
              <w:spacing w:after="20" w:line="276" w:lineRule="auto"/>
            </w:pPr>
            <w:r>
              <w:rPr>
                <w:rFonts w:ascii="宋体" w:hAnsi="宋体" w:eastAsia="宋体"/>
                <w:b w:val="0"/>
                <w:sz w:val="18"/>
              </w:rPr>
              <w:t>2.数值比例尺和线段比例尺的改写。</w:t>
            </w:r>
          </w:p>
          <w:p>
            <w:pPr>
              <w:spacing w:after="20" w:line="276" w:lineRule="auto"/>
            </w:pPr>
            <w:r>
              <w:rPr>
                <w:rFonts w:ascii="宋体" w:hAnsi="宋体" w:eastAsia="宋体"/>
                <w:b w:val="0"/>
                <w:sz w:val="18"/>
              </w:rPr>
              <w:t>(1)把数值比例尺改写成线段比例尺。</w:t>
            </w:r>
          </w:p>
          <w:p>
            <w:pPr>
              <w:spacing w:after="20" w:line="276" w:lineRule="auto"/>
            </w:pPr>
            <w:r>
              <w:rPr>
                <w:rFonts w:ascii="宋体" w:hAnsi="宋体" w:eastAsia="宋体"/>
                <w:b w:val="0"/>
                <w:sz w:val="18"/>
              </w:rPr>
              <w:t>师：你能将数值比例尺1∶100000000改写成线段比例尺吗？</w:t>
            </w:r>
          </w:p>
          <w:p>
            <w:pPr>
              <w:spacing w:after="20" w:line="276" w:lineRule="auto"/>
            </w:pPr>
            <w:r>
              <w:rPr>
                <w:rFonts w:ascii="宋体" w:hAnsi="宋体" w:eastAsia="宋体"/>
                <w:b w:val="0"/>
                <w:sz w:val="18"/>
              </w:rPr>
              <w:t>师：(一边画一边说)画一条1cm长的线段，第一个端点上标0，第二个端点上标1000km。如果多画几段，在1cm处标1000，在2cm处标2000……在最后一段的数据中写上单位。</w:t>
            </w:r>
          </w:p>
          <w:p>
            <w:pPr>
              <w:spacing w:after="20" w:line="276" w:lineRule="auto"/>
            </w:pPr>
            <w:r>
              <w:rPr>
                <w:rFonts w:ascii="宋体" w:hAnsi="宋体" w:eastAsia="宋体"/>
                <w:b w:val="0"/>
                <w:sz w:val="18"/>
              </w:rPr>
              <w:t>师：将数值比例尺1∶20000000改写成线段比例尺。</w:t>
            </w:r>
          </w:p>
          <w:p>
            <w:pPr>
              <w:spacing w:after="20" w:line="276" w:lineRule="auto"/>
            </w:pPr>
            <w:r>
              <w:rPr>
                <w:rFonts w:ascii="宋体" w:hAnsi="宋体" w:eastAsia="宋体"/>
                <w:b w:val="0"/>
                <w:sz w:val="18"/>
              </w:rPr>
              <w:t>(2)把线段比例尺改写成数值比例尺。</w:t>
            </w:r>
          </w:p>
          <w:p>
            <w:pPr>
              <w:spacing w:after="20" w:line="276" w:lineRule="auto"/>
            </w:pPr>
            <w:r>
              <w:rPr>
                <w:rFonts w:ascii="宋体" w:hAnsi="宋体" w:eastAsia="宋体"/>
                <w:b w:val="0"/>
                <w:sz w:val="18"/>
              </w:rPr>
              <w:t>师：你能把这个线段比例尺改写成数值比例尺吗？自己动手试试吧！</w:t>
            </w:r>
          </w:p>
          <w:p>
            <w:pPr>
              <w:spacing w:after="20" w:line="276" w:lineRule="auto"/>
            </w:pPr>
            <w:r>
              <w:rPr>
                <w:rFonts w:ascii="宋体" w:hAnsi="宋体" w:eastAsia="宋体"/>
                <w:b w:val="0"/>
                <w:sz w:val="18"/>
              </w:rPr>
              <w:t>师：说说你们是怎么想的。哪一个答案是正确的呢？</w:t>
            </w:r>
          </w:p>
          <w:p>
            <w:pPr>
              <w:spacing w:after="20" w:line="276" w:lineRule="auto"/>
            </w:pPr>
            <w:r>
              <w:rPr>
                <w:rFonts w:ascii="宋体" w:hAnsi="宋体" w:eastAsia="宋体"/>
                <w:b w:val="0"/>
                <w:sz w:val="18"/>
              </w:rPr>
              <w:t>追问：你知道他是怎么错的吗？引导学生说出没有统一单位。)</w:t>
            </w:r>
          </w:p>
          <w:p>
            <w:pPr>
              <w:spacing w:after="20" w:line="276" w:lineRule="auto"/>
            </w:pPr>
            <w:r>
              <w:rPr>
                <w:rFonts w:ascii="宋体" w:hAnsi="宋体" w:eastAsia="宋体"/>
                <w:b w:val="0"/>
                <w:sz w:val="18"/>
              </w:rPr>
              <w:t>师：同学们真会思考！能从检验的角度来证明哪一个数值比例尺改写得是正确的。最后一名同学还给我们分享了一个把厘米换算成千米的好办法，就是在数的末尾去掉5个0。那大家想一想，如果我们要把千米换算成厘米，方法是怎样的呢？(学生齐声回答：在数的末尾添上5个0。)</w:t>
            </w:r>
          </w:p>
          <w:p>
            <w:pPr>
              <w:spacing w:after="20" w:line="276" w:lineRule="auto"/>
            </w:pPr>
            <w:r>
              <w:rPr>
                <w:rFonts w:ascii="宋体" w:hAnsi="宋体" w:eastAsia="宋体"/>
                <w:b w:val="0"/>
                <w:sz w:val="18"/>
              </w:rPr>
              <w:t>教师板书规范的改写过程：1cm∶50km</w:t>
            </w:r>
          </w:p>
          <w:p>
            <w:pPr>
              <w:spacing w:after="20" w:line="276" w:lineRule="auto"/>
            </w:pPr>
            <w:r>
              <w:rPr>
                <w:rFonts w:ascii="宋体" w:hAnsi="宋体" w:eastAsia="宋体"/>
                <w:b w:val="0"/>
                <w:sz w:val="18"/>
              </w:rPr>
              <w:t>=1cm∶5000000cm</w:t>
            </w:r>
          </w:p>
          <w:p>
            <w:pPr>
              <w:spacing w:after="20" w:line="276" w:lineRule="auto"/>
            </w:pPr>
            <w:r>
              <w:rPr>
                <w:rFonts w:ascii="宋体" w:hAnsi="宋体" w:eastAsia="宋体"/>
                <w:b w:val="0"/>
                <w:sz w:val="18"/>
              </w:rPr>
              <w:t>=1∶5000000</w:t>
            </w:r>
          </w:p>
          <w:p>
            <w:pPr>
              <w:spacing w:after="20" w:line="276" w:lineRule="auto"/>
            </w:pPr>
            <w:r>
              <w:rPr>
                <w:rFonts w:ascii="宋体" w:hAnsi="宋体" w:eastAsia="宋体"/>
                <w:b w:val="0"/>
                <w:sz w:val="18"/>
              </w:rPr>
              <w:t>师：想一想：比例尺1∶5000000表示图上距离是实际距离的几分之几？实际距离是图上距离的多少倍？</w:t>
            </w:r>
          </w:p>
          <w:p>
            <w:pPr>
              <w:spacing w:after="20" w:line="276" w:lineRule="auto"/>
            </w:pPr>
            <w:r>
              <w:rPr>
                <w:rFonts w:ascii="宋体" w:hAnsi="宋体" w:eastAsia="宋体"/>
                <w:b w:val="0"/>
                <w:sz w:val="18"/>
              </w:rPr>
              <w:t>师：把线段比例尺改写成数值比例尺。</w:t>
            </w:r>
          </w:p>
          <w:p>
            <w:pPr>
              <w:spacing w:after="20" w:line="276" w:lineRule="auto"/>
            </w:pPr>
            <w:r>
              <w:rPr>
                <w:rFonts w:ascii="宋体" w:hAnsi="宋体" w:eastAsia="宋体"/>
                <w:b w:val="0"/>
                <w:sz w:val="18"/>
              </w:rPr>
              <w:t>师：改写比例尺要注意什么？</w:t>
            </w:r>
          </w:p>
          <w:p>
            <w:pPr>
              <w:spacing w:after="20" w:line="276" w:lineRule="auto"/>
            </w:pPr>
            <w:r>
              <w:rPr>
                <w:rFonts w:ascii="宋体" w:hAnsi="宋体" w:eastAsia="宋体"/>
                <w:b w:val="0"/>
                <w:sz w:val="18"/>
              </w:rPr>
              <w:t>对不同形式的比例尺加以理解，在灵活改写的过程中全面理解概念。</w:t>
            </w:r>
          </w:p>
        </w:tc>
        <w:tc>
          <w:tcPr>
            <w:tcW w:type="dxa" w:w="3061"/>
          </w:tcPr>
          <w:p>
            <w:pPr>
              <w:spacing w:after="20" w:line="276" w:lineRule="auto"/>
            </w:pPr>
            <w:r/>
            <w:r>
              <w:rPr>
                <w:rFonts w:ascii="宋体" w:hAnsi="宋体" w:eastAsia="宋体"/>
                <w:b w:val="0"/>
                <w:sz w:val="18"/>
              </w:rPr>
              <w:t>图上距离1cm表示实际距离50km。</w:t>
            </w:r>
          </w:p>
          <w:p>
            <w:pPr>
              <w:spacing w:after="20" w:line="276" w:lineRule="auto"/>
            </w:pPr>
            <w:r>
              <w:rPr>
                <w:rFonts w:ascii="宋体" w:hAnsi="宋体" w:eastAsia="宋体"/>
                <w:b w:val="0"/>
                <w:sz w:val="18"/>
              </w:rPr>
              <w:t>预设1：图上距离1cm表示实际距离150km。</w:t>
            </w:r>
          </w:p>
          <w:p>
            <w:pPr>
              <w:spacing w:after="20" w:line="276" w:lineRule="auto"/>
            </w:pPr>
            <w:r>
              <w:rPr>
                <w:rFonts w:ascii="宋体" w:hAnsi="宋体" w:eastAsia="宋体"/>
                <w:b w:val="0"/>
                <w:sz w:val="18"/>
              </w:rPr>
              <w:t>预设2：图上距离1cm表示实际距离100km。</w:t>
            </w:r>
          </w:p>
          <w:p>
            <w:pPr>
              <w:spacing w:after="20" w:line="276" w:lineRule="auto"/>
            </w:pPr>
            <w:r>
              <w:rPr>
                <w:rFonts w:ascii="宋体" w:hAnsi="宋体" w:eastAsia="宋体"/>
                <w:b w:val="0"/>
                <w:sz w:val="18"/>
              </w:rPr>
              <w:t>预设3：图上距离1cm表示实际距离50km。</w:t>
            </w:r>
          </w:p>
          <w:p>
            <w:pPr>
              <w:spacing w:after="20" w:line="276" w:lineRule="auto"/>
            </w:pPr>
            <w:r>
              <w:rPr>
                <w:rFonts w:ascii="宋体" w:hAnsi="宋体" w:eastAsia="宋体"/>
                <w:b w:val="0"/>
                <w:sz w:val="18"/>
              </w:rPr>
              <w:t>指导学生明确线段比例尺有多段时，通常只看第一段，也就是图上距离1cm表示实际距离50km；如果看两段，那就是图上距离2cm表示实际距离100km；如果看三段，就是图上距离3cm表示实际距离150km。</w:t>
            </w:r>
          </w:p>
          <w:p>
            <w:pPr>
              <w:spacing w:after="20" w:line="276" w:lineRule="auto"/>
            </w:pPr>
            <w:r>
              <w:rPr>
                <w:rFonts w:ascii="宋体" w:hAnsi="宋体" w:eastAsia="宋体"/>
                <w:b w:val="0"/>
                <w:sz w:val="18"/>
              </w:rPr>
              <w:t>学生自主改写，集体订正后教师指导、规范格式。</w:t>
            </w:r>
          </w:p>
          <w:p>
            <w:pPr>
              <w:spacing w:after="20" w:line="276" w:lineRule="auto"/>
            </w:pPr>
            <w:r>
              <w:rPr>
                <w:rFonts w:ascii="宋体" w:hAnsi="宋体" w:eastAsia="宋体"/>
                <w:b w:val="0"/>
                <w:sz w:val="18"/>
              </w:rPr>
              <w:t>学生可能出现的问题：将厘米换算成千米，进率出错；画线段比例尺时，每段长1cm，学生画得不规范；有的学生画了几段，数据标错了。</w:t>
            </w:r>
          </w:p>
          <w:p>
            <w:pPr>
              <w:spacing w:after="20" w:line="276" w:lineRule="auto"/>
            </w:pPr>
            <w:r>
              <w:rPr>
                <w:rFonts w:ascii="宋体" w:hAnsi="宋体" w:eastAsia="宋体"/>
                <w:b w:val="0"/>
                <w:sz w:val="18"/>
              </w:rPr>
              <w:t>学生完成后集体订正。</w:t>
            </w:r>
          </w:p>
          <w:p>
            <w:pPr>
              <w:spacing w:after="20" w:line="276" w:lineRule="auto"/>
            </w:pPr>
            <w:r>
              <w:rPr>
                <w:rFonts w:ascii="宋体" w:hAnsi="宋体" w:eastAsia="宋体"/>
                <w:b w:val="0"/>
                <w:sz w:val="18"/>
              </w:rPr>
              <w:t>预设1：1∶50。</w:t>
            </w:r>
          </w:p>
          <w:p>
            <w:pPr>
              <w:spacing w:after="20" w:line="276" w:lineRule="auto"/>
            </w:pPr>
            <w:r>
              <w:rPr>
                <w:rFonts w:ascii="宋体" w:hAnsi="宋体" w:eastAsia="宋体"/>
                <w:b w:val="0"/>
                <w:sz w:val="18"/>
              </w:rPr>
              <w:t>预设2：1∶50000。</w:t>
            </w:r>
          </w:p>
          <w:p>
            <w:pPr>
              <w:spacing w:after="20" w:line="276" w:lineRule="auto"/>
            </w:pPr>
            <w:r>
              <w:rPr>
                <w:rFonts w:ascii="宋体" w:hAnsi="宋体" w:eastAsia="宋体"/>
                <w:b w:val="0"/>
                <w:sz w:val="18"/>
              </w:rPr>
              <w:t>预设3：1∶5000000。</w:t>
            </w:r>
          </w:p>
          <w:p>
            <w:pPr>
              <w:spacing w:after="20" w:line="276" w:lineRule="auto"/>
            </w:pPr>
            <w:r>
              <w:rPr>
                <w:rFonts w:ascii="宋体" w:hAnsi="宋体" w:eastAsia="宋体"/>
                <w:b w:val="0"/>
                <w:sz w:val="18"/>
              </w:rPr>
              <w:t>预设1：我认为1∶50这个比例尺是错误的，因为它表示图上距离1cm相当于实际距离50cm，不是50km。(教师</w:t>
            </w:r>
          </w:p>
          <w:p>
            <w:pPr>
              <w:spacing w:after="20" w:line="276" w:lineRule="auto"/>
            </w:pPr>
            <w:r>
              <w:rPr>
                <w:rFonts w:ascii="宋体" w:hAnsi="宋体" w:eastAsia="宋体"/>
                <w:b w:val="0"/>
                <w:sz w:val="18"/>
              </w:rPr>
              <w:t>预设2：我认为1∶50000这个比例尺也是错误的，因为它表示图上距离1cm相当于实际距离50000cm，也就是500m，不是50km。(教师追问：你知道他是怎么错的吗？引导学生说出单位换算错了。)</w:t>
            </w:r>
          </w:p>
          <w:p>
            <w:pPr>
              <w:spacing w:after="20" w:line="276" w:lineRule="auto"/>
            </w:pPr>
            <w:r>
              <w:rPr>
                <w:rFonts w:ascii="宋体" w:hAnsi="宋体" w:eastAsia="宋体"/>
                <w:b w:val="0"/>
                <w:sz w:val="18"/>
              </w:rPr>
              <w:t>预设3：我认为1∶5000000这个比例尺是正确的，因为它表示图上距离1cm相当于实际距离5000000cm，5000000cm去掉5个0就换算成了50km。</w:t>
            </w:r>
          </w:p>
          <w:p>
            <w:pPr>
              <w:spacing w:after="20" w:line="276" w:lineRule="auto"/>
            </w:pPr>
            <w:r>
              <w:rPr>
                <w:rFonts w:ascii="宋体" w:hAnsi="宋体" w:eastAsia="宋体"/>
                <w:b w:val="0"/>
                <w:sz w:val="18"/>
              </w:rPr>
              <w:t>比例尺1∶5000000表示图上距离是实际距离的 EMBED Equation.DSMT4  ，实际距离是图上距离的5000000倍。</w:t>
            </w:r>
          </w:p>
          <w:p>
            <w:pPr>
              <w:spacing w:after="20" w:line="276" w:lineRule="auto"/>
            </w:pPr>
            <w:r>
              <w:rPr>
                <w:rFonts w:ascii="宋体" w:hAnsi="宋体" w:eastAsia="宋体"/>
                <w:b w:val="0"/>
                <w:sz w:val="18"/>
              </w:rPr>
              <w:t>学生完成后集体订正，注意格式的指导。</w:t>
            </w:r>
          </w:p>
          <w:p>
            <w:pPr>
              <w:spacing w:after="20" w:line="276" w:lineRule="auto"/>
            </w:pPr>
            <w:r>
              <w:rPr>
                <w:rFonts w:ascii="宋体" w:hAnsi="宋体" w:eastAsia="宋体"/>
                <w:b w:val="0"/>
                <w:sz w:val="18"/>
              </w:rPr>
              <w:t>学生会说出：要看清楚比例尺的意思，明白图上距离1cm表示实际距离是多少；将线段比例尺改写成数值比例尺时要注意统一单位；要注意千米与厘米的换算进率等。教师及时进行鼓励评价。</w:t>
            </w:r>
          </w:p>
        </w:tc>
        <w:tc>
          <w:tcPr>
            <w:tcW w:type="dxa" w:w="1814"/>
          </w:tcPr>
          <w:p>
            <w:pPr>
              <w:spacing w:after="20" w:line="276" w:lineRule="auto"/>
            </w:pPr>
            <w:r/>
            <w:r>
              <w:rPr>
                <w:rFonts w:ascii="宋体" w:hAnsi="宋体" w:eastAsia="宋体"/>
                <w:b w:val="0"/>
                <w:sz w:val="18"/>
              </w:rPr>
              <w:t>数值比例尺与线段比例尺的改写是建立在学生对比例尺的概念的理解之上，首先要理解比例尺表示的含义，让学生</w:t>
            </w:r>
          </w:p>
        </w:tc>
      </w:tr>
      <w:tr>
        <w:tc>
          <w:tcPr>
            <w:tcW w:type="dxa" w:w="1474"/>
          </w:tcPr>
          <w:p>
            <w:pPr>
              <w:spacing w:after="20" w:line="276" w:lineRule="auto"/>
            </w:pPr>
            <w:r>
              <w:rPr>
                <w:b/>
              </w:rPr>
            </w:r>
            <w:r>
              <w:rPr>
                <w:rFonts w:ascii="宋体" w:hAnsi="宋体" w:eastAsia="宋体"/>
                <w:b/>
                <w:sz w:val="18"/>
              </w:rPr>
              <w:t>四、学习放大比例尺，深化比例尺的内涵</w:t>
            </w:r>
          </w:p>
        </w:tc>
        <w:tc>
          <w:tcPr>
            <w:tcW w:type="dxa" w:w="3061"/>
          </w:tcPr>
          <w:p>
            <w:pPr>
              <w:spacing w:after="20" w:line="276" w:lineRule="auto"/>
            </w:pPr>
            <w:r/>
            <w:r>
              <w:rPr>
                <w:rFonts w:ascii="宋体" w:hAnsi="宋体" w:eastAsia="宋体"/>
                <w:b w:val="0"/>
                <w:sz w:val="18"/>
              </w:rPr>
              <w:t>1.观察对比。</w:t>
            </w:r>
          </w:p>
          <w:p>
            <w:pPr>
              <w:spacing w:after="20" w:line="276" w:lineRule="auto"/>
            </w:pPr>
            <w:r>
              <w:rPr>
                <w:rFonts w:ascii="宋体" w:hAnsi="宋体" w:eastAsia="宋体"/>
                <w:b w:val="0"/>
                <w:sz w:val="18"/>
              </w:rPr>
              <w:t>师：观察这些比例尺(手指着黑板)，它们有什么共同的特点？</w:t>
            </w:r>
          </w:p>
          <w:p>
            <w:pPr>
              <w:spacing w:after="20" w:line="276" w:lineRule="auto"/>
            </w:pPr>
            <w:r>
              <w:rPr>
                <w:rFonts w:ascii="宋体" w:hAnsi="宋体" w:eastAsia="宋体"/>
                <w:b w:val="0"/>
                <w:sz w:val="18"/>
              </w:rPr>
              <w:t>2.创设情境，深入探究。</w:t>
            </w:r>
          </w:p>
          <w:p>
            <w:pPr>
              <w:spacing w:after="20" w:line="276" w:lineRule="auto"/>
            </w:pPr>
            <w:r>
              <w:rPr>
                <w:rFonts w:ascii="宋体" w:hAnsi="宋体" w:eastAsia="宋体"/>
                <w:b w:val="0"/>
                <w:sz w:val="18"/>
              </w:rPr>
              <w:t>师：有一幅零件图纸的比例尺是2∶1，你知道它表示什么吗？</w:t>
            </w:r>
          </w:p>
          <w:p>
            <w:pPr>
              <w:spacing w:after="20" w:line="276" w:lineRule="auto"/>
            </w:pPr>
            <w:r>
              <w:rPr>
                <w:rFonts w:ascii="宋体" w:hAnsi="宋体" w:eastAsia="宋体"/>
                <w:b w:val="0"/>
                <w:sz w:val="18"/>
              </w:rPr>
              <w:t>师：他们谁说得对？</w:t>
            </w:r>
          </w:p>
          <w:p>
            <w:pPr>
              <w:spacing w:after="20" w:line="276" w:lineRule="auto"/>
            </w:pPr>
            <w:r>
              <w:rPr>
                <w:rFonts w:ascii="宋体" w:hAnsi="宋体" w:eastAsia="宋体"/>
                <w:b w:val="0"/>
                <w:sz w:val="18"/>
              </w:rPr>
              <w:t>3.比较放大比例尺与缩小比例尺。</w:t>
            </w:r>
          </w:p>
          <w:p>
            <w:pPr>
              <w:spacing w:after="20" w:line="276" w:lineRule="auto"/>
            </w:pPr>
            <w:r>
              <w:rPr>
                <w:rFonts w:ascii="宋体" w:hAnsi="宋体" w:eastAsia="宋体"/>
                <w:b w:val="0"/>
                <w:sz w:val="18"/>
              </w:rPr>
              <w:t>师：刚才大家说比例尺的前项都是1，而这个比例尺的后项是1，你知道它们的区别吗？</w:t>
            </w:r>
          </w:p>
          <w:p>
            <w:pPr>
              <w:spacing w:after="20" w:line="276" w:lineRule="auto"/>
            </w:pPr>
            <w:r>
              <w:rPr>
                <w:rFonts w:ascii="宋体" w:hAnsi="宋体" w:eastAsia="宋体"/>
                <w:b w:val="0"/>
                <w:sz w:val="18"/>
              </w:rPr>
              <w:t>师:同学们再说说比例尺5∶1、20∶1的含义。</w:t>
            </w:r>
          </w:p>
          <w:p>
            <w:pPr>
              <w:spacing w:after="20" w:line="276" w:lineRule="auto"/>
            </w:pPr>
            <w:r>
              <w:rPr>
                <w:rFonts w:ascii="宋体" w:hAnsi="宋体" w:eastAsia="宋体"/>
                <w:b w:val="0"/>
                <w:sz w:val="18"/>
              </w:rPr>
              <w:t>师小结：为了计算方便，一般把比例尺写成前项或后项是1的形式。</w:t>
            </w:r>
          </w:p>
          <w:p>
            <w:pPr>
              <w:spacing w:after="20" w:line="276" w:lineRule="auto"/>
            </w:pPr>
            <w:r>
              <w:rPr>
                <w:rFonts w:ascii="宋体" w:hAnsi="宋体" w:eastAsia="宋体"/>
                <w:b w:val="0"/>
                <w:sz w:val="18"/>
              </w:rPr>
              <w:t>教师可以收集一些生活中的“放大比例尺”的示例，使学生更全面地认识比例尺。</w:t>
            </w:r>
          </w:p>
          <w:p>
            <w:pPr>
              <w:spacing w:after="20" w:line="276" w:lineRule="auto"/>
            </w:pPr>
            <w:r>
              <w:rPr>
                <w:rFonts w:ascii="宋体" w:hAnsi="宋体" w:eastAsia="宋体"/>
                <w:b w:val="0"/>
                <w:sz w:val="18"/>
              </w:rPr>
              <w:t>小、放大比例尺，让学生从多个角度来思考比例尺的意义。</w:t>
            </w:r>
          </w:p>
        </w:tc>
        <w:tc>
          <w:tcPr>
            <w:tcW w:type="dxa" w:w="3061"/>
          </w:tcPr>
          <w:p>
            <w:pPr>
              <w:spacing w:after="20" w:line="276" w:lineRule="auto"/>
            </w:pPr>
            <w:r/>
            <w:r>
              <w:rPr>
                <w:rFonts w:ascii="宋体" w:hAnsi="宋体" w:eastAsia="宋体"/>
                <w:b w:val="0"/>
                <w:sz w:val="18"/>
              </w:rPr>
              <w:t>预设1：比例尺就是一个比，是图上距离与实际距离的比。</w:t>
            </w:r>
          </w:p>
          <w:p>
            <w:pPr>
              <w:spacing w:after="20" w:line="276" w:lineRule="auto"/>
            </w:pPr>
            <w:r>
              <w:rPr>
                <w:rFonts w:ascii="宋体" w:hAnsi="宋体" w:eastAsia="宋体"/>
                <w:b w:val="0"/>
                <w:sz w:val="18"/>
              </w:rPr>
              <w:t>预设2：比例尺的前项都是1。</w:t>
            </w:r>
          </w:p>
          <w:p>
            <w:pPr>
              <w:spacing w:after="20" w:line="276" w:lineRule="auto"/>
            </w:pPr>
            <w:r>
              <w:rPr>
                <w:rFonts w:ascii="宋体" w:hAnsi="宋体" w:eastAsia="宋体"/>
                <w:b w:val="0"/>
                <w:sz w:val="18"/>
              </w:rPr>
              <w:t>学生独立思考并发言。</w:t>
            </w:r>
          </w:p>
          <w:p>
            <w:pPr>
              <w:spacing w:after="20" w:line="276" w:lineRule="auto"/>
            </w:pPr>
            <w:r>
              <w:rPr>
                <w:rFonts w:ascii="宋体" w:hAnsi="宋体" w:eastAsia="宋体"/>
                <w:b w:val="0"/>
                <w:sz w:val="18"/>
              </w:rPr>
              <w:t>预设1：这个比例尺表示图上距离1cm相当于实际距离2cm。</w:t>
            </w:r>
          </w:p>
          <w:p>
            <w:pPr>
              <w:spacing w:after="20" w:line="276" w:lineRule="auto"/>
            </w:pPr>
            <w:r>
              <w:rPr>
                <w:rFonts w:ascii="宋体" w:hAnsi="宋体" w:eastAsia="宋体"/>
                <w:b w:val="0"/>
                <w:sz w:val="18"/>
              </w:rPr>
              <w:t>预设2：这个比例尺表示图上距离2cm相当于实际距离1cm。</w:t>
            </w:r>
          </w:p>
          <w:p>
            <w:pPr>
              <w:spacing w:after="20" w:line="276" w:lineRule="auto"/>
            </w:pPr>
            <w:r>
              <w:rPr>
                <w:rFonts w:ascii="宋体" w:hAnsi="宋体" w:eastAsia="宋体"/>
                <w:b w:val="0"/>
                <w:sz w:val="18"/>
              </w:rPr>
              <w:t>指导学生从比例尺的意义来理解，比例尺前项是图上距离，后项是实际距离，所以2∶1这个比例尺表示图上距离2cm相当于实际距离1cm。</w:t>
            </w:r>
          </w:p>
          <w:p>
            <w:pPr>
              <w:spacing w:after="20" w:line="276" w:lineRule="auto"/>
            </w:pPr>
            <w:r>
              <w:rPr>
                <w:rFonts w:ascii="宋体" w:hAnsi="宋体" w:eastAsia="宋体"/>
                <w:b w:val="0"/>
                <w:sz w:val="18"/>
              </w:rPr>
              <w:t>指导学生说出前项是1的比例尺是缩小比例尺，后项是1的比例尺是放大比例尺。(板书：缩小比例尺 放大比例尺)</w:t>
            </w:r>
          </w:p>
          <w:p>
            <w:pPr>
              <w:spacing w:after="20" w:line="276" w:lineRule="auto"/>
            </w:pPr>
            <w:r>
              <w:rPr>
                <w:rFonts w:ascii="宋体" w:hAnsi="宋体" w:eastAsia="宋体"/>
                <w:b w:val="0"/>
                <w:sz w:val="18"/>
              </w:rPr>
              <w:t>学生交流，集体评价。</w:t>
            </w:r>
          </w:p>
        </w:tc>
        <w:tc>
          <w:tcPr>
            <w:tcW w:type="dxa" w:w="1814"/>
          </w:tcPr>
          <w:p>
            <w:pPr>
              <w:spacing w:after="20" w:line="276" w:lineRule="auto"/>
            </w:pPr>
            <w:r/>
            <w:r>
              <w:rPr>
                <w:rFonts w:ascii="宋体" w:hAnsi="宋体" w:eastAsia="宋体"/>
                <w:b w:val="0"/>
                <w:sz w:val="18"/>
              </w:rPr>
              <w:t>出示放大比例尺，引起学生认知冲突，引导学生紧紧抓住比例尺的定义来解释后项为1的比例尺的含义。比较缩</w:t>
            </w:r>
          </w:p>
        </w:tc>
      </w:tr>
      <w:tr>
        <w:tc>
          <w:tcPr>
            <w:tcW w:type="dxa" w:w="1474"/>
          </w:tcPr>
          <w:p>
            <w:pPr>
              <w:spacing w:after="20" w:line="276" w:lineRule="auto"/>
            </w:pPr>
            <w:r>
              <w:rPr>
                <w:b/>
              </w:rPr>
            </w:r>
            <w:r>
              <w:rPr>
                <w:rFonts w:ascii="宋体" w:hAnsi="宋体" w:eastAsia="宋体"/>
                <w:b/>
                <w:sz w:val="18"/>
              </w:rPr>
              <w:t>五、求比例尺</w:t>
            </w:r>
          </w:p>
        </w:tc>
        <w:tc>
          <w:tcPr>
            <w:tcW w:type="dxa" w:w="3061"/>
          </w:tcPr>
          <w:p>
            <w:pPr>
              <w:spacing w:after="20" w:line="276" w:lineRule="auto"/>
            </w:pPr>
            <w:r/>
            <w:r>
              <w:rPr>
                <w:rFonts w:ascii="宋体" w:hAnsi="宋体" w:eastAsia="宋体"/>
                <w:b w:val="0"/>
                <w:sz w:val="18"/>
              </w:rPr>
              <w:t>1.课件出示教科书P52例1。</w:t>
            </w:r>
          </w:p>
          <w:p>
            <w:pPr>
              <w:spacing w:after="20" w:line="276" w:lineRule="auto"/>
            </w:pPr>
            <w:r>
              <w:rPr>
                <w:rFonts w:ascii="宋体" w:hAnsi="宋体" w:eastAsia="宋体"/>
                <w:b w:val="0"/>
                <w:sz w:val="18"/>
              </w:rPr>
              <w:t>师：你能根据刚才所学的知识自主解决吗？试试吧！</w:t>
            </w:r>
          </w:p>
          <w:p>
            <w:pPr>
              <w:spacing w:after="20" w:line="276" w:lineRule="auto"/>
            </w:pPr>
            <w:r>
              <w:rPr>
                <w:rFonts w:ascii="宋体" w:hAnsi="宋体" w:eastAsia="宋体"/>
                <w:b w:val="0"/>
                <w:sz w:val="18"/>
              </w:rPr>
              <w:t>因为图上距离∶实际距离=比例尺，120km=12000000cm，2.4∶12000000=1∶5000000，即这幅地图的比例尺是1∶5000000。</w:t>
            </w:r>
          </w:p>
          <w:p>
            <w:pPr>
              <w:spacing w:after="20" w:line="276" w:lineRule="auto"/>
            </w:pPr>
            <w:r>
              <w:rPr>
                <w:rFonts w:ascii="宋体" w:hAnsi="宋体" w:eastAsia="宋体"/>
                <w:b w:val="0"/>
                <w:sz w:val="18"/>
              </w:rPr>
              <w:t>2.课件出示教科书P52上面的“做一做”。</w:t>
            </w:r>
          </w:p>
          <w:p>
            <w:pPr>
              <w:spacing w:after="20" w:line="276" w:lineRule="auto"/>
            </w:pPr>
            <w:r>
              <w:rPr>
                <w:rFonts w:ascii="宋体" w:hAnsi="宋体" w:eastAsia="宋体"/>
                <w:b w:val="0"/>
                <w:sz w:val="18"/>
              </w:rPr>
              <w:t>指导学生辨析、明确求比例尺的方法是图上距离∶实际距离，所以第二种答案是对的。</w:t>
            </w:r>
          </w:p>
        </w:tc>
        <w:tc>
          <w:tcPr>
            <w:tcW w:type="dxa" w:w="3061"/>
          </w:tcPr>
          <w:p>
            <w:pPr>
              <w:spacing w:after="20" w:line="276" w:lineRule="auto"/>
            </w:pPr>
            <w:r/>
            <w:r>
              <w:rPr>
                <w:rFonts w:ascii="宋体" w:hAnsi="宋体" w:eastAsia="宋体"/>
                <w:b w:val="0"/>
                <w:sz w:val="18"/>
              </w:rPr>
              <w:t>预设1：5mm∶2cm=5mm∶20mm=1∶4。</w:t>
            </w:r>
          </w:p>
          <w:p>
            <w:pPr>
              <w:spacing w:after="20" w:line="276" w:lineRule="auto"/>
            </w:pPr>
            <w:r>
              <w:rPr>
                <w:rFonts w:ascii="宋体" w:hAnsi="宋体" w:eastAsia="宋体"/>
                <w:b w:val="0"/>
                <w:sz w:val="18"/>
              </w:rPr>
              <w:t>预设2：2cm∶5mm=20mm∶5mm=4∶1。</w:t>
            </w:r>
          </w:p>
        </w:tc>
        <w:tc>
          <w:tcPr>
            <w:tcW w:type="dxa" w:w="1814"/>
          </w:tcPr>
          <w:p>
            <w:pPr>
              <w:spacing w:after="20" w:line="276" w:lineRule="auto"/>
            </w:pPr>
            <w:r/>
            <w:r>
              <w:rPr>
                <w:rFonts w:ascii="宋体" w:hAnsi="宋体" w:eastAsia="宋体"/>
                <w:b w:val="0"/>
                <w:sz w:val="18"/>
              </w:rPr>
              <w:t>这部分的教学是练习求一幅图的比例尺，设计了放大比例尺和缩小比例尺两种情况，让学生理解求比例尺的一般方法。</w:t>
            </w:r>
          </w:p>
        </w:tc>
      </w:tr>
      <w:tr>
        <w:tc>
          <w:tcPr>
            <w:tcW w:type="dxa" w:w="1474"/>
          </w:tcPr>
          <w:p>
            <w:pPr>
              <w:spacing w:after="20" w:line="276" w:lineRule="auto"/>
            </w:pPr>
            <w:r>
              <w:rPr>
                <w:b/>
              </w:rPr>
            </w:r>
            <w:r>
              <w:rPr>
                <w:rFonts w:ascii="宋体" w:hAnsi="宋体" w:eastAsia="宋体"/>
                <w:b/>
                <w:sz w:val="18"/>
              </w:rPr>
              <w:t>六、巩固练习，综合应用</w:t>
            </w:r>
          </w:p>
        </w:tc>
        <w:tc>
          <w:tcPr>
            <w:tcW w:type="dxa" w:w="3061"/>
          </w:tcPr>
          <w:p>
            <w:pPr>
              <w:spacing w:after="20" w:line="276" w:lineRule="auto"/>
            </w:pPr>
            <w:r/>
            <w:r>
              <w:rPr>
                <w:rFonts w:ascii="宋体" w:hAnsi="宋体" w:eastAsia="宋体"/>
                <w:b w:val="0"/>
                <w:sz w:val="18"/>
              </w:rPr>
              <w:t>解答完毕后，集中展示交流，订正。</w:t>
            </w:r>
          </w:p>
          <w:p>
            <w:pPr>
              <w:spacing w:after="20" w:line="276" w:lineRule="auto"/>
            </w:pPr>
            <w:r>
              <w:rPr>
                <w:rFonts w:ascii="宋体" w:hAnsi="宋体" w:eastAsia="宋体"/>
                <w:b w:val="0"/>
                <w:sz w:val="18"/>
              </w:rPr>
              <w:t>第2题：这道题已知图上距离和实际距离，求比例尺，根据比例尺的意义，把6cm∶6m统一单位后化简就可以了，学生应感到</w:t>
            </w:r>
          </w:p>
          <w:p>
            <w:pPr>
              <w:spacing w:after="20" w:line="276" w:lineRule="auto"/>
            </w:pPr>
            <w:r>
              <w:rPr>
                <w:rFonts w:ascii="宋体" w:hAnsi="宋体" w:eastAsia="宋体"/>
                <w:b w:val="0"/>
                <w:sz w:val="18"/>
              </w:rPr>
              <w:t>比较轻松。</w:t>
            </w:r>
          </w:p>
          <w:p>
            <w:pPr>
              <w:spacing w:after="20" w:line="276" w:lineRule="auto"/>
            </w:pPr>
            <w:r>
              <w:rPr>
                <w:rFonts w:ascii="宋体" w:hAnsi="宋体" w:eastAsia="宋体"/>
                <w:b w:val="0"/>
                <w:sz w:val="18"/>
              </w:rPr>
              <w:t>第3题：这道题是已知实际距离，要求学生自己量出图上距离，</w:t>
            </w:r>
          </w:p>
          <w:p>
            <w:pPr>
              <w:spacing w:after="20" w:line="276" w:lineRule="auto"/>
            </w:pPr>
            <w:r>
              <w:rPr>
                <w:rFonts w:ascii="宋体" w:hAnsi="宋体" w:eastAsia="宋体"/>
                <w:b w:val="0"/>
                <w:sz w:val="18"/>
              </w:rPr>
              <w:t>再求出比例尺，还要将算出来的数值比例尺转化为线段比例尺。团结路在图上的长度约是6cm，这幅图的比例尺为1∶300000。线段比例尺为。</w:t>
            </w:r>
          </w:p>
          <w:p>
            <w:pPr>
              <w:spacing w:after="20" w:line="276" w:lineRule="auto"/>
            </w:pPr>
            <w:r>
              <w:rPr>
                <w:rFonts w:ascii="宋体" w:hAnsi="宋体" w:eastAsia="宋体"/>
                <w:b w:val="0"/>
                <w:sz w:val="18"/>
              </w:rPr>
              <w:t>第4题：要注意图上距离大于实际距离，求比例尺的方法仍然是图上距离∶实际距离，得到的是一个后项为1的比例尺6∶1。七、课堂小结</w:t>
            </w:r>
          </w:p>
          <w:p>
            <w:pPr>
              <w:spacing w:after="20" w:line="276" w:lineRule="auto"/>
            </w:pPr>
            <w:r>
              <w:rPr>
                <w:rFonts w:ascii="宋体" w:hAnsi="宋体" w:eastAsia="宋体"/>
                <w:b w:val="0"/>
                <w:sz w:val="18"/>
              </w:rPr>
              <w:t>师：回顾今天的学习过程，你们有什么收获呢？你能说说比例尺的特点吗？(课件出示比例尺的特点)</w:t>
            </w:r>
          </w:p>
        </w:tc>
        <w:tc>
          <w:tcPr>
            <w:tcW w:type="dxa" w:w="3061"/>
          </w:tcPr>
          <w:p>
            <w:pPr>
              <w:spacing w:after="20" w:line="276" w:lineRule="auto"/>
            </w:pPr>
            <w:r/>
            <w:r>
              <w:rPr>
                <w:rFonts w:ascii="宋体" w:hAnsi="宋体" w:eastAsia="宋体"/>
                <w:b w:val="0"/>
                <w:sz w:val="18"/>
              </w:rPr>
              <w:t>学生独立解答教科书P54“练习十”第1~4题。</w:t>
            </w:r>
          </w:p>
          <w:p>
            <w:pPr>
              <w:spacing w:after="20" w:line="276" w:lineRule="auto"/>
            </w:pPr>
            <w:r>
              <w:rPr>
                <w:rFonts w:ascii="宋体" w:hAnsi="宋体" w:eastAsia="宋体"/>
                <w:b w:val="0"/>
                <w:sz w:val="18"/>
              </w:rPr>
              <w:t>第1题：这道题是将数值比例尺改写成线段比例尺，比例尺1∶30000000表示的是1cm的图上距离相当于30000000cm的实际距离，而线段比例尺是用1cm的线段表示出实际距离为多长，一般用300km表示，更显得简洁。如果学生在线段比例尺上用30000000cm、300000m表示实际长度，从理论上讲都是可行的，但要注意优化。</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通过有层次的练习及时反馈学情，巩固新知，培养学生灵活运用知识解决问题的能力，核心问题："回顾今天的学习过程，你们有什么收获呢？你能说说比例尺的特点吗？"</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把关注点聚焦到图上距离和实际距离的关系表示方法上，学生借助比较、讨论、交流等自主学习形式，探索发现比例尺的意义和表示方法。呈现地图和零件图纸中的比例尺，借助生活中真实情境，深化了对比例尺意义的理解。最后练习环节也借助房屋 【教学笔记】 【教学提示】 完成这些练习时，要注意引导学生交流细节，说说比例尺的具体含义，在计算比例尺的过程中，要注意对格式和对计算正确性的引导。 平面图、七星瓢虫等问题巩固本节课所学内容。本节课内容比较多，学生可能会有混淆，数值比例尺与线段比例尺的改写以及求放大比例尺时出错较多，教师要注意抓住细节指导。</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比例的意义</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比例的意义</w:t>
            </w:r>
          </w:p>
        </w:tc>
        <w:tc>
          <w:tcPr>
            <w:tcW w:type="dxa" w:w="6009"/>
          </w:tcPr>
          <w:p>
            <w:pPr>
              <w:spacing w:after="20" w:line="276" w:lineRule="auto"/>
            </w:pPr>
            <w:r/>
            <w:r>
              <w:rPr>
                <w:rFonts w:ascii="宋体" w:hAnsi="宋体" w:eastAsia="宋体"/>
                <w:b w:val="0"/>
                <w:sz w:val="20"/>
              </w:rPr>
              <w:t>第4单元 比例（比例的意义和基本性质）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比例这一单元时，已经学习了比、除法的意义和分数的意义，以及分数的基本性质、分数与除法的关系、分数乘除法的计算方法等，这些都是学习本单元内容的基础知识。比例是小学阶段数与代数部分最后一单元学习的内容，这部分内容的特点是应用性强、综合性强、内容情境不新，但采用新的思维方式和数学模型，需要学生在较高水平层面上学习。</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（1）在具体情境中理解比例的意义，在体验过程中发现组成比例的规律，掌握组成比例的条件，能应用比例的意义判断两个比能否组成比例。</w:t>
      </w:r>
    </w:p>
    <w:p>
      <w:pPr>
        <w:spacing w:after="20" w:line="300" w:lineRule="auto"/>
        <w:ind w:firstLine="400"/>
      </w:pPr>
      <w:r>
        <w:rPr>
          <w:rFonts w:ascii="宋体" w:hAnsi="宋体" w:eastAsia="宋体"/>
          <w:b w:val="0"/>
          <w:sz w:val="20"/>
        </w:rPr>
        <w:t>（2）经历观察、比较、判断、归纳等活动，深化对概念的理解。</w:t>
      </w:r>
    </w:p>
    <w:p>
      <w:pPr>
        <w:spacing w:after="20" w:line="300" w:lineRule="auto"/>
        <w:ind w:firstLine="400"/>
      </w:pPr>
      <w:r>
        <w:rPr>
          <w:rFonts w:ascii="宋体" w:hAnsi="宋体" w:eastAsia="宋体"/>
          <w:b w:val="0"/>
          <w:sz w:val="20"/>
        </w:rPr>
        <w:t>（3）感受数学知识的内在联系，学会综合运用所学知识，增强分析问题和解决问题的能力</w:t>
      </w:r>
    </w:p>
    <w:p>
      <w:pPr>
        <w:spacing w:after="20" w:line="300" w:lineRule="auto"/>
      </w:pPr>
      <w:r>
        <w:rPr>
          <w:rFonts w:ascii="宋体" w:hAnsi="宋体" w:eastAsia="宋体"/>
          <w:b w:val="0"/>
          <w:sz w:val="20"/>
        </w:rPr>
        <w:t>教学重点：理解比例的意义，应用比例的意义判断两个比能否组成比例。</w:t>
      </w:r>
    </w:p>
    <w:p>
      <w:pPr>
        <w:spacing w:after="20" w:line="300" w:lineRule="auto"/>
      </w:pPr>
      <w:r>
        <w:rPr>
          <w:rFonts w:ascii="宋体" w:hAnsi="宋体" w:eastAsia="宋体"/>
          <w:b w:val="0"/>
          <w:sz w:val="20"/>
        </w:rPr>
        <w:t>【教学笔记】</w:t>
      </w:r>
    </w:p>
    <w:p>
      <w:pPr>
        <w:spacing w:after="20" w:line="300" w:lineRule="auto"/>
      </w:pPr>
      <w:r>
        <w:rPr>
          <w:rFonts w:ascii="宋体" w:hAnsi="宋体" w:eastAsia="宋体"/>
          <w:b w:val="0"/>
          <w:sz w:val="20"/>
        </w:rPr>
        <w:t>教学难点：一个比例的多种组成形式。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一、照片激趣导入，揭示课题</w:t>
            </w:r>
          </w:p>
        </w:tc>
        <w:tc>
          <w:tcPr>
            <w:tcW w:type="dxa" w:w="1814"/>
          </w:tcPr>
          <w:p>
            <w:pPr>
              <w:spacing w:after="20" w:line="276" w:lineRule="auto"/>
            </w:pPr>
            <w:r/>
            <w:r>
              <w:rPr>
                <w:rFonts w:ascii="宋体" w:hAnsi="宋体" w:eastAsia="宋体"/>
                <w:b w:val="0"/>
                <w:sz w:val="18"/>
              </w:rPr>
              <w:t>课件、图片</w:t>
            </w:r>
          </w:p>
        </w:tc>
        <w:tc>
          <w:tcPr>
            <w:tcW w:type="dxa" w:w="3402"/>
          </w:tcPr>
          <w:p>
            <w:pPr>
              <w:spacing w:after="20" w:line="276" w:lineRule="auto"/>
            </w:pPr>
            <w:r/>
            <w:r>
              <w:rPr>
                <w:rFonts w:ascii="宋体" w:hAnsi="宋体" w:eastAsia="宋体"/>
                <w:b w:val="0"/>
                <w:sz w:val="18"/>
              </w:rPr>
              <w:t>这四幅图片中，哪两幅图片的形状相同？；很多新的概念都是和原有知识有联系的，你认为“比例”会和什么知识有联系？</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二、求比值，探规律</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观察每一个图形长和宽的比值，同学们发现了什么？</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三、归纳概念，理解比例的意义</w:t>
            </w:r>
          </w:p>
        </w:tc>
        <w:tc>
          <w:tcPr>
            <w:tcW w:type="dxa" w:w="1814"/>
          </w:tcPr>
          <w:p>
            <w:pPr>
              <w:spacing w:after="20" w:line="276" w:lineRule="auto"/>
            </w:pPr>
            <w:r/>
            <w:r>
              <w:rPr>
                <w:rFonts w:ascii="宋体" w:hAnsi="宋体" w:eastAsia="宋体"/>
                <w:b w:val="0"/>
                <w:sz w:val="18"/>
              </w:rPr>
              <w:t>教科书、练习本、课件</w:t>
            </w:r>
          </w:p>
        </w:tc>
        <w:tc>
          <w:tcPr>
            <w:tcW w:type="dxa" w:w="3402"/>
          </w:tcPr>
          <w:p>
            <w:pPr>
              <w:spacing w:after="20" w:line="276" w:lineRule="auto"/>
            </w:pPr>
            <w:r/>
            <w:r>
              <w:rPr>
                <w:rFonts w:ascii="宋体" w:hAnsi="宋体" w:eastAsia="宋体"/>
                <w:b w:val="0"/>
                <w:sz w:val="18"/>
              </w:rPr>
              <w:t>生活中还有很多按比例缩放的现象。请你们看看这三面国旗的尺寸，它们的长与宽的比是不是也能组成比例呢？；这三面国旗的尺寸中，还有哪些比可以组成比例？</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四、巩固概念，知识应用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用图中的4个数据可以组成哪些比例？</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一、照片激趣导入，揭示课题</w:t>
            </w:r>
          </w:p>
        </w:tc>
        <w:tc>
          <w:tcPr>
            <w:tcW w:type="dxa" w:w="3061"/>
          </w:tcPr>
          <w:p>
            <w:pPr>
              <w:spacing w:after="20" w:line="276" w:lineRule="auto"/>
            </w:pPr>
            <w:r/>
            <w:r>
              <w:rPr>
                <w:rFonts w:ascii="宋体" w:hAnsi="宋体" w:eastAsia="宋体"/>
                <w:b w:val="0"/>
                <w:sz w:val="18"/>
              </w:rPr>
              <w:t>1.课件呈现不同尺寸的四幅图片。</w:t>
            </w:r>
          </w:p>
          <w:p>
            <w:pPr>
              <w:spacing w:after="20" w:line="276" w:lineRule="auto"/>
            </w:pPr>
            <w:r>
              <w:rPr>
                <w:rFonts w:ascii="宋体" w:hAnsi="宋体" w:eastAsia="宋体"/>
                <w:b w:val="0"/>
                <w:sz w:val="18"/>
              </w:rPr>
              <w:t>师：这四幅图片中，哪两幅图片的形状相同？</w:t>
            </w:r>
          </w:p>
          <w:p>
            <w:pPr>
              <w:spacing w:after="20" w:line="276" w:lineRule="auto"/>
            </w:pPr>
            <w:r>
              <w:rPr>
                <w:rFonts w:ascii="宋体" w:hAnsi="宋体" w:eastAsia="宋体"/>
                <w:b w:val="0"/>
                <w:sz w:val="18"/>
              </w:rPr>
              <w:t>师：第2幅图片和第4幅图片的形状之所以相同，是因为这两幅图片长和宽的比值相同。这就是我们今天要学习的内容——比例。（板书课题：比例的意义）</w:t>
            </w:r>
          </w:p>
          <w:p>
            <w:pPr>
              <w:spacing w:after="20" w:line="276" w:lineRule="auto"/>
            </w:pPr>
            <w:r>
              <w:rPr>
                <w:rFonts w:ascii="宋体" w:hAnsi="宋体" w:eastAsia="宋体"/>
                <w:b w:val="0"/>
                <w:sz w:val="18"/>
              </w:rPr>
              <w:t>2.提出问题，激活学生经验。</w:t>
            </w:r>
          </w:p>
          <w:p>
            <w:pPr>
              <w:spacing w:after="20" w:line="276" w:lineRule="auto"/>
            </w:pPr>
            <w:r>
              <w:rPr>
                <w:rFonts w:ascii="宋体" w:hAnsi="宋体" w:eastAsia="宋体"/>
                <w:b w:val="0"/>
                <w:sz w:val="18"/>
              </w:rPr>
              <w:t>师：很多新的概念都是和原有知识有联系的，你认为“比例”会和什么知识有联系？</w:t>
            </w:r>
          </w:p>
          <w:p>
            <w:pPr>
              <w:spacing w:after="20" w:line="276" w:lineRule="auto"/>
            </w:pPr>
            <w:r>
              <w:rPr>
                <w:rFonts w:ascii="宋体" w:hAnsi="宋体" w:eastAsia="宋体"/>
                <w:b w:val="0"/>
                <w:sz w:val="18"/>
              </w:rPr>
              <w:t>师：对，我们是在“比”的基础上研究“比例”。“例”在汉语词典中的一种解释是“符合某种条件”，那“比”要符合什么条件才可以成为“比例”呢？下面我们就一起来探究。</w:t>
            </w:r>
          </w:p>
          <w:p>
            <w:pPr>
              <w:spacing w:after="20" w:line="276" w:lineRule="auto"/>
            </w:pPr>
            <w:r>
              <w:rPr>
                <w:rFonts w:ascii="宋体" w:hAnsi="宋体" w:eastAsia="宋体"/>
                <w:b w:val="0"/>
                <w:sz w:val="18"/>
              </w:rPr>
              <w:t>引导学生观察放大后的三幅图片，体会按比例放大与没按比例放大的不同的视觉效果。</w:t>
            </w:r>
          </w:p>
        </w:tc>
        <w:tc>
          <w:tcPr>
            <w:tcW w:type="dxa" w:w="3061"/>
          </w:tcPr>
          <w:p>
            <w:pPr>
              <w:spacing w:after="20" w:line="276" w:lineRule="auto"/>
            </w:pPr>
            <w:r/>
            <w:r>
              <w:rPr>
                <w:rFonts w:ascii="宋体" w:hAnsi="宋体" w:eastAsia="宋体"/>
                <w:b w:val="0"/>
                <w:sz w:val="18"/>
              </w:rPr>
              <w:t>学生会说出第2幅图片和第4幅图片的形状相同。</w:t>
            </w:r>
          </w:p>
          <w:p>
            <w:pPr>
              <w:spacing w:after="20" w:line="276" w:lineRule="auto"/>
            </w:pPr>
            <w:r>
              <w:rPr>
                <w:rFonts w:ascii="宋体" w:hAnsi="宋体" w:eastAsia="宋体"/>
                <w:b w:val="0"/>
                <w:sz w:val="18"/>
              </w:rPr>
              <w:t>学生能从字面上感觉到“比例”和“比”有联系。</w:t>
            </w:r>
          </w:p>
        </w:tc>
        <w:tc>
          <w:tcPr>
            <w:tcW w:type="dxa" w:w="1814"/>
          </w:tcPr>
          <w:p>
            <w:pPr>
              <w:spacing w:after="20" w:line="276" w:lineRule="auto"/>
            </w:pPr>
            <w:r/>
            <w:r>
              <w:rPr>
                <w:rFonts w:ascii="宋体" w:hAnsi="宋体" w:eastAsia="宋体"/>
                <w:b w:val="0"/>
                <w:sz w:val="18"/>
              </w:rPr>
              <w:t>“比例”的学习基础是“比”，教师通过对“例”字的解释，让学生对“比例”的思考深入到“比要符合某种条件”。新旧知识的迁移不是简单的“移位”或“模仿”，而是要探寻新旧知识之间的联系和区别，从而在旧知识的基础上建构新的知识。</w:t>
            </w:r>
          </w:p>
        </w:tc>
      </w:tr>
      <w:tr>
        <w:tc>
          <w:tcPr>
            <w:tcW w:type="dxa" w:w="1474"/>
          </w:tcPr>
          <w:p>
            <w:pPr>
              <w:spacing w:after="20" w:line="276" w:lineRule="auto"/>
            </w:pPr>
            <w:r>
              <w:rPr>
                <w:b/>
              </w:rPr>
            </w:r>
            <w:r>
              <w:rPr>
                <w:rFonts w:ascii="宋体" w:hAnsi="宋体" w:eastAsia="宋体"/>
                <w:b/>
                <w:sz w:val="18"/>
              </w:rPr>
              <w:t>二、求比值，探规律</w:t>
            </w:r>
          </w:p>
        </w:tc>
        <w:tc>
          <w:tcPr>
            <w:tcW w:type="dxa" w:w="3061"/>
          </w:tcPr>
          <w:p>
            <w:pPr>
              <w:spacing w:after="20" w:line="276" w:lineRule="auto"/>
            </w:pPr>
            <w:r/>
            <w:r>
              <w:rPr>
                <w:rFonts w:ascii="宋体" w:hAnsi="宋体" w:eastAsia="宋体"/>
                <w:b w:val="0"/>
                <w:sz w:val="18"/>
              </w:rPr>
              <w:t>课件出示两组图形。</w:t>
            </w:r>
          </w:p>
          <w:p>
            <w:pPr>
              <w:spacing w:after="20" w:line="276" w:lineRule="auto"/>
            </w:pPr>
            <w:r>
              <w:rPr>
                <w:rFonts w:ascii="宋体" w:hAnsi="宋体" w:eastAsia="宋体"/>
                <w:b w:val="0"/>
                <w:sz w:val="18"/>
              </w:rPr>
              <w:t>师：先求出每个图形长和宽的比值，再汇报。（教师将学生汇报的结果逐一板书。）</w:t>
            </w:r>
          </w:p>
          <w:p>
            <w:pPr>
              <w:spacing w:after="20" w:line="276" w:lineRule="auto"/>
            </w:pPr>
            <w:r>
              <w:rPr>
                <w:rFonts w:ascii="宋体" w:hAnsi="宋体" w:eastAsia="宋体"/>
                <w:b w:val="0"/>
                <w:sz w:val="18"/>
              </w:rPr>
              <w:t>18∶12=3∶215∶10=3∶26∶4=3∶2</w:t>
            </w:r>
          </w:p>
          <w:p>
            <w:pPr>
              <w:spacing w:after="20" w:line="276" w:lineRule="auto"/>
            </w:pPr>
            <w:r>
              <w:rPr>
                <w:rFonts w:ascii="宋体" w:hAnsi="宋体" w:eastAsia="宋体"/>
                <w:b w:val="0"/>
                <w:sz w:val="18"/>
              </w:rPr>
              <w:t>16∶12=4∶314∶12=7∶618∶4=9∶2</w:t>
            </w:r>
          </w:p>
          <w:p>
            <w:pPr>
              <w:spacing w:after="20" w:line="276" w:lineRule="auto"/>
            </w:pPr>
            <w:r>
              <w:rPr>
                <w:rFonts w:ascii="宋体" w:hAnsi="宋体" w:eastAsia="宋体"/>
                <w:b w:val="0"/>
                <w:sz w:val="18"/>
              </w:rPr>
              <w:t>师：观察每一个图形长和宽的比值，同学们发现了什么？</w:t>
            </w:r>
          </w:p>
          <w:p>
            <w:pPr>
              <w:spacing w:after="20" w:line="276" w:lineRule="auto"/>
            </w:pPr>
            <w:r>
              <w:rPr>
                <w:rFonts w:ascii="宋体" w:hAnsi="宋体" w:eastAsia="宋体"/>
                <w:b w:val="0"/>
                <w:sz w:val="18"/>
              </w:rPr>
              <w:t>师：你们观察得非常仔细。第一组中三个图形的长与宽的比值都相等，所以第一组中的三个图形大小不同，但形状相同；第二组中三个图形的比值都不相等，所以第二组中三个图形大小和形状都不同。</w:t>
            </w:r>
          </w:p>
        </w:tc>
        <w:tc>
          <w:tcPr>
            <w:tcW w:type="dxa" w:w="3061"/>
          </w:tcPr>
          <w:p>
            <w:pPr>
              <w:spacing w:after="20" w:line="276" w:lineRule="auto"/>
            </w:pPr>
            <w:r/>
            <w:r>
              <w:rPr>
                <w:rFonts w:ascii="宋体" w:hAnsi="宋体" w:eastAsia="宋体"/>
                <w:b w:val="0"/>
                <w:sz w:val="18"/>
              </w:rPr>
            </w:r>
          </w:p>
          <w:p>
            <w:pPr>
              <w:spacing w:after="20" w:line="276" w:lineRule="auto"/>
            </w:pPr>
            <w:r>
              <w:rPr>
                <w:rFonts w:ascii="宋体" w:hAnsi="宋体" w:eastAsia="宋体"/>
                <w:b w:val="0"/>
                <w:sz w:val="18"/>
              </w:rPr>
              <w:t>预设1：我发现第一组的三个图形的长和宽的比值都相等。</w:t>
            </w:r>
          </w:p>
          <w:p>
            <w:pPr>
              <w:spacing w:after="20" w:line="276" w:lineRule="auto"/>
            </w:pPr>
            <w:r>
              <w:rPr>
                <w:rFonts w:ascii="宋体" w:hAnsi="宋体" w:eastAsia="宋体"/>
                <w:b w:val="0"/>
                <w:sz w:val="18"/>
              </w:rPr>
              <w:t>预设2：第二组的三个图形的长和宽的比值都不相等。</w:t>
            </w:r>
          </w:p>
        </w:tc>
        <w:tc>
          <w:tcPr>
            <w:tcW w:type="dxa" w:w="1814"/>
          </w:tcPr>
          <w:p>
            <w:pPr>
              <w:spacing w:after="20" w:line="276" w:lineRule="auto"/>
            </w:pPr>
            <w:r/>
            <w:r>
              <w:rPr>
                <w:rFonts w:ascii="宋体" w:hAnsi="宋体" w:eastAsia="宋体"/>
                <w:b w:val="0"/>
                <w:sz w:val="18"/>
              </w:rPr>
              <w:t>求比值，目的是唤起学生已有的知识基础。探规律，目的是让学生将两数的比值与长方形的长与宽的直观图结合起来，同时也为后面挖掘比例概念的内涵做初步的铺垫。</w:t>
            </w:r>
          </w:p>
        </w:tc>
      </w:tr>
      <w:tr>
        <w:tc>
          <w:tcPr>
            <w:tcW w:type="dxa" w:w="1474"/>
          </w:tcPr>
          <w:p>
            <w:pPr>
              <w:spacing w:after="20" w:line="276" w:lineRule="auto"/>
            </w:pPr>
            <w:r>
              <w:rPr>
                <w:b/>
              </w:rPr>
            </w:r>
            <w:r>
              <w:rPr>
                <w:rFonts w:ascii="宋体" w:hAnsi="宋体" w:eastAsia="宋体"/>
                <w:b/>
                <w:sz w:val="18"/>
              </w:rPr>
              <w:t>三、归纳概念，理解比例的意义</w:t>
            </w:r>
          </w:p>
        </w:tc>
        <w:tc>
          <w:tcPr>
            <w:tcW w:type="dxa" w:w="3061"/>
          </w:tcPr>
          <w:p>
            <w:pPr>
              <w:spacing w:after="20" w:line="276" w:lineRule="auto"/>
            </w:pPr>
            <w:r/>
            <w:r>
              <w:rPr>
                <w:rFonts w:ascii="宋体" w:hAnsi="宋体" w:eastAsia="宋体"/>
                <w:b w:val="0"/>
                <w:sz w:val="18"/>
              </w:rPr>
              <w:t>1.归纳概念。</w:t>
            </w:r>
          </w:p>
          <w:p>
            <w:pPr>
              <w:spacing w:after="20" w:line="276" w:lineRule="auto"/>
            </w:pPr>
            <w:r>
              <w:rPr>
                <w:rFonts w:ascii="宋体" w:hAnsi="宋体" w:eastAsia="宋体"/>
                <w:b w:val="0"/>
                <w:sz w:val="18"/>
              </w:rPr>
              <w:t>板书：</w:t>
            </w:r>
          </w:p>
          <w:p>
            <w:pPr>
              <w:spacing w:after="20" w:line="276" w:lineRule="auto"/>
            </w:pPr>
            <w:r>
              <w:rPr>
                <w:rFonts w:ascii="宋体" w:hAnsi="宋体" w:eastAsia="宋体"/>
                <w:b w:val="0"/>
                <w:sz w:val="18"/>
              </w:rPr>
              <w:t>18∶12=15∶10 18∶12=6∶415∶10=6∶4</w:t>
            </w:r>
          </w:p>
          <w:p>
            <w:pPr>
              <w:spacing w:after="20" w:line="276" w:lineRule="auto"/>
            </w:pPr>
            <w:r>
              <w:rPr>
                <w:rFonts w:ascii="宋体" w:hAnsi="宋体" w:eastAsia="宋体"/>
                <w:b w:val="0"/>
                <w:sz w:val="18"/>
              </w:rPr>
              <w:t>表示两个比相等的式子叫作比例。</w:t>
            </w:r>
          </w:p>
          <w:p>
            <w:pPr>
              <w:spacing w:after="20" w:line="276" w:lineRule="auto"/>
            </w:pPr>
            <w:r>
              <w:rPr>
                <w:rFonts w:ascii="宋体" w:hAnsi="宋体" w:eastAsia="宋体"/>
                <w:b w:val="0"/>
                <w:sz w:val="18"/>
              </w:rPr>
              <w:t>师：请以小组为单位，仔细观察黑板上的几组比例。讨论：符合什么条件的比才是比例？比例与比有什么区别和联系？（学生思考并组内交流。）</w:t>
            </w:r>
          </w:p>
          <w:p>
            <w:pPr>
              <w:spacing w:after="20" w:line="276" w:lineRule="auto"/>
            </w:pPr>
            <w:r>
              <w:rPr>
                <w:rFonts w:ascii="宋体" w:hAnsi="宋体" w:eastAsia="宋体"/>
                <w:b w:val="0"/>
                <w:sz w:val="18"/>
              </w:rPr>
              <w:t>2.丰富情境，理解比例的意义。</w:t>
            </w:r>
          </w:p>
          <w:p>
            <w:pPr>
              <w:spacing w:after="20" w:line="276" w:lineRule="auto"/>
            </w:pPr>
            <w:r>
              <w:rPr>
                <w:rFonts w:ascii="宋体" w:hAnsi="宋体" w:eastAsia="宋体"/>
                <w:b w:val="0"/>
                <w:sz w:val="18"/>
              </w:rPr>
              <w:t>(1)学生观察教科书P38的主题图。</w:t>
            </w:r>
          </w:p>
          <w:p>
            <w:pPr>
              <w:spacing w:after="20" w:line="276" w:lineRule="auto"/>
            </w:pPr>
            <w:r>
              <w:rPr>
                <w:rFonts w:ascii="宋体" w:hAnsi="宋体" w:eastAsia="宋体"/>
                <w:b w:val="0"/>
                <w:sz w:val="18"/>
              </w:rPr>
              <w:t>师：生活中还有很多按比例缩放的现象。请你们看看这三面国旗的尺寸，它们的长与宽的比是不是也能组成比例呢？</w:t>
            </w:r>
          </w:p>
          <w:p>
            <w:pPr>
              <w:spacing w:after="20" w:line="276" w:lineRule="auto"/>
            </w:pPr>
            <w:r>
              <w:rPr>
                <w:rFonts w:ascii="宋体" w:hAnsi="宋体" w:eastAsia="宋体"/>
                <w:b w:val="0"/>
                <w:sz w:val="18"/>
              </w:rPr>
              <w:t>(2)学生独立思考，在练习本上记录找到的相同比值的比，并写成等式。</w:t>
            </w:r>
          </w:p>
          <w:p>
            <w:pPr>
              <w:spacing w:after="20" w:line="276" w:lineRule="auto"/>
            </w:pPr>
            <w:r>
              <w:rPr>
                <w:rFonts w:ascii="宋体" w:hAnsi="宋体" w:eastAsia="宋体"/>
                <w:b w:val="0"/>
                <w:sz w:val="18"/>
              </w:rPr>
              <w:t>(3)小组内合作交流，教师巡视。</w:t>
            </w:r>
          </w:p>
          <w:p>
            <w:pPr>
              <w:spacing w:after="20" w:line="276" w:lineRule="auto"/>
            </w:pPr>
            <w:r>
              <w:rPr>
                <w:rFonts w:ascii="宋体" w:hAnsi="宋体" w:eastAsia="宋体"/>
                <w:b w:val="0"/>
                <w:sz w:val="18"/>
              </w:rPr>
              <w:t>(4)教师根据学生的汇报板书：</w:t>
            </w:r>
          </w:p>
          <w:p>
            <w:pPr>
              <w:spacing w:after="20" w:line="276" w:lineRule="auto"/>
            </w:pPr>
            <w:r>
              <w:rPr>
                <w:rFonts w:ascii="宋体" w:hAnsi="宋体" w:eastAsia="宋体"/>
                <w:b w:val="0"/>
                <w:sz w:val="18"/>
              </w:rPr>
              <w:t>5∶ EMBED Equation.DSMT4  =2.4∶1.6   5∶ EMBED Equation.DSMT4  =60∶40   2.4∶1.6=60∶40</w:t>
            </w:r>
          </w:p>
          <w:p>
            <w:pPr>
              <w:spacing w:after="20" w:line="276" w:lineRule="auto"/>
            </w:pPr>
            <w:r>
              <w:rPr>
                <w:rFonts w:ascii="宋体" w:hAnsi="宋体" w:eastAsia="宋体"/>
                <w:b w:val="0"/>
                <w:sz w:val="18"/>
              </w:rPr>
              <w:t>师：这三面国旗的尺寸中，还有哪些比可以组成比例？</w:t>
            </w:r>
          </w:p>
          <w:p>
            <w:pPr>
              <w:spacing w:after="20" w:line="276" w:lineRule="auto"/>
            </w:pPr>
            <w:r>
              <w:rPr>
                <w:rFonts w:ascii="宋体" w:hAnsi="宋体" w:eastAsia="宋体"/>
                <w:b w:val="0"/>
                <w:sz w:val="18"/>
              </w:rPr>
              <w:t>理解比例的意义是本节课的重点，注意教学的层次性，充分让学生观察、发现、表达。</w:t>
            </w:r>
          </w:p>
          <w:p>
            <w:pPr>
              <w:spacing w:after="20" w:line="276" w:lineRule="auto"/>
            </w:pPr>
            <w:r>
              <w:rPr>
                <w:rFonts w:ascii="宋体" w:hAnsi="宋体" w:eastAsia="宋体"/>
                <w:b w:val="0"/>
                <w:sz w:val="18"/>
              </w:rPr>
              <w:t>引导学生写出各种比时，要有不同的相对的比，拓展学生的思维，促进理解。</w:t>
            </w:r>
          </w:p>
          <w:p>
            <w:pPr>
              <w:spacing w:after="20" w:line="276" w:lineRule="auto"/>
            </w:pPr>
            <w:r>
              <w:rPr>
                <w:rFonts w:ascii="宋体" w:hAnsi="宋体" w:eastAsia="宋体"/>
                <w:b w:val="0"/>
                <w:sz w:val="18"/>
              </w:rPr>
              <w:t>师：对呀！从这三幅按比例缩放的国旗图中，我们可以组成许多个比例。（板书）</w:t>
            </w:r>
          </w:p>
          <w:p>
            <w:pPr>
              <w:spacing w:after="20" w:line="276" w:lineRule="auto"/>
            </w:pPr>
            <w:r>
              <w:rPr>
                <w:rFonts w:ascii="宋体" w:hAnsi="宋体" w:eastAsia="宋体"/>
                <w:b w:val="0"/>
                <w:sz w:val="18"/>
              </w:rPr>
              <w:t>例如：1.6∶2.4=40∶60  5∶2.4= EMBED Equation.DSMT4  ∶1.6  1.6∶40=2.4∶60</w:t>
            </w:r>
          </w:p>
          <w:p>
            <w:pPr>
              <w:spacing w:after="20" w:line="276" w:lineRule="auto"/>
            </w:pPr>
            <w:r>
              <w:rPr>
                <w:rFonts w:ascii="宋体" w:hAnsi="宋体" w:eastAsia="宋体"/>
                <w:b w:val="0"/>
                <w:sz w:val="18"/>
              </w:rPr>
              <w:t>3.冲突质疑，深化理解比例的意义。</w:t>
            </w:r>
          </w:p>
          <w:p>
            <w:pPr>
              <w:spacing w:after="20" w:line="276" w:lineRule="auto"/>
            </w:pPr>
            <w:r>
              <w:rPr>
                <w:rFonts w:ascii="宋体" w:hAnsi="宋体" w:eastAsia="宋体"/>
                <w:b w:val="0"/>
                <w:sz w:val="18"/>
              </w:rPr>
              <w:t>师：既然国旗尺寸是按比例缩放的，那是不是国旗尺寸中任意两个数据组成的比都能组成比例呢？</w:t>
            </w:r>
          </w:p>
          <w:p>
            <w:pPr>
              <w:spacing w:after="20" w:line="276" w:lineRule="auto"/>
            </w:pPr>
            <w:r>
              <w:rPr>
                <w:rFonts w:ascii="宋体" w:hAnsi="宋体" w:eastAsia="宋体"/>
                <w:b w:val="0"/>
                <w:sz w:val="18"/>
              </w:rPr>
              <w:t>例如：天安门国旗的长∶天安门国旗的宽，学校国旗的宽∶学校国旗的长。</w:t>
            </w:r>
          </w:p>
          <w:p>
            <w:pPr>
              <w:spacing w:after="20" w:line="276" w:lineRule="auto"/>
            </w:pPr>
            <w:r>
              <w:rPr>
                <w:rFonts w:ascii="宋体" w:hAnsi="宋体" w:eastAsia="宋体"/>
                <w:b w:val="0"/>
                <w:sz w:val="18"/>
              </w:rPr>
              <w:t>师：你们的发现真了不起！要注意，只有相对应的量之间的比值相等，才能组成比例。老师还要告诉你们，虽然国旗的长和宽的比值是 EMBED Equation.DSMT4  ，但是并不是每一组数据都可以作为国旗的长和宽的尺寸的。《国旗制法说明》对国旗的制作有明确规范。国旗尺寸分5种规格(单位：cm)：甲，288×192；乙，240×160；丙，192×128；丁,144×96；戊，96×64。也就是说，只有符合这5种规格的才可以作为国旗的尺寸。</w:t>
            </w:r>
          </w:p>
        </w:tc>
        <w:tc>
          <w:tcPr>
            <w:tcW w:type="dxa" w:w="3061"/>
          </w:tcPr>
          <w:p>
            <w:pPr>
              <w:spacing w:after="20" w:line="276" w:lineRule="auto"/>
            </w:pPr>
            <w:r/>
            <w:r>
              <w:rPr>
                <w:rFonts w:ascii="宋体" w:hAnsi="宋体" w:eastAsia="宋体"/>
                <w:b w:val="0"/>
                <w:sz w:val="18"/>
              </w:rPr>
              <w:t>预设1：比例要符合“两个比”和“一个等式”，且两个比的比值相等。</w:t>
            </w:r>
          </w:p>
          <w:p>
            <w:pPr>
              <w:spacing w:after="20" w:line="276" w:lineRule="auto"/>
            </w:pPr>
            <w:r>
              <w:rPr>
                <w:rFonts w:ascii="宋体" w:hAnsi="宋体" w:eastAsia="宋体"/>
                <w:b w:val="0"/>
                <w:sz w:val="18"/>
              </w:rPr>
              <w:t>预设3：两数相除叫作两个数的比，而表示两个比相等的式子叫作比例。</w:t>
            </w:r>
          </w:p>
          <w:p>
            <w:pPr>
              <w:spacing w:after="20" w:line="276" w:lineRule="auto"/>
            </w:pPr>
            <w:r>
              <w:rPr>
                <w:rFonts w:ascii="宋体" w:hAnsi="宋体" w:eastAsia="宋体"/>
                <w:b w:val="0"/>
                <w:sz w:val="18"/>
              </w:rPr>
              <w:t>预设4：比由两个数组成，而比例由四个数组成。</w:t>
            </w:r>
          </w:p>
          <w:p>
            <w:pPr>
              <w:spacing w:after="20" w:line="276" w:lineRule="auto"/>
            </w:pPr>
            <w:r>
              <w:rPr>
                <w:rFonts w:ascii="宋体" w:hAnsi="宋体" w:eastAsia="宋体"/>
                <w:b w:val="0"/>
                <w:sz w:val="18"/>
              </w:rPr>
              <w:t>预设1：这三面国旗宽与长的比值也都相等，所以每两面国旗的宽与长的比也都可以组成比例。</w:t>
            </w:r>
          </w:p>
          <w:p>
            <w:pPr>
              <w:spacing w:after="20" w:line="276" w:lineRule="auto"/>
            </w:pPr>
            <w:r>
              <w:rPr>
                <w:rFonts w:ascii="宋体" w:hAnsi="宋体" w:eastAsia="宋体"/>
                <w:b w:val="0"/>
                <w:sz w:val="18"/>
              </w:rPr>
              <w:t>预设2：每两面国旗的长与长的比值、宽与宽的比值也相等，所以每两面国旗的长的比与宽的比也可以组成比例。</w:t>
            </w:r>
          </w:p>
          <w:p>
            <w:pPr>
              <w:spacing w:after="20" w:line="276" w:lineRule="auto"/>
            </w:pPr>
            <w:r>
              <w:rPr>
                <w:rFonts w:ascii="宋体" w:hAnsi="宋体" w:eastAsia="宋体"/>
                <w:b w:val="0"/>
                <w:sz w:val="18"/>
              </w:rPr>
              <w:t>学生发现这两个比的比值不相等，不能组成比例。（教师追问：为什么不相等？）引导学生说出一个是长∶宽，一个是宽∶长，要想比值相等，另一个也应该是长∶宽才行。</w:t>
            </w:r>
          </w:p>
        </w:tc>
        <w:tc>
          <w:tcPr>
            <w:tcW w:type="dxa" w:w="1814"/>
          </w:tcPr>
          <w:p>
            <w:pPr>
              <w:spacing w:after="20" w:line="276" w:lineRule="auto"/>
            </w:pPr>
            <w:r/>
            <w:r>
              <w:rPr>
                <w:rFonts w:ascii="宋体" w:hAnsi="宋体" w:eastAsia="宋体"/>
                <w:b w:val="0"/>
                <w:sz w:val="18"/>
              </w:rPr>
              <w:t>直接揭示“比例”的意义，让学生在观察、比较、判断、归纳的过程中初步理解比例的意义，并找出“比”与“比例”的联系与区别。</w:t>
            </w:r>
          </w:p>
          <w:p>
            <w:pPr>
              <w:spacing w:after="20" w:line="276" w:lineRule="auto"/>
            </w:pPr>
            <w:r>
              <w:rPr>
                <w:rFonts w:ascii="宋体" w:hAnsi="宋体" w:eastAsia="宋体"/>
                <w:b w:val="0"/>
                <w:sz w:val="18"/>
              </w:rPr>
              <w:t>概念的建立应该经历从具体到抽象的过程，但这个“具体”不能仅仅局限于一组数据，提供国旗的不同尺寸成比例情境，给学生提供更为充分的研究和体验的机会，从特殊到一般，进一步理解比例的意义。</w:t>
            </w:r>
          </w:p>
          <w:p>
            <w:pPr>
              <w:spacing w:after="20" w:line="276" w:lineRule="auto"/>
            </w:pPr>
            <w:r>
              <w:rPr>
                <w:rFonts w:ascii="宋体" w:hAnsi="宋体" w:eastAsia="宋体"/>
                <w:b w:val="0"/>
                <w:sz w:val="18"/>
              </w:rPr>
              <w:t>要形成完整的概念，除了引导学生观察到概念的显性结构特征和数量特征以外，还要帮助学生发现概念的隐性特征。通过巧妙的引导，学生对比例意义的内涵有较为深入的思考。介绍国旗的通用尺度的知识，让学生对国旗有更深入的了解。</w:t>
            </w:r>
          </w:p>
        </w:tc>
      </w:tr>
      <w:tr>
        <w:tc>
          <w:tcPr>
            <w:tcW w:type="dxa" w:w="1474"/>
          </w:tcPr>
          <w:p>
            <w:pPr>
              <w:spacing w:after="20" w:line="276" w:lineRule="auto"/>
            </w:pPr>
            <w:r>
              <w:rPr>
                <w:b/>
              </w:rPr>
            </w:r>
            <w:r>
              <w:rPr>
                <w:rFonts w:ascii="宋体" w:hAnsi="宋体" w:eastAsia="宋体"/>
                <w:b/>
                <w:sz w:val="18"/>
              </w:rPr>
              <w:t>四、巩固概念，知识应用</w:t>
            </w:r>
          </w:p>
        </w:tc>
        <w:tc>
          <w:tcPr>
            <w:tcW w:type="dxa" w:w="3061"/>
          </w:tcPr>
          <w:p>
            <w:pPr>
              <w:spacing w:after="20" w:line="276" w:lineRule="auto"/>
            </w:pPr>
            <w:r/>
            <w:r>
              <w:rPr>
                <w:rFonts w:ascii="宋体" w:hAnsi="宋体" w:eastAsia="宋体"/>
                <w:b w:val="0"/>
                <w:sz w:val="18"/>
              </w:rPr>
              <w:t>1.课件出示教科书P38“做一做”第1题。</w:t>
            </w:r>
          </w:p>
          <w:p>
            <w:pPr>
              <w:spacing w:after="20" w:line="276" w:lineRule="auto"/>
            </w:pPr>
            <w:r>
              <w:rPr>
                <w:rFonts w:ascii="宋体" w:hAnsi="宋体" w:eastAsia="宋体"/>
                <w:b w:val="0"/>
                <w:sz w:val="18"/>
              </w:rPr>
              <w:t>2.独立完成教科书P41“练习八”第1～4题。</w:t>
            </w:r>
          </w:p>
          <w:p>
            <w:pPr>
              <w:spacing w:after="20" w:line="276" w:lineRule="auto"/>
            </w:pPr>
            <w:r>
              <w:rPr>
                <w:rFonts w:ascii="宋体" w:hAnsi="宋体" w:eastAsia="宋体"/>
                <w:b w:val="0"/>
                <w:sz w:val="18"/>
              </w:rPr>
              <w:t>第2题：题目中每一组的四个数没有固定的对应关系，需要学生两两配对，计算比值，比较并判断。在处理这道习题时，注意引导学生发现组成的比例是多样化的，以第一组为例，试着写出8个比例。</w:t>
            </w:r>
          </w:p>
          <w:p>
            <w:pPr>
              <w:spacing w:after="20" w:line="276" w:lineRule="auto"/>
            </w:pPr>
            <w:r>
              <w:rPr>
                <w:rFonts w:ascii="宋体" w:hAnsi="宋体" w:eastAsia="宋体"/>
                <w:b w:val="0"/>
                <w:sz w:val="18"/>
              </w:rPr>
              <w:t>第3题：这道题开放性很强，可以放手让学生在小组内探究，汇报时重点说说，只要是两个比的比值相等，就能组成比例。</w:t>
            </w:r>
          </w:p>
          <w:p>
            <w:pPr>
              <w:spacing w:after="20" w:line="276" w:lineRule="auto"/>
            </w:pPr>
            <w:r>
              <w:rPr>
                <w:rFonts w:ascii="宋体" w:hAnsi="宋体" w:eastAsia="宋体"/>
                <w:b w:val="0"/>
                <w:sz w:val="18"/>
              </w:rPr>
              <w:t>第4题：可以让学生计算两块水稻田的产量之比和两块水稻田的面积之比，判断它们能否组成比例。</w:t>
            </w:r>
          </w:p>
          <w:p>
            <w:pPr>
              <w:spacing w:after="20" w:line="276" w:lineRule="auto"/>
            </w:pPr>
            <w:r>
              <w:rPr>
                <w:rFonts w:ascii="宋体" w:hAnsi="宋体" w:eastAsia="宋体"/>
                <w:b w:val="0"/>
                <w:sz w:val="18"/>
              </w:rPr>
              <w:t>3.课件出示教科书P38“做一做”第2题。</w:t>
            </w:r>
          </w:p>
          <w:p>
            <w:pPr>
              <w:spacing w:after="20" w:line="276" w:lineRule="auto"/>
            </w:pPr>
            <w:r>
              <w:rPr>
                <w:rFonts w:ascii="宋体" w:hAnsi="宋体" w:eastAsia="宋体"/>
                <w:b w:val="0"/>
                <w:sz w:val="18"/>
              </w:rPr>
              <w:t>师：用图中的4个数据可以组成哪些比例？</w:t>
            </w:r>
          </w:p>
          <w:p>
            <w:pPr>
              <w:spacing w:after="20" w:line="276" w:lineRule="auto"/>
            </w:pPr>
            <w:r>
              <w:rPr>
                <w:rFonts w:ascii="宋体" w:hAnsi="宋体" w:eastAsia="宋体"/>
                <w:b w:val="0"/>
                <w:sz w:val="18"/>
              </w:rPr>
              <w:t>课件出示所组成的8个比例。</w:t>
            </w:r>
          </w:p>
          <w:p>
            <w:pPr>
              <w:spacing w:after="20" w:line="276" w:lineRule="auto"/>
            </w:pPr>
            <w:r>
              <w:rPr>
                <w:rFonts w:ascii="宋体" w:hAnsi="宋体" w:eastAsia="宋体"/>
                <w:b w:val="0"/>
                <w:sz w:val="18"/>
              </w:rPr>
              <w:t>先让学生找出四个数组成的所有比，除了通过写出比并计算比值来判断以外，还可以让学生发现只要是相对应的边的比就能组成比例，使学生初步体会图形的相似。</w:t>
            </w:r>
          </w:p>
        </w:tc>
        <w:tc>
          <w:tcPr>
            <w:tcW w:type="dxa" w:w="3061"/>
          </w:tcPr>
          <w:p>
            <w:pPr>
              <w:spacing w:after="20" w:line="276" w:lineRule="auto"/>
            </w:pPr>
            <w:r/>
            <w:r>
              <w:rPr>
                <w:rFonts w:ascii="宋体" w:hAnsi="宋体" w:eastAsia="宋体"/>
                <w:b w:val="0"/>
                <w:sz w:val="18"/>
              </w:rPr>
              <w:t>学生独立完成后交流。</w:t>
            </w:r>
          </w:p>
          <w:p>
            <w:pPr>
              <w:spacing w:after="20" w:line="276" w:lineRule="auto"/>
            </w:pPr>
            <w:r>
              <w:rPr>
                <w:rFonts w:ascii="宋体" w:hAnsi="宋体" w:eastAsia="宋体"/>
                <w:b w:val="0"/>
                <w:sz w:val="18"/>
              </w:rPr>
              <w:t>学生会通过求比值的方法来进行判断，教师可以让学生说一说这种判断的依据是什么，巩固比例的意义。学生出现的问题是不知道如何规范解答，教师要示范规范的解题格式，还要注意能组成比例的答案不唯一。</w:t>
            </w:r>
          </w:p>
          <w:p>
            <w:pPr>
              <w:spacing w:after="20" w:line="276" w:lineRule="auto"/>
            </w:pPr>
            <w:r>
              <w:rPr>
                <w:rFonts w:ascii="宋体" w:hAnsi="宋体" w:eastAsia="宋体"/>
                <w:b w:val="0"/>
                <w:sz w:val="18"/>
              </w:rPr>
              <w:t>学生独立完成后小组内交流。</w:t>
            </w:r>
          </w:p>
          <w:p>
            <w:pPr>
              <w:spacing w:after="20" w:line="276" w:lineRule="auto"/>
            </w:pPr>
            <w:r>
              <w:rPr>
                <w:rFonts w:ascii="宋体" w:hAnsi="宋体" w:eastAsia="宋体"/>
                <w:b w:val="0"/>
                <w:sz w:val="18"/>
              </w:rPr>
              <w:t>第1题：表格呈现的相对应的量很清楚，学生可以通过计算相对应的两个量的比值来判断。在汇报时要注意让学生说说怎样理解相对应的两个量，这两个量的比表示什么实际含义。</w:t>
            </w:r>
          </w:p>
          <w:p>
            <w:pPr>
              <w:spacing w:after="20" w:line="276" w:lineRule="auto"/>
            </w:pPr>
            <w:r>
              <w:rPr>
                <w:rFonts w:ascii="宋体" w:hAnsi="宋体" w:eastAsia="宋体"/>
                <w:b w:val="0"/>
                <w:sz w:val="18"/>
              </w:rPr>
              <w:t>预设1：4∶3＝2∶1.5。</w:t>
            </w:r>
          </w:p>
          <w:p>
            <w:pPr>
              <w:spacing w:after="20" w:line="276" w:lineRule="auto"/>
            </w:pPr>
            <w:r>
              <w:rPr>
                <w:rFonts w:ascii="宋体" w:hAnsi="宋体" w:eastAsia="宋体"/>
                <w:b w:val="0"/>
                <w:sz w:val="18"/>
              </w:rPr>
              <w:t>预设2：4∶2＝3∶1.5。</w:t>
            </w:r>
          </w:p>
          <w:p>
            <w:pPr>
              <w:spacing w:after="20" w:line="276" w:lineRule="auto"/>
            </w:pPr>
            <w:r>
              <w:rPr>
                <w:rFonts w:ascii="宋体" w:hAnsi="宋体" w:eastAsia="宋体"/>
                <w:b w:val="0"/>
                <w:sz w:val="18"/>
              </w:rPr>
              <w:t>预设3：反过来也可以成立。</w:t>
            </w:r>
          </w:p>
        </w:tc>
        <w:tc>
          <w:tcPr>
            <w:tcW w:type="dxa" w:w="1814"/>
          </w:tcPr>
          <w:p>
            <w:pPr>
              <w:spacing w:after="20" w:line="276" w:lineRule="auto"/>
            </w:pPr>
            <w:r/>
            <w:r>
              <w:rPr>
                <w:rFonts w:ascii="宋体" w:hAnsi="宋体" w:eastAsia="宋体"/>
                <w:b w:val="0"/>
                <w:sz w:val="18"/>
              </w:rPr>
              <w:t>有层次地练习，紧紧围绕“比例”的意义，明确组成比例的条件和标准，感受比例知识的生活价值，巩固理解比例的本质。</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师：同学们，今天的数学课你们有哪些收获呢？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引导学生回顾梳理本课所学，完善认知结构，提升归纳与反思能力，核心问题："同学们，今天的数学课你们有哪些收获呢？"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时教学在理解情境、发现规律、表征关系、揭示概念的过程中，不仅加深了学生对已有知识的理解，而且在一系列的体验过程中，深入理解了“比例的意义”，发现了比值相等的两个比之间的关系，知道了只有相对应的量之间的比值相等，才能组成比例。学生首次运用比例的概念将四个数组成不同的比例，可能在熟练程度上有所欠缺，教师不要着急，要给学生充分的尝试时间，开阔学生的思路以及渗透有序思考的思想。</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反比例</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反比例</w:t>
            </w:r>
          </w:p>
        </w:tc>
        <w:tc>
          <w:tcPr>
            <w:tcW w:type="dxa" w:w="6009"/>
          </w:tcPr>
          <w:p>
            <w:pPr>
              <w:spacing w:after="20" w:line="276" w:lineRule="auto"/>
            </w:pPr>
            <w:r/>
            <w:r>
              <w:rPr>
                <w:rFonts w:ascii="宋体" w:hAnsi="宋体" w:eastAsia="宋体"/>
                <w:b w:val="0"/>
                <w:sz w:val="20"/>
              </w:rPr>
              <w:t>第4单元 比例（正比例和反比例）</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比例这一单元时，已经学习了比、除法的意义和分数的意义，以及分数的基本性质、分数与除法的关系、分数乘除法的计算方法等，这些都是学习本单元内容的基础知识。比例是小学阶段数与代数部分最后一单元学习的内容，这部分内容的特点是应用性强、综合性强、内容情境不新，但采用新的思维方式和数学模型，需要学生在较高水平层面上学习。</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（1）使学生经历从生活实例中抽象出成反比例关系的量的过程，初步理解反比例的意义，能判断两种量是否成反比例关系。</w:t>
      </w:r>
    </w:p>
    <w:p>
      <w:pPr>
        <w:spacing w:after="20" w:line="300" w:lineRule="auto"/>
        <w:ind w:firstLine="400"/>
      </w:pPr>
      <w:r>
        <w:rPr>
          <w:rFonts w:ascii="宋体" w:hAnsi="宋体" w:eastAsia="宋体"/>
          <w:b w:val="0"/>
          <w:sz w:val="20"/>
        </w:rPr>
        <w:t>（2）使学生在建构反比例意义的过程中培养观察、比较、分析、抽象、概括等能力,初步感受函数、数形结合等数学思想方法，发展思维能力。</w:t>
      </w:r>
    </w:p>
    <w:p>
      <w:pPr>
        <w:spacing w:after="20" w:line="300" w:lineRule="auto"/>
        <w:ind w:firstLine="400"/>
      </w:pPr>
      <w:r>
        <w:rPr>
          <w:rFonts w:ascii="宋体" w:hAnsi="宋体" w:eastAsia="宋体"/>
          <w:b w:val="0"/>
          <w:sz w:val="20"/>
        </w:rPr>
        <w:t>（3）在自主探索与合作交流中获得积极的数学学习情感体验。</w:t>
      </w:r>
    </w:p>
    <w:p>
      <w:pPr>
        <w:spacing w:after="20" w:line="300" w:lineRule="auto"/>
      </w:pPr>
      <w:r>
        <w:rPr>
          <w:rFonts w:ascii="宋体" w:hAnsi="宋体" w:eastAsia="宋体"/>
          <w:b w:val="0"/>
          <w:sz w:val="20"/>
        </w:rPr>
        <w:t>教学重点：理解反比例的意义，能判断两种量是否成反比例关系。</w:t>
      </w:r>
    </w:p>
    <w:p>
      <w:pPr>
        <w:spacing w:after="20" w:line="300" w:lineRule="auto"/>
      </w:pPr>
      <w:r>
        <w:rPr>
          <w:rFonts w:ascii="宋体" w:hAnsi="宋体" w:eastAsia="宋体"/>
          <w:b w:val="0"/>
          <w:sz w:val="20"/>
        </w:rPr>
        <w:t>教学难点：在探究中抽象出反比例的意义，渗透函数思想。</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一、对比感知，初步了解反比例关系</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二、构建反比例概念，理解反比例的意义</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同学们知道了每两个相对应的数的乘积都是300，那么这个300表示什么呢？；我们说水的高度和杯子的底面积这两种量成反比例关系，你能说说判断它们成反比例关系的理由吗？</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三、归纳判断两种量是否成反比例关系的条件</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我们怎样来判断两种量是否成反比例关系呢？；回忆一下，这与判断两种量成正比例关系的条件有什么异同？</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四、实践应用，巩固提升</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现在你能用所学的知识完成这个表格吗？；这道题要求我们判断下面每题中的两种量是否成反比例关系，并说明理由。你会依据什么条件来判断？</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今天的数学课，你们有哪些收获呢？课后请大家了解一下教科书P46“你知道吗？</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一、对比感知，初步了解反比例关系</w:t>
            </w:r>
          </w:p>
        </w:tc>
        <w:tc>
          <w:tcPr>
            <w:tcW w:type="dxa" w:w="3061"/>
          </w:tcPr>
          <w:p>
            <w:pPr>
              <w:spacing w:after="20" w:line="276" w:lineRule="auto"/>
            </w:pPr>
            <w:r/>
            <w:r>
              <w:rPr>
                <w:rFonts w:ascii="宋体" w:hAnsi="宋体" w:eastAsia="宋体"/>
                <w:b w:val="0"/>
                <w:sz w:val="18"/>
              </w:rPr>
              <w:t>1.课件出示两个表格。</w:t>
            </w:r>
          </w:p>
          <w:p>
            <w:pPr>
              <w:spacing w:after="20" w:line="276" w:lineRule="auto"/>
            </w:pPr>
            <w:r>
              <w:rPr>
                <w:rFonts w:ascii="宋体" w:hAnsi="宋体" w:eastAsia="宋体"/>
                <w:b w:val="0"/>
                <w:sz w:val="18"/>
              </w:rPr>
              <w:t>师：上节课我们研究了成正比例关系的量，请大家观察两个表格，判断每个表格里的两种量是否成正比例关系，并说明理由。</w:t>
            </w:r>
          </w:p>
          <w:p>
            <w:pPr>
              <w:spacing w:after="20" w:line="276" w:lineRule="auto"/>
            </w:pPr>
            <w:r>
              <w:rPr>
                <w:rFonts w:ascii="宋体" w:hAnsi="宋体" w:eastAsia="宋体"/>
                <w:b w:val="0"/>
                <w:sz w:val="18"/>
              </w:rPr>
              <w:t>引导学生观察两个表格中数量的变化情况，感知两个量背后的不变量。</w:t>
            </w:r>
          </w:p>
          <w:p>
            <w:pPr>
              <w:spacing w:after="20" w:line="276" w:lineRule="auto"/>
            </w:pPr>
            <w:r>
              <w:rPr>
                <w:rFonts w:ascii="宋体" w:hAnsi="宋体" w:eastAsia="宋体"/>
                <w:b w:val="0"/>
                <w:sz w:val="18"/>
              </w:rPr>
              <w:t>2.对比感知，引出课题。</w:t>
            </w:r>
          </w:p>
          <w:p>
            <w:pPr>
              <w:spacing w:after="20" w:line="276" w:lineRule="auto"/>
            </w:pPr>
            <w:r>
              <w:rPr>
                <w:rFonts w:ascii="宋体" w:hAnsi="宋体" w:eastAsia="宋体"/>
                <w:b w:val="0"/>
                <w:sz w:val="18"/>
              </w:rPr>
              <w:t>师：同学们的发言有理有据，非常棒！第(1)题中的两种量符合正比例的变化规律，而且两种量的比值一定，成正比例关系；第(2)题中的两种量不符合正比例的变化规律，那它们之间成什么关系呢？</w:t>
            </w:r>
          </w:p>
        </w:tc>
        <w:tc>
          <w:tcPr>
            <w:tcW w:type="dxa" w:w="3061"/>
          </w:tcPr>
          <w:p>
            <w:pPr>
              <w:spacing w:after="20" w:line="276" w:lineRule="auto"/>
            </w:pPr>
            <w:r/>
            <w:r>
              <w:rPr>
                <w:rFonts w:ascii="宋体" w:hAnsi="宋体" w:eastAsia="宋体"/>
                <w:b w:val="0"/>
                <w:sz w:val="18"/>
              </w:rPr>
              <w:t>预设1：第(1)题中的两种量成正比例关系，这两种量是相关联的量，一种量增加，另一种也增加，而且 EMBED Equation.DSMT4  =速度(一定)，所以这道题中，路程与时间成正比例关系。</w:t>
            </w:r>
          </w:p>
          <w:p>
            <w:pPr>
              <w:spacing w:after="20" w:line="276" w:lineRule="auto"/>
            </w:pPr>
            <w:r>
              <w:rPr>
                <w:rFonts w:ascii="宋体" w:hAnsi="宋体" w:eastAsia="宋体"/>
                <w:b w:val="0"/>
                <w:sz w:val="18"/>
              </w:rPr>
              <w:t>预设2：第(2)题中的两种量不成正比例关系，一种量增加，另一种量反而减少。</w:t>
            </w:r>
          </w:p>
          <w:p>
            <w:pPr>
              <w:spacing w:after="20" w:line="276" w:lineRule="auto"/>
            </w:pPr>
            <w:r>
              <w:rPr>
                <w:rFonts w:ascii="宋体" w:hAnsi="宋体" w:eastAsia="宋体"/>
                <w:b w:val="0"/>
                <w:sz w:val="18"/>
              </w:rPr>
              <w:t>预设3：我发现第(2)题中的两种量所对应的一组数相乘都得300。</w:t>
            </w:r>
          </w:p>
          <w:p>
            <w:pPr>
              <w:spacing w:after="20" w:line="276" w:lineRule="auto"/>
            </w:pPr>
            <w:r>
              <w:rPr>
                <w:rFonts w:ascii="宋体" w:hAnsi="宋体" w:eastAsia="宋体"/>
                <w:b w:val="0"/>
                <w:sz w:val="18"/>
              </w:rPr>
              <w:t>学生猜测，教师总结并引入课题。(板书课题：反比例)</w:t>
            </w:r>
          </w:p>
        </w:tc>
        <w:tc>
          <w:tcPr>
            <w:tcW w:type="dxa" w:w="1814"/>
          </w:tcPr>
          <w:p>
            <w:pPr>
              <w:spacing w:after="20" w:line="276" w:lineRule="auto"/>
            </w:pPr>
            <w:r/>
            <w:r>
              <w:rPr>
                <w:rFonts w:ascii="宋体" w:hAnsi="宋体" w:eastAsia="宋体"/>
                <w:b w:val="0"/>
                <w:sz w:val="18"/>
              </w:rPr>
              <w:t>结合具体情境，观察表格中的两种量，发现其变化规律，渗透函数思想。组织学生复习正比例的意义和判断方法。通过学生对原有正比例知识的回忆，初步感受正比例与反比例的不同变化规律。</w:t>
            </w:r>
          </w:p>
        </w:tc>
      </w:tr>
      <w:tr>
        <w:tc>
          <w:tcPr>
            <w:tcW w:type="dxa" w:w="1474"/>
          </w:tcPr>
          <w:p>
            <w:pPr>
              <w:spacing w:after="20" w:line="276" w:lineRule="auto"/>
            </w:pPr>
            <w:r>
              <w:rPr>
                <w:b/>
              </w:rPr>
            </w:r>
            <w:r>
              <w:rPr>
                <w:rFonts w:ascii="宋体" w:hAnsi="宋体" w:eastAsia="宋体"/>
                <w:b/>
                <w:sz w:val="18"/>
              </w:rPr>
              <w:t>二、构建反比例概念，理解反比例的意义</w:t>
            </w:r>
          </w:p>
        </w:tc>
        <w:tc>
          <w:tcPr>
            <w:tcW w:type="dxa" w:w="3061"/>
          </w:tcPr>
          <w:p>
            <w:pPr>
              <w:spacing w:after="20" w:line="276" w:lineRule="auto"/>
            </w:pPr>
            <w:r/>
            <w:r>
              <w:rPr>
                <w:rFonts w:ascii="宋体" w:hAnsi="宋体" w:eastAsia="宋体"/>
                <w:b w:val="0"/>
                <w:sz w:val="18"/>
              </w:rPr>
              <w:t>1.自主探究，合作学习。</w:t>
            </w:r>
          </w:p>
          <w:p>
            <w:pPr>
              <w:spacing w:after="20" w:line="276" w:lineRule="auto"/>
            </w:pPr>
            <w:r>
              <w:rPr>
                <w:rFonts w:ascii="宋体" w:hAnsi="宋体" w:eastAsia="宋体"/>
                <w:b w:val="0"/>
                <w:sz w:val="18"/>
              </w:rPr>
              <w:t>(1)课件出示教科书P45例2。</w:t>
            </w:r>
          </w:p>
          <w:p>
            <w:pPr>
              <w:spacing w:after="20" w:line="276" w:lineRule="auto"/>
            </w:pPr>
            <w:r>
              <w:rPr>
                <w:rFonts w:ascii="宋体" w:hAnsi="宋体" w:eastAsia="宋体"/>
                <w:b w:val="0"/>
                <w:sz w:val="18"/>
              </w:rPr>
              <w:t>(2)学生带着“如何判断两种量是否成反比例关系”这个核心问题进行自学和交流。</w:t>
            </w:r>
          </w:p>
          <w:p>
            <w:pPr>
              <w:spacing w:after="20" w:line="276" w:lineRule="auto"/>
            </w:pPr>
            <w:r>
              <w:rPr>
                <w:rFonts w:ascii="宋体" w:hAnsi="宋体" w:eastAsia="宋体"/>
                <w:b w:val="0"/>
                <w:sz w:val="18"/>
              </w:rPr>
              <w:t>(3)汇报交流，学生以小组为单位进行汇报。</w:t>
            </w:r>
          </w:p>
          <w:p>
            <w:pPr>
              <w:spacing w:after="20" w:line="276" w:lineRule="auto"/>
            </w:pPr>
            <w:r>
              <w:rPr>
                <w:rFonts w:ascii="宋体" w:hAnsi="宋体" w:eastAsia="宋体"/>
                <w:b w:val="0"/>
                <w:sz w:val="18"/>
              </w:rPr>
              <w:t>师：同学们知道了每两个相对应的数的乘积都是300，那么这个300表示什么呢？</w:t>
            </w:r>
          </w:p>
          <w:p>
            <w:pPr>
              <w:spacing w:after="20" w:line="276" w:lineRule="auto"/>
            </w:pPr>
            <w:r>
              <w:rPr>
                <w:rFonts w:ascii="宋体" w:hAnsi="宋体" w:eastAsia="宋体"/>
                <w:b w:val="0"/>
                <w:sz w:val="18"/>
              </w:rPr>
              <w:t>师：我们说水的高度和杯子的底面积这两种量成反比例关系，你能说说判断它们成反比例关系的理由吗？</w:t>
            </w:r>
          </w:p>
          <w:p>
            <w:pPr>
              <w:spacing w:after="20" w:line="276" w:lineRule="auto"/>
            </w:pPr>
            <w:r>
              <w:rPr>
                <w:rFonts w:ascii="宋体" w:hAnsi="宋体" w:eastAsia="宋体"/>
                <w:b w:val="0"/>
                <w:sz w:val="18"/>
              </w:rPr>
              <w:t>2.对比判断，深化对反比例意义的理解。</w:t>
            </w:r>
          </w:p>
          <w:p>
            <w:pPr>
              <w:spacing w:after="20" w:line="276" w:lineRule="auto"/>
            </w:pPr>
            <w:r>
              <w:rPr>
                <w:rFonts w:ascii="宋体" w:hAnsi="宋体" w:eastAsia="宋体"/>
                <w:b w:val="0"/>
                <w:sz w:val="18"/>
              </w:rPr>
              <w:t>课件出示两道题。</w:t>
            </w:r>
          </w:p>
          <w:p>
            <w:pPr>
              <w:spacing w:after="20" w:line="276" w:lineRule="auto"/>
            </w:pPr>
            <w:r>
              <w:rPr>
                <w:rFonts w:ascii="宋体" w:hAnsi="宋体" w:eastAsia="宋体"/>
                <w:b w:val="0"/>
                <w:sz w:val="18"/>
              </w:rPr>
              <w:t>师：请你判断(1)、(2)中的两种量是否成反比例关系。</w:t>
            </w:r>
          </w:p>
          <w:p>
            <w:pPr>
              <w:spacing w:after="20" w:line="276" w:lineRule="auto"/>
            </w:pPr>
            <w:r>
              <w:rPr>
                <w:rFonts w:ascii="宋体" w:hAnsi="宋体" w:eastAsia="宋体"/>
                <w:b w:val="0"/>
                <w:sz w:val="18"/>
              </w:rPr>
              <w:t>师：你有什么不同的想法吗？</w:t>
            </w:r>
          </w:p>
          <w:p>
            <w:pPr>
              <w:spacing w:after="20" w:line="276" w:lineRule="auto"/>
            </w:pPr>
            <w:r>
              <w:rPr>
                <w:rFonts w:ascii="宋体" w:hAnsi="宋体" w:eastAsia="宋体"/>
                <w:b w:val="0"/>
                <w:sz w:val="18"/>
              </w:rPr>
              <w:t>师：你同意他的说法吗？(学生会表示赞同，让那位出错的同学再来说说为什么已花的钱与剩下的钱这两种量不成反比例关系。)</w:t>
            </w:r>
          </w:p>
          <w:p>
            <w:pPr>
              <w:spacing w:after="20" w:line="276" w:lineRule="auto"/>
            </w:pPr>
            <w:r>
              <w:rPr>
                <w:rFonts w:ascii="宋体" w:hAnsi="宋体" w:eastAsia="宋体"/>
                <w:b w:val="0"/>
                <w:sz w:val="18"/>
              </w:rPr>
              <w:t>3.归纳反比例的意义。</w:t>
            </w:r>
          </w:p>
          <w:p>
            <w:pPr>
              <w:spacing w:after="20" w:line="276" w:lineRule="auto"/>
            </w:pPr>
            <w:r>
              <w:rPr>
                <w:rFonts w:ascii="宋体" w:hAnsi="宋体" w:eastAsia="宋体"/>
                <w:b w:val="0"/>
                <w:sz w:val="18"/>
              </w:rPr>
              <w:t>师：刚才的学习，你能用自己的话来说一说，怎样的两种量成反比例关系？</w:t>
            </w:r>
          </w:p>
          <w:p>
            <w:pPr>
              <w:spacing w:after="20" w:line="276" w:lineRule="auto"/>
            </w:pPr>
            <w:r>
              <w:rPr>
                <w:rFonts w:ascii="宋体" w:hAnsi="宋体" w:eastAsia="宋体"/>
                <w:b w:val="0"/>
                <w:sz w:val="18"/>
              </w:rPr>
              <w:t>师小结：两种相关联的量，一种量增加，另一种量反而减少，而且它们的乘积一定，这两种量就成反比例关系。</w:t>
            </w:r>
          </w:p>
          <w:p>
            <w:pPr>
              <w:spacing w:after="20" w:line="276" w:lineRule="auto"/>
            </w:pPr>
            <w:r>
              <w:rPr>
                <w:rFonts w:ascii="宋体" w:hAnsi="宋体" w:eastAsia="宋体"/>
                <w:b w:val="0"/>
                <w:sz w:val="18"/>
              </w:rPr>
              <w:t>师：如果用字母x和y表示两种相关联的量，用k表示它们的</w:t>
            </w:r>
          </w:p>
          <w:p>
            <w:pPr>
              <w:spacing w:after="20" w:line="276" w:lineRule="auto"/>
            </w:pPr>
            <w:r>
              <w:rPr>
                <w:rFonts w:ascii="宋体" w:hAnsi="宋体" w:eastAsia="宋体"/>
                <w:b w:val="0"/>
                <w:sz w:val="18"/>
              </w:rPr>
              <w:t>积(一定)，请你用字母表示反比例关系。（学生一边回答，教师一边板书。）</w:t>
            </w:r>
          </w:p>
        </w:tc>
        <w:tc>
          <w:tcPr>
            <w:tcW w:type="dxa" w:w="3061"/>
          </w:tcPr>
          <w:p>
            <w:pPr>
              <w:spacing w:after="20" w:line="276" w:lineRule="auto"/>
            </w:pPr>
            <w:r/>
            <w:r>
              <w:rPr>
                <w:rFonts w:ascii="宋体" w:hAnsi="宋体" w:eastAsia="宋体"/>
                <w:b w:val="0"/>
                <w:sz w:val="18"/>
              </w:rPr>
              <w:t>预设1：表中的两种量是杯子的底面积和水的高度。</w:t>
            </w:r>
          </w:p>
          <w:p>
            <w:pPr>
              <w:spacing w:after="20" w:line="276" w:lineRule="auto"/>
            </w:pPr>
            <w:r>
              <w:rPr>
                <w:rFonts w:ascii="宋体" w:hAnsi="宋体" w:eastAsia="宋体"/>
                <w:b w:val="0"/>
                <w:sz w:val="18"/>
              </w:rPr>
              <w:t>预设2：杯子的底面积扩大，水的高度反而缩小；杯子的底面积缩小，水的高度反而扩大。</w:t>
            </w:r>
          </w:p>
          <w:p>
            <w:pPr>
              <w:spacing w:after="20" w:line="276" w:lineRule="auto"/>
            </w:pPr>
            <w:r>
              <w:rPr>
                <w:rFonts w:ascii="宋体" w:hAnsi="宋体" w:eastAsia="宋体"/>
                <w:b w:val="0"/>
                <w:sz w:val="18"/>
              </w:rPr>
              <w:t>预设3：这两种量中相对应的两个数的乘积都是300。</w:t>
            </w:r>
          </w:p>
          <w:p>
            <w:pPr>
              <w:spacing w:after="20" w:line="276" w:lineRule="auto"/>
            </w:pPr>
            <w:r>
              <w:rPr>
                <w:rFonts w:ascii="宋体" w:hAnsi="宋体" w:eastAsia="宋体"/>
                <w:b w:val="0"/>
                <w:sz w:val="18"/>
              </w:rPr>
              <w:t>指导学生说出底面积×高度=体积。(板书：底面积×高度=体积)</w:t>
            </w:r>
          </w:p>
          <w:p>
            <w:pPr>
              <w:spacing w:after="20" w:line="276" w:lineRule="auto"/>
            </w:pPr>
            <w:r>
              <w:rPr>
                <w:rFonts w:ascii="宋体" w:hAnsi="宋体" w:eastAsia="宋体"/>
                <w:b w:val="0"/>
                <w:sz w:val="18"/>
              </w:rPr>
              <w:t>水的高度和杯子的底面积是两种相关联的量，水的高度是随着杯子的底面积的变大而不断变小的，而且水的高度与杯子的底面积的乘积总是一定的，所以水的高度和杯子的底面积成反比例关系。</w:t>
            </w:r>
          </w:p>
          <w:p>
            <w:pPr>
              <w:spacing w:after="20" w:line="276" w:lineRule="auto"/>
            </w:pPr>
            <w:r>
              <w:rPr>
                <w:rFonts w:ascii="宋体" w:hAnsi="宋体" w:eastAsia="宋体"/>
                <w:b w:val="0"/>
                <w:sz w:val="18"/>
              </w:rPr>
              <w:t>学生思考并在小组内交流。</w:t>
            </w:r>
          </w:p>
          <w:p>
            <w:pPr>
              <w:spacing w:after="20" w:line="276" w:lineRule="auto"/>
            </w:pPr>
            <w:r>
              <w:rPr>
                <w:rFonts w:ascii="宋体" w:hAnsi="宋体" w:eastAsia="宋体"/>
                <w:b w:val="0"/>
                <w:sz w:val="18"/>
              </w:rPr>
              <w:t>预设1：(1)中，平均每天看的页数与看完全书所需的天数是两种相关联的量，每天看的页数越多，所需天数越少，每天看的页数越少，所需天数越多。而且每天看的页数×所需天数=总页数(一定)，所以这两种量成反比例关系。(板书：每天看的页数×所需天数=总页数)</w:t>
            </w:r>
          </w:p>
          <w:p>
            <w:pPr>
              <w:spacing w:after="20" w:line="276" w:lineRule="auto"/>
            </w:pPr>
            <w:r>
              <w:rPr>
                <w:rFonts w:ascii="宋体" w:hAnsi="宋体" w:eastAsia="宋体"/>
                <w:b w:val="0"/>
                <w:sz w:val="18"/>
              </w:rPr>
              <w:t>预设2：(2)中，已花的钱与剩下的钱是两种相关联的量，已花的钱越多，剩下的钱越少，已花的钱越少，剩下的钱越多。已花的钱与剩下的钱的和一定，所以这两种量成反比例关系。</w:t>
            </w:r>
          </w:p>
          <w:p>
            <w:pPr>
              <w:spacing w:after="20" w:line="276" w:lineRule="auto"/>
            </w:pPr>
            <w:r>
              <w:rPr>
                <w:rFonts w:ascii="宋体" w:hAnsi="宋体" w:eastAsia="宋体"/>
                <w:b w:val="0"/>
                <w:sz w:val="18"/>
              </w:rPr>
              <w:t>学生会说出，已花的钱与剩下的钱这两种量不成比例关系，因为它们是和一定，而不是乘积一定。</w:t>
            </w:r>
          </w:p>
          <w:p>
            <w:pPr>
              <w:spacing w:after="20" w:line="276" w:lineRule="auto"/>
            </w:pPr>
            <w:r>
              <w:rPr>
                <w:rFonts w:ascii="宋体" w:hAnsi="宋体" w:eastAsia="宋体"/>
                <w:b w:val="0"/>
                <w:sz w:val="18"/>
              </w:rPr>
              <w:t>学生用自己的语言概括归纳反比例的意义。</w:t>
            </w:r>
          </w:p>
          <w:p>
            <w:pPr>
              <w:spacing w:after="20" w:line="276" w:lineRule="auto"/>
            </w:pPr>
            <w:r>
              <w:rPr>
                <w:rFonts w:ascii="宋体" w:hAnsi="宋体" w:eastAsia="宋体"/>
                <w:b w:val="0"/>
                <w:sz w:val="18"/>
              </w:rPr>
              <w:t>xy=k(一定)</w:t>
            </w:r>
          </w:p>
        </w:tc>
        <w:tc>
          <w:tcPr>
            <w:tcW w:type="dxa" w:w="1814"/>
          </w:tcPr>
          <w:p>
            <w:pPr>
              <w:spacing w:after="20" w:line="276" w:lineRule="auto"/>
            </w:pPr>
            <w:r/>
            <w:r>
              <w:rPr>
                <w:rFonts w:ascii="宋体" w:hAnsi="宋体" w:eastAsia="宋体"/>
                <w:b w:val="0"/>
                <w:sz w:val="18"/>
              </w:rPr>
              <w:t>学生前面已经学习了正比例的意义，对于相关联的量、量的变化规律、变化中的不变等要素已经有了深刻的体会。所以放手让学生自主探究，将已有的知识进行迁移，教师适时引导，恰当追问，学生掌握反比例的意义自然水到渠成。</w:t>
            </w:r>
          </w:p>
        </w:tc>
      </w:tr>
      <w:tr>
        <w:tc>
          <w:tcPr>
            <w:tcW w:type="dxa" w:w="1474"/>
          </w:tcPr>
          <w:p>
            <w:pPr>
              <w:spacing w:after="20" w:line="276" w:lineRule="auto"/>
            </w:pPr>
            <w:r>
              <w:rPr>
                <w:b/>
              </w:rPr>
            </w:r>
            <w:r>
              <w:rPr>
                <w:rFonts w:ascii="宋体" w:hAnsi="宋体" w:eastAsia="宋体"/>
                <w:b/>
                <w:sz w:val="18"/>
              </w:rPr>
              <w:t>三、归纳判断两种量是否成反比例关系的条件</w:t>
            </w:r>
          </w:p>
        </w:tc>
        <w:tc>
          <w:tcPr>
            <w:tcW w:type="dxa" w:w="3061"/>
          </w:tcPr>
          <w:p>
            <w:pPr>
              <w:spacing w:after="20" w:line="276" w:lineRule="auto"/>
            </w:pPr>
            <w:r/>
            <w:r>
              <w:rPr>
                <w:rFonts w:ascii="宋体" w:hAnsi="宋体" w:eastAsia="宋体"/>
                <w:b w:val="0"/>
                <w:sz w:val="18"/>
              </w:rPr>
              <w:t>师：我们怎样来判断两种量是否成反比例关系呢？</w:t>
            </w:r>
          </w:p>
          <w:p>
            <w:pPr>
              <w:spacing w:after="20" w:line="276" w:lineRule="auto"/>
            </w:pPr>
            <w:r>
              <w:rPr>
                <w:rFonts w:ascii="宋体" w:hAnsi="宋体" w:eastAsia="宋体"/>
                <w:b w:val="0"/>
                <w:sz w:val="18"/>
              </w:rPr>
              <w:t>师生一起总结：首先判断两种量是否是相关联的量，然后再看两种量的乘积是否为定值。</w:t>
            </w:r>
          </w:p>
          <w:p>
            <w:pPr>
              <w:spacing w:after="20" w:line="276" w:lineRule="auto"/>
            </w:pPr>
            <w:r>
              <w:rPr>
                <w:rFonts w:ascii="宋体" w:hAnsi="宋体" w:eastAsia="宋体"/>
                <w:b w:val="0"/>
                <w:sz w:val="18"/>
              </w:rPr>
              <w:t>(教师板书：两种相关联的量的乘积一定，这两种量就成反比例关系。)</w:t>
            </w:r>
          </w:p>
          <w:p>
            <w:pPr>
              <w:spacing w:after="20" w:line="276" w:lineRule="auto"/>
            </w:pPr>
            <w:r>
              <w:rPr>
                <w:rFonts w:ascii="宋体" w:hAnsi="宋体" w:eastAsia="宋体"/>
                <w:b w:val="0"/>
                <w:sz w:val="18"/>
              </w:rPr>
              <w:t>师：回忆一下，这与判断两种量成正比例关系的条件有什么异同？</w:t>
            </w:r>
          </w:p>
          <w:p>
            <w:pPr>
              <w:spacing w:after="20" w:line="276" w:lineRule="auto"/>
            </w:pPr>
            <w:r>
              <w:rPr>
                <w:rFonts w:ascii="宋体" w:hAnsi="宋体" w:eastAsia="宋体"/>
                <w:b w:val="0"/>
                <w:sz w:val="18"/>
              </w:rPr>
              <w:t>师：同学们的总结为我们正确判断两种相关联的量是成正比例关系还是成反比例关系，还是不成比例关系提供了方法，在今后的学习中大家要注意辨别清楚。</w:t>
            </w:r>
          </w:p>
        </w:tc>
        <w:tc>
          <w:tcPr>
            <w:tcW w:type="dxa" w:w="3061"/>
          </w:tcPr>
          <w:p>
            <w:pPr>
              <w:spacing w:after="20" w:line="276" w:lineRule="auto"/>
            </w:pPr>
            <w:r/>
            <w:r>
              <w:rPr>
                <w:rFonts w:ascii="宋体" w:hAnsi="宋体" w:eastAsia="宋体"/>
                <w:b w:val="0"/>
                <w:sz w:val="18"/>
              </w:rPr>
              <w:t>学生会说出，首先都是判断这两种量是否相关联，但判断正比例关系是看比值是否一定，判断反比例关系是看乘积是否一定。</w:t>
            </w:r>
          </w:p>
        </w:tc>
        <w:tc>
          <w:tcPr>
            <w:tcW w:type="dxa" w:w="1814"/>
          </w:tcPr>
          <w:p>
            <w:pPr>
              <w:spacing w:after="20" w:line="276" w:lineRule="auto"/>
            </w:pPr>
            <w:r/>
            <w:r>
              <w:rPr>
                <w:rFonts w:ascii="宋体" w:hAnsi="宋体" w:eastAsia="宋体"/>
                <w:b w:val="0"/>
                <w:sz w:val="18"/>
              </w:rPr>
              <w:t>对比判断两种相关联的量是成正比例关系还是反比例关系的条件，找到判断时条件的异同，进一步加强对正、反比例意义的理解。</w:t>
            </w:r>
          </w:p>
        </w:tc>
      </w:tr>
      <w:tr>
        <w:tc>
          <w:tcPr>
            <w:tcW w:type="dxa" w:w="1474"/>
          </w:tcPr>
          <w:p>
            <w:pPr>
              <w:spacing w:after="20" w:line="276" w:lineRule="auto"/>
            </w:pPr>
            <w:r>
              <w:rPr>
                <w:b/>
              </w:rPr>
            </w:r>
            <w:r>
              <w:rPr>
                <w:rFonts w:ascii="宋体" w:hAnsi="宋体" w:eastAsia="宋体"/>
                <w:b/>
                <w:sz w:val="18"/>
              </w:rPr>
              <w:t>四、实践应用，巩固提升</w:t>
            </w:r>
          </w:p>
        </w:tc>
        <w:tc>
          <w:tcPr>
            <w:tcW w:type="dxa" w:w="3061"/>
          </w:tcPr>
          <w:p>
            <w:pPr>
              <w:spacing w:after="20" w:line="276" w:lineRule="auto"/>
            </w:pPr>
            <w:r/>
            <w:r>
              <w:rPr>
                <w:rFonts w:ascii="宋体" w:hAnsi="宋体" w:eastAsia="宋体"/>
                <w:b w:val="0"/>
                <w:sz w:val="18"/>
              </w:rPr>
              <w:t>1.课件出示教科书P46“做一做”。</w:t>
            </w:r>
          </w:p>
          <w:p>
            <w:pPr>
              <w:spacing w:after="20" w:line="276" w:lineRule="auto"/>
            </w:pPr>
            <w:r>
              <w:rPr>
                <w:rFonts w:ascii="宋体" w:hAnsi="宋体" w:eastAsia="宋体"/>
                <w:b w:val="0"/>
                <w:sz w:val="18"/>
              </w:rPr>
              <w:t>师：请同学们独立完成，并在小组内进行交流。(教师巡视指导)</w:t>
            </w:r>
          </w:p>
          <w:p>
            <w:pPr>
              <w:spacing w:after="20" w:line="276" w:lineRule="auto"/>
            </w:pPr>
            <w:r>
              <w:rPr>
                <w:rFonts w:ascii="宋体" w:hAnsi="宋体" w:eastAsia="宋体"/>
                <w:b w:val="0"/>
                <w:sz w:val="18"/>
              </w:rPr>
              <w:t>让学生用自己的话来说一说怎样的两种量成反比例关系。不同的学生有不同的表达形式，可以是具体直观的数据说明，可以是半抽象的增减趋势，还可以是抽象的表达形式。引导学生从直观到抽象，构建反比例的意义。</w:t>
            </w:r>
          </w:p>
          <w:p>
            <w:pPr>
              <w:spacing w:after="20" w:line="276" w:lineRule="auto"/>
            </w:pPr>
            <w:r>
              <w:rPr>
                <w:rFonts w:ascii="宋体" w:hAnsi="宋体" w:eastAsia="宋体"/>
                <w:b w:val="0"/>
                <w:sz w:val="18"/>
              </w:rPr>
              <w:t>的天数与每天运的质量是两种相关联的量，一种量变化，另一种量也随着变化，且运货的天数×每天运的质量=这批货物的总质量(一定)，也就是乘积一定，所以运货的天数与每天运的质量成反比例关系。</w:t>
            </w:r>
          </w:p>
          <w:p>
            <w:pPr>
              <w:spacing w:after="20" w:line="276" w:lineRule="auto"/>
            </w:pPr>
            <w:r>
              <w:rPr>
                <w:rFonts w:ascii="宋体" w:hAnsi="宋体" w:eastAsia="宋体"/>
                <w:b w:val="0"/>
                <w:sz w:val="18"/>
              </w:rPr>
              <w:t>课件配合出示正确的解答。</w:t>
            </w:r>
          </w:p>
          <w:p>
            <w:pPr>
              <w:spacing w:after="20" w:line="276" w:lineRule="auto"/>
            </w:pPr>
            <w:r>
              <w:rPr>
                <w:rFonts w:ascii="宋体" w:hAnsi="宋体" w:eastAsia="宋体"/>
                <w:b w:val="0"/>
                <w:sz w:val="18"/>
              </w:rPr>
              <w:t>2.独立完成教科书P49“练习九”第8题。</w:t>
            </w:r>
          </w:p>
          <w:p>
            <w:pPr>
              <w:spacing w:after="20" w:line="276" w:lineRule="auto"/>
            </w:pPr>
            <w:r>
              <w:rPr>
                <w:rFonts w:ascii="宋体" w:hAnsi="宋体" w:eastAsia="宋体"/>
                <w:b w:val="0"/>
                <w:sz w:val="18"/>
              </w:rPr>
              <w:t>3.独立完成教科书P49“练习九”第10题。</w:t>
            </w:r>
          </w:p>
          <w:p>
            <w:pPr>
              <w:spacing w:after="20" w:line="276" w:lineRule="auto"/>
            </w:pPr>
            <w:r>
              <w:rPr>
                <w:rFonts w:ascii="宋体" w:hAnsi="宋体" w:eastAsia="宋体"/>
                <w:b w:val="0"/>
                <w:sz w:val="18"/>
              </w:rPr>
              <w:t>师：现在你能用所学的知识完成这个表格吗？</w:t>
            </w:r>
          </w:p>
          <w:p>
            <w:pPr>
              <w:spacing w:after="20" w:line="276" w:lineRule="auto"/>
            </w:pPr>
            <w:r>
              <w:rPr>
                <w:rFonts w:ascii="宋体" w:hAnsi="宋体" w:eastAsia="宋体"/>
                <w:b w:val="0"/>
                <w:sz w:val="18"/>
              </w:rPr>
              <w:t>课件出示正确解答。</w:t>
            </w:r>
          </w:p>
          <w:p>
            <w:pPr>
              <w:spacing w:after="20" w:line="276" w:lineRule="auto"/>
            </w:pPr>
            <w:r>
              <w:rPr>
                <w:rFonts w:ascii="宋体" w:hAnsi="宋体" w:eastAsia="宋体"/>
                <w:b w:val="0"/>
                <w:sz w:val="18"/>
              </w:rPr>
              <w:t>师：这道题要求我们判断下面每题中的两种量是否成反比例关系，并说明理由。你会依据什么条件来判断？</w:t>
            </w:r>
          </w:p>
          <w:p>
            <w:pPr>
              <w:spacing w:after="20" w:line="276" w:lineRule="auto"/>
            </w:pPr>
            <w:r>
              <w:rPr>
                <w:rFonts w:ascii="宋体" w:hAnsi="宋体" w:eastAsia="宋体"/>
                <w:b w:val="0"/>
                <w:sz w:val="18"/>
              </w:rPr>
              <w:t>5.举出生活中成反比例关系的例子。</w:t>
            </w:r>
          </w:p>
          <w:p>
            <w:pPr>
              <w:spacing w:after="20" w:line="276" w:lineRule="auto"/>
            </w:pPr>
            <w:r>
              <w:rPr>
                <w:rFonts w:ascii="宋体" w:hAnsi="宋体" w:eastAsia="宋体"/>
                <w:b w:val="0"/>
                <w:sz w:val="18"/>
              </w:rPr>
              <w:t>师：学习了反比例的知识，你能举出生活中成反比例关系的例</w:t>
            </w:r>
          </w:p>
          <w:p>
            <w:pPr>
              <w:spacing w:after="20" w:line="276" w:lineRule="auto"/>
            </w:pPr>
            <w:r>
              <w:rPr>
                <w:rFonts w:ascii="宋体" w:hAnsi="宋体" w:eastAsia="宋体"/>
                <w:b w:val="0"/>
                <w:sz w:val="18"/>
              </w:rPr>
              <w:t>指导学生根据反比例的意义来判断两种量是否成反比例关系。在这个过程中，要抓住判断的两个要点：一是两种量是否相关联，是不是按照一种量增加(减少)，另一种量减少(增加)的规律来变化的；二是通过计算明确两种量相对应的数的乘积是否一定。</w:t>
            </w:r>
          </w:p>
          <w:p>
            <w:pPr>
              <w:spacing w:after="20" w:line="276" w:lineRule="auto"/>
            </w:pPr>
            <w:r>
              <w:rPr>
                <w:rFonts w:ascii="宋体" w:hAnsi="宋体" w:eastAsia="宋体"/>
                <w:b w:val="0"/>
                <w:sz w:val="18"/>
              </w:rPr>
              <w:t>子吗？</w:t>
            </w:r>
          </w:p>
        </w:tc>
        <w:tc>
          <w:tcPr>
            <w:tcW w:type="dxa" w:w="3061"/>
          </w:tcPr>
          <w:p>
            <w:pPr>
              <w:spacing w:after="20" w:line="276" w:lineRule="auto"/>
            </w:pPr>
            <w:r/>
            <w:r>
              <w:rPr>
                <w:rFonts w:ascii="宋体" w:hAnsi="宋体" w:eastAsia="宋体"/>
                <w:b w:val="0"/>
                <w:sz w:val="18"/>
              </w:rPr>
              <w:t>预设1：每天运的质量和运货的天数是两种相关联的量。</w:t>
            </w:r>
          </w:p>
          <w:p>
            <w:pPr>
              <w:spacing w:after="20" w:line="276" w:lineRule="auto"/>
            </w:pPr>
            <w:r>
              <w:rPr>
                <w:rFonts w:ascii="宋体" w:hAnsi="宋体" w:eastAsia="宋体"/>
                <w:b w:val="0"/>
                <w:sz w:val="18"/>
              </w:rPr>
              <w:t>预设2：300×1=300，150×2=300，100×3=300，积相等，这个积表示这批货物的总质量。</w:t>
            </w:r>
          </w:p>
          <w:p>
            <w:pPr>
              <w:spacing w:after="20" w:line="276" w:lineRule="auto"/>
            </w:pPr>
            <w:r>
              <w:rPr>
                <w:rFonts w:ascii="宋体" w:hAnsi="宋体" w:eastAsia="宋体"/>
                <w:b w:val="0"/>
                <w:sz w:val="18"/>
              </w:rPr>
              <w:t>预设3：运货的天数与每天运的质量成反比例关系。因为运货</w:t>
            </w:r>
          </w:p>
          <w:p>
            <w:pPr>
              <w:spacing w:after="20" w:line="276" w:lineRule="auto"/>
            </w:pPr>
            <w:r>
              <w:rPr>
                <w:rFonts w:ascii="宋体" w:hAnsi="宋体" w:eastAsia="宋体"/>
                <w:b w:val="0"/>
                <w:sz w:val="18"/>
              </w:rPr>
              <w:t>学生独立解答后交流。</w:t>
            </w:r>
          </w:p>
          <w:p>
            <w:pPr>
              <w:spacing w:after="20" w:line="276" w:lineRule="auto"/>
            </w:pPr>
            <w:r>
              <w:rPr>
                <w:rFonts w:ascii="宋体" w:hAnsi="宋体" w:eastAsia="宋体"/>
                <w:b w:val="0"/>
                <w:sz w:val="18"/>
              </w:rPr>
              <w:t>因为教室的面积一定，而所需地砖数量与每块地砖的面积的乘积都等于教室的面积54m2，所以所需地砖数量与每块地砖的面积成反比例关系。</w:t>
            </w:r>
          </w:p>
          <w:p>
            <w:pPr>
              <w:spacing w:after="20" w:line="276" w:lineRule="auto"/>
            </w:pPr>
            <w:r>
              <w:rPr>
                <w:rFonts w:ascii="宋体" w:hAnsi="宋体" w:eastAsia="宋体"/>
                <w:b w:val="0"/>
                <w:sz w:val="18"/>
              </w:rPr>
              <w:t>学生独立解答后交流。</w:t>
            </w:r>
          </w:p>
          <w:p>
            <w:pPr>
              <w:spacing w:after="20" w:line="276" w:lineRule="auto"/>
            </w:pPr>
            <w:r>
              <w:rPr>
                <w:rFonts w:ascii="宋体" w:hAnsi="宋体" w:eastAsia="宋体"/>
                <w:b w:val="0"/>
                <w:sz w:val="18"/>
              </w:rPr>
              <w:t>这道题是已知x和y成反比例关系，就有反比例关系式xy=k(一定)，利用表内已知的对应值(2，5)求出k=10，就可根据已知的一种量求出另一种量。应引导学生严格按照反比例关系的定义来解决问题。</w:t>
            </w:r>
          </w:p>
          <w:p>
            <w:pPr>
              <w:spacing w:after="20" w:line="276" w:lineRule="auto"/>
            </w:pPr>
            <w:r>
              <w:rPr>
                <w:rFonts w:ascii="宋体" w:hAnsi="宋体" w:eastAsia="宋体"/>
                <w:b w:val="0"/>
                <w:sz w:val="18"/>
              </w:rPr>
              <w:t>4.学生独立完成教科书P49“练习九”第11题。</w:t>
            </w:r>
          </w:p>
          <w:p>
            <w:pPr>
              <w:spacing w:after="20" w:line="276" w:lineRule="auto"/>
            </w:pPr>
            <w:r>
              <w:rPr>
                <w:rFonts w:ascii="宋体" w:hAnsi="宋体" w:eastAsia="宋体"/>
                <w:b w:val="0"/>
                <w:sz w:val="18"/>
              </w:rPr>
              <w:t>指导学生说出首先判断两种量是否相关联，然后再看两种量对应的数的乘积是否为定值。</w:t>
            </w:r>
          </w:p>
          <w:p>
            <w:pPr>
              <w:spacing w:after="20" w:line="276" w:lineRule="auto"/>
            </w:pPr>
            <w:r>
              <w:rPr>
                <w:rFonts w:ascii="宋体" w:hAnsi="宋体" w:eastAsia="宋体"/>
                <w:b w:val="0"/>
                <w:sz w:val="18"/>
              </w:rPr>
              <w:t>学生完成后，交流分享。</w:t>
            </w:r>
          </w:p>
          <w:p>
            <w:pPr>
              <w:spacing w:after="20" w:line="276" w:lineRule="auto"/>
            </w:pPr>
            <w:r>
              <w:rPr>
                <w:rFonts w:ascii="宋体" w:hAnsi="宋体" w:eastAsia="宋体"/>
                <w:b w:val="0"/>
                <w:sz w:val="18"/>
              </w:rPr>
              <w:t>学生可能说出：工作总量一定，工作效率和工作时间成反比例关系；总价一定，单价和数量成反比例关系；长方形的面积一定，长方形的长和宽成反比例关系等等。(教师及时进行指导和评价)</w:t>
            </w:r>
          </w:p>
        </w:tc>
        <w:tc>
          <w:tcPr>
            <w:tcW w:type="dxa" w:w="1814"/>
          </w:tcPr>
          <w:p>
            <w:pPr>
              <w:spacing w:after="20" w:line="276" w:lineRule="auto"/>
            </w:pPr>
            <w:r/>
            <w:r>
              <w:rPr>
                <w:rFonts w:ascii="宋体" w:hAnsi="宋体" w:eastAsia="宋体"/>
                <w:b w:val="0"/>
                <w:sz w:val="18"/>
              </w:rPr>
              <w:t>给学生练习的空间，加强学生对成反比例的量的认识及对反比例意义的理解，在对知识的实际应用中获得成功的体验，实现对新知的巩固。</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师：今天的数学课，你们有哪些收获呢？课后请大家了解一下教科书P46“你知道吗？”中的反比例图象，可以和其他同学交流一下反比例图象与正比例图象有什么不同。</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引导学生回顾梳理本课所学，完善认知结构，提升归纳与反思能力，核心问题："今天的数学课，你们有哪些收获呢？课后请大家了解一下教科书P46“你知道吗？"</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感受到在整堂课的学习中，始终贯穿着对比分析的研究方法。这样同中求异、异中求同的设计，将对比分析的学习方法从这一课的学习推向一类课的学习，它既是数学课堂教学的一种模型，也是学生学习的一种模型。少数学生在接连学习了正比例的意义和反比例的意义后，在实际判断时容易混淆，要想真正理解和掌握还需增加更多素材加以练习。</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比例尺（2）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比例尺（2）</w:t>
            </w:r>
          </w:p>
        </w:tc>
        <w:tc>
          <w:tcPr>
            <w:tcW w:type="dxa" w:w="6009"/>
          </w:tcPr>
          <w:p>
            <w:pPr>
              <w:spacing w:after="20" w:line="276" w:lineRule="auto"/>
            </w:pPr>
            <w:r/>
            <w:r>
              <w:rPr>
                <w:rFonts w:ascii="宋体" w:hAnsi="宋体" w:eastAsia="宋体"/>
                <w:b w:val="0"/>
                <w:sz w:val="20"/>
              </w:rPr>
              <w:t>第4单元 比例（比例的应用）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比例这一单元时，已经学习了比、除法的意义和分数的意义，以及分数的基本性质、分数与除法的关系、分数乘除法的计算方法等，这些都是学习本单元内容的基础知识。比例是小学阶段数与代数部分最后一单元学习的内容，这部分内容的特点是应用性强、综合性强、内容情境不新，但采用新的思维方式和数学模型，需要学生在较高水平层面上学习。</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教学准备：课件、刻度尺。</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（1）进一步理解比例尺的意义，能根据比例尺求出相应的实际距离。</w:t>
      </w:r>
    </w:p>
    <w:p>
      <w:pPr>
        <w:spacing w:after="20" w:line="300" w:lineRule="auto"/>
        <w:ind w:firstLine="400"/>
      </w:pPr>
      <w:r>
        <w:rPr>
          <w:rFonts w:ascii="宋体" w:hAnsi="宋体" w:eastAsia="宋体"/>
          <w:b w:val="0"/>
          <w:sz w:val="20"/>
        </w:rPr>
        <w:t>（2）在用比例尺知识解决问题的过程中，掌握解决实际问题的方法。</w:t>
      </w:r>
    </w:p>
    <w:p>
      <w:pPr>
        <w:spacing w:after="20" w:line="300" w:lineRule="auto"/>
        <w:ind w:firstLine="400"/>
      </w:pPr>
      <w:r>
        <w:rPr>
          <w:rFonts w:ascii="宋体" w:hAnsi="宋体" w:eastAsia="宋体"/>
          <w:b w:val="0"/>
          <w:sz w:val="20"/>
        </w:rPr>
        <w:t>（3）了解不同形式的比例尺在生活中的实际应用，在具体情境中进一步体会比例尺的应用价值。</w:t>
      </w:r>
    </w:p>
    <w:p>
      <w:pPr>
        <w:spacing w:after="20" w:line="300" w:lineRule="auto"/>
      </w:pPr>
      <w:r>
        <w:rPr>
          <w:rFonts w:ascii="宋体" w:hAnsi="宋体" w:eastAsia="宋体"/>
          <w:b w:val="0"/>
          <w:sz w:val="20"/>
        </w:rPr>
        <w:t>教学重点：根据比例尺的意义解决简单的实际问题。</w:t>
      </w:r>
    </w:p>
    <w:p>
      <w:pPr>
        <w:spacing w:after="20" w:line="300" w:lineRule="auto"/>
      </w:pPr>
      <w:r>
        <w:rPr>
          <w:rFonts w:ascii="宋体" w:hAnsi="宋体" w:eastAsia="宋体"/>
          <w:b w:val="0"/>
          <w:sz w:val="20"/>
        </w:rPr>
        <w:t>教学难点：运用图上距离、实际距离、比例尺的关系解决问题。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一、回忆比例尺的概念，导入新课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上节课我们学习了比例尺，你能说说比例尺的意义吗？</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二、自主探究，解决有关比例尺的实际问题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同学们阅读教科书P52例2，并观察示意图。根据题目中的信息，你能求出北京地铁2号线的实际长度大约是多少千米吗？；现在你会解决这个问题吗？</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三、巩固练习，综合应用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今天我们学习了比例尺的应用，你们有什么收获呢？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一、回忆比例尺的概念，导入新课</w:t>
            </w:r>
          </w:p>
        </w:tc>
        <w:tc>
          <w:tcPr>
            <w:tcW w:type="dxa" w:w="3061"/>
          </w:tcPr>
          <w:p>
            <w:pPr>
              <w:spacing w:after="20" w:line="276" w:lineRule="auto"/>
            </w:pPr>
            <w:r/>
            <w:r>
              <w:rPr>
                <w:rFonts w:ascii="宋体" w:hAnsi="宋体" w:eastAsia="宋体"/>
                <w:b w:val="0"/>
                <w:sz w:val="18"/>
              </w:rPr>
              <w:t>师：上节课我们学习了比例尺，你能说说比例尺的意义吗？</w:t>
            </w:r>
          </w:p>
          <w:p>
            <w:pPr>
              <w:spacing w:after="20" w:line="276" w:lineRule="auto"/>
            </w:pPr>
            <w:r>
              <w:rPr>
                <w:rFonts w:ascii="宋体" w:hAnsi="宋体" w:eastAsia="宋体"/>
                <w:b w:val="0"/>
                <w:sz w:val="18"/>
              </w:rPr>
              <w:t>师：生活中比例尺知识的应用十分广泛，今天我们就来学习比例尺的应用。［板书课题：比例尺（2）］</w:t>
            </w:r>
          </w:p>
        </w:tc>
        <w:tc>
          <w:tcPr>
            <w:tcW w:type="dxa" w:w="3061"/>
          </w:tcPr>
          <w:p>
            <w:pPr>
              <w:spacing w:after="20" w:line="276" w:lineRule="auto"/>
            </w:pPr>
            <w:r/>
            <w:r>
              <w:rPr>
                <w:rFonts w:ascii="宋体" w:hAnsi="宋体" w:eastAsia="宋体"/>
                <w:b w:val="0"/>
                <w:sz w:val="18"/>
              </w:rPr>
              <w:t>学生会说出，图上距离∶实际距离=比例尺或 EMBED Equation.DSMT4  =比例尺。(教师根据学生发言板书)</w:t>
            </w:r>
          </w:p>
        </w:tc>
        <w:tc>
          <w:tcPr>
            <w:tcW w:type="dxa" w:w="1814"/>
          </w:tcPr>
          <w:p>
            <w:pPr>
              <w:spacing w:after="20" w:line="276" w:lineRule="auto"/>
            </w:pPr>
            <w:r/>
            <w:r>
              <w:rPr>
                <w:rFonts w:ascii="宋体" w:hAnsi="宋体" w:eastAsia="宋体"/>
                <w:b w:val="0"/>
                <w:sz w:val="18"/>
              </w:rPr>
              <w:t>引导学生回忆比例尺的意义，直接点明今天要学习的内容，开课简单明了。</w:t>
            </w:r>
          </w:p>
        </w:tc>
      </w:tr>
      <w:tr>
        <w:tc>
          <w:tcPr>
            <w:tcW w:type="dxa" w:w="1474"/>
          </w:tcPr>
          <w:p>
            <w:pPr>
              <w:spacing w:after="20" w:line="276" w:lineRule="auto"/>
            </w:pPr>
            <w:r>
              <w:rPr>
                <w:b/>
              </w:rPr>
            </w:r>
            <w:r>
              <w:rPr>
                <w:rFonts w:ascii="宋体" w:hAnsi="宋体" w:eastAsia="宋体"/>
                <w:b/>
                <w:sz w:val="18"/>
              </w:rPr>
              <w:t>二、自主探究，解决有关比例尺的实际问题</w:t>
            </w:r>
          </w:p>
        </w:tc>
        <w:tc>
          <w:tcPr>
            <w:tcW w:type="dxa" w:w="3061"/>
          </w:tcPr>
          <w:p>
            <w:pPr>
              <w:spacing w:after="20" w:line="276" w:lineRule="auto"/>
            </w:pPr>
            <w:r/>
            <w:r>
              <w:rPr>
                <w:rFonts w:ascii="宋体" w:hAnsi="宋体" w:eastAsia="宋体"/>
                <w:b w:val="0"/>
                <w:sz w:val="18"/>
              </w:rPr>
              <w:t>1.阅读与理解</w:t>
            </w:r>
          </w:p>
          <w:p>
            <w:pPr>
              <w:spacing w:after="20" w:line="276" w:lineRule="auto"/>
            </w:pPr>
            <w:r>
              <w:rPr>
                <w:rFonts w:ascii="宋体" w:hAnsi="宋体" w:eastAsia="宋体"/>
                <w:b w:val="0"/>
                <w:sz w:val="18"/>
              </w:rPr>
              <w:t>师：同学们阅读教科书P52例2，并观察示意图。根据题目中的信息，你能求出北京地铁2号线的实际长度大约是多少千米吗？</w:t>
            </w:r>
          </w:p>
          <w:p>
            <w:pPr>
              <w:spacing w:after="20" w:line="276" w:lineRule="auto"/>
            </w:pPr>
            <w:r>
              <w:rPr>
                <w:rFonts w:ascii="宋体" w:hAnsi="宋体" w:eastAsia="宋体"/>
                <w:b w:val="0"/>
                <w:sz w:val="18"/>
              </w:rPr>
              <w:t>2.探究解题方法。</w:t>
            </w:r>
          </w:p>
          <w:p>
            <w:pPr>
              <w:spacing w:after="20" w:line="276" w:lineRule="auto"/>
            </w:pPr>
            <w:r>
              <w:rPr>
                <w:rFonts w:ascii="宋体" w:hAnsi="宋体" w:eastAsia="宋体"/>
                <w:b w:val="0"/>
                <w:sz w:val="18"/>
              </w:rPr>
              <w:t>师：现在你会解决这个问题吗？自己试一试吧！</w:t>
            </w:r>
          </w:p>
          <w:p>
            <w:pPr>
              <w:spacing w:after="20" w:line="276" w:lineRule="auto"/>
            </w:pPr>
            <w:r>
              <w:rPr>
                <w:rFonts w:ascii="宋体" w:hAnsi="宋体" w:eastAsia="宋体"/>
                <w:b w:val="0"/>
                <w:sz w:val="18"/>
              </w:rPr>
              <w:t>EMBED Equation.DSMT4</w:t>
            </w:r>
          </w:p>
          <w:p>
            <w:pPr>
              <w:spacing w:after="20" w:line="276" w:lineRule="auto"/>
            </w:pPr>
            <w:r>
              <w:rPr>
                <w:rFonts w:ascii="宋体" w:hAnsi="宋体" w:eastAsia="宋体"/>
                <w:b w:val="0"/>
                <w:sz w:val="18"/>
              </w:rPr>
              <w:t>师：这些方法都是正确的吗？请大家说说自己的想法。</w:t>
            </w:r>
          </w:p>
          <w:p>
            <w:pPr>
              <w:spacing w:after="20" w:line="276" w:lineRule="auto"/>
            </w:pPr>
            <w:r>
              <w:rPr>
                <w:rFonts w:ascii="宋体" w:hAnsi="宋体" w:eastAsia="宋体"/>
                <w:b w:val="0"/>
                <w:sz w:val="18"/>
              </w:rPr>
              <w:t>师：4种方法中，前面3种都是算术法，第4种是根据比例尺的意义列出比例，再来解答的。说一说，列出比例的依据是什么？算出的x的值表示什么？单位是什么？</w:t>
            </w:r>
          </w:p>
          <w:p>
            <w:pPr>
              <w:spacing w:after="20" w:line="276" w:lineRule="auto"/>
            </w:pPr>
            <w:r>
              <w:rPr>
                <w:rFonts w:ascii="宋体" w:hAnsi="宋体" w:eastAsia="宋体"/>
                <w:b w:val="0"/>
                <w:sz w:val="18"/>
              </w:rPr>
              <w:t>例2的教学是本节课的重点。让学生在自主解决问题的过程中，充分展示多样化的数学思维，引导学生从不同的角度理解比例尺的意义，交流多种解决问题的方法，提高学生解决问题的能力。</w:t>
            </w:r>
          </w:p>
          <w:p>
            <w:pPr>
              <w:spacing w:after="20" w:line="276" w:lineRule="auto"/>
            </w:pPr>
            <w:r>
              <w:rPr>
                <w:rFonts w:ascii="宋体" w:hAnsi="宋体" w:eastAsia="宋体"/>
                <w:b w:val="0"/>
                <w:sz w:val="18"/>
              </w:rPr>
              <w:t>师：大家用这么多种方法解决了问题，说一说你更喜欢哪种解决问题的方法。</w:t>
            </w:r>
          </w:p>
          <w:p>
            <w:pPr>
              <w:spacing w:after="20" w:line="276" w:lineRule="auto"/>
            </w:pPr>
            <w:r>
              <w:rPr>
                <w:rFonts w:ascii="宋体" w:hAnsi="宋体" w:eastAsia="宋体"/>
                <w:b w:val="0"/>
                <w:sz w:val="18"/>
              </w:rPr>
              <w:t>3.检验反思。</w:t>
            </w:r>
          </w:p>
          <w:p>
            <w:pPr>
              <w:spacing w:after="20" w:line="276" w:lineRule="auto"/>
            </w:pPr>
            <w:r>
              <w:rPr>
                <w:rFonts w:ascii="宋体" w:hAnsi="宋体" w:eastAsia="宋体"/>
                <w:b w:val="0"/>
                <w:sz w:val="18"/>
              </w:rPr>
              <w:t>师：我们的解答正确吗？通过多种方法解决问题，都得到同样的结果，也检验了我们的解答正确。但如果仅仅用解比例的方法来解决问题，你会怎样检验呢？</w:t>
            </w:r>
          </w:p>
          <w:p>
            <w:pPr>
              <w:spacing w:after="20" w:line="276" w:lineRule="auto"/>
            </w:pPr>
            <w:r>
              <w:rPr>
                <w:rFonts w:ascii="宋体" w:hAnsi="宋体" w:eastAsia="宋体"/>
                <w:b w:val="0"/>
                <w:sz w:val="18"/>
              </w:rPr>
              <w:t>师：同学们的思路真开阔，会根据比例尺中各数量之间的关系来解决问题和检验反思。</w:t>
            </w:r>
          </w:p>
        </w:tc>
        <w:tc>
          <w:tcPr>
            <w:tcW w:type="dxa" w:w="3061"/>
          </w:tcPr>
          <w:p>
            <w:pPr>
              <w:spacing w:after="20" w:line="276" w:lineRule="auto"/>
            </w:pPr>
            <w:r/>
            <w:r>
              <w:rPr>
                <w:rFonts w:ascii="宋体" w:hAnsi="宋体" w:eastAsia="宋体"/>
                <w:b w:val="0"/>
                <w:sz w:val="18"/>
              </w:rPr>
              <w:t>知道北京地铁2号线的图上距离和比例尺，要求实际长度。</w:t>
            </w:r>
          </w:p>
          <w:p>
            <w:pPr>
              <w:spacing w:after="20" w:line="276" w:lineRule="auto"/>
            </w:pPr>
            <w:r>
              <w:rPr>
                <w:rFonts w:ascii="宋体" w:hAnsi="宋体" w:eastAsia="宋体"/>
                <w:b w:val="0"/>
                <w:sz w:val="18"/>
              </w:rPr>
              <w:t>预设1：77×30000=2310000(cm)=23.1 (km)。</w:t>
            </w:r>
          </w:p>
          <w:p>
            <w:pPr>
              <w:spacing w:after="20" w:line="276" w:lineRule="auto"/>
            </w:pPr>
            <w:r>
              <w:rPr>
                <w:rFonts w:ascii="宋体" w:hAnsi="宋体" w:eastAsia="宋体"/>
                <w:b w:val="0"/>
                <w:sz w:val="18"/>
              </w:rPr>
              <w:t>预设2：77÷ EMBED Equation.DSMT4  =2310000(cm)=23.1 (km)。</w:t>
            </w:r>
          </w:p>
          <w:p>
            <w:pPr>
              <w:spacing w:after="20" w:line="276" w:lineRule="auto"/>
            </w:pPr>
            <w:r>
              <w:rPr>
                <w:rFonts w:ascii="宋体" w:hAnsi="宋体" w:eastAsia="宋体"/>
                <w:b w:val="0"/>
                <w:sz w:val="18"/>
              </w:rPr>
              <w:t>预设3：30000cm=300m，77×300=23.1 (km)。</w:t>
            </w:r>
          </w:p>
          <w:p>
            <w:pPr>
              <w:spacing w:after="20" w:line="276" w:lineRule="auto"/>
            </w:pPr>
            <w:r>
              <w:rPr>
                <w:rFonts w:ascii="宋体" w:hAnsi="宋体" w:eastAsia="宋体"/>
                <w:b w:val="0"/>
                <w:sz w:val="18"/>
              </w:rPr>
              <w:t>预设4：解：设北京地铁2号线的实际长度是x cm。</w:t>
            </w:r>
          </w:p>
          <w:p>
            <w:pPr>
              <w:spacing w:after="20" w:line="276" w:lineRule="auto"/>
            </w:pPr>
            <w:r>
              <w:rPr>
                <w:rFonts w:ascii="宋体" w:hAnsi="宋体" w:eastAsia="宋体"/>
                <w:b w:val="0"/>
                <w:sz w:val="18"/>
              </w:rPr>
              <w:t>预设1：由比例尺1∶30000，可知实际距离是图上距离的30000倍，所以用77×30000就可以求出实际长度。</w:t>
            </w:r>
          </w:p>
          <w:p>
            <w:pPr>
              <w:spacing w:after="20" w:line="276" w:lineRule="auto"/>
            </w:pPr>
            <w:r>
              <w:rPr>
                <w:rFonts w:ascii="宋体" w:hAnsi="宋体" w:eastAsia="宋体"/>
                <w:b w:val="0"/>
                <w:sz w:val="18"/>
              </w:rPr>
              <w:t>预设2：我是用实际距离=图上距离÷比例尺来解决问题的，用77÷ EMBED Equation.DSMT4  来求出实际长度。(教师板书：实际距离=图上距离÷比例尺)</w:t>
            </w:r>
          </w:p>
          <w:p>
            <w:pPr>
              <w:spacing w:after="20" w:line="276" w:lineRule="auto"/>
            </w:pPr>
            <w:r>
              <w:rPr>
                <w:rFonts w:ascii="宋体" w:hAnsi="宋体" w:eastAsia="宋体"/>
                <w:b w:val="0"/>
                <w:sz w:val="18"/>
              </w:rPr>
              <w:t>预设3：我把30000cm换算成4km，表示图上距离1cm相当于实际距离4km，直接用77×4求出实际长度是23.1 km。</w:t>
            </w:r>
          </w:p>
          <w:p>
            <w:pPr>
              <w:spacing w:after="20" w:line="276" w:lineRule="auto"/>
            </w:pPr>
            <w:r>
              <w:rPr>
                <w:rFonts w:ascii="宋体" w:hAnsi="宋体" w:eastAsia="宋体"/>
                <w:b w:val="0"/>
                <w:sz w:val="18"/>
              </w:rPr>
              <w:t>预设4：我是根据图上距离∶实际距离=比例尺列出比例来解答。</w:t>
            </w:r>
          </w:p>
          <w:p>
            <w:pPr>
              <w:spacing w:after="20" w:line="276" w:lineRule="auto"/>
            </w:pPr>
            <w:r>
              <w:rPr>
                <w:rFonts w:ascii="宋体" w:hAnsi="宋体" w:eastAsia="宋体"/>
                <w:b w:val="0"/>
                <w:sz w:val="18"/>
              </w:rPr>
              <w:t>学生会说出列出比例的依据是比例尺的意义，即图上距离∶实际距离=比例尺，算出的x的值表示的是实际距离，单位还是厘米，最后还要注意将厘米换算成千米。</w:t>
            </w:r>
          </w:p>
          <w:p>
            <w:pPr>
              <w:spacing w:after="20" w:line="276" w:lineRule="auto"/>
            </w:pPr>
            <w:r>
              <w:rPr>
                <w:rFonts w:ascii="宋体" w:hAnsi="宋体" w:eastAsia="宋体"/>
                <w:b w:val="0"/>
                <w:sz w:val="18"/>
              </w:rPr>
              <w:t>学生可能会说出自己喜欢的方法。教师可以适时引导用思维更直接的列比例的方法。</w:t>
            </w:r>
          </w:p>
          <w:p>
            <w:pPr>
              <w:spacing w:after="20" w:line="276" w:lineRule="auto"/>
            </w:pPr>
            <w:r>
              <w:rPr>
                <w:rFonts w:ascii="宋体" w:hAnsi="宋体" w:eastAsia="宋体"/>
                <w:b w:val="0"/>
                <w:sz w:val="18"/>
              </w:rPr>
              <w:t>预设1：化简77cm∶23.1 km，看得到的比例尺是不是1∶30000。</w:t>
            </w:r>
          </w:p>
          <w:p>
            <w:pPr>
              <w:spacing w:after="20" w:line="276" w:lineRule="auto"/>
            </w:pPr>
            <w:r>
              <w:rPr>
                <w:rFonts w:ascii="宋体" w:hAnsi="宋体" w:eastAsia="宋体"/>
                <w:b w:val="0"/>
                <w:sz w:val="18"/>
              </w:rPr>
              <w:t>预设2：把23.1 km换算成2310000cm，再用2310000× EMBED Equation.DSMT4  ，看是否等于77cm。（教师板书：图上距离=实际距离×比例尺）</w:t>
            </w:r>
          </w:p>
          <w:p>
            <w:pPr>
              <w:spacing w:after="20" w:line="276" w:lineRule="auto"/>
            </w:pPr>
            <w:r>
              <w:rPr>
                <w:rFonts w:ascii="宋体" w:hAnsi="宋体" w:eastAsia="宋体"/>
                <w:b w:val="0"/>
                <w:sz w:val="18"/>
              </w:rPr>
              <w:t>预设3：用23.1 ÷4=77(cm)也可以检验。</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同学们阅读教科书P52例2，并观察示意图。根据题目中的信息，你能求出北京地铁2号线的实际长度大约是多少千米吗？"</w:t>
            </w:r>
          </w:p>
        </w:tc>
      </w:tr>
      <w:tr>
        <w:tc>
          <w:tcPr>
            <w:tcW w:type="dxa" w:w="1474"/>
          </w:tcPr>
          <w:p>
            <w:pPr>
              <w:spacing w:after="20" w:line="276" w:lineRule="auto"/>
            </w:pPr>
            <w:r>
              <w:rPr>
                <w:b/>
              </w:rPr>
            </w:r>
            <w:r>
              <w:rPr>
                <w:rFonts w:ascii="宋体" w:hAnsi="宋体" w:eastAsia="宋体"/>
                <w:b/>
                <w:sz w:val="18"/>
              </w:rPr>
              <w:t>三、巩固练习，综合应用</w:t>
            </w:r>
          </w:p>
        </w:tc>
        <w:tc>
          <w:tcPr>
            <w:tcW w:type="dxa" w:w="3061"/>
          </w:tcPr>
          <w:p>
            <w:pPr>
              <w:spacing w:after="20" w:line="276" w:lineRule="auto"/>
            </w:pPr>
            <w:r/>
            <w:r>
              <w:rPr>
                <w:rFonts w:ascii="宋体" w:hAnsi="宋体" w:eastAsia="宋体"/>
                <w:b w:val="0"/>
                <w:sz w:val="18"/>
              </w:rPr>
              <w:t>1.课件出示教科书P52下面的“做一做”。</w:t>
            </w:r>
          </w:p>
          <w:p>
            <w:pPr>
              <w:spacing w:after="20" w:line="276" w:lineRule="auto"/>
            </w:pPr>
            <w:r>
              <w:rPr>
                <w:rFonts w:ascii="宋体" w:hAnsi="宋体" w:eastAsia="宋体"/>
                <w:b w:val="0"/>
                <w:sz w:val="18"/>
              </w:rPr>
              <w:t>师：题目中有哪些要求，在组内说一说。</w:t>
            </w:r>
          </w:p>
          <w:p>
            <w:pPr>
              <w:spacing w:after="20" w:line="276" w:lineRule="auto"/>
            </w:pPr>
            <w:r>
              <w:rPr>
                <w:rFonts w:ascii="宋体" w:hAnsi="宋体" w:eastAsia="宋体"/>
                <w:b w:val="0"/>
                <w:sz w:val="18"/>
              </w:rPr>
              <w:t>尺，再量出图中河西村与汽车站之间的距离是多少厘米，还要计算出两地的实际距离大约是多少。</w:t>
            </w:r>
          </w:p>
          <w:p>
            <w:pPr>
              <w:spacing w:after="20" w:line="276" w:lineRule="auto"/>
            </w:pPr>
            <w:r>
              <w:rPr>
                <w:rFonts w:ascii="宋体" w:hAnsi="宋体" w:eastAsia="宋体"/>
                <w:b w:val="0"/>
                <w:sz w:val="18"/>
              </w:rPr>
              <w:t>注意提醒学生易错的地方，由于比例尺表示图上距离是实际距离的几分之几或实际距离是图上距离的几倍，它们的单位是相同的，当图上距离是cm时，求出的实际距离的单位也是cm。</w:t>
            </w:r>
          </w:p>
          <w:p>
            <w:pPr>
              <w:spacing w:after="20" w:line="276" w:lineRule="auto"/>
            </w:pPr>
            <w:r>
              <w:rPr>
                <w:rFonts w:ascii="宋体" w:hAnsi="宋体" w:eastAsia="宋体"/>
                <w:b w:val="0"/>
                <w:sz w:val="18"/>
              </w:rPr>
              <w:t>解：设两地的实际距离大约是x cm。</w:t>
            </w:r>
          </w:p>
          <w:p>
            <w:pPr>
              <w:spacing w:after="20" w:line="276" w:lineRule="auto"/>
            </w:pPr>
            <w:r>
              <w:rPr>
                <w:rFonts w:ascii="宋体" w:hAnsi="宋体" w:eastAsia="宋体"/>
                <w:b w:val="0"/>
                <w:sz w:val="18"/>
              </w:rPr>
              <w:t>3∶x=1∶60000</w:t>
            </w:r>
          </w:p>
          <w:p>
            <w:pPr>
              <w:spacing w:after="20" w:line="276" w:lineRule="auto"/>
            </w:pPr>
            <w:r>
              <w:rPr>
                <w:rFonts w:ascii="宋体" w:hAnsi="宋体" w:eastAsia="宋体"/>
                <w:b w:val="0"/>
                <w:sz w:val="18"/>
              </w:rPr>
              <w:t>x=180000</w:t>
            </w:r>
          </w:p>
          <w:p>
            <w:pPr>
              <w:spacing w:after="20" w:line="276" w:lineRule="auto"/>
            </w:pPr>
            <w:r>
              <w:rPr>
                <w:rFonts w:ascii="宋体" w:hAnsi="宋体" w:eastAsia="宋体"/>
                <w:b w:val="0"/>
                <w:sz w:val="18"/>
              </w:rPr>
              <w:t>180000cm=1800m</w:t>
            </w:r>
          </w:p>
          <w:p>
            <w:pPr>
              <w:spacing w:after="20" w:line="276" w:lineRule="auto"/>
            </w:pPr>
            <w:r>
              <w:rPr>
                <w:rFonts w:ascii="宋体" w:hAnsi="宋体" w:eastAsia="宋体"/>
                <w:b w:val="0"/>
                <w:sz w:val="18"/>
              </w:rPr>
              <w:t>师生一起检验。</w:t>
            </w:r>
          </w:p>
          <w:p>
            <w:pPr>
              <w:spacing w:after="20" w:line="276" w:lineRule="auto"/>
            </w:pPr>
            <w:r>
              <w:rPr>
                <w:rFonts w:ascii="宋体" w:hAnsi="宋体" w:eastAsia="宋体"/>
                <w:b w:val="0"/>
                <w:sz w:val="18"/>
              </w:rPr>
              <w:t>师：请你在图中随意选择两点，量出两点间的图上距离，再算出实际距离。</w:t>
            </w:r>
          </w:p>
          <w:p>
            <w:pPr>
              <w:spacing w:after="20" w:line="276" w:lineRule="auto"/>
            </w:pPr>
            <w:r>
              <w:rPr>
                <w:rFonts w:ascii="宋体" w:hAnsi="宋体" w:eastAsia="宋体"/>
                <w:b w:val="0"/>
                <w:sz w:val="18"/>
              </w:rPr>
              <w:t>2.独立完成教科书P55“练习十”第5题。</w:t>
            </w:r>
          </w:p>
          <w:p>
            <w:pPr>
              <w:spacing w:after="20" w:line="276" w:lineRule="auto"/>
            </w:pPr>
            <w:r>
              <w:rPr>
                <w:rFonts w:ascii="宋体" w:hAnsi="宋体" w:eastAsia="宋体"/>
                <w:b w:val="0"/>
                <w:sz w:val="18"/>
              </w:rPr>
              <w:t>3.独立完成教科书P57“练习十”第6题。</w:t>
            </w:r>
          </w:p>
        </w:tc>
        <w:tc>
          <w:tcPr>
            <w:tcW w:type="dxa" w:w="3061"/>
          </w:tcPr>
          <w:p>
            <w:pPr>
              <w:spacing w:after="20" w:line="276" w:lineRule="auto"/>
            </w:pPr>
            <w:r/>
            <w:r>
              <w:rPr>
                <w:rFonts w:ascii="宋体" w:hAnsi="宋体" w:eastAsia="宋体"/>
                <w:b w:val="0"/>
                <w:sz w:val="18"/>
              </w:rPr>
              <w:t>题目要求先把图中的线段比例尺改写成数值比例</w:t>
            </w:r>
          </w:p>
          <w:p>
            <w:pPr>
              <w:spacing w:after="20" w:line="276" w:lineRule="auto"/>
            </w:pPr>
            <w:r>
              <w:rPr>
                <w:rFonts w:ascii="宋体" w:hAnsi="宋体" w:eastAsia="宋体"/>
                <w:b w:val="0"/>
                <w:sz w:val="18"/>
              </w:rPr>
              <w:t>学生独立解答后相互交流，教师适当板书。</w:t>
            </w:r>
          </w:p>
          <w:p>
            <w:pPr>
              <w:spacing w:after="20" w:line="276" w:lineRule="auto"/>
            </w:pPr>
            <w:r>
              <w:rPr>
                <w:rFonts w:ascii="宋体" w:hAnsi="宋体" w:eastAsia="宋体"/>
                <w:b w:val="0"/>
                <w:sz w:val="18"/>
              </w:rPr>
              <w:t>图中的线段比例尺表示图上距离1cm相当于实际距离600m，改写成数值比例尺是1∶60000。经过测量，两地之间的图上距离大约是3cm。解决问题的方法可能有：3×600=1800(m)；3÷ EMBED Equation.DSMT4  =180000(cm)，180000cm=1800m。还有列比例解决问题：</w:t>
            </w:r>
          </w:p>
          <w:p>
            <w:pPr>
              <w:spacing w:after="20" w:line="276" w:lineRule="auto"/>
            </w:pPr>
            <w:r>
              <w:rPr>
                <w:rFonts w:ascii="宋体" w:hAnsi="宋体" w:eastAsia="宋体"/>
                <w:b w:val="0"/>
                <w:sz w:val="18"/>
              </w:rPr>
              <w:t>学生独立完成后在小组内交流订正。</w:t>
            </w:r>
          </w:p>
          <w:p>
            <w:pPr>
              <w:spacing w:after="20" w:line="276" w:lineRule="auto"/>
            </w:pPr>
            <w:r>
              <w:rPr>
                <w:rFonts w:ascii="宋体" w:hAnsi="宋体" w:eastAsia="宋体"/>
                <w:b w:val="0"/>
                <w:sz w:val="18"/>
              </w:rPr>
              <w:t>引导学生用多种方法解答，有的学生用算术法，大部分学生用解比例的方法。</w:t>
            </w:r>
          </w:p>
          <w:p>
            <w:pPr>
              <w:spacing w:after="20" w:line="276" w:lineRule="auto"/>
            </w:pPr>
            <w:r>
              <w:rPr>
                <w:rFonts w:ascii="宋体" w:hAnsi="宋体" w:eastAsia="宋体"/>
                <w:b w:val="0"/>
                <w:sz w:val="18"/>
              </w:rPr>
              <w:t>小组合作完成并讨论，最后汇报结果。</w:t>
            </w:r>
          </w:p>
          <w:p>
            <w:pPr>
              <w:spacing w:after="20" w:line="276" w:lineRule="auto"/>
            </w:pPr>
            <w:r>
              <w:rPr>
                <w:rFonts w:ascii="宋体" w:hAnsi="宋体" w:eastAsia="宋体"/>
                <w:b w:val="0"/>
                <w:sz w:val="18"/>
              </w:rPr>
              <w:t>本题需要学生自己在一幅中国地图上选取两个城市，测量出它们的图上距离，再根据此地图的比例尺算出它们的实际距离。</w:t>
            </w:r>
          </w:p>
        </w:tc>
        <w:tc>
          <w:tcPr>
            <w:tcW w:type="dxa" w:w="1814"/>
          </w:tcPr>
          <w:p>
            <w:pPr>
              <w:spacing w:after="20" w:line="276" w:lineRule="auto"/>
            </w:pPr>
            <w:r/>
            <w:r>
              <w:rPr>
                <w:rFonts w:ascii="宋体" w:hAnsi="宋体" w:eastAsia="宋体"/>
                <w:b w:val="0"/>
                <w:sz w:val="18"/>
              </w:rPr>
              <w:t>综合比例尺的改写、测量图上距离，根据比例尺和图上距离求出实际距离的知识，解决实际问题，有效提升学生解决问题的能力。在教学中充分挖掘教科书素材，巩固学生对比例尺的应用。</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师：今天我们学习了比例尺的应用，你们有什么收获呢？</w:t>
            </w:r>
          </w:p>
          <w:p>
            <w:pPr>
              <w:spacing w:after="20" w:line="276" w:lineRule="auto"/>
            </w:pPr>
            <w:r>
              <w:rPr>
                <w:rFonts w:ascii="宋体" w:hAnsi="宋体" w:eastAsia="宋体"/>
                <w:b w:val="0"/>
                <w:sz w:val="18"/>
              </w:rPr>
              <w:t>解决问题时，要引导学生抓住问题的本质，灵活解决问题，方法可以多种多样，只要是正确的都要予以肯定。</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引导学生回顾梳理本课所学，完善认知结构，提升归纳与反思能力，核心问题："今天我们学习了比例尺的应用，你们有什么收获呢？"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内容是比例尺的应用。结合教科书例题，通过创设情境，让学生经历探索、讨论、交流等活动，体验知识的形成过程，并在解决问题的过程中，学会运用多种方案来解答求实际距离的问题，从中选择最合适的方案。教学时发现，学生最容易出现错误的地方是单位换算，还有少数学生将求图上距离和求实际距离的方法混淆了导致出错，教师要注意检验环节的落实。 【作业设计】 见“状元成才路”系列丛书《创优作业100分》对应课时作业。 （2）新情境丹昆特大桥是一座现代化的高速铁路桥，是世界上最长的桥。将这座桥画在比例尺是1∶2200000的图上，量得桥的图上距离约是7.5 cm，这座桥的实际长度约是（　　）km。 参考答案 （1）50　（2）165 【教学笔记】 PAGE</w:t>
      </w:r>
    </w:p>
    <w:p>
      <w:r>
        <w:br w:type="page"/>
      </w:r>
    </w:p>
    <w:p>
      <w:pPr>
        <w:spacing w:after="80" w:line="300" w:lineRule="auto"/>
      </w:pPr>
      <w:r>
        <w:rPr>
          <w:rFonts w:ascii="黑体" w:hAnsi="黑体" w:eastAsia="黑体"/>
          <w:b/>
          <w:sz w:val="24"/>
        </w:rPr>
        <w:t>二、课时教学方案（第9课时）</w:t>
      </w:r>
    </w:p>
    <w:p>
      <w:pPr>
        <w:spacing w:after="80" w:line="300" w:lineRule="auto"/>
      </w:pPr>
      <w:r>
        <w:rPr>
          <w:rFonts w:ascii="黑体" w:hAnsi="黑体" w:eastAsia="黑体"/>
          <w:b/>
          <w:sz w:val="24"/>
        </w:rPr>
        <w:t>第9课时　比例的基本性质</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第9课时　比例的基本性质</w:t>
            </w:r>
          </w:p>
        </w:tc>
        <w:tc>
          <w:tcPr>
            <w:tcW w:type="dxa" w:w="6009"/>
          </w:tcPr>
          <w:p>
            <w:pPr>
              <w:spacing w:after="20" w:line="276" w:lineRule="auto"/>
            </w:pPr>
            <w:r/>
            <w:r>
              <w:rPr>
                <w:rFonts w:ascii="宋体" w:hAnsi="宋体" w:eastAsia="宋体"/>
                <w:b w:val="0"/>
                <w:sz w:val="20"/>
              </w:rPr>
              <w:t>第4单元 比例（比例的意义和基本性质）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比例这一单元时，已经学习了比、除法的意义和分数的意义，以及分数的基本性质、分数与除法的关系、分数乘除法的计算方法等，这些都是学习本单元内容的基础知识。比例是小学阶段数与代数部分最后一单元学习的内容，这部分内容的特点是应用性强、综合性强、内容情境不新，但采用新的思维方式和数学模型，需要学生在较高水平层面上学习。</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（1）了解比例各部分的名称，探索并掌握比例的基本性质，会根据比例的基本性质正确判断两个比能否组成比例，会把乘积相等的式子转化成比例。</w:t>
      </w:r>
    </w:p>
    <w:p>
      <w:pPr>
        <w:spacing w:after="20" w:line="300" w:lineRule="auto"/>
        <w:ind w:firstLine="400"/>
      </w:pPr>
      <w:r>
        <w:rPr>
          <w:rFonts w:ascii="宋体" w:hAnsi="宋体" w:eastAsia="宋体"/>
          <w:b w:val="0"/>
          <w:sz w:val="20"/>
        </w:rPr>
        <w:t>（2）通过观察、猜测、举例验证、归纳等数学活动，经历探究比例的基本性质的过程，渗透有序思考，感受变与不变的思想，体验比例的基本性质的应用价值。</w:t>
      </w:r>
    </w:p>
    <w:p>
      <w:pPr>
        <w:spacing w:after="20" w:line="300" w:lineRule="auto"/>
        <w:ind w:firstLine="400"/>
      </w:pPr>
      <w:r>
        <w:rPr>
          <w:rFonts w:ascii="宋体" w:hAnsi="宋体" w:eastAsia="宋体"/>
          <w:b w:val="0"/>
          <w:sz w:val="20"/>
        </w:rPr>
        <w:t>（3）引导学生自主参与知识探究过程，培养学生初步的观察、分析、比较、判断、概括的能力，发展学生的思维能力。</w:t>
      </w:r>
    </w:p>
    <w:p>
      <w:pPr>
        <w:spacing w:after="20" w:line="300" w:lineRule="auto"/>
      </w:pPr>
      <w:r>
        <w:rPr>
          <w:rFonts w:ascii="宋体" w:hAnsi="宋体" w:eastAsia="宋体"/>
          <w:b w:val="0"/>
          <w:sz w:val="20"/>
        </w:rPr>
        <w:t>教学重点：探索并掌握比例的基本性质。</w:t>
      </w:r>
    </w:p>
    <w:p>
      <w:pPr>
        <w:spacing w:after="20" w:line="300" w:lineRule="auto"/>
      </w:pPr>
      <w:r>
        <w:rPr>
          <w:rFonts w:ascii="宋体" w:hAnsi="宋体" w:eastAsia="宋体"/>
          <w:b w:val="0"/>
          <w:sz w:val="20"/>
        </w:rPr>
        <w:t>教学难点：比例的乘积形式与比值形式的相互转化。</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一、认识比例各部分的名称</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你能说出下面比例的内项和外项各是多少吗?</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二、探究比例的基本性质</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请同学们分别计算出这三个比例中两个内项的积和两个外项的积。比较一下，你有什么发现？；是不是所有的比例都有这样的规律呢？有什么好办法进行验证？</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三、沟通比和比例的区别与联系</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四、自主练习，知识应用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题目的要求是什么？；要判断哪组中的两个比可以组成比例，还有什么方法？</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一、认识比例各部分的名称</w:t>
            </w:r>
          </w:p>
        </w:tc>
        <w:tc>
          <w:tcPr>
            <w:tcW w:type="dxa" w:w="3061"/>
          </w:tcPr>
          <w:p>
            <w:pPr>
              <w:spacing w:after="20" w:line="276" w:lineRule="auto"/>
            </w:pPr>
            <w:r/>
            <w:r>
              <w:rPr>
                <w:rFonts w:ascii="宋体" w:hAnsi="宋体" w:eastAsia="宋体"/>
                <w:b w:val="0"/>
                <w:sz w:val="18"/>
              </w:rPr>
              <w:t>1.应用比例的意义判断两个比能否组成比例。</w:t>
            </w:r>
          </w:p>
          <w:p>
            <w:pPr>
              <w:spacing w:after="20" w:line="276" w:lineRule="auto"/>
            </w:pPr>
            <w:r>
              <w:rPr>
                <w:rFonts w:ascii="宋体" w:hAnsi="宋体" w:eastAsia="宋体"/>
                <w:b w:val="0"/>
                <w:sz w:val="18"/>
              </w:rPr>
              <w:t>师：请你判断这两个比能否组成比例。（板书：4∶5　8∶10）【学情预设】可以组成比例，4∶5=0.8，8∶10=0.8，比值相等，所以4∶5=8∶10。</w:t>
            </w:r>
          </w:p>
          <w:p>
            <w:pPr>
              <w:spacing w:after="20" w:line="276" w:lineRule="auto"/>
            </w:pPr>
            <w:r>
              <w:rPr>
                <w:rFonts w:ascii="宋体" w:hAnsi="宋体" w:eastAsia="宋体"/>
                <w:b w:val="0"/>
                <w:sz w:val="18"/>
              </w:rPr>
              <w:t>2.介绍比例各部分的名称。</w:t>
            </w:r>
          </w:p>
          <w:p>
            <w:pPr>
              <w:spacing w:after="20" w:line="276" w:lineRule="auto"/>
            </w:pPr>
            <w:r>
              <w:rPr>
                <w:rFonts w:ascii="宋体" w:hAnsi="宋体" w:eastAsia="宋体"/>
                <w:b w:val="0"/>
                <w:sz w:val="18"/>
              </w:rPr>
              <w:t>师：在4∶5＝8∶10这个比例中，组成比例的四个数“4、5、8、10”叫作这个比例的项。两端的两项“4”和“10”叫作比例的外项，中间的两项“5”和“8”叫作比例的内项。</w:t>
            </w:r>
          </w:p>
          <w:p>
            <w:pPr>
              <w:spacing w:after="20" w:line="276" w:lineRule="auto"/>
            </w:pPr>
            <w:r>
              <w:rPr>
                <w:rFonts w:ascii="宋体" w:hAnsi="宋体" w:eastAsia="宋体"/>
                <w:b w:val="0"/>
                <w:sz w:val="18"/>
              </w:rPr>
              <w:t>师：你能说出下面比例的内项和外项各是多少吗?如果有困难</w:t>
            </w:r>
          </w:p>
          <w:p>
            <w:pPr>
              <w:spacing w:after="20" w:line="276" w:lineRule="auto"/>
            </w:pPr>
            <w:r>
              <w:rPr>
                <w:rFonts w:ascii="宋体" w:hAnsi="宋体" w:eastAsia="宋体"/>
                <w:b w:val="0"/>
                <w:sz w:val="18"/>
              </w:rPr>
              <w:t>可以看看教科书第39页上面的一段文字。(板书两个比例：2.4∶1.6=60∶40   EMBED Equation.DSMT4  = EMBED Equation.DSMT4  )</w:t>
            </w:r>
          </w:p>
          <w:p>
            <w:pPr>
              <w:spacing w:after="20" w:line="276" w:lineRule="auto"/>
            </w:pPr>
            <w:r>
              <w:rPr>
                <w:rFonts w:ascii="宋体" w:hAnsi="宋体" w:eastAsia="宋体"/>
                <w:b w:val="0"/>
                <w:sz w:val="18"/>
              </w:rPr>
              <w:t>板书：</w:t>
            </w:r>
          </w:p>
        </w:tc>
        <w:tc>
          <w:tcPr>
            <w:tcW w:type="dxa" w:w="3061"/>
          </w:tcPr>
          <w:p>
            <w:pPr>
              <w:spacing w:after="20" w:line="276" w:lineRule="auto"/>
            </w:pPr>
            <w:r/>
            <w:r>
              <w:rPr>
                <w:rFonts w:ascii="宋体" w:hAnsi="宋体" w:eastAsia="宋体"/>
                <w:b w:val="0"/>
                <w:sz w:val="18"/>
              </w:rPr>
              <w:t>学生对于指出第一个比例中的内项和外项会很轻松，对于第二个比例可能有困难。教师可以引导学生观察，将比例写成分数形式时，内项与外项正好形成交叉关系。（根据学生的回答板书）</w:t>
            </w:r>
          </w:p>
        </w:tc>
        <w:tc>
          <w:tcPr>
            <w:tcW w:type="dxa" w:w="1814"/>
          </w:tcPr>
          <w:p>
            <w:pPr>
              <w:spacing w:after="20" w:line="276" w:lineRule="auto"/>
            </w:pPr>
            <w:r/>
            <w:r>
              <w:rPr>
                <w:rFonts w:ascii="宋体" w:hAnsi="宋体" w:eastAsia="宋体"/>
                <w:b w:val="0"/>
                <w:sz w:val="18"/>
              </w:rPr>
              <w:t>简洁的情境，简单的问答，准确定位教学的起点。介绍比例各部分的名称，引导学生比较两种形式的比例，明确四个项及每个项的位置都相同，只是形式不同而已，因而两个内项和两个外项是不变的。</w:t>
            </w:r>
          </w:p>
        </w:tc>
      </w:tr>
      <w:tr>
        <w:tc>
          <w:tcPr>
            <w:tcW w:type="dxa" w:w="1474"/>
          </w:tcPr>
          <w:p>
            <w:pPr>
              <w:spacing w:after="20" w:line="276" w:lineRule="auto"/>
            </w:pPr>
            <w:r>
              <w:rPr>
                <w:b/>
              </w:rPr>
            </w:r>
            <w:r>
              <w:rPr>
                <w:rFonts w:ascii="宋体" w:hAnsi="宋体" w:eastAsia="宋体"/>
                <w:b/>
                <w:sz w:val="18"/>
              </w:rPr>
              <w:t>二、探究比例的基本性质</w:t>
            </w:r>
          </w:p>
        </w:tc>
        <w:tc>
          <w:tcPr>
            <w:tcW w:type="dxa" w:w="3061"/>
          </w:tcPr>
          <w:p>
            <w:pPr>
              <w:spacing w:after="20" w:line="276" w:lineRule="auto"/>
            </w:pPr>
            <w:r/>
            <w:r>
              <w:rPr>
                <w:rFonts w:ascii="宋体" w:hAnsi="宋体" w:eastAsia="宋体"/>
                <w:b w:val="0"/>
                <w:sz w:val="18"/>
              </w:rPr>
              <w:t>1.自主发现并猜想。</w:t>
            </w:r>
          </w:p>
          <w:p>
            <w:pPr>
              <w:spacing w:after="20" w:line="276" w:lineRule="auto"/>
            </w:pPr>
            <w:r>
              <w:rPr>
                <w:rFonts w:ascii="宋体" w:hAnsi="宋体" w:eastAsia="宋体"/>
                <w:b w:val="0"/>
                <w:sz w:val="18"/>
              </w:rPr>
              <w:t>师：请同学们分别计算出这三个比例中两个内项的积和两个外项的积。比较一下，你有什么发现？</w:t>
            </w:r>
          </w:p>
          <w:p>
            <w:pPr>
              <w:spacing w:after="20" w:line="276" w:lineRule="auto"/>
            </w:pPr>
            <w:r>
              <w:rPr>
                <w:rFonts w:ascii="宋体" w:hAnsi="宋体" w:eastAsia="宋体"/>
                <w:b w:val="0"/>
                <w:sz w:val="18"/>
              </w:rPr>
              <w:t>(教师指着黑板上的三个比例：4∶5=8∶10  2.4∶1.6=60∶40</w:t>
            </w:r>
          </w:p>
          <w:p>
            <w:pPr>
              <w:spacing w:after="20" w:line="276" w:lineRule="auto"/>
            </w:pPr>
            <w:r>
              <w:rPr>
                <w:rFonts w:ascii="宋体" w:hAnsi="宋体" w:eastAsia="宋体"/>
                <w:b w:val="0"/>
                <w:sz w:val="18"/>
              </w:rPr>
              <w:t>EMBED Equation.DSMT4  = EMBED Equation.DSMT4  )</w:t>
            </w:r>
          </w:p>
          <w:p>
            <w:pPr>
              <w:spacing w:after="20" w:line="276" w:lineRule="auto"/>
            </w:pPr>
            <w:r>
              <w:rPr>
                <w:rFonts w:ascii="宋体" w:hAnsi="宋体" w:eastAsia="宋体"/>
                <w:b w:val="0"/>
                <w:sz w:val="18"/>
              </w:rPr>
              <w:t>教学比例的各部分的名称时，注意让学生弄清楚写成分数形式的比例的两个内项是哪两个数，两个外项是哪两个数，原因是什么。</w:t>
            </w:r>
          </w:p>
          <w:p>
            <w:pPr>
              <w:spacing w:after="20" w:line="276" w:lineRule="auto"/>
            </w:pPr>
            <w:r>
              <w:rPr>
                <w:rFonts w:ascii="宋体" w:hAnsi="宋体" w:eastAsia="宋体"/>
                <w:b w:val="0"/>
                <w:sz w:val="18"/>
              </w:rPr>
              <w:t>2.验证猜想。</w:t>
            </w:r>
          </w:p>
          <w:p>
            <w:pPr>
              <w:spacing w:after="20" w:line="276" w:lineRule="auto"/>
            </w:pPr>
            <w:r>
              <w:rPr>
                <w:rFonts w:ascii="宋体" w:hAnsi="宋体" w:eastAsia="宋体"/>
                <w:b w:val="0"/>
                <w:sz w:val="18"/>
              </w:rPr>
              <w:t>师：是不是所有的比例都有这样的规律呢？有什么好办法进行验证？(举例验证)</w:t>
            </w:r>
          </w:p>
          <w:p>
            <w:pPr>
              <w:spacing w:after="20" w:line="276" w:lineRule="auto"/>
            </w:pPr>
            <w:r>
              <w:rPr>
                <w:rFonts w:ascii="宋体" w:hAnsi="宋体" w:eastAsia="宋体"/>
                <w:b w:val="0"/>
                <w:sz w:val="18"/>
              </w:rPr>
              <w:t>活动要求：</w:t>
            </w:r>
          </w:p>
          <w:p>
            <w:pPr>
              <w:spacing w:after="20" w:line="276" w:lineRule="auto"/>
            </w:pPr>
            <w:r>
              <w:rPr>
                <w:rFonts w:ascii="宋体" w:hAnsi="宋体" w:eastAsia="宋体"/>
                <w:b w:val="0"/>
                <w:sz w:val="18"/>
              </w:rPr>
              <w:t>(1)小组内每个同学写出一个比例，小组内交换验证。</w:t>
            </w:r>
          </w:p>
          <w:p>
            <w:pPr>
              <w:spacing w:after="20" w:line="276" w:lineRule="auto"/>
            </w:pPr>
            <w:r>
              <w:rPr>
                <w:rFonts w:ascii="宋体" w:hAnsi="宋体" w:eastAsia="宋体"/>
                <w:b w:val="0"/>
                <w:sz w:val="18"/>
              </w:rPr>
              <w:t>(2)通过举例验证，能得出什么结论？在小组内说一说。</w:t>
            </w:r>
          </w:p>
          <w:p>
            <w:pPr>
              <w:spacing w:after="20" w:line="276" w:lineRule="auto"/>
            </w:pPr>
            <w:r>
              <w:rPr>
                <w:rFonts w:ascii="宋体" w:hAnsi="宋体" w:eastAsia="宋体"/>
                <w:b w:val="0"/>
                <w:sz w:val="18"/>
              </w:rPr>
              <w:t>3.归纳比例的基本性质。</w:t>
            </w:r>
          </w:p>
          <w:p>
            <w:pPr>
              <w:spacing w:after="20" w:line="276" w:lineRule="auto"/>
            </w:pPr>
            <w:r>
              <w:rPr>
                <w:rFonts w:ascii="宋体" w:hAnsi="宋体" w:eastAsia="宋体"/>
                <w:b w:val="0"/>
                <w:sz w:val="18"/>
              </w:rPr>
              <w:t>师：其实我们的发现与数学家不谋而合，他们也发现“在比例中，两个外项的积等于两个内项的积”，并且给它起了个名字，叫作比例的基本性质。（板书课题：比例的基本性质）</w:t>
            </w:r>
          </w:p>
          <w:p>
            <w:pPr>
              <w:spacing w:after="20" w:line="276" w:lineRule="auto"/>
            </w:pPr>
            <w:r>
              <w:rPr>
                <w:rFonts w:ascii="宋体" w:hAnsi="宋体" w:eastAsia="宋体"/>
                <w:b w:val="0"/>
                <w:sz w:val="18"/>
              </w:rPr>
              <w:t>4.完善比例的基本性质。</w:t>
            </w:r>
          </w:p>
          <w:p>
            <w:pPr>
              <w:spacing w:after="20" w:line="276" w:lineRule="auto"/>
            </w:pPr>
            <w:r>
              <w:rPr>
                <w:rFonts w:ascii="宋体" w:hAnsi="宋体" w:eastAsia="宋体"/>
                <w:b w:val="0"/>
                <w:sz w:val="18"/>
              </w:rPr>
              <w:t>师：如果用字母表示比例的四个项，即a∶b=c∶d或 EMBED Equation.DSMT4  = EMBED Equation.DSMT4  ，那么，比例的基本性质可以表示成什么？(ad=bc)</w:t>
            </w:r>
          </w:p>
          <w:p>
            <w:pPr>
              <w:spacing w:after="20" w:line="276" w:lineRule="auto"/>
            </w:pPr>
            <w:r>
              <w:rPr>
                <w:rFonts w:ascii="宋体" w:hAnsi="宋体" w:eastAsia="宋体"/>
                <w:b w:val="0"/>
                <w:sz w:val="18"/>
              </w:rPr>
              <w:t>师：我这里也有一个比例0∶3=0∶4，可以写成3∶0=4∶0吗？</w:t>
            </w:r>
          </w:p>
          <w:p>
            <w:pPr>
              <w:spacing w:after="20" w:line="276" w:lineRule="auto"/>
            </w:pPr>
            <w:r>
              <w:rPr>
                <w:rFonts w:ascii="宋体" w:hAnsi="宋体" w:eastAsia="宋体"/>
                <w:b w:val="0"/>
                <w:sz w:val="18"/>
              </w:rPr>
              <w:t>师生一起总结并板书：a∶b=c∶d  ad=bc(b、d均不为0)</w:t>
            </w:r>
          </w:p>
          <w:p>
            <w:pPr>
              <w:spacing w:after="20" w:line="276" w:lineRule="auto"/>
            </w:pPr>
            <w:r>
              <w:rPr>
                <w:rFonts w:ascii="宋体" w:hAnsi="宋体" w:eastAsia="宋体"/>
                <w:b w:val="0"/>
                <w:sz w:val="18"/>
              </w:rPr>
              <w:t>验证猜想的环节是探究比例的基本性质的一个重要环节。通过小组合作，验证规律的一般性，以学生自主学习与合作探究为主。</w:t>
            </w:r>
          </w:p>
        </w:tc>
        <w:tc>
          <w:tcPr>
            <w:tcW w:type="dxa" w:w="3061"/>
          </w:tcPr>
          <w:p>
            <w:pPr>
              <w:spacing w:after="20" w:line="276" w:lineRule="auto"/>
            </w:pPr>
            <w:r/>
            <w:r>
              <w:rPr>
                <w:rFonts w:ascii="宋体" w:hAnsi="宋体" w:eastAsia="宋体"/>
                <w:b w:val="0"/>
                <w:sz w:val="18"/>
              </w:rPr>
              <w:t>预设1：4×10=40，5×8=40，比例中两个外项的积等于两个内项的积。</w:t>
            </w:r>
          </w:p>
          <w:p>
            <w:pPr>
              <w:spacing w:after="20" w:line="276" w:lineRule="auto"/>
            </w:pPr>
            <w:r>
              <w:rPr>
                <w:rFonts w:ascii="宋体" w:hAnsi="宋体" w:eastAsia="宋体"/>
                <w:b w:val="0"/>
                <w:sz w:val="18"/>
              </w:rPr>
              <w:t>预设2：2.4×40=96，1.6×60=96，比例中两个外项的积等于两个内项的积。</w:t>
            </w:r>
          </w:p>
          <w:p>
            <w:pPr>
              <w:spacing w:after="20" w:line="276" w:lineRule="auto"/>
            </w:pPr>
            <w:r>
              <w:rPr>
                <w:rFonts w:ascii="宋体" w:hAnsi="宋体" w:eastAsia="宋体"/>
                <w:b w:val="0"/>
                <w:sz w:val="18"/>
              </w:rPr>
              <w:t>预设3：3×15=45，5×9=45，比例中两个外项的积等于两个内项的积。</w:t>
            </w:r>
          </w:p>
          <w:p>
            <w:pPr>
              <w:spacing w:after="20" w:line="276" w:lineRule="auto"/>
            </w:pPr>
            <w:r>
              <w:rPr>
                <w:rFonts w:ascii="宋体" w:hAnsi="宋体" w:eastAsia="宋体"/>
                <w:b w:val="0"/>
                <w:sz w:val="18"/>
              </w:rPr>
              <w:t>学生小组活动，教师巡视指导。</w:t>
            </w:r>
          </w:p>
          <w:p>
            <w:pPr>
              <w:spacing w:after="20" w:line="276" w:lineRule="auto"/>
            </w:pPr>
            <w:r>
              <w:rPr>
                <w:rFonts w:ascii="宋体" w:hAnsi="宋体" w:eastAsia="宋体"/>
                <w:b w:val="0"/>
                <w:sz w:val="18"/>
              </w:rPr>
              <w:t>学生通过写出比值相等的两个比并组成比例，然后在小组内交换验证：比例中两个外项的积等于两个内项的积。如果发现不是这个规律，可以让学生自己找原因，通常是比例写得不对或者计算出错。</w:t>
            </w:r>
          </w:p>
          <w:p>
            <w:pPr>
              <w:spacing w:after="20" w:line="276" w:lineRule="auto"/>
            </w:pPr>
            <w:r>
              <w:rPr>
                <w:rFonts w:ascii="宋体" w:hAnsi="宋体" w:eastAsia="宋体"/>
                <w:b w:val="0"/>
                <w:sz w:val="18"/>
              </w:rPr>
              <w:t>预设1：3×0=0×4，符合比例的基本性质。</w:t>
            </w:r>
          </w:p>
          <w:p>
            <w:pPr>
              <w:spacing w:after="20" w:line="276" w:lineRule="auto"/>
            </w:pPr>
            <w:r>
              <w:rPr>
                <w:rFonts w:ascii="宋体" w:hAnsi="宋体" w:eastAsia="宋体"/>
                <w:b w:val="0"/>
                <w:sz w:val="18"/>
              </w:rPr>
              <w:t>预设2：不可以，比的后项相当于除法中的除数，除数不能为0。</w:t>
            </w:r>
          </w:p>
          <w:p>
            <w:pPr>
              <w:spacing w:after="20" w:line="276" w:lineRule="auto"/>
            </w:pPr>
            <w:r>
              <w:rPr>
                <w:rFonts w:ascii="宋体" w:hAnsi="宋体" w:eastAsia="宋体"/>
                <w:b w:val="0"/>
                <w:sz w:val="18"/>
              </w:rPr>
              <w:t>预设3：如果把它写成分数形式，分母都是0，是没有意义的。</w:t>
            </w:r>
          </w:p>
        </w:tc>
        <w:tc>
          <w:tcPr>
            <w:tcW w:type="dxa" w:w="1814"/>
          </w:tcPr>
          <w:p>
            <w:pPr>
              <w:spacing w:after="20" w:line="276" w:lineRule="auto"/>
            </w:pPr>
            <w:r/>
            <w:r>
              <w:rPr>
                <w:rFonts w:ascii="宋体" w:hAnsi="宋体" w:eastAsia="宋体"/>
                <w:b w:val="0"/>
                <w:sz w:val="18"/>
              </w:rPr>
              <w:t>让学生经历“计算——猜想——验证——归纳——完善”的知识探究过程，激发学生的探究欲望，让学生用不同的比例对这个基本性质进行验证，抓住关键词“积”。</w:t>
            </w:r>
          </w:p>
        </w:tc>
      </w:tr>
      <w:tr>
        <w:tc>
          <w:tcPr>
            <w:tcW w:type="dxa" w:w="1474"/>
          </w:tcPr>
          <w:p>
            <w:pPr>
              <w:spacing w:after="20" w:line="276" w:lineRule="auto"/>
            </w:pPr>
            <w:r>
              <w:rPr>
                <w:b/>
              </w:rPr>
            </w:r>
            <w:r>
              <w:rPr>
                <w:rFonts w:ascii="宋体" w:hAnsi="宋体" w:eastAsia="宋体"/>
                <w:b/>
                <w:sz w:val="18"/>
              </w:rPr>
              <w:t>三、沟通比和比例的区别与联系</w:t>
            </w:r>
          </w:p>
        </w:tc>
        <w:tc>
          <w:tcPr>
            <w:tcW w:type="dxa" w:w="3061"/>
          </w:tcPr>
          <w:p>
            <w:pPr>
              <w:spacing w:after="20" w:line="276" w:lineRule="auto"/>
            </w:pPr>
            <w:r/>
            <w:r>
              <w:rPr>
                <w:rFonts w:ascii="宋体" w:hAnsi="宋体" w:eastAsia="宋体"/>
                <w:b w:val="0"/>
                <w:sz w:val="18"/>
              </w:rPr>
              <w:t>师：今天学习了比例的基本性质，请大家再想一想比和比例之</w:t>
            </w:r>
          </w:p>
          <w:p>
            <w:pPr>
              <w:spacing w:after="20" w:line="276" w:lineRule="auto"/>
            </w:pPr>
            <w:r>
              <w:rPr>
                <w:rFonts w:ascii="宋体" w:hAnsi="宋体" w:eastAsia="宋体"/>
                <w:b w:val="0"/>
                <w:sz w:val="18"/>
              </w:rPr>
              <w:t>间到底有哪些区别与联系，我们来梳理一下。</w:t>
            </w:r>
          </w:p>
          <w:p>
            <w:pPr>
              <w:spacing w:after="20" w:line="276" w:lineRule="auto"/>
            </w:pPr>
            <w:r>
              <w:rPr>
                <w:rFonts w:ascii="宋体" w:hAnsi="宋体" w:eastAsia="宋体"/>
                <w:b w:val="0"/>
                <w:sz w:val="18"/>
              </w:rPr>
              <w:t>课件出示表格。</w:t>
            </w:r>
          </w:p>
        </w:tc>
        <w:tc>
          <w:tcPr>
            <w:tcW w:type="dxa" w:w="3061"/>
          </w:tcPr>
          <w:p>
            <w:pPr>
              <w:spacing w:after="20" w:line="276" w:lineRule="auto"/>
            </w:pPr>
            <w:r/>
            <w:r>
              <w:rPr>
                <w:rFonts w:ascii="宋体" w:hAnsi="宋体" w:eastAsia="宋体"/>
                <w:b w:val="0"/>
                <w:sz w:val="18"/>
              </w:rPr>
              <w:t>小组内讨论、梳理，教师指导。</w:t>
            </w:r>
          </w:p>
          <w:p>
            <w:pPr>
              <w:spacing w:after="20" w:line="276" w:lineRule="auto"/>
            </w:pPr>
            <w:r>
              <w:rPr>
                <w:rFonts w:ascii="宋体" w:hAnsi="宋体" w:eastAsia="宋体"/>
                <w:b w:val="0"/>
                <w:sz w:val="18"/>
              </w:rPr>
              <w:t>汇报交流。</w:t>
            </w:r>
          </w:p>
          <w:p>
            <w:pPr>
              <w:spacing w:after="20" w:line="276" w:lineRule="auto"/>
            </w:pPr>
            <w:r>
              <w:rPr>
                <w:rFonts w:ascii="宋体" w:hAnsi="宋体" w:eastAsia="宋体"/>
                <w:b w:val="0"/>
                <w:sz w:val="18"/>
              </w:rPr>
              <w:t>学生可能从意义、项数、基本性质几个方面来梳理总结。(学生表述时，教师可以指导学生表述得完整些。)</w:t>
            </w:r>
          </w:p>
        </w:tc>
        <w:tc>
          <w:tcPr>
            <w:tcW w:type="dxa" w:w="1814"/>
          </w:tcPr>
          <w:p>
            <w:pPr>
              <w:spacing w:after="20" w:line="276" w:lineRule="auto"/>
            </w:pPr>
            <w:r/>
            <w:r>
              <w:rPr>
                <w:rFonts w:ascii="宋体" w:hAnsi="宋体" w:eastAsia="宋体"/>
                <w:b w:val="0"/>
                <w:sz w:val="18"/>
              </w:rPr>
              <w:t>比和比例既有一定的联系，又有本质的区别，分属于不同的知识领域。整体进行梳理，使学生更清楚地了解知识之间的联系与差别，促进学生构建良好的认知结构。</w:t>
            </w:r>
          </w:p>
        </w:tc>
      </w:tr>
      <w:tr>
        <w:tc>
          <w:tcPr>
            <w:tcW w:type="dxa" w:w="1474"/>
          </w:tcPr>
          <w:p>
            <w:pPr>
              <w:spacing w:after="20" w:line="276" w:lineRule="auto"/>
            </w:pPr>
            <w:r>
              <w:rPr>
                <w:b/>
              </w:rPr>
            </w:r>
            <w:r>
              <w:rPr>
                <w:rFonts w:ascii="宋体" w:hAnsi="宋体" w:eastAsia="宋体"/>
                <w:b/>
                <w:sz w:val="18"/>
              </w:rPr>
              <w:t>四、自主练习，知识应用</w:t>
            </w:r>
          </w:p>
        </w:tc>
        <w:tc>
          <w:tcPr>
            <w:tcW w:type="dxa" w:w="3061"/>
          </w:tcPr>
          <w:p>
            <w:pPr>
              <w:spacing w:after="20" w:line="276" w:lineRule="auto"/>
            </w:pPr>
            <w:r/>
            <w:r>
              <w:rPr>
                <w:rFonts w:ascii="宋体" w:hAnsi="宋体" w:eastAsia="宋体"/>
                <w:b w:val="0"/>
                <w:sz w:val="18"/>
              </w:rPr>
              <w:t>1.课件出示教科书P39“做一做”。</w:t>
            </w:r>
          </w:p>
          <w:p>
            <w:pPr>
              <w:spacing w:after="20" w:line="276" w:lineRule="auto"/>
            </w:pPr>
            <w:r>
              <w:rPr>
                <w:rFonts w:ascii="宋体" w:hAnsi="宋体" w:eastAsia="宋体"/>
                <w:b w:val="0"/>
                <w:sz w:val="18"/>
              </w:rPr>
              <w:t>师：题目的要求是什么？</w:t>
            </w:r>
          </w:p>
          <w:p>
            <w:pPr>
              <w:spacing w:after="20" w:line="276" w:lineRule="auto"/>
            </w:pPr>
            <w:r>
              <w:rPr>
                <w:rFonts w:ascii="宋体" w:hAnsi="宋体" w:eastAsia="宋体"/>
                <w:b w:val="0"/>
                <w:sz w:val="18"/>
              </w:rPr>
              <w:t>师：要判断哪组中的两个比可以组成比例，还有什么方法？(求比值的方法)</w:t>
            </w:r>
          </w:p>
          <w:p>
            <w:pPr>
              <w:spacing w:after="20" w:line="276" w:lineRule="auto"/>
            </w:pPr>
            <w:r>
              <w:rPr>
                <w:rFonts w:ascii="宋体" w:hAnsi="宋体" w:eastAsia="宋体"/>
                <w:b w:val="0"/>
                <w:sz w:val="18"/>
              </w:rPr>
              <w:t>在练习中，沟通两种判断是否成比例的方法之间的关系，明确根据比例的意义判断时要抓住“比值相等”，根据比例的基本性质判断时，要抓住“乘积相等”。</w:t>
            </w:r>
          </w:p>
          <w:p>
            <w:pPr>
              <w:spacing w:after="20" w:line="276" w:lineRule="auto"/>
            </w:pPr>
            <w:r>
              <w:rPr>
                <w:rFonts w:ascii="宋体" w:hAnsi="宋体" w:eastAsia="宋体"/>
                <w:b w:val="0"/>
                <w:sz w:val="18"/>
              </w:rPr>
              <w:t>课件出示总结。</w:t>
            </w:r>
          </w:p>
          <w:p>
            <w:pPr>
              <w:spacing w:after="20" w:line="276" w:lineRule="auto"/>
            </w:pPr>
            <w:r>
              <w:rPr>
                <w:rFonts w:ascii="宋体" w:hAnsi="宋体" w:eastAsia="宋体"/>
                <w:b w:val="0"/>
                <w:sz w:val="18"/>
              </w:rPr>
              <w:t>2.课件出示教科书P41“练习八”第7题。</w:t>
            </w:r>
          </w:p>
          <w:p>
            <w:pPr>
              <w:spacing w:after="20" w:line="276" w:lineRule="auto"/>
            </w:pPr>
            <w:r>
              <w:rPr>
                <w:rFonts w:ascii="宋体" w:hAnsi="宋体" w:eastAsia="宋体"/>
                <w:b w:val="0"/>
                <w:sz w:val="18"/>
              </w:rPr>
              <w:t>师生一起总结：根据等式24×3＝8×9，用24和3做外项，8和9做内项，可以写出4个比例。再用24和3做内项，8和9做外项，也可以写出4个比例，一共可以写出8个比例。（课件出示完整解答）</w:t>
            </w:r>
          </w:p>
          <w:p>
            <w:pPr>
              <w:spacing w:after="20" w:line="276" w:lineRule="auto"/>
            </w:pPr>
            <w:r>
              <w:rPr>
                <w:rFonts w:ascii="宋体" w:hAnsi="宋体" w:eastAsia="宋体"/>
                <w:b w:val="0"/>
                <w:sz w:val="18"/>
              </w:rPr>
              <w:t>3.独立完成教科书P41“练习八”第6题。</w:t>
            </w:r>
          </w:p>
          <w:p>
            <w:pPr>
              <w:spacing w:after="20" w:line="276" w:lineRule="auto"/>
            </w:pPr>
            <w:r>
              <w:rPr>
                <w:rFonts w:ascii="宋体" w:hAnsi="宋体" w:eastAsia="宋体"/>
                <w:b w:val="0"/>
                <w:sz w:val="18"/>
              </w:rPr>
              <w:t>解答完毕后，集中展示交流。</w:t>
            </w:r>
          </w:p>
          <w:p>
            <w:pPr>
              <w:spacing w:after="20" w:line="276" w:lineRule="auto"/>
            </w:pPr>
            <w:r>
              <w:rPr>
                <w:rFonts w:ascii="宋体" w:hAnsi="宋体" w:eastAsia="宋体"/>
                <w:b w:val="0"/>
                <w:sz w:val="18"/>
              </w:rPr>
              <w:t>只要学生的解答有道理，教师都要予以肯定。</w:t>
            </w:r>
          </w:p>
        </w:tc>
        <w:tc>
          <w:tcPr>
            <w:tcW w:type="dxa" w:w="3061"/>
          </w:tcPr>
          <w:p>
            <w:pPr>
              <w:spacing w:after="20" w:line="276" w:lineRule="auto"/>
            </w:pPr>
            <w:r/>
            <w:r>
              <w:rPr>
                <w:rFonts w:ascii="宋体" w:hAnsi="宋体" w:eastAsia="宋体"/>
                <w:b w:val="0"/>
                <w:sz w:val="18"/>
              </w:rPr>
              <w:t>判断哪组中的两个比可以组成比例。</w:t>
            </w:r>
          </w:p>
          <w:p>
            <w:pPr>
              <w:spacing w:after="20" w:line="276" w:lineRule="auto"/>
            </w:pPr>
            <w:r>
              <w:rPr>
                <w:rFonts w:ascii="宋体" w:hAnsi="宋体" w:eastAsia="宋体"/>
                <w:b w:val="0"/>
                <w:sz w:val="18"/>
              </w:rPr>
              <w:t>学生独立完成后汇报。(课件出示正确解答)</w:t>
            </w:r>
          </w:p>
          <w:p>
            <w:pPr>
              <w:spacing w:after="20" w:line="276" w:lineRule="auto"/>
            </w:pPr>
            <w:r>
              <w:rPr>
                <w:rFonts w:ascii="宋体" w:hAnsi="宋体" w:eastAsia="宋体"/>
                <w:b w:val="0"/>
                <w:sz w:val="18"/>
              </w:rPr>
              <w:t>学生可能会说出24∶8＝9∶3，8∶24＝3∶9等比例，但不一定能把8个比例全部写出来。教师可以追问：到底可以写出多少个不同的比例呢？怎样才能有序地写出所有的比例呢？</w:t>
            </w:r>
          </w:p>
          <w:p>
            <w:pPr>
              <w:spacing w:after="20" w:line="276" w:lineRule="auto"/>
            </w:pPr>
            <w:r>
              <w:rPr>
                <w:rFonts w:ascii="宋体" w:hAnsi="宋体" w:eastAsia="宋体"/>
                <w:b w:val="0"/>
                <w:sz w:val="18"/>
              </w:rPr>
              <w:t>学生在小组内讨论，教师巡回指导。</w:t>
            </w:r>
          </w:p>
          <w:p>
            <w:pPr>
              <w:spacing w:after="20" w:line="276" w:lineRule="auto"/>
            </w:pPr>
            <w:r>
              <w:rPr>
                <w:rFonts w:ascii="宋体" w:hAnsi="宋体" w:eastAsia="宋体"/>
                <w:b w:val="0"/>
                <w:sz w:val="18"/>
              </w:rPr>
              <w:t>预设1：1分=60秒，54∶45= EMBED Equation.DSMT4  ，72∶60= EMBED Equation.DSMT4  ，两个比的比值相等，小红说得对。</w:t>
            </w:r>
          </w:p>
          <w:p>
            <w:pPr>
              <w:spacing w:after="20" w:line="276" w:lineRule="auto"/>
            </w:pPr>
            <w:r>
              <w:rPr>
                <w:rFonts w:ascii="宋体" w:hAnsi="宋体" w:eastAsia="宋体"/>
                <w:b w:val="0"/>
                <w:sz w:val="18"/>
              </w:rPr>
              <w:t>预设2：1分=60秒，45∶60= EMBED Equation.DSMT4  ，54∶72= EMBED Equation.DSMT4  ，两个比的比值相等，小红说得对。</w:t>
            </w:r>
          </w:p>
          <w:p>
            <w:pPr>
              <w:spacing w:after="20" w:line="276" w:lineRule="auto"/>
            </w:pPr>
            <w:r>
              <w:rPr>
                <w:rFonts w:ascii="宋体" w:hAnsi="宋体" w:eastAsia="宋体"/>
                <w:b w:val="0"/>
                <w:sz w:val="18"/>
              </w:rPr>
              <w:t>预设3：1分=60秒，假设54∶45=72∶60，因为54×60=72×45，所以小红说得对。</w:t>
            </w:r>
          </w:p>
        </w:tc>
        <w:tc>
          <w:tcPr>
            <w:tcW w:type="dxa" w:w="1814"/>
          </w:tcPr>
          <w:p>
            <w:pPr>
              <w:spacing w:after="20" w:line="276" w:lineRule="auto"/>
            </w:pPr>
            <w:r/>
            <w:r>
              <w:rPr>
                <w:rFonts w:ascii="宋体" w:hAnsi="宋体" w:eastAsia="宋体"/>
                <w:b w:val="0"/>
                <w:sz w:val="18"/>
              </w:rPr>
              <w:t>把乘积的形式写成比例的形式，进一步巩固比例的基本性质的应用，渗透数学的有序思想，还为后面学习正、反比例的意义做好准备。如果说比值相等是正比例的形式，那么乘积相等就是反比例的形式。</w:t>
            </w:r>
          </w:p>
          <w:p>
            <w:pPr>
              <w:spacing w:after="20" w:line="276" w:lineRule="auto"/>
            </w:pPr>
            <w:r>
              <w:rPr>
                <w:rFonts w:ascii="宋体" w:hAnsi="宋体" w:eastAsia="宋体"/>
                <w:b w:val="0"/>
                <w:sz w:val="18"/>
              </w:rPr>
              <w:t>解决问题中倡导思维的开放性和多样性，鼓励学生从不同的角度来判断。让学生明确，只要先列出相应量之间的比，就可以用比例的意义和基本性质加以判断。</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师：通过本节课的学习，你们有哪些收获呢？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探究环节是本课的一个亮点，在这个环节中主要引导学生怎样去发现比例的秘密，归纳出规律性的结论。整个环节力求体现学生自主探索、独立思考、合作交流的学习过程，从而提高学生的数学学习的能力。教学过程中，要注意给学生更多的自主探究、合作交流的时间，允许他们有不同的想法、不同的方法，使学习过程更开放。 【作业设计】 见“状元成才路”系列丛书《创优作业100分》对应课时作业。 1（1）在比例5∶6＝1.5∶1.8中，（　　）和（　　）是比例的外项，（　　）和（　　）是比例的内项。 （2）若a∶b＝5∶6，则6a＝（　　）；若4x＝3y，则4∶3＝（　　）∶（　　）。（字母均不为0） （3）在一个比例中，两个外项互为倒数，其中一个内项是eq \f(4,5)，另一个内项是（　　）。 2应用比例的基本性质，判断下面各组中的两个比能否组成比例。 （1）4∶3和64∶48　　　　　　（2）eq \f(1,2)∶eq \f(1,3)和eq \f(1,4)∶eq \f(1,6) （3）eq \f(1,4)∶45和0.2∶70 3选一选。（将正确答案的序号填在括号里） （1）如图，a、b是平行四边形相邻两条边的长，c、d是平行四边形的高。下面错误的是（　　）。 A.a∶b＝d∶c　　　B.a∶b＝c∶d　　　C.eq \f(a,d)＝eq \f(b,c)　　　D.eq \f(c,b)＝eq \f(d,a) （2）eq \f(a,b)＝eq \f(c,d)（b、d均不为0），若a乘2，要使比例仍然成立，则（　　）。 A.b除以2      B.c乘2      C.d乘2      D.c除以2 参考答案 1.（1）5　1.8　6　1.5　（2）5b　y　x　（3）eq \f(5,4) 2.（1）4×48＝3×64，能组成比例。（2）eq \f(1,2)×eq \f(1,6)＝eq \f(1,3)×eq \f(1,4)，能组成比例。 （3）eq \f(1,4)×70&gt;45×0.2，不能组成比例。 3.（1）B　（2）B PAGE</w:t>
      </w:r>
    </w:p>
    <w:p>
      <w:r>
        <w:br w:type="page"/>
      </w:r>
    </w:p>
    <w:p>
      <w:pPr>
        <w:spacing w:after="80" w:line="300" w:lineRule="auto"/>
      </w:pPr>
      <w:r>
        <w:rPr>
          <w:rFonts w:ascii="黑体" w:hAnsi="黑体" w:eastAsia="黑体"/>
          <w:b/>
          <w:sz w:val="24"/>
        </w:rPr>
        <w:t>二、课时教学方案（第10课时）</w:t>
      </w:r>
    </w:p>
    <w:p>
      <w:pPr>
        <w:spacing w:after="80" w:line="300" w:lineRule="auto"/>
      </w:pPr>
      <w:r>
        <w:rPr>
          <w:rFonts w:ascii="黑体" w:hAnsi="黑体" w:eastAsia="黑体"/>
          <w:b/>
          <w:sz w:val="24"/>
        </w:rPr>
        <w:t>第10课时　解比例</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第10课时　解比例</w:t>
            </w:r>
          </w:p>
        </w:tc>
        <w:tc>
          <w:tcPr>
            <w:tcW w:type="dxa" w:w="6009"/>
          </w:tcPr>
          <w:p>
            <w:pPr>
              <w:spacing w:after="20" w:line="276" w:lineRule="auto"/>
            </w:pPr>
            <w:r/>
            <w:r>
              <w:rPr>
                <w:rFonts w:ascii="宋体" w:hAnsi="宋体" w:eastAsia="宋体"/>
                <w:b w:val="0"/>
                <w:sz w:val="20"/>
              </w:rPr>
              <w:t>第4单元 比例（比例的意义和基本性质）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比例这一单元时，已经学习了比、除法的意义和分数的意义，以及分数的基本性质、分数与除法的关系、分数乘除法的计算方法等，这些都是学习本单元内容的基础知识。比例是小学阶段数与代数部分最后一单元学习的内容，这部分内容的特点是应用性强、综合性强、内容情境不新，但采用新的思维方式和数学模型，需要学生在较高水平层面上学习。</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（1）掌握解比例的方法和格式，能根据比例的基本性质把比例的比的形式和分数形式改写成乘积形式，正确地解比例。</w:t>
      </w:r>
    </w:p>
    <w:p>
      <w:pPr>
        <w:spacing w:after="20" w:line="300" w:lineRule="auto"/>
        <w:ind w:firstLine="400"/>
      </w:pPr>
      <w:r>
        <w:rPr>
          <w:rFonts w:ascii="宋体" w:hAnsi="宋体" w:eastAsia="宋体"/>
          <w:b w:val="0"/>
          <w:sz w:val="20"/>
        </w:rPr>
        <w:t>（2）经历根据实际情境中的数量关系列出比例、解比例、检验的完整过程，培养学生解决问题的能力。</w:t>
      </w:r>
    </w:p>
    <w:p>
      <w:pPr>
        <w:spacing w:after="20" w:line="300" w:lineRule="auto"/>
        <w:ind w:firstLine="400"/>
      </w:pPr>
      <w:r>
        <w:rPr>
          <w:rFonts w:ascii="宋体" w:hAnsi="宋体" w:eastAsia="宋体"/>
          <w:b w:val="0"/>
          <w:sz w:val="20"/>
        </w:rPr>
        <w:t>（3）感受数学知识的内在联系，体验应用知识解决问题的乐趣，培养灵活的思维方式。</w:t>
      </w:r>
    </w:p>
    <w:p>
      <w:pPr>
        <w:spacing w:after="20" w:line="300" w:lineRule="auto"/>
      </w:pPr>
      <w:r>
        <w:rPr>
          <w:rFonts w:ascii="宋体" w:hAnsi="宋体" w:eastAsia="宋体"/>
          <w:b w:val="0"/>
          <w:sz w:val="20"/>
        </w:rPr>
        <w:t>教学重点：掌握解比例的方法和格式。</w:t>
      </w:r>
    </w:p>
    <w:p>
      <w:pPr>
        <w:spacing w:after="20" w:line="300" w:lineRule="auto"/>
      </w:pPr>
      <w:r>
        <w:rPr>
          <w:rFonts w:ascii="宋体" w:hAnsi="宋体" w:eastAsia="宋体"/>
          <w:b w:val="0"/>
          <w:sz w:val="20"/>
        </w:rPr>
        <w:t>教学难点：能根据实际问题灵活列出比例并解比例。</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一、复习旧知，揭示解比例的意义</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同学们，我们已经学习了比例的一些知识，谁来说一说你已经了解了比例的哪些知识?；比例的知识可以帮助我们解决一些实际问题。你能求出比例中的未知项吗？</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二、创设实际情境，用解比例的知识解决问题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从题目中，你知道了哪些信息？；你会解决这个问题吗？</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三、学习解分数形式的比例</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你能试着解这个比例吗？；你用的是什么方法？你认为哪一种方法更简便?</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四、巩固练习，知识应用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一、复习旧知，揭示解比例的意义</w:t>
            </w:r>
          </w:p>
        </w:tc>
        <w:tc>
          <w:tcPr>
            <w:tcW w:type="dxa" w:w="3061"/>
          </w:tcPr>
          <w:p>
            <w:pPr>
              <w:spacing w:after="20" w:line="276" w:lineRule="auto"/>
            </w:pPr>
            <w:r/>
            <w:r>
              <w:rPr>
                <w:rFonts w:ascii="宋体" w:hAnsi="宋体" w:eastAsia="宋体"/>
                <w:b w:val="0"/>
                <w:sz w:val="18"/>
              </w:rPr>
              <w:t>师：同学们，我们已经学习了比例的一些知识，谁来说一说你已经了解了比例的哪些知识?</w:t>
            </w:r>
          </w:p>
          <w:p>
            <w:pPr>
              <w:spacing w:after="20" w:line="276" w:lineRule="auto"/>
            </w:pPr>
            <w:r>
              <w:rPr>
                <w:rFonts w:ascii="宋体" w:hAnsi="宋体" w:eastAsia="宋体"/>
                <w:b w:val="0"/>
                <w:sz w:val="18"/>
              </w:rPr>
              <w:t>师：比例的知识可以帮助我们解决一些实际问题。你能求出比例中的未知项吗？（课件出示比例）</w:t>
            </w:r>
          </w:p>
          <w:p>
            <w:pPr>
              <w:spacing w:after="20" w:line="276" w:lineRule="auto"/>
            </w:pPr>
            <w:r>
              <w:rPr>
                <w:rFonts w:ascii="宋体" w:hAnsi="宋体" w:eastAsia="宋体"/>
                <w:b w:val="0"/>
                <w:sz w:val="18"/>
              </w:rPr>
              <w:t>这个未知项是5。</w:t>
            </w:r>
          </w:p>
          <w:p>
            <w:pPr>
              <w:spacing w:after="20" w:line="276" w:lineRule="auto"/>
            </w:pPr>
            <w:r>
              <w:rPr>
                <w:rFonts w:ascii="宋体" w:hAnsi="宋体" w:eastAsia="宋体"/>
                <w:b w:val="0"/>
                <w:sz w:val="18"/>
              </w:rPr>
              <w:t>师：根据比例的基本性质，如果已知比例中的任意三项，就可以求出这个比例中的另外一个未知项。求比例中的未知项，叫作解比例。（板书课题：解比例）</w:t>
            </w:r>
          </w:p>
        </w:tc>
        <w:tc>
          <w:tcPr>
            <w:tcW w:type="dxa" w:w="3061"/>
          </w:tcPr>
          <w:p>
            <w:pPr>
              <w:spacing w:after="20" w:line="276" w:lineRule="auto"/>
            </w:pPr>
            <w:r/>
            <w:r>
              <w:rPr>
                <w:rFonts w:ascii="宋体" w:hAnsi="宋体" w:eastAsia="宋体"/>
                <w:b w:val="0"/>
                <w:sz w:val="18"/>
              </w:rPr>
              <w:t>学生会说出比例的意义、比例的基本性质。（让学生说说什么是比例的意义，什么是比例的基本性质。）</w:t>
            </w:r>
          </w:p>
          <w:p>
            <w:pPr>
              <w:spacing w:after="20" w:line="276" w:lineRule="auto"/>
            </w:pPr>
            <w:r>
              <w:rPr>
                <w:rFonts w:ascii="宋体" w:hAnsi="宋体" w:eastAsia="宋体"/>
                <w:b w:val="0"/>
                <w:sz w:val="18"/>
              </w:rPr>
              <w:t>预设1：根据比例的意义，3÷9= EMBED Equation.DSMT4  ，（    ）÷15= EMBED Equation.DSMT4  ，</w:t>
            </w:r>
          </w:p>
          <w:p>
            <w:pPr>
              <w:spacing w:after="20" w:line="276" w:lineRule="auto"/>
            </w:pPr>
            <w:r>
              <w:rPr>
                <w:rFonts w:ascii="宋体" w:hAnsi="宋体" w:eastAsia="宋体"/>
                <w:b w:val="0"/>
                <w:sz w:val="18"/>
              </w:rPr>
              <w:t>预设2：根据比例的基本性质，把比例写成9×（    ）=3×15，求出这个未知项是5。</w:t>
            </w:r>
          </w:p>
        </w:tc>
        <w:tc>
          <w:tcPr>
            <w:tcW w:type="dxa" w:w="1814"/>
          </w:tcPr>
          <w:p>
            <w:pPr>
              <w:spacing w:after="20" w:line="276" w:lineRule="auto"/>
            </w:pPr>
            <w:r/>
            <w:r>
              <w:rPr>
                <w:rFonts w:ascii="宋体" w:hAnsi="宋体" w:eastAsia="宋体"/>
                <w:b w:val="0"/>
                <w:sz w:val="18"/>
              </w:rPr>
              <w:t>复习达到了两个目的：一是唤起学生对已有知识经验的回忆，回顾与本节课相关的知识点；二是搭建从已知走向未知的桥梁，为学习新知识提供合适的空间。</w:t>
            </w:r>
          </w:p>
        </w:tc>
      </w:tr>
      <w:tr>
        <w:tc>
          <w:tcPr>
            <w:tcW w:type="dxa" w:w="1474"/>
          </w:tcPr>
          <w:p>
            <w:pPr>
              <w:spacing w:after="20" w:line="276" w:lineRule="auto"/>
            </w:pPr>
            <w:r>
              <w:rPr>
                <w:b/>
              </w:rPr>
            </w:r>
            <w:r>
              <w:rPr>
                <w:rFonts w:ascii="宋体" w:hAnsi="宋体" w:eastAsia="宋体"/>
                <w:b/>
                <w:sz w:val="18"/>
              </w:rPr>
              <w:t>二、创设实际情境，用解比例的知识解决问题</w:t>
            </w:r>
          </w:p>
        </w:tc>
        <w:tc>
          <w:tcPr>
            <w:tcW w:type="dxa" w:w="3061"/>
          </w:tcPr>
          <w:p>
            <w:pPr>
              <w:spacing w:after="20" w:line="276" w:lineRule="auto"/>
            </w:pPr>
            <w:r/>
            <w:r>
              <w:rPr>
                <w:rFonts w:ascii="宋体" w:hAnsi="宋体" w:eastAsia="宋体"/>
                <w:b w:val="0"/>
                <w:sz w:val="18"/>
              </w:rPr>
              <w:t>1.课件出示教科书P40例2。</w:t>
            </w:r>
          </w:p>
          <w:p>
            <w:pPr>
              <w:spacing w:after="20" w:line="276" w:lineRule="auto"/>
            </w:pPr>
            <w:r>
              <w:rPr>
                <w:rFonts w:ascii="宋体" w:hAnsi="宋体" w:eastAsia="宋体"/>
                <w:b w:val="0"/>
                <w:sz w:val="18"/>
              </w:rPr>
              <w:t>(1)师：从题目中，你知道了哪些信息？</w:t>
            </w:r>
          </w:p>
          <w:p>
            <w:pPr>
              <w:spacing w:after="20" w:line="276" w:lineRule="auto"/>
            </w:pPr>
            <w:r>
              <w:rPr>
                <w:rFonts w:ascii="宋体" w:hAnsi="宋体" w:eastAsia="宋体"/>
                <w:b w:val="0"/>
                <w:sz w:val="18"/>
              </w:rPr>
              <w:t>师：你会解决这个问题吗？试一试吧！</w:t>
            </w:r>
          </w:p>
          <w:p>
            <w:pPr>
              <w:spacing w:after="20" w:line="276" w:lineRule="auto"/>
            </w:pPr>
            <w:r>
              <w:rPr>
                <w:rFonts w:ascii="宋体" w:hAnsi="宋体" w:eastAsia="宋体"/>
                <w:b w:val="0"/>
                <w:sz w:val="18"/>
              </w:rPr>
              <w:t>(2)师：哪些同学是使用这两种方法做的？(学生举手示意)我们还能用设未知数的方法解决问题，有没有同学能说说你的想法？</w:t>
            </w:r>
          </w:p>
          <w:p>
            <w:pPr>
              <w:spacing w:after="20" w:line="276" w:lineRule="auto"/>
            </w:pPr>
            <w:r>
              <w:rPr>
                <w:rFonts w:ascii="宋体" w:hAnsi="宋体" w:eastAsia="宋体"/>
                <w:b w:val="0"/>
                <w:sz w:val="18"/>
              </w:rPr>
              <w:t>让学生明确解比例的依据是比例的基本性质。</w:t>
            </w:r>
          </w:p>
          <w:p>
            <w:pPr>
              <w:spacing w:after="20" w:line="276" w:lineRule="auto"/>
            </w:pPr>
            <w:r>
              <w:rPr>
                <w:rFonts w:ascii="宋体" w:hAnsi="宋体" w:eastAsia="宋体"/>
                <w:b w:val="0"/>
                <w:sz w:val="18"/>
              </w:rPr>
              <w:t>师：你听懂了吗？请你也来说一说吧！(选2名学生代表说一说，或者同桌之间互相说一说。)</w:t>
            </w:r>
          </w:p>
          <w:p>
            <w:pPr>
              <w:spacing w:after="20" w:line="276" w:lineRule="auto"/>
            </w:pPr>
            <w:r>
              <w:rPr>
                <w:rFonts w:ascii="宋体" w:hAnsi="宋体" w:eastAsia="宋体"/>
                <w:b w:val="0"/>
                <w:sz w:val="18"/>
              </w:rPr>
              <w:t>板书：模型高度∶实际高度=1∶10</w:t>
            </w:r>
          </w:p>
          <w:p>
            <w:pPr>
              <w:spacing w:after="20" w:line="276" w:lineRule="auto"/>
            </w:pPr>
            <w:r>
              <w:rPr>
                <w:rFonts w:ascii="宋体" w:hAnsi="宋体" w:eastAsia="宋体"/>
                <w:b w:val="0"/>
                <w:sz w:val="18"/>
              </w:rPr>
              <w:t>解：设这座模型的高度是x m。</w:t>
            </w:r>
          </w:p>
          <w:p>
            <w:pPr>
              <w:spacing w:after="20" w:line="276" w:lineRule="auto"/>
            </w:pPr>
            <w:r>
              <w:rPr>
                <w:rFonts w:ascii="宋体" w:hAnsi="宋体" w:eastAsia="宋体"/>
                <w:b w:val="0"/>
                <w:sz w:val="18"/>
              </w:rPr>
              <w:t>x∶57=1∶10</w:t>
            </w:r>
          </w:p>
          <w:p>
            <w:pPr>
              <w:spacing w:after="20" w:line="276" w:lineRule="auto"/>
            </w:pPr>
            <w:r>
              <w:rPr>
                <w:rFonts w:ascii="宋体" w:hAnsi="宋体" w:eastAsia="宋体"/>
                <w:b w:val="0"/>
                <w:sz w:val="18"/>
              </w:rPr>
              <w:t>2.学习解比例的方法和格式。</w:t>
            </w:r>
          </w:p>
          <w:p>
            <w:pPr>
              <w:spacing w:after="20" w:line="276" w:lineRule="auto"/>
            </w:pPr>
            <w:r>
              <w:rPr>
                <w:rFonts w:ascii="宋体" w:hAnsi="宋体" w:eastAsia="宋体"/>
                <w:b w:val="0"/>
                <w:sz w:val="18"/>
              </w:rPr>
              <w:t>(1)师：你会解x∶57=1∶10这个比例吗？怎样规范写出解答过程呢？请大家自学教科书P40例2，想一想解比例的依据是什么。</w:t>
            </w:r>
          </w:p>
          <w:p>
            <w:pPr>
              <w:spacing w:after="20" w:line="276" w:lineRule="auto"/>
            </w:pPr>
            <w:r>
              <w:rPr>
                <w:rFonts w:ascii="宋体" w:hAnsi="宋体" w:eastAsia="宋体"/>
                <w:b w:val="0"/>
                <w:sz w:val="18"/>
              </w:rPr>
              <w:t>(2)师：根据比例的基本性质可以把它变成什么形式？（根据学生的回答，教师板书：10x=57×1）</w:t>
            </w:r>
          </w:p>
          <w:p>
            <w:pPr>
              <w:spacing w:after="20" w:line="276" w:lineRule="auto"/>
            </w:pPr>
            <w:r>
              <w:rPr>
                <w:rFonts w:ascii="宋体" w:hAnsi="宋体" w:eastAsia="宋体"/>
                <w:b w:val="0"/>
                <w:sz w:val="18"/>
              </w:rPr>
              <w:t>师：现在变成了什么?(板书：方程)</w:t>
            </w:r>
          </w:p>
          <w:p>
            <w:pPr>
              <w:spacing w:after="20" w:line="276" w:lineRule="auto"/>
            </w:pPr>
            <w:r>
              <w:rPr>
                <w:rFonts w:ascii="宋体" w:hAnsi="宋体" w:eastAsia="宋体"/>
                <w:b w:val="0"/>
                <w:sz w:val="18"/>
              </w:rPr>
              <w:t>(3)师生一起解比例，写出规范的格式。</w:t>
            </w:r>
          </w:p>
          <w:p>
            <w:pPr>
              <w:spacing w:after="20" w:line="276" w:lineRule="auto"/>
            </w:pPr>
            <w:r>
              <w:rPr>
                <w:rFonts w:ascii="宋体" w:hAnsi="宋体" w:eastAsia="宋体"/>
                <w:b w:val="0"/>
                <w:sz w:val="18"/>
              </w:rPr>
              <w:t>解：设这座模型的高度是x m。</w:t>
            </w:r>
          </w:p>
          <w:p>
            <w:pPr>
              <w:spacing w:after="20" w:line="276" w:lineRule="auto"/>
            </w:pPr>
            <w:r>
              <w:rPr>
                <w:rFonts w:ascii="宋体" w:hAnsi="宋体" w:eastAsia="宋体"/>
                <w:b w:val="0"/>
                <w:sz w:val="18"/>
              </w:rPr>
              <w:t>x∶57=1∶10</w:t>
            </w:r>
          </w:p>
          <w:p>
            <w:pPr>
              <w:spacing w:after="20" w:line="276" w:lineRule="auto"/>
            </w:pPr>
            <w:r>
              <w:rPr>
                <w:rFonts w:ascii="宋体" w:hAnsi="宋体" w:eastAsia="宋体"/>
                <w:b w:val="0"/>
                <w:sz w:val="18"/>
              </w:rPr>
              <w:t>10x=57×1</w:t>
            </w:r>
          </w:p>
          <w:p>
            <w:pPr>
              <w:spacing w:after="20" w:line="276" w:lineRule="auto"/>
            </w:pPr>
            <w:r>
              <w:rPr>
                <w:rFonts w:ascii="宋体" w:hAnsi="宋体" w:eastAsia="宋体"/>
                <w:b w:val="0"/>
                <w:sz w:val="18"/>
              </w:rPr>
              <w:t>x= EMBED Equation.DSMT4</w:t>
            </w:r>
          </w:p>
          <w:p>
            <w:pPr>
              <w:spacing w:after="20" w:line="276" w:lineRule="auto"/>
            </w:pPr>
            <w:r>
              <w:rPr>
                <w:rFonts w:ascii="宋体" w:hAnsi="宋体" w:eastAsia="宋体"/>
                <w:b w:val="0"/>
                <w:sz w:val="18"/>
              </w:rPr>
              <w:t>x=5.7</w:t>
            </w:r>
          </w:p>
          <w:p>
            <w:pPr>
              <w:spacing w:after="20" w:line="276" w:lineRule="auto"/>
            </w:pPr>
            <w:r>
              <w:rPr>
                <w:rFonts w:ascii="宋体" w:hAnsi="宋体" w:eastAsia="宋体"/>
                <w:b w:val="0"/>
                <w:sz w:val="18"/>
              </w:rPr>
              <w:t>本课中，培养解比例的基本技能是很重要的内容。在解比例的过程中，要将每一步的过程指导到位，让学生掌握解比例的方法和格式。教师要注意示范规范的格式，出现错例要及时予以提醒和纠正。</w:t>
            </w:r>
          </w:p>
          <w:p>
            <w:pPr>
              <w:spacing w:after="20" w:line="276" w:lineRule="auto"/>
            </w:pPr>
            <w:r>
              <w:rPr>
                <w:rFonts w:ascii="宋体" w:hAnsi="宋体" w:eastAsia="宋体"/>
                <w:b w:val="0"/>
                <w:sz w:val="18"/>
              </w:rPr>
              <w:t>师小结：根据比例的基本性质解比例，首先把比例转化成乘积相等的等式，也就是方程，再利用解方程的原理求出未知项。注意通常把含有未知项的积放在等号的左边，这样便于计算。计算时一般写成两个数的积除以一个数的分数形式，这样便于约分，先约分再计算比较简便。</w:t>
            </w:r>
          </w:p>
          <w:p>
            <w:pPr>
              <w:spacing w:after="20" w:line="276" w:lineRule="auto"/>
            </w:pPr>
            <w:r>
              <w:rPr>
                <w:rFonts w:ascii="宋体" w:hAnsi="宋体" w:eastAsia="宋体"/>
                <w:b w:val="0"/>
                <w:sz w:val="18"/>
              </w:rPr>
              <w:t>(4)师：求未知数x还有不同的解法吗？</w:t>
            </w:r>
          </w:p>
          <w:p>
            <w:pPr>
              <w:spacing w:after="20" w:line="276" w:lineRule="auto"/>
            </w:pPr>
            <w:r>
              <w:rPr>
                <w:rFonts w:ascii="宋体" w:hAnsi="宋体" w:eastAsia="宋体"/>
                <w:b w:val="0"/>
                <w:sz w:val="18"/>
              </w:rPr>
              <w:t>3.尝试列出多个比例解决问题。</w:t>
            </w:r>
          </w:p>
          <w:p>
            <w:pPr>
              <w:spacing w:after="20" w:line="276" w:lineRule="auto"/>
            </w:pPr>
            <w:r>
              <w:rPr>
                <w:rFonts w:ascii="宋体" w:hAnsi="宋体" w:eastAsia="宋体"/>
                <w:b w:val="0"/>
                <w:sz w:val="18"/>
              </w:rPr>
              <w:t>（1）师：根据题意，你还能列出不同的比例吗？四人小组讨论，试一试。</w:t>
            </w:r>
          </w:p>
          <w:p>
            <w:pPr>
              <w:spacing w:after="20" w:line="276" w:lineRule="auto"/>
            </w:pPr>
            <w:r>
              <w:rPr>
                <w:rFonts w:ascii="宋体" w:hAnsi="宋体" w:eastAsia="宋体"/>
                <w:b w:val="0"/>
                <w:sz w:val="18"/>
              </w:rPr>
              <w:t>（2）师：请同学们读一读这几个比例和它们相应的等量关系式，你发现了什么?</w:t>
            </w:r>
          </w:p>
          <w:p>
            <w:pPr>
              <w:spacing w:after="20" w:line="276" w:lineRule="auto"/>
            </w:pPr>
            <w:r>
              <w:rPr>
                <w:rFonts w:ascii="宋体" w:hAnsi="宋体" w:eastAsia="宋体"/>
                <w:b w:val="0"/>
                <w:sz w:val="18"/>
              </w:rPr>
              <w:t>（3）师：请你任选其中的一个比例来解。注意过程和书写格式。</w:t>
            </w:r>
          </w:p>
          <w:p>
            <w:pPr>
              <w:spacing w:after="20" w:line="276" w:lineRule="auto"/>
            </w:pPr>
            <w:r>
              <w:rPr>
                <w:rFonts w:ascii="宋体" w:hAnsi="宋体" w:eastAsia="宋体"/>
                <w:b w:val="0"/>
                <w:sz w:val="18"/>
              </w:rPr>
              <w:t>的时候突出了对应数量之间的对应关系，相信学生在做练习时会举一反三。</w:t>
            </w:r>
          </w:p>
          <w:p>
            <w:pPr>
              <w:spacing w:after="20" w:line="276" w:lineRule="auto"/>
            </w:pPr>
            <w:r>
              <w:rPr>
                <w:rFonts w:ascii="宋体" w:hAnsi="宋体" w:eastAsia="宋体"/>
                <w:b w:val="0"/>
                <w:sz w:val="18"/>
              </w:rPr>
              <w:t>4.回顾反思。</w:t>
            </w:r>
          </w:p>
          <w:p>
            <w:pPr>
              <w:spacing w:after="20" w:line="276" w:lineRule="auto"/>
            </w:pPr>
            <w:r>
              <w:rPr>
                <w:rFonts w:ascii="宋体" w:hAnsi="宋体" w:eastAsia="宋体"/>
                <w:b w:val="0"/>
                <w:sz w:val="18"/>
              </w:rPr>
              <w:t>师：你们列出不同的比例，解得x的值都是5.7。这也证明了我们刚才所列的比例式是正确的。通常检验的方法是什么呢？</w:t>
            </w:r>
          </w:p>
        </w:tc>
        <w:tc>
          <w:tcPr>
            <w:tcW w:type="dxa" w:w="3061"/>
          </w:tcPr>
          <w:p>
            <w:pPr>
              <w:spacing w:after="20" w:line="276" w:lineRule="auto"/>
            </w:pPr>
            <w:r/>
            <w:r>
              <w:rPr>
                <w:rFonts w:ascii="宋体" w:hAnsi="宋体" w:eastAsia="宋体"/>
                <w:b w:val="0"/>
                <w:sz w:val="18"/>
              </w:rPr>
              <w:t>学生说出，已知长征五号运载火箭总长约57 m，一个长征五号运载火箭的模型的总长与火箭总长的比是1∶10，要求模型的总长。</w:t>
            </w:r>
          </w:p>
          <w:p>
            <w:pPr>
              <w:spacing w:after="20" w:line="276" w:lineRule="auto"/>
            </w:pPr>
            <w:r>
              <w:rPr>
                <w:rFonts w:ascii="宋体" w:hAnsi="宋体" w:eastAsia="宋体"/>
                <w:b w:val="0"/>
                <w:sz w:val="18"/>
              </w:rPr>
              <w:t>学生独立思考并解答，再汇报交流。</w:t>
            </w:r>
          </w:p>
          <w:p>
            <w:pPr>
              <w:spacing w:after="20" w:line="276" w:lineRule="auto"/>
            </w:pPr>
            <w:r>
              <w:rPr>
                <w:rFonts w:ascii="宋体" w:hAnsi="宋体" w:eastAsia="宋体"/>
                <w:b w:val="0"/>
                <w:sz w:val="18"/>
              </w:rPr>
              <w:t>预设1：57÷10=5.7(m)(让学生说说是怎样想的），火箭总长高度是模型高度的10倍。</w:t>
            </w:r>
          </w:p>
          <w:p>
            <w:pPr>
              <w:spacing w:after="20" w:line="276" w:lineRule="auto"/>
            </w:pPr>
            <w:r>
              <w:rPr>
                <w:rFonts w:ascii="宋体" w:hAnsi="宋体" w:eastAsia="宋体"/>
                <w:b w:val="0"/>
                <w:sz w:val="18"/>
              </w:rPr>
              <w:t>预设2：57× EMBED Equation.DSMT4  =5.7(m)(让学生说说是怎样想的），模型高度是火箭总长高度的 EMBED Equation.DSMT4  。</w:t>
            </w:r>
          </w:p>
          <w:p>
            <w:pPr>
              <w:spacing w:after="20" w:line="276" w:lineRule="auto"/>
            </w:pPr>
            <w:r>
              <w:rPr>
                <w:rFonts w:ascii="宋体" w:hAnsi="宋体" w:eastAsia="宋体"/>
                <w:b w:val="0"/>
                <w:sz w:val="18"/>
              </w:rPr>
              <w:t>学生通过自学，了解解比例的方法与格式，并说出解比例的第一步是依据比例的基本性质把比例转化成外项之积与内项之积相等的等式。</w:t>
            </w:r>
          </w:p>
          <w:p>
            <w:pPr>
              <w:spacing w:after="20" w:line="276" w:lineRule="auto"/>
            </w:pPr>
            <w:r>
              <w:rPr>
                <w:rFonts w:ascii="宋体" w:hAnsi="宋体" w:eastAsia="宋体"/>
                <w:b w:val="0"/>
                <w:sz w:val="18"/>
              </w:rPr>
              <w:t>可以根据比例的意义，等号右边的比值是 EMBED Equation.DSMT4  ，要使等号左边的比值也等于 EMBED Equation.DSMT4  ，x应等于5.7。</w:t>
            </w:r>
          </w:p>
          <w:p>
            <w:pPr>
              <w:spacing w:after="20" w:line="276" w:lineRule="auto"/>
            </w:pPr>
            <w:r>
              <w:rPr>
                <w:rFonts w:ascii="宋体" w:hAnsi="宋体" w:eastAsia="宋体"/>
                <w:b w:val="0"/>
                <w:sz w:val="18"/>
              </w:rPr>
              <w:t>预设1：57∶x＝10∶1，等量关系式是火箭总长∶模型总长＝10∶1。</w:t>
            </w:r>
          </w:p>
          <w:p>
            <w:pPr>
              <w:spacing w:after="20" w:line="276" w:lineRule="auto"/>
            </w:pPr>
            <w:r>
              <w:rPr>
                <w:rFonts w:ascii="宋体" w:hAnsi="宋体" w:eastAsia="宋体"/>
                <w:b w:val="0"/>
                <w:sz w:val="18"/>
              </w:rPr>
              <w:t>预设2：x∶1＝57∶10，等量关系式是模型总长∶1＝火箭总长∶10。</w:t>
            </w:r>
          </w:p>
          <w:p>
            <w:pPr>
              <w:spacing w:after="20" w:line="276" w:lineRule="auto"/>
            </w:pPr>
            <w:r>
              <w:rPr>
                <w:rFonts w:ascii="宋体" w:hAnsi="宋体" w:eastAsia="宋体"/>
                <w:b w:val="0"/>
                <w:sz w:val="18"/>
              </w:rPr>
              <w:t>预设3：1∶x＝10∶57，等量关系式是1∶模型总长＝10∶火箭总长。</w:t>
            </w:r>
          </w:p>
          <w:p>
            <w:pPr>
              <w:spacing w:after="20" w:line="276" w:lineRule="auto"/>
            </w:pPr>
            <w:r>
              <w:rPr>
                <w:rFonts w:ascii="宋体" w:hAnsi="宋体" w:eastAsia="宋体"/>
                <w:b w:val="0"/>
                <w:sz w:val="18"/>
              </w:rPr>
              <w:t>学生解答后在小组内进行交流。</w:t>
            </w:r>
          </w:p>
          <w:p>
            <w:pPr>
              <w:spacing w:after="20" w:line="276" w:lineRule="auto"/>
            </w:pPr>
            <w:r>
              <w:rPr>
                <w:rFonts w:ascii="宋体" w:hAnsi="宋体" w:eastAsia="宋体"/>
                <w:b w:val="0"/>
                <w:sz w:val="18"/>
              </w:rPr>
              <w:t>引导学生说出，将未知项代入到比例中，再利用比例的意义或比例的基本性质来进行检验。</w:t>
            </w:r>
          </w:p>
        </w:tc>
        <w:tc>
          <w:tcPr>
            <w:tcW w:type="dxa" w:w="1814"/>
          </w:tcPr>
          <w:p>
            <w:pPr>
              <w:spacing w:after="20" w:line="276" w:lineRule="auto"/>
            </w:pPr>
            <w:r/>
            <w:r>
              <w:rPr>
                <w:rFonts w:ascii="宋体" w:hAnsi="宋体" w:eastAsia="宋体"/>
                <w:b w:val="0"/>
                <w:sz w:val="18"/>
              </w:rPr>
              <w:t>引导学生说出，根据题目中“它的高度与火箭总长高度的比是1∶10”这条信息列出数量关系式 EMBED Equation.DSMT4  =1∶10或模型高度∶实际高度=1∶10，然后设模型的高度是x m，对应着关系式列出比例。</w:t>
            </w:r>
          </w:p>
          <w:p>
            <w:pPr>
              <w:spacing w:after="20" w:line="276" w:lineRule="auto"/>
            </w:pPr>
            <w:r>
              <w:rPr>
                <w:rFonts w:ascii="宋体" w:hAnsi="宋体" w:eastAsia="宋体"/>
                <w:b w:val="0"/>
                <w:sz w:val="18"/>
              </w:rPr>
              <w:t>出示实际问题后，让学生独立思考、积极主动地去寻求解决问题的策略。允许学生解决问题的方法多样化，但重点探究用解比例的方法解决问题。</w:t>
            </w:r>
          </w:p>
          <w:p>
            <w:pPr>
              <w:spacing w:after="20" w:line="276" w:lineRule="auto"/>
            </w:pPr>
            <w:r>
              <w:rPr>
                <w:rFonts w:ascii="宋体" w:hAnsi="宋体" w:eastAsia="宋体"/>
                <w:b w:val="0"/>
                <w:sz w:val="18"/>
              </w:rPr>
              <w:t>列比例是一个非常重要的教学内容。如果在这里教师对列比例的方法一带而过，那么对于灵活的问题学生将无法应对。其实在列比例时，最关键的就是对应思想。如果在教学例2</w:t>
            </w:r>
          </w:p>
          <w:p>
            <w:pPr>
              <w:spacing w:after="20" w:line="276" w:lineRule="auto"/>
            </w:pPr>
            <w:r>
              <w:rPr>
                <w:rFonts w:ascii="宋体" w:hAnsi="宋体" w:eastAsia="宋体"/>
                <w:b w:val="0"/>
                <w:sz w:val="18"/>
              </w:rPr>
              <w:t>解决实际问题，在理解了题目的情境和问题之后，要让学生经历以下几个步骤：第一，表述或表征数量间的相等关系，然后根据数量关系式列出比例。第二，根据比例的概念，利用比值相等直接解比例，或根据比例的基本性质，列出内项之积等于外项之积的等式，再解方程。第三，对所求的未知数进行验证，养成检验的习惯。经历完整的解题过程，有效提高学生解决问题的能力。</w:t>
            </w:r>
          </w:p>
        </w:tc>
      </w:tr>
      <w:tr>
        <w:tc>
          <w:tcPr>
            <w:tcW w:type="dxa" w:w="1474"/>
          </w:tcPr>
          <w:p>
            <w:pPr>
              <w:spacing w:after="20" w:line="276" w:lineRule="auto"/>
            </w:pPr>
            <w:r>
              <w:rPr>
                <w:b/>
              </w:rPr>
            </w:r>
            <w:r>
              <w:rPr>
                <w:rFonts w:ascii="宋体" w:hAnsi="宋体" w:eastAsia="宋体"/>
                <w:b/>
                <w:sz w:val="18"/>
              </w:rPr>
              <w:t>三、学习解分数形式的比例</w:t>
            </w:r>
          </w:p>
        </w:tc>
        <w:tc>
          <w:tcPr>
            <w:tcW w:type="dxa" w:w="3061"/>
          </w:tcPr>
          <w:p>
            <w:pPr>
              <w:spacing w:after="20" w:line="276" w:lineRule="auto"/>
            </w:pPr>
            <w:r/>
            <w:r>
              <w:rPr>
                <w:rFonts w:ascii="宋体" w:hAnsi="宋体" w:eastAsia="宋体"/>
                <w:b w:val="0"/>
                <w:sz w:val="18"/>
              </w:rPr>
              <w:t>1.课件出示教科书P40例3。</w:t>
            </w:r>
          </w:p>
          <w:p>
            <w:pPr>
              <w:spacing w:after="20" w:line="276" w:lineRule="auto"/>
            </w:pPr>
            <w:r>
              <w:rPr>
                <w:rFonts w:ascii="宋体" w:hAnsi="宋体" w:eastAsia="宋体"/>
                <w:b w:val="0"/>
                <w:sz w:val="18"/>
              </w:rPr>
              <w:t>师：你能试着解这个比例吗？(指名板演)</w:t>
            </w:r>
          </w:p>
          <w:p>
            <w:pPr>
              <w:spacing w:after="20" w:line="276" w:lineRule="auto"/>
            </w:pPr>
            <w:r>
              <w:rPr>
                <w:rFonts w:ascii="宋体" w:hAnsi="宋体" w:eastAsia="宋体"/>
                <w:b w:val="0"/>
                <w:sz w:val="18"/>
              </w:rPr>
              <w:t>如果出现错例，要注意收集并集体交流，找出错误的原因并及时订正。</w:t>
            </w:r>
          </w:p>
          <w:p>
            <w:pPr>
              <w:spacing w:after="20" w:line="276" w:lineRule="auto"/>
            </w:pPr>
            <w:r>
              <w:rPr>
                <w:rFonts w:ascii="宋体" w:hAnsi="宋体" w:eastAsia="宋体"/>
                <w:b w:val="0"/>
                <w:sz w:val="18"/>
              </w:rPr>
              <w:t>2.总结解比例的方法。</w:t>
            </w:r>
          </w:p>
          <w:p>
            <w:pPr>
              <w:spacing w:after="20" w:line="276" w:lineRule="auto"/>
            </w:pPr>
            <w:r>
              <w:rPr>
                <w:rFonts w:ascii="宋体" w:hAnsi="宋体" w:eastAsia="宋体"/>
                <w:b w:val="0"/>
                <w:sz w:val="18"/>
              </w:rPr>
              <w:t>师：你用的是什么方法？你认为哪一种方法更简便?</w:t>
            </w:r>
          </w:p>
          <w:p>
            <w:pPr>
              <w:spacing w:after="20" w:line="276" w:lineRule="auto"/>
            </w:pPr>
            <w:r>
              <w:rPr>
                <w:rFonts w:ascii="宋体" w:hAnsi="宋体" w:eastAsia="宋体"/>
                <w:b w:val="0"/>
                <w:sz w:val="18"/>
              </w:rPr>
              <w:t>指导学生解分数形式的比例，要强调以下两点：一是要强调将比例写成乘积形式时x的位置，告知学生一般情况下x要放在等号的左边，这样计算比较方便；二是解比例时，转化为分数的形式与原来解方程的习惯不同，要注意体会这种写法的优点，可以先约分再计算。</w:t>
            </w:r>
          </w:p>
          <w:p>
            <w:pPr>
              <w:spacing w:after="20" w:line="276" w:lineRule="auto"/>
            </w:pPr>
            <w:r>
              <w:rPr>
                <w:rFonts w:ascii="宋体" w:hAnsi="宋体" w:eastAsia="宋体"/>
                <w:b w:val="0"/>
                <w:sz w:val="18"/>
              </w:rPr>
              <w:t>例的意义解。教师告诉学生可以灵活地选择解比例的方法。</w:t>
            </w:r>
          </w:p>
        </w:tc>
        <w:tc>
          <w:tcPr>
            <w:tcW w:type="dxa" w:w="3061"/>
          </w:tcPr>
          <w:p>
            <w:pPr>
              <w:spacing w:after="20" w:line="276" w:lineRule="auto"/>
            </w:pPr>
            <w:r/>
            <w:r>
              <w:rPr>
                <w:rFonts w:ascii="宋体" w:hAnsi="宋体" w:eastAsia="宋体"/>
                <w:b w:val="0"/>
                <w:sz w:val="18"/>
              </w:rPr>
            </w:r>
          </w:p>
          <w:p>
            <w:pPr>
              <w:spacing w:after="20" w:line="276" w:lineRule="auto"/>
            </w:pPr>
            <w:r>
              <w:rPr>
                <w:rFonts w:ascii="宋体" w:hAnsi="宋体" w:eastAsia="宋体"/>
                <w:b w:val="0"/>
                <w:sz w:val="18"/>
              </w:rPr>
              <w:t>有的学生可能说根据比例的基本性质，将分数形式的比例用交叉相乘的方法来解比较好，也有的学生说喜欢根据比</w:t>
            </w:r>
          </w:p>
        </w:tc>
        <w:tc>
          <w:tcPr>
            <w:tcW w:type="dxa" w:w="1814"/>
          </w:tcPr>
          <w:p>
            <w:pPr>
              <w:spacing w:after="20" w:line="276" w:lineRule="auto"/>
            </w:pPr>
            <w:r/>
            <w:r>
              <w:rPr>
                <w:rFonts w:ascii="宋体" w:hAnsi="宋体" w:eastAsia="宋体"/>
                <w:b w:val="0"/>
                <w:sz w:val="18"/>
              </w:rPr>
              <w:t>围绕环节目标组织学习活动，引导学生主动参与、积极思考，核心问题："你能试着解这个比例吗？"</w:t>
            </w:r>
          </w:p>
        </w:tc>
      </w:tr>
      <w:tr>
        <w:tc>
          <w:tcPr>
            <w:tcW w:type="dxa" w:w="1474"/>
          </w:tcPr>
          <w:p>
            <w:pPr>
              <w:spacing w:after="20" w:line="276" w:lineRule="auto"/>
            </w:pPr>
            <w:r>
              <w:rPr>
                <w:b/>
              </w:rPr>
            </w:r>
            <w:r>
              <w:rPr>
                <w:rFonts w:ascii="宋体" w:hAnsi="宋体" w:eastAsia="宋体"/>
                <w:b/>
                <w:sz w:val="18"/>
              </w:rPr>
              <w:t>四、巩固练习，知识应用</w:t>
            </w:r>
          </w:p>
        </w:tc>
        <w:tc>
          <w:tcPr>
            <w:tcW w:type="dxa" w:w="3061"/>
          </w:tcPr>
          <w:p>
            <w:pPr>
              <w:spacing w:after="20" w:line="276" w:lineRule="auto"/>
            </w:pPr>
            <w:r/>
            <w:r>
              <w:rPr>
                <w:rFonts w:ascii="宋体" w:hAnsi="宋体" w:eastAsia="宋体"/>
                <w:b w:val="0"/>
                <w:sz w:val="18"/>
              </w:rPr>
              <w:t>1.课件出示教科书P40“做一做”第1、2题，让学生独立完成。【学情预设】第1题：独立解比例，展示交流时注意提醒解比例与解方程一样，要先写“解”字，抓住错例进行交流并订正。（课件出示正确解答。）</w:t>
            </w:r>
          </w:p>
          <w:p>
            <w:pPr>
              <w:spacing w:after="20" w:line="276" w:lineRule="auto"/>
            </w:pPr>
            <w:r>
              <w:rPr>
                <w:rFonts w:ascii="宋体" w:hAnsi="宋体" w:eastAsia="宋体"/>
                <w:b w:val="0"/>
                <w:sz w:val="18"/>
              </w:rPr>
              <w:t>第2题：指导学生先找到题目中的等量关系式，再根据关系式列出比例，然后解比例。注意强调检验环节，养成良好的解题习惯。</w:t>
            </w:r>
          </w:p>
          <w:p>
            <w:pPr>
              <w:spacing w:after="20" w:line="276" w:lineRule="auto"/>
            </w:pPr>
            <w:r>
              <w:rPr>
                <w:rFonts w:ascii="宋体" w:hAnsi="宋体" w:eastAsia="宋体"/>
                <w:b w:val="0"/>
                <w:sz w:val="18"/>
              </w:rPr>
              <w:t>解答完毕后，集中展示交流，订正。</w:t>
            </w:r>
          </w:p>
          <w:p>
            <w:pPr>
              <w:spacing w:after="20" w:line="276" w:lineRule="auto"/>
            </w:pPr>
            <w:r>
              <w:rPr>
                <w:rFonts w:ascii="宋体" w:hAnsi="宋体" w:eastAsia="宋体"/>
                <w:b w:val="0"/>
                <w:sz w:val="18"/>
              </w:rPr>
              <w:t>第10题：根据文字的描述写出比例并解比例。注意第3小题只告诉比例的外项和内项，所以有多个不同的比例。最终根据比例的基本性质来解不同的比例，x的值是一定的。</w:t>
            </w:r>
          </w:p>
        </w:tc>
        <w:tc>
          <w:tcPr>
            <w:tcW w:type="dxa" w:w="3061"/>
          </w:tcPr>
          <w:p>
            <w:pPr>
              <w:spacing w:after="20" w:line="276" w:lineRule="auto"/>
            </w:pPr>
            <w:r/>
            <w:r>
              <w:rPr>
                <w:rFonts w:ascii="宋体" w:hAnsi="宋体" w:eastAsia="宋体"/>
                <w:b w:val="0"/>
                <w:sz w:val="18"/>
              </w:rPr>
              <w:t>2.学生独立解答教科书P42“练习八”第9、10题。</w:t>
            </w:r>
          </w:p>
          <w:p>
            <w:pPr>
              <w:spacing w:after="20" w:line="276" w:lineRule="auto"/>
            </w:pPr>
            <w:r>
              <w:rPr>
                <w:rFonts w:ascii="宋体" w:hAnsi="宋体" w:eastAsia="宋体"/>
                <w:b w:val="0"/>
                <w:sz w:val="18"/>
              </w:rPr>
              <w:t>第9题：学生解决问题后，指导学生说出，解决问题的关键是两个比的前、后项所对应的量是一致的，如果不对应，比例就列错了。</w:t>
            </w:r>
          </w:p>
        </w:tc>
        <w:tc>
          <w:tcPr>
            <w:tcW w:type="dxa" w:w="1814"/>
          </w:tcPr>
          <w:p>
            <w:pPr>
              <w:spacing w:after="20" w:line="276" w:lineRule="auto"/>
            </w:pPr>
            <w:r/>
            <w:r>
              <w:rPr>
                <w:rFonts w:ascii="宋体" w:hAnsi="宋体" w:eastAsia="宋体"/>
                <w:b w:val="0"/>
                <w:sz w:val="18"/>
              </w:rPr>
              <w:t>在解决实际问题的过程中，帮助学生理解问题中的数量关系，在实际情境中理解比的基本含义。例如第9题，可以让学生说一说9∶10是什么与什么的比。让学生明确，写出的比与已知的比的意义要相同，前、后项的顺序要对应。</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师：通过本节课的学习，你们有哪些收获呢？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解比例一课中，要求比例里的未知项，不但可以根据比例的意义、除法中各部分之间的关系来求，还可以根据比例的基本性质来求。教学时应根据比例式的特点，指导学生灵活选择不同的方法解比例。本节课注重方法和格式的指导，练习量不足，课后应补充解比例的练习，达到熟练、灵活的程度。 【作业设计】 见“状元成才路”系列丛书《创优作业100分》对应课时作业。 1解比例。 2新情境历时七年建设的国家重大工程深中通道于2024年6月30日正式通车试运营。深中通道集桥、岛、隧、水下互通于一体，是当今世界上综合建设难度最高的跨海集群工程之一。王叔叔用3D打印机打印了一个深中通道3D模型，与实际的长度比为1∶20000。 （1）深中通道3D模型全长1.2 m，则深中通道实际全长是多少千 米？ （2）深中通道的海中段长度约为22.4 km，海中段的3D模型长度是多少米？ 参考答案 2.（1）解：设深中通道实际全长是x m。 1.2∶x＝1∶20000　x＝24000　24000 m＝24 km （2）解：设海中段的3D模型长度是x m。 22.4 km＝22400 m,x∶22400＝1∶20000　x＝1.12 PAGE</w:t>
      </w:r>
    </w:p>
    <w:p>
      <w:r>
        <w:br w:type="page"/>
      </w:r>
    </w:p>
    <w:p>
      <w:pPr>
        <w:spacing w:after="80" w:line="300" w:lineRule="auto"/>
      </w:pPr>
      <w:r>
        <w:rPr>
          <w:rFonts w:ascii="黑体" w:hAnsi="黑体" w:eastAsia="黑体"/>
          <w:b/>
          <w:sz w:val="24"/>
        </w:rPr>
        <w:t>二、课时教学方案（第11课时）</w:t>
      </w:r>
    </w:p>
    <w:p>
      <w:pPr>
        <w:spacing w:after="80" w:line="300" w:lineRule="auto"/>
      </w:pPr>
      <w:r>
        <w:rPr>
          <w:rFonts w:ascii="黑体" w:hAnsi="黑体" w:eastAsia="黑体"/>
          <w:b/>
          <w:sz w:val="24"/>
        </w:rPr>
        <w:t>第11课时　比例尺（3）</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第11课时　比例尺（3）</w:t>
            </w:r>
          </w:p>
        </w:tc>
        <w:tc>
          <w:tcPr>
            <w:tcW w:type="dxa" w:w="6009"/>
          </w:tcPr>
          <w:p>
            <w:pPr>
              <w:spacing w:after="20" w:line="276" w:lineRule="auto"/>
            </w:pPr>
            <w:r/>
            <w:r>
              <w:rPr>
                <w:rFonts w:ascii="宋体" w:hAnsi="宋体" w:eastAsia="宋体"/>
                <w:b w:val="0"/>
                <w:sz w:val="20"/>
              </w:rPr>
              <w:t>第4单元 比例（比例的应用）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比例这一单元时，已经学习了比、除法的意义和分数的意义，以及分数的基本性质、分数与除法的关系、分数乘除法的计算方法等，这些都是学习本单元内容的基础知识。比例是小学阶段数与代数部分最后一单元学习的内容，这部分内容的特点是应用性强、综合性强、内容情境不新，但采用新的思维方式和数学模型，需要学生在较高水平层面上学习。</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教学准备：课件，铅笔，刻度尺。</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（1）在理解比例尺的意义的基础上，能根据比例尺求出相应的图上距离，并完成相应平面图的绘制。</w:t>
      </w:r>
    </w:p>
    <w:p>
      <w:pPr>
        <w:spacing w:after="20" w:line="300" w:lineRule="auto"/>
        <w:ind w:firstLine="400"/>
      </w:pPr>
      <w:r>
        <w:rPr>
          <w:rFonts w:ascii="宋体" w:hAnsi="宋体" w:eastAsia="宋体"/>
          <w:b w:val="0"/>
          <w:sz w:val="20"/>
        </w:rPr>
        <w:t>（2）在用比例尺知识解决问题的过程中，探究解决问题方法的多样性，提升综合运用所学知识解决实际问题的能力。</w:t>
      </w:r>
    </w:p>
    <w:p>
      <w:pPr>
        <w:spacing w:after="20" w:line="300" w:lineRule="auto"/>
        <w:ind w:firstLine="400"/>
      </w:pPr>
      <w:r>
        <w:rPr>
          <w:rFonts w:ascii="宋体" w:hAnsi="宋体" w:eastAsia="宋体"/>
          <w:b w:val="0"/>
          <w:sz w:val="20"/>
        </w:rPr>
        <w:t>（3）感受比例尺在生活中的实际应用，体会数学的应用价值。</w:t>
      </w:r>
    </w:p>
    <w:p>
      <w:pPr>
        <w:spacing w:after="20" w:line="300" w:lineRule="auto"/>
      </w:pPr>
      <w:r>
        <w:rPr>
          <w:rFonts w:ascii="宋体" w:hAnsi="宋体" w:eastAsia="宋体"/>
          <w:b w:val="0"/>
          <w:sz w:val="20"/>
        </w:rPr>
        <w:t>教学重点：能根据比例尺求出相应的图上距离，并完成相应平面图的绘制。</w:t>
      </w:r>
    </w:p>
    <w:p>
      <w:pPr>
        <w:spacing w:after="20" w:line="300" w:lineRule="auto"/>
      </w:pPr>
      <w:r>
        <w:rPr>
          <w:rFonts w:ascii="宋体" w:hAnsi="宋体" w:eastAsia="宋体"/>
          <w:b w:val="0"/>
          <w:sz w:val="20"/>
        </w:rPr>
        <w:t>教学难点：能灵活运用比例尺知识解决作图问题。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一、出示问题，导入新课</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请你想一想，要想帮助他们三人完成这幅平面图，要用到什么知识呢？</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二、自主探究，解决实际问题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你从题中知道了什么？；要想解决问题，该怎么做呢？</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三、巩固练习，综合应用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题目中有哪些要求？；如何画平面图呢？</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通过今天的学习，你们有哪些新的收获呢？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一、出示问题，导入新课</w:t>
            </w:r>
          </w:p>
        </w:tc>
        <w:tc>
          <w:tcPr>
            <w:tcW w:type="dxa" w:w="3061"/>
          </w:tcPr>
          <w:p>
            <w:pPr>
              <w:spacing w:after="20" w:line="276" w:lineRule="auto"/>
            </w:pPr>
            <w:r/>
            <w:r>
              <w:rPr>
                <w:rFonts w:ascii="宋体" w:hAnsi="宋体" w:eastAsia="宋体"/>
                <w:b w:val="0"/>
                <w:sz w:val="18"/>
              </w:rPr>
              <w:t>师：小明、小亮、小红想在一幅图中画出他们三家和学校的位置平面图，他们想请大家帮帮忙。</w:t>
            </w:r>
          </w:p>
          <w:p>
            <w:pPr>
              <w:spacing w:after="20" w:line="276" w:lineRule="auto"/>
            </w:pPr>
            <w:r>
              <w:rPr>
                <w:rFonts w:ascii="宋体" w:hAnsi="宋体" w:eastAsia="宋体"/>
                <w:b w:val="0"/>
                <w:sz w:val="18"/>
              </w:rPr>
              <w:t>课件出示教科书P53例3。</w:t>
            </w:r>
          </w:p>
          <w:p>
            <w:pPr>
              <w:spacing w:after="20" w:line="276" w:lineRule="auto"/>
            </w:pPr>
            <w:r>
              <w:rPr>
                <w:rFonts w:ascii="宋体" w:hAnsi="宋体" w:eastAsia="宋体"/>
                <w:b w:val="0"/>
                <w:sz w:val="18"/>
              </w:rPr>
              <w:t>师：请你想一想，要想帮助他们三人完成这幅平面图，要用到什么知识呢？</w:t>
            </w:r>
          </w:p>
          <w:p>
            <w:pPr>
              <w:spacing w:after="20" w:line="276" w:lineRule="auto"/>
            </w:pPr>
            <w:r>
              <w:rPr>
                <w:rFonts w:ascii="宋体" w:hAnsi="宋体" w:eastAsia="宋体"/>
                <w:b w:val="0"/>
                <w:sz w:val="18"/>
              </w:rPr>
              <w:t>师：真是一群会思考的孩子，相信你们一定能帮助小明、小亮、小红完成这幅平面图。今天我们继续来学习比例尺的应用。［板书课题：比例尺(3)］</w:t>
            </w:r>
          </w:p>
        </w:tc>
        <w:tc>
          <w:tcPr>
            <w:tcW w:type="dxa" w:w="3061"/>
          </w:tcPr>
          <w:p>
            <w:pPr>
              <w:spacing w:after="20" w:line="276" w:lineRule="auto"/>
            </w:pPr>
            <w:r/>
            <w:r>
              <w:rPr>
                <w:rFonts w:ascii="宋体" w:hAnsi="宋体" w:eastAsia="宋体"/>
                <w:b w:val="0"/>
                <w:sz w:val="18"/>
              </w:rPr>
              <w:t>预设1：要用到位置与方向的知识。</w:t>
            </w:r>
          </w:p>
          <w:p>
            <w:pPr>
              <w:spacing w:after="20" w:line="276" w:lineRule="auto"/>
            </w:pPr>
            <w:r>
              <w:rPr>
                <w:rFonts w:ascii="宋体" w:hAnsi="宋体" w:eastAsia="宋体"/>
                <w:b w:val="0"/>
                <w:sz w:val="18"/>
              </w:rPr>
              <w:t>预设2：要用到比例尺的知识。</w:t>
            </w:r>
          </w:p>
        </w:tc>
        <w:tc>
          <w:tcPr>
            <w:tcW w:type="dxa" w:w="1814"/>
          </w:tcPr>
          <w:p>
            <w:pPr>
              <w:spacing w:after="20" w:line="276" w:lineRule="auto"/>
            </w:pPr>
            <w:r/>
            <w:r>
              <w:rPr>
                <w:rFonts w:ascii="宋体" w:hAnsi="宋体" w:eastAsia="宋体"/>
                <w:b w:val="0"/>
                <w:sz w:val="18"/>
              </w:rPr>
              <w:t>创设问题情境，激发学生探究的欲望。初步了解到要利用比例尺的知识解决这个问题。</w:t>
            </w:r>
          </w:p>
        </w:tc>
      </w:tr>
      <w:tr>
        <w:tc>
          <w:tcPr>
            <w:tcW w:type="dxa" w:w="1474"/>
          </w:tcPr>
          <w:p>
            <w:pPr>
              <w:spacing w:after="20" w:line="276" w:lineRule="auto"/>
            </w:pPr>
            <w:r>
              <w:rPr>
                <w:b/>
              </w:rPr>
            </w:r>
            <w:r>
              <w:rPr>
                <w:rFonts w:ascii="宋体" w:hAnsi="宋体" w:eastAsia="宋体"/>
                <w:b/>
                <w:sz w:val="18"/>
              </w:rPr>
              <w:t>二、自主探究，解决实际问题</w:t>
            </w:r>
          </w:p>
        </w:tc>
        <w:tc>
          <w:tcPr>
            <w:tcW w:type="dxa" w:w="3061"/>
          </w:tcPr>
          <w:p>
            <w:pPr>
              <w:spacing w:after="20" w:line="276" w:lineRule="auto"/>
            </w:pPr>
            <w:r/>
            <w:r>
              <w:rPr>
                <w:rFonts w:ascii="宋体" w:hAnsi="宋体" w:eastAsia="宋体"/>
                <w:b w:val="0"/>
                <w:sz w:val="18"/>
              </w:rPr>
              <w:t>1.理解题意，明确问题。</w:t>
            </w:r>
          </w:p>
          <w:p>
            <w:pPr>
              <w:spacing w:after="20" w:line="276" w:lineRule="auto"/>
            </w:pPr>
            <w:r>
              <w:rPr>
                <w:rFonts w:ascii="宋体" w:hAnsi="宋体" w:eastAsia="宋体"/>
                <w:b w:val="0"/>
                <w:sz w:val="18"/>
              </w:rPr>
              <w:t>师：你从题中知道了什么？</w:t>
            </w:r>
          </w:p>
          <w:p>
            <w:pPr>
              <w:spacing w:after="20" w:line="276" w:lineRule="auto"/>
            </w:pPr>
            <w:r>
              <w:rPr>
                <w:rFonts w:ascii="宋体" w:hAnsi="宋体" w:eastAsia="宋体"/>
                <w:b w:val="0"/>
                <w:sz w:val="18"/>
              </w:rPr>
              <w:t>师：要想解决问题，该怎么做呢？大家可以把自己的想法在组内说一说。</w:t>
            </w:r>
          </w:p>
          <w:p>
            <w:pPr>
              <w:spacing w:after="20" w:line="276" w:lineRule="auto"/>
            </w:pPr>
            <w:r>
              <w:rPr>
                <w:rFonts w:ascii="宋体" w:hAnsi="宋体" w:eastAsia="宋体"/>
                <w:b w:val="0"/>
                <w:sz w:val="18"/>
              </w:rPr>
              <w:t>2.自主尝试，解决问题。</w:t>
            </w:r>
          </w:p>
          <w:p>
            <w:pPr>
              <w:spacing w:after="20" w:line="276" w:lineRule="auto"/>
            </w:pPr>
            <w:r>
              <w:rPr>
                <w:rFonts w:ascii="宋体" w:hAnsi="宋体" w:eastAsia="宋体"/>
                <w:b w:val="0"/>
                <w:sz w:val="18"/>
              </w:rPr>
              <w:t>师：现在你会解决这个问题吗？自己试一试吧！</w:t>
            </w:r>
          </w:p>
          <w:p>
            <w:pPr>
              <w:spacing w:after="20" w:line="276" w:lineRule="auto"/>
            </w:pPr>
            <w:r>
              <w:rPr>
                <w:rFonts w:ascii="宋体" w:hAnsi="宋体" w:eastAsia="宋体"/>
                <w:b w:val="0"/>
                <w:sz w:val="18"/>
              </w:rPr>
              <w:t>小明家到学校的图上距离：200÷100=2(cm)</w:t>
            </w:r>
          </w:p>
          <w:p>
            <w:pPr>
              <w:spacing w:after="20" w:line="276" w:lineRule="auto"/>
            </w:pPr>
            <w:r>
              <w:rPr>
                <w:rFonts w:ascii="宋体" w:hAnsi="宋体" w:eastAsia="宋体"/>
                <w:b w:val="0"/>
                <w:sz w:val="18"/>
              </w:rPr>
              <w:t>小亮家到小明家的图上距离：400÷100=4(cm)</w:t>
            </w:r>
          </w:p>
          <w:p>
            <w:pPr>
              <w:spacing w:after="20" w:line="276" w:lineRule="auto"/>
            </w:pPr>
            <w:r>
              <w:rPr>
                <w:rFonts w:ascii="宋体" w:hAnsi="宋体" w:eastAsia="宋体"/>
                <w:b w:val="0"/>
                <w:sz w:val="18"/>
              </w:rPr>
              <w:t>小红家到学校的图上距离：250÷100=2.5(cm)</w:t>
            </w:r>
          </w:p>
          <w:p>
            <w:pPr>
              <w:spacing w:after="20" w:line="276" w:lineRule="auto"/>
            </w:pPr>
            <w:r>
              <w:rPr>
                <w:rFonts w:ascii="宋体" w:hAnsi="宋体" w:eastAsia="宋体"/>
                <w:b w:val="0"/>
                <w:sz w:val="18"/>
              </w:rPr>
              <w:t>要注意让学生自己审题，理解题意，明确首先要求出图上距离，再按照相应的方向标出位置，并把数值比例尺化成以m为单位的线段比例尺。</w:t>
            </w:r>
          </w:p>
          <w:p>
            <w:pPr>
              <w:spacing w:after="20" w:line="276" w:lineRule="auto"/>
            </w:pPr>
            <w:r>
              <w:rPr>
                <w:rFonts w:ascii="宋体" w:hAnsi="宋体" w:eastAsia="宋体"/>
                <w:b w:val="0"/>
                <w:sz w:val="18"/>
              </w:rPr>
              <w:t>小明家到学校的图上距离：20000× EMBED Equation.DSMT4  =2(cm)</w:t>
            </w:r>
          </w:p>
          <w:p>
            <w:pPr>
              <w:spacing w:after="20" w:line="276" w:lineRule="auto"/>
            </w:pPr>
            <w:r>
              <w:rPr>
                <w:rFonts w:ascii="宋体" w:hAnsi="宋体" w:eastAsia="宋体"/>
                <w:b w:val="0"/>
                <w:sz w:val="18"/>
              </w:rPr>
              <w:t>小亮家到学校的图上距离：(40000-20000)× EMBED Equation.DSMT4  =2(cm)</w:t>
            </w:r>
          </w:p>
          <w:p>
            <w:pPr>
              <w:spacing w:after="20" w:line="276" w:lineRule="auto"/>
            </w:pPr>
            <w:r>
              <w:rPr>
                <w:rFonts w:ascii="宋体" w:hAnsi="宋体" w:eastAsia="宋体"/>
                <w:b w:val="0"/>
                <w:sz w:val="18"/>
              </w:rPr>
              <w:t>小红家到学校的图上距离：25000× EMBED Equation.DSMT4  =2.5(cm)</w:t>
            </w:r>
          </w:p>
          <w:p>
            <w:pPr>
              <w:spacing w:after="20" w:line="276" w:lineRule="auto"/>
            </w:pPr>
            <w:r>
              <w:rPr>
                <w:rFonts w:ascii="宋体" w:hAnsi="宋体" w:eastAsia="宋体"/>
                <w:b w:val="0"/>
                <w:sz w:val="18"/>
              </w:rPr>
              <w:t>200m=20000cm  400m=40000cm  250m=25000cm</w:t>
            </w:r>
          </w:p>
          <w:p>
            <w:pPr>
              <w:spacing w:after="20" w:line="276" w:lineRule="auto"/>
            </w:pPr>
            <w:r>
              <w:rPr>
                <w:rFonts w:ascii="宋体" w:hAnsi="宋体" w:eastAsia="宋体"/>
                <w:b w:val="0"/>
                <w:sz w:val="18"/>
              </w:rPr>
              <w:t>解：设小明家到学校的图上距离是x cm。</w:t>
            </w:r>
          </w:p>
          <w:p>
            <w:pPr>
              <w:spacing w:after="20" w:line="276" w:lineRule="auto"/>
            </w:pPr>
            <w:r>
              <w:rPr>
                <w:rFonts w:ascii="宋体" w:hAnsi="宋体" w:eastAsia="宋体"/>
                <w:b w:val="0"/>
                <w:sz w:val="18"/>
              </w:rPr>
              <w:t>x∶20000=1∶10000  x=2</w:t>
            </w:r>
          </w:p>
          <w:p>
            <w:pPr>
              <w:spacing w:after="20" w:line="276" w:lineRule="auto"/>
            </w:pPr>
            <w:r>
              <w:rPr>
                <w:rFonts w:ascii="宋体" w:hAnsi="宋体" w:eastAsia="宋体"/>
                <w:b w:val="0"/>
                <w:sz w:val="18"/>
              </w:rPr>
              <w:t>设小亮家到小明家的图上距离是x cm。</w:t>
            </w:r>
          </w:p>
          <w:p>
            <w:pPr>
              <w:spacing w:after="20" w:line="276" w:lineRule="auto"/>
            </w:pPr>
            <w:r>
              <w:rPr>
                <w:rFonts w:ascii="宋体" w:hAnsi="宋体" w:eastAsia="宋体"/>
                <w:b w:val="0"/>
                <w:sz w:val="18"/>
              </w:rPr>
              <w:t>x∶40000=1∶10000  x=4</w:t>
            </w:r>
          </w:p>
          <w:p>
            <w:pPr>
              <w:spacing w:after="20" w:line="276" w:lineRule="auto"/>
            </w:pPr>
            <w:r>
              <w:rPr>
                <w:rFonts w:ascii="宋体" w:hAnsi="宋体" w:eastAsia="宋体"/>
                <w:b w:val="0"/>
                <w:sz w:val="18"/>
              </w:rPr>
              <w:t>小亮家到学校的图上距离：4-2=2(cm)</w:t>
            </w:r>
          </w:p>
          <w:p>
            <w:pPr>
              <w:spacing w:after="20" w:line="276" w:lineRule="auto"/>
            </w:pPr>
            <w:r>
              <w:rPr>
                <w:rFonts w:ascii="宋体" w:hAnsi="宋体" w:eastAsia="宋体"/>
                <w:b w:val="0"/>
                <w:sz w:val="18"/>
              </w:rPr>
              <w:t>设小红家到学校的图上距离是x cm。</w:t>
            </w:r>
          </w:p>
          <w:p>
            <w:pPr>
              <w:spacing w:after="20" w:line="276" w:lineRule="auto"/>
            </w:pPr>
            <w:r>
              <w:rPr>
                <w:rFonts w:ascii="宋体" w:hAnsi="宋体" w:eastAsia="宋体"/>
                <w:b w:val="0"/>
                <w:sz w:val="18"/>
              </w:rPr>
              <w:t>x∶25000=1∶10000  x=2.5</w:t>
            </w:r>
          </w:p>
          <w:p>
            <w:pPr>
              <w:spacing w:after="20" w:line="276" w:lineRule="auto"/>
            </w:pPr>
            <w:r>
              <w:rPr>
                <w:rFonts w:ascii="宋体" w:hAnsi="宋体" w:eastAsia="宋体"/>
                <w:b w:val="0"/>
                <w:sz w:val="18"/>
              </w:rPr>
              <w:t>师：我们先来看看3种求图上距离的解题方法，你知道他们是怎么想的吗？</w:t>
            </w:r>
          </w:p>
          <w:p>
            <w:pPr>
              <w:spacing w:after="20" w:line="276" w:lineRule="auto"/>
            </w:pPr>
            <w:r>
              <w:rPr>
                <w:rFonts w:ascii="宋体" w:hAnsi="宋体" w:eastAsia="宋体"/>
                <w:b w:val="0"/>
                <w:sz w:val="18"/>
              </w:rPr>
              <w:t>师：这几种方法都是根据比例的意义，也就是图上距离、实际距离与比例尺之间的数量关系来解决问题的。你喜欢哪一种就用哪一种。我们再来看看同学们画的平面图，我收集了两幅，请你们评</w:t>
            </w:r>
          </w:p>
          <w:p>
            <w:pPr>
              <w:spacing w:after="20" w:line="276" w:lineRule="auto"/>
            </w:pPr>
            <w:r>
              <w:rPr>
                <w:rFonts w:ascii="宋体" w:hAnsi="宋体" w:eastAsia="宋体"/>
                <w:b w:val="0"/>
                <w:sz w:val="18"/>
              </w:rPr>
              <w:t>价一下。(出示课件)</w:t>
            </w:r>
          </w:p>
          <w:p>
            <w:pPr>
              <w:spacing w:after="20" w:line="276" w:lineRule="auto"/>
            </w:pPr>
            <w:r>
              <w:rPr>
                <w:rFonts w:ascii="宋体" w:hAnsi="宋体" w:eastAsia="宋体"/>
                <w:b w:val="0"/>
                <w:sz w:val="18"/>
              </w:rPr>
              <w:t>师：同学们的眼睛真亮，一下子就找到了错误，而且清楚地说明了错误的原因，为你们点赞！</w:t>
            </w:r>
          </w:p>
          <w:p>
            <w:pPr>
              <w:spacing w:after="20" w:line="276" w:lineRule="auto"/>
            </w:pPr>
            <w:r>
              <w:rPr>
                <w:rFonts w:ascii="宋体" w:hAnsi="宋体" w:eastAsia="宋体"/>
                <w:b w:val="0"/>
                <w:sz w:val="18"/>
              </w:rPr>
              <w:t>3.回顾与反思。</w:t>
            </w:r>
          </w:p>
          <w:p>
            <w:pPr>
              <w:spacing w:after="20" w:line="276" w:lineRule="auto"/>
            </w:pPr>
            <w:r>
              <w:rPr>
                <w:rFonts w:ascii="宋体" w:hAnsi="宋体" w:eastAsia="宋体"/>
                <w:b w:val="0"/>
                <w:sz w:val="18"/>
              </w:rPr>
              <w:t>师：我们顺利地帮助小明、小亮和小红完成了这幅平面图，请大家认真想一想，我们是怎样解决这个问题的？解决问题的过程中需要注意些什么？</w:t>
            </w:r>
          </w:p>
          <w:p>
            <w:pPr>
              <w:spacing w:after="20" w:line="276" w:lineRule="auto"/>
            </w:pPr>
            <w:r>
              <w:rPr>
                <w:rFonts w:ascii="宋体" w:hAnsi="宋体" w:eastAsia="宋体"/>
                <w:b w:val="0"/>
                <w:sz w:val="18"/>
              </w:rPr>
              <w:t>方法、出错的地方等，对学生学习能力的提升有很大帮助。</w:t>
            </w:r>
          </w:p>
        </w:tc>
        <w:tc>
          <w:tcPr>
            <w:tcW w:type="dxa" w:w="3061"/>
          </w:tcPr>
          <w:p>
            <w:pPr>
              <w:spacing w:after="20" w:line="276" w:lineRule="auto"/>
            </w:pPr>
            <w:r/>
            <w:r>
              <w:rPr>
                <w:rFonts w:ascii="宋体" w:hAnsi="宋体" w:eastAsia="宋体"/>
                <w:b w:val="0"/>
                <w:sz w:val="18"/>
              </w:rPr>
              <w:t>预设1：我们知道了平面图的方向是上北下南、左西右东。这幅图的比例尺是1∶10000。</w:t>
            </w:r>
          </w:p>
          <w:p>
            <w:pPr>
              <w:spacing w:after="20" w:line="276" w:lineRule="auto"/>
            </w:pPr>
            <w:r>
              <w:rPr>
                <w:rFonts w:ascii="宋体" w:hAnsi="宋体" w:eastAsia="宋体"/>
                <w:b w:val="0"/>
                <w:sz w:val="18"/>
              </w:rPr>
              <w:t>预设2：知道了小明家在学校正西方向，距学校200m；小亮家在小明家正东方向，距小明家400m；小红家在学校正北方向，距学校250m。要画出他们三家和学校的位置平面图。</w:t>
            </w:r>
          </w:p>
          <w:p>
            <w:pPr>
              <w:spacing w:after="20" w:line="276" w:lineRule="auto"/>
            </w:pPr>
            <w:r>
              <w:rPr>
                <w:rFonts w:ascii="宋体" w:hAnsi="宋体" w:eastAsia="宋体"/>
                <w:b w:val="0"/>
                <w:sz w:val="18"/>
              </w:rPr>
              <w:t>指导学生说出：先要求出小明家、小亮家、小红家分别到学校的图上距离，然后按照上北下南、左西右东的方向标出位置，还要把数值比例尺改写成线段比例尺。</w:t>
            </w:r>
          </w:p>
          <w:p>
            <w:pPr>
              <w:spacing w:after="20" w:line="276" w:lineRule="auto"/>
            </w:pPr>
            <w:r>
              <w:rPr>
                <w:rFonts w:ascii="宋体" w:hAnsi="宋体" w:eastAsia="宋体"/>
                <w:b w:val="0"/>
                <w:sz w:val="18"/>
              </w:rPr>
              <w:t>预设1：10000cm=100m</w:t>
            </w:r>
          </w:p>
          <w:p>
            <w:pPr>
              <w:spacing w:after="20" w:line="276" w:lineRule="auto"/>
            </w:pPr>
            <w:r>
              <w:rPr>
                <w:rFonts w:ascii="宋体" w:hAnsi="宋体" w:eastAsia="宋体"/>
                <w:b w:val="0"/>
                <w:sz w:val="18"/>
              </w:rPr>
              <w:t>预设2：200m=20000cm  400m=40000cm  250m=25000cm</w:t>
            </w:r>
          </w:p>
          <w:p>
            <w:pPr>
              <w:spacing w:after="20" w:line="276" w:lineRule="auto"/>
            </w:pPr>
            <w:r>
              <w:rPr>
                <w:rFonts w:ascii="宋体" w:hAnsi="宋体" w:eastAsia="宋体"/>
                <w:b w:val="0"/>
                <w:sz w:val="18"/>
              </w:rPr>
              <w:t>预设3：图上距离∶实际距离=1∶10000</w:t>
            </w:r>
          </w:p>
          <w:p>
            <w:pPr>
              <w:spacing w:after="20" w:line="276" w:lineRule="auto"/>
            </w:pPr>
            <w:r>
              <w:rPr>
                <w:rFonts w:ascii="宋体" w:hAnsi="宋体" w:eastAsia="宋体"/>
                <w:b w:val="0"/>
                <w:sz w:val="18"/>
              </w:rPr>
              <w:t>预设1：方法一是先把数值比例尺转化成线段比例尺，得到图上距离1cm表示实际距离100m，200m里面有2个100m，所以小明家到学校的图上距离是2cm；小亮家在小明家正东方向，距小明家400m，400m里面有4个100m，所以小亮家到小明家的图上距离是4cm；小红家在学校正北方向，距学校250m，250m里面有2.5个100m，所以小红家到学校的图上距离是2.5cm。</w:t>
            </w:r>
          </w:p>
          <w:p>
            <w:pPr>
              <w:spacing w:after="20" w:line="276" w:lineRule="auto"/>
            </w:pPr>
            <w:r>
              <w:rPr>
                <w:rFonts w:ascii="宋体" w:hAnsi="宋体" w:eastAsia="宋体"/>
                <w:b w:val="0"/>
                <w:sz w:val="18"/>
              </w:rPr>
              <w:t>预设2：方法二是根据图上距离∶实际距离=比例尺推出图上距离=实际距离×比例尺来计算的。(板书：图上距离∶实际距离=比例尺→图上距离=实际距离×比例尺)</w:t>
            </w:r>
          </w:p>
          <w:p>
            <w:pPr>
              <w:spacing w:after="20" w:line="276" w:lineRule="auto"/>
            </w:pPr>
            <w:r>
              <w:rPr>
                <w:rFonts w:ascii="宋体" w:hAnsi="宋体" w:eastAsia="宋体"/>
                <w:b w:val="0"/>
                <w:sz w:val="18"/>
              </w:rPr>
              <w:t>预设3：方法三是列比例的方法，是根据图上距离∶实际距离=比例尺列出比例来求出图上距离的。</w:t>
            </w:r>
          </w:p>
          <w:p>
            <w:pPr>
              <w:spacing w:after="20" w:line="276" w:lineRule="auto"/>
            </w:pPr>
            <w:r>
              <w:rPr>
                <w:rFonts w:ascii="宋体" w:hAnsi="宋体" w:eastAsia="宋体"/>
                <w:b w:val="0"/>
                <w:sz w:val="18"/>
              </w:rPr>
              <w:t>学生会根据自己的感受说出要认真审题，理解题意，弄清楚方向和图上距离，画图时要看清楚以谁为观测点，不要忘了标上比例尺等。教师适时指导、评价。(根据学生回答板书：确定方向、标出比例尺、计算图上距离、找准观测点。)</w:t>
            </w:r>
          </w:p>
        </w:tc>
        <w:tc>
          <w:tcPr>
            <w:tcW w:type="dxa" w:w="1814"/>
          </w:tcPr>
          <w:p>
            <w:pPr>
              <w:spacing w:after="20" w:line="276" w:lineRule="auto"/>
            </w:pPr>
            <w:r/>
            <w:r>
              <w:rPr>
                <w:rFonts w:ascii="宋体" w:hAnsi="宋体" w:eastAsia="宋体"/>
                <w:b w:val="0"/>
                <w:sz w:val="18"/>
              </w:rPr>
              <w:t>在展示与交流中，充分让学生表达自己的想法，使学生在聆听别人的发言中获取更多的解决问题的经验，加深对比例尺意义的理解。</w:t>
            </w:r>
          </w:p>
          <w:p>
            <w:pPr>
              <w:spacing w:after="20" w:line="276" w:lineRule="auto"/>
            </w:pPr>
            <w:r>
              <w:rPr>
                <w:rFonts w:ascii="宋体" w:hAnsi="宋体" w:eastAsia="宋体"/>
                <w:b w:val="0"/>
                <w:sz w:val="18"/>
              </w:rPr>
              <w:t>回顾与反思是解决问题中很重要的一个环节，学生经历了解决问题的过程，然后在回忆中去感受解决问题的步骤、</w:t>
            </w:r>
          </w:p>
        </w:tc>
      </w:tr>
      <w:tr>
        <w:tc>
          <w:tcPr>
            <w:tcW w:type="dxa" w:w="1474"/>
          </w:tcPr>
          <w:p>
            <w:pPr>
              <w:spacing w:after="20" w:line="276" w:lineRule="auto"/>
            </w:pPr>
            <w:r>
              <w:rPr>
                <w:b/>
              </w:rPr>
            </w:r>
            <w:r>
              <w:rPr>
                <w:rFonts w:ascii="宋体" w:hAnsi="宋体" w:eastAsia="宋体"/>
                <w:b/>
                <w:sz w:val="18"/>
              </w:rPr>
              <w:t>三、巩固练习，综合应用</w:t>
            </w:r>
          </w:p>
        </w:tc>
        <w:tc>
          <w:tcPr>
            <w:tcW w:type="dxa" w:w="3061"/>
          </w:tcPr>
          <w:p>
            <w:pPr>
              <w:spacing w:after="20" w:line="276" w:lineRule="auto"/>
            </w:pPr>
            <w:r/>
            <w:r>
              <w:rPr>
                <w:rFonts w:ascii="宋体" w:hAnsi="宋体" w:eastAsia="宋体"/>
                <w:b w:val="0"/>
                <w:sz w:val="18"/>
              </w:rPr>
              <w:t>1.课件出示教科书P53“做一做”。</w:t>
            </w:r>
          </w:p>
          <w:p>
            <w:pPr>
              <w:spacing w:after="20" w:line="276" w:lineRule="auto"/>
            </w:pPr>
            <w:r>
              <w:rPr>
                <w:rFonts w:ascii="宋体" w:hAnsi="宋体" w:eastAsia="宋体"/>
                <w:b w:val="0"/>
                <w:sz w:val="18"/>
              </w:rPr>
              <w:t>师：题目中有哪些要求？在组内说一说。</w:t>
            </w:r>
          </w:p>
          <w:p>
            <w:pPr>
              <w:spacing w:after="20" w:line="276" w:lineRule="auto"/>
            </w:pPr>
            <w:r>
              <w:rPr>
                <w:rFonts w:ascii="宋体" w:hAnsi="宋体" w:eastAsia="宋体"/>
                <w:b w:val="0"/>
                <w:sz w:val="18"/>
              </w:rPr>
              <w:t>师：如何画平面图呢？</w:t>
            </w:r>
          </w:p>
          <w:p>
            <w:pPr>
              <w:spacing w:after="20" w:line="276" w:lineRule="auto"/>
            </w:pPr>
            <w:r>
              <w:rPr>
                <w:rFonts w:ascii="宋体" w:hAnsi="宋体" w:eastAsia="宋体"/>
                <w:b w:val="0"/>
                <w:sz w:val="18"/>
              </w:rPr>
              <w:t>课件出示正确的解答。</w:t>
            </w:r>
          </w:p>
          <w:p>
            <w:pPr>
              <w:spacing w:after="20" w:line="276" w:lineRule="auto"/>
            </w:pPr>
            <w:r>
              <w:rPr>
                <w:rFonts w:ascii="宋体" w:hAnsi="宋体" w:eastAsia="宋体"/>
                <w:b w:val="0"/>
                <w:sz w:val="18"/>
              </w:rPr>
              <w:t>2.完成教科书P56“练习十”第10题。</w:t>
            </w:r>
          </w:p>
          <w:p>
            <w:pPr>
              <w:spacing w:after="20" w:line="276" w:lineRule="auto"/>
            </w:pPr>
            <w:r>
              <w:rPr>
                <w:rFonts w:ascii="宋体" w:hAnsi="宋体" w:eastAsia="宋体"/>
                <w:b w:val="0"/>
                <w:sz w:val="18"/>
              </w:rPr>
              <w:t>师：看了几位同学的展示，你有什么想法呢？</w:t>
            </w:r>
          </w:p>
          <w:p>
            <w:pPr>
              <w:spacing w:after="20" w:line="276" w:lineRule="auto"/>
            </w:pPr>
            <w:r>
              <w:rPr>
                <w:rFonts w:ascii="宋体" w:hAnsi="宋体" w:eastAsia="宋体"/>
                <w:b w:val="0"/>
                <w:sz w:val="18"/>
              </w:rPr>
              <w:t>这道题对学生要求比较高，需要学生自行确定比例尺，再画平面图。放手让学生去画，展示各种不同比例尺的平面图，在观察、比较中体会确定比例尺，要综合考虑数据的特点和平面图中各位置与观测点之间的距离，培养学生严谨、科学的作图习惯。</w:t>
            </w:r>
          </w:p>
          <w:p>
            <w:pPr>
              <w:spacing w:after="20" w:line="276" w:lineRule="auto"/>
            </w:pPr>
            <w:r>
              <w:rPr>
                <w:rFonts w:ascii="宋体" w:hAnsi="宋体" w:eastAsia="宋体"/>
                <w:b w:val="0"/>
                <w:sz w:val="18"/>
              </w:rPr>
              <w:t>面图中小明家到四条边框的大致距离是多少，确定比例尺时要使得在平面图上画这四个地点时，都要在边界以内。</w:t>
            </w:r>
          </w:p>
          <w:p>
            <w:pPr>
              <w:spacing w:after="20" w:line="276" w:lineRule="auto"/>
            </w:pPr>
            <w:r>
              <w:rPr>
                <w:rFonts w:ascii="宋体" w:hAnsi="宋体" w:eastAsia="宋体"/>
                <w:b w:val="0"/>
                <w:sz w:val="18"/>
              </w:rPr>
              <w:t>教师指导学生对比例尺进行调整，重新画图。</w:t>
            </w:r>
          </w:p>
          <w:p>
            <w:pPr>
              <w:spacing w:after="20" w:line="276" w:lineRule="auto"/>
            </w:pPr>
            <w:r>
              <w:rPr>
                <w:rFonts w:ascii="宋体" w:hAnsi="宋体" w:eastAsia="宋体"/>
                <w:b w:val="0"/>
                <w:sz w:val="18"/>
              </w:rPr>
              <w:t>3.合作完成教科书P55“练习十”第9题。</w:t>
            </w:r>
          </w:p>
          <w:p>
            <w:pPr>
              <w:spacing w:after="20" w:line="276" w:lineRule="auto"/>
            </w:pPr>
            <w:r>
              <w:rPr>
                <w:rFonts w:ascii="宋体" w:hAnsi="宋体" w:eastAsia="宋体"/>
                <w:b w:val="0"/>
                <w:sz w:val="18"/>
              </w:rPr>
              <w:t>师：仔细读题，读懂题意，说说要解决这个问题该怎么做。</w:t>
            </w:r>
          </w:p>
          <w:p>
            <w:pPr>
              <w:spacing w:after="20" w:line="276" w:lineRule="auto"/>
            </w:pPr>
            <w:r>
              <w:rPr>
                <w:rFonts w:ascii="宋体" w:hAnsi="宋体" w:eastAsia="宋体"/>
                <w:b w:val="0"/>
                <w:sz w:val="18"/>
              </w:rPr>
              <w:t>教师和学生一起完成这道题。</w:t>
            </w:r>
          </w:p>
        </w:tc>
        <w:tc>
          <w:tcPr>
            <w:tcW w:type="dxa" w:w="3061"/>
          </w:tcPr>
          <w:p>
            <w:pPr>
              <w:spacing w:after="20" w:line="276" w:lineRule="auto"/>
            </w:pPr>
            <w:r/>
            <w:r>
              <w:rPr>
                <w:rFonts w:ascii="宋体" w:hAnsi="宋体" w:eastAsia="宋体"/>
                <w:b w:val="0"/>
                <w:sz w:val="18"/>
              </w:rPr>
              <w:t>题目要求画出一个长80m、宽60m的长方形操场平面图，比例尺是1∶2000。</w:t>
            </w:r>
          </w:p>
          <w:p>
            <w:pPr>
              <w:spacing w:after="20" w:line="276" w:lineRule="auto"/>
            </w:pPr>
            <w:r>
              <w:rPr>
                <w:rFonts w:ascii="宋体" w:hAnsi="宋体" w:eastAsia="宋体"/>
                <w:b w:val="0"/>
                <w:sz w:val="18"/>
              </w:rPr>
              <w:t>学生独立解答后交流。</w:t>
            </w:r>
          </w:p>
          <w:p>
            <w:pPr>
              <w:spacing w:after="20" w:line="276" w:lineRule="auto"/>
            </w:pPr>
            <w:r>
              <w:rPr>
                <w:rFonts w:ascii="宋体" w:hAnsi="宋体" w:eastAsia="宋体"/>
                <w:b w:val="0"/>
                <w:sz w:val="18"/>
              </w:rPr>
              <w:t>引导学生说出先算出图上距离，长4cm，宽3cm，然后利用画垂线的方法画出一个长4cm、宽3cm的长方形。教师注意指导计算图上距离的方法和画规范的长方形的方法。</w:t>
            </w:r>
          </w:p>
          <w:p>
            <w:pPr>
              <w:spacing w:after="20" w:line="276" w:lineRule="auto"/>
            </w:pPr>
            <w:r>
              <w:rPr>
                <w:rFonts w:ascii="宋体" w:hAnsi="宋体" w:eastAsia="宋体"/>
                <w:b w:val="0"/>
                <w:sz w:val="18"/>
              </w:rPr>
              <w:t>学生独立完成后在小组内交流。</w:t>
            </w:r>
          </w:p>
          <w:p>
            <w:pPr>
              <w:spacing w:after="20" w:line="276" w:lineRule="auto"/>
            </w:pPr>
            <w:r>
              <w:rPr>
                <w:rFonts w:ascii="宋体" w:hAnsi="宋体" w:eastAsia="宋体"/>
                <w:b w:val="0"/>
                <w:sz w:val="18"/>
              </w:rPr>
              <w:t>预设1：我确定的比例尺是1∶10000，所以小明家到街心公园的图上距离是5cm，街心公园到科技馆的图上距离是3cm，科技馆到动物园的图上距离是10cm，动物园到医院的图上距离是4cm。</w:t>
            </w:r>
          </w:p>
          <w:p>
            <w:pPr>
              <w:spacing w:after="20" w:line="276" w:lineRule="auto"/>
            </w:pPr>
            <w:r>
              <w:rPr>
                <w:rFonts w:ascii="宋体" w:hAnsi="宋体" w:eastAsia="宋体"/>
                <w:b w:val="0"/>
                <w:sz w:val="18"/>
              </w:rPr>
              <w:t>预设2：我确定的比例尺是1∶20000，所以小明家到街心公园的图上距离是2.5cm，街心公园到科技馆的图上距离是1.5cm，科技馆到动物园的图上距离是5cm，动物园到医院的图上距离是2cm。</w:t>
            </w:r>
          </w:p>
          <w:p>
            <w:pPr>
              <w:spacing w:after="20" w:line="276" w:lineRule="auto"/>
            </w:pPr>
            <w:r>
              <w:rPr>
                <w:rFonts w:ascii="宋体" w:hAnsi="宋体" w:eastAsia="宋体"/>
                <w:b w:val="0"/>
                <w:sz w:val="18"/>
              </w:rPr>
              <w:t>预设3：我确定的比例尺是1∶50000，所以小明家到街心公园的图上距离是1cm，街心公园到科技馆的图上距离是0.6cm，科技馆到动物园的图上距离是2cm，动物园到医院的图上距离是0.8cm。</w:t>
            </w:r>
          </w:p>
          <w:p>
            <w:pPr>
              <w:spacing w:after="20" w:line="276" w:lineRule="auto"/>
            </w:pPr>
            <w:r>
              <w:rPr>
                <w:rFonts w:ascii="宋体" w:hAnsi="宋体" w:eastAsia="宋体"/>
                <w:b w:val="0"/>
                <w:sz w:val="18"/>
              </w:rPr>
              <w:t>第一种方法的图画到边界之外了，第三种方法的图画得太小了，只有第二种方法的图比较合适。教师可以补充：确定比例尺之前，不仅要关注题目中数据的特点，还要先测量这幅平</w:t>
            </w:r>
          </w:p>
          <w:p>
            <w:pPr>
              <w:spacing w:after="20" w:line="276" w:lineRule="auto"/>
            </w:pPr>
            <w:r>
              <w:rPr>
                <w:rFonts w:ascii="宋体" w:hAnsi="宋体" w:eastAsia="宋体"/>
                <w:b w:val="0"/>
                <w:sz w:val="18"/>
              </w:rPr>
              <w:t>指导学生说出先算出2.5m和4m的图上距离，再根据条件在图中标出3人的位置。</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通过有层次的练习及时反馈学情，巩固新知，培养学生灵活运用知识解决问题的能力，核心问题："题目中有哪些要求？"</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师：通过今天的学习，你们有哪些新的收获呢？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引导学生回顾梳理本课所学，完善认知结构，提升归纳与反思能力，核心问题："通过今天的学习，你们有哪些新的收获呢？"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在解决一个实际问题中拉开序幕，教师直接引导学生分析解决这一问题所需要的条件,再放手让学生自主探究，解决问题。让学生经历解决实际问题的全过程,注重引导学生抓住比例尺的本质，灵活运用多种思路解决问题。通过“反思”帮助学生构建解决问题的模型，形成解决问题的经验。本课的实践性和综合性较强，学生可能在计算及作图的细节上有许多疏漏，教师要善于利用每一个错误例子，让每一个错误例子都成为课堂中的精彩！</w:t>
      </w:r>
    </w:p>
    <w:p>
      <w:r>
        <w:br w:type="page"/>
      </w:r>
    </w:p>
    <w:p>
      <w:pPr>
        <w:spacing w:after="80" w:line="300" w:lineRule="auto"/>
      </w:pPr>
      <w:r>
        <w:rPr>
          <w:rFonts w:ascii="黑体" w:hAnsi="黑体" w:eastAsia="黑体"/>
          <w:b/>
          <w:sz w:val="24"/>
        </w:rPr>
        <w:t>二、课时教学方案（第12课时）</w:t>
      </w:r>
    </w:p>
    <w:p>
      <w:pPr>
        <w:spacing w:after="80" w:line="300" w:lineRule="auto"/>
      </w:pPr>
      <w:r>
        <w:rPr>
          <w:rFonts w:ascii="黑体" w:hAnsi="黑体" w:eastAsia="黑体"/>
          <w:b/>
          <w:sz w:val="24"/>
        </w:rPr>
        <w:t>第12课时　图形的放大与缩小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第12课时　图形的放大与缩小</w:t>
            </w:r>
          </w:p>
        </w:tc>
        <w:tc>
          <w:tcPr>
            <w:tcW w:type="dxa" w:w="6009"/>
          </w:tcPr>
          <w:p>
            <w:pPr>
              <w:spacing w:after="20" w:line="276" w:lineRule="auto"/>
            </w:pPr>
            <w:r/>
            <w:r>
              <w:rPr>
                <w:rFonts w:ascii="宋体" w:hAnsi="宋体" w:eastAsia="宋体"/>
                <w:b w:val="0"/>
                <w:sz w:val="20"/>
              </w:rPr>
              <w:t>第4单元 比例（比例的应用）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比例这一单元时，已经学习了比、除法的意义和分数的意义，以及分数的基本性质、分数与除法的关系、分数乘除法的计算方法等，这些都是学习本单元内容的基础知识。比例是小学阶段数与代数部分最后一单元学习的内容，这部分内容的特点是应用性强、综合性强、内容情境不新，但采用新的思维方式和数学模型，需要学生在较高水平层面上学习。</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教学准备：课件，方格纸，刻度尺。</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具体情境在观察、比较、思考和交流等活动中初步理解图形放大的数学含义，会用自己的语言表述图形放大的含义，能联系图形放大的含义自主迁移理解图形缩小的含义，体会图形的放大与缩小的联系和区别。</w:t>
      </w:r>
    </w:p>
    <w:p>
      <w:pPr>
        <w:spacing w:after="20" w:line="300" w:lineRule="auto"/>
        <w:ind w:firstLine="400"/>
      </w:pPr>
      <w:r>
        <w:rPr>
          <w:rFonts w:ascii="宋体" w:hAnsi="宋体" w:eastAsia="宋体"/>
          <w:b w:val="0"/>
          <w:sz w:val="20"/>
        </w:rPr>
        <w:t>（2）联系图形的放大与缩小的含义，能在方格纸上把一个简单图形按指定的比进行放大或缩小，体会图形的放大与缩小只改变图形的大小，不改变图形的形状，积累图形运动的经验，发展空间观念。</w:t>
      </w:r>
    </w:p>
    <w:p>
      <w:pPr>
        <w:spacing w:after="20" w:line="300" w:lineRule="auto"/>
        <w:ind w:firstLine="400"/>
      </w:pPr>
      <w:r>
        <w:rPr>
          <w:rFonts w:ascii="宋体" w:hAnsi="宋体" w:eastAsia="宋体"/>
          <w:b w:val="0"/>
          <w:sz w:val="20"/>
        </w:rPr>
        <w:t>（3）在认识图形的放大与缩小的过程中获得一些成功的体验，激发对数学学习的兴趣。</w:t>
      </w:r>
    </w:p>
    <w:p>
      <w:pPr>
        <w:spacing w:after="20" w:line="300" w:lineRule="auto"/>
      </w:pPr>
      <w:r>
        <w:rPr>
          <w:rFonts w:ascii="宋体" w:hAnsi="宋体" w:eastAsia="宋体"/>
          <w:b w:val="0"/>
          <w:sz w:val="20"/>
        </w:rPr>
        <w:t>教学重点：能在方格纸上把一个简单图形按指定的比进行放大或缩小。</w:t>
      </w:r>
    </w:p>
    <w:p>
      <w:pPr>
        <w:spacing w:after="20" w:line="300" w:lineRule="auto"/>
      </w:pPr>
      <w:r>
        <w:rPr>
          <w:rFonts w:ascii="宋体" w:hAnsi="宋体" w:eastAsia="宋体"/>
          <w:b w:val="0"/>
          <w:sz w:val="20"/>
        </w:rPr>
        <w:t>教学难点：体会图形相似的特点。</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一、了解生活中的放大与缩小现象，导入新课</w:t>
            </w:r>
          </w:p>
        </w:tc>
        <w:tc>
          <w:tcPr>
            <w:tcW w:type="dxa" w:w="1814"/>
          </w:tcPr>
          <w:p>
            <w:pPr>
              <w:spacing w:after="20" w:line="276" w:lineRule="auto"/>
            </w:pPr>
            <w:r/>
            <w:r>
              <w:rPr>
                <w:rFonts w:ascii="宋体" w:hAnsi="宋体" w:eastAsia="宋体"/>
                <w:b w:val="0"/>
                <w:sz w:val="18"/>
              </w:rPr>
              <w:t>图片、课件、教科书</w:t>
            </w:r>
          </w:p>
        </w:tc>
        <w:tc>
          <w:tcPr>
            <w:tcW w:type="dxa" w:w="3402"/>
          </w:tcPr>
          <w:p>
            <w:pPr>
              <w:spacing w:after="20" w:line="276" w:lineRule="auto"/>
            </w:pPr>
            <w:r/>
            <w:r>
              <w:rPr>
                <w:rFonts w:ascii="宋体" w:hAnsi="宋体" w:eastAsia="宋体"/>
                <w:b w:val="0"/>
                <w:sz w:val="18"/>
              </w:rPr>
              <w:t>图形的放大与缩小在我们日常生活中的应用还真是非常广泛。你见过下面这些现象吗？；这些现象我们都遇到过,仔细观察并对比放大或缩小前后的物体,你有什么感想？</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二、动手操作，探索新知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我收集到了3种不同的画法，你们觉得哪幅图画对了？哪幅图画错了？为什么？；看来，图形放大的过程中，我们要让它保持原来的形状不变。谁再来说说，怎样把图形按2∶1在方格纸上放大呢？</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三、总结方法，对比辨析</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你能根据自己的经验，总结在方格纸上画出按一定的比将图形放大或缩小后的图形的方法吗？；观察图形放大与缩小的比,你觉得这些比有什么特征？</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四、巩固练习，知识应用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回顾今天的学习过程，你们有什么收获呢？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一、了解生活中的放大与缩小现象，导入新课</w:t>
            </w:r>
          </w:p>
        </w:tc>
        <w:tc>
          <w:tcPr>
            <w:tcW w:type="dxa" w:w="3061"/>
          </w:tcPr>
          <w:p>
            <w:pPr>
              <w:spacing w:after="20" w:line="276" w:lineRule="auto"/>
            </w:pPr>
            <w:r/>
            <w:r>
              <w:rPr>
                <w:rFonts w:ascii="宋体" w:hAnsi="宋体" w:eastAsia="宋体"/>
                <w:b w:val="0"/>
                <w:sz w:val="18"/>
              </w:rPr>
              <w:t>1.教师在计算机上利用鼠标拉动一张图片，你发现了什么？</w:t>
            </w:r>
          </w:p>
          <w:p>
            <w:pPr>
              <w:spacing w:after="20" w:line="276" w:lineRule="auto"/>
            </w:pPr>
            <w:r>
              <w:rPr>
                <w:rFonts w:ascii="宋体" w:hAnsi="宋体" w:eastAsia="宋体"/>
                <w:b w:val="0"/>
                <w:sz w:val="18"/>
              </w:rPr>
              <w:t>2.引入课题。</w:t>
            </w:r>
          </w:p>
          <w:p>
            <w:pPr>
              <w:spacing w:after="20" w:line="276" w:lineRule="auto"/>
            </w:pPr>
            <w:r>
              <w:rPr>
                <w:rFonts w:ascii="宋体" w:hAnsi="宋体" w:eastAsia="宋体"/>
                <w:b w:val="0"/>
                <w:sz w:val="18"/>
              </w:rPr>
              <w:t>师：图形的放大与缩小在我们日常生活中的应用还真是非常广泛。你见过下面这些现象吗？(课件出示教科书P57的主题图)仔细观察，这些现象中，哪些是把物体放大？哪些是把物体缩小？</w:t>
            </w:r>
          </w:p>
          <w:p>
            <w:pPr>
              <w:spacing w:after="20" w:line="276" w:lineRule="auto"/>
            </w:pPr>
            <w:r>
              <w:rPr>
                <w:rFonts w:ascii="宋体" w:hAnsi="宋体" w:eastAsia="宋体"/>
                <w:b w:val="0"/>
                <w:sz w:val="18"/>
              </w:rPr>
              <w:t>师：这些现象我们都遇到过,仔细观察并对比放大或缩小前后的物体,你有什么感想？</w:t>
            </w:r>
          </w:p>
          <w:p>
            <w:pPr>
              <w:spacing w:after="20" w:line="276" w:lineRule="auto"/>
            </w:pPr>
            <w:r>
              <w:rPr>
                <w:rFonts w:ascii="宋体" w:hAnsi="宋体" w:eastAsia="宋体"/>
                <w:b w:val="0"/>
                <w:sz w:val="18"/>
              </w:rPr>
              <w:t>师：今天我们就从数学的角度来学习图形的放大与缩小。(板书课题：图形的放大与缩小)</w:t>
            </w:r>
          </w:p>
        </w:tc>
        <w:tc>
          <w:tcPr>
            <w:tcW w:type="dxa" w:w="3061"/>
          </w:tcPr>
          <w:p>
            <w:pPr>
              <w:spacing w:after="20" w:line="276" w:lineRule="auto"/>
            </w:pPr>
            <w:r/>
            <w:r>
              <w:rPr>
                <w:rFonts w:ascii="宋体" w:hAnsi="宋体" w:eastAsia="宋体"/>
                <w:b w:val="0"/>
                <w:sz w:val="18"/>
              </w:rPr>
              <w:t>我发现图片在放大和缩小。</w:t>
            </w:r>
          </w:p>
          <w:p>
            <w:pPr>
              <w:spacing w:after="20" w:line="276" w:lineRule="auto"/>
            </w:pPr>
            <w:r>
              <w:rPr>
                <w:rFonts w:ascii="宋体" w:hAnsi="宋体" w:eastAsia="宋体"/>
                <w:b w:val="0"/>
                <w:sz w:val="18"/>
              </w:rPr>
              <w:t>大部分学生能说出：拍下的照片是把实际的长城缩小了；放大镜把报纸上的字放大了；投影仪把原来的图表放大了；显微镜把微生物放大了。</w:t>
            </w:r>
          </w:p>
          <w:p>
            <w:pPr>
              <w:spacing w:after="20" w:line="276" w:lineRule="auto"/>
            </w:pPr>
            <w:r>
              <w:rPr>
                <w:rFonts w:ascii="宋体" w:hAnsi="宋体" w:eastAsia="宋体"/>
                <w:b w:val="0"/>
                <w:sz w:val="18"/>
              </w:rPr>
              <w:t>学生会针对四幅图发表自己的想法。照相机、放大镜、投影仪等等,它们将原来物体的图象大小改变了，但是形状没有改变。也可以结合生活中遇到的其他放大或缩小的现象来说明。</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创设情境激活学生已有经验，自然引出本课学习内容，激发学习兴趣，核心问题："图形的放大与缩小在我们日常生活中的应用还真是非常广泛。你见过下面这些现象吗？"</w:t>
            </w:r>
          </w:p>
        </w:tc>
      </w:tr>
      <w:tr>
        <w:tc>
          <w:tcPr>
            <w:tcW w:type="dxa" w:w="1474"/>
          </w:tcPr>
          <w:p>
            <w:pPr>
              <w:spacing w:after="20" w:line="276" w:lineRule="auto"/>
            </w:pPr>
            <w:r>
              <w:rPr>
                <w:b/>
              </w:rPr>
            </w:r>
            <w:r>
              <w:rPr>
                <w:rFonts w:ascii="宋体" w:hAnsi="宋体" w:eastAsia="宋体"/>
                <w:b/>
                <w:sz w:val="18"/>
              </w:rPr>
              <w:t>二、动手操作，探索新知</w:t>
            </w:r>
          </w:p>
        </w:tc>
        <w:tc>
          <w:tcPr>
            <w:tcW w:type="dxa" w:w="3061"/>
          </w:tcPr>
          <w:p>
            <w:pPr>
              <w:spacing w:after="20" w:line="276" w:lineRule="auto"/>
            </w:pPr>
            <w:r/>
            <w:r>
              <w:rPr>
                <w:rFonts w:ascii="宋体" w:hAnsi="宋体" w:eastAsia="宋体"/>
                <w:b w:val="0"/>
                <w:sz w:val="18"/>
              </w:rPr>
              <w:t>1.研究图形的放大现象。</w:t>
            </w:r>
          </w:p>
          <w:p>
            <w:pPr>
              <w:spacing w:after="20" w:line="276" w:lineRule="auto"/>
            </w:pPr>
            <w:r>
              <w:rPr>
                <w:rFonts w:ascii="宋体" w:hAnsi="宋体" w:eastAsia="宋体"/>
                <w:b w:val="0"/>
                <w:sz w:val="18"/>
              </w:rPr>
              <w:t>（1）师：我们来试试怎样把图形放大。</w:t>
            </w:r>
          </w:p>
          <w:p>
            <w:pPr>
              <w:spacing w:after="20" w:line="276" w:lineRule="auto"/>
            </w:pPr>
            <w:r>
              <w:rPr>
                <w:rFonts w:ascii="宋体" w:hAnsi="宋体" w:eastAsia="宋体"/>
                <w:b w:val="0"/>
                <w:sz w:val="18"/>
              </w:rPr>
              <w:t>课件出示教科书P58例4。</w:t>
            </w:r>
          </w:p>
          <w:p>
            <w:pPr>
              <w:spacing w:after="20" w:line="276" w:lineRule="auto"/>
            </w:pPr>
            <w:r>
              <w:rPr>
                <w:rFonts w:ascii="宋体" w:hAnsi="宋体" w:eastAsia="宋体"/>
                <w:b w:val="0"/>
                <w:sz w:val="18"/>
              </w:rPr>
              <w:t>师：我们先以方格纸中的正方形为例，请大家按2∶1画出正方形放大后的图形。</w:t>
            </w:r>
          </w:p>
          <w:p>
            <w:pPr>
              <w:spacing w:after="20" w:line="276" w:lineRule="auto"/>
            </w:pPr>
            <w:r>
              <w:rPr>
                <w:rFonts w:ascii="宋体" w:hAnsi="宋体" w:eastAsia="宋体"/>
                <w:b w:val="0"/>
                <w:sz w:val="18"/>
              </w:rPr>
              <w:t>师：我收集到了3种不同的画法，你们觉得哪幅图画对了？哪幅图画错了？为什么？（出示课件）</w:t>
            </w:r>
          </w:p>
          <w:p>
            <w:pPr>
              <w:spacing w:after="20" w:line="276" w:lineRule="auto"/>
            </w:pPr>
            <w:r>
              <w:rPr>
                <w:rFonts w:ascii="宋体" w:hAnsi="宋体" w:eastAsia="宋体"/>
                <w:b w:val="0"/>
                <w:sz w:val="18"/>
              </w:rPr>
              <w:t>师：看来，图形放大的过程中，我们要让它保持原来的形状不变。谁再来说说，怎样把图形按2∶1在方格纸上放大呢？</w:t>
            </w:r>
          </w:p>
          <w:p>
            <w:pPr>
              <w:spacing w:after="20" w:line="276" w:lineRule="auto"/>
            </w:pPr>
            <w:r>
              <w:rPr>
                <w:rFonts w:ascii="宋体" w:hAnsi="宋体" w:eastAsia="宋体"/>
                <w:b w:val="0"/>
                <w:sz w:val="18"/>
              </w:rPr>
              <w:t>(2)按2∶1画出长方形、三角形放大后的图形。</w:t>
            </w:r>
          </w:p>
          <w:p>
            <w:pPr>
              <w:spacing w:after="20" w:line="276" w:lineRule="auto"/>
            </w:pPr>
            <w:r>
              <w:rPr>
                <w:rFonts w:ascii="宋体" w:hAnsi="宋体" w:eastAsia="宋体"/>
                <w:b w:val="0"/>
                <w:sz w:val="18"/>
              </w:rPr>
              <w:t>在数学领域里，图形的放大、缩小与生活中的放大、缩小有所不同。生活中把图形由小变大视作放大，由大变小视为缩小，而数学里的图形放大或缩小，必须是图形各条边按相同的比例变化。这些区别就是我们这节课要学习的知识。要注意本课研究的图形的放大与缩小，就是图形的每条边都扩大与缩小相同的程度。</w:t>
            </w:r>
          </w:p>
          <w:p>
            <w:pPr>
              <w:spacing w:after="20" w:line="276" w:lineRule="auto"/>
            </w:pPr>
            <w:r>
              <w:rPr>
                <w:rFonts w:ascii="宋体" w:hAnsi="宋体" w:eastAsia="宋体"/>
                <w:b w:val="0"/>
                <w:sz w:val="18"/>
              </w:rPr>
              <w:t>师：谁来说说你是怎样画出长方形、三角形按2∶1放大后的图形的？</w:t>
            </w:r>
          </w:p>
          <w:p>
            <w:pPr>
              <w:spacing w:after="20" w:line="276" w:lineRule="auto"/>
            </w:pPr>
            <w:r>
              <w:rPr>
                <w:rFonts w:ascii="宋体" w:hAnsi="宋体" w:eastAsia="宋体"/>
                <w:b w:val="0"/>
                <w:sz w:val="18"/>
              </w:rPr>
              <w:t>课件出示长方形、正方形按2∶1放大后的图形。</w:t>
            </w:r>
          </w:p>
          <w:p>
            <w:pPr>
              <w:spacing w:after="20" w:line="276" w:lineRule="auto"/>
            </w:pPr>
            <w:r>
              <w:rPr>
                <w:rFonts w:ascii="宋体" w:hAnsi="宋体" w:eastAsia="宋体"/>
                <w:b w:val="0"/>
                <w:sz w:val="18"/>
              </w:rPr>
              <w:t>(3)师：现在想想看，在将图形放大的过程中，要注意什么？如果要把这些图形按3∶1放大，该怎么画呢？</w:t>
            </w:r>
          </w:p>
          <w:p>
            <w:pPr>
              <w:spacing w:after="20" w:line="276" w:lineRule="auto"/>
            </w:pPr>
            <w:r>
              <w:rPr>
                <w:rFonts w:ascii="宋体" w:hAnsi="宋体" w:eastAsia="宋体"/>
                <w:b w:val="0"/>
                <w:sz w:val="18"/>
              </w:rPr>
              <w:t>(4)练习：在方格纸上画出这些图形按3∶1放大后的图形。</w:t>
            </w:r>
          </w:p>
          <w:p>
            <w:pPr>
              <w:spacing w:after="20" w:line="276" w:lineRule="auto"/>
            </w:pPr>
            <w:r>
              <w:rPr>
                <w:rFonts w:ascii="宋体" w:hAnsi="宋体" w:eastAsia="宋体"/>
                <w:b w:val="0"/>
                <w:sz w:val="18"/>
              </w:rPr>
              <w:t>(5)观察发现，体会相似图形的特点。</w:t>
            </w:r>
          </w:p>
          <w:p>
            <w:pPr>
              <w:spacing w:after="20" w:line="276" w:lineRule="auto"/>
            </w:pPr>
            <w:r>
              <w:rPr>
                <w:rFonts w:ascii="宋体" w:hAnsi="宋体" w:eastAsia="宋体"/>
                <w:b w:val="0"/>
                <w:sz w:val="18"/>
              </w:rPr>
              <w:t>课件出示放大后的图形与原来的图形。</w:t>
            </w:r>
          </w:p>
          <w:p>
            <w:pPr>
              <w:spacing w:after="20" w:line="276" w:lineRule="auto"/>
            </w:pPr>
            <w:r>
              <w:rPr>
                <w:rFonts w:ascii="宋体" w:hAnsi="宋体" w:eastAsia="宋体"/>
                <w:b w:val="0"/>
                <w:sz w:val="18"/>
              </w:rPr>
              <w:t>可以放手让学生尝试画一画。只有在自己画的过程中，才能真正体会到——每条边扩大了相同的倍数，图形变大了，形状没改变。</w:t>
            </w:r>
          </w:p>
          <w:p>
            <w:pPr>
              <w:spacing w:after="20" w:line="276" w:lineRule="auto"/>
            </w:pPr>
            <w:r>
              <w:rPr>
                <w:rFonts w:ascii="宋体" w:hAnsi="宋体" w:eastAsia="宋体"/>
                <w:b w:val="0"/>
                <w:sz w:val="18"/>
              </w:rPr>
              <w:t>师：观察放大后的图形和原来的图形，比较它们的内角、边长、周长，什么变了？什么没变？你能发现什么？</w:t>
            </w:r>
          </w:p>
          <w:p>
            <w:pPr>
              <w:spacing w:after="20" w:line="276" w:lineRule="auto"/>
            </w:pPr>
            <w:r>
              <w:rPr>
                <w:rFonts w:ascii="宋体" w:hAnsi="宋体" w:eastAsia="宋体"/>
                <w:b w:val="0"/>
                <w:sz w:val="18"/>
              </w:rPr>
              <w:t>2.研究图形的缩小现象。</w:t>
            </w:r>
          </w:p>
          <w:p>
            <w:pPr>
              <w:spacing w:after="20" w:line="276" w:lineRule="auto"/>
            </w:pPr>
            <w:r>
              <w:rPr>
                <w:rFonts w:ascii="宋体" w:hAnsi="宋体" w:eastAsia="宋体"/>
                <w:b w:val="0"/>
                <w:sz w:val="18"/>
              </w:rPr>
              <w:t>师：刚才我们一起研究了图形按一定的比放大的画法，以及放大后图形的一些特点。如果把图形按一定的比缩小又该怎么画呢？(出示课件)</w:t>
            </w:r>
          </w:p>
          <w:p>
            <w:pPr>
              <w:spacing w:after="20" w:line="276" w:lineRule="auto"/>
            </w:pPr>
            <w:r>
              <w:rPr>
                <w:rFonts w:ascii="宋体" w:hAnsi="宋体" w:eastAsia="宋体"/>
                <w:b w:val="0"/>
                <w:sz w:val="18"/>
              </w:rPr>
              <w:t>展示学生作品。</w:t>
            </w:r>
          </w:p>
          <w:p>
            <w:pPr>
              <w:spacing w:after="20" w:line="276" w:lineRule="auto"/>
            </w:pPr>
            <w:r>
              <w:rPr>
                <w:rFonts w:ascii="宋体" w:hAnsi="宋体" w:eastAsia="宋体"/>
                <w:b w:val="0"/>
                <w:sz w:val="18"/>
              </w:rPr>
              <w:t>师：说一说你是怎样画的，各个图形又会发生什么变化？你又发现了什么？</w:t>
            </w:r>
          </w:p>
          <w:p>
            <w:pPr>
              <w:spacing w:after="20" w:line="276" w:lineRule="auto"/>
            </w:pPr>
            <w:r>
              <w:rPr>
                <w:rFonts w:ascii="宋体" w:hAnsi="宋体" w:eastAsia="宋体"/>
                <w:b w:val="0"/>
                <w:sz w:val="18"/>
              </w:rPr>
              <w:t>让学生分别1∶3、1∶4、1∶2缩小图形，使学生能够在问题的引领下，参与具体的操作活动，并通过观察、比较、分析,进一步体会图形的放大或缩小只改变图形的大小，不改变图形的形状。</w:t>
            </w:r>
          </w:p>
        </w:tc>
        <w:tc>
          <w:tcPr>
            <w:tcW w:type="dxa" w:w="3061"/>
          </w:tcPr>
          <w:p>
            <w:pPr>
              <w:spacing w:after="20" w:line="276" w:lineRule="auto"/>
            </w:pPr>
            <w:r/>
            <w:r>
              <w:rPr>
                <w:rFonts w:ascii="宋体" w:hAnsi="宋体" w:eastAsia="宋体"/>
                <w:b w:val="0"/>
                <w:sz w:val="18"/>
              </w:rPr>
              <w:t>学生对放大和缩小的认识并不是空白，多数学生有这方面的生活经验。通过对放大与缩小的生活现象进行观察、比较和分析，初步感知图形按一定的比放大或缩小后，只是大小发生变化，形状没有变化，初步体会图形的相似性。</w:t>
            </w:r>
          </w:p>
          <w:p>
            <w:pPr>
              <w:spacing w:after="20" w:line="276" w:lineRule="auto"/>
            </w:pPr>
            <w:r>
              <w:rPr>
                <w:rFonts w:ascii="宋体" w:hAnsi="宋体" w:eastAsia="宋体"/>
                <w:b w:val="0"/>
                <w:sz w:val="18"/>
              </w:rPr>
              <w:t>学生独立思考，在方格纸上画一画。</w:t>
            </w:r>
          </w:p>
          <w:p>
            <w:pPr>
              <w:spacing w:after="20" w:line="276" w:lineRule="auto"/>
            </w:pPr>
            <w:r>
              <w:rPr>
                <w:rFonts w:ascii="宋体" w:hAnsi="宋体" w:eastAsia="宋体"/>
                <w:b w:val="0"/>
                <w:sz w:val="18"/>
              </w:rPr>
              <w:t>预设1：我认为第一幅图画对了。因为2∶1这个比的前项表示现在的图，后项是原来的图，2∶1就是把正方形的四条边都扩大到原来的2倍，原来正方形的边长是3格，现在就应该是6格。</w:t>
            </w:r>
          </w:p>
          <w:p>
            <w:pPr>
              <w:spacing w:after="20" w:line="276" w:lineRule="auto"/>
            </w:pPr>
            <w:r>
              <w:rPr>
                <w:rFonts w:ascii="宋体" w:hAnsi="宋体" w:eastAsia="宋体"/>
                <w:b w:val="0"/>
                <w:sz w:val="18"/>
              </w:rPr>
              <w:t>预设2：我也认为第一幅图画对了。因为刚才我们学习过图形的放大和缩小，图形的形状不变，只是大小变了。第二幅图和第三幅图都是长方形，所以错了。</w:t>
            </w:r>
          </w:p>
          <w:p>
            <w:pPr>
              <w:spacing w:after="20" w:line="276" w:lineRule="auto"/>
            </w:pPr>
            <w:r>
              <w:rPr>
                <w:rFonts w:ascii="宋体" w:hAnsi="宋体" w:eastAsia="宋体"/>
                <w:b w:val="0"/>
                <w:sz w:val="18"/>
              </w:rPr>
              <w:t>预设3：第二幅图和第三幅图都是只将其中一组对边按2∶1放大，另一组对边没有按2∶1放大。</w:t>
            </w:r>
          </w:p>
          <w:p>
            <w:pPr>
              <w:spacing w:after="20" w:line="276" w:lineRule="auto"/>
            </w:pPr>
            <w:r>
              <w:rPr>
                <w:rFonts w:ascii="宋体" w:hAnsi="宋体" w:eastAsia="宋体"/>
                <w:b w:val="0"/>
                <w:sz w:val="18"/>
              </w:rPr>
              <w:t>引导学生说出每条边都要扩大到原来的2倍。</w:t>
            </w:r>
          </w:p>
          <w:p>
            <w:pPr>
              <w:spacing w:after="20" w:line="276" w:lineRule="auto"/>
            </w:pPr>
            <w:r>
              <w:rPr>
                <w:rFonts w:ascii="宋体" w:hAnsi="宋体" w:eastAsia="宋体"/>
                <w:b w:val="0"/>
                <w:sz w:val="18"/>
              </w:rPr>
              <w:t>学生订正自己画错的正方形。</w:t>
            </w:r>
          </w:p>
          <w:p>
            <w:pPr>
              <w:spacing w:after="20" w:line="276" w:lineRule="auto"/>
            </w:pPr>
            <w:r>
              <w:rPr>
                <w:rFonts w:ascii="宋体" w:hAnsi="宋体" w:eastAsia="宋体"/>
                <w:b w:val="0"/>
                <w:sz w:val="18"/>
              </w:rPr>
              <w:t>预设1：按2∶1画出放大的长方形，就是把长和宽同时扩大到原来的2倍。我数了一下长方形的长是4格，扩大后就要画8格；宽是2格，扩大后就要画4格。</w:t>
            </w:r>
          </w:p>
          <w:p>
            <w:pPr>
              <w:spacing w:after="20" w:line="276" w:lineRule="auto"/>
            </w:pPr>
            <w:r>
              <w:rPr>
                <w:rFonts w:ascii="宋体" w:hAnsi="宋体" w:eastAsia="宋体"/>
                <w:b w:val="0"/>
                <w:sz w:val="18"/>
              </w:rPr>
              <w:t>预设2：按2∶1画出放大的三角形，把三角形的两条直角边的2倍，分别画8格和6格。(教师追问：为什么不先画斜边？学生可能会说不好确定长度，只要两条直角边画好了，斜边也就很容易画出来了。)通过数一数或者量一量的方法，看看三角形斜边的长度，你发现了什么？(量一量发现，放大后的三角形的斜边也变为原来的2倍。)</w:t>
            </w:r>
          </w:p>
          <w:p>
            <w:pPr>
              <w:spacing w:after="20" w:line="276" w:lineRule="auto"/>
            </w:pPr>
            <w:r>
              <w:rPr>
                <w:rFonts w:ascii="宋体" w:hAnsi="宋体" w:eastAsia="宋体"/>
                <w:b w:val="0"/>
                <w:sz w:val="18"/>
              </w:rPr>
              <w:t>引导学生基本明确：按2∶1放大，就是把各边的长都放大到原来的2倍，让它保持原来的形状不变。如果要把这些图形按3∶1放大，就是把各边的长都放大到原来的3倍，让它保持原来的形状不变。</w:t>
            </w:r>
          </w:p>
          <w:p>
            <w:pPr>
              <w:spacing w:after="20" w:line="276" w:lineRule="auto"/>
            </w:pPr>
            <w:r>
              <w:rPr>
                <w:rFonts w:ascii="宋体" w:hAnsi="宋体" w:eastAsia="宋体"/>
                <w:b w:val="0"/>
                <w:sz w:val="18"/>
              </w:rPr>
              <w:t>学生完成后，集体展示评价。</w:t>
            </w:r>
          </w:p>
          <w:p>
            <w:pPr>
              <w:spacing w:after="20" w:line="276" w:lineRule="auto"/>
            </w:pPr>
            <w:r>
              <w:rPr>
                <w:rFonts w:ascii="宋体" w:hAnsi="宋体" w:eastAsia="宋体"/>
                <w:b w:val="0"/>
                <w:sz w:val="18"/>
              </w:rPr>
              <w:t>学生会说每个图形各边的长都扩大到原来的2倍，周长也扩大到原来的2倍，内角不变。图形面积变大，但形状没变。(板书：图形大小变了，形状不变。)</w:t>
            </w:r>
          </w:p>
          <w:p>
            <w:pPr>
              <w:spacing w:after="20" w:line="276" w:lineRule="auto"/>
            </w:pPr>
            <w:r>
              <w:rPr>
                <w:rFonts w:ascii="宋体" w:hAnsi="宋体" w:eastAsia="宋体"/>
                <w:b w:val="0"/>
                <w:sz w:val="18"/>
              </w:rPr>
            </w:r>
          </w:p>
          <w:p>
            <w:pPr>
              <w:spacing w:after="20" w:line="276" w:lineRule="auto"/>
            </w:pPr>
            <w:r>
              <w:rPr>
                <w:rFonts w:ascii="宋体" w:hAnsi="宋体" w:eastAsia="宋体"/>
                <w:b w:val="0"/>
                <w:sz w:val="18"/>
              </w:rPr>
              <w:t>学生在小组内交流。</w:t>
            </w:r>
          </w:p>
          <w:p>
            <w:pPr>
              <w:spacing w:after="20" w:line="276" w:lineRule="auto"/>
            </w:pPr>
            <w:r>
              <w:rPr>
                <w:rFonts w:ascii="宋体" w:hAnsi="宋体" w:eastAsia="宋体"/>
                <w:b w:val="0"/>
                <w:sz w:val="18"/>
              </w:rPr>
              <w:t>引导学生先说明1∶3、1∶4、1∶2的含义，理解怎样是缩小，汇报将图形缩小的过程中图形边长的变化，由几格变为几格，周长是原来的几分之几，图形的内角有没有变化。图形按一定的比缩小，仍然发现图形的大小变了,形状却没有变。</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设计递进式探究活动，引导学生在动手实践与合作交流中经历知识形成过程，突破本课重难点，核心问题："我收集到了3种不同的画法，你们觉得哪幅图画对了？哪幅图画错了？为什么？"</w:t>
            </w:r>
          </w:p>
        </w:tc>
      </w:tr>
      <w:tr>
        <w:tc>
          <w:tcPr>
            <w:tcW w:type="dxa" w:w="1474"/>
          </w:tcPr>
          <w:p>
            <w:pPr>
              <w:spacing w:after="20" w:line="276" w:lineRule="auto"/>
            </w:pPr>
            <w:r>
              <w:rPr>
                <w:b/>
              </w:rPr>
            </w:r>
            <w:r>
              <w:rPr>
                <w:rFonts w:ascii="宋体" w:hAnsi="宋体" w:eastAsia="宋体"/>
                <w:b/>
                <w:sz w:val="18"/>
              </w:rPr>
              <w:t>三、总结方法，对比辨析</w:t>
            </w:r>
          </w:p>
        </w:tc>
        <w:tc>
          <w:tcPr>
            <w:tcW w:type="dxa" w:w="3061"/>
          </w:tcPr>
          <w:p>
            <w:pPr>
              <w:spacing w:after="20" w:line="276" w:lineRule="auto"/>
            </w:pPr>
            <w:r/>
            <w:r>
              <w:rPr>
                <w:rFonts w:ascii="宋体" w:hAnsi="宋体" w:eastAsia="宋体"/>
                <w:b w:val="0"/>
                <w:sz w:val="18"/>
              </w:rPr>
              <w:t>1.师：你能根据自己的经验，总结在方格纸上画出按一定的比将图形放大或缩小后的图形的方法吗？</w:t>
            </w:r>
          </w:p>
          <w:p>
            <w:pPr>
              <w:spacing w:after="20" w:line="276" w:lineRule="auto"/>
            </w:pPr>
            <w:r>
              <w:rPr>
                <w:rFonts w:ascii="宋体" w:hAnsi="宋体" w:eastAsia="宋体"/>
                <w:b w:val="0"/>
                <w:sz w:val="18"/>
              </w:rPr>
              <w:t>2.师：观察图形放大与缩小的比,你觉得这些比有什么特征？</w:t>
            </w:r>
          </w:p>
          <w:p>
            <w:pPr>
              <w:spacing w:after="20" w:line="276" w:lineRule="auto"/>
            </w:pPr>
            <w:r>
              <w:rPr>
                <w:rFonts w:ascii="宋体" w:hAnsi="宋体" w:eastAsia="宋体"/>
                <w:b w:val="0"/>
                <w:sz w:val="18"/>
              </w:rPr>
              <w:t>3.师：比较上面放大或缩小前后的图形，你有什么发现？</w:t>
            </w:r>
          </w:p>
        </w:tc>
        <w:tc>
          <w:tcPr>
            <w:tcW w:type="dxa" w:w="3061"/>
          </w:tcPr>
          <w:p>
            <w:pPr>
              <w:spacing w:after="20" w:line="276" w:lineRule="auto"/>
            </w:pPr>
            <w:r/>
            <w:r>
              <w:rPr>
                <w:rFonts w:ascii="宋体" w:hAnsi="宋体" w:eastAsia="宋体"/>
                <w:b w:val="0"/>
                <w:sz w:val="18"/>
              </w:rPr>
              <w:t>学生在小组内交流。</w:t>
            </w:r>
          </w:p>
          <w:p>
            <w:pPr>
              <w:spacing w:after="20" w:line="276" w:lineRule="auto"/>
            </w:pPr>
            <w:r>
              <w:rPr>
                <w:rFonts w:ascii="宋体" w:hAnsi="宋体" w:eastAsia="宋体"/>
                <w:b w:val="0"/>
                <w:sz w:val="18"/>
              </w:rPr>
              <w:t>引导学生说出：一看，看原图各边占几格。二算，计算按一定的比把图形放大或缩小后得到的新图形的各边占几格。三画，按计算后得到的新图形的边长画出新图形。(板书：一看 二算 三画)</w:t>
            </w:r>
          </w:p>
          <w:p>
            <w:pPr>
              <w:spacing w:after="20" w:line="276" w:lineRule="auto"/>
            </w:pPr>
            <w:r>
              <w:rPr>
                <w:rFonts w:ascii="宋体" w:hAnsi="宋体" w:eastAsia="宋体"/>
                <w:b w:val="0"/>
                <w:sz w:val="18"/>
              </w:rPr>
              <w:t>放大时后项是1，也就是实际图形比放大后的图形小；缩小时前项是1，也就是实际图形比缩小后的图形大。</w:t>
            </w:r>
          </w:p>
          <w:p>
            <w:pPr>
              <w:spacing w:after="20" w:line="276" w:lineRule="auto"/>
            </w:pPr>
            <w:r>
              <w:rPr>
                <w:rFonts w:ascii="宋体" w:hAnsi="宋体" w:eastAsia="宋体"/>
                <w:b w:val="0"/>
                <w:sz w:val="18"/>
              </w:rPr>
              <w:t>学生会说出，不管是图形的放大还是图形的缩小，放大或缩小后的图形与原来图形相比，对应边的比总是相等的。所以，只是图形的大小发生了变化，而形状没有改变。</w:t>
            </w:r>
          </w:p>
        </w:tc>
        <w:tc>
          <w:tcPr>
            <w:tcW w:type="dxa" w:w="1814"/>
          </w:tcPr>
          <w:p>
            <w:pPr>
              <w:spacing w:after="20" w:line="276" w:lineRule="auto"/>
            </w:pPr>
            <w:r/>
            <w:r>
              <w:rPr>
                <w:rFonts w:ascii="宋体" w:hAnsi="宋体" w:eastAsia="宋体"/>
                <w:b w:val="0"/>
                <w:sz w:val="18"/>
              </w:rPr>
              <w:t>在学生理解图形放大和缩小的含义的基础上，帮助学生及时沟通图形放大与缩小的联系和区别，因为学生很容易将放大比例尺与缩小比例尺弄混，这样的比较能加深学生对图形放大和缩小意义的理解。</w:t>
            </w:r>
          </w:p>
          <w:p>
            <w:pPr>
              <w:spacing w:after="20" w:line="276" w:lineRule="auto"/>
            </w:pPr>
            <w:r>
              <w:rPr>
                <w:rFonts w:ascii="宋体" w:hAnsi="宋体" w:eastAsia="宋体"/>
                <w:b w:val="0"/>
                <w:sz w:val="18"/>
              </w:rPr>
              <w:t>这一环节，让学生自主进行对图形放大与缩小概念的比较，完整地建构图形放大与缩小的概念。</w:t>
            </w:r>
          </w:p>
        </w:tc>
      </w:tr>
      <w:tr>
        <w:tc>
          <w:tcPr>
            <w:tcW w:type="dxa" w:w="1474"/>
          </w:tcPr>
          <w:p>
            <w:pPr>
              <w:spacing w:after="20" w:line="276" w:lineRule="auto"/>
            </w:pPr>
            <w:r>
              <w:rPr>
                <w:b/>
              </w:rPr>
            </w:r>
            <w:r>
              <w:rPr>
                <w:rFonts w:ascii="宋体" w:hAnsi="宋体" w:eastAsia="宋体"/>
                <w:b/>
                <w:sz w:val="18"/>
              </w:rPr>
              <w:t>四、巩固练习，知识应用</w:t>
            </w:r>
          </w:p>
        </w:tc>
        <w:tc>
          <w:tcPr>
            <w:tcW w:type="dxa" w:w="3061"/>
          </w:tcPr>
          <w:p>
            <w:pPr>
              <w:spacing w:after="20" w:line="276" w:lineRule="auto"/>
            </w:pPr>
            <w:r/>
            <w:r>
              <w:rPr>
                <w:rFonts w:ascii="宋体" w:hAnsi="宋体" w:eastAsia="宋体"/>
                <w:b w:val="0"/>
                <w:sz w:val="18"/>
              </w:rPr>
              <w:t>解答完毕后，集中展示交流，订正。</w:t>
            </w:r>
          </w:p>
          <w:p>
            <w:pPr>
              <w:spacing w:after="20" w:line="276" w:lineRule="auto"/>
            </w:pPr>
            <w:r>
              <w:rPr>
                <w:rFonts w:ascii="宋体" w:hAnsi="宋体" w:eastAsia="宋体"/>
                <w:b w:val="0"/>
                <w:sz w:val="18"/>
              </w:rPr>
              <w:t>2.完成教科书P61“练习十一”第1、2题。</w:t>
            </w:r>
          </w:p>
          <w:p>
            <w:pPr>
              <w:spacing w:after="20" w:line="276" w:lineRule="auto"/>
            </w:pPr>
            <w:r>
              <w:rPr>
                <w:rFonts w:ascii="宋体" w:hAnsi="宋体" w:eastAsia="宋体"/>
                <w:b w:val="0"/>
                <w:sz w:val="18"/>
              </w:rPr>
              <w:t>第2题：让学生自己选定比例画图形，巩固图形放大和缩小的知识。例如，把三角形A按3∶1放大得到三角形B，三角形B按1∶2缩小得到三角形C。通过观察可看到，三角形C可由三角形A按1.5∶1放大得到，三角形A可由三角形B按1∶3缩小得到。第三个问题是星号题，让学有余力的学生借助具体的图形，对图形放大或缩小过程中面积的变化规律有所了解，可以通过具体的数据计算发现规律：一个图形放大到原来的n倍或缩小到原来的 EMBED Equation.DSMT4  (n不为0)，它的面积就放大到原来的n2倍或缩小到原来的 EMBED Equation.DSMT4  。</w:t>
            </w:r>
          </w:p>
        </w:tc>
        <w:tc>
          <w:tcPr>
            <w:tcW w:type="dxa" w:w="3061"/>
          </w:tcPr>
          <w:p>
            <w:pPr>
              <w:spacing w:after="20" w:line="276" w:lineRule="auto"/>
            </w:pPr>
            <w:r/>
            <w:r>
              <w:rPr>
                <w:rFonts w:ascii="宋体" w:hAnsi="宋体" w:eastAsia="宋体"/>
                <w:b w:val="0"/>
                <w:sz w:val="18"/>
              </w:rPr>
              <w:t>1.学生独立解答教科书P58“做一做”。</w:t>
            </w:r>
          </w:p>
          <w:p>
            <w:pPr>
              <w:spacing w:after="20" w:line="276" w:lineRule="auto"/>
            </w:pPr>
            <w:r>
              <w:rPr>
                <w:rFonts w:ascii="宋体" w:hAnsi="宋体" w:eastAsia="宋体"/>
                <w:b w:val="0"/>
                <w:sz w:val="18"/>
              </w:rPr>
              <w:t>要指导学生明确这道题的要求，先按4∶1把下面的三角形放大，再把放大后的图形按1∶2缩小。完成后，可以对着图形说说什么变了，什么没变。</w:t>
            </w:r>
          </w:p>
          <w:p>
            <w:pPr>
              <w:spacing w:after="20" w:line="276" w:lineRule="auto"/>
            </w:pPr>
            <w:r>
              <w:rPr>
                <w:rFonts w:ascii="宋体" w:hAnsi="宋体" w:eastAsia="宋体"/>
                <w:b w:val="0"/>
                <w:sz w:val="18"/>
              </w:rPr>
              <w:t>学生独立完成后在小组内交流订正。</w:t>
            </w:r>
          </w:p>
          <w:p>
            <w:pPr>
              <w:spacing w:after="20" w:line="276" w:lineRule="auto"/>
            </w:pPr>
            <w:r>
              <w:rPr>
                <w:rFonts w:ascii="宋体" w:hAnsi="宋体" w:eastAsia="宋体"/>
                <w:b w:val="0"/>
                <w:sz w:val="18"/>
              </w:rPr>
              <w:t>第1题：学生完成这道题感到比较轻松，引导学生发现青蛙图形的尺寸与围住它的长方形边的变化规律是一致的。只有D中青蛙所在长方形的各边是A中相应边的长度的2倍。</w:t>
            </w:r>
          </w:p>
        </w:tc>
        <w:tc>
          <w:tcPr>
            <w:tcW w:type="dxa" w:w="1814"/>
          </w:tcPr>
          <w:p>
            <w:pPr>
              <w:spacing w:after="20" w:line="276" w:lineRule="auto"/>
            </w:pPr>
            <w:r/>
            <w:r>
              <w:rPr>
                <w:rFonts w:ascii="宋体" w:hAnsi="宋体" w:eastAsia="宋体"/>
                <w:b w:val="0"/>
                <w:sz w:val="18"/>
              </w:rPr>
              <w:t>放手让学生自主、开放地解决问题。通过多层次的练习，引导学生深化对图形放大与缩小的认识，准确描述图形的放大与缩小。</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师：回顾今天的学习过程，你们有什么收获呢？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引导学生回顾梳理本课所学，完善认知结构，提升归纳与反思能力，核心问题："回顾今天的学习过程，你们有什么收获呢？"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对于图形的放大与缩小，学生具有一定的生活经验，但这一认识只是基于自身经验的理解，不能清楚地运用数学的语言描述图形变化的关系。而数学中的图形放大与缩小则是指按一定比例放大与缩小，它是一种定量的刻画，这一差距正是我们进行教学时需要关注的。教学中要注意一些细节，例如对于放大，学生很容易想到原图小，现图大，所以会错误地表述成按1∶2放大，教师要及时发现问题，并结合比例尺的意义及放大后的图、原图进行比较，将实际距离与图上距离对应，可以有效帮助学生理解。 【作业设计】 见“状元成才路”系列丛书《创优作业100分》对应课时作业。 一个圆柱形零件，从不同方向看到的设计图如下图（每个小格都是边长为1 cm的正方形）。如果把设计图按4∶1放大，此时这个零件的体积是多少立方厘米？ 参考答案 半径：2×4＝8（cm）　高：3×4＝12（cm） 体积：3.14×82×12＝2411.52（cm3） PAGE</w:t>
      </w:r>
    </w:p>
    <w:p>
      <w:r>
        <w:br w:type="page"/>
      </w:r>
    </w:p>
    <w:p>
      <w:pPr>
        <w:spacing w:after="80" w:line="300" w:lineRule="auto"/>
      </w:pPr>
      <w:r>
        <w:rPr>
          <w:rFonts w:ascii="黑体" w:hAnsi="黑体" w:eastAsia="黑体"/>
          <w:b/>
          <w:sz w:val="24"/>
        </w:rPr>
        <w:t>二、课时教学方案（第13课时）</w:t>
      </w:r>
    </w:p>
    <w:p>
      <w:pPr>
        <w:spacing w:after="80" w:line="300" w:lineRule="auto"/>
      </w:pPr>
      <w:r>
        <w:rPr>
          <w:rFonts w:ascii="黑体" w:hAnsi="黑体" w:eastAsia="黑体"/>
          <w:b/>
          <w:sz w:val="24"/>
        </w:rPr>
        <w:t>第13课时　用比例解决问题（1）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第13课时　用比例解决问题（1）</w:t>
            </w:r>
          </w:p>
        </w:tc>
        <w:tc>
          <w:tcPr>
            <w:tcW w:type="dxa" w:w="6009"/>
          </w:tcPr>
          <w:p>
            <w:pPr>
              <w:spacing w:after="20" w:line="276" w:lineRule="auto"/>
            </w:pPr>
            <w:r/>
            <w:r>
              <w:rPr>
                <w:rFonts w:ascii="宋体" w:hAnsi="宋体" w:eastAsia="宋体"/>
                <w:b w:val="0"/>
                <w:sz w:val="20"/>
              </w:rPr>
              <w:t>第4单元 比例（比例的应用）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比例这一单元时，已经学习了比、除法的意义和分数的意义，以及分数的基本性质、分数与除法的关系、分数乘除法的计算方法等，这些都是学习本单元内容的基础知识。比例是小学阶段数与代数部分最后一单元学习的内容，这部分内容的特点是应用性强、综合性强、内容情境不新，但采用新的思维方式和数学模型，需要学生在较高水平层面上学习。</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（1）能正确判断情境中的两种量是否成正比例关系，并能用正比例的知识解决实际问题。</w:t>
      </w:r>
    </w:p>
    <w:p>
      <w:pPr>
        <w:spacing w:after="20" w:line="300" w:lineRule="auto"/>
        <w:ind w:firstLine="400"/>
      </w:pPr>
      <w:r>
        <w:rPr>
          <w:rFonts w:ascii="宋体" w:hAnsi="宋体" w:eastAsia="宋体"/>
          <w:b w:val="0"/>
          <w:sz w:val="20"/>
        </w:rPr>
        <w:t>（2）在经历问题解决的过程中，培养学生分析问题和解决问题的能力，发展学生的思维能力。</w:t>
      </w:r>
    </w:p>
    <w:p>
      <w:pPr>
        <w:spacing w:after="20" w:line="300" w:lineRule="auto"/>
        <w:ind w:firstLine="400"/>
      </w:pPr>
      <w:r>
        <w:rPr>
          <w:rFonts w:ascii="宋体" w:hAnsi="宋体" w:eastAsia="宋体"/>
          <w:b w:val="0"/>
          <w:sz w:val="20"/>
        </w:rPr>
        <w:t>（3）学会从不同的角度思考问题，沟通“算术法”与“比例方法”的联系和区别，发展探究解决问题策略的能力。</w:t>
      </w:r>
    </w:p>
    <w:p>
      <w:pPr>
        <w:spacing w:after="20" w:line="300" w:lineRule="auto"/>
      </w:pPr>
      <w:r>
        <w:rPr>
          <w:rFonts w:ascii="宋体" w:hAnsi="宋体" w:eastAsia="宋体"/>
          <w:b w:val="0"/>
          <w:sz w:val="20"/>
        </w:rPr>
        <w:t>教学重点：掌握用正比例的意义解答基本应用题的方法与步骤。</w:t>
      </w:r>
    </w:p>
    <w:p>
      <w:pPr>
        <w:spacing w:after="20" w:line="300" w:lineRule="auto"/>
      </w:pPr>
      <w:r>
        <w:rPr>
          <w:rFonts w:ascii="宋体" w:hAnsi="宋体" w:eastAsia="宋体"/>
          <w:b w:val="0"/>
          <w:sz w:val="20"/>
        </w:rPr>
        <w:t>教学难点：利用正比例关系列出含有未知数的等式。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一、复习正比例的意义，激活经验</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谁能说一说生活中有哪些成正比例关系的量？；判断两种相关联的量是不是成正比例关系的关键是什么？</w:t>
            </w:r>
          </w:p>
        </w:tc>
        <w:tc>
          <w:tcPr>
            <w:tcW w:type="dxa" w:w="1361"/>
          </w:tcPr>
          <w:p>
            <w:pPr>
              <w:spacing w:after="20" w:line="276" w:lineRule="auto"/>
            </w:pPr>
            <w:r/>
            <w:r>
              <w:rPr>
                <w:rFonts w:ascii="宋体" w:hAnsi="宋体" w:eastAsia="宋体"/>
                <w:b w:val="0"/>
                <w:sz w:val="18"/>
              </w:rPr>
              <w:t>28分钟</w:t>
            </w:r>
          </w:p>
        </w:tc>
      </w:tr>
      <w:tr>
        <w:tc>
          <w:tcPr>
            <w:tcW w:type="dxa" w:w="2835"/>
          </w:tcPr>
          <w:p>
            <w:pPr>
              <w:spacing w:after="20" w:line="276" w:lineRule="auto"/>
            </w:pPr>
            <w:r/>
            <w:r>
              <w:rPr>
                <w:rFonts w:ascii="宋体" w:hAnsi="宋体" w:eastAsia="宋体"/>
                <w:b w:val="0"/>
                <w:sz w:val="18"/>
              </w:rPr>
              <w:t>三、实际应用，提高能力</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你能解决这两个问题吗？；如果把第7题的问题改为“按照这样的速度，行完全程还需多少小时？”，你会用比例解答吗？</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回顾今天的学习过程，你们有什么收获呢？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一、复习正比例的意义，激活经验</w:t>
            </w:r>
          </w:p>
        </w:tc>
        <w:tc>
          <w:tcPr>
            <w:tcW w:type="dxa" w:w="3061"/>
          </w:tcPr>
          <w:p>
            <w:pPr>
              <w:spacing w:after="20" w:line="276" w:lineRule="auto"/>
            </w:pPr>
            <w:r/>
            <w:r>
              <w:rPr>
                <w:rFonts w:ascii="宋体" w:hAnsi="宋体" w:eastAsia="宋体"/>
                <w:b w:val="0"/>
                <w:sz w:val="18"/>
              </w:rPr>
              <w:t>1.复习成正比例关系的量。</w:t>
            </w:r>
          </w:p>
          <w:p>
            <w:pPr>
              <w:spacing w:after="20" w:line="276" w:lineRule="auto"/>
            </w:pPr>
            <w:r>
              <w:rPr>
                <w:rFonts w:ascii="宋体" w:hAnsi="宋体" w:eastAsia="宋体"/>
                <w:b w:val="0"/>
                <w:sz w:val="18"/>
              </w:rPr>
              <w:t>师：谁能说一说生活中有哪些成正比例关系的量？</w:t>
            </w:r>
          </w:p>
          <w:p>
            <w:pPr>
              <w:spacing w:after="20" w:line="276" w:lineRule="auto"/>
            </w:pPr>
            <w:r>
              <w:rPr>
                <w:rFonts w:ascii="宋体" w:hAnsi="宋体" w:eastAsia="宋体"/>
                <w:b w:val="0"/>
                <w:sz w:val="18"/>
              </w:rPr>
              <w:t>师：判断两种相关联的量是不是成正比例关系的关键是什么？</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师：生活中成正比例的量有很多，今天这节课我们来学习用正比例知识解决生活中的实际问题。［板书课题：用比例解决问题（1）］二、提出问题，探索用正比例知识解决问题</w:t>
            </w:r>
          </w:p>
          <w:p>
            <w:pPr>
              <w:spacing w:after="20" w:line="276" w:lineRule="auto"/>
            </w:pPr>
            <w:r>
              <w:rPr>
                <w:rFonts w:ascii="宋体" w:hAnsi="宋体" w:eastAsia="宋体"/>
                <w:b w:val="0"/>
                <w:sz w:val="18"/>
              </w:rPr>
              <w:t>1.阅读与理解。</w:t>
            </w:r>
          </w:p>
          <w:p>
            <w:pPr>
              <w:spacing w:after="20" w:line="276" w:lineRule="auto"/>
            </w:pPr>
            <w:r>
              <w:rPr>
                <w:rFonts w:ascii="宋体" w:hAnsi="宋体" w:eastAsia="宋体"/>
                <w:b w:val="0"/>
                <w:sz w:val="18"/>
              </w:rPr>
              <w:t>课件出示教科书P59例5。</w:t>
            </w:r>
          </w:p>
          <w:p>
            <w:pPr>
              <w:spacing w:after="20" w:line="276" w:lineRule="auto"/>
            </w:pPr>
            <w:r>
              <w:rPr>
                <w:rFonts w:ascii="宋体" w:hAnsi="宋体" w:eastAsia="宋体"/>
                <w:b w:val="0"/>
                <w:sz w:val="18"/>
              </w:rPr>
              <w:t>师：你知道了什么？要解决什么问题？</w:t>
            </w:r>
          </w:p>
          <w:p>
            <w:pPr>
              <w:spacing w:after="20" w:line="276" w:lineRule="auto"/>
            </w:pPr>
            <w:r>
              <w:rPr>
                <w:rFonts w:ascii="宋体" w:hAnsi="宋体" w:eastAsia="宋体"/>
                <w:b w:val="0"/>
                <w:sz w:val="18"/>
              </w:rPr>
              <w:t>师：你能解决这个问题吗？试一试。</w:t>
            </w:r>
          </w:p>
          <w:p>
            <w:pPr>
              <w:spacing w:after="20" w:line="276" w:lineRule="auto"/>
            </w:pPr>
            <w:r>
              <w:rPr>
                <w:rFonts w:ascii="宋体" w:hAnsi="宋体" w:eastAsia="宋体"/>
                <w:b w:val="0"/>
                <w:sz w:val="18"/>
              </w:rPr>
              <w:t>2.分析与解答。</w:t>
            </w:r>
          </w:p>
          <w:p>
            <w:pPr>
              <w:spacing w:after="20" w:line="276" w:lineRule="auto"/>
            </w:pPr>
            <w:r>
              <w:rPr>
                <w:rFonts w:ascii="宋体" w:hAnsi="宋体" w:eastAsia="宋体"/>
                <w:b w:val="0"/>
                <w:sz w:val="18"/>
              </w:rPr>
              <w:t>(1)教师收集学生用算术法解决问题的方法进行汇报交流。</w:t>
            </w:r>
          </w:p>
          <w:p>
            <w:pPr>
              <w:spacing w:after="20" w:line="276" w:lineRule="auto"/>
            </w:pPr>
            <w:r>
              <w:rPr>
                <w:rFonts w:ascii="宋体" w:hAnsi="宋体" w:eastAsia="宋体"/>
                <w:b w:val="0"/>
                <w:sz w:val="18"/>
              </w:rPr>
              <w:t>40÷8＝5（元）</w:t>
            </w:r>
          </w:p>
          <w:p>
            <w:pPr>
              <w:spacing w:after="20" w:line="276" w:lineRule="auto"/>
            </w:pPr>
            <w:r>
              <w:rPr>
                <w:rFonts w:ascii="宋体" w:hAnsi="宋体" w:eastAsia="宋体"/>
                <w:b w:val="0"/>
                <w:sz w:val="18"/>
              </w:rPr>
              <w:t>5×10＝50（元）</w:t>
            </w:r>
          </w:p>
          <w:p>
            <w:pPr>
              <w:spacing w:after="20" w:line="276" w:lineRule="auto"/>
            </w:pPr>
            <w:r>
              <w:rPr>
                <w:rFonts w:ascii="宋体" w:hAnsi="宋体" w:eastAsia="宋体"/>
                <w:b w:val="0"/>
                <w:sz w:val="18"/>
              </w:rPr>
              <w:t>1.25×40＝50（元）</w:t>
            </w:r>
          </w:p>
          <w:p>
            <w:pPr>
              <w:spacing w:after="20" w:line="276" w:lineRule="auto"/>
            </w:pPr>
            <w:r>
              <w:rPr>
                <w:rFonts w:ascii="宋体" w:hAnsi="宋体" w:eastAsia="宋体"/>
                <w:b w:val="0"/>
                <w:sz w:val="18"/>
              </w:rPr>
              <w:t>在解决实际问题的过程中，大胆放手让学生自主探索。使学生经历“阅读与理解——分析与解答——回顾与反思”的过程，指导学生学会用正比例解决问题的方法，积累解决问题的经验。</w:t>
            </w:r>
          </w:p>
          <w:p>
            <w:pPr>
              <w:spacing w:after="20" w:line="276" w:lineRule="auto"/>
            </w:pPr>
            <w:r>
              <w:rPr>
                <w:rFonts w:ascii="宋体" w:hAnsi="宋体" w:eastAsia="宋体"/>
                <w:b w:val="0"/>
                <w:sz w:val="18"/>
              </w:rPr>
              <w:t>(2)探讨用正比例解决问题的方法思路。</w:t>
            </w:r>
          </w:p>
          <w:p>
            <w:pPr>
              <w:spacing w:after="20" w:line="276" w:lineRule="auto"/>
            </w:pPr>
            <w:r>
              <w:rPr>
                <w:rFonts w:ascii="宋体" w:hAnsi="宋体" w:eastAsia="宋体"/>
                <w:b w:val="0"/>
                <w:sz w:val="18"/>
              </w:rPr>
              <w:t>教师板书展示学生用正比例知识解决问题的方法。</w:t>
            </w:r>
          </w:p>
          <w:p>
            <w:pPr>
              <w:spacing w:after="20" w:line="276" w:lineRule="auto"/>
            </w:pPr>
            <w:r>
              <w:rPr>
                <w:rFonts w:ascii="宋体" w:hAnsi="宋体" w:eastAsia="宋体"/>
                <w:b w:val="0"/>
                <w:sz w:val="18"/>
              </w:rPr>
              <w:t>解：设李奶奶家上个月的水费是x元。</w:t>
            </w:r>
          </w:p>
          <w:p>
            <w:pPr>
              <w:spacing w:after="20" w:line="276" w:lineRule="auto"/>
            </w:pPr>
            <w:r>
              <w:rPr>
                <w:rFonts w:ascii="宋体" w:hAnsi="宋体" w:eastAsia="宋体"/>
                <w:b w:val="0"/>
                <w:sz w:val="18"/>
              </w:rPr>
              <w:t>师：刚才我还发现有的同学列出比例来解决这个问题，你知道他是怎么想的吗？如果有疑问，可以向这名同学提问。</w:t>
            </w:r>
          </w:p>
          <w:p>
            <w:pPr>
              <w:spacing w:after="20" w:line="276" w:lineRule="auto"/>
            </w:pPr>
            <w:r>
              <w:rPr>
                <w:rFonts w:ascii="宋体" w:hAnsi="宋体" w:eastAsia="宋体"/>
                <w:b w:val="0"/>
                <w:sz w:val="18"/>
              </w:rPr>
              <w:t>师：根据大家的分析，我们知道了这道题中的水费和用水的质量成正比例关系，你能再完整地说一说是怎样判断的吗？（出示课件。）</w:t>
            </w:r>
          </w:p>
          <w:p>
            <w:pPr>
              <w:spacing w:after="20" w:line="276" w:lineRule="auto"/>
            </w:pPr>
            <w:r>
              <w:rPr>
                <w:rFonts w:ascii="宋体" w:hAnsi="宋体" w:eastAsia="宋体"/>
                <w:b w:val="0"/>
                <w:sz w:val="18"/>
              </w:rPr>
              <w:t>(3)尝试列出其他比例解决问题。</w:t>
            </w:r>
          </w:p>
          <w:p>
            <w:pPr>
              <w:spacing w:after="20" w:line="276" w:lineRule="auto"/>
            </w:pPr>
            <w:r>
              <w:rPr>
                <w:rFonts w:ascii="宋体" w:hAnsi="宋体" w:eastAsia="宋体"/>
                <w:b w:val="0"/>
                <w:sz w:val="18"/>
              </w:rPr>
              <w:t>师：你还能列出其他的比例解决这个问题吗？</w:t>
            </w:r>
          </w:p>
          <w:p>
            <w:pPr>
              <w:spacing w:after="20" w:line="276" w:lineRule="auto"/>
            </w:pPr>
            <w:r>
              <w:rPr>
                <w:rFonts w:ascii="宋体" w:hAnsi="宋体" w:eastAsia="宋体"/>
                <w:b w:val="0"/>
                <w:sz w:val="18"/>
              </w:rPr>
              <w:t>让学生互动交流，弄清用比例解决问题的思路，学会倾听，并理解用正比例解决问题的关键是根据题目中的情境列出数量关系，找到“不变量”。</w:t>
            </w:r>
          </w:p>
          <w:p>
            <w:pPr>
              <w:spacing w:after="20" w:line="276" w:lineRule="auto"/>
            </w:pPr>
            <w:r>
              <w:rPr>
                <w:rFonts w:ascii="宋体" w:hAnsi="宋体" w:eastAsia="宋体"/>
                <w:b w:val="0"/>
                <w:sz w:val="18"/>
              </w:rPr>
              <w:t>教师指导学生说出列比例的思路，例如用水的质量比等于水费的比，要强调比例中对应数量之间的对应关系。</w:t>
            </w:r>
          </w:p>
          <w:p>
            <w:pPr>
              <w:spacing w:after="20" w:line="276" w:lineRule="auto"/>
            </w:pPr>
            <w:r>
              <w:rPr>
                <w:rFonts w:ascii="宋体" w:hAnsi="宋体" w:eastAsia="宋体"/>
                <w:b w:val="0"/>
                <w:sz w:val="18"/>
              </w:rPr>
              <w:t>3.回顾与反思。</w:t>
            </w:r>
          </w:p>
          <w:p>
            <w:pPr>
              <w:spacing w:after="20" w:line="276" w:lineRule="auto"/>
            </w:pPr>
            <w:r>
              <w:rPr>
                <w:rFonts w:ascii="宋体" w:hAnsi="宋体" w:eastAsia="宋体"/>
                <w:b w:val="0"/>
                <w:sz w:val="18"/>
              </w:rPr>
              <w:t>师：你认为李奶奶家用了10 t水的水费为50元，这个答案符合实际吗？你是怎么检验的？</w:t>
            </w:r>
          </w:p>
          <w:p>
            <w:pPr>
              <w:spacing w:after="20" w:line="276" w:lineRule="auto"/>
            </w:pPr>
            <w:r>
              <w:rPr>
                <w:rFonts w:ascii="宋体" w:hAnsi="宋体" w:eastAsia="宋体"/>
                <w:b w:val="0"/>
                <w:sz w:val="18"/>
              </w:rPr>
              <w:t>（1）学生小组讨论，汇报结果。</w:t>
            </w:r>
          </w:p>
          <w:p>
            <w:pPr>
              <w:spacing w:after="20" w:line="276" w:lineRule="auto"/>
            </w:pPr>
            <w:r>
              <w:rPr>
                <w:rFonts w:ascii="宋体" w:hAnsi="宋体" w:eastAsia="宋体"/>
                <w:b w:val="0"/>
                <w:sz w:val="18"/>
              </w:rPr>
              <w:t>(2)沟通“算术法”与“比例法”的联系。（出示课件）</w:t>
            </w:r>
          </w:p>
          <w:p>
            <w:pPr>
              <w:spacing w:after="20" w:line="276" w:lineRule="auto"/>
            </w:pPr>
            <w:r>
              <w:rPr>
                <w:rFonts w:ascii="宋体" w:hAnsi="宋体" w:eastAsia="宋体"/>
                <w:b w:val="0"/>
                <w:sz w:val="18"/>
              </w:rPr>
              <w:t>师：比较“算术法”与“比例法”，你有什么发现？</w:t>
            </w:r>
          </w:p>
          <w:p>
            <w:pPr>
              <w:spacing w:after="20" w:line="276" w:lineRule="auto"/>
            </w:pPr>
            <w:r>
              <w:rPr>
                <w:rFonts w:ascii="宋体" w:hAnsi="宋体" w:eastAsia="宋体"/>
                <w:b w:val="0"/>
                <w:sz w:val="18"/>
              </w:rPr>
              <w:t>师小结：两种方法在计算求解时殊途同归，但算术法必须求出那个不变的量的具体值，而比例法只需要根据数量关系表示出这个不变量即可，思维过程更具有广泛性、一般性。</w:t>
            </w:r>
          </w:p>
          <w:p>
            <w:pPr>
              <w:spacing w:after="20" w:line="276" w:lineRule="auto"/>
            </w:pPr>
            <w:r>
              <w:rPr>
                <w:rFonts w:ascii="宋体" w:hAnsi="宋体" w:eastAsia="宋体"/>
                <w:b w:val="0"/>
                <w:sz w:val="18"/>
              </w:rPr>
              <w:t>(3)变式练习，巩固用比例解决问题。(出示课件)</w:t>
            </w:r>
          </w:p>
          <w:p>
            <w:pPr>
              <w:spacing w:after="20" w:line="276" w:lineRule="auto"/>
            </w:pPr>
            <w:r>
              <w:rPr>
                <w:rFonts w:ascii="宋体" w:hAnsi="宋体" w:eastAsia="宋体"/>
                <w:b w:val="0"/>
                <w:sz w:val="18"/>
              </w:rPr>
              <w:t>师：请你用比例的方法试着解决这个问题。</w:t>
            </w:r>
          </w:p>
          <w:p>
            <w:pPr>
              <w:spacing w:after="20" w:line="276" w:lineRule="auto"/>
            </w:pPr>
            <w:r>
              <w:rPr>
                <w:rFonts w:ascii="宋体" w:hAnsi="宋体" w:eastAsia="宋体"/>
                <w:b w:val="0"/>
                <w:sz w:val="18"/>
              </w:rPr>
              <w:t>解：设王爷爷家上个月用了x t水。</w:t>
            </w:r>
          </w:p>
          <w:p>
            <w:pPr>
              <w:spacing w:after="20" w:line="276" w:lineRule="auto"/>
            </w:pPr>
            <w:r>
              <w:rPr>
                <w:rFonts w:ascii="宋体" w:hAnsi="宋体" w:eastAsia="宋体"/>
                <w:b w:val="0"/>
                <w:sz w:val="18"/>
              </w:rPr>
              <w:t>指导学生明确：虽然未知量变了，但题中水费和用水的质量的正比例关系没变。如果学生列出其他的比例，只要比例中对应数量之间的对应关系是正确的都要予以肯定。</w:t>
            </w:r>
          </w:p>
          <w:p>
            <w:pPr>
              <w:spacing w:after="20" w:line="276" w:lineRule="auto"/>
            </w:pPr>
            <w:r>
              <w:rPr>
                <w:rFonts w:ascii="宋体" w:hAnsi="宋体" w:eastAsia="宋体"/>
                <w:b w:val="0"/>
                <w:sz w:val="18"/>
              </w:rPr>
              <w:t>(4)归纳用正比例解决问题的一般方法。</w:t>
            </w:r>
          </w:p>
          <w:p>
            <w:pPr>
              <w:spacing w:after="20" w:line="276" w:lineRule="auto"/>
            </w:pPr>
            <w:r>
              <w:rPr>
                <w:rFonts w:ascii="宋体" w:hAnsi="宋体" w:eastAsia="宋体"/>
                <w:b w:val="0"/>
                <w:sz w:val="18"/>
              </w:rPr>
              <w:t>师：你能总结一下，用正比例解决问题的步骤是什么吗？</w:t>
            </w:r>
          </w:p>
          <w:p>
            <w:pPr>
              <w:spacing w:after="20" w:line="276" w:lineRule="auto"/>
            </w:pPr>
            <w:r>
              <w:rPr>
                <w:rFonts w:ascii="宋体" w:hAnsi="宋体" w:eastAsia="宋体"/>
                <w:b w:val="0"/>
                <w:sz w:val="18"/>
              </w:rPr>
              <w:t>师生一起交流后总结：</w:t>
            </w:r>
          </w:p>
          <w:p>
            <w:pPr>
              <w:spacing w:after="20" w:line="276" w:lineRule="auto"/>
            </w:pPr>
            <w:r>
              <w:rPr>
                <w:rFonts w:ascii="宋体" w:hAnsi="宋体" w:eastAsia="宋体"/>
                <w:b w:val="0"/>
                <w:sz w:val="18"/>
              </w:rPr>
              <w:t>根据不变量，判断题中哪两种相关联的量成正比例关系。</w:t>
            </w:r>
          </w:p>
          <w:p>
            <w:pPr>
              <w:spacing w:after="20" w:line="276" w:lineRule="auto"/>
            </w:pPr>
            <w:r>
              <w:rPr>
                <w:rFonts w:ascii="宋体" w:hAnsi="宋体" w:eastAsia="宋体"/>
                <w:b w:val="0"/>
                <w:sz w:val="18"/>
              </w:rPr>
              <w:t>②找出两组相对应的数，并设出未知数，列出比例。</w:t>
            </w:r>
          </w:p>
          <w:p>
            <w:pPr>
              <w:spacing w:after="20" w:line="276" w:lineRule="auto"/>
            </w:pPr>
            <w:r>
              <w:rPr>
                <w:rFonts w:ascii="宋体" w:hAnsi="宋体" w:eastAsia="宋体"/>
                <w:b w:val="0"/>
                <w:sz w:val="18"/>
              </w:rPr>
              <w:t>③解比例。</w:t>
            </w:r>
          </w:p>
          <w:p>
            <w:pPr>
              <w:spacing w:after="20" w:line="276" w:lineRule="auto"/>
            </w:pPr>
            <w:r>
              <w:rPr>
                <w:rFonts w:ascii="宋体" w:hAnsi="宋体" w:eastAsia="宋体"/>
                <w:b w:val="0"/>
                <w:sz w:val="18"/>
              </w:rPr>
              <w:t>④检验并写出答语。</w:t>
            </w:r>
          </w:p>
        </w:tc>
        <w:tc>
          <w:tcPr>
            <w:tcW w:type="dxa" w:w="3061"/>
          </w:tcPr>
          <w:p>
            <w:pPr>
              <w:spacing w:after="20" w:line="276" w:lineRule="auto"/>
            </w:pPr>
            <w:r/>
            <w:r>
              <w:rPr>
                <w:rFonts w:ascii="宋体" w:hAnsi="宋体" w:eastAsia="宋体"/>
                <w:b w:val="0"/>
                <w:sz w:val="18"/>
              </w:rPr>
              <w:t>预设1：速度一定，路程与时间成正比例关系。</w:t>
            </w:r>
          </w:p>
          <w:p>
            <w:pPr>
              <w:spacing w:after="20" w:line="276" w:lineRule="auto"/>
            </w:pPr>
            <w:r>
              <w:rPr>
                <w:rFonts w:ascii="宋体" w:hAnsi="宋体" w:eastAsia="宋体"/>
                <w:b w:val="0"/>
                <w:sz w:val="18"/>
              </w:rPr>
              <w:t>预设2：单价一定，总价与数量成正比例关系。</w:t>
            </w:r>
          </w:p>
          <w:p>
            <w:pPr>
              <w:spacing w:after="20" w:line="276" w:lineRule="auto"/>
            </w:pPr>
            <w:r>
              <w:rPr>
                <w:rFonts w:ascii="宋体" w:hAnsi="宋体" w:eastAsia="宋体"/>
                <w:b w:val="0"/>
                <w:sz w:val="18"/>
              </w:rPr>
              <w:t>预设3：工作效率一定，工作总量与工作时间成正比例关系。</w:t>
            </w:r>
          </w:p>
          <w:p>
            <w:pPr>
              <w:spacing w:after="20" w:line="276" w:lineRule="auto"/>
            </w:pPr>
            <w:r>
              <w:rPr>
                <w:rFonts w:ascii="宋体" w:hAnsi="宋体" w:eastAsia="宋体"/>
                <w:b w:val="0"/>
                <w:sz w:val="18"/>
              </w:rPr>
              <w:t>两种相关联的量的比值一定，这两种量就成正比例关系。</w:t>
            </w:r>
          </w:p>
          <w:p>
            <w:pPr>
              <w:spacing w:after="20" w:line="276" w:lineRule="auto"/>
            </w:pPr>
            <w:r>
              <w:rPr>
                <w:rFonts w:ascii="宋体" w:hAnsi="宋体" w:eastAsia="宋体"/>
                <w:b w:val="0"/>
                <w:sz w:val="18"/>
              </w:rPr>
              <w:t>学生对旧知识的回忆，巩固判断两个量成正比例关系的关键要素，同时为新知的学习作准备。</w:t>
            </w:r>
          </w:p>
          <w:p>
            <w:pPr>
              <w:spacing w:after="20" w:line="276" w:lineRule="auto"/>
            </w:pPr>
            <w:r>
              <w:rPr>
                <w:rFonts w:ascii="宋体" w:hAnsi="宋体" w:eastAsia="宋体"/>
                <w:b w:val="0"/>
                <w:sz w:val="18"/>
              </w:rPr>
              <w:t>张阿姨家上个月用了8t水，水费是40元；李奶奶家用了10t水。要求李奶奶家上个月的水费是多少钱。</w:t>
            </w:r>
          </w:p>
          <w:p>
            <w:pPr>
              <w:spacing w:after="20" w:line="276" w:lineRule="auto"/>
            </w:pPr>
            <w:r>
              <w:rPr>
                <w:rFonts w:ascii="宋体" w:hAnsi="宋体" w:eastAsia="宋体"/>
                <w:b w:val="0"/>
                <w:sz w:val="18"/>
              </w:rPr>
              <w:t>学生独立思考，完成解答。</w:t>
            </w:r>
          </w:p>
          <w:p>
            <w:pPr>
              <w:spacing w:after="20" w:line="276" w:lineRule="auto"/>
            </w:pPr>
            <w:r>
              <w:rPr>
                <w:rFonts w:ascii="宋体" w:hAnsi="宋体" w:eastAsia="宋体"/>
                <w:b w:val="0"/>
                <w:sz w:val="18"/>
              </w:rPr>
              <w:t>预设1：先算出每吨水的价钱，再算10t水的总价。</w:t>
            </w:r>
          </w:p>
          <w:p>
            <w:pPr>
              <w:spacing w:after="20" w:line="276" w:lineRule="auto"/>
            </w:pPr>
            <w:r>
              <w:rPr>
                <w:rFonts w:ascii="宋体" w:hAnsi="宋体" w:eastAsia="宋体"/>
                <w:b w:val="0"/>
                <w:sz w:val="18"/>
              </w:rPr>
              <w:t>预设2：先求出用水量的倍数关系，再求总价。</w:t>
            </w:r>
          </w:p>
          <w:p>
            <w:pPr>
              <w:spacing w:after="20" w:line="276" w:lineRule="auto"/>
            </w:pPr>
            <w:r>
              <w:rPr>
                <w:rFonts w:ascii="宋体" w:hAnsi="宋体" w:eastAsia="宋体"/>
                <w:b w:val="0"/>
                <w:sz w:val="18"/>
              </w:rPr>
              <w:t>指导学生在交流互动中明确：在这道题中，因为水的单价一定，所以水费和用水的质量成正比例关系，也就是说，两家的水费和用水的质量的比值是相等的。</w:t>
            </w:r>
          </w:p>
          <w:p>
            <w:pPr>
              <w:spacing w:after="20" w:line="276" w:lineRule="auto"/>
            </w:pPr>
            <w:r>
              <w:rPr>
                <w:rFonts w:ascii="宋体" w:hAnsi="宋体" w:eastAsia="宋体"/>
                <w:b w:val="0"/>
                <w:sz w:val="18"/>
              </w:rPr>
              <w:t>学生完整表达：题目中相关联的两种量是水费和用水的质量，水的单价一定，水费和用水的质量成正比例关系，用关系式表示是＝水的单价。（板书：＝水的单价）</w:t>
            </w:r>
          </w:p>
          <w:p>
            <w:pPr>
              <w:spacing w:after="20" w:line="276" w:lineRule="auto"/>
            </w:pPr>
            <w:r>
              <w:rPr>
                <w:rFonts w:ascii="宋体" w:hAnsi="宋体" w:eastAsia="宋体"/>
                <w:b w:val="0"/>
                <w:sz w:val="18"/>
              </w:rPr>
              <w:t>学生可能呈现以下解法：</w:t>
            </w:r>
          </w:p>
          <w:p>
            <w:pPr>
              <w:spacing w:after="20" w:line="276" w:lineRule="auto"/>
            </w:pPr>
            <w:r>
              <w:rPr>
                <w:rFonts w:ascii="宋体" w:hAnsi="宋体" w:eastAsia="宋体"/>
                <w:b w:val="0"/>
                <w:sz w:val="18"/>
              </w:rPr>
              <w:t>将答案代入到比例式中进行检验。</w:t>
            </w:r>
          </w:p>
          <w:p>
            <w:pPr>
              <w:spacing w:after="20" w:line="276" w:lineRule="auto"/>
            </w:pPr>
            <w:r>
              <w:rPr>
                <w:rFonts w:ascii="宋体" w:hAnsi="宋体" w:eastAsia="宋体"/>
                <w:b w:val="0"/>
                <w:sz w:val="18"/>
              </w:rPr>
              <w:t>学生可能会说，算术法先算的是水的单价，再求10t水的总价，而比例法也是根据水的单价不变来列出比例的。</w:t>
            </w:r>
          </w:p>
          <w:p>
            <w:pPr>
              <w:spacing w:after="20" w:line="276" w:lineRule="auto"/>
            </w:pPr>
            <w:r>
              <w:rPr>
                <w:rFonts w:ascii="宋体" w:hAnsi="宋体" w:eastAsia="宋体"/>
                <w:b w:val="0"/>
                <w:sz w:val="18"/>
              </w:rPr>
              <w:t>学生独立完成后交流，指名学生板演。</w:t>
            </w:r>
          </w:p>
        </w:tc>
        <w:tc>
          <w:tcPr>
            <w:tcW w:type="dxa" w:w="1814"/>
          </w:tcPr>
          <w:p>
            <w:pPr>
              <w:spacing w:after="20" w:line="276" w:lineRule="auto"/>
            </w:pPr>
            <w:r/>
            <w:r>
              <w:rPr>
                <w:rFonts w:ascii="宋体" w:hAnsi="宋体" w:eastAsia="宋体"/>
                <w:b w:val="0"/>
                <w:sz w:val="18"/>
              </w:rPr>
              <w:t>通过描述生活中常见的成正比例关系的量，唤起</w:t>
            </w:r>
          </w:p>
          <w:p>
            <w:pPr>
              <w:spacing w:after="20" w:line="276" w:lineRule="auto"/>
            </w:pPr>
            <w:r>
              <w:rPr>
                <w:rFonts w:ascii="宋体" w:hAnsi="宋体" w:eastAsia="宋体"/>
                <w:b w:val="0"/>
                <w:sz w:val="18"/>
              </w:rPr>
              <w:t>让学生独立思考，并利用已有的知识解决问题，激活学生已有的解决问题的经验，为用比例解决问题作准备。</w:t>
            </w:r>
          </w:p>
          <w:p>
            <w:pPr>
              <w:spacing w:after="20" w:line="276" w:lineRule="auto"/>
            </w:pPr>
            <w:r>
              <w:rPr>
                <w:rFonts w:ascii="宋体" w:hAnsi="宋体" w:eastAsia="宋体"/>
                <w:b w:val="0"/>
                <w:sz w:val="18"/>
              </w:rPr>
              <w:t>通过找相关联的量、列比例解答并检验等过程，给学生自主分析问题和解答问题的空间，让学生在理解正比例意义的基础上列出比例,之后再引导学生检验反思,沟通“算术法”与“比例法”的联系，引导学生多角度去思考问题，寻求解决问题的不同策略。总结归纳用正比例解决问题的步骤，初步积累解决此类问题的经验。</w:t>
            </w:r>
          </w:p>
        </w:tc>
      </w:tr>
      <w:tr>
        <w:tc>
          <w:tcPr>
            <w:tcW w:type="dxa" w:w="1474"/>
          </w:tcPr>
          <w:p>
            <w:pPr>
              <w:spacing w:after="20" w:line="276" w:lineRule="auto"/>
            </w:pPr>
            <w:r>
              <w:rPr>
                <w:b/>
              </w:rPr>
            </w:r>
            <w:r>
              <w:rPr>
                <w:rFonts w:ascii="宋体" w:hAnsi="宋体" w:eastAsia="宋体"/>
                <w:b/>
                <w:sz w:val="18"/>
              </w:rPr>
              <w:t>三、实际应用，提高能力</w:t>
            </w:r>
          </w:p>
        </w:tc>
        <w:tc>
          <w:tcPr>
            <w:tcW w:type="dxa" w:w="3061"/>
          </w:tcPr>
          <w:p>
            <w:pPr>
              <w:spacing w:after="20" w:line="276" w:lineRule="auto"/>
            </w:pPr>
            <w:r/>
            <w:r>
              <w:rPr>
                <w:rFonts w:ascii="宋体" w:hAnsi="宋体" w:eastAsia="宋体"/>
                <w:b w:val="0"/>
                <w:sz w:val="18"/>
              </w:rPr>
              <w:t>1.完成教科书P61“练习十一”第3、4题。</w:t>
            </w:r>
          </w:p>
          <w:p>
            <w:pPr>
              <w:spacing w:after="20" w:line="276" w:lineRule="auto"/>
            </w:pPr>
            <w:r>
              <w:rPr>
                <w:rFonts w:ascii="宋体" w:hAnsi="宋体" w:eastAsia="宋体"/>
                <w:b w:val="0"/>
                <w:sz w:val="18"/>
              </w:rPr>
              <w:t>周数”的比值不变列出相应比例。</w:t>
            </w:r>
          </w:p>
          <w:p>
            <w:pPr>
              <w:spacing w:after="20" w:line="276" w:lineRule="auto"/>
            </w:pPr>
            <w:r>
              <w:rPr>
                <w:rFonts w:ascii="宋体" w:hAnsi="宋体" w:eastAsia="宋体"/>
                <w:b w:val="0"/>
                <w:sz w:val="18"/>
              </w:rPr>
              <w:t>2.完成教科书P62“练习十一”第6、7题。</w:t>
            </w:r>
          </w:p>
          <w:p>
            <w:pPr>
              <w:spacing w:after="20" w:line="276" w:lineRule="auto"/>
            </w:pPr>
            <w:r>
              <w:rPr>
                <w:rFonts w:ascii="宋体" w:hAnsi="宋体" w:eastAsia="宋体"/>
                <w:b w:val="0"/>
                <w:sz w:val="18"/>
              </w:rPr>
              <w:t>师：你能解决这两个问题吗？赶紧动手试一试吧！</w:t>
            </w:r>
          </w:p>
          <w:p>
            <w:pPr>
              <w:spacing w:after="20" w:line="276" w:lineRule="auto"/>
            </w:pPr>
            <w:r>
              <w:rPr>
                <w:rFonts w:ascii="宋体" w:hAnsi="宋体" w:eastAsia="宋体"/>
                <w:b w:val="0"/>
                <w:sz w:val="18"/>
              </w:rPr>
              <w:t>师：如果把第7题的问题改为“按照这样的速度，行完全程还需多少小时？”，你会用比例解答吗？</w:t>
            </w:r>
          </w:p>
        </w:tc>
        <w:tc>
          <w:tcPr>
            <w:tcW w:type="dxa" w:w="3061"/>
          </w:tcPr>
          <w:p>
            <w:pPr>
              <w:spacing w:after="20" w:line="276" w:lineRule="auto"/>
            </w:pPr>
            <w:r/>
            <w:r>
              <w:rPr>
                <w:rFonts w:ascii="宋体" w:hAnsi="宋体" w:eastAsia="宋体"/>
                <w:b w:val="0"/>
                <w:sz w:val="18"/>
              </w:rPr>
              <w:t>学生独立完成后，在小组内交流再汇报。</w:t>
            </w:r>
          </w:p>
          <w:p>
            <w:pPr>
              <w:spacing w:after="20" w:line="276" w:lineRule="auto"/>
            </w:pPr>
            <w:r>
              <w:rPr>
                <w:rFonts w:ascii="宋体" w:hAnsi="宋体" w:eastAsia="宋体"/>
                <w:b w:val="0"/>
                <w:sz w:val="18"/>
              </w:rPr>
              <w:t>在汇报时，要求学生说出题目中哪两种量成正比例关系，并列出关系式，再根据关系式列出比例解答。第3题中，可以列出比例，小兰的身高∶小兰的影长=树高∶树的影长或小兰的影长∶小兰的身高=树的影长∶树高。第4题可以由“运行时间∶运行</w:t>
            </w:r>
          </w:p>
          <w:p>
            <w:pPr>
              <w:spacing w:after="20" w:line="276" w:lineRule="auto"/>
            </w:pPr>
            <w:r>
              <w:rPr>
                <w:rFonts w:ascii="宋体" w:hAnsi="宋体" w:eastAsia="宋体"/>
                <w:b w:val="0"/>
                <w:sz w:val="18"/>
              </w:rPr>
              <w:t>学生独立完成后，集体交流订正。</w:t>
            </w:r>
          </w:p>
          <w:p>
            <w:pPr>
              <w:spacing w:after="20" w:line="276" w:lineRule="auto"/>
            </w:pPr>
            <w:r>
              <w:rPr>
                <w:rFonts w:ascii="宋体" w:hAnsi="宋体" w:eastAsia="宋体"/>
                <w:b w:val="0"/>
                <w:sz w:val="18"/>
              </w:rPr>
              <w:t>这两道题都是用正比例知识解决问题，根据“路程∶时间＝速度”列出比例解答。学生可能出现数量不对应的情况，教师可以提示学生在解决问题之前用列表法将信息进行整理，这样可以避免列比例出错。第6题的方法比较灵活，展示交流时注意不同的思路：可以计算出行1600 km所用的时间，与6小时进行比较；也可以计算6小时可行的距离，与1600 km进行比较。</w:t>
            </w:r>
          </w:p>
          <w:p>
            <w:pPr>
              <w:spacing w:after="20" w:line="276" w:lineRule="auto"/>
            </w:pPr>
            <w:r>
              <w:rPr>
                <w:rFonts w:ascii="宋体" w:hAnsi="宋体" w:eastAsia="宋体"/>
                <w:b w:val="0"/>
                <w:sz w:val="18"/>
              </w:rPr>
              <w:t>引导学生根据“路程∶时间=速度”的关系来列出比例，只是求行完全程还需多少小时，对应的路程不再是400km，而是(400-160)km。如果学生说出先求按照这样的速度，行完全程需要多少小时，然后再减去已经行驶的2小时，这种方法也是可以的。</w:t>
            </w:r>
          </w:p>
        </w:tc>
        <w:tc>
          <w:tcPr>
            <w:tcW w:type="dxa" w:w="1814"/>
          </w:tcPr>
          <w:p>
            <w:pPr>
              <w:spacing w:after="20" w:line="276" w:lineRule="auto"/>
            </w:pPr>
            <w:r/>
            <w:r>
              <w:rPr>
                <w:rFonts w:ascii="宋体" w:hAnsi="宋体" w:eastAsia="宋体"/>
                <w:b w:val="0"/>
                <w:sz w:val="18"/>
              </w:rPr>
              <w:t>通过用正比例解决问题，使学生熟悉解决这一类问题的步骤与方法。先找到题目中的不变量，确定哪两种量成正比例关系，再根据正比例关系列比例解答。</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师：回顾今天的学习过程，你们有什么收获呢？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引导学生回顾梳理本课所学，完善认知结构，提升归纳与反思能力，核心问题："回顾今天的学习过程，你们有什么收获呢？"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【教学笔记】</w:t>
      </w:r>
    </w:p>
    <w:p>
      <w:pPr>
        <w:spacing w:after="40" w:line="300" w:lineRule="auto"/>
      </w:pPr>
      <w:r>
        <w:rPr>
          <w:rFonts w:ascii="宋体" w:hAnsi="宋体" w:eastAsia="宋体"/>
          <w:b w:val="0"/>
          <w:sz w:val="20"/>
        </w:rPr>
        <w:t>【教学提示】</w:t>
      </w:r>
    </w:p>
    <w:p>
      <w:pPr>
        <w:spacing w:after="40" w:line="300" w:lineRule="auto"/>
      </w:pPr>
      <w:r>
        <w:rPr>
          <w:rFonts w:ascii="宋体" w:hAnsi="宋体" w:eastAsia="宋体"/>
          <w:b w:val="0"/>
          <w:sz w:val="20"/>
        </w:rPr>
        <w:t>用列表法整理信息时，要注意信息的对应。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教学中，我们经常发现学生并不喜欢用比例解决问题，究其原因：其一，学生觉得书写麻烦;其二，确定正反比例关系存在困难。在教学中怎么避免学生把比例当作“麻烦比例”？我们可以沟通算术方法与用比例解决问题的方法之间的联系，开放解决问题的思路，使学生把已有经验和新方法有效对接，在辨析交流中让学生对多种策略逐步理解和内化。还要注意以正比例解决问题为主要着力点，让学生经历解决问题的过程，使学生在解决问题的基础上进行方法的提炼和总结，体会此类问题解决的关键和策略，提高解决问题的能力。</w:t>
      </w:r>
    </w:p>
    <w:p>
      <w:r>
        <w:br w:type="page"/>
      </w:r>
    </w:p>
    <w:p>
      <w:pPr>
        <w:spacing w:after="80" w:line="300" w:lineRule="auto"/>
      </w:pPr>
      <w:r>
        <w:rPr>
          <w:rFonts w:ascii="黑体" w:hAnsi="黑体" w:eastAsia="黑体"/>
          <w:b/>
          <w:sz w:val="24"/>
        </w:rPr>
        <w:t>二、课时教学方案（第14课时）</w:t>
      </w:r>
    </w:p>
    <w:p>
      <w:pPr>
        <w:spacing w:after="80" w:line="300" w:lineRule="auto"/>
      </w:pPr>
      <w:r>
        <w:rPr>
          <w:rFonts w:ascii="黑体" w:hAnsi="黑体" w:eastAsia="黑体"/>
          <w:b/>
          <w:sz w:val="24"/>
        </w:rPr>
        <w:t>第14课时　用比例解决问题（2）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第14课时　用比例解决问题（2）</w:t>
            </w:r>
          </w:p>
        </w:tc>
        <w:tc>
          <w:tcPr>
            <w:tcW w:type="dxa" w:w="6009"/>
          </w:tcPr>
          <w:p>
            <w:pPr>
              <w:spacing w:after="20" w:line="276" w:lineRule="auto"/>
            </w:pPr>
            <w:r/>
            <w:r>
              <w:rPr>
                <w:rFonts w:ascii="宋体" w:hAnsi="宋体" w:eastAsia="宋体"/>
                <w:b w:val="0"/>
                <w:sz w:val="20"/>
              </w:rPr>
              <w:t>第4单元 比例（比例的应用）</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比例这一单元时，已经学习了比、除法的意义和分数的意义，以及分数的基本性质、分数与除法的关系、分数乘除法的计算方法等，这些都是学习本单元内容的基础知识。比例是小学阶段数与代数部分最后一单元学习的内容，这部分内容的特点是应用性强、综合性强、内容情境不新，但采用新的思维方式和数学模型，需要学生在较高水平层面上学习。</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（1）能正确判断情境中的两种量是否成反比例关系，并能用反比例的意义解决实际问题。</w:t>
      </w:r>
    </w:p>
    <w:p>
      <w:pPr>
        <w:spacing w:after="20" w:line="300" w:lineRule="auto"/>
        <w:ind w:firstLine="400"/>
      </w:pPr>
      <w:r>
        <w:rPr>
          <w:rFonts w:ascii="宋体" w:hAnsi="宋体" w:eastAsia="宋体"/>
          <w:b w:val="0"/>
          <w:sz w:val="20"/>
        </w:rPr>
        <w:t>（2）在用比例解决实际问题的过程中，体验解决问题的策略的多样化，培养和发展学生的发散性思维。</w:t>
      </w:r>
    </w:p>
    <w:p>
      <w:pPr>
        <w:spacing w:after="20" w:line="300" w:lineRule="auto"/>
        <w:ind w:firstLine="400"/>
      </w:pPr>
      <w:r>
        <w:rPr>
          <w:rFonts w:ascii="宋体" w:hAnsi="宋体" w:eastAsia="宋体"/>
          <w:b w:val="0"/>
          <w:sz w:val="20"/>
        </w:rPr>
        <w:t>（3）进一步理解反比例的意义，知道列成乘积一定的等式，也是运用反比例方法解题的一种表现方式。</w:t>
      </w:r>
    </w:p>
    <w:p>
      <w:pPr>
        <w:spacing w:after="20" w:line="300" w:lineRule="auto"/>
      </w:pPr>
      <w:r>
        <w:rPr>
          <w:rFonts w:ascii="宋体" w:hAnsi="宋体" w:eastAsia="宋体"/>
          <w:b w:val="0"/>
          <w:sz w:val="20"/>
        </w:rPr>
        <w:t>教学重点：掌握用反比例的意义解答基本问题的方法与步骤。</w:t>
      </w:r>
    </w:p>
    <w:p>
      <w:pPr>
        <w:spacing w:after="20" w:line="300" w:lineRule="auto"/>
      </w:pPr>
      <w:r>
        <w:rPr>
          <w:rFonts w:ascii="宋体" w:hAnsi="宋体" w:eastAsia="宋体"/>
          <w:b w:val="0"/>
          <w:sz w:val="20"/>
        </w:rPr>
        <w:t>教学难点：利用反比例关系列出含有未知数的等式。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一、复习反比例的意义，激活经验</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判断两种相关联的量成反比例关系的关键是什么？</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二、提出问题，探索用反比例知识解决问题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从题目中你知道了哪些数学信息？；大家用自己的方式整理了信息，现在你能解决这个问题吗？</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三、实际应用，提高能力</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这两道题中都有单价、数量和总价，为什么一个用正比例来解决，一个用反比例来解决呢？；你能解决这几个问题吗？</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回顾今天的学习过程，你们有什么收获呢？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一、复习反比例的意义，激活经验</w:t>
            </w:r>
          </w:p>
        </w:tc>
        <w:tc>
          <w:tcPr>
            <w:tcW w:type="dxa" w:w="3061"/>
          </w:tcPr>
          <w:p>
            <w:pPr>
              <w:spacing w:after="20" w:line="276" w:lineRule="auto"/>
            </w:pPr>
            <w:r/>
            <w:r>
              <w:rPr>
                <w:rFonts w:ascii="宋体" w:hAnsi="宋体" w:eastAsia="宋体"/>
                <w:b w:val="0"/>
                <w:sz w:val="18"/>
              </w:rPr>
              <w:t>1.复习成反比例的量。（课件出示习题）</w:t>
            </w:r>
          </w:p>
          <w:p>
            <w:pPr>
              <w:spacing w:after="20" w:line="276" w:lineRule="auto"/>
            </w:pPr>
            <w:r>
              <w:rPr>
                <w:rFonts w:ascii="宋体" w:hAnsi="宋体" w:eastAsia="宋体"/>
                <w:b w:val="0"/>
                <w:sz w:val="18"/>
              </w:rPr>
              <w:t>关系。</w:t>
            </w:r>
          </w:p>
          <w:p>
            <w:pPr>
              <w:spacing w:after="20" w:line="276" w:lineRule="auto"/>
            </w:pPr>
            <w:r>
              <w:rPr>
                <w:rFonts w:ascii="宋体" w:hAnsi="宋体" w:eastAsia="宋体"/>
                <w:b w:val="0"/>
                <w:sz w:val="18"/>
              </w:rPr>
              <w:t>师：判断两种相关联的量成反比例关系的关键是什么？</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师：上节课我们学习了用正比例的知识解决问题，今天这节课我们来学习用反比例知识解决生活中的实际问题。［板书课题：用比例解决问题（2）］</w:t>
            </w:r>
          </w:p>
        </w:tc>
        <w:tc>
          <w:tcPr>
            <w:tcW w:type="dxa" w:w="3061"/>
          </w:tcPr>
          <w:p>
            <w:pPr>
              <w:spacing w:after="20" w:line="276" w:lineRule="auto"/>
            </w:pPr>
            <w:r/>
            <w:r>
              <w:rPr>
                <w:rFonts w:ascii="宋体" w:hAnsi="宋体" w:eastAsia="宋体"/>
                <w:b w:val="0"/>
                <w:sz w:val="18"/>
              </w:rPr>
              <w:t>预设1：速度一定，路程与时间成正比例关系。</w:t>
            </w:r>
          </w:p>
          <w:p>
            <w:pPr>
              <w:spacing w:after="20" w:line="276" w:lineRule="auto"/>
            </w:pPr>
            <w:r>
              <w:rPr>
                <w:rFonts w:ascii="宋体" w:hAnsi="宋体" w:eastAsia="宋体"/>
                <w:b w:val="0"/>
                <w:sz w:val="18"/>
              </w:rPr>
              <w:t>预设2：路程一定，速度和时间成反比例关系。</w:t>
            </w:r>
          </w:p>
          <w:p>
            <w:pPr>
              <w:spacing w:after="20" w:line="276" w:lineRule="auto"/>
            </w:pPr>
            <w:r>
              <w:rPr>
                <w:rFonts w:ascii="宋体" w:hAnsi="宋体" w:eastAsia="宋体"/>
                <w:b w:val="0"/>
                <w:sz w:val="18"/>
              </w:rPr>
              <w:t>预设3：总价一定，买水果的数量和单价成反比例关系。</w:t>
            </w:r>
          </w:p>
          <w:p>
            <w:pPr>
              <w:spacing w:after="20" w:line="276" w:lineRule="auto"/>
            </w:pPr>
            <w:r>
              <w:rPr>
                <w:rFonts w:ascii="宋体" w:hAnsi="宋体" w:eastAsia="宋体"/>
                <w:b w:val="0"/>
                <w:sz w:val="18"/>
              </w:rPr>
              <w:t>预设4：运货的总量一定，汽车的载质量和运的次数成反比例</w:t>
            </w:r>
          </w:p>
          <w:p>
            <w:pPr>
              <w:spacing w:after="20" w:line="276" w:lineRule="auto"/>
            </w:pPr>
            <w:r>
              <w:rPr>
                <w:rFonts w:ascii="宋体" w:hAnsi="宋体" w:eastAsia="宋体"/>
                <w:b w:val="0"/>
                <w:sz w:val="18"/>
              </w:rPr>
              <w:t>两种相关联的量的乘积一定，这两种量就成反比例关系。</w:t>
            </w:r>
          </w:p>
        </w:tc>
        <w:tc>
          <w:tcPr>
            <w:tcW w:type="dxa" w:w="1814"/>
          </w:tcPr>
          <w:p>
            <w:pPr>
              <w:spacing w:after="20" w:line="276" w:lineRule="auto"/>
            </w:pPr>
            <w:r/>
            <w:r>
              <w:rPr>
                <w:rFonts w:ascii="宋体" w:hAnsi="宋体" w:eastAsia="宋体"/>
                <w:b w:val="0"/>
                <w:sz w:val="18"/>
              </w:rPr>
              <w:t>通过判断各题中的两种量成什么比例关系的练习，唤起学生对旧知识的回忆，巩固判断两种量成反比例关系的关键要素，同时为新知的学习作准备。</w:t>
            </w:r>
          </w:p>
        </w:tc>
      </w:tr>
      <w:tr>
        <w:tc>
          <w:tcPr>
            <w:tcW w:type="dxa" w:w="1474"/>
          </w:tcPr>
          <w:p>
            <w:pPr>
              <w:spacing w:after="20" w:line="276" w:lineRule="auto"/>
            </w:pPr>
            <w:r>
              <w:rPr>
                <w:b/>
              </w:rPr>
            </w:r>
            <w:r>
              <w:rPr>
                <w:rFonts w:ascii="宋体" w:hAnsi="宋体" w:eastAsia="宋体"/>
                <w:b/>
                <w:sz w:val="18"/>
              </w:rPr>
              <w:t>二、提出问题，探索用反比例知识解决问题</w:t>
            </w:r>
          </w:p>
        </w:tc>
        <w:tc>
          <w:tcPr>
            <w:tcW w:type="dxa" w:w="3061"/>
          </w:tcPr>
          <w:p>
            <w:pPr>
              <w:spacing w:after="20" w:line="276" w:lineRule="auto"/>
            </w:pPr>
            <w:r/>
            <w:r>
              <w:rPr>
                <w:rFonts w:ascii="宋体" w:hAnsi="宋体" w:eastAsia="宋体"/>
                <w:b w:val="0"/>
                <w:sz w:val="18"/>
              </w:rPr>
              <w:t>1.阅读与理解。</w:t>
            </w:r>
          </w:p>
          <w:p>
            <w:pPr>
              <w:spacing w:after="20" w:line="276" w:lineRule="auto"/>
            </w:pPr>
            <w:r>
              <w:rPr>
                <w:rFonts w:ascii="宋体" w:hAnsi="宋体" w:eastAsia="宋体"/>
                <w:b w:val="0"/>
                <w:sz w:val="18"/>
              </w:rPr>
              <w:t>课件出示教科书P60例6。</w:t>
            </w:r>
          </w:p>
          <w:p>
            <w:pPr>
              <w:spacing w:after="20" w:line="276" w:lineRule="auto"/>
            </w:pPr>
            <w:r>
              <w:rPr>
                <w:rFonts w:ascii="宋体" w:hAnsi="宋体" w:eastAsia="宋体"/>
                <w:b w:val="0"/>
                <w:sz w:val="18"/>
              </w:rPr>
              <w:t>师：从题目中你知道了哪些数学信息？</w:t>
            </w:r>
          </w:p>
          <w:p>
            <w:pPr>
              <w:spacing w:after="20" w:line="276" w:lineRule="auto"/>
            </w:pPr>
            <w:r>
              <w:rPr>
                <w:rFonts w:ascii="宋体" w:hAnsi="宋体" w:eastAsia="宋体"/>
                <w:b w:val="0"/>
                <w:sz w:val="18"/>
              </w:rPr>
              <w:t>师：大家用自己的方式整理了信息，现在你能解决这个问题吗？试一试。</w:t>
            </w:r>
          </w:p>
          <w:p>
            <w:pPr>
              <w:spacing w:after="20" w:line="276" w:lineRule="auto"/>
            </w:pPr>
            <w:r>
              <w:rPr>
                <w:rFonts w:ascii="宋体" w:hAnsi="宋体" w:eastAsia="宋体"/>
                <w:b w:val="0"/>
                <w:sz w:val="18"/>
              </w:rPr>
              <w:t>2.分析与解答。</w:t>
            </w:r>
          </w:p>
          <w:p>
            <w:pPr>
              <w:spacing w:after="20" w:line="276" w:lineRule="auto"/>
            </w:pPr>
            <w:r>
              <w:rPr>
                <w:rFonts w:ascii="宋体" w:hAnsi="宋体" w:eastAsia="宋体"/>
                <w:b w:val="0"/>
                <w:sz w:val="18"/>
              </w:rPr>
              <w:t>引导学生经历解决问题的完整过程。指导学生进一步掌握如何梳理条件，如何分析条件与问题的联系，如何确定两种量及两种量的关系。</w:t>
            </w:r>
          </w:p>
          <w:p>
            <w:pPr>
              <w:spacing w:after="20" w:line="276" w:lineRule="auto"/>
            </w:pPr>
            <w:r>
              <w:rPr>
                <w:rFonts w:ascii="宋体" w:hAnsi="宋体" w:eastAsia="宋体"/>
                <w:b w:val="0"/>
                <w:sz w:val="18"/>
              </w:rPr>
              <w:t>(1)教师收集学生用算术法解决问题的方法进行汇报交流。</w:t>
            </w:r>
          </w:p>
          <w:p>
            <w:pPr>
              <w:spacing w:after="20" w:line="276" w:lineRule="auto"/>
            </w:pPr>
            <w:r>
              <w:rPr>
                <w:rFonts w:ascii="宋体" w:hAnsi="宋体" w:eastAsia="宋体"/>
                <w:b w:val="0"/>
                <w:sz w:val="18"/>
              </w:rPr>
              <w:t>100×5＝500（千瓦时）</w:t>
            </w:r>
          </w:p>
          <w:p>
            <w:pPr>
              <w:spacing w:after="20" w:line="276" w:lineRule="auto"/>
            </w:pPr>
            <w:r>
              <w:rPr>
                <w:rFonts w:ascii="宋体" w:hAnsi="宋体" w:eastAsia="宋体"/>
                <w:b w:val="0"/>
                <w:sz w:val="18"/>
              </w:rPr>
              <w:t>500÷25＝20（天）</w:t>
            </w:r>
          </w:p>
          <w:p>
            <w:pPr>
              <w:spacing w:after="20" w:line="276" w:lineRule="auto"/>
            </w:pPr>
            <w:r>
              <w:rPr>
                <w:rFonts w:ascii="宋体" w:hAnsi="宋体" w:eastAsia="宋体"/>
                <w:b w:val="0"/>
                <w:sz w:val="18"/>
              </w:rPr>
              <w:t>100÷25＝4</w:t>
            </w:r>
          </w:p>
          <w:p>
            <w:pPr>
              <w:spacing w:after="20" w:line="276" w:lineRule="auto"/>
            </w:pPr>
            <w:r>
              <w:rPr>
                <w:rFonts w:ascii="宋体" w:hAnsi="宋体" w:eastAsia="宋体"/>
                <w:b w:val="0"/>
                <w:sz w:val="18"/>
              </w:rPr>
              <w:t>(2)探讨用反比例解决问题的方法思路。</w:t>
            </w:r>
          </w:p>
          <w:p>
            <w:pPr>
              <w:spacing w:after="20" w:line="276" w:lineRule="auto"/>
            </w:pPr>
            <w:r>
              <w:rPr>
                <w:rFonts w:ascii="宋体" w:hAnsi="宋体" w:eastAsia="宋体"/>
                <w:b w:val="0"/>
                <w:sz w:val="18"/>
              </w:rPr>
              <w:t>教师板书展示学生用反比例知识解决问题的两种方法。</w:t>
            </w:r>
          </w:p>
          <w:p>
            <w:pPr>
              <w:spacing w:after="20" w:line="276" w:lineRule="auto"/>
            </w:pPr>
            <w:r>
              <w:rPr>
                <w:rFonts w:ascii="宋体" w:hAnsi="宋体" w:eastAsia="宋体"/>
                <w:b w:val="0"/>
                <w:sz w:val="18"/>
              </w:rPr>
              <w:t>师：刚才我还发现有的同学列出比例来解决这个问题，请你仔细观察，说说你的想法。</w:t>
            </w:r>
          </w:p>
          <w:p>
            <w:pPr>
              <w:spacing w:after="20" w:line="276" w:lineRule="auto"/>
            </w:pPr>
            <w:r>
              <w:rPr>
                <w:rFonts w:ascii="宋体" w:hAnsi="宋体" w:eastAsia="宋体"/>
                <w:b w:val="0"/>
                <w:sz w:val="18"/>
              </w:rPr>
              <w:t>这不是比例，认为比例等号左右两边都是比，而25x与100×5都不是比，因此这样的比例不成立。</w:t>
            </w:r>
          </w:p>
          <w:p>
            <w:pPr>
              <w:spacing w:after="20" w:line="276" w:lineRule="auto"/>
            </w:pPr>
            <w:r>
              <w:rPr>
                <w:rFonts w:ascii="宋体" w:hAnsi="宋体" w:eastAsia="宋体"/>
                <w:b w:val="0"/>
                <w:sz w:val="18"/>
              </w:rPr>
              <w:t>师：看来大家有很多疑惑，这样吧，我们回到题目的信息当中，看看大家提出的问题能否得到解决。(出示课件)</w:t>
            </w:r>
          </w:p>
          <w:p>
            <w:pPr>
              <w:spacing w:after="20" w:line="276" w:lineRule="auto"/>
            </w:pPr>
            <w:r>
              <w:rPr>
                <w:rFonts w:ascii="宋体" w:hAnsi="宋体" w:eastAsia="宋体"/>
                <w:b w:val="0"/>
                <w:sz w:val="18"/>
              </w:rPr>
              <w:t>师：经过分析，我们找到了题目中成反比例的两种量，就可以根据反比例关系来列出等式解决问题了。我要告诉大家，两种相关联的量，如果对应两个数的积一定，反比例关系就成立，列成乘积一定的等式，也是运用反比例方法解题的一种表现方式。现在你知道哪一种方法是正确的吗？</w:t>
            </w:r>
          </w:p>
          <w:p>
            <w:pPr>
              <w:spacing w:after="20" w:line="276" w:lineRule="auto"/>
            </w:pPr>
            <w:r>
              <w:rPr>
                <w:rFonts w:ascii="宋体" w:hAnsi="宋体" w:eastAsia="宋体"/>
                <w:b w:val="0"/>
                <w:sz w:val="18"/>
              </w:rPr>
              <w:t>(3)师生一起利用反比例关系解决问题。</w:t>
            </w:r>
          </w:p>
          <w:p>
            <w:pPr>
              <w:spacing w:after="20" w:line="276" w:lineRule="auto"/>
            </w:pPr>
            <w:r>
              <w:rPr>
                <w:rFonts w:ascii="宋体" w:hAnsi="宋体" w:eastAsia="宋体"/>
                <w:b w:val="0"/>
                <w:sz w:val="18"/>
              </w:rPr>
              <w:t>教师指导学生说出解题的思路，即根据平均每天用电量×天数=总用电量列乘积相等的等式解决问题。</w:t>
            </w:r>
          </w:p>
          <w:p>
            <w:pPr>
              <w:spacing w:after="20" w:line="276" w:lineRule="auto"/>
            </w:pPr>
            <w:r>
              <w:rPr>
                <w:rFonts w:ascii="宋体" w:hAnsi="宋体" w:eastAsia="宋体"/>
                <w:b w:val="0"/>
                <w:sz w:val="18"/>
              </w:rPr>
              <w:t>3.回顾与反思。</w:t>
            </w:r>
          </w:p>
          <w:p>
            <w:pPr>
              <w:spacing w:after="20" w:line="276" w:lineRule="auto"/>
            </w:pPr>
            <w:r>
              <w:rPr>
                <w:rFonts w:ascii="宋体" w:hAnsi="宋体" w:eastAsia="宋体"/>
                <w:b w:val="0"/>
                <w:sz w:val="18"/>
              </w:rPr>
              <w:t>师：你认为原来5天的用电量现在可以用20天,这个答案符合实际吗？你是怎么检验的？</w:t>
            </w:r>
          </w:p>
          <w:p>
            <w:pPr>
              <w:spacing w:after="20" w:line="276" w:lineRule="auto"/>
            </w:pPr>
            <w:r>
              <w:rPr>
                <w:rFonts w:ascii="宋体" w:hAnsi="宋体" w:eastAsia="宋体"/>
                <w:b w:val="0"/>
                <w:sz w:val="18"/>
              </w:rPr>
              <w:t>（1）小组讨论，汇报结果。</w:t>
            </w:r>
          </w:p>
          <w:p>
            <w:pPr>
              <w:spacing w:after="20" w:line="276" w:lineRule="auto"/>
            </w:pPr>
            <w:r>
              <w:rPr>
                <w:rFonts w:ascii="宋体" w:hAnsi="宋体" w:eastAsia="宋体"/>
                <w:b w:val="0"/>
                <w:sz w:val="18"/>
              </w:rPr>
              <w:t>回顾与反思是提炼方法、总结经验的重要环节。要重视这个环节的指导。</w:t>
            </w:r>
          </w:p>
          <w:p>
            <w:pPr>
              <w:spacing w:after="20" w:line="276" w:lineRule="auto"/>
            </w:pPr>
            <w:r>
              <w:rPr>
                <w:rFonts w:ascii="宋体" w:hAnsi="宋体" w:eastAsia="宋体"/>
                <w:b w:val="0"/>
                <w:sz w:val="18"/>
              </w:rPr>
              <w:t>的关键是找到哪两个量的乘积一定，只要这两个量的乘积一定，就可以用反比例关系解答。</w:t>
            </w:r>
          </w:p>
          <w:p>
            <w:pPr>
              <w:spacing w:after="20" w:line="276" w:lineRule="auto"/>
            </w:pPr>
            <w:r>
              <w:rPr>
                <w:rFonts w:ascii="宋体" w:hAnsi="宋体" w:eastAsia="宋体"/>
                <w:b w:val="0"/>
                <w:sz w:val="18"/>
              </w:rPr>
              <w:t>(2)沟通“算术法”与“比例法”的联系。（出示课件并适时板书）</w:t>
            </w:r>
          </w:p>
          <w:p>
            <w:pPr>
              <w:spacing w:after="20" w:line="276" w:lineRule="auto"/>
            </w:pPr>
            <w:r>
              <w:rPr>
                <w:rFonts w:ascii="宋体" w:hAnsi="宋体" w:eastAsia="宋体"/>
                <w:b w:val="0"/>
                <w:sz w:val="18"/>
              </w:rPr>
              <w:t>师：比较“算术法”与“比例法”，你有什么发现？</w:t>
            </w:r>
          </w:p>
          <w:p>
            <w:pPr>
              <w:spacing w:after="20" w:line="276" w:lineRule="auto"/>
            </w:pPr>
            <w:r>
              <w:rPr>
                <w:rFonts w:ascii="宋体" w:hAnsi="宋体" w:eastAsia="宋体"/>
                <w:b w:val="0"/>
                <w:sz w:val="18"/>
              </w:rPr>
              <w:t>师小结：两种方法在计算求解时殊途同归，只要用“原来每天用电量×原来天数=现在每天用电量×现在天数”这一关系式，知道其中的三个量，用算术法和比例法都能解决这个问题。</w:t>
            </w:r>
          </w:p>
          <w:p>
            <w:pPr>
              <w:spacing w:after="20" w:line="276" w:lineRule="auto"/>
            </w:pPr>
            <w:r>
              <w:rPr>
                <w:rFonts w:ascii="宋体" w:hAnsi="宋体" w:eastAsia="宋体"/>
                <w:b w:val="0"/>
                <w:sz w:val="18"/>
              </w:rPr>
              <w:t>师：请你用比例的方法试着解决这个问题。</w:t>
            </w:r>
          </w:p>
          <w:p>
            <w:pPr>
              <w:spacing w:after="20" w:line="276" w:lineRule="auto"/>
            </w:pPr>
            <w:r>
              <w:rPr>
                <w:rFonts w:ascii="宋体" w:hAnsi="宋体" w:eastAsia="宋体"/>
                <w:b w:val="0"/>
                <w:sz w:val="18"/>
              </w:rPr>
              <w:t>指导学生明确：虽然未知量变了，但题中“平均每天用电量×天数=总用电量”的关系没变。</w:t>
            </w:r>
          </w:p>
          <w:p>
            <w:pPr>
              <w:spacing w:after="20" w:line="276" w:lineRule="auto"/>
            </w:pPr>
            <w:r>
              <w:rPr>
                <w:rFonts w:ascii="宋体" w:hAnsi="宋体" w:eastAsia="宋体"/>
                <w:b w:val="0"/>
                <w:sz w:val="18"/>
              </w:rPr>
              <w:t>(4)比较用正、反比例解决问题的一般方法。</w:t>
            </w:r>
          </w:p>
          <w:p>
            <w:pPr>
              <w:spacing w:after="20" w:line="276" w:lineRule="auto"/>
            </w:pPr>
            <w:r>
              <w:rPr>
                <w:rFonts w:ascii="宋体" w:hAnsi="宋体" w:eastAsia="宋体"/>
                <w:b w:val="0"/>
                <w:sz w:val="18"/>
              </w:rPr>
              <w:t>师：回忆一下，用正比例解决问题的步骤是什么？想一想今天</w:t>
            </w:r>
          </w:p>
          <w:p>
            <w:pPr>
              <w:spacing w:after="20" w:line="276" w:lineRule="auto"/>
            </w:pPr>
            <w:r>
              <w:rPr>
                <w:rFonts w:ascii="宋体" w:hAnsi="宋体" w:eastAsia="宋体"/>
                <w:b w:val="0"/>
                <w:sz w:val="18"/>
              </w:rPr>
              <w:t>用反比例解决问题的步骤，是一样的吗？</w:t>
            </w:r>
          </w:p>
          <w:p>
            <w:pPr>
              <w:spacing w:after="20" w:line="276" w:lineRule="auto"/>
            </w:pPr>
            <w:r>
              <w:rPr>
                <w:rFonts w:ascii="宋体" w:hAnsi="宋体" w:eastAsia="宋体"/>
                <w:b w:val="0"/>
                <w:sz w:val="18"/>
              </w:rPr>
              <w:t>师生再次总结：</w:t>
            </w:r>
          </w:p>
          <w:p>
            <w:pPr>
              <w:spacing w:after="20" w:line="276" w:lineRule="auto"/>
            </w:pPr>
            <w:r>
              <w:rPr>
                <w:rFonts w:ascii="宋体" w:hAnsi="宋体" w:eastAsia="宋体"/>
                <w:b w:val="0"/>
                <w:sz w:val="18"/>
              </w:rPr>
              <w:t>①根据不变量，判断题中哪两种相关联的量成正比例或反比例关系。</w:t>
            </w:r>
          </w:p>
          <w:p>
            <w:pPr>
              <w:spacing w:after="20" w:line="276" w:lineRule="auto"/>
            </w:pPr>
            <w:r>
              <w:rPr>
                <w:rFonts w:ascii="宋体" w:hAnsi="宋体" w:eastAsia="宋体"/>
                <w:b w:val="0"/>
                <w:sz w:val="18"/>
              </w:rPr>
              <w:t>②找出两组相对应的数，并设出未知数，列出相应的等式。</w:t>
            </w:r>
          </w:p>
          <w:p>
            <w:pPr>
              <w:spacing w:after="20" w:line="276" w:lineRule="auto"/>
            </w:pPr>
            <w:r>
              <w:rPr>
                <w:rFonts w:ascii="宋体" w:hAnsi="宋体" w:eastAsia="宋体"/>
                <w:b w:val="0"/>
                <w:sz w:val="18"/>
              </w:rPr>
              <w:t>③解方程。</w:t>
            </w:r>
          </w:p>
          <w:p>
            <w:pPr>
              <w:spacing w:after="20" w:line="276" w:lineRule="auto"/>
            </w:pPr>
            <w:r>
              <w:rPr>
                <w:rFonts w:ascii="宋体" w:hAnsi="宋体" w:eastAsia="宋体"/>
                <w:b w:val="0"/>
                <w:sz w:val="18"/>
              </w:rPr>
              <w:t>④检验并写出答语。</w:t>
            </w:r>
          </w:p>
        </w:tc>
        <w:tc>
          <w:tcPr>
            <w:tcW w:type="dxa" w:w="3061"/>
          </w:tcPr>
          <w:p>
            <w:pPr>
              <w:spacing w:after="20" w:line="276" w:lineRule="auto"/>
            </w:pPr>
            <w:r/>
            <w:r>
              <w:rPr>
                <w:rFonts w:ascii="宋体" w:hAnsi="宋体" w:eastAsia="宋体"/>
                <w:b w:val="0"/>
                <w:sz w:val="18"/>
              </w:rPr>
              <w:t>预设1：知道了原来平均每天照明用电100千瓦时，改用节能灯以后，现在平均每天只用电25千瓦时。要解决的问题是：原来5天的用电量现在可以用多少天。</w:t>
            </w:r>
          </w:p>
          <w:p>
            <w:pPr>
              <w:spacing w:after="20" w:line="276" w:lineRule="auto"/>
            </w:pPr>
            <w:r>
              <w:rPr>
                <w:rFonts w:ascii="宋体" w:hAnsi="宋体" w:eastAsia="宋体"/>
                <w:b w:val="0"/>
                <w:sz w:val="18"/>
              </w:rPr>
              <w:t>预设2：我用表格来整理信息，更加一目了然。</w:t>
            </w:r>
          </w:p>
          <w:p>
            <w:pPr>
              <w:spacing w:after="20" w:line="276" w:lineRule="auto"/>
            </w:pPr>
            <w:r>
              <w:rPr>
                <w:rFonts w:ascii="宋体" w:hAnsi="宋体" w:eastAsia="宋体"/>
                <w:b w:val="0"/>
                <w:sz w:val="18"/>
              </w:rPr>
              <w:t>学生独立思考，完成解答。</w:t>
            </w:r>
          </w:p>
          <w:p>
            <w:pPr>
              <w:spacing w:after="20" w:line="276" w:lineRule="auto"/>
            </w:pPr>
            <w:r>
              <w:rPr>
                <w:rFonts w:ascii="宋体" w:hAnsi="宋体" w:eastAsia="宋体"/>
                <w:b w:val="0"/>
                <w:sz w:val="18"/>
              </w:rPr>
              <w:t>预设1：先求出总用电量，再求现在的用电天数。</w:t>
            </w:r>
          </w:p>
          <w:p>
            <w:pPr>
              <w:spacing w:after="20" w:line="276" w:lineRule="auto"/>
            </w:pPr>
            <w:r>
              <w:rPr>
                <w:rFonts w:ascii="宋体" w:hAnsi="宋体" w:eastAsia="宋体"/>
                <w:b w:val="0"/>
                <w:sz w:val="18"/>
              </w:rPr>
              <w:t>预设2：先求出每天用电量的倍数关系，再求现在的用电天数。</w:t>
            </w:r>
          </w:p>
          <w:p>
            <w:pPr>
              <w:spacing w:after="20" w:line="276" w:lineRule="auto"/>
            </w:pPr>
            <w:r>
              <w:rPr>
                <w:rFonts w:ascii="宋体" w:hAnsi="宋体" w:eastAsia="宋体"/>
                <w:b w:val="0"/>
                <w:sz w:val="18"/>
              </w:rPr>
              <w:t>预设1：解：设原来5天的用电量现在可以用x天。</w:t>
            </w:r>
          </w:p>
          <w:p>
            <w:pPr>
              <w:spacing w:after="20" w:line="276" w:lineRule="auto"/>
            </w:pPr>
            <w:r>
              <w:rPr>
                <w:rFonts w:ascii="宋体" w:hAnsi="宋体" w:eastAsia="宋体"/>
                <w:b w:val="0"/>
                <w:sz w:val="18"/>
              </w:rPr>
              <w:t>预设2：解：设原来5天的用电量现在可以用x天。</w:t>
            </w:r>
          </w:p>
          <w:p>
            <w:pPr>
              <w:spacing w:after="20" w:line="276" w:lineRule="auto"/>
            </w:pPr>
            <w:r>
              <w:rPr>
                <w:rFonts w:ascii="宋体" w:hAnsi="宋体" w:eastAsia="宋体"/>
                <w:b w:val="0"/>
                <w:sz w:val="18"/>
              </w:rPr>
              <w:t>学生在交流时可能会出现两个问题：一是知道第一个解答是错误的，但并不知道为什么错；二是对第二种解答质疑，</w:t>
            </w:r>
          </w:p>
          <w:p>
            <w:pPr>
              <w:spacing w:after="20" w:line="276" w:lineRule="auto"/>
            </w:pPr>
            <w:r>
              <w:rPr>
                <w:rFonts w:ascii="宋体" w:hAnsi="宋体" w:eastAsia="宋体"/>
                <w:b w:val="0"/>
                <w:sz w:val="18"/>
              </w:rPr>
              <w:t>学生对于用反比例知识解决问题一直有一个困惑，就是像25x=100×5这样的等式是不是比例。通过辨析，可让学生明确：用比例的方法解决问题，并非一定要将式子列成比例，我们可以根据反比例的意义，列出乘积相等的等式。反之，根据比例的基本性质，这样的等式也一定能组成比例。</w:t>
            </w:r>
          </w:p>
          <w:p>
            <w:pPr>
              <w:spacing w:after="20" w:line="276" w:lineRule="auto"/>
            </w:pPr>
            <w:r>
              <w:rPr>
                <w:rFonts w:ascii="宋体" w:hAnsi="宋体" w:eastAsia="宋体"/>
                <w:b w:val="0"/>
                <w:sz w:val="18"/>
              </w:rPr>
              <w:t>引导学生完整表达：题目中相关联的两种量是平均每天用电量和天数，用电总量一定，也就是它们的乘积一定。所以平均每天用电量和天数成反比例关系，用关系式表示是：平均每天用电量×天数=总用电量。(板书：平均每天用电量×天数=总用电量)</w:t>
            </w:r>
          </w:p>
          <w:p>
            <w:pPr>
              <w:spacing w:after="20" w:line="276" w:lineRule="auto"/>
            </w:pPr>
            <w:r>
              <w:rPr>
                <w:rFonts w:ascii="宋体" w:hAnsi="宋体" w:eastAsia="宋体"/>
                <w:b w:val="0"/>
                <w:sz w:val="18"/>
              </w:rPr>
              <w:t>学生会说第二种解答是正确的。教师追问：那你知道第一种解答错在哪了吗？引导学生说出比例左边与右边的比值意义不同，所以不成比例。（教师擦除板书中错误的解法）</w:t>
            </w:r>
          </w:p>
          <w:p>
            <w:pPr>
              <w:spacing w:after="20" w:line="276" w:lineRule="auto"/>
            </w:pPr>
            <w:r>
              <w:rPr>
                <w:rFonts w:ascii="宋体" w:hAnsi="宋体" w:eastAsia="宋体"/>
                <w:b w:val="0"/>
                <w:sz w:val="18"/>
              </w:rPr>
              <w:t>将答案代入到等式中进行检验，明确解这个问题</w:t>
            </w:r>
          </w:p>
          <w:p>
            <w:pPr>
              <w:spacing w:after="20" w:line="276" w:lineRule="auto"/>
            </w:pPr>
            <w:r>
              <w:rPr>
                <w:rFonts w:ascii="宋体" w:hAnsi="宋体" w:eastAsia="宋体"/>
                <w:b w:val="0"/>
                <w:sz w:val="18"/>
              </w:rPr>
              <w:t>学生可能会说，算术法先算的是总用电量，而比例也是根据总用电量不变的关系来解决问题的。</w:t>
            </w:r>
          </w:p>
          <w:p>
            <w:pPr>
              <w:spacing w:after="20" w:line="276" w:lineRule="auto"/>
            </w:pPr>
            <w:r>
              <w:rPr>
                <w:rFonts w:ascii="宋体" w:hAnsi="宋体" w:eastAsia="宋体"/>
                <w:b w:val="0"/>
                <w:sz w:val="18"/>
              </w:rPr>
              <w:t>学生独立完成后交流，指名学生板演。</w:t>
            </w:r>
          </w:p>
          <w:p>
            <w:pPr>
              <w:spacing w:after="20" w:line="276" w:lineRule="auto"/>
            </w:pPr>
            <w:r>
              <w:rPr>
                <w:rFonts w:ascii="宋体" w:hAnsi="宋体" w:eastAsia="宋体"/>
                <w:b w:val="0"/>
                <w:sz w:val="18"/>
              </w:rPr>
              <w:t>解：设现在30天的用电量原来只够用x天。</w:t>
            </w:r>
          </w:p>
        </w:tc>
        <w:tc>
          <w:tcPr>
            <w:tcW w:type="dxa" w:w="1814"/>
          </w:tcPr>
          <w:p>
            <w:pPr>
              <w:spacing w:after="20" w:line="276" w:lineRule="auto"/>
            </w:pPr>
            <w:r/>
            <w:r>
              <w:rPr>
                <w:rFonts w:ascii="宋体" w:hAnsi="宋体" w:eastAsia="宋体"/>
                <w:b w:val="0"/>
                <w:sz w:val="18"/>
              </w:rPr>
              <w:t>让学生利用已有的知识解决问题，激活学生已有的解决问题的经验，结合第一种方法提问：这种方法是抓住什么量不变？引导学生说出总用电量不变，为研究用反比例解决问题作铺垫。</w:t>
            </w:r>
          </w:p>
          <w:p>
            <w:pPr>
              <w:spacing w:after="20" w:line="276" w:lineRule="auto"/>
            </w:pPr>
            <w:r>
              <w:rPr>
                <w:rFonts w:ascii="宋体" w:hAnsi="宋体" w:eastAsia="宋体"/>
                <w:b w:val="0"/>
                <w:sz w:val="18"/>
              </w:rPr>
              <w:t>通过两种解答方法的比较，帮助学生理解用反比例知识解决问题的思路与方法，进一步理解反比例的意义。</w:t>
            </w:r>
          </w:p>
          <w:p>
            <w:pPr>
              <w:spacing w:after="20" w:line="276" w:lineRule="auto"/>
            </w:pPr>
            <w:r>
              <w:rPr>
                <w:rFonts w:ascii="宋体" w:hAnsi="宋体" w:eastAsia="宋体"/>
                <w:b w:val="0"/>
                <w:sz w:val="18"/>
              </w:rPr>
              <w:t>通过两种方法的比较，帮助学生沟通两种方法之间的联系，感受到用代数方法解决问题的一般性，明确用反比例解决问题的意义。</w:t>
            </w:r>
          </w:p>
          <w:p>
            <w:pPr>
              <w:spacing w:after="20" w:line="276" w:lineRule="auto"/>
            </w:pPr>
            <w:r>
              <w:rPr>
                <w:rFonts w:ascii="宋体" w:hAnsi="宋体" w:eastAsia="宋体"/>
                <w:b w:val="0"/>
                <w:sz w:val="18"/>
              </w:rPr>
              <w:t>沟通正、反比例解决问题的联系，使学生在辨析中明确解决此类问题的步骤和策略，创建新的认知结构，使学生对用比例解决问题有进一步的认识。</w:t>
            </w:r>
          </w:p>
        </w:tc>
      </w:tr>
      <w:tr>
        <w:tc>
          <w:tcPr>
            <w:tcW w:type="dxa" w:w="1474"/>
          </w:tcPr>
          <w:p>
            <w:pPr>
              <w:spacing w:after="20" w:line="276" w:lineRule="auto"/>
            </w:pPr>
            <w:r>
              <w:rPr>
                <w:b/>
              </w:rPr>
            </w:r>
            <w:r>
              <w:rPr>
                <w:rFonts w:ascii="宋体" w:hAnsi="宋体" w:eastAsia="宋体"/>
                <w:b/>
                <w:sz w:val="18"/>
              </w:rPr>
              <w:t>三、实际应用，提高能力</w:t>
            </w:r>
          </w:p>
        </w:tc>
        <w:tc>
          <w:tcPr>
            <w:tcW w:type="dxa" w:w="3061"/>
          </w:tcPr>
          <w:p>
            <w:pPr>
              <w:spacing w:after="20" w:line="276" w:lineRule="auto"/>
            </w:pPr>
            <w:r/>
            <w:r>
              <w:rPr>
                <w:rFonts w:ascii="宋体" w:hAnsi="宋体" w:eastAsia="宋体"/>
                <w:b w:val="0"/>
                <w:sz w:val="18"/>
              </w:rPr>
              <w:t>1.完成教科书P60“做一做”第1、2题。</w:t>
            </w:r>
          </w:p>
          <w:p>
            <w:pPr>
              <w:spacing w:after="20" w:line="276" w:lineRule="auto"/>
            </w:pPr>
            <w:r>
              <w:rPr>
                <w:rFonts w:ascii="宋体" w:hAnsi="宋体" w:eastAsia="宋体"/>
                <w:b w:val="0"/>
                <w:sz w:val="18"/>
              </w:rPr>
              <w:t>第2题：题目中的不变量是买圆珠笔的钱，数量与单价成反比例关系，根据数量×单价=总价来解决问题。</w:t>
            </w:r>
          </w:p>
          <w:p>
            <w:pPr>
              <w:spacing w:after="20" w:line="276" w:lineRule="auto"/>
            </w:pPr>
            <w:r>
              <w:rPr>
                <w:rFonts w:ascii="宋体" w:hAnsi="宋体" w:eastAsia="宋体"/>
                <w:b w:val="0"/>
                <w:sz w:val="18"/>
              </w:rPr>
              <w:t>师：这两道题中都有单价、数量和总价，为什么一个用正比例来解决，一个用反比例来解决呢？</w:t>
            </w:r>
          </w:p>
          <w:p>
            <w:pPr>
              <w:spacing w:after="20" w:line="276" w:lineRule="auto"/>
            </w:pPr>
            <w:r>
              <w:rPr>
                <w:rFonts w:ascii="宋体" w:hAnsi="宋体" w:eastAsia="宋体"/>
                <w:b w:val="0"/>
                <w:sz w:val="18"/>
              </w:rPr>
              <w:t>2.完成教科书P62“练习十一”第5、8、9题。</w:t>
            </w:r>
          </w:p>
          <w:p>
            <w:pPr>
              <w:spacing w:after="20" w:line="276" w:lineRule="auto"/>
            </w:pPr>
            <w:r>
              <w:rPr>
                <w:rFonts w:ascii="宋体" w:hAnsi="宋体" w:eastAsia="宋体"/>
                <w:b w:val="0"/>
                <w:sz w:val="18"/>
              </w:rPr>
              <w:t>师：你能解决这几个问题吗？赶紧动手试一试吧！</w:t>
            </w:r>
          </w:p>
          <w:p>
            <w:pPr>
              <w:spacing w:after="20" w:line="276" w:lineRule="auto"/>
            </w:pPr>
            <w:r>
              <w:rPr>
                <w:rFonts w:ascii="宋体" w:hAnsi="宋体" w:eastAsia="宋体"/>
                <w:b w:val="0"/>
                <w:sz w:val="18"/>
              </w:rPr>
              <w:t>第5题：工作总量一定，每天工作的时间与天数成反比例关系，每天工作的时间×天数=工作总量。</w:t>
            </w:r>
          </w:p>
          <w:p>
            <w:pPr>
              <w:spacing w:after="20" w:line="276" w:lineRule="auto"/>
            </w:pPr>
            <w:r>
              <w:rPr>
                <w:rFonts w:ascii="宋体" w:hAnsi="宋体" w:eastAsia="宋体"/>
                <w:b w:val="0"/>
                <w:sz w:val="18"/>
              </w:rPr>
              <w:t>第8题：这本文学名著的总页数一定，每天读的页数与天数成反比例关系，每天读的页数×天数=总页数。</w:t>
            </w:r>
          </w:p>
          <w:p>
            <w:pPr>
              <w:spacing w:after="20" w:line="276" w:lineRule="auto"/>
            </w:pPr>
            <w:r>
              <w:rPr>
                <w:rFonts w:ascii="宋体" w:hAnsi="宋体" w:eastAsia="宋体"/>
                <w:b w:val="0"/>
                <w:sz w:val="18"/>
              </w:rPr>
              <w:t>第9题：收割的总面积一定，每小时收割的面积与收割时间成反比例关系，每小时收割的面积×收割时间=收割的总面积。第二问中要求共产小麦多少吨，就要先求小麦的总面积。第三问比较开放，可以提示学生首先对前面的信息进行整合和分析，再根据数量关系提出问题。例如：如果每小时收割0.5公顷，多少小时能完成任务？同样也利用反比例关系来解决。</w:t>
            </w:r>
          </w:p>
          <w:p>
            <w:pPr>
              <w:spacing w:after="20" w:line="276" w:lineRule="auto"/>
            </w:pPr>
            <w:r>
              <w:rPr>
                <w:rFonts w:ascii="宋体" w:hAnsi="宋体" w:eastAsia="宋体"/>
                <w:b w:val="0"/>
                <w:sz w:val="18"/>
              </w:rPr>
              <w:t>3.课件出示教科书P62“练习十一”第12题。</w:t>
            </w:r>
          </w:p>
          <w:p>
            <w:pPr>
              <w:spacing w:after="20" w:line="276" w:lineRule="auto"/>
            </w:pPr>
            <w:r>
              <w:rPr>
                <w:rFonts w:ascii="宋体" w:hAnsi="宋体" w:eastAsia="宋体"/>
                <w:b w:val="0"/>
                <w:sz w:val="18"/>
              </w:rPr>
              <w:t>师：这里有两种不同的解法，你认为谁的解法是正确的呢？</w:t>
            </w:r>
          </w:p>
          <w:p>
            <w:pPr>
              <w:spacing w:after="20" w:line="276" w:lineRule="auto"/>
            </w:pPr>
            <w:r>
              <w:rPr>
                <w:rFonts w:ascii="宋体" w:hAnsi="宋体" w:eastAsia="宋体"/>
                <w:b w:val="0"/>
                <w:sz w:val="18"/>
              </w:rPr>
              <w:t>师：我们在用比例解决问题时，要想清楚什么是不变量，这个量是怎么得到的，然后根据数量关系式列出正确的比例解答。</w:t>
            </w:r>
          </w:p>
        </w:tc>
        <w:tc>
          <w:tcPr>
            <w:tcW w:type="dxa" w:w="3061"/>
          </w:tcPr>
          <w:p>
            <w:pPr>
              <w:spacing w:after="20" w:line="276" w:lineRule="auto"/>
            </w:pPr>
            <w:r/>
            <w:r>
              <w:rPr>
                <w:rFonts w:ascii="宋体" w:hAnsi="宋体" w:eastAsia="宋体"/>
                <w:b w:val="0"/>
                <w:sz w:val="18"/>
              </w:rPr>
              <w:t>学生独立完成后，在小组内交流再汇报。</w:t>
            </w:r>
          </w:p>
          <w:p>
            <w:pPr>
              <w:spacing w:after="20" w:line="276" w:lineRule="auto"/>
            </w:pPr>
            <w:r>
              <w:rPr>
                <w:rFonts w:ascii="宋体" w:hAnsi="宋体" w:eastAsia="宋体"/>
                <w:b w:val="0"/>
                <w:sz w:val="18"/>
              </w:rPr>
              <w:t>第1题：题目中的不变量是圆珠笔的单价，总价与数量成正比例关系，根据总价÷数量=单价来解决问题。</w:t>
            </w:r>
          </w:p>
          <w:p>
            <w:pPr>
              <w:spacing w:after="20" w:line="276" w:lineRule="auto"/>
            </w:pPr>
            <w:r>
              <w:rPr>
                <w:rFonts w:ascii="宋体" w:hAnsi="宋体" w:eastAsia="宋体"/>
                <w:b w:val="0"/>
                <w:sz w:val="18"/>
              </w:rPr>
              <w:t>引导学生明确：因为两道题中的不变量不同，相关联的量也不同，它们所成的比例关系不同，所以用不同的比例知识来解决问题。</w:t>
            </w:r>
          </w:p>
          <w:p>
            <w:pPr>
              <w:spacing w:after="20" w:line="276" w:lineRule="auto"/>
            </w:pPr>
            <w:r>
              <w:rPr>
                <w:rFonts w:ascii="宋体" w:hAnsi="宋体" w:eastAsia="宋体"/>
                <w:b w:val="0"/>
                <w:sz w:val="18"/>
              </w:rPr>
              <w:t>学生独立完成后，集体交流订正。</w:t>
            </w:r>
          </w:p>
          <w:p>
            <w:pPr>
              <w:spacing w:after="20" w:line="276" w:lineRule="auto"/>
            </w:pPr>
            <w:r>
              <w:rPr>
                <w:rFonts w:ascii="宋体" w:hAnsi="宋体" w:eastAsia="宋体"/>
                <w:b w:val="0"/>
                <w:sz w:val="18"/>
              </w:rPr>
              <w:t>这几道题都是用反比例知识解决问题，汇报时要求学生说出：题目中的不变量是什么，哪两种量成反比例关系，数量关系式是什么。</w:t>
            </w:r>
          </w:p>
          <w:p>
            <w:pPr>
              <w:spacing w:after="20" w:line="276" w:lineRule="auto"/>
            </w:pPr>
            <w:r>
              <w:rPr>
                <w:rFonts w:ascii="宋体" w:hAnsi="宋体" w:eastAsia="宋体"/>
                <w:b w:val="0"/>
                <w:sz w:val="18"/>
              </w:rPr>
              <w:t>学生独立解答后汇报交流。</w:t>
            </w:r>
          </w:p>
          <w:p>
            <w:pPr>
              <w:spacing w:after="20" w:line="276" w:lineRule="auto"/>
            </w:pPr>
            <w:r>
              <w:rPr>
                <w:rFonts w:ascii="宋体" w:hAnsi="宋体" w:eastAsia="宋体"/>
                <w:b w:val="0"/>
                <w:sz w:val="18"/>
              </w:rPr>
            </w:r>
          </w:p>
          <w:p>
            <w:pPr>
              <w:spacing w:after="20" w:line="276" w:lineRule="auto"/>
            </w:pPr>
            <w:r>
              <w:rPr>
                <w:rFonts w:ascii="宋体" w:hAnsi="宋体" w:eastAsia="宋体"/>
                <w:b w:val="0"/>
                <w:sz w:val="18"/>
              </w:rPr>
              <w:t>预设1：第一种是错误的，因为他是用方砖的边长×块数，这个积不是表示客厅的面积。</w:t>
            </w:r>
          </w:p>
          <w:p>
            <w:pPr>
              <w:spacing w:after="20" w:line="276" w:lineRule="auto"/>
            </w:pPr>
            <w:r>
              <w:rPr>
                <w:rFonts w:ascii="宋体" w:hAnsi="宋体" w:eastAsia="宋体"/>
                <w:b w:val="0"/>
                <w:sz w:val="18"/>
              </w:rPr>
              <w:t>预设2：第二种是正确的，因为在这道题中，客厅地面的面积是不变量，所以每块方砖的面积与块数成反比例关系。</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通过有层次的练习及时反馈学情，巩固新知，培养学生灵活运用知识解决问题的能力，核心问题："这两道题中都有单价、数量和总价，为什么一个用正比例来解决，一个用反比例来解决呢？"</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师：回顾今天的学习过程，你们有什么收获呢？</w:t>
            </w:r>
          </w:p>
          <w:p>
            <w:pPr>
              <w:spacing w:after="20" w:line="276" w:lineRule="auto"/>
            </w:pPr>
            <w:r>
              <w:rPr>
                <w:rFonts w:ascii="宋体" w:hAnsi="宋体" w:eastAsia="宋体"/>
                <w:b w:val="0"/>
                <w:sz w:val="18"/>
              </w:rPr>
              <w:t>指导学生用反比例解决问题，熟悉解决这一类问题的步骤与方法：要先找到题目中的不变量，确定哪两种量成反比例关系，再根据反比例关系解答。</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引导学生回顾梳理本课所学，完善认知结构，提升归纳与反思能力，核心问题："回顾今天的学习过程，你们有什么收获呢？"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完成教科书对应课时的"做一做"及练习。</w:t>
      </w:r>
    </w:p>
    <w:p>
      <w:pPr>
        <w:spacing w:after="40" w:line="300" w:lineRule="auto"/>
        <w:ind w:firstLine="400"/>
      </w:pPr>
      <w:r>
        <w:rPr>
          <w:rFonts w:ascii="宋体" w:hAnsi="宋体" w:eastAsia="宋体"/>
          <w:b w:val="0"/>
          <w:sz w:val="20"/>
        </w:rPr>
        <w:t>② 原设计安排：见“状元成才路”系列丛书《创优作业100分》对应课时作业。 1爸爸和同事开车从宜昌去长沙办事，按照导航所给的一条路线去时需要行驶4.5小时，平均每小时行驶90 km。原路返回时，平均每小时行驶81 km，大约需要几小时能返回？ （1）因为（ ）一定，（ ）和（ ）成反比例关系。 （2）设大约需要x小时能返回，可列出比例（ ），x＝（ ）。 2实验小学为营造良好的校园生态环境，购买了一批杜鹃花栽 在长方形花坛里。若每行栽16棵，正好栽15行。如果每行栽20棵，能栽多少行？设能栽x行，下面（ ）列式正确。（填序号） A.16x＝15×20 B.20x＝16×15 C.x∶20＝15∶16 D.x∶20＝16∶15, 参考答案 1.（1）路程 速度 时间 （2）81x＝90×4.5 5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教学设计与用正比例解决问题类似，但在这节课中可以让学生自主迁移已有的知识经验，主动探究用反比例知识解决实际问题的方法。例如，如何梳理条件，如何分析条件与问题之间的联系，如何确定两种量及两种量之间的关系等。在这节课中，学生解决问题的思路更清晰，表达更简洁、准确，能从不同角度来思考并解决问题，能力得到明显的提高。教师要注重引导学生对正、反比例两类问题进行沟通和对比，体会解决问题思路的一致性。</w:t>
      </w:r>
    </w:p>
    <w:p>
      <w:r>
        <w:br w:type="page"/>
      </w:r>
    </w:p>
    <w:p>
      <w:pPr>
        <w:spacing w:after="80" w:line="300" w:lineRule="auto"/>
      </w:pPr>
      <w:r>
        <w:rPr>
          <w:rFonts w:ascii="黑体" w:hAnsi="黑体" w:eastAsia="黑体"/>
          <w:b/>
          <w:sz w:val="24"/>
        </w:rPr>
        <w:t>二、课时教学方案（第15课时）</w:t>
      </w:r>
    </w:p>
    <w:p>
      <w:pPr>
        <w:spacing w:after="80" w:line="300" w:lineRule="auto"/>
      </w:pPr>
      <w:r>
        <w:rPr>
          <w:rFonts w:ascii="黑体" w:hAnsi="黑体" w:eastAsia="黑体"/>
          <w:b/>
          <w:sz w:val="24"/>
        </w:rPr>
        <w:t>第15课时　╫╘╨╨│╡└∩╡─╩²╤ºí╛╜╠░╕í┐</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第15课时　╫╘╨╨│╡└∩╡─╩²╤ºí╛╜╠░╕í┐</w:t>
            </w:r>
          </w:p>
        </w:tc>
        <w:tc>
          <w:tcPr>
            <w:tcW w:type="dxa" w:w="6009"/>
          </w:tcPr>
          <w:p>
            <w:pPr>
              <w:spacing w:after="20" w:line="276" w:lineRule="auto"/>
            </w:pPr>
            <w:r/>
            <w:r>
              <w:rPr>
                <w:rFonts w:ascii="宋体" w:hAnsi="宋体" w:eastAsia="宋体"/>
                <w:b w:val="0"/>
                <w:sz w:val="20"/>
              </w:rPr>
              <w:t>第4单元 比例</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比例这一单元时，已经学习了比、除法的意义和分数的意义，以及分数的基本性质、分数与除法的关系、分数乘除法的计算方法等，这些都是学习本单元内容的基础知识。比例是小学阶段数与代数部分最后一单元学习的内容，这部分内容的特点是应用性强、综合性强、内容情境不新，但采用新的思维方式和数学模型，需要学生在较高水平层面上学习。</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教学内容：教科书P65。</w:t>
      </w:r>
    </w:p>
    <w:p>
      <w:pPr>
        <w:spacing w:after="80" w:line="300" w:lineRule="auto"/>
        <w:ind w:firstLine="400"/>
      </w:pPr>
      <w:r>
        <w:rPr>
          <w:rFonts w:ascii="宋体" w:hAnsi="宋体" w:eastAsia="宋体"/>
          <w:b w:val="0"/>
          <w:sz w:val="20"/>
        </w:rPr>
        <w:t>教学准备：课件，指定部分学生课前测量结果。</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（1）理解并掌握自行车“蹬一圈走多远”的计算方法，探索变速自行车的速度与其内在结构的关系。</w:t>
      </w:r>
    </w:p>
    <w:p>
      <w:pPr>
        <w:spacing w:after="20" w:line="300" w:lineRule="auto"/>
        <w:ind w:firstLine="400"/>
      </w:pPr>
      <w:r>
        <w:rPr>
          <w:rFonts w:ascii="宋体" w:hAnsi="宋体" w:eastAsia="宋体"/>
          <w:b w:val="0"/>
          <w:sz w:val="20"/>
        </w:rPr>
        <w:t>（2）经历“提出问题——分析问题——建立数学模型——实际应用”的解决问题的基本过程，获得解决问题的思考方法，进一步学习建模思想。</w:t>
      </w:r>
    </w:p>
    <w:p>
      <w:pPr>
        <w:spacing w:after="20" w:line="300" w:lineRule="auto"/>
        <w:ind w:firstLine="400"/>
      </w:pPr>
      <w:r>
        <w:rPr>
          <w:rFonts w:ascii="宋体" w:hAnsi="宋体" w:eastAsia="宋体"/>
          <w:b w:val="0"/>
          <w:sz w:val="20"/>
        </w:rPr>
        <w:t>（3）通过解决问题感受数学的应用价值，培养学生运用数学的意识。</w:t>
      </w:r>
    </w:p>
    <w:p>
      <w:pPr>
        <w:spacing w:after="20" w:line="300" w:lineRule="auto"/>
      </w:pPr>
      <w:r>
        <w:rPr>
          <w:rFonts w:ascii="宋体" w:hAnsi="宋体" w:eastAsia="宋体"/>
          <w:b w:val="0"/>
          <w:sz w:val="20"/>
        </w:rPr>
        <w:t>教学重点：研究普通自行车的速度与其内在结构的关系以及变速自行车能变化出多少种速度。</w:t>
      </w:r>
    </w:p>
    <w:p>
      <w:pPr>
        <w:spacing w:after="20" w:line="300" w:lineRule="auto"/>
      </w:pPr>
      <w:r>
        <w:rPr>
          <w:rFonts w:ascii="宋体" w:hAnsi="宋体" w:eastAsia="宋体"/>
          <w:b w:val="0"/>
          <w:sz w:val="20"/>
        </w:rPr>
        <w:t>教学难点：研究普通自行车的前、后齿轮的齿数与它们的转数的关系。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一、出示自行车图片，揭示课题</w:t>
            </w:r>
          </w:p>
        </w:tc>
        <w:tc>
          <w:tcPr>
            <w:tcW w:type="dxa" w:w="1814"/>
          </w:tcPr>
          <w:p>
            <w:pPr>
              <w:spacing w:after="20" w:line="276" w:lineRule="auto"/>
            </w:pPr>
            <w:r/>
            <w:r>
              <w:rPr>
                <w:rFonts w:ascii="宋体" w:hAnsi="宋体" w:eastAsia="宋体"/>
                <w:b w:val="0"/>
                <w:sz w:val="18"/>
              </w:rPr>
              <w:t>课件、图片</w:t>
            </w:r>
          </w:p>
        </w:tc>
        <w:tc>
          <w:tcPr>
            <w:tcW w:type="dxa" w:w="3402"/>
          </w:tcPr>
          <w:p>
            <w:pPr>
              <w:spacing w:after="20" w:line="276" w:lineRule="auto"/>
            </w:pPr>
            <w:r/>
            <w:r>
              <w:rPr>
                <w:rFonts w:ascii="宋体" w:hAnsi="宋体" w:eastAsia="宋体"/>
                <w:b w:val="0"/>
                <w:sz w:val="18"/>
              </w:rPr>
              <w:t>你想了解自行车里的哪些数学知识？</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二、研究普通自行车的速度与内在结构的关系</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知道一辆自行车蹬一圈能走多远吗？怎样解决这个问题呢？；前、后两个齿轮通过链条连接在一起。前齿轮转动一个齿，链条怎么动？后齿轮怎么动？</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三、研究变速自行车能变化出多少种速度</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我们解决了A、B两辆自行车蹬一圈行多少米的问题。如果是你，愿意骑哪辆自行车？为什么？；这辆变速自行车，有2个前齿轮和6个后齿轮，它能变化出多少种速度呢？</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四、拓展延伸，实际应用</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通过今天的学习活动，你们发现了自行车里运用到以前学过的哪些数学知识？(圆的周长、排列组合、比例等)你有哪些收获？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一、出示自行车图片，揭示课题</w:t>
            </w:r>
          </w:p>
        </w:tc>
        <w:tc>
          <w:tcPr>
            <w:tcW w:type="dxa" w:w="3061"/>
          </w:tcPr>
          <w:p>
            <w:pPr>
              <w:spacing w:after="20" w:line="276" w:lineRule="auto"/>
            </w:pPr>
            <w:r/>
            <w:r>
              <w:rPr>
                <w:rFonts w:ascii="宋体" w:hAnsi="宋体" w:eastAsia="宋体"/>
                <w:b w:val="0"/>
                <w:sz w:val="18"/>
              </w:rPr>
              <w:t>课件出示图片。</w:t>
            </w:r>
          </w:p>
          <w:p>
            <w:pPr>
              <w:spacing w:after="20" w:line="276" w:lineRule="auto"/>
            </w:pPr>
            <w:r>
              <w:rPr>
                <w:rFonts w:ascii="宋体" w:hAnsi="宋体" w:eastAsia="宋体"/>
                <w:b w:val="0"/>
                <w:sz w:val="18"/>
              </w:rPr>
              <w:t>师：我们国家是一个自行车大国，每天马路上来往的自行车络绎不绝。其实自行车里包含许多的数学知识。</w:t>
            </w:r>
          </w:p>
          <w:p>
            <w:pPr>
              <w:spacing w:after="20" w:line="276" w:lineRule="auto"/>
            </w:pPr>
            <w:r>
              <w:rPr>
                <w:rFonts w:ascii="宋体" w:hAnsi="宋体" w:eastAsia="宋体"/>
                <w:b w:val="0"/>
                <w:sz w:val="18"/>
              </w:rPr>
              <w:t>虽然在生活中学生都见过自行车，但从数学的角度来研究自行车里的问题，学生是第一次，应鼓励学生大胆提出问题，带着问题进入学习。</w:t>
            </w:r>
          </w:p>
          <w:p>
            <w:pPr>
              <w:spacing w:after="20" w:line="276" w:lineRule="auto"/>
            </w:pPr>
            <w:r>
              <w:rPr>
                <w:rFonts w:ascii="宋体" w:hAnsi="宋体" w:eastAsia="宋体"/>
                <w:b w:val="0"/>
                <w:sz w:val="18"/>
              </w:rPr>
              <w:t>师：你想了解自行车里的哪些数学知识？</w:t>
            </w:r>
          </w:p>
          <w:p>
            <w:pPr>
              <w:spacing w:after="20" w:line="276" w:lineRule="auto"/>
            </w:pPr>
            <w:r>
              <w:rPr>
                <w:rFonts w:ascii="宋体" w:hAnsi="宋体" w:eastAsia="宋体"/>
                <w:b w:val="0"/>
                <w:sz w:val="18"/>
              </w:rPr>
              <w:t>师：今天我们就一起研究自行车里的数学。(板书课题：自行车里的数学)</w:t>
            </w:r>
          </w:p>
        </w:tc>
        <w:tc>
          <w:tcPr>
            <w:tcW w:type="dxa" w:w="3061"/>
          </w:tcPr>
          <w:p>
            <w:pPr>
              <w:spacing w:after="20" w:line="276" w:lineRule="auto"/>
            </w:pPr>
            <w:r/>
            <w:r>
              <w:rPr>
                <w:rFonts w:ascii="宋体" w:hAnsi="宋体" w:eastAsia="宋体"/>
                <w:b w:val="0"/>
                <w:sz w:val="18"/>
              </w:rPr>
              <w:t>预设1：我想知道自行车蹬一圈能走多远？</w:t>
            </w:r>
          </w:p>
          <w:p>
            <w:pPr>
              <w:spacing w:after="20" w:line="276" w:lineRule="auto"/>
            </w:pPr>
            <w:r>
              <w:rPr>
                <w:rFonts w:ascii="宋体" w:hAnsi="宋体" w:eastAsia="宋体"/>
                <w:b w:val="0"/>
                <w:sz w:val="18"/>
              </w:rPr>
              <w:t>预设2：自行车是后轮带动前轮，还是前轮带动后轮？</w:t>
            </w:r>
          </w:p>
          <w:p>
            <w:pPr>
              <w:spacing w:after="20" w:line="276" w:lineRule="auto"/>
            </w:pPr>
            <w:r>
              <w:rPr>
                <w:rFonts w:ascii="宋体" w:hAnsi="宋体" w:eastAsia="宋体"/>
                <w:b w:val="0"/>
                <w:sz w:val="18"/>
              </w:rPr>
              <w:t>预设3：为什么前后两个齿轮有大有小？</w:t>
            </w:r>
          </w:p>
          <w:p>
            <w:pPr>
              <w:spacing w:after="20" w:line="276" w:lineRule="auto"/>
            </w:pPr>
            <w:r>
              <w:rPr>
                <w:rFonts w:ascii="宋体" w:hAnsi="宋体" w:eastAsia="宋体"/>
                <w:b w:val="0"/>
                <w:sz w:val="18"/>
              </w:rPr>
              <w:t>预设4：变速自行车是怎么变速的呢？</w:t>
            </w:r>
          </w:p>
        </w:tc>
        <w:tc>
          <w:tcPr>
            <w:tcW w:type="dxa" w:w="1814"/>
          </w:tcPr>
          <w:p>
            <w:pPr>
              <w:spacing w:after="20" w:line="276" w:lineRule="auto"/>
            </w:pPr>
            <w:r/>
            <w:r>
              <w:rPr>
                <w:rFonts w:ascii="宋体" w:hAnsi="宋体" w:eastAsia="宋体"/>
                <w:b w:val="0"/>
                <w:sz w:val="18"/>
              </w:rPr>
              <w:t>开门见山，引导学生用数学的眼光观察自行车，鼓励学生提出想探究的问题，激发学生的学习兴趣。</w:t>
            </w:r>
          </w:p>
        </w:tc>
      </w:tr>
      <w:tr>
        <w:tc>
          <w:tcPr>
            <w:tcW w:type="dxa" w:w="1474"/>
          </w:tcPr>
          <w:p>
            <w:pPr>
              <w:spacing w:after="20" w:line="276" w:lineRule="auto"/>
            </w:pPr>
            <w:r>
              <w:rPr>
                <w:b/>
              </w:rPr>
            </w:r>
            <w:r>
              <w:rPr>
                <w:rFonts w:ascii="宋体" w:hAnsi="宋体" w:eastAsia="宋体"/>
                <w:b/>
                <w:sz w:val="18"/>
              </w:rPr>
              <w:t>二、研究普通自行车的速度与内在结构的关系</w:t>
            </w:r>
          </w:p>
        </w:tc>
        <w:tc>
          <w:tcPr>
            <w:tcW w:type="dxa" w:w="3061"/>
          </w:tcPr>
          <w:p>
            <w:pPr>
              <w:spacing w:after="20" w:line="276" w:lineRule="auto"/>
            </w:pPr>
            <w:r/>
            <w:r>
              <w:rPr>
                <w:rFonts w:ascii="宋体" w:hAnsi="宋体" w:eastAsia="宋体"/>
                <w:b w:val="0"/>
                <w:sz w:val="18"/>
              </w:rPr>
              <w:t>1.提出问题。</w:t>
            </w:r>
          </w:p>
          <w:p>
            <w:pPr>
              <w:spacing w:after="20" w:line="276" w:lineRule="auto"/>
            </w:pPr>
            <w:r>
              <w:rPr>
                <w:rFonts w:ascii="宋体" w:hAnsi="宋体" w:eastAsia="宋体"/>
                <w:b w:val="0"/>
                <w:sz w:val="18"/>
              </w:rPr>
              <w:t>师：知道一辆自行车蹬一圈能走多远吗？怎样解决这个问题呢？</w:t>
            </w:r>
          </w:p>
          <w:p>
            <w:pPr>
              <w:spacing w:after="20" w:line="276" w:lineRule="auto"/>
            </w:pPr>
            <w:r>
              <w:rPr>
                <w:rFonts w:ascii="宋体" w:hAnsi="宋体" w:eastAsia="宋体"/>
                <w:b w:val="0"/>
                <w:sz w:val="18"/>
              </w:rPr>
              <w:t>2.分析问题，探索方法。</w:t>
            </w:r>
          </w:p>
          <w:p>
            <w:pPr>
              <w:spacing w:after="20" w:line="276" w:lineRule="auto"/>
            </w:pPr>
            <w:r>
              <w:rPr>
                <w:rFonts w:ascii="宋体" w:hAnsi="宋体" w:eastAsia="宋体"/>
                <w:b w:val="0"/>
                <w:sz w:val="18"/>
              </w:rPr>
              <w:t>(1)交流比较，优化方法。</w:t>
            </w:r>
          </w:p>
          <w:p>
            <w:pPr>
              <w:spacing w:after="20" w:line="276" w:lineRule="auto"/>
            </w:pPr>
            <w:r>
              <w:rPr>
                <w:rFonts w:ascii="宋体" w:hAnsi="宋体" w:eastAsia="宋体"/>
                <w:b w:val="0"/>
                <w:sz w:val="18"/>
              </w:rPr>
              <w:t>师：课前，我请几位同学对一辆自行车蹬一圈所行路程进行了独立测量，请他们来汇报一下测量结果。</w:t>
            </w:r>
          </w:p>
          <w:p>
            <w:pPr>
              <w:spacing w:after="20" w:line="276" w:lineRule="auto"/>
            </w:pPr>
            <w:r>
              <w:rPr>
                <w:rFonts w:ascii="宋体" w:hAnsi="宋体" w:eastAsia="宋体"/>
                <w:b w:val="0"/>
                <w:sz w:val="18"/>
              </w:rPr>
              <w:t>(2)观察发现问题关键。</w:t>
            </w:r>
          </w:p>
          <w:p>
            <w:pPr>
              <w:spacing w:after="20" w:line="276" w:lineRule="auto"/>
            </w:pPr>
            <w:r>
              <w:rPr>
                <w:rFonts w:ascii="宋体" w:hAnsi="宋体" w:eastAsia="宋体"/>
                <w:b w:val="0"/>
                <w:sz w:val="18"/>
              </w:rPr>
              <w:t>师：要想知道自行车蹬一圈能走多远，我们还得了解自行车的</w:t>
            </w:r>
          </w:p>
          <w:p>
            <w:pPr>
              <w:spacing w:after="20" w:line="276" w:lineRule="auto"/>
            </w:pPr>
            <w:r>
              <w:rPr>
                <w:rFonts w:ascii="宋体" w:hAnsi="宋体" w:eastAsia="宋体"/>
                <w:b w:val="0"/>
                <w:sz w:val="18"/>
              </w:rPr>
              <w:t>“前齿轮转一圈时，后齿轮转几圈”是解决问题的关键，也是本节课的难点。教学中分两个层次进行，第一个层次逐步引导学生从自行车的内部结构出发，去思考探究“蹬一圈，车轮转动的圈数”这个未知条件；第二个层次通过生动的动态演示，将研究“蹬一圈，车轮转动的圈数”转化为研究“前齿轮转一圈时，后齿轮转动的圈数”。注意让学生经历数学知识的形成过程，充分体验、领悟、探究，逐步完善建模的过程。</w:t>
            </w:r>
          </w:p>
          <w:p>
            <w:pPr>
              <w:spacing w:after="20" w:line="276" w:lineRule="auto"/>
            </w:pPr>
            <w:r>
              <w:rPr>
                <w:rFonts w:ascii="宋体" w:hAnsi="宋体" w:eastAsia="宋体"/>
                <w:b w:val="0"/>
                <w:sz w:val="18"/>
              </w:rPr>
              <w:t>结构和行进原理。</w:t>
            </w:r>
          </w:p>
          <w:p>
            <w:pPr>
              <w:spacing w:after="20" w:line="276" w:lineRule="auto"/>
            </w:pPr>
            <w:r>
              <w:rPr>
                <w:rFonts w:ascii="宋体" w:hAnsi="宋体" w:eastAsia="宋体"/>
                <w:b w:val="0"/>
                <w:sz w:val="18"/>
              </w:rPr>
              <w:t>(课件播放自行车行进的动画，请学生仔细观察并讨论。)</w:t>
            </w:r>
          </w:p>
          <w:p>
            <w:pPr>
              <w:spacing w:after="20" w:line="276" w:lineRule="auto"/>
            </w:pPr>
            <w:r>
              <w:rPr>
                <w:rFonts w:ascii="宋体" w:hAnsi="宋体" w:eastAsia="宋体"/>
                <w:b w:val="0"/>
                <w:sz w:val="18"/>
              </w:rPr>
              <w:t>师：照这样分析，解决问题的关键是：蹬踏板一圈即前齿轮转一圈，而此时后齿轮转几圈呢？怎样才能知道呢？</w:t>
            </w:r>
          </w:p>
          <w:p>
            <w:pPr>
              <w:spacing w:after="20" w:line="276" w:lineRule="auto"/>
            </w:pPr>
            <w:r>
              <w:rPr>
                <w:rFonts w:ascii="宋体" w:hAnsi="宋体" w:eastAsia="宋体"/>
                <w:b w:val="0"/>
                <w:sz w:val="18"/>
              </w:rPr>
              <w:t>(3)观察研究，建立数学模型。</w:t>
            </w:r>
          </w:p>
          <w:p>
            <w:pPr>
              <w:spacing w:after="20" w:line="276" w:lineRule="auto"/>
            </w:pPr>
            <w:r>
              <w:rPr>
                <w:rFonts w:ascii="宋体" w:hAnsi="宋体" w:eastAsia="宋体"/>
                <w:b w:val="0"/>
                <w:sz w:val="18"/>
              </w:rPr>
              <w:t>师：前、后两个齿轮通过链条连接在一起。前齿轮转动一个齿，链条怎么动？后齿轮怎么动？</w:t>
            </w:r>
          </w:p>
          <w:p>
            <w:pPr>
              <w:spacing w:after="20" w:line="276" w:lineRule="auto"/>
            </w:pPr>
            <w:r>
              <w:rPr>
                <w:rFonts w:ascii="宋体" w:hAnsi="宋体" w:eastAsia="宋体"/>
                <w:b w:val="0"/>
                <w:sz w:val="18"/>
              </w:rPr>
              <w:t>(课件出示自行车踏板慢慢转动一圈，学生观察前、后齿轮之间的传动关系。)</w:t>
            </w:r>
          </w:p>
          <w:p>
            <w:pPr>
              <w:spacing w:after="20" w:line="276" w:lineRule="auto"/>
            </w:pPr>
            <w:r>
              <w:rPr>
                <w:rFonts w:ascii="宋体" w:hAnsi="宋体" w:eastAsia="宋体"/>
                <w:b w:val="0"/>
                <w:sz w:val="18"/>
              </w:rPr>
              <w:t>师：前、后齿轮的齿数与它们的转数有什么关系？</w:t>
            </w:r>
          </w:p>
          <w:p>
            <w:pPr>
              <w:spacing w:after="20" w:line="276" w:lineRule="auto"/>
            </w:pPr>
            <w:r>
              <w:rPr>
                <w:rFonts w:ascii="宋体" w:hAnsi="宋体" w:eastAsia="宋体"/>
                <w:b w:val="0"/>
                <w:sz w:val="18"/>
              </w:rPr>
              <w:t>（根据学生的回答板书：前齿轮的齿数×前齿轮的转数=后齿轮的齿数×后齿轮的转数）</w:t>
            </w:r>
          </w:p>
          <w:p>
            <w:pPr>
              <w:spacing w:after="20" w:line="276" w:lineRule="auto"/>
            </w:pPr>
            <w:r>
              <w:rPr>
                <w:rFonts w:ascii="宋体" w:hAnsi="宋体" w:eastAsia="宋体"/>
                <w:b w:val="0"/>
                <w:sz w:val="18"/>
              </w:rPr>
              <w:t>师：大家已经知道，自行车蹬一圈，也就是前齿轮转一圈，那么后齿轮的转数怎么表示？</w:t>
            </w:r>
          </w:p>
          <w:p>
            <w:pPr>
              <w:spacing w:after="20" w:line="276" w:lineRule="auto"/>
            </w:pPr>
            <w:r>
              <w:rPr>
                <w:rFonts w:ascii="宋体" w:hAnsi="宋体" w:eastAsia="宋体"/>
                <w:b w:val="0"/>
                <w:sz w:val="18"/>
              </w:rPr>
              <w:t>教师根据学生回答板书。</w:t>
            </w:r>
          </w:p>
          <w:p>
            <w:pPr>
              <w:spacing w:after="20" w:line="276" w:lineRule="auto"/>
            </w:pPr>
            <w:r>
              <w:rPr>
                <w:rFonts w:ascii="宋体" w:hAnsi="宋体" w:eastAsia="宋体"/>
                <w:b w:val="0"/>
                <w:sz w:val="18"/>
              </w:rPr>
              <w:t>师：那么自行车蹬一圈走的距离怎么计算？</w:t>
            </w:r>
          </w:p>
          <w:p>
            <w:pPr>
              <w:spacing w:after="20" w:line="276" w:lineRule="auto"/>
            </w:pPr>
            <w:r>
              <w:rPr>
                <w:rFonts w:ascii="宋体" w:hAnsi="宋体" w:eastAsia="宋体"/>
                <w:b w:val="0"/>
                <w:sz w:val="18"/>
              </w:rPr>
              <w:t>教师根据学生的回答板书。</w:t>
            </w:r>
          </w:p>
          <w:p>
            <w:pPr>
              <w:spacing w:after="20" w:line="276" w:lineRule="auto"/>
            </w:pPr>
            <w:r>
              <w:rPr>
                <w:rFonts w:ascii="宋体" w:hAnsi="宋体" w:eastAsia="宋体"/>
                <w:b w:val="0"/>
                <w:sz w:val="18"/>
              </w:rPr>
              <w:t>3.师：如果前齿轮转2圈、3圈、4圈……你能发现后齿轮的齿数、转动圈数与前齿轮的齿数、转动圈数有什么关系吗？</w:t>
            </w:r>
          </w:p>
          <w:p>
            <w:pPr>
              <w:spacing w:after="20" w:line="276" w:lineRule="auto"/>
            </w:pPr>
            <w:r>
              <w:rPr>
                <w:rFonts w:ascii="宋体" w:hAnsi="宋体" w:eastAsia="宋体"/>
                <w:b w:val="0"/>
                <w:sz w:val="18"/>
              </w:rPr>
              <w:t>教师根据学生的回答板书。</w:t>
            </w:r>
          </w:p>
          <w:p>
            <w:pPr>
              <w:spacing w:after="20" w:line="276" w:lineRule="auto"/>
            </w:pPr>
            <w:r>
              <w:rPr>
                <w:rFonts w:ascii="宋体" w:hAnsi="宋体" w:eastAsia="宋体"/>
                <w:b w:val="0"/>
                <w:sz w:val="18"/>
              </w:rPr>
              <w:t>4.运用模型，解决问题。</w:t>
            </w:r>
          </w:p>
          <w:p>
            <w:pPr>
              <w:spacing w:after="20" w:line="276" w:lineRule="auto"/>
            </w:pPr>
            <w:r>
              <w:rPr>
                <w:rFonts w:ascii="宋体" w:hAnsi="宋体" w:eastAsia="宋体"/>
                <w:b w:val="0"/>
                <w:sz w:val="18"/>
              </w:rPr>
              <w:t>出示课件。</w:t>
            </w:r>
          </w:p>
        </w:tc>
        <w:tc>
          <w:tcPr>
            <w:tcW w:type="dxa" w:w="3061"/>
          </w:tcPr>
          <w:p>
            <w:pPr>
              <w:spacing w:after="20" w:line="276" w:lineRule="auto"/>
            </w:pPr>
            <w:r/>
            <w:r>
              <w:rPr>
                <w:rFonts w:ascii="宋体" w:hAnsi="宋体" w:eastAsia="宋体"/>
                <w:b w:val="0"/>
                <w:sz w:val="18"/>
              </w:rPr>
              <w:t>学生可能会说：通过直接测量来解决问题，或者观察蹬一圈时车轮转几圈，再用车轮转的圈数乘车轮周长就可以了。第一种方法学生容易想到，第二种方法，学生可能会想到是蹬踏板一圈，车轮转几圈，而不易想到前齿轮转一圈，后齿轮转几圈的问题。</w:t>
            </w:r>
          </w:p>
          <w:p>
            <w:pPr>
              <w:spacing w:after="20" w:line="276" w:lineRule="auto"/>
            </w:pPr>
            <w:r>
              <w:rPr>
                <w:rFonts w:ascii="宋体" w:hAnsi="宋体" w:eastAsia="宋体"/>
                <w:b w:val="0"/>
                <w:sz w:val="18"/>
              </w:rPr>
              <w:t>学生的汇报可能结果各不相同。此时，教师要引导学生反思原因——测量不太准确导致误差很大，进而引导学生关注第二种方法。这时需要知道：蹬一圈时车轮转的圈数和车轮的直径或半径。</w:t>
            </w:r>
          </w:p>
          <w:p>
            <w:pPr>
              <w:spacing w:after="20" w:line="276" w:lineRule="auto"/>
            </w:pPr>
            <w:r>
              <w:rPr>
                <w:rFonts w:ascii="宋体" w:hAnsi="宋体" w:eastAsia="宋体"/>
                <w:b w:val="0"/>
                <w:sz w:val="18"/>
              </w:rPr>
              <w:t>学生能观察到踏板蹬一圈，只是前齿轮转一圈，车轮转动的圈数实际就是后齿轮转动的圈数。个别学生说出来后，教师应强化。咱们再看一次课件展示，看是不是这样。</w:t>
            </w:r>
          </w:p>
          <w:p>
            <w:pPr>
              <w:spacing w:after="20" w:line="276" w:lineRule="auto"/>
            </w:pPr>
            <w:r>
              <w:rPr>
                <w:rFonts w:ascii="宋体" w:hAnsi="宋体" w:eastAsia="宋体"/>
                <w:b w:val="0"/>
                <w:sz w:val="18"/>
              </w:rPr>
              <w:t>学生能观察到链条间的孔与前、后两个齿轮的每一个齿一一对应，前齿轮转动一个齿，后齿轮也一定转动一个齿。</w:t>
            </w:r>
          </w:p>
          <w:p>
            <w:pPr>
              <w:spacing w:after="20" w:line="276" w:lineRule="auto"/>
            </w:pPr>
            <w:r>
              <w:rPr>
                <w:rFonts w:ascii="宋体" w:hAnsi="宋体" w:eastAsia="宋体"/>
                <w:b w:val="0"/>
                <w:sz w:val="18"/>
              </w:rPr>
              <w:t>思维水平较高的学生会先说出，前齿轮转动一圈的长度就是链条走过的长度，后齿轮也要转动同样的长度，所以前齿轮的齿数×前齿轮的转数=后齿轮的齿数×后齿轮的转数。此时，教师不要急于表态，让学生多说一说。</w:t>
            </w:r>
          </w:p>
          <w:p>
            <w:pPr>
              <w:spacing w:after="20" w:line="276" w:lineRule="auto"/>
            </w:pPr>
            <w:r>
              <w:rPr>
                <w:rFonts w:ascii="宋体" w:hAnsi="宋体" w:eastAsia="宋体"/>
                <w:b w:val="0"/>
                <w:sz w:val="18"/>
              </w:rPr>
              <w:t>小组讨论后交流总结。</w:t>
            </w:r>
          </w:p>
          <w:p>
            <w:pPr>
              <w:spacing w:after="20" w:line="276" w:lineRule="auto"/>
            </w:pPr>
            <w:r>
              <w:rPr>
                <w:rFonts w:ascii="宋体" w:hAnsi="宋体" w:eastAsia="宋体"/>
                <w:b w:val="0"/>
                <w:sz w:val="18"/>
              </w:rPr>
              <w:t>学生根据比例的基本性质，推理说明：前齿轮转动一圈时，后齿轮转数= EMBED Equation.DSMT4  。</w:t>
            </w:r>
          </w:p>
          <w:p>
            <w:pPr>
              <w:spacing w:after="20" w:line="276" w:lineRule="auto"/>
            </w:pPr>
            <w:r>
              <w:rPr>
                <w:rFonts w:ascii="宋体" w:hAnsi="宋体" w:eastAsia="宋体"/>
                <w:b w:val="0"/>
                <w:sz w:val="18"/>
              </w:rPr>
              <w:t>自行车蹬一圈的距离= EMBED Equation.DSMT4  ×车轮周长</w:t>
            </w:r>
          </w:p>
          <w:p>
            <w:pPr>
              <w:spacing w:after="20" w:line="276" w:lineRule="auto"/>
            </w:pPr>
            <w:r>
              <w:rPr>
                <w:rFonts w:ascii="宋体" w:hAnsi="宋体" w:eastAsia="宋体"/>
                <w:b w:val="0"/>
                <w:sz w:val="18"/>
              </w:rPr>
              <w:t>学生根据前齿轮转动一圈时后齿轮的齿数、转动圈数与前齿轮的齿数之间的关系，推理出前齿轮转2圈、3圈、4圈……时，后齿轮的齿数、转动圈数与前齿轮的齿数、转动圈数的关系：前齿轮齿数×前齿轮转动圈数＝后齿轮齿数×后齿轮转动圈数，即</w:t>
            </w:r>
          </w:p>
        </w:tc>
        <w:tc>
          <w:tcPr>
            <w:tcW w:type="dxa" w:w="1814"/>
          </w:tcPr>
          <w:p>
            <w:pPr>
              <w:spacing w:after="20" w:line="276" w:lineRule="auto"/>
            </w:pPr>
            <w:r/>
            <w:r>
              <w:rPr>
                <w:rFonts w:ascii="宋体" w:hAnsi="宋体" w:eastAsia="宋体"/>
                <w:b w:val="0"/>
                <w:sz w:val="18"/>
              </w:rPr>
              <w:t>教学时，密切联系学生的生活实际，从学生的生活经验和已有知识出发，引导学生开展观察、操作、推理等活动，获得基本的数学知识和技能。</w:t>
            </w:r>
          </w:p>
          <w:p>
            <w:pPr>
              <w:spacing w:after="20" w:line="276" w:lineRule="auto"/>
            </w:pPr>
            <w:r>
              <w:rPr>
                <w:rFonts w:ascii="宋体" w:hAnsi="宋体" w:eastAsia="宋体"/>
                <w:b w:val="0"/>
                <w:sz w:val="18"/>
              </w:rPr>
              <w:t>这一环节，让学生经历了“提出问题——思考方案——观察分析——找到解决问题关键——进一步观察研究——建立数学模型——利用模型解决问题”的过程，在问题导向下引导学生学会思考的方法，积累良好的思考经验和解决问题的经验。</w:t>
            </w:r>
          </w:p>
        </w:tc>
      </w:tr>
      <w:tr>
        <w:tc>
          <w:tcPr>
            <w:tcW w:type="dxa" w:w="1474"/>
          </w:tcPr>
          <w:p>
            <w:pPr>
              <w:spacing w:after="20" w:line="276" w:lineRule="auto"/>
            </w:pPr>
            <w:r>
              <w:rPr>
                <w:b/>
              </w:rPr>
            </w:r>
            <w:r>
              <w:rPr>
                <w:rFonts w:ascii="宋体" w:hAnsi="宋体" w:eastAsia="宋体"/>
                <w:b/>
                <w:sz w:val="18"/>
              </w:rPr>
              <w:t>三、研究变速自行车能变化出多少种速度</w:t>
            </w:r>
          </w:p>
        </w:tc>
        <w:tc>
          <w:tcPr>
            <w:tcW w:type="dxa" w:w="3061"/>
          </w:tcPr>
          <w:p>
            <w:pPr>
              <w:spacing w:after="20" w:line="276" w:lineRule="auto"/>
            </w:pPr>
            <w:r/>
            <w:r>
              <w:rPr>
                <w:rFonts w:ascii="宋体" w:hAnsi="宋体" w:eastAsia="宋体"/>
                <w:b w:val="0"/>
                <w:sz w:val="18"/>
              </w:rPr>
              <w:t>1.问题导入。</w:t>
            </w:r>
          </w:p>
          <w:p>
            <w:pPr>
              <w:spacing w:after="20" w:line="276" w:lineRule="auto"/>
            </w:pPr>
            <w:r>
              <w:rPr>
                <w:rFonts w:ascii="宋体" w:hAnsi="宋体" w:eastAsia="宋体"/>
                <w:b w:val="0"/>
                <w:sz w:val="18"/>
              </w:rPr>
              <w:t>师：我们解决了A、B两辆自行车蹬一圈行多少米的问题。如果是你，愿意骑哪辆自行车？为什么？</w:t>
            </w:r>
          </w:p>
          <w:p>
            <w:pPr>
              <w:spacing w:after="20" w:line="276" w:lineRule="auto"/>
            </w:pPr>
            <w:r>
              <w:rPr>
                <w:rFonts w:ascii="宋体" w:hAnsi="宋体" w:eastAsia="宋体"/>
                <w:b w:val="0"/>
                <w:sz w:val="18"/>
              </w:rPr>
              <w:t>师：其实这也是变速自行车能变速的原因，下面我们就来研究变速自行车的速度的变化吧！</w:t>
            </w:r>
          </w:p>
          <w:p>
            <w:pPr>
              <w:spacing w:after="20" w:line="276" w:lineRule="auto"/>
            </w:pPr>
            <w:r>
              <w:rPr>
                <w:rFonts w:ascii="宋体" w:hAnsi="宋体" w:eastAsia="宋体"/>
                <w:b w:val="0"/>
                <w:sz w:val="18"/>
              </w:rPr>
              <w:t>师：这辆变速自行车，有2个前齿轮和6个后齿轮，它能变化出多少种速度呢？（出示课件）</w:t>
            </w:r>
          </w:p>
          <w:p>
            <w:pPr>
              <w:spacing w:after="20" w:line="276" w:lineRule="auto"/>
            </w:pPr>
            <w:r>
              <w:rPr>
                <w:rFonts w:ascii="宋体" w:hAnsi="宋体" w:eastAsia="宋体"/>
                <w:b w:val="0"/>
                <w:sz w:val="18"/>
              </w:rPr>
              <w:t>师：观察前、后齿轮齿数的比值，你认为这辆变速自行车能变化出12种速度吗？</w:t>
            </w:r>
          </w:p>
          <w:p>
            <w:pPr>
              <w:spacing w:after="20" w:line="276" w:lineRule="auto"/>
            </w:pPr>
            <w:r>
              <w:rPr>
                <w:rFonts w:ascii="宋体" w:hAnsi="宋体" w:eastAsia="宋体"/>
                <w:b w:val="0"/>
                <w:sz w:val="18"/>
              </w:rPr>
              <w:t>师：再想一想，蹬同样的圈数，哪种组合使自行车走得最远？</w:t>
            </w:r>
          </w:p>
          <w:p>
            <w:pPr>
              <w:spacing w:after="20" w:line="276" w:lineRule="auto"/>
            </w:pPr>
            <w:r>
              <w:rPr>
                <w:rFonts w:ascii="宋体" w:hAnsi="宋体" w:eastAsia="宋体"/>
                <w:b w:val="0"/>
                <w:sz w:val="18"/>
              </w:rPr>
              <w:t>行车前、后齿轮的齿数的比值越大，走得越远。)</w:t>
            </w:r>
          </w:p>
        </w:tc>
        <w:tc>
          <w:tcPr>
            <w:tcW w:type="dxa" w:w="3061"/>
          </w:tcPr>
          <w:p>
            <w:pPr>
              <w:spacing w:after="20" w:line="276" w:lineRule="auto"/>
            </w:pPr>
            <w:r/>
            <w:r>
              <w:rPr>
                <w:rFonts w:ascii="宋体" w:hAnsi="宋体" w:eastAsia="宋体"/>
                <w:b w:val="0"/>
                <w:sz w:val="18"/>
              </w:rPr>
              <w:t>学生会说出选择A车，因为同样蹬一圈，A车行的距离长。教师追问：仔细观察，为什么同样蹬一圈，A车行的距离长呢？引导学生观察到两辆自行车的车轮直径相同，车轮的周长相等，前齿轮的齿数也相同，区别在于后齿轮的齿数不同。</w:t>
            </w:r>
          </w:p>
          <w:p>
            <w:pPr>
              <w:spacing w:after="20" w:line="276" w:lineRule="auto"/>
            </w:pPr>
            <w:r>
              <w:rPr>
                <w:rFonts w:ascii="宋体" w:hAnsi="宋体" w:eastAsia="宋体"/>
                <w:b w:val="0"/>
                <w:sz w:val="18"/>
              </w:rPr>
              <w:t>2.小组研究，探究规律。</w:t>
            </w:r>
          </w:p>
          <w:p>
            <w:pPr>
              <w:spacing w:after="20" w:line="276" w:lineRule="auto"/>
            </w:pPr>
            <w:r>
              <w:rPr>
                <w:rFonts w:ascii="宋体" w:hAnsi="宋体" w:eastAsia="宋体"/>
                <w:b w:val="0"/>
                <w:sz w:val="18"/>
              </w:rPr>
              <w:t>学生会说6×2=12(种)。教师此时不作评价。</w:t>
            </w:r>
          </w:p>
          <w:p>
            <w:pPr>
              <w:spacing w:after="20" w:line="276" w:lineRule="auto"/>
            </w:pPr>
            <w:r>
              <w:rPr>
                <w:rFonts w:ascii="宋体" w:hAnsi="宋体" w:eastAsia="宋体"/>
                <w:b w:val="0"/>
                <w:sz w:val="18"/>
              </w:rPr>
              <w:t>学生以小组为单位讨论交流，完成教科书P66的表格。</w:t>
            </w:r>
          </w:p>
          <w:p>
            <w:pPr>
              <w:spacing w:after="20" w:line="276" w:lineRule="auto"/>
            </w:pPr>
            <w:r>
              <w:rPr>
                <w:rFonts w:ascii="宋体" w:hAnsi="宋体" w:eastAsia="宋体"/>
                <w:b w:val="0"/>
                <w:sz w:val="18"/>
              </w:rPr>
              <w:t>预设1：有2种组合的比值是一样的。</w:t>
            </w:r>
          </w:p>
          <w:p>
            <w:pPr>
              <w:spacing w:after="20" w:line="276" w:lineRule="auto"/>
            </w:pPr>
            <w:r>
              <w:rPr>
                <w:rFonts w:ascii="宋体" w:hAnsi="宋体" w:eastAsia="宋体"/>
                <w:b w:val="0"/>
                <w:sz w:val="18"/>
              </w:rPr>
              <w:t>预设2：应该是12种组合，11种速度。</w:t>
            </w:r>
          </w:p>
          <w:p>
            <w:pPr>
              <w:spacing w:after="20" w:line="276" w:lineRule="auto"/>
            </w:pPr>
            <w:r>
              <w:rPr>
                <w:rFonts w:ascii="宋体" w:hAnsi="宋体" w:eastAsia="宋体"/>
                <w:b w:val="0"/>
                <w:sz w:val="18"/>
              </w:rPr>
              <w:t>指导学生说出：蹬同样的圈数，前、后齿轮的齿数的比值越大，自行车走得越远。(板书：蹬同样的圈数，变速自</w:t>
            </w:r>
          </w:p>
          <w:p>
            <w:pPr>
              <w:spacing w:after="20" w:line="276" w:lineRule="auto"/>
            </w:pPr>
            <w:r>
              <w:rPr>
                <w:rFonts w:ascii="宋体" w:hAnsi="宋体" w:eastAsia="宋体"/>
                <w:b w:val="0"/>
                <w:sz w:val="18"/>
              </w:rPr>
              <w:t>学生在小组内交流时，教师要及时巡视指导，提醒学生将前轮齿数与后轮齿数的比化简为最简比，再通过比较比值的大小得出结论。</w:t>
            </w:r>
          </w:p>
        </w:tc>
        <w:tc>
          <w:tcPr>
            <w:tcW w:type="dxa" w:w="1814"/>
          </w:tcPr>
          <w:p>
            <w:pPr>
              <w:spacing w:after="20" w:line="276" w:lineRule="auto"/>
            </w:pPr>
            <w:r/>
            <w:r>
              <w:rPr>
                <w:rFonts w:ascii="宋体" w:hAnsi="宋体" w:eastAsia="宋体"/>
                <w:b w:val="0"/>
                <w:sz w:val="18"/>
              </w:rPr>
              <w:t>再次经历“分析问题——建立数学模型——求解”的过程，培养学生综合运用所学知识，积累活动经验，提高应用意识的能力。</w:t>
            </w:r>
          </w:p>
        </w:tc>
      </w:tr>
      <w:tr>
        <w:tc>
          <w:tcPr>
            <w:tcW w:type="dxa" w:w="1474"/>
          </w:tcPr>
          <w:p>
            <w:pPr>
              <w:spacing w:after="20" w:line="276" w:lineRule="auto"/>
            </w:pPr>
            <w:r>
              <w:rPr>
                <w:b/>
              </w:rPr>
            </w:r>
            <w:r>
              <w:rPr>
                <w:rFonts w:ascii="宋体" w:hAnsi="宋体" w:eastAsia="宋体"/>
                <w:b/>
                <w:sz w:val="18"/>
              </w:rPr>
              <w:t>四、拓展延伸，实际应用</w:t>
            </w:r>
          </w:p>
        </w:tc>
        <w:tc>
          <w:tcPr>
            <w:tcW w:type="dxa" w:w="3061"/>
          </w:tcPr>
          <w:p>
            <w:pPr>
              <w:spacing w:after="20" w:line="276" w:lineRule="auto"/>
            </w:pPr>
            <w:r/>
            <w:r>
              <w:rPr>
                <w:rFonts w:ascii="宋体" w:hAnsi="宋体" w:eastAsia="宋体"/>
                <w:b w:val="0"/>
                <w:sz w:val="18"/>
              </w:rPr>
              <w:t>师：自行车里蕴含着丰富的数学问题，变速自行车的发明大大解决了我们面对不同路况的需要。你觉得在上坡时怎样搭配前、后</w:t>
            </w:r>
          </w:p>
          <w:p>
            <w:pPr>
              <w:spacing w:after="20" w:line="276" w:lineRule="auto"/>
            </w:pPr>
            <w:r>
              <w:rPr>
                <w:rFonts w:ascii="宋体" w:hAnsi="宋体" w:eastAsia="宋体"/>
                <w:b w:val="0"/>
                <w:sz w:val="18"/>
              </w:rPr>
              <w:t>齿轮更合理？请同学们课后思考并解决此问题。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使学生了解数学与生活的广泛联系，还可以培养学生从不同的角度发现实际问题中所包含的数学信息的能力。从省力的角度考虑，上坡的时候应该前小轮，后大轮。</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师：通过今天的学习活动，你们发现了自行车里运用到以前学过的哪些数学知识？(圆的周长、排列组合、比例等)你有哪些收获？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引导学生回顾梳理本课所学，完善认知结构，提升归纳与反思能力，核心问题："通过今天的学习活动，你们发现了自行车里运用到以前学过的哪些数学知识？(圆的周长、排列组合、比例等)你有哪些收获？"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教科书P65。</w:t>
      </w:r>
    </w:p>
    <w:p>
      <w:pPr>
        <w:spacing w:after="40" w:line="300" w:lineRule="auto"/>
        <w:ind w:firstLine="400"/>
      </w:pPr>
      <w:r>
        <w:rPr>
          <w:rFonts w:ascii="宋体" w:hAnsi="宋体" w:eastAsia="宋体"/>
          <w:b w:val="0"/>
          <w:sz w:val="20"/>
        </w:rPr>
        <w:t>② 原设计安排：见“状元成才路”系列丛书《创优作业100分》对应课时作业。 （1）自行车链条前后轮齿数与它们的转数的关系：前齿轮齿数× ＝后齿轮齿数× 。 大齿轮的齿数是54个，小齿轮的齿数是36个，大、小两个齿轮的齿数比是（ ）。旋转时，大齿轮和小齿轮互相咬合的齿数是一定的。大齿轮转2周，小齿轮转（ ）周。 （3）一辆自行车的前、后齿轮的齿数比是9∶4，若后齿轮转108圈，则前齿轮转（ ）圈。 （4）骑自行车时，蹬一圈，自行车前进的路程＝（ ） ×eq \f(前齿轮齿数,后齿轮齿数)。 参考答案 （1）前齿轮转动圈数 后齿轮转动圈数 （2）3∶2 3 （3）48 （4）车轮周长 【教学笔记】 PAGE</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学习本节课的主要障碍在于对自行车的内部结构和驱动原理缺乏了解，对所研究的问题本身存在认识上的误区，无法从数学的角度在“蹬一圈”和“走多远”之间建立起联系。在教学中，引导学生分析问题，观察得到“蹬一圈就是前齿轮转一圈”“车轮转动的圈数实际是后齿轮转动的圈数”，从而找到解决问题的关键：“当前齿轮转一圈时，后齿轮转几圈？”接下来引导学生重点研究这个问题，数学模型伴随着这个关键问题的解决而得到完善。但由于自行 【教学笔记】 车的行进是一个复杂的问题，存在观察难、操作难等特点，所以建议将综合实践活动(例如变速自行车的速度的变化)延伸到课外，课堂上研究的结论还需要去体验、验证。让学生亲身体会到：前、后轮齿数的比值大的组合走得就远，车速较快，但骑车人较费力；前、后轮齿数的比值小的组合走得就近，车速较慢，但骑车人较省力。</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