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line="300" w:lineRule="auto"/>
        <w:jc w:val="center"/>
      </w:pPr>
      <w:r>
        <w:rPr>
          <w:rFonts w:ascii="黑体" w:hAnsi="黑体" w:eastAsia="黑体"/>
          <w:b/>
          <w:sz w:val="30"/>
        </w:rPr>
        <w:t>人教版四年级数学上册</w:t>
      </w:r>
    </w:p>
    <w:p>
      <w:pPr>
        <w:spacing w:after="80" w:line="300" w:lineRule="auto"/>
        <w:jc w:val="center"/>
      </w:pPr>
      <w:r>
        <w:rPr>
          <w:rFonts w:ascii="黑体" w:hAnsi="黑体" w:eastAsia="黑体"/>
          <w:b/>
          <w:sz w:val="26"/>
        </w:rPr>
        <w:t>第3单元 多位数乘两位数　规范教案</w:t>
      </w:r>
    </w:p>
    <w:p>
      <w:pPr>
        <w:spacing w:after="160" w:line="300" w:lineRule="auto"/>
        <w:jc w:val="center"/>
      </w:pPr>
      <w:r>
        <w:rPr>
          <w:rFonts w:ascii="楷体" w:hAnsi="楷体" w:eastAsia="楷体"/>
          <w:b w:val="0"/>
          <w:color w:val="606060"/>
          <w:sz w:val="18"/>
        </w:rPr>
        <w:t>依据《温州市小学数学教学常规（2025年版）》附件2（单元教学备课参考格式）、附件3（课时教学备课参考格式）编制</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2381"/>
            <w:shd w:val="clear" w:fill="E8EEF7"/>
          </w:tcPr>
          <w:p>
            <w:pPr>
              <w:spacing w:after="20" w:line="276" w:lineRule="auto"/>
              <w:jc w:val="center"/>
            </w:pPr>
            <w:r/>
            <w:r>
              <w:rPr>
                <w:rFonts w:ascii="黑体" w:hAnsi="黑体" w:eastAsia="黑体"/>
                <w:b/>
                <w:sz w:val="18"/>
              </w:rPr>
              <w:t>项目</w:t>
            </w:r>
          </w:p>
        </w:tc>
        <w:tc>
          <w:tcPr>
            <w:tcW w:type="dxa" w:w="7030"/>
            <w:shd w:val="clear" w:fill="E8EEF7"/>
          </w:tcPr>
          <w:p>
            <w:pPr>
              <w:spacing w:after="20" w:line="276" w:lineRule="auto"/>
              <w:jc w:val="center"/>
            </w:pPr>
            <w:r/>
            <w:r>
              <w:rPr>
                <w:rFonts w:ascii="黑体" w:hAnsi="黑体" w:eastAsia="黑体"/>
                <w:b/>
                <w:sz w:val="18"/>
              </w:rPr>
              <w:t>内容</w:t>
            </w:r>
          </w:p>
        </w:tc>
      </w:tr>
      <w:tr>
        <w:tc>
          <w:tcPr>
            <w:tcW w:type="dxa" w:w="2381"/>
          </w:tcPr>
          <w:p>
            <w:pPr>
              <w:spacing w:after="20" w:line="276" w:lineRule="auto"/>
            </w:pPr>
            <w:r/>
            <w:r>
              <w:rPr>
                <w:rFonts w:ascii="宋体" w:hAnsi="宋体" w:eastAsia="宋体"/>
                <w:b/>
                <w:sz w:val="20"/>
              </w:rPr>
              <w:t>单元内容</w:t>
            </w:r>
          </w:p>
        </w:tc>
        <w:tc>
          <w:tcPr>
            <w:tcW w:type="dxa" w:w="7030"/>
          </w:tcPr>
          <w:p>
            <w:pPr>
              <w:spacing w:after="20" w:line="276" w:lineRule="auto"/>
            </w:pPr>
            <w:r/>
            <w:r>
              <w:rPr>
                <w:rFonts w:ascii="宋体" w:hAnsi="宋体" w:eastAsia="宋体"/>
                <w:b w:val="0"/>
                <w:sz w:val="20"/>
              </w:rPr>
              <w:t>第3单元 多位数乘两位数</w:t>
            </w:r>
          </w:p>
        </w:tc>
      </w:tr>
      <w:tr>
        <w:tc>
          <w:tcPr>
            <w:tcW w:type="dxa" w:w="2381"/>
          </w:tcPr>
          <w:p>
            <w:pPr>
              <w:spacing w:after="20" w:line="276" w:lineRule="auto"/>
            </w:pPr>
            <w:r/>
            <w:r>
              <w:rPr>
                <w:rFonts w:ascii="宋体" w:hAnsi="宋体" w:eastAsia="宋体"/>
                <w:b/>
                <w:sz w:val="20"/>
              </w:rPr>
              <w:t>所属领域</w:t>
            </w:r>
          </w:p>
        </w:tc>
        <w:tc>
          <w:tcPr>
            <w:tcW w:type="dxa" w:w="7030"/>
          </w:tcPr>
          <w:p>
            <w:pPr>
              <w:spacing w:after="20" w:line="276" w:lineRule="auto"/>
            </w:pPr>
            <w:r/>
            <w:r>
              <w:rPr>
                <w:rFonts w:ascii="宋体" w:hAnsi="宋体" w:eastAsia="宋体"/>
                <w:b w:val="0"/>
                <w:sz w:val="20"/>
              </w:rPr>
              <w:t>数与代数</w:t>
            </w:r>
          </w:p>
        </w:tc>
      </w:tr>
      <w:tr>
        <w:tc>
          <w:tcPr>
            <w:tcW w:type="dxa" w:w="2381"/>
          </w:tcPr>
          <w:p>
            <w:pPr>
              <w:spacing w:after="20" w:line="276" w:lineRule="auto"/>
            </w:pPr>
            <w:r/>
            <w:r>
              <w:rPr>
                <w:rFonts w:ascii="宋体" w:hAnsi="宋体" w:eastAsia="宋体"/>
                <w:b/>
                <w:sz w:val="20"/>
              </w:rPr>
              <w:t>教材版本</w:t>
            </w:r>
          </w:p>
        </w:tc>
        <w:tc>
          <w:tcPr>
            <w:tcW w:type="dxa" w:w="7030"/>
          </w:tcPr>
          <w:p>
            <w:pPr>
              <w:spacing w:after="20" w:line="276" w:lineRule="auto"/>
            </w:pPr>
            <w:r/>
            <w:r>
              <w:rPr>
                <w:rFonts w:ascii="宋体" w:hAnsi="宋体" w:eastAsia="宋体"/>
                <w:b w:val="0"/>
                <w:sz w:val="20"/>
              </w:rPr>
              <w:t>人民教育出版社（人教版）小学数学教科书</w:t>
            </w:r>
          </w:p>
        </w:tc>
      </w:tr>
      <w:tr>
        <w:tc>
          <w:tcPr>
            <w:tcW w:type="dxa" w:w="2381"/>
          </w:tcPr>
          <w:p>
            <w:pPr>
              <w:spacing w:after="20" w:line="276" w:lineRule="auto"/>
            </w:pPr>
            <w:r/>
            <w:r>
              <w:rPr>
                <w:rFonts w:ascii="宋体" w:hAnsi="宋体" w:eastAsia="宋体"/>
                <w:b/>
                <w:sz w:val="20"/>
              </w:rPr>
              <w:t>课时数</w:t>
            </w:r>
          </w:p>
        </w:tc>
        <w:tc>
          <w:tcPr>
            <w:tcW w:type="dxa" w:w="7030"/>
          </w:tcPr>
          <w:p>
            <w:pPr>
              <w:spacing w:after="20" w:line="276" w:lineRule="auto"/>
            </w:pPr>
            <w:r/>
            <w:r>
              <w:rPr>
                <w:rFonts w:ascii="宋体" w:hAnsi="宋体" w:eastAsia="宋体"/>
                <w:b w:val="0"/>
                <w:sz w:val="20"/>
              </w:rPr>
              <w:t>9 课时</w:t>
            </w:r>
          </w:p>
        </w:tc>
      </w:tr>
      <w:tr>
        <w:tc>
          <w:tcPr>
            <w:tcW w:type="dxa" w:w="2381"/>
          </w:tcPr>
          <w:p>
            <w:pPr>
              <w:spacing w:after="20" w:line="276" w:lineRule="auto"/>
            </w:pPr>
            <w:r/>
            <w:r>
              <w:rPr>
                <w:rFonts w:ascii="宋体" w:hAnsi="宋体" w:eastAsia="宋体"/>
                <w:b/>
                <w:sz w:val="20"/>
              </w:rPr>
              <w:t>课型结构</w:t>
            </w:r>
          </w:p>
        </w:tc>
        <w:tc>
          <w:tcPr>
            <w:tcW w:type="dxa" w:w="7030"/>
          </w:tcPr>
          <w:p>
            <w:pPr>
              <w:spacing w:after="20" w:line="276" w:lineRule="auto"/>
            </w:pPr>
            <w:r/>
            <w:r>
              <w:rPr>
                <w:rFonts w:ascii="宋体" w:hAnsi="宋体" w:eastAsia="宋体"/>
                <w:b w:val="0"/>
                <w:sz w:val="20"/>
              </w:rPr>
              <w:t>单元开启课、活动探索课、自主整理课</w:t>
            </w:r>
          </w:p>
        </w:tc>
      </w:tr>
    </w:tbl>
    <w:p>
      <w:pPr>
        <w:spacing w:after="40"/>
      </w:pPr>
    </w:p>
    <w:p>
      <w:pPr>
        <w:spacing w:after="80" w:line="300" w:lineRule="auto"/>
      </w:pPr>
      <w:r>
        <w:rPr>
          <w:rFonts w:ascii="黑体" w:hAnsi="黑体" w:eastAsia="黑体"/>
          <w:b/>
          <w:sz w:val="24"/>
        </w:rPr>
        <w:t>一、单元整体解读</w:t>
      </w:r>
    </w:p>
    <w:p>
      <w:pPr>
        <w:spacing w:after="20" w:line="300" w:lineRule="auto"/>
      </w:pPr>
      <w:r>
        <w:rPr>
          <w:rFonts w:ascii="黑体" w:hAnsi="黑体" w:eastAsia="黑体"/>
          <w:b/>
          <w:sz w:val="21"/>
        </w:rPr>
        <w:t>（一）教材分析</w:t>
      </w:r>
    </w:p>
    <w:p>
      <w:pPr>
        <w:spacing w:after="80" w:line="300" w:lineRule="auto"/>
        <w:ind w:firstLine="400"/>
      </w:pPr>
      <w:r>
        <w:rPr>
          <w:rFonts w:ascii="宋体" w:hAnsi="宋体" w:eastAsia="宋体"/>
          <w:b w:val="0"/>
          <w:sz w:val="20"/>
        </w:rPr>
        <w:t>“多位数乘两位数”这一单元是小学阶段整数乘法的最后一个知识块。本单元是在学生掌握了“多位数乘一位数”的乘法笔算方法的基础上学习的，主要内容包括：多位数乘两位数的口算和笔算、积的变化规律和用估算解决问题。本单元知识的学习不仅要让学生掌握整数乘法的计算技能，还应当让学生掌握用简单的估算方法解决问题。其中，多位数乘两位数的笔算不仅是本单元的教学重点，也是全册教科书的一个重点，在小学阶段“数与代数”的学习中有着举足轻重的作用。学生掌握了多位数乘两位数的计算方法，为除数是两位数的除法和混合运算的学习做好准备。同时也为学生解决生活中遇到的乘数是更多位数的乘法问题奠定了基础。这样的设计便于学生学会知识和方法的迁移，而且特别注重学生的自主探索、迁移类推等能力的发展。</w:t>
      </w:r>
    </w:p>
    <w:p>
      <w:pPr>
        <w:spacing w:after="20" w:line="300" w:lineRule="auto"/>
      </w:pPr>
      <w:r>
        <w:rPr>
          <w:rFonts w:ascii="黑体" w:hAnsi="黑体" w:eastAsia="黑体"/>
          <w:b/>
          <w:sz w:val="21"/>
        </w:rPr>
        <w:t>（二）学情分析</w:t>
      </w:r>
    </w:p>
    <w:p>
      <w:pPr>
        <w:spacing w:after="80" w:line="300" w:lineRule="auto"/>
        <w:ind w:firstLine="400"/>
      </w:pPr>
      <w:r>
        <w:rPr>
          <w:rFonts w:ascii="宋体" w:hAnsi="宋体" w:eastAsia="宋体"/>
          <w:b w:val="0"/>
          <w:sz w:val="20"/>
        </w:rPr>
        <w:t>由于有前期笔算的经验，学生对“多位数乘两位数”的笔算方法的算理和算法的理解、探索并不会感到困难，所以教学中要充分利用学生已有的经验，为学生创设主动探究的学习情境，通过对比与体验，让学生自主得出“多位数乘两位数”的笔算方法。从计算的要求来说，多位数乘两位数在小学阶段是最高难度的整数乘法运算了，学生出现错误也是正常现象。教学中，教师需在作业中收集典型错例，及时组织学生讨论分析，寻找错误原因，组织订正，避免重复出错。交流时，可采用同桌交换检查评改、同桌互说错误原因等方式，突出对错误原因的分析，在提高学生分析能力的同时，培养学生的计算技能。</w:t>
      </w:r>
    </w:p>
    <w:p>
      <w:pPr>
        <w:spacing w:after="20" w:line="300" w:lineRule="auto"/>
      </w:pPr>
      <w:r>
        <w:rPr>
          <w:rFonts w:ascii="黑体" w:hAnsi="黑体" w:eastAsia="黑体"/>
          <w:b/>
          <w:sz w:val="21"/>
        </w:rPr>
        <w:t>（三）单元教学目标</w:t>
      </w:r>
    </w:p>
    <w:p>
      <w:pPr>
        <w:spacing w:after="20" w:line="300" w:lineRule="auto"/>
      </w:pPr>
      <w:r>
        <w:rPr>
          <w:rFonts w:ascii="黑体" w:hAnsi="黑体" w:eastAsia="黑体"/>
          <w:b/>
          <w:sz w:val="20"/>
        </w:rPr>
        <w:t>单元素养目标：</w:t>
      </w:r>
    </w:p>
    <w:p>
      <w:pPr>
        <w:spacing w:after="40" w:line="300" w:lineRule="auto"/>
        <w:ind w:firstLine="400"/>
      </w:pPr>
      <w:r>
        <w:rPr>
          <w:rFonts w:ascii="宋体" w:hAnsi="宋体" w:eastAsia="宋体"/>
          <w:b w:val="0"/>
          <w:sz w:val="20"/>
        </w:rPr>
        <w:t>运算能力：学生能理解多位数乘两位数的算理，掌握笔算竖式的规范写法。</w:t>
      </w:r>
    </w:p>
    <w:p>
      <w:pPr>
        <w:spacing w:after="40" w:line="300" w:lineRule="auto"/>
        <w:ind w:firstLine="400"/>
      </w:pPr>
      <w:r>
        <w:rPr>
          <w:rFonts w:ascii="宋体" w:hAnsi="宋体" w:eastAsia="宋体"/>
          <w:b w:val="0"/>
          <w:sz w:val="20"/>
        </w:rPr>
        <w:t>数感：通过计算和探究，感知乘数与积的数量关系，探索“积的变化规律”；在估算时，能结合实际情境确定合适的估算值，建立对大数乘法结果的敏感度。</w:t>
      </w:r>
    </w:p>
    <w:p>
      <w:pPr>
        <w:spacing w:after="40" w:line="300" w:lineRule="auto"/>
        <w:ind w:firstLine="400"/>
      </w:pPr>
      <w:r>
        <w:rPr>
          <w:rFonts w:ascii="宋体" w:hAnsi="宋体" w:eastAsia="宋体"/>
          <w:b w:val="0"/>
          <w:sz w:val="20"/>
        </w:rPr>
        <w:t>应用意识：能根据数据特点选择估算、口算、笔算等不同策略。</w:t>
      </w:r>
    </w:p>
    <w:p>
      <w:pPr>
        <w:spacing w:after="20" w:line="300" w:lineRule="auto"/>
      </w:pPr>
      <w:r>
        <w:rPr>
          <w:rFonts w:ascii="黑体" w:hAnsi="黑体" w:eastAsia="黑体"/>
          <w:b/>
          <w:sz w:val="20"/>
        </w:rPr>
        <w:t>单元课时目标：</w:t>
      </w:r>
    </w:p>
    <w:p>
      <w:pPr>
        <w:spacing w:after="20" w:line="300" w:lineRule="auto"/>
        <w:ind w:firstLine="400"/>
      </w:pPr>
      <w:r>
        <w:rPr>
          <w:rFonts w:ascii="宋体" w:hAnsi="宋体" w:eastAsia="宋体"/>
          <w:b w:val="0"/>
          <w:sz w:val="20"/>
        </w:rPr>
        <w:t>第1课时：在具体的情境中，理解两位数、几百几十数乘一位数(进位)的口算算理，感受口算方法的多样化，掌握口算方法并能正确口算。</w:t>
      </w:r>
    </w:p>
    <w:p>
      <w:pPr>
        <w:spacing w:after="20" w:line="300" w:lineRule="auto"/>
        <w:ind w:firstLine="400"/>
      </w:pPr>
      <w:r>
        <w:rPr>
          <w:rFonts w:ascii="宋体" w:hAnsi="宋体" w:eastAsia="宋体"/>
          <w:b w:val="0"/>
          <w:sz w:val="20"/>
        </w:rPr>
        <w:t>第2课时：经历多位数乘两位数(不进位)的计算过程，掌握多位数乘两位数(不进位)的笔算方法。</w:t>
      </w:r>
    </w:p>
    <w:p>
      <w:pPr>
        <w:spacing w:after="20" w:line="300" w:lineRule="auto"/>
        <w:ind w:firstLine="400"/>
      </w:pPr>
      <w:r>
        <w:rPr>
          <w:rFonts w:ascii="宋体" w:hAnsi="宋体" w:eastAsia="宋体"/>
          <w:b w:val="0"/>
          <w:sz w:val="20"/>
        </w:rPr>
        <w:t>第3课时：理解多位数乘两位数(进位)的笔算方法，并会用竖式计算。</w:t>
      </w:r>
    </w:p>
    <w:p>
      <w:pPr>
        <w:spacing w:after="20" w:line="300" w:lineRule="auto"/>
        <w:ind w:firstLine="400"/>
      </w:pPr>
      <w:r>
        <w:rPr>
          <w:rFonts w:ascii="宋体" w:hAnsi="宋体" w:eastAsia="宋体"/>
          <w:b w:val="0"/>
          <w:sz w:val="20"/>
        </w:rPr>
        <w:t>第4课时：在具体的情境中，理解一位数乘整十数和多位数乘整十数的口算算理，感受口算方法的多样化，掌握口算方法并能正确口算。</w:t>
      </w:r>
    </w:p>
    <w:p>
      <w:pPr>
        <w:spacing w:after="20" w:line="300" w:lineRule="auto"/>
        <w:ind w:firstLine="400"/>
      </w:pPr>
      <w:r>
        <w:rPr>
          <w:rFonts w:ascii="宋体" w:hAnsi="宋体" w:eastAsia="宋体"/>
          <w:b w:val="0"/>
          <w:sz w:val="20"/>
        </w:rPr>
        <w:t>第5课时：以学生已有的知识经验为基础，自主迁移出乘数中间或末尾有0的数乘两位数的笔算乘法的计算方法。</w:t>
      </w:r>
    </w:p>
    <w:p>
      <w:pPr>
        <w:spacing w:after="20" w:line="300" w:lineRule="auto"/>
        <w:ind w:firstLine="400"/>
      </w:pPr>
      <w:r>
        <w:rPr>
          <w:rFonts w:ascii="宋体" w:hAnsi="宋体" w:eastAsia="宋体"/>
          <w:b w:val="0"/>
          <w:sz w:val="20"/>
        </w:rPr>
        <w:t>第6课时：探索并掌握积的变化规律，将规律运用于实际计算和解决简单的实际问题中。</w:t>
      </w:r>
    </w:p>
    <w:p>
      <w:pPr>
        <w:spacing w:after="20" w:line="300" w:lineRule="auto"/>
        <w:ind w:firstLine="400"/>
      </w:pPr>
      <w:r>
        <w:rPr>
          <w:rFonts w:ascii="宋体" w:hAnsi="宋体" w:eastAsia="宋体"/>
          <w:b w:val="0"/>
          <w:sz w:val="20"/>
        </w:rPr>
        <w:t>第7课时：通过有趣的探索活动，体会计算器不仅是计算工具，也是探索数学、学习数学的工具。</w:t>
      </w:r>
    </w:p>
    <w:p>
      <w:pPr>
        <w:spacing w:after="20" w:line="300" w:lineRule="auto"/>
        <w:ind w:firstLine="400"/>
      </w:pPr>
      <w:r>
        <w:rPr>
          <w:rFonts w:ascii="宋体" w:hAnsi="宋体" w:eastAsia="宋体"/>
          <w:b w:val="0"/>
          <w:sz w:val="20"/>
        </w:rPr>
        <w:t>第8课时：在实际情境中理解估算的意义，学会利用已学的乘法口算进行估算，知道估算的思路。</w:t>
      </w:r>
    </w:p>
    <w:p>
      <w:pPr>
        <w:spacing w:after="20" w:line="300" w:lineRule="auto"/>
        <w:ind w:firstLine="400"/>
      </w:pPr>
      <w:r>
        <w:rPr>
          <w:rFonts w:ascii="宋体" w:hAnsi="宋体" w:eastAsia="宋体"/>
          <w:b w:val="0"/>
          <w:sz w:val="20"/>
        </w:rPr>
        <w:t>第9课时：使学生经历对本单元知识的整理和复习过程，构建“多位数乘两位数”完整的知识体系，培养学生学会整理、学会表达的能力。</w:t>
      </w:r>
    </w:p>
    <w:p>
      <w:pPr>
        <w:spacing w:after="20" w:line="300" w:lineRule="auto"/>
      </w:pPr>
      <w:r>
        <w:rPr>
          <w:rFonts w:ascii="黑体" w:hAnsi="黑体" w:eastAsia="黑体"/>
          <w:b/>
          <w:sz w:val="21"/>
        </w:rPr>
        <w:t>（四）单元教学建议</w:t>
      </w:r>
    </w:p>
    <w:p>
      <w:pPr>
        <w:spacing w:after="20" w:line="300" w:lineRule="auto"/>
      </w:pPr>
      <w:r>
        <w:rPr>
          <w:rFonts w:ascii="宋体" w:hAnsi="宋体" w:eastAsia="宋体"/>
          <w:b w:val="0"/>
          <w:sz w:val="20"/>
        </w:rPr>
        <w:t>● 让学生经历探究计算方法的过程，逐步培养学生借助几何直观去解决问题的能力。本单元教科书根据学生已有的知识基础，为学生提供了探究乘法口算、笔算方法的具体问题情境，同时也设计了自主探究、合作交流的学习情境，旨在让学生运用已有的知识和计算方法探究新的计算方法。在教学时，要留有充裕的时间，放手让学生尝试、探讨多位数乘两位数的笔算方法。在自主探究的基础上，适时组织讨论交流，以完善学生对计算过程与算理的理解。</w:t>
      </w:r>
    </w:p>
    <w:p>
      <w:pPr>
        <w:spacing w:after="20" w:line="300" w:lineRule="auto"/>
      </w:pPr>
      <w:r>
        <w:rPr>
          <w:rFonts w:ascii="宋体" w:hAnsi="宋体" w:eastAsia="宋体"/>
          <w:b w:val="0"/>
          <w:sz w:val="20"/>
        </w:rPr>
        <w:t>● 重视引导学生探索运算中的数量关系，初步学习模型化的数学方法。本单元学习的用估算解决实际问题教学时，应注重让全体学生通过解决教科书P53例6中的具体问题，明确估算时要根据具体的实际情况确定将数往大估还是往小估，同时注意让学生通过交流，认识到有些问题用估算就可以快速解决，不用精确计算。</w:t>
      </w:r>
    </w:p>
    <w:p>
      <w:pPr>
        <w:spacing w:after="20" w:line="300" w:lineRule="auto"/>
      </w:pPr>
      <w:r>
        <w:rPr>
          <w:rFonts w:ascii="宋体" w:hAnsi="宋体" w:eastAsia="宋体"/>
          <w:b w:val="0"/>
          <w:sz w:val="20"/>
        </w:rPr>
        <w:t>● 重视引导学生用计算器计算探究运算中的规律，并做一定的归纳与总结，培养学生的推理能力特别是合情推理能力，也是本单元教学的重要任务。教学中，应鼓励、引导学生参与到探寻运算规律的活动中去，不但可提升学生合理、灵活的计算能力，而且还利于培养学生的数感和推理能力。</w:t>
      </w:r>
    </w:p>
    <w:p>
      <w:pPr>
        <w:spacing w:after="20" w:line="300" w:lineRule="auto"/>
      </w:pPr>
      <w:r>
        <w:rPr>
          <w:rFonts w:ascii="宋体" w:hAnsi="宋体" w:eastAsia="宋体"/>
          <w:b w:val="0"/>
          <w:sz w:val="20"/>
        </w:rPr>
        <w:t>● 适当增加计算量，加强计算技能训练。多位数乘两位数作为整数乘法运算学习的最后一部分知识，具有一定的总结性和概括性。为了让学生掌握好最基本的运算知识和计算技能，在教学中我们要根据班级学生情况，适当增加一定题量的练习，加强运算训练，以帮助学生牢固掌握整数乘法的相关知识。</w:t>
      </w:r>
    </w:p>
    <w:p>
      <w:pPr>
        <w:spacing w:after="20" w:line="300" w:lineRule="auto"/>
      </w:pPr>
      <w:r>
        <w:rPr>
          <w:rFonts w:ascii="黑体" w:hAnsi="黑体" w:eastAsia="黑体"/>
          <w:b/>
          <w:sz w:val="21"/>
        </w:rPr>
        <w:t>（五）单元课时规划</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020"/>
            <w:shd w:val="clear" w:fill="E8EEF7"/>
          </w:tcPr>
          <w:p>
            <w:pPr>
              <w:spacing w:after="20" w:line="276" w:lineRule="auto"/>
              <w:jc w:val="center"/>
            </w:pPr>
            <w:r/>
            <w:r>
              <w:rPr>
                <w:rFonts w:ascii="黑体" w:hAnsi="黑体" w:eastAsia="黑体"/>
                <w:b/>
                <w:sz w:val="18"/>
              </w:rPr>
              <w:t>课时安排</w:t>
            </w:r>
          </w:p>
        </w:tc>
        <w:tc>
          <w:tcPr>
            <w:tcW w:type="dxa" w:w="3061"/>
            <w:shd w:val="clear" w:fill="E8EEF7"/>
          </w:tcPr>
          <w:p>
            <w:pPr>
              <w:spacing w:after="20" w:line="276" w:lineRule="auto"/>
              <w:jc w:val="center"/>
            </w:pPr>
            <w:r/>
            <w:r>
              <w:rPr>
                <w:rFonts w:ascii="黑体" w:hAnsi="黑体" w:eastAsia="黑体"/>
                <w:b/>
                <w:sz w:val="18"/>
              </w:rPr>
              <w:t>课题</w:t>
            </w:r>
          </w:p>
        </w:tc>
        <w:tc>
          <w:tcPr>
            <w:tcW w:type="dxa" w:w="1814"/>
            <w:shd w:val="clear" w:fill="E8EEF7"/>
          </w:tcPr>
          <w:p>
            <w:pPr>
              <w:spacing w:after="20" w:line="276" w:lineRule="auto"/>
              <w:jc w:val="center"/>
            </w:pPr>
            <w:r/>
            <w:r>
              <w:rPr>
                <w:rFonts w:ascii="黑体" w:hAnsi="黑体" w:eastAsia="黑体"/>
                <w:b/>
                <w:sz w:val="18"/>
              </w:rPr>
              <w:t>课型</w:t>
            </w:r>
          </w:p>
        </w:tc>
        <w:tc>
          <w:tcPr>
            <w:tcW w:type="dxa" w:w="3515"/>
            <w:shd w:val="clear" w:fill="E8EEF7"/>
          </w:tcPr>
          <w:p>
            <w:pPr>
              <w:spacing w:after="20" w:line="276" w:lineRule="auto"/>
              <w:jc w:val="center"/>
            </w:pPr>
            <w:r/>
            <w:r>
              <w:rPr>
                <w:rFonts w:ascii="黑体" w:hAnsi="黑体" w:eastAsia="黑体"/>
                <w:b/>
                <w:sz w:val="18"/>
              </w:rPr>
              <w:t>核心任务</w:t>
            </w:r>
          </w:p>
        </w:tc>
      </w:tr>
      <w:tr>
        <w:tc>
          <w:tcPr>
            <w:tcW w:type="dxa" w:w="1020"/>
          </w:tcPr>
          <w:p>
            <w:pPr>
              <w:spacing w:after="20" w:line="276" w:lineRule="auto"/>
            </w:pPr>
            <w:r/>
            <w:r>
              <w:rPr>
                <w:rFonts w:ascii="宋体" w:hAnsi="宋体" w:eastAsia="宋体"/>
                <w:b w:val="0"/>
                <w:sz w:val="18"/>
              </w:rPr>
              <w:t>第1课时</w:t>
            </w:r>
          </w:p>
        </w:tc>
        <w:tc>
          <w:tcPr>
            <w:tcW w:type="dxa" w:w="3061"/>
          </w:tcPr>
          <w:p>
            <w:pPr>
              <w:spacing w:after="20" w:line="276" w:lineRule="auto"/>
            </w:pPr>
            <w:r/>
            <w:r>
              <w:rPr>
                <w:rFonts w:ascii="宋体" w:hAnsi="宋体" w:eastAsia="宋体"/>
                <w:b w:val="0"/>
                <w:sz w:val="18"/>
              </w:rPr>
              <w:t>两位数、几百几十数乘一位数</w:t>
            </w:r>
          </w:p>
        </w:tc>
        <w:tc>
          <w:tcPr>
            <w:tcW w:type="dxa" w:w="1814"/>
          </w:tcPr>
          <w:p>
            <w:pPr>
              <w:spacing w:after="20" w:line="276" w:lineRule="auto"/>
            </w:pPr>
            <w:r/>
            <w:r>
              <w:rPr>
                <w:rFonts w:ascii="宋体" w:hAnsi="宋体" w:eastAsia="宋体"/>
                <w:b w:val="0"/>
                <w:sz w:val="18"/>
              </w:rPr>
              <w:t>单元开启课</w:t>
            </w:r>
          </w:p>
        </w:tc>
        <w:tc>
          <w:tcPr>
            <w:tcW w:type="dxa" w:w="3515"/>
          </w:tcPr>
          <w:p>
            <w:pPr>
              <w:spacing w:after="20" w:line="276" w:lineRule="auto"/>
            </w:pPr>
            <w:r/>
            <w:r>
              <w:rPr>
                <w:rFonts w:ascii="宋体" w:hAnsi="宋体" w:eastAsia="宋体"/>
                <w:b w:val="0"/>
                <w:sz w:val="18"/>
              </w:rPr>
              <w:t>在具体的情境中，理解两位数、几百几十数乘一位数(进位)的口算算理，感受口算方法的多样化，掌握口算方法并能正确口算。</w:t>
            </w:r>
          </w:p>
        </w:tc>
      </w:tr>
      <w:tr>
        <w:tc>
          <w:tcPr>
            <w:tcW w:type="dxa" w:w="1020"/>
          </w:tcPr>
          <w:p>
            <w:pPr>
              <w:spacing w:after="20" w:line="276" w:lineRule="auto"/>
            </w:pPr>
            <w:r/>
            <w:r>
              <w:rPr>
                <w:rFonts w:ascii="宋体" w:hAnsi="宋体" w:eastAsia="宋体"/>
                <w:b w:val="0"/>
                <w:sz w:val="18"/>
              </w:rPr>
              <w:t>第2课时</w:t>
            </w:r>
          </w:p>
        </w:tc>
        <w:tc>
          <w:tcPr>
            <w:tcW w:type="dxa" w:w="3061"/>
          </w:tcPr>
          <w:p>
            <w:pPr>
              <w:spacing w:after="20" w:line="276" w:lineRule="auto"/>
            </w:pPr>
            <w:r/>
            <w:r>
              <w:rPr>
                <w:rFonts w:ascii="宋体" w:hAnsi="宋体" w:eastAsia="宋体"/>
                <w:b w:val="0"/>
                <w:sz w:val="18"/>
              </w:rPr>
              <w:t>多位数乘两位数(不进位)</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经历多位数乘两位数(不进位)的计算过程，掌握多位数乘两位数(不进位)的笔算方法。</w:t>
            </w:r>
          </w:p>
        </w:tc>
      </w:tr>
      <w:tr>
        <w:tc>
          <w:tcPr>
            <w:tcW w:type="dxa" w:w="1020"/>
          </w:tcPr>
          <w:p>
            <w:pPr>
              <w:spacing w:after="20" w:line="276" w:lineRule="auto"/>
            </w:pPr>
            <w:r/>
            <w:r>
              <w:rPr>
                <w:rFonts w:ascii="宋体" w:hAnsi="宋体" w:eastAsia="宋体"/>
                <w:b w:val="0"/>
                <w:sz w:val="18"/>
              </w:rPr>
              <w:t>第3课时</w:t>
            </w:r>
          </w:p>
        </w:tc>
        <w:tc>
          <w:tcPr>
            <w:tcW w:type="dxa" w:w="3061"/>
          </w:tcPr>
          <w:p>
            <w:pPr>
              <w:spacing w:after="20" w:line="276" w:lineRule="auto"/>
            </w:pPr>
            <w:r/>
            <w:r>
              <w:rPr>
                <w:rFonts w:ascii="宋体" w:hAnsi="宋体" w:eastAsia="宋体"/>
                <w:b w:val="0"/>
                <w:sz w:val="18"/>
              </w:rPr>
              <w:t>多位数乘两位数(进位)</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理解多位数乘两位数(进位)的笔算方法，并会用竖式计算。</w:t>
            </w:r>
          </w:p>
        </w:tc>
      </w:tr>
      <w:tr>
        <w:tc>
          <w:tcPr>
            <w:tcW w:type="dxa" w:w="1020"/>
          </w:tcPr>
          <w:p>
            <w:pPr>
              <w:spacing w:after="20" w:line="276" w:lineRule="auto"/>
            </w:pPr>
            <w:r/>
            <w:r>
              <w:rPr>
                <w:rFonts w:ascii="宋体" w:hAnsi="宋体" w:eastAsia="宋体"/>
                <w:b w:val="0"/>
                <w:sz w:val="18"/>
              </w:rPr>
              <w:t>第4课时</w:t>
            </w:r>
          </w:p>
        </w:tc>
        <w:tc>
          <w:tcPr>
            <w:tcW w:type="dxa" w:w="3061"/>
          </w:tcPr>
          <w:p>
            <w:pPr>
              <w:spacing w:after="20" w:line="276" w:lineRule="auto"/>
            </w:pPr>
            <w:r/>
            <w:r>
              <w:rPr>
                <w:rFonts w:ascii="宋体" w:hAnsi="宋体" w:eastAsia="宋体"/>
                <w:b w:val="0"/>
                <w:sz w:val="18"/>
              </w:rPr>
              <w:t>多位数乘整十数</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在具体的情境中，理解一位数乘整十数和多位数乘整十数的口算算理，感受口算方法的多样化，掌握口算方法并能正确口算。</w:t>
            </w:r>
          </w:p>
        </w:tc>
      </w:tr>
      <w:tr>
        <w:tc>
          <w:tcPr>
            <w:tcW w:type="dxa" w:w="1020"/>
          </w:tcPr>
          <w:p>
            <w:pPr>
              <w:spacing w:after="20" w:line="276" w:lineRule="auto"/>
            </w:pPr>
            <w:r/>
            <w:r>
              <w:rPr>
                <w:rFonts w:ascii="宋体" w:hAnsi="宋体" w:eastAsia="宋体"/>
                <w:b w:val="0"/>
                <w:sz w:val="18"/>
              </w:rPr>
              <w:t>第5课时</w:t>
            </w:r>
          </w:p>
        </w:tc>
        <w:tc>
          <w:tcPr>
            <w:tcW w:type="dxa" w:w="3061"/>
          </w:tcPr>
          <w:p>
            <w:pPr>
              <w:spacing w:after="20" w:line="276" w:lineRule="auto"/>
            </w:pPr>
            <w:r/>
            <w:r>
              <w:rPr>
                <w:rFonts w:ascii="宋体" w:hAnsi="宋体" w:eastAsia="宋体"/>
                <w:b w:val="0"/>
                <w:sz w:val="18"/>
              </w:rPr>
              <w:t>中间或末尾有0的数乘两位数</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以学生已有的知识经验为基础，自主迁移出乘数中间或末尾有0的数乘两位数的笔算乘法的计算方法。</w:t>
            </w:r>
          </w:p>
        </w:tc>
      </w:tr>
      <w:tr>
        <w:tc>
          <w:tcPr>
            <w:tcW w:type="dxa" w:w="1020"/>
          </w:tcPr>
          <w:p>
            <w:pPr>
              <w:spacing w:after="20" w:line="276" w:lineRule="auto"/>
            </w:pPr>
            <w:r/>
            <w:r>
              <w:rPr>
                <w:rFonts w:ascii="宋体" w:hAnsi="宋体" w:eastAsia="宋体"/>
                <w:b w:val="0"/>
                <w:sz w:val="18"/>
              </w:rPr>
              <w:t>第6课时</w:t>
            </w:r>
          </w:p>
        </w:tc>
        <w:tc>
          <w:tcPr>
            <w:tcW w:type="dxa" w:w="3061"/>
          </w:tcPr>
          <w:p>
            <w:pPr>
              <w:spacing w:after="20" w:line="276" w:lineRule="auto"/>
            </w:pPr>
            <w:r/>
            <w:r>
              <w:rPr>
                <w:rFonts w:ascii="宋体" w:hAnsi="宋体" w:eastAsia="宋体"/>
                <w:b w:val="0"/>
                <w:sz w:val="18"/>
              </w:rPr>
              <w:t>积的变化规律</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探索并掌握积的变化规律，将规律运用于实际计算和解决简单的实际问题中。</w:t>
            </w:r>
          </w:p>
        </w:tc>
      </w:tr>
      <w:tr>
        <w:tc>
          <w:tcPr>
            <w:tcW w:type="dxa" w:w="1020"/>
          </w:tcPr>
          <w:p>
            <w:pPr>
              <w:spacing w:after="20" w:line="276" w:lineRule="auto"/>
            </w:pPr>
            <w:r/>
            <w:r>
              <w:rPr>
                <w:rFonts w:ascii="宋体" w:hAnsi="宋体" w:eastAsia="宋体"/>
                <w:b w:val="0"/>
                <w:sz w:val="18"/>
              </w:rPr>
              <w:t>第7课时</w:t>
            </w:r>
          </w:p>
        </w:tc>
        <w:tc>
          <w:tcPr>
            <w:tcW w:type="dxa" w:w="3061"/>
          </w:tcPr>
          <w:p>
            <w:pPr>
              <w:spacing w:after="20" w:line="276" w:lineRule="auto"/>
            </w:pPr>
            <w:r/>
            <w:r>
              <w:rPr>
                <w:rFonts w:ascii="宋体" w:hAnsi="宋体" w:eastAsia="宋体"/>
                <w:b w:val="0"/>
                <w:sz w:val="18"/>
              </w:rPr>
              <w:t>用计算器计算并发现规律</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通过有趣的探索活动，体会计算器不仅是计算工具，也是探索数学、学习数学的工具。</w:t>
            </w:r>
          </w:p>
        </w:tc>
      </w:tr>
      <w:tr>
        <w:tc>
          <w:tcPr>
            <w:tcW w:type="dxa" w:w="1020"/>
          </w:tcPr>
          <w:p>
            <w:pPr>
              <w:spacing w:after="20" w:line="276" w:lineRule="auto"/>
            </w:pPr>
            <w:r/>
            <w:r>
              <w:rPr>
                <w:rFonts w:ascii="宋体" w:hAnsi="宋体" w:eastAsia="宋体"/>
                <w:b w:val="0"/>
                <w:sz w:val="18"/>
              </w:rPr>
              <w:t>第8课时</w:t>
            </w:r>
          </w:p>
        </w:tc>
        <w:tc>
          <w:tcPr>
            <w:tcW w:type="dxa" w:w="3061"/>
          </w:tcPr>
          <w:p>
            <w:pPr>
              <w:spacing w:after="20" w:line="276" w:lineRule="auto"/>
            </w:pPr>
            <w:r/>
            <w:r>
              <w:rPr>
                <w:rFonts w:ascii="宋体" w:hAnsi="宋体" w:eastAsia="宋体"/>
                <w:b w:val="0"/>
                <w:sz w:val="18"/>
              </w:rPr>
              <w:t>解决问题</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在实际情境中理解估算的意义，学会利用已学的乘法口算进行估算，知道估算的思路。</w:t>
            </w:r>
          </w:p>
        </w:tc>
      </w:tr>
      <w:tr>
        <w:tc>
          <w:tcPr>
            <w:tcW w:type="dxa" w:w="1020"/>
          </w:tcPr>
          <w:p>
            <w:pPr>
              <w:spacing w:after="20" w:line="276" w:lineRule="auto"/>
            </w:pPr>
            <w:r/>
            <w:r>
              <w:rPr>
                <w:rFonts w:ascii="宋体" w:hAnsi="宋体" w:eastAsia="宋体"/>
                <w:b w:val="0"/>
                <w:sz w:val="18"/>
              </w:rPr>
              <w:t>第9课时</w:t>
            </w:r>
          </w:p>
        </w:tc>
        <w:tc>
          <w:tcPr>
            <w:tcW w:type="dxa" w:w="3061"/>
          </w:tcPr>
          <w:p>
            <w:pPr>
              <w:spacing w:after="20" w:line="276" w:lineRule="auto"/>
            </w:pPr>
            <w:r/>
            <w:r>
              <w:rPr>
                <w:rFonts w:ascii="宋体" w:hAnsi="宋体" w:eastAsia="宋体"/>
                <w:b w:val="0"/>
                <w:sz w:val="18"/>
              </w:rPr>
              <w:t>整理和复习(练习十一)</w:t>
            </w:r>
          </w:p>
        </w:tc>
        <w:tc>
          <w:tcPr>
            <w:tcW w:type="dxa" w:w="1814"/>
          </w:tcPr>
          <w:p>
            <w:pPr>
              <w:spacing w:after="20" w:line="276" w:lineRule="auto"/>
            </w:pPr>
            <w:r/>
            <w:r>
              <w:rPr>
                <w:rFonts w:ascii="宋体" w:hAnsi="宋体" w:eastAsia="宋体"/>
                <w:b w:val="0"/>
                <w:sz w:val="18"/>
              </w:rPr>
              <w:t>自主整理课</w:t>
            </w:r>
          </w:p>
        </w:tc>
        <w:tc>
          <w:tcPr>
            <w:tcW w:type="dxa" w:w="3515"/>
          </w:tcPr>
          <w:p>
            <w:pPr>
              <w:spacing w:after="20" w:line="276" w:lineRule="auto"/>
            </w:pPr>
            <w:r/>
            <w:r>
              <w:rPr>
                <w:rFonts w:ascii="宋体" w:hAnsi="宋体" w:eastAsia="宋体"/>
                <w:b w:val="0"/>
                <w:sz w:val="18"/>
              </w:rPr>
              <w:t>使学生经历对本单元知识的整理和复习过程，构建“多位数乘两位数”完整的知识体系，培养学生学会整理、学会表达的能力。</w:t>
            </w:r>
          </w:p>
        </w:tc>
      </w:tr>
    </w:tbl>
    <w:p>
      <w:pPr>
        <w:spacing w:after="40" w:line="300" w:lineRule="auto"/>
      </w:pPr>
      <w:r>
        <w:rPr>
          <w:rFonts w:ascii="楷体" w:hAnsi="楷体" w:eastAsia="楷体"/>
          <w:b w:val="0"/>
          <w:color w:val="606060"/>
          <w:sz w:val="18"/>
        </w:rPr>
        <w:t>注：课型依据温州市上课常规"单元开启课、活动探索课、专题练习课、自主整理课、主题拓展课"分类。</w:t>
      </w:r>
    </w:p>
    <w:p>
      <w:r>
        <w:br w:type="page"/>
      </w:r>
    </w:p>
    <w:p>
      <w:pPr>
        <w:spacing w:after="80" w:line="300" w:lineRule="auto"/>
      </w:pPr>
      <w:r>
        <w:rPr>
          <w:rFonts w:ascii="黑体" w:hAnsi="黑体" w:eastAsia="黑体"/>
          <w:b/>
          <w:sz w:val="24"/>
        </w:rPr>
        <w:t>二、课时教学方案（第1课时）</w:t>
      </w:r>
    </w:p>
    <w:p>
      <w:pPr>
        <w:spacing w:after="80" w:line="300" w:lineRule="auto"/>
      </w:pPr>
      <w:r>
        <w:rPr>
          <w:rFonts w:ascii="黑体" w:hAnsi="黑体" w:eastAsia="黑体"/>
          <w:b/>
          <w:sz w:val="24"/>
        </w:rPr>
        <w:t>第1课时　两位数、几百几十数乘一位数</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第1课时　两位数、几百几十数乘一位数</w:t>
            </w:r>
          </w:p>
        </w:tc>
        <w:tc>
          <w:tcPr>
            <w:tcW w:type="dxa" w:w="6009"/>
          </w:tcPr>
          <w:p>
            <w:pPr>
              <w:spacing w:after="20" w:line="276" w:lineRule="auto"/>
            </w:pPr>
            <w:r/>
            <w:r>
              <w:rPr>
                <w:rFonts w:ascii="宋体" w:hAnsi="宋体" w:eastAsia="宋体"/>
                <w:b w:val="0"/>
                <w:sz w:val="20"/>
              </w:rPr>
              <w:t>第3单元 多位数乘两位数（口算乘法）</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由于有前期笔算的经验，学生对“多位数乘两位数”的笔算方法的算理和算法的理解、探索并不会感到困难，所以教学中要充分利用学生已有的经验，为学生创设主动探究的学习情境，通过对比与体验，让学生自主得出“多位数乘两位数”的笔算方法。从计算的要求来说，多位数乘两位数在小学阶段是最高难度的整数乘法运算了，学生出现错误也是正常现象。教学中，教师需在作业中收集典型错例，及时组织学生讨论分析，寻找错误原因，组织订正，避免重复出错。交流时，可采用同桌交换检查评改、同桌互说错误原因等方式，突出对错误原因的分析，在提高学生分析能力的同时，培养学生的计算技能。</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教学内容：教科书P39例1。</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（1）在具体的情境中，理解两位数、几百几十数乘一位数(进位)的口算算理，感受口算方法的多样化，掌握口算方法并能正确口算。</w:t>
      </w:r>
    </w:p>
    <w:p>
      <w:pPr>
        <w:spacing w:after="20" w:line="300" w:lineRule="auto"/>
        <w:ind w:firstLine="400"/>
      </w:pPr>
      <w:r>
        <w:rPr>
          <w:rFonts w:ascii="宋体" w:hAnsi="宋体" w:eastAsia="宋体"/>
          <w:b w:val="0"/>
          <w:sz w:val="20"/>
        </w:rPr>
        <w:t>（2）经历探究两位数、几百几十数乘一位数(进位)的口算过程，培养学生观察、比较、抽象概括及迁移类推的能力。</w:t>
      </w:r>
    </w:p>
    <w:p>
      <w:pPr>
        <w:spacing w:after="20" w:line="300" w:lineRule="auto"/>
        <w:ind w:firstLine="400"/>
      </w:pPr>
      <w:r>
        <w:rPr>
          <w:rFonts w:ascii="宋体" w:hAnsi="宋体" w:eastAsia="宋体"/>
          <w:b w:val="0"/>
          <w:sz w:val="20"/>
        </w:rPr>
        <w:t>（3）将乘法口算置于现实情境中，让学生感受数学与生活的联系，从中获得成功体验，树立学好数学的信心。</w:t>
      </w:r>
    </w:p>
    <w:p>
      <w:pPr>
        <w:spacing w:after="20" w:line="300" w:lineRule="auto"/>
      </w:pPr>
      <w:r>
        <w:rPr>
          <w:rFonts w:ascii="宋体" w:hAnsi="宋体" w:eastAsia="宋体"/>
          <w:b w:val="0"/>
          <w:sz w:val="20"/>
        </w:rPr>
        <w:t>教学重点：学会两位数、几百几十数乘一位数(进位)的口算方法，并能正确计算。</w:t>
      </w:r>
    </w:p>
    <w:p>
      <w:pPr>
        <w:spacing w:after="20" w:line="300" w:lineRule="auto"/>
      </w:pPr>
      <w:r>
        <w:rPr>
          <w:rFonts w:ascii="宋体" w:hAnsi="宋体" w:eastAsia="宋体"/>
          <w:b w:val="0"/>
          <w:sz w:val="20"/>
        </w:rPr>
        <w:t>教学难点：理解算理，沟通联系，迁移类推口算方法。</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创设情境，导入新课</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同学们，今天我们的好朋友小明和小红给我们带来了一些口算题卡，你们会算吗？</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二、自主探究，学习新知　　课件出示教科书P39例1。</w:t>
            </w:r>
          </w:p>
        </w:tc>
        <w:tc>
          <w:tcPr>
            <w:tcW w:type="dxa" w:w="1814"/>
          </w:tcPr>
          <w:p>
            <w:pPr>
              <w:spacing w:after="20" w:line="276" w:lineRule="auto"/>
            </w:pPr>
            <w:r/>
            <w:r>
              <w:rPr>
                <w:rFonts w:ascii="宋体" w:hAnsi="宋体" w:eastAsia="宋体"/>
                <w:b w:val="0"/>
                <w:sz w:val="18"/>
              </w:rPr>
              <w:t>学具、课件</w:t>
            </w:r>
          </w:p>
        </w:tc>
        <w:tc>
          <w:tcPr>
            <w:tcW w:type="dxa" w:w="3402"/>
          </w:tcPr>
          <w:p>
            <w:pPr>
              <w:spacing w:after="20" w:line="276" w:lineRule="auto"/>
            </w:pPr>
            <w:r/>
            <w:r>
              <w:rPr>
                <w:rFonts w:ascii="宋体" w:hAnsi="宋体" w:eastAsia="宋体"/>
                <w:b w:val="0"/>
                <w:sz w:val="18"/>
              </w:rPr>
              <w:t>水果店里的一位叔叔正在摆放水果。仔细看图，从图中你们知道了哪些数学信息？要解决的问题是什么？；求3筐有多少盒草莓，该怎样列式呢？为什么？</w:t>
            </w:r>
          </w:p>
        </w:tc>
        <w:tc>
          <w:tcPr>
            <w:tcW w:type="dxa" w:w="1361"/>
          </w:tcPr>
          <w:p>
            <w:pPr>
              <w:spacing w:after="20" w:line="276" w:lineRule="auto"/>
            </w:pPr>
            <w:r/>
            <w:r>
              <w:rPr>
                <w:rFonts w:ascii="宋体" w:hAnsi="宋体" w:eastAsia="宋体"/>
                <w:b w:val="0"/>
                <w:sz w:val="18"/>
              </w:rPr>
              <w:t>24分钟</w:t>
            </w:r>
          </w:p>
        </w:tc>
      </w:tr>
      <w:tr>
        <w:tc>
          <w:tcPr>
            <w:tcW w:type="dxa" w:w="2835"/>
          </w:tcPr>
          <w:p>
            <w:pPr>
              <w:spacing w:after="20" w:line="276" w:lineRule="auto"/>
            </w:pPr>
            <w:r/>
            <w:r>
              <w:rPr>
                <w:rFonts w:ascii="宋体" w:hAnsi="宋体" w:eastAsia="宋体"/>
                <w:b w:val="0"/>
                <w:sz w:val="18"/>
              </w:rPr>
              <w:t>巩固练习</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做完这些题，你有什么发现？</w:t>
            </w:r>
          </w:p>
        </w:tc>
        <w:tc>
          <w:tcPr>
            <w:tcW w:type="dxa" w:w="1361"/>
          </w:tcPr>
          <w:p>
            <w:pPr>
              <w:spacing w:after="20" w:line="276" w:lineRule="auto"/>
            </w:pPr>
            <w:r/>
            <w:r>
              <w:rPr>
                <w:rFonts w:ascii="宋体" w:hAnsi="宋体" w:eastAsia="宋体"/>
                <w:b w:val="0"/>
                <w:sz w:val="18"/>
              </w:rPr>
              <w:t>8分钟</w:t>
            </w:r>
          </w:p>
        </w:tc>
      </w:tr>
      <w:tr>
        <w:tc>
          <w:tcPr>
            <w:tcW w:type="dxa" w:w="2835"/>
          </w:tcPr>
          <w:p>
            <w:pPr>
              <w:spacing w:after="20" w:line="276" w:lineRule="auto"/>
            </w:pPr>
            <w:r/>
            <w:r>
              <w:rPr>
                <w:rFonts w:ascii="宋体" w:hAnsi="宋体" w:eastAsia="宋体"/>
                <w:b w:val="0"/>
                <w:sz w:val="18"/>
              </w:rPr>
              <w:t>四、课堂小结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同学们，通过本节课的学习，你们有哪些收获呢？</w:t>
            </w:r>
          </w:p>
        </w:tc>
        <w:tc>
          <w:tcPr>
            <w:tcW w:type="dxa" w:w="1361"/>
          </w:tcPr>
          <w:p>
            <w:pPr>
              <w:spacing w:after="20" w:line="276" w:lineRule="auto"/>
            </w:pPr>
            <w:r/>
            <w:r>
              <w:rPr>
                <w:rFonts w:ascii="宋体" w:hAnsi="宋体" w:eastAsia="宋体"/>
                <w:b w:val="0"/>
                <w:sz w:val="18"/>
              </w:rPr>
              <w:t>3分钟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创设情境，导入新课</w:t>
            </w:r>
          </w:p>
        </w:tc>
        <w:tc>
          <w:tcPr>
            <w:tcW w:type="dxa" w:w="3061"/>
          </w:tcPr>
          <w:p>
            <w:pPr>
              <w:spacing w:after="20" w:line="276" w:lineRule="auto"/>
            </w:pPr>
            <w:r/>
            <w:r>
              <w:rPr>
                <w:rFonts w:ascii="宋体" w:hAnsi="宋体" w:eastAsia="宋体"/>
                <w:b w:val="0"/>
                <w:sz w:val="18"/>
              </w:rPr>
              <w:t>师：同学们，今天我们的好朋友小明和小红给我们带来了一些口算题卡，你们会算吗？</w:t>
            </w:r>
          </w:p>
          <w:p>
            <w:pPr>
              <w:spacing w:after="20" w:line="276" w:lineRule="auto"/>
            </w:pPr>
            <w:r>
              <w:rPr>
                <w:rFonts w:ascii="宋体" w:hAnsi="宋体" w:eastAsia="宋体"/>
                <w:b w:val="0"/>
                <w:sz w:val="18"/>
              </w:rPr>
              <w:t>课件出示口算题卡。</w:t>
            </w:r>
          </w:p>
          <w:p>
            <w:pPr>
              <w:spacing w:after="20" w:line="276" w:lineRule="auto"/>
            </w:pPr>
            <w:r>
              <w:rPr>
                <w:rFonts w:ascii="宋体" w:hAnsi="宋体" w:eastAsia="宋体"/>
                <w:b w:val="0"/>
                <w:sz w:val="18"/>
              </w:rPr>
              <w:t>师：这些都是我们以前学过的乘法，大家掌握得不错。接下来，我们一起去看看小明和小红遇到了哪些数学问题。(板书课题：两位数、几百几十数乘一位数)</w:t>
            </w:r>
          </w:p>
        </w:tc>
        <w:tc>
          <w:tcPr>
            <w:tcW w:type="dxa" w:w="3061"/>
          </w:tcPr>
          <w:p>
            <w:pPr>
              <w:spacing w:after="20" w:line="276" w:lineRule="auto"/>
            </w:pPr>
            <w:r/>
            <w:r>
              <w:rPr>
                <w:rFonts w:ascii="宋体" w:hAnsi="宋体" w:eastAsia="宋体"/>
                <w:b w:val="0"/>
                <w:sz w:val="18"/>
              </w:rPr>
              <w:t>学生抢答，教师订正。</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创设情境激活学生已有经验，自然引出本课学习内容，激发学习兴趣，核心问题："同学们，今天我们的好朋友小明和小红给我们带来了一些口算题卡，你们会算吗？"</w:t>
            </w:r>
          </w:p>
        </w:tc>
      </w:tr>
      <w:tr>
        <w:tc>
          <w:tcPr>
            <w:tcW w:type="dxa" w:w="1474"/>
          </w:tcPr>
          <w:p>
            <w:pPr>
              <w:spacing w:after="20" w:line="276" w:lineRule="auto"/>
            </w:pPr>
            <w:r>
              <w:rPr>
                <w:b/>
              </w:rPr>
            </w:r>
            <w:r>
              <w:rPr>
                <w:rFonts w:ascii="宋体" w:hAnsi="宋体" w:eastAsia="宋体"/>
                <w:b/>
                <w:sz w:val="18"/>
              </w:rPr>
              <w:t>二、自主探究，学习新知　　课件出示教科书P39例1。</w:t>
            </w:r>
          </w:p>
        </w:tc>
        <w:tc>
          <w:tcPr>
            <w:tcW w:type="dxa" w:w="3061"/>
          </w:tcPr>
          <w:p>
            <w:pPr>
              <w:spacing w:after="20" w:line="276" w:lineRule="auto"/>
            </w:pPr>
            <w:r/>
            <w:r>
              <w:rPr>
                <w:rFonts w:ascii="宋体" w:hAnsi="宋体" w:eastAsia="宋体"/>
                <w:b w:val="0"/>
                <w:sz w:val="18"/>
              </w:rPr>
              <w:t>1．创设情境，提出问题。</w:t>
            </w:r>
          </w:p>
          <w:p>
            <w:pPr>
              <w:spacing w:after="20" w:line="276" w:lineRule="auto"/>
            </w:pPr>
            <w:r>
              <w:rPr>
                <w:rFonts w:ascii="宋体" w:hAnsi="宋体" w:eastAsia="宋体"/>
                <w:b w:val="0"/>
                <w:sz w:val="18"/>
              </w:rPr>
              <w:t>师：水果店里的一位叔叔正在摆放水果。仔细看图，从图中你们知道了哪些数学信息？要解决的问题是什么？</w:t>
            </w:r>
          </w:p>
          <w:p>
            <w:pPr>
              <w:spacing w:after="20" w:line="276" w:lineRule="auto"/>
            </w:pPr>
            <w:r>
              <w:rPr>
                <w:rFonts w:ascii="宋体" w:hAnsi="宋体" w:eastAsia="宋体"/>
                <w:b w:val="0"/>
                <w:sz w:val="18"/>
              </w:rPr>
              <w:t>师：求3筐有多少盒草莓，该怎样列式呢？为什么？</w:t>
            </w:r>
          </w:p>
          <w:p>
            <w:pPr>
              <w:spacing w:after="20" w:line="276" w:lineRule="auto"/>
            </w:pPr>
            <w:r>
              <w:rPr>
                <w:rFonts w:ascii="宋体" w:hAnsi="宋体" w:eastAsia="宋体"/>
                <w:b w:val="0"/>
                <w:sz w:val="18"/>
              </w:rPr>
              <w:t>师：16×3要怎样算呢？</w:t>
            </w:r>
          </w:p>
          <w:p>
            <w:pPr>
              <w:spacing w:after="20" w:line="276" w:lineRule="auto"/>
            </w:pPr>
            <w:r>
              <w:rPr>
                <w:rFonts w:ascii="宋体" w:hAnsi="宋体" w:eastAsia="宋体"/>
                <w:b w:val="0"/>
                <w:sz w:val="18"/>
              </w:rPr>
              <w:t>师：先独立思考16×3该怎样口算，再把自己的想法在小组内说一说。</w:t>
            </w:r>
          </w:p>
          <w:p>
            <w:pPr>
              <w:spacing w:after="20" w:line="276" w:lineRule="auto"/>
            </w:pPr>
            <w:r>
              <w:rPr>
                <w:rFonts w:ascii="宋体" w:hAnsi="宋体" w:eastAsia="宋体"/>
                <w:b w:val="0"/>
                <w:sz w:val="18"/>
              </w:rPr>
              <w:t>师：哪个小组的同学可以汇报一下你们的方法？</w:t>
            </w:r>
          </w:p>
          <w:p>
            <w:pPr>
              <w:spacing w:after="20" w:line="276" w:lineRule="auto"/>
            </w:pPr>
            <w:r>
              <w:rPr>
                <w:rFonts w:ascii="宋体" w:hAnsi="宋体" w:eastAsia="宋体"/>
                <w:b w:val="0"/>
                <w:sz w:val="18"/>
              </w:rPr>
              <w:t>师：大家真聪明，有的用加法列式计算，有的通过摆学具拆分口算，还有的用竖式计算。你喜欢哪种方法？为什么？</w:t>
            </w:r>
          </w:p>
          <w:p>
            <w:pPr>
              <w:spacing w:after="20" w:line="276" w:lineRule="auto"/>
            </w:pPr>
            <w:r>
              <w:rPr>
                <w:rFonts w:ascii="宋体" w:hAnsi="宋体" w:eastAsia="宋体"/>
                <w:b w:val="0"/>
                <w:sz w:val="18"/>
              </w:rPr>
              <w:t>师小结：这些方法看起来虽然有各自的特点，但它们之间也是有联系的。无论是连加还是拆分口算，其实算理是一样的。求3筐有多少盒草莓，可以先求3个10盒是多少，再求3个6盒是多少，最后把两次乘得的积加起来就是总盒数，即16×3就是把3个10和3个6合起来。</w:t>
            </w:r>
          </w:p>
          <w:p>
            <w:pPr>
              <w:spacing w:after="20" w:line="276" w:lineRule="auto"/>
            </w:pPr>
            <w:r>
              <w:rPr>
                <w:rFonts w:ascii="宋体" w:hAnsi="宋体" w:eastAsia="宋体"/>
                <w:b w:val="0"/>
                <w:sz w:val="18"/>
              </w:rPr>
              <w:t>4．迁移类推，拓展延伸。</w:t>
            </w:r>
          </w:p>
          <w:p>
            <w:pPr>
              <w:spacing w:after="20" w:line="276" w:lineRule="auto"/>
            </w:pPr>
            <w:r>
              <w:rPr>
                <w:rFonts w:ascii="宋体" w:hAnsi="宋体" w:eastAsia="宋体"/>
                <w:b w:val="0"/>
                <w:sz w:val="18"/>
              </w:rPr>
              <w:t>师：想一想，160×3的积是多少呢？</w:t>
            </w:r>
          </w:p>
        </w:tc>
        <w:tc>
          <w:tcPr>
            <w:tcW w:type="dxa" w:w="3061"/>
          </w:tcPr>
          <w:p>
            <w:pPr>
              <w:spacing w:after="20" w:line="276" w:lineRule="auto"/>
            </w:pPr>
            <w:r/>
            <w:r>
              <w:rPr>
                <w:rFonts w:ascii="宋体" w:hAnsi="宋体" w:eastAsia="宋体"/>
                <w:b w:val="0"/>
                <w:sz w:val="18"/>
              </w:rPr>
              <w:t>每筐有16盒草莓，求3筐有多少盒草莓。</w:t>
            </w:r>
          </w:p>
          <w:p>
            <w:pPr>
              <w:spacing w:after="20" w:line="276" w:lineRule="auto"/>
            </w:pPr>
            <w:r>
              <w:rPr>
                <w:rFonts w:ascii="宋体" w:hAnsi="宋体" w:eastAsia="宋体"/>
                <w:b w:val="0"/>
                <w:sz w:val="18"/>
              </w:rPr>
              <w:t>列式为16×3，因为每筐有16盒草莓，求3筐有多少盒草莓，也就是求3个16相加的和是多少。</w:t>
            </w:r>
          </w:p>
          <w:p>
            <w:pPr>
              <w:spacing w:after="20" w:line="276" w:lineRule="auto"/>
            </w:pPr>
            <w:r>
              <w:rPr>
                <w:rFonts w:ascii="宋体" w:hAnsi="宋体" w:eastAsia="宋体"/>
                <w:b w:val="0"/>
                <w:sz w:val="18"/>
              </w:rPr>
              <w:t>2．合作交流，探究算法。</w:t>
            </w:r>
          </w:p>
          <w:p>
            <w:pPr>
              <w:spacing w:after="20" w:line="276" w:lineRule="auto"/>
            </w:pPr>
            <w:r>
              <w:rPr>
                <w:rFonts w:ascii="宋体" w:hAnsi="宋体" w:eastAsia="宋体"/>
                <w:b w:val="0"/>
                <w:sz w:val="18"/>
              </w:rPr>
              <w:t>学生小组活动，教师巡视指导。</w:t>
            </w:r>
          </w:p>
          <w:p>
            <w:pPr>
              <w:spacing w:after="20" w:line="276" w:lineRule="auto"/>
            </w:pPr>
            <w:r>
              <w:rPr>
                <w:rFonts w:ascii="宋体" w:hAnsi="宋体" w:eastAsia="宋体"/>
                <w:b w:val="0"/>
                <w:sz w:val="18"/>
              </w:rPr>
              <w:t>3．交流算法，理解算理。</w:t>
            </w:r>
          </w:p>
          <w:p>
            <w:pPr>
              <w:spacing w:after="20" w:line="276" w:lineRule="auto"/>
            </w:pPr>
            <w:r>
              <w:rPr>
                <w:rFonts w:ascii="宋体" w:hAnsi="宋体" w:eastAsia="宋体"/>
                <w:b w:val="0"/>
                <w:sz w:val="18"/>
              </w:rPr>
              <w:t>预设1：因为要求3个16相加的和是多少，用加法算，16＋16＋16＝48。</w:t>
            </w:r>
          </w:p>
          <w:p>
            <w:pPr>
              <w:spacing w:after="20" w:line="276" w:lineRule="auto"/>
            </w:pPr>
            <w:r>
              <w:rPr>
                <w:rFonts w:ascii="宋体" w:hAnsi="宋体" w:eastAsia="宋体"/>
                <w:b w:val="0"/>
                <w:sz w:val="18"/>
              </w:rPr>
              <w:t>预设2：通过摆学具拆分口算，摆3个16，因为16是由10和6组成的，3个10是30，3个6是18，即10×3＝30，6×3＝18，30＋18＝48；所以16×3＝48。(出示课件并适时板书)</w:t>
            </w:r>
          </w:p>
          <w:p>
            <w:pPr>
              <w:spacing w:after="20" w:line="276" w:lineRule="auto"/>
            </w:pPr>
            <w:r>
              <w:rPr>
                <w:rFonts w:ascii="宋体" w:hAnsi="宋体" w:eastAsia="宋体"/>
                <w:b w:val="0"/>
                <w:sz w:val="18"/>
              </w:rPr>
              <w:t>预设3：用竖式计算，把16和3的个位对齐，先用第二个乘数3和第一个乘数个位上的6相乘得18，积的个位上是8，向十位进1；再用第二个乘数3与第一个乘数十位上的1相乘得3，加上个位进上来的1，积的十位上是4。所以积是48。(教师适时板书)</w:t>
            </w:r>
          </w:p>
          <w:p>
            <w:pPr>
              <w:spacing w:after="20" w:line="276" w:lineRule="auto"/>
            </w:pPr>
            <w:r>
              <w:rPr>
                <w:rFonts w:ascii="宋体" w:hAnsi="宋体" w:eastAsia="宋体"/>
                <w:b w:val="0"/>
                <w:sz w:val="18"/>
              </w:rPr>
              <w:t>预设1：100×3＝300，60×3＝180，300＋180＝480，所以160×3＝480。</w:t>
            </w:r>
          </w:p>
          <w:p>
            <w:pPr>
              <w:spacing w:after="20" w:line="276" w:lineRule="auto"/>
            </w:pPr>
            <w:r>
              <w:rPr>
                <w:rFonts w:ascii="宋体" w:hAnsi="宋体" w:eastAsia="宋体"/>
                <w:b w:val="0"/>
                <w:sz w:val="18"/>
              </w:rPr>
              <w:t>预设2：因为16×3＝48，所以160×3就是在48后面添1个0，即480。(教师适时板书)</w:t>
            </w:r>
          </w:p>
          <w:p>
            <w:pPr>
              <w:spacing w:after="20" w:line="276" w:lineRule="auto"/>
            </w:pPr>
            <w:r>
              <w:rPr>
                <w:rFonts w:ascii="宋体" w:hAnsi="宋体" w:eastAsia="宋体"/>
                <w:b w:val="0"/>
                <w:sz w:val="18"/>
              </w:rPr>
              <w:t>预设3：160是16个十，16个十乘3就是48个十，即480。</w:t>
            </w:r>
          </w:p>
          <w:p>
            <w:pPr>
              <w:spacing w:after="20" w:line="276" w:lineRule="auto"/>
            </w:pPr>
            <w:r>
              <w:rPr>
                <w:rFonts w:ascii="宋体" w:hAnsi="宋体" w:eastAsia="宋体"/>
                <w:b w:val="0"/>
                <w:sz w:val="18"/>
              </w:rPr>
              <w:t>学生结合乘法的意义来理解自己想到的方法，只要合理即可予以肯定。</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水果店里的一位叔叔正在摆放水果。仔细看图，从图中你们知道了哪些数学信息？要解决的问题是什么？"</w:t>
            </w:r>
          </w:p>
        </w:tc>
      </w:tr>
      <w:tr>
        <w:tc>
          <w:tcPr>
            <w:tcW w:type="dxa" w:w="1474"/>
          </w:tcPr>
          <w:p>
            <w:pPr>
              <w:spacing w:after="20" w:line="276" w:lineRule="auto"/>
            </w:pPr>
            <w:r>
              <w:rPr>
                <w:b/>
              </w:rPr>
            </w:r>
            <w:r>
              <w:rPr>
                <w:rFonts w:ascii="宋体" w:hAnsi="宋体" w:eastAsia="宋体"/>
                <w:b/>
                <w:sz w:val="18"/>
              </w:rPr>
              <w:t>巩固练习</w:t>
            </w:r>
          </w:p>
        </w:tc>
        <w:tc>
          <w:tcPr>
            <w:tcW w:type="dxa" w:w="3061"/>
          </w:tcPr>
          <w:p>
            <w:pPr>
              <w:spacing w:after="20" w:line="276" w:lineRule="auto"/>
            </w:pPr>
            <w:r/>
            <w:r>
              <w:rPr>
                <w:rFonts w:ascii="宋体" w:hAnsi="宋体" w:eastAsia="宋体"/>
                <w:b w:val="0"/>
                <w:sz w:val="18"/>
              </w:rPr>
              <w:t>课件出示教科书P39“做一做”。</w:t>
            </w:r>
          </w:p>
          <w:p>
            <w:pPr>
              <w:spacing w:after="20" w:line="276" w:lineRule="auto"/>
            </w:pPr>
            <w:r>
              <w:rPr>
                <w:rFonts w:ascii="宋体" w:hAnsi="宋体" w:eastAsia="宋体"/>
                <w:b w:val="0"/>
                <w:sz w:val="18"/>
              </w:rPr>
              <w:t>师：做完这些题，你有什么发现？</w:t>
            </w:r>
          </w:p>
          <w:p>
            <w:pPr>
              <w:spacing w:after="20" w:line="276" w:lineRule="auto"/>
            </w:pPr>
            <w:r>
              <w:rPr>
                <w:rFonts w:ascii="宋体" w:hAnsi="宋体" w:eastAsia="宋体"/>
                <w:b w:val="0"/>
                <w:sz w:val="18"/>
              </w:rPr>
              <w:t>师：同学们说得真好。其实只要掌握两位数乘一位数的口算方法，几百几十数乘一位数的口算就容易了。</w:t>
            </w:r>
          </w:p>
          <w:p>
            <w:pPr>
              <w:spacing w:after="20" w:line="276" w:lineRule="auto"/>
            </w:pPr>
            <w:r>
              <w:rPr>
                <w:rFonts w:ascii="宋体" w:hAnsi="宋体" w:eastAsia="宋体"/>
                <w:b w:val="0"/>
                <w:sz w:val="18"/>
              </w:rPr>
              <w:t>师小结：口算两位数乘一位数时，可以先把两位数分成整十数和一位数，再将整十数乘一位数的积与一位数乘一位数的积相加。口算几百几十数乘一位数时，可以先口算出几百几十数中0前面的数乘一位数的积，再在所得的积后面添1个0即可。</w:t>
            </w:r>
          </w:p>
        </w:tc>
        <w:tc>
          <w:tcPr>
            <w:tcW w:type="dxa" w:w="3061"/>
          </w:tcPr>
          <w:p>
            <w:pPr>
              <w:spacing w:after="20" w:line="276" w:lineRule="auto"/>
            </w:pPr>
            <w:r/>
            <w:r>
              <w:rPr>
                <w:rFonts w:ascii="宋体" w:hAnsi="宋体" w:eastAsia="宋体"/>
                <w:b w:val="0"/>
                <w:sz w:val="18"/>
              </w:rPr>
              <w:t>预设1：每组有一个乘数相同，另一个乘数乘10，积也乘10。</w:t>
            </w:r>
          </w:p>
          <w:p>
            <w:pPr>
              <w:spacing w:after="20" w:line="276" w:lineRule="auto"/>
            </w:pPr>
            <w:r>
              <w:rPr>
                <w:rFonts w:ascii="宋体" w:hAnsi="宋体" w:eastAsia="宋体"/>
                <w:b w:val="0"/>
                <w:sz w:val="18"/>
              </w:rPr>
              <w:t>预设2：算几百几十数乘一位数，只要先算出0前面的两位数乘一位数的积，然后在积的后面添1个0即可。</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通过有层次的练习及时反馈学情，巩固新知，培养学生灵活运用知识解决问题的能力，核心问题："做完这些题，你有什么发现？"</w:t>
            </w:r>
          </w:p>
        </w:tc>
      </w:tr>
      <w:tr>
        <w:tc>
          <w:tcPr>
            <w:tcW w:type="dxa" w:w="1474"/>
          </w:tcPr>
          <w:p>
            <w:pPr>
              <w:spacing w:after="20" w:line="276" w:lineRule="auto"/>
            </w:pPr>
            <w:r>
              <w:rPr>
                <w:b/>
              </w:rPr>
            </w:r>
            <w:r>
              <w:rPr>
                <w:rFonts w:ascii="宋体" w:hAnsi="宋体" w:eastAsia="宋体"/>
                <w:b/>
                <w:sz w:val="18"/>
              </w:rPr>
              <w:t>四、课堂小结</w:t>
            </w:r>
          </w:p>
        </w:tc>
        <w:tc>
          <w:tcPr>
            <w:tcW w:type="dxa" w:w="3061"/>
          </w:tcPr>
          <w:p>
            <w:pPr>
              <w:spacing w:after="20" w:line="276" w:lineRule="auto"/>
            </w:pPr>
            <w:r/>
            <w:r>
              <w:rPr>
                <w:rFonts w:ascii="宋体" w:hAnsi="宋体" w:eastAsia="宋体"/>
                <w:b w:val="0"/>
                <w:sz w:val="18"/>
              </w:rPr>
              <w:t>师：同学们，通过本节课的学习，你们有哪些收获呢？</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通过复习，唤起学生对已有知识的回忆，为有效利用知识迁移扫除障碍，为学生进一步学习新的口算方法做好铺垫。通过独立思考和小组合作交流，让学生感悟出各自方法的特点，从而在鼓励学生计算方法多样化的同时，又注重计算策略的优化选择，最后总结归纳，得出结论。</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两位数、几百几十数乘一位数</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教科书P39例1。</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节课充分利用教科书中提供的生活实例和问题情境，提出数学问题，让学生在解决实际问题的过程中探究口算方法。教学时，让学生在自主探究和合作交流中学习，运用已有的知识经验探究新的口算方法，并提倡、鼓励口算方法多样化。学生兴致很高，教学效果较好。</w:t>
      </w:r>
    </w:p>
    <w:p>
      <w:r>
        <w:br w:type="page"/>
      </w:r>
    </w:p>
    <w:p>
      <w:pPr>
        <w:spacing w:after="80" w:line="300" w:lineRule="auto"/>
      </w:pPr>
      <w:r>
        <w:rPr>
          <w:rFonts w:ascii="黑体" w:hAnsi="黑体" w:eastAsia="黑体"/>
          <w:b/>
          <w:sz w:val="24"/>
        </w:rPr>
        <w:t>二、课时教学方案（第2课时）</w:t>
      </w:r>
    </w:p>
    <w:p>
      <w:pPr>
        <w:spacing w:after="80" w:line="300" w:lineRule="auto"/>
      </w:pPr>
      <w:r>
        <w:rPr>
          <w:rFonts w:ascii="黑体" w:hAnsi="黑体" w:eastAsia="黑体"/>
          <w:b/>
          <w:sz w:val="24"/>
        </w:rPr>
        <w:t>第2课时　多位数乘两位数(不进位)</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第2课时　多位数乘两位数(不进位)</w:t>
            </w:r>
          </w:p>
        </w:tc>
        <w:tc>
          <w:tcPr>
            <w:tcW w:type="dxa" w:w="6009"/>
          </w:tcPr>
          <w:p>
            <w:pPr>
              <w:spacing w:after="20" w:line="276" w:lineRule="auto"/>
            </w:pPr>
            <w:r/>
            <w:r>
              <w:rPr>
                <w:rFonts w:ascii="宋体" w:hAnsi="宋体" w:eastAsia="宋体"/>
                <w:b w:val="0"/>
                <w:sz w:val="20"/>
              </w:rPr>
              <w:t>第3单元 多位数乘两位数（笔算乘法）</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由于有前期笔算的经验，学生对“多位数乘两位数”的笔算方法的算理和算法的理解、探索并不会感到困难，所以教学中要充分利用学生已有的经验，为学生创设主动探究的学习情境，通过对比与体验，让学生自主得出“多位数乘两位数”的笔算方法。从计算的要求来说，多位数乘两位数在小学阶段是最高难度的整数乘法运算了，学生出现错误也是正常现象。教学中，教师需在作业中收集典型错例，及时组织学生讨论分析，寻找错误原因，组织订正，避免重复出错。交流时，可采用同桌交换检查评改、同桌互说错误原因等方式，突出对错误原因的分析，在提高学生分析能力的同时，培养学生的计算技能。</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教学内容：教科书P43例1。</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（1）经历多位数乘两位数(不进位)的计算过程，掌握多位数乘两位数(不进位)的笔算方法。</w:t>
      </w:r>
    </w:p>
    <w:p>
      <w:pPr>
        <w:spacing w:after="20" w:line="300" w:lineRule="auto"/>
        <w:ind w:firstLine="400"/>
      </w:pPr>
      <w:r>
        <w:rPr>
          <w:rFonts w:ascii="宋体" w:hAnsi="宋体" w:eastAsia="宋体"/>
          <w:b w:val="0"/>
          <w:sz w:val="20"/>
        </w:rPr>
        <w:t>（2）通过不同笔算方法的对比，让学生明白“部分积与某一乘数的数位对齐”的道理，从而灵活掌握笔算方法，提高计算能力。</w:t>
      </w:r>
    </w:p>
    <w:p>
      <w:pPr>
        <w:spacing w:after="20" w:line="300" w:lineRule="auto"/>
        <w:ind w:firstLine="400"/>
      </w:pPr>
      <w:r>
        <w:rPr>
          <w:rFonts w:ascii="宋体" w:hAnsi="宋体" w:eastAsia="宋体"/>
          <w:b w:val="0"/>
          <w:sz w:val="20"/>
        </w:rPr>
        <w:t>（3）在丰富的数学活动中感受数学与生活的密切联系，体会数学方法对解决实际问题的重要性。</w:t>
      </w:r>
    </w:p>
    <w:p>
      <w:pPr>
        <w:spacing w:after="20" w:line="300" w:lineRule="auto"/>
      </w:pPr>
      <w:r>
        <w:rPr>
          <w:rFonts w:ascii="宋体" w:hAnsi="宋体" w:eastAsia="宋体"/>
          <w:b w:val="0"/>
          <w:sz w:val="20"/>
        </w:rPr>
        <w:t>教学重点：理解多位数乘两位数(不进位)的笔算算理，掌握笔算方法。</w:t>
      </w:r>
    </w:p>
    <w:p>
      <w:pPr>
        <w:spacing w:after="20" w:line="300" w:lineRule="auto"/>
      </w:pPr>
      <w:r>
        <w:rPr>
          <w:rFonts w:ascii="宋体" w:hAnsi="宋体" w:eastAsia="宋体"/>
          <w:b w:val="0"/>
          <w:sz w:val="20"/>
        </w:rPr>
        <w:t>教学难点：理解多位数乘两位数(不进位)的笔算算理。</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复习引入</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4分钟</w:t>
            </w:r>
          </w:p>
        </w:tc>
      </w:tr>
      <w:tr>
        <w:tc>
          <w:tcPr>
            <w:tcW w:type="dxa" w:w="2835"/>
          </w:tcPr>
          <w:p>
            <w:pPr>
              <w:spacing w:after="20" w:line="276" w:lineRule="auto"/>
            </w:pPr>
            <w:r/>
            <w:r>
              <w:rPr>
                <w:rFonts w:ascii="宋体" w:hAnsi="宋体" w:eastAsia="宋体"/>
                <w:b w:val="0"/>
                <w:sz w:val="18"/>
              </w:rPr>
              <w:t>探究新知</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这道题如何列式？你会计算吗？；13是由1个十和3个一组成的，可以用个位上的3和十位上的1分别和12相乘。该如何用竖式计算呢？</w:t>
            </w:r>
          </w:p>
        </w:tc>
        <w:tc>
          <w:tcPr>
            <w:tcW w:type="dxa" w:w="1361"/>
          </w:tcPr>
          <w:p>
            <w:pPr>
              <w:spacing w:after="20" w:line="276" w:lineRule="auto"/>
            </w:pPr>
            <w:r/>
            <w:r>
              <w:rPr>
                <w:rFonts w:ascii="宋体" w:hAnsi="宋体" w:eastAsia="宋体"/>
                <w:b w:val="0"/>
                <w:sz w:val="18"/>
              </w:rPr>
              <w:t>29分钟</w:t>
            </w:r>
          </w:p>
        </w:tc>
      </w:tr>
      <w:tr>
        <w:tc>
          <w:tcPr>
            <w:tcW w:type="dxa" w:w="2835"/>
          </w:tcPr>
          <w:p>
            <w:pPr>
              <w:spacing w:after="20" w:line="276" w:lineRule="auto"/>
            </w:pPr>
            <w:r/>
            <w:r>
              <w:rPr>
                <w:rFonts w:ascii="宋体" w:hAnsi="宋体" w:eastAsia="宋体"/>
                <w:b w:val="0"/>
                <w:sz w:val="18"/>
              </w:rPr>
              <w:t>三、巩固练习</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4分钟</w:t>
            </w:r>
          </w:p>
        </w:tc>
      </w:tr>
      <w:tr>
        <w:tc>
          <w:tcPr>
            <w:tcW w:type="dxa" w:w="2835"/>
          </w:tcPr>
          <w:p>
            <w:pPr>
              <w:spacing w:after="20" w:line="276" w:lineRule="auto"/>
            </w:pPr>
            <w:r/>
            <w:r>
              <w:rPr>
                <w:rFonts w:ascii="宋体" w:hAnsi="宋体" w:eastAsia="宋体"/>
                <w:b w:val="0"/>
                <w:sz w:val="18"/>
              </w:rPr>
              <w:t>四、课堂小结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通过今天的学习，你们有什么新的收获？</w:t>
            </w:r>
          </w:p>
        </w:tc>
        <w:tc>
          <w:tcPr>
            <w:tcW w:type="dxa" w:w="1361"/>
          </w:tcPr>
          <w:p>
            <w:pPr>
              <w:spacing w:after="20" w:line="276" w:lineRule="auto"/>
            </w:pPr>
            <w:r/>
            <w:r>
              <w:rPr>
                <w:rFonts w:ascii="宋体" w:hAnsi="宋体" w:eastAsia="宋体"/>
                <w:b w:val="0"/>
                <w:sz w:val="18"/>
              </w:rPr>
              <w:t>3分钟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复习引入</w:t>
            </w:r>
          </w:p>
        </w:tc>
        <w:tc>
          <w:tcPr>
            <w:tcW w:type="dxa" w:w="3061"/>
          </w:tcPr>
          <w:p>
            <w:pPr>
              <w:spacing w:after="20" w:line="276" w:lineRule="auto"/>
            </w:pPr>
            <w:r/>
            <w:r>
              <w:rPr>
                <w:rFonts w:ascii="宋体" w:hAnsi="宋体" w:eastAsia="宋体"/>
                <w:b w:val="0"/>
                <w:sz w:val="18"/>
              </w:rPr>
              <w:t>师：请同学们一起来挑战下面的题目。</w:t>
            </w:r>
          </w:p>
          <w:p>
            <w:pPr>
              <w:spacing w:after="20" w:line="276" w:lineRule="auto"/>
            </w:pPr>
            <w:r>
              <w:rPr>
                <w:rFonts w:ascii="宋体" w:hAnsi="宋体" w:eastAsia="宋体"/>
                <w:b w:val="0"/>
                <w:sz w:val="18"/>
              </w:rPr>
              <w:t>课件出示习题。</w:t>
            </w:r>
          </w:p>
        </w:tc>
        <w:tc>
          <w:tcPr>
            <w:tcW w:type="dxa" w:w="3061"/>
          </w:tcPr>
          <w:p>
            <w:pPr>
              <w:spacing w:after="20" w:line="276" w:lineRule="auto"/>
            </w:pPr>
            <w:r/>
            <w:r>
              <w:rPr>
                <w:rFonts w:ascii="宋体" w:hAnsi="宋体" w:eastAsia="宋体"/>
                <w:b w:val="0"/>
                <w:sz w:val="18"/>
              </w:rPr>
              <w:t>学生先独立完成，再说说计算法则。</w:t>
            </w:r>
          </w:p>
        </w:tc>
        <w:tc>
          <w:tcPr>
            <w:tcW w:type="dxa" w:w="1814"/>
          </w:tcPr>
          <w:p>
            <w:pPr>
              <w:spacing w:after="20" w:line="276" w:lineRule="auto"/>
            </w:pPr>
            <w:r/>
            <w:r>
              <w:rPr>
                <w:rFonts w:ascii="宋体" w:hAnsi="宋体" w:eastAsia="宋体"/>
                <w:b w:val="0"/>
                <w:sz w:val="18"/>
              </w:rPr>
              <w:t>创设情境激活学生已有经验，自然引出本课学习内容，激发学习兴趣。</w:t>
            </w:r>
          </w:p>
        </w:tc>
      </w:tr>
      <w:tr>
        <w:tc>
          <w:tcPr>
            <w:tcW w:type="dxa" w:w="1474"/>
          </w:tcPr>
          <w:p>
            <w:pPr>
              <w:spacing w:after="20" w:line="276" w:lineRule="auto"/>
            </w:pPr>
            <w:r>
              <w:rPr>
                <w:b/>
              </w:rPr>
            </w:r>
            <w:r>
              <w:rPr>
                <w:rFonts w:ascii="宋体" w:hAnsi="宋体" w:eastAsia="宋体"/>
                <w:b/>
                <w:sz w:val="18"/>
              </w:rPr>
              <w:t>探究新知</w:t>
            </w:r>
          </w:p>
        </w:tc>
        <w:tc>
          <w:tcPr>
            <w:tcW w:type="dxa" w:w="3061"/>
          </w:tcPr>
          <w:p>
            <w:pPr>
              <w:spacing w:after="20" w:line="276" w:lineRule="auto"/>
            </w:pPr>
            <w:r/>
            <w:r>
              <w:rPr>
                <w:rFonts w:ascii="宋体" w:hAnsi="宋体" w:eastAsia="宋体"/>
                <w:b w:val="0"/>
                <w:sz w:val="18"/>
              </w:rPr>
              <w:t>1.情境引入，探究算法。</w:t>
            </w:r>
          </w:p>
          <w:p>
            <w:pPr>
              <w:spacing w:after="20" w:line="276" w:lineRule="auto"/>
            </w:pPr>
            <w:r>
              <w:rPr>
                <w:rFonts w:ascii="宋体" w:hAnsi="宋体" w:eastAsia="宋体"/>
                <w:b w:val="0"/>
                <w:sz w:val="18"/>
              </w:rPr>
              <w:t>师：在日常生活中，我们还会遇到更加复杂的数学问题。</w:t>
            </w:r>
          </w:p>
          <w:p>
            <w:pPr>
              <w:spacing w:after="20" w:line="276" w:lineRule="auto"/>
            </w:pPr>
            <w:r>
              <w:rPr>
                <w:rFonts w:ascii="宋体" w:hAnsi="宋体" w:eastAsia="宋体"/>
                <w:b w:val="0"/>
                <w:sz w:val="18"/>
              </w:rPr>
              <w:t>课件出示教科书P43例1。</w:t>
            </w:r>
          </w:p>
          <w:p>
            <w:pPr>
              <w:spacing w:after="20" w:line="276" w:lineRule="auto"/>
            </w:pPr>
            <w:r>
              <w:rPr>
                <w:rFonts w:ascii="宋体" w:hAnsi="宋体" w:eastAsia="宋体"/>
                <w:b w:val="0"/>
                <w:sz w:val="18"/>
              </w:rPr>
              <w:t>师：这道题如何列式？你会计算吗？</w:t>
            </w:r>
          </w:p>
          <w:p>
            <w:pPr>
              <w:spacing w:after="20" w:line="276" w:lineRule="auto"/>
            </w:pPr>
            <w:r>
              <w:rPr>
                <w:rFonts w:ascii="宋体" w:hAnsi="宋体" w:eastAsia="宋体"/>
                <w:b w:val="0"/>
                <w:sz w:val="18"/>
              </w:rPr>
              <w:t>师：今天学习的是多位数乘两位数的笔算。[板书课题：多位数乘两位数(不进位)]</w:t>
            </w:r>
          </w:p>
          <w:p>
            <w:pPr>
              <w:spacing w:after="20" w:line="276" w:lineRule="auto"/>
            </w:pPr>
            <w:r>
              <w:rPr>
                <w:rFonts w:ascii="宋体" w:hAnsi="宋体" w:eastAsia="宋体"/>
                <w:b w:val="0"/>
                <w:sz w:val="18"/>
              </w:rPr>
              <w:t>2．借助点子图，解决问题。</w:t>
            </w:r>
          </w:p>
          <w:p>
            <w:pPr>
              <w:spacing w:after="20" w:line="276" w:lineRule="auto"/>
            </w:pPr>
            <w:r>
              <w:rPr>
                <w:rFonts w:ascii="宋体" w:hAnsi="宋体" w:eastAsia="宋体"/>
                <w:b w:val="0"/>
                <w:sz w:val="18"/>
              </w:rPr>
              <w:t>师：同学们可以试着用点子图画一画，算一算，再在小组内交流自己的想法。</w:t>
            </w:r>
          </w:p>
          <w:p>
            <w:pPr>
              <w:spacing w:after="20" w:line="276" w:lineRule="auto"/>
            </w:pPr>
            <w:r>
              <w:rPr>
                <w:rFonts w:ascii="宋体" w:hAnsi="宋体" w:eastAsia="宋体"/>
                <w:b w:val="0"/>
                <w:sz w:val="18"/>
              </w:rPr>
              <w:t>3．用竖式计算，理解算理。</w:t>
            </w:r>
          </w:p>
          <w:p>
            <w:pPr>
              <w:spacing w:after="20" w:line="276" w:lineRule="auto"/>
            </w:pPr>
            <w:r>
              <w:rPr>
                <w:rFonts w:ascii="宋体" w:hAnsi="宋体" w:eastAsia="宋体"/>
                <w:b w:val="0"/>
                <w:sz w:val="18"/>
              </w:rPr>
              <w:t>师：13是由1个十和3个一组成的，可以用个位上的3和十位上的1分别和12相乘。该如何用竖式计算呢？</w:t>
            </w:r>
          </w:p>
          <w:p>
            <w:pPr>
              <w:spacing w:after="20" w:line="276" w:lineRule="auto"/>
            </w:pPr>
            <w:r>
              <w:rPr>
                <w:rFonts w:ascii="宋体" w:hAnsi="宋体" w:eastAsia="宋体"/>
                <w:b w:val="0"/>
                <w:sz w:val="18"/>
              </w:rPr>
              <w:t>师：根据上面的算式可以看出，同学们都乘了两次，谁能说说两次相乘分别表示什么意思？</w:t>
            </w:r>
          </w:p>
          <w:p>
            <w:pPr>
              <w:spacing w:after="20" w:line="276" w:lineRule="auto"/>
            </w:pPr>
            <w:r>
              <w:rPr>
                <w:rFonts w:ascii="宋体" w:hAnsi="宋体" w:eastAsia="宋体"/>
                <w:b w:val="0"/>
                <w:sz w:val="18"/>
              </w:rPr>
              <w:t>结合学生的交流，教师完成竖式板书，并用课件展示。</w:t>
            </w:r>
          </w:p>
          <w:p>
            <w:pPr>
              <w:spacing w:after="20" w:line="276" w:lineRule="auto"/>
            </w:pPr>
            <w:r>
              <w:rPr>
                <w:rFonts w:ascii="宋体" w:hAnsi="宋体" w:eastAsia="宋体"/>
                <w:b w:val="0"/>
                <w:sz w:val="18"/>
              </w:rPr>
              <w:t>师：十位上的1和12乘完后，2为什么和十位对齐？</w:t>
            </w:r>
          </w:p>
          <w:p>
            <w:pPr>
              <w:spacing w:after="20" w:line="276" w:lineRule="auto"/>
            </w:pPr>
            <w:r>
              <w:rPr>
                <w:rFonts w:ascii="宋体" w:hAnsi="宋体" w:eastAsia="宋体"/>
                <w:b w:val="0"/>
                <w:sz w:val="18"/>
              </w:rPr>
              <w:t>4．试算312×13。</w:t>
            </w:r>
          </w:p>
          <w:p>
            <w:pPr>
              <w:spacing w:after="20" w:line="276" w:lineRule="auto"/>
            </w:pPr>
            <w:r>
              <w:rPr>
                <w:rFonts w:ascii="宋体" w:hAnsi="宋体" w:eastAsia="宋体"/>
                <w:b w:val="0"/>
                <w:sz w:val="18"/>
              </w:rPr>
              <w:t>312×13＝4056</w:t>
            </w:r>
          </w:p>
          <w:p>
            <w:pPr>
              <w:spacing w:after="20" w:line="276" w:lineRule="auto"/>
            </w:pPr>
            <w:r>
              <w:rPr>
                <w:rFonts w:ascii="宋体" w:hAnsi="宋体" w:eastAsia="宋体"/>
                <w:b w:val="0"/>
                <w:sz w:val="18"/>
              </w:rPr>
              <w:t>5．总结法则，归纳算法。</w:t>
            </w:r>
          </w:p>
          <w:p>
            <w:pPr>
              <w:spacing w:after="20" w:line="276" w:lineRule="auto"/>
            </w:pPr>
            <w:r>
              <w:rPr>
                <w:rFonts w:ascii="宋体" w:hAnsi="宋体" w:eastAsia="宋体"/>
                <w:b w:val="0"/>
                <w:sz w:val="18"/>
              </w:rPr>
              <w:t>师生共同总结并出示课件。</w:t>
            </w:r>
          </w:p>
        </w:tc>
        <w:tc>
          <w:tcPr>
            <w:tcW w:type="dxa" w:w="3061"/>
          </w:tcPr>
          <w:p>
            <w:pPr>
              <w:spacing w:after="20" w:line="276" w:lineRule="auto"/>
            </w:pPr>
            <w:r/>
            <w:r>
              <w:rPr>
                <w:rFonts w:ascii="宋体" w:hAnsi="宋体" w:eastAsia="宋体"/>
                <w:b w:val="0"/>
                <w:sz w:val="18"/>
              </w:rPr>
              <w:t>列式为12×13。</w:t>
            </w:r>
          </w:p>
          <w:p>
            <w:pPr>
              <w:spacing w:after="20" w:line="276" w:lineRule="auto"/>
            </w:pPr>
            <w:r>
              <w:rPr>
                <w:rFonts w:ascii="宋体" w:hAnsi="宋体" w:eastAsia="宋体"/>
                <w:b w:val="0"/>
                <w:sz w:val="18"/>
              </w:rPr>
              <w:t>学生进行操作、计算，然后展示汇报。(适时出示课件引导)</w:t>
            </w:r>
          </w:p>
          <w:p>
            <w:pPr>
              <w:spacing w:after="20" w:line="276" w:lineRule="auto"/>
            </w:pPr>
            <w:r>
              <w:rPr>
                <w:rFonts w:ascii="宋体" w:hAnsi="宋体" w:eastAsia="宋体"/>
                <w:b w:val="0"/>
                <w:sz w:val="18"/>
              </w:rPr>
              <w:t>先画10行，每行12个点，算式为12×10＝120；再画3行，每行12个点，算式为12×3＝36；最后算120＋36＝156。</w:t>
            </w:r>
          </w:p>
          <w:p>
            <w:pPr>
              <w:spacing w:after="20" w:line="276" w:lineRule="auto"/>
            </w:pPr>
            <w:r>
              <w:rPr>
                <w:rFonts w:ascii="宋体" w:hAnsi="宋体" w:eastAsia="宋体"/>
                <w:b w:val="0"/>
                <w:sz w:val="18"/>
              </w:rPr>
              <w:t>先列12×3的竖式，再列12×10的竖式，最后把两个竖式的积相加。</w:t>
            </w:r>
          </w:p>
          <w:p>
            <w:pPr>
              <w:spacing w:after="20" w:line="276" w:lineRule="auto"/>
            </w:pPr>
            <w:r>
              <w:rPr>
                <w:rFonts w:ascii="宋体" w:hAnsi="宋体" w:eastAsia="宋体"/>
                <w:b w:val="0"/>
                <w:sz w:val="18"/>
              </w:rPr>
              <w:t>预设1：                      预设2：</w:t>
            </w:r>
          </w:p>
          <w:p>
            <w:pPr>
              <w:spacing w:after="20" w:line="276" w:lineRule="auto"/>
            </w:pPr>
            <w:r>
              <w:rPr>
                <w:rFonts w:ascii="宋体" w:hAnsi="宋体" w:eastAsia="宋体"/>
                <w:b w:val="0"/>
                <w:sz w:val="18"/>
              </w:rPr>
              <w:t>因为十位上的1和2相乘，乘得的结果是2个十，所以要和十位对齐，个位的0可以省略不写。</w:t>
            </w:r>
          </w:p>
          <w:p>
            <w:pPr>
              <w:spacing w:after="20" w:line="276" w:lineRule="auto"/>
            </w:pPr>
            <w:r>
              <w:rPr>
                <w:rFonts w:ascii="宋体" w:hAnsi="宋体" w:eastAsia="宋体"/>
                <w:b w:val="0"/>
                <w:sz w:val="18"/>
              </w:rPr>
              <w:t>学生先讨论算法，再独立试算，最后班内交流，教师适时引导、指正，并板书。</w:t>
            </w:r>
          </w:p>
          <w:p>
            <w:pPr>
              <w:spacing w:after="20" w:line="276" w:lineRule="auto"/>
            </w:pPr>
            <w:r>
              <w:rPr>
                <w:rFonts w:ascii="宋体" w:hAnsi="宋体" w:eastAsia="宋体"/>
                <w:b w:val="0"/>
                <w:sz w:val="18"/>
              </w:rPr>
              <w:t>用13个位上的3和十位上的1分别与312相乘，然后把两次乘得的积相加。</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设计递进式探究活动，引导学生在动手实践与合作交流中经历知识形成过程，突破本课重难点，核心问题："这道题如何列式？你会计算吗？"</w:t>
            </w:r>
          </w:p>
        </w:tc>
      </w:tr>
      <w:tr>
        <w:tc>
          <w:tcPr>
            <w:tcW w:type="dxa" w:w="1474"/>
          </w:tcPr>
          <w:p>
            <w:pPr>
              <w:spacing w:after="20" w:line="276" w:lineRule="auto"/>
            </w:pPr>
            <w:r>
              <w:rPr>
                <w:b/>
              </w:rPr>
            </w:r>
            <w:r>
              <w:rPr>
                <w:rFonts w:ascii="宋体" w:hAnsi="宋体" w:eastAsia="宋体"/>
                <w:b/>
                <w:sz w:val="18"/>
              </w:rPr>
              <w:t>三、巩固练习</w:t>
            </w:r>
          </w:p>
        </w:tc>
        <w:tc>
          <w:tcPr>
            <w:tcW w:type="dxa" w:w="3061"/>
          </w:tcPr>
          <w:p>
            <w:pPr>
              <w:spacing w:after="20" w:line="276" w:lineRule="auto"/>
            </w:pPr>
            <w:r/>
            <w:r>
              <w:rPr>
                <w:rFonts w:ascii="宋体" w:hAnsi="宋体" w:eastAsia="宋体"/>
                <w:b w:val="0"/>
                <w:sz w:val="18"/>
              </w:rPr>
              <w:t>完成教科书P43“做一做”。</w:t>
            </w:r>
          </w:p>
        </w:tc>
        <w:tc>
          <w:tcPr>
            <w:tcW w:type="dxa" w:w="3061"/>
          </w:tcPr>
          <w:p>
            <w:pPr>
              <w:spacing w:after="20" w:line="276" w:lineRule="auto"/>
            </w:pPr>
            <w:r/>
            <w:r>
              <w:rPr>
                <w:rFonts w:ascii="宋体" w:hAnsi="宋体" w:eastAsia="宋体"/>
                <w:b w:val="0"/>
                <w:sz w:val="18"/>
              </w:rPr>
              <w:t>交流算法时，引导学生对照竖式说出计算法则。</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四、课堂小结</w:t>
            </w:r>
          </w:p>
        </w:tc>
        <w:tc>
          <w:tcPr>
            <w:tcW w:type="dxa" w:w="3061"/>
          </w:tcPr>
          <w:p>
            <w:pPr>
              <w:spacing w:after="20" w:line="276" w:lineRule="auto"/>
            </w:pPr>
            <w:r/>
            <w:r>
              <w:rPr>
                <w:rFonts w:ascii="宋体" w:hAnsi="宋体" w:eastAsia="宋体"/>
                <w:b w:val="0"/>
                <w:sz w:val="18"/>
              </w:rPr>
              <w:t>师：通过今天的学习，你们有什么新的收获？</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用多位数乘一位数的笔算方法为学习新课做好铺垫，使学生在学习新知时能够顺利迁移。新授课中先让学生借助点子图理解两位数乘两位数的笔算，再尝试列竖式计算。这样一方面让学生理解笔算与口算的思路是一致的，另一方面让学生明白两位数乘两位数的乘法竖式是一位数乘两位数的乘法竖式的提升，同时将这种思路迁移到三位数乘两位数的笔算中。</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多位数乘两位数(不进位)</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教科书P43例1。</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两位数乘两位数的算理理解、算法掌握程度将直接影响学生的后续学习。教学中的亮点是加强了口算与笔算之间的联系，让学生在理解算理的基础上掌握两位数乘两位数的笔算方法。借助点子图展示自己的计算方法，对比交流理解笔算算理，效果较好。本课中学生容易出现的问题是竖式计算中的对位问题，教师要注意有针对性地进行指导。</w:t>
      </w:r>
    </w:p>
    <w:p>
      <w:r>
        <w:br w:type="page"/>
      </w:r>
    </w:p>
    <w:p>
      <w:pPr>
        <w:spacing w:after="80" w:line="300" w:lineRule="auto"/>
      </w:pPr>
      <w:r>
        <w:rPr>
          <w:rFonts w:ascii="黑体" w:hAnsi="黑体" w:eastAsia="黑体"/>
          <w:b/>
          <w:sz w:val="24"/>
        </w:rPr>
        <w:t>二、课时教学方案（第3课时）</w:t>
      </w:r>
    </w:p>
    <w:p>
      <w:pPr>
        <w:spacing w:after="80" w:line="300" w:lineRule="auto"/>
      </w:pPr>
      <w:r>
        <w:rPr>
          <w:rFonts w:ascii="黑体" w:hAnsi="黑体" w:eastAsia="黑体"/>
          <w:b/>
          <w:sz w:val="24"/>
        </w:rPr>
        <w:t>第3课时　多位数乘两位数(进位)</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第3课时　多位数乘两位数(进位)</w:t>
            </w:r>
          </w:p>
        </w:tc>
        <w:tc>
          <w:tcPr>
            <w:tcW w:type="dxa" w:w="6009"/>
          </w:tcPr>
          <w:p>
            <w:pPr>
              <w:spacing w:after="20" w:line="276" w:lineRule="auto"/>
            </w:pPr>
            <w:r/>
            <w:r>
              <w:rPr>
                <w:rFonts w:ascii="宋体" w:hAnsi="宋体" w:eastAsia="宋体"/>
                <w:b w:val="0"/>
                <w:sz w:val="20"/>
              </w:rPr>
              <w:t>第3单元 多位数乘两位数（笔算乘法）</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由于有前期笔算的经验，学生对“多位数乘两位数”的笔算方法的算理和算法的理解、探索并不会感到困难，所以教学中要充分利用学生已有的经验，为学生创设主动探究的学习情境，通过对比与体验，让学生自主得出“多位数乘两位数”的笔算方法。从计算的要求来说，多位数乘两位数在小学阶段是最高难度的整数乘法运算了，学生出现错误也是正常现象。教学中，教师需在作业中收集典型错例，及时组织学生讨论分析，寻找错误原因，组织订正，避免重复出错。交流时，可采用同桌交换检查评改、同桌互说错误原因等方式，突出对错误原因的分析，在提高学生分析能力的同时，培养学生的计算技能。</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教学内容：教科书P44例2。</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（1）理解多位数乘两位数(进位)的笔算方法，并会用竖式计算。</w:t>
      </w:r>
    </w:p>
    <w:p>
      <w:pPr>
        <w:spacing w:after="20" w:line="300" w:lineRule="auto"/>
        <w:ind w:firstLine="400"/>
      </w:pPr>
      <w:r>
        <w:rPr>
          <w:rFonts w:ascii="宋体" w:hAnsi="宋体" w:eastAsia="宋体"/>
          <w:b w:val="0"/>
          <w:sz w:val="20"/>
        </w:rPr>
        <w:t>（2）通过不同笔算方法的对比，让学生灵活应用合适的笔算方法解决问题。</w:t>
      </w:r>
    </w:p>
    <w:p>
      <w:pPr>
        <w:spacing w:after="20" w:line="300" w:lineRule="auto"/>
        <w:ind w:firstLine="400"/>
      </w:pPr>
      <w:r>
        <w:rPr>
          <w:rFonts w:ascii="宋体" w:hAnsi="宋体" w:eastAsia="宋体"/>
          <w:b w:val="0"/>
          <w:sz w:val="20"/>
        </w:rPr>
        <w:t>（3）在数学活动中感受数学思维的灵活性，再次体会数学方法的多样性。</w:t>
      </w:r>
    </w:p>
    <w:p>
      <w:pPr>
        <w:spacing w:after="20" w:line="300" w:lineRule="auto"/>
      </w:pPr>
      <w:r>
        <w:rPr>
          <w:rFonts w:ascii="宋体" w:hAnsi="宋体" w:eastAsia="宋体"/>
          <w:b w:val="0"/>
          <w:sz w:val="20"/>
        </w:rPr>
        <w:t>教学重点：掌握多位数乘两位数(进位)的笔算方法。</w:t>
      </w:r>
    </w:p>
    <w:p>
      <w:pPr>
        <w:spacing w:after="20" w:line="300" w:lineRule="auto"/>
      </w:pPr>
      <w:r>
        <w:rPr>
          <w:rFonts w:ascii="宋体" w:hAnsi="宋体" w:eastAsia="宋体"/>
          <w:b w:val="0"/>
          <w:sz w:val="20"/>
        </w:rPr>
        <w:t>教学难点：理解乘的顺序及第二部分积的书写方法。</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复习引入</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同学们，前面我们学习了口算和多位数乘两位数的不进位笔算。现在，我想检验一下大家，敢挑战吗？</w:t>
            </w:r>
          </w:p>
        </w:tc>
        <w:tc>
          <w:tcPr>
            <w:tcW w:type="dxa" w:w="1361"/>
          </w:tcPr>
          <w:p>
            <w:pPr>
              <w:spacing w:after="20" w:line="276" w:lineRule="auto"/>
            </w:pPr>
            <w:r/>
            <w:r>
              <w:rPr>
                <w:rFonts w:ascii="宋体" w:hAnsi="宋体" w:eastAsia="宋体"/>
                <w:b w:val="0"/>
                <w:sz w:val="18"/>
              </w:rPr>
              <w:t>8分钟</w:t>
            </w:r>
          </w:p>
        </w:tc>
      </w:tr>
      <w:tr>
        <w:tc>
          <w:tcPr>
            <w:tcW w:type="dxa" w:w="2835"/>
          </w:tcPr>
          <w:p>
            <w:pPr>
              <w:spacing w:after="20" w:line="276" w:lineRule="auto"/>
            </w:pPr>
            <w:r/>
            <w:r>
              <w:rPr>
                <w:rFonts w:ascii="宋体" w:hAnsi="宋体" w:eastAsia="宋体"/>
                <w:b w:val="0"/>
                <w:sz w:val="18"/>
              </w:rPr>
              <w:t>探究新知</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从题目中了解到哪些数学信息？要求的问题是什么？你知道怎样列式吗？；我们的计算对吗？怎样验算呢？</w:t>
            </w:r>
          </w:p>
        </w:tc>
        <w:tc>
          <w:tcPr>
            <w:tcW w:type="dxa" w:w="1361"/>
          </w:tcPr>
          <w:p>
            <w:pPr>
              <w:spacing w:after="20" w:line="276" w:lineRule="auto"/>
            </w:pPr>
            <w:r/>
            <w:r>
              <w:rPr>
                <w:rFonts w:ascii="宋体" w:hAnsi="宋体" w:eastAsia="宋体"/>
                <w:b w:val="0"/>
                <w:sz w:val="18"/>
              </w:rPr>
              <w:t>24分钟</w:t>
            </w:r>
          </w:p>
        </w:tc>
      </w:tr>
      <w:tr>
        <w:tc>
          <w:tcPr>
            <w:tcW w:type="dxa" w:w="2835"/>
          </w:tcPr>
          <w:p>
            <w:pPr>
              <w:spacing w:after="20" w:line="276" w:lineRule="auto"/>
            </w:pPr>
            <w:r/>
            <w:r>
              <w:rPr>
                <w:rFonts w:ascii="宋体" w:hAnsi="宋体" w:eastAsia="宋体"/>
                <w:b w:val="0"/>
                <w:sz w:val="18"/>
              </w:rPr>
              <w:t>巩固练习</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同学们，请大家回忆一下，本节课学习了什么内容？</w:t>
            </w:r>
          </w:p>
        </w:tc>
        <w:tc>
          <w:tcPr>
            <w:tcW w:type="dxa" w:w="1361"/>
          </w:tcPr>
          <w:p>
            <w:pPr>
              <w:spacing w:after="20" w:line="276" w:lineRule="auto"/>
            </w:pPr>
            <w:r/>
            <w:r>
              <w:rPr>
                <w:rFonts w:ascii="宋体" w:hAnsi="宋体" w:eastAsia="宋体"/>
                <w:b w:val="0"/>
                <w:sz w:val="18"/>
              </w:rPr>
              <w:t>3分钟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复习引入</w:t>
            </w:r>
          </w:p>
        </w:tc>
        <w:tc>
          <w:tcPr>
            <w:tcW w:type="dxa" w:w="3061"/>
          </w:tcPr>
          <w:p>
            <w:pPr>
              <w:spacing w:after="20" w:line="276" w:lineRule="auto"/>
            </w:pPr>
            <w:r/>
            <w:r>
              <w:rPr>
                <w:rFonts w:ascii="宋体" w:hAnsi="宋体" w:eastAsia="宋体"/>
                <w:b w:val="0"/>
                <w:sz w:val="18"/>
              </w:rPr>
              <w:t>师：同学们，前面我们学习了口算和多位数乘两位数的不进位笔算。现在，我想检验一下大家，敢挑战吗？</w:t>
            </w:r>
          </w:p>
          <w:p>
            <w:pPr>
              <w:spacing w:after="20" w:line="276" w:lineRule="auto"/>
            </w:pPr>
            <w:r>
              <w:rPr>
                <w:rFonts w:ascii="宋体" w:hAnsi="宋体" w:eastAsia="宋体"/>
                <w:b w:val="0"/>
                <w:sz w:val="18"/>
              </w:rPr>
              <w:t>课件出示习题。</w:t>
            </w:r>
          </w:p>
          <w:p>
            <w:pPr>
              <w:spacing w:after="20" w:line="276" w:lineRule="auto"/>
            </w:pPr>
            <w:r>
              <w:rPr>
                <w:rFonts w:ascii="宋体" w:hAnsi="宋体" w:eastAsia="宋体"/>
                <w:b w:val="0"/>
                <w:sz w:val="18"/>
              </w:rPr>
              <w:t>师：同学们都完成得不错！这节课我们继续来学习多位数乘两位数的笔算。[板书课题：多位数乘两位数(进位)]</w:t>
            </w:r>
          </w:p>
        </w:tc>
        <w:tc>
          <w:tcPr>
            <w:tcW w:type="dxa" w:w="3061"/>
          </w:tcPr>
          <w:p>
            <w:pPr>
              <w:spacing w:after="20" w:line="276" w:lineRule="auto"/>
            </w:pPr>
            <w:r/>
            <w:r>
              <w:rPr>
                <w:rFonts w:ascii="宋体" w:hAnsi="宋体" w:eastAsia="宋体"/>
                <w:b w:val="0"/>
                <w:sz w:val="18"/>
              </w:rPr>
              <w:t>学生独立完成再全班交流计算方法。</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创设情境激活学生已有经验，自然引出本课学习内容，激发学习兴趣，核心问题："同学们，前面我们学习了口算和多位数乘两位数的不进位笔算。现在，我想检验一下大家，敢挑战吗？"</w:t>
            </w:r>
          </w:p>
        </w:tc>
      </w:tr>
      <w:tr>
        <w:tc>
          <w:tcPr>
            <w:tcW w:type="dxa" w:w="1474"/>
          </w:tcPr>
          <w:p>
            <w:pPr>
              <w:spacing w:after="20" w:line="276" w:lineRule="auto"/>
            </w:pPr>
            <w:r>
              <w:rPr>
                <w:b/>
              </w:rPr>
            </w:r>
            <w:r>
              <w:rPr>
                <w:rFonts w:ascii="宋体" w:hAnsi="宋体" w:eastAsia="宋体"/>
                <w:b/>
                <w:sz w:val="18"/>
              </w:rPr>
              <w:t>探究新知</w:t>
            </w:r>
          </w:p>
        </w:tc>
        <w:tc>
          <w:tcPr>
            <w:tcW w:type="dxa" w:w="3061"/>
          </w:tcPr>
          <w:p>
            <w:pPr>
              <w:spacing w:after="20" w:line="276" w:lineRule="auto"/>
            </w:pPr>
            <w:r/>
            <w:r>
              <w:rPr>
                <w:rFonts w:ascii="宋体" w:hAnsi="宋体" w:eastAsia="宋体"/>
                <w:b w:val="0"/>
                <w:sz w:val="18"/>
              </w:rPr>
              <w:t>课件出示教科书P44例2。</w:t>
            </w:r>
          </w:p>
          <w:p>
            <w:pPr>
              <w:spacing w:after="20" w:line="276" w:lineRule="auto"/>
            </w:pPr>
            <w:r>
              <w:rPr>
                <w:rFonts w:ascii="宋体" w:hAnsi="宋体" w:eastAsia="宋体"/>
                <w:b w:val="0"/>
                <w:sz w:val="18"/>
              </w:rPr>
              <w:t>师：从题目中了解到哪些数学信息？要求的问题是什么？你知道怎样列式吗？</w:t>
            </w:r>
          </w:p>
          <w:p>
            <w:pPr>
              <w:spacing w:after="20" w:line="276" w:lineRule="auto"/>
            </w:pPr>
            <w:r>
              <w:rPr>
                <w:rFonts w:ascii="宋体" w:hAnsi="宋体" w:eastAsia="宋体"/>
                <w:b w:val="0"/>
                <w:sz w:val="18"/>
              </w:rPr>
              <w:t>1．探究算法。</w:t>
            </w:r>
          </w:p>
          <w:p>
            <w:pPr>
              <w:spacing w:after="20" w:line="276" w:lineRule="auto"/>
            </w:pPr>
            <w:r>
              <w:rPr>
                <w:rFonts w:ascii="宋体" w:hAnsi="宋体" w:eastAsia="宋体"/>
                <w:b w:val="0"/>
                <w:sz w:val="18"/>
              </w:rPr>
              <w:t>(1)学生尝试计算。</w:t>
            </w:r>
          </w:p>
          <w:p>
            <w:pPr>
              <w:spacing w:after="20" w:line="276" w:lineRule="auto"/>
            </w:pPr>
            <w:r>
              <w:rPr>
                <w:rFonts w:ascii="宋体" w:hAnsi="宋体" w:eastAsia="宋体"/>
                <w:b w:val="0"/>
                <w:sz w:val="18"/>
              </w:rPr>
              <w:t>师：在列竖式计算时，一定要注意相同数位对齐，还要注意有进位的地方要加上进位数。</w:t>
            </w:r>
          </w:p>
          <w:p>
            <w:pPr>
              <w:spacing w:after="20" w:line="276" w:lineRule="auto"/>
            </w:pPr>
            <w:r>
              <w:rPr>
                <w:rFonts w:ascii="宋体" w:hAnsi="宋体" w:eastAsia="宋体"/>
                <w:b w:val="0"/>
                <w:sz w:val="18"/>
              </w:rPr>
              <w:t>(2)检验计算。</w:t>
            </w:r>
          </w:p>
          <w:p>
            <w:pPr>
              <w:spacing w:after="20" w:line="276" w:lineRule="auto"/>
            </w:pPr>
            <w:r>
              <w:rPr>
                <w:rFonts w:ascii="宋体" w:hAnsi="宋体" w:eastAsia="宋体"/>
                <w:b w:val="0"/>
                <w:sz w:val="18"/>
              </w:rPr>
              <w:t>师：我们的计算对吗？怎样验算呢？</w:t>
            </w:r>
          </w:p>
          <w:p>
            <w:pPr>
              <w:spacing w:after="20" w:line="276" w:lineRule="auto"/>
            </w:pPr>
            <w:r>
              <w:rPr>
                <w:rFonts w:ascii="宋体" w:hAnsi="宋体" w:eastAsia="宋体"/>
                <w:b w:val="0"/>
                <w:sz w:val="18"/>
              </w:rPr>
              <w:t>(3)试算237×48。</w:t>
            </w:r>
          </w:p>
          <w:p>
            <w:pPr>
              <w:spacing w:after="20" w:line="276" w:lineRule="auto"/>
            </w:pPr>
            <w:r>
              <w:rPr>
                <w:rFonts w:ascii="宋体" w:hAnsi="宋体" w:eastAsia="宋体"/>
                <w:b w:val="0"/>
                <w:sz w:val="18"/>
              </w:rPr>
              <w:t>师：老师选择了几个同学的笔算过程，请他们来给大家说一说是怎么算的。</w:t>
            </w:r>
          </w:p>
          <w:p>
            <w:pPr>
              <w:spacing w:after="20" w:line="276" w:lineRule="auto"/>
            </w:pPr>
            <w:r>
              <w:rPr>
                <w:rFonts w:ascii="宋体" w:hAnsi="宋体" w:eastAsia="宋体"/>
                <w:b w:val="0"/>
                <w:sz w:val="18"/>
              </w:rPr>
              <w:t>课件出示标准的格式和算法，并板书。</w:t>
            </w:r>
          </w:p>
          <w:p>
            <w:pPr>
              <w:spacing w:after="20" w:line="276" w:lineRule="auto"/>
            </w:pPr>
            <w:r>
              <w:rPr>
                <w:rFonts w:ascii="宋体" w:hAnsi="宋体" w:eastAsia="宋体"/>
                <w:b w:val="0"/>
                <w:sz w:val="18"/>
              </w:rPr>
              <w:t>2．师生归纳算法。</w:t>
            </w:r>
          </w:p>
          <w:p>
            <w:pPr>
              <w:spacing w:after="20" w:line="276" w:lineRule="auto"/>
            </w:pPr>
            <w:r>
              <w:rPr>
                <w:rFonts w:ascii="宋体" w:hAnsi="宋体" w:eastAsia="宋体"/>
                <w:b w:val="0"/>
                <w:sz w:val="18"/>
              </w:rPr>
              <w:t>师：多位数乘两位数该怎样计算？</w:t>
            </w:r>
          </w:p>
          <w:p>
            <w:pPr>
              <w:spacing w:after="20" w:line="276" w:lineRule="auto"/>
            </w:pPr>
            <w:r>
              <w:rPr>
                <w:rFonts w:ascii="宋体" w:hAnsi="宋体" w:eastAsia="宋体"/>
                <w:b w:val="0"/>
                <w:sz w:val="18"/>
              </w:rPr>
              <w:t>指导学生对照竖式表述清楚并归纳，课件出示：</w:t>
            </w:r>
          </w:p>
        </w:tc>
        <w:tc>
          <w:tcPr>
            <w:tcW w:type="dxa" w:w="3061"/>
          </w:tcPr>
          <w:p>
            <w:pPr>
              <w:spacing w:after="20" w:line="276" w:lineRule="auto"/>
            </w:pPr>
            <w:r/>
            <w:r>
              <w:rPr>
                <w:rFonts w:ascii="宋体" w:hAnsi="宋体" w:eastAsia="宋体"/>
                <w:b w:val="0"/>
                <w:sz w:val="18"/>
              </w:rPr>
              <w:t>有48个班，平均每班有37人，要为每人发一盒酸奶。求一共需要多少盒酸奶，就是求48个37相加的和是多少，用乘法计算，列式为37×48。</w:t>
            </w:r>
          </w:p>
          <w:p>
            <w:pPr>
              <w:spacing w:after="20" w:line="276" w:lineRule="auto"/>
            </w:pPr>
            <w:r>
              <w:rPr>
                <w:rFonts w:ascii="宋体" w:hAnsi="宋体" w:eastAsia="宋体"/>
                <w:b w:val="0"/>
                <w:sz w:val="18"/>
              </w:rPr>
              <w:t>学生先独立补全教科书P44例2中的竖式，再与同桌进行讨论，教师巡视，集体评议并板书。</w:t>
            </w:r>
          </w:p>
          <w:p>
            <w:pPr>
              <w:spacing w:after="20" w:line="276" w:lineRule="auto"/>
            </w:pPr>
            <w:r>
              <w:rPr>
                <w:rFonts w:ascii="宋体" w:hAnsi="宋体" w:eastAsia="宋体"/>
                <w:b w:val="0"/>
                <w:sz w:val="18"/>
              </w:rPr>
              <w:t>交换两个乘数的位置再算一遍。</w:t>
            </w:r>
          </w:p>
          <w:p>
            <w:pPr>
              <w:spacing w:after="20" w:line="276" w:lineRule="auto"/>
            </w:pPr>
            <w:r>
              <w:rPr>
                <w:rFonts w:ascii="宋体" w:hAnsi="宋体" w:eastAsia="宋体"/>
                <w:b w:val="0"/>
                <w:sz w:val="18"/>
              </w:rPr>
              <w:t>学生先独立试算，然后同桌之间交流算法，最后班内交流，教师适时引导、指正。</w:t>
            </w:r>
          </w:p>
          <w:p>
            <w:pPr>
              <w:spacing w:after="20" w:line="276" w:lineRule="auto"/>
            </w:pPr>
            <w:r>
              <w:rPr>
                <w:rFonts w:ascii="宋体" w:hAnsi="宋体" w:eastAsia="宋体"/>
                <w:b w:val="0"/>
                <w:sz w:val="18"/>
              </w:rPr>
              <w:t>学生可能会出现用十位上的数去乘的时候数位对到了个位上的错误，还可能出现用第二个乘数去乘第一个乘数时只乘了个位和十位而把百位漏乘的错误。</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设计递进式探究活动，引导学生在动手实践与合作交流中经历知识形成过程，突破本课重难点，核心问题："从题目中了解到哪些数学信息？要求的问题是什么？你知道怎样列式吗？"</w:t>
            </w:r>
          </w:p>
        </w:tc>
      </w:tr>
      <w:tr>
        <w:tc>
          <w:tcPr>
            <w:tcW w:type="dxa" w:w="1474"/>
          </w:tcPr>
          <w:p>
            <w:pPr>
              <w:spacing w:after="20" w:line="276" w:lineRule="auto"/>
            </w:pPr>
            <w:r>
              <w:rPr>
                <w:b/>
              </w:rPr>
            </w:r>
            <w:r>
              <w:rPr>
                <w:rFonts w:ascii="宋体" w:hAnsi="宋体" w:eastAsia="宋体"/>
                <w:b/>
                <w:sz w:val="18"/>
              </w:rPr>
              <w:t>巩固练习</w:t>
            </w:r>
          </w:p>
        </w:tc>
        <w:tc>
          <w:tcPr>
            <w:tcW w:type="dxa" w:w="3061"/>
          </w:tcPr>
          <w:p>
            <w:pPr>
              <w:spacing w:after="20" w:line="276" w:lineRule="auto"/>
            </w:pPr>
            <w:r/>
            <w:r>
              <w:rPr>
                <w:rFonts w:ascii="宋体" w:hAnsi="宋体" w:eastAsia="宋体"/>
                <w:b w:val="0"/>
                <w:sz w:val="18"/>
              </w:rPr>
              <w:t>完成教科书P44“做一做”。</w:t>
            </w:r>
          </w:p>
        </w:tc>
        <w:tc>
          <w:tcPr>
            <w:tcW w:type="dxa" w:w="3061"/>
          </w:tcPr>
          <w:p>
            <w:pPr>
              <w:spacing w:after="20" w:line="276" w:lineRule="auto"/>
            </w:pPr>
            <w:r/>
            <w:r>
              <w:rPr>
                <w:rFonts w:ascii="宋体" w:hAnsi="宋体" w:eastAsia="宋体"/>
                <w:b w:val="0"/>
                <w:sz w:val="18"/>
              </w:rPr>
              <w:t>全班分成4个组，每组算1道题，比一比哪个组做对的人数最多。</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课堂小结</w:t>
            </w:r>
          </w:p>
        </w:tc>
        <w:tc>
          <w:tcPr>
            <w:tcW w:type="dxa" w:w="3061"/>
          </w:tcPr>
          <w:p>
            <w:pPr>
              <w:spacing w:after="20" w:line="276" w:lineRule="auto"/>
            </w:pPr>
            <w:r/>
            <w:r>
              <w:rPr>
                <w:rFonts w:ascii="宋体" w:hAnsi="宋体" w:eastAsia="宋体"/>
                <w:b w:val="0"/>
                <w:sz w:val="18"/>
              </w:rPr>
              <w:t>师：同学们，请大家回忆一下，本节课学习了什么内容？</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两位数乘两位数(进位)的笔算方法是学生学习三位数乘两位数(进位)的笔算方法的基础，本节课重点探究两位数乘两位数的算法，迁移类推是我们解决问题经常用到的一种方法。让学生在掌握了两位数乘两位数(进位)计算方法的基础上，迁移类推尝试掌握三位数乘两位数(进位)的计算方法，并在探索的过程中体会新旧知识的联系，培养学生类比迁移及分析、概括的能力。</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多位数乘两位数(进位)</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教科书P44例2。</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学生对于乘的顺序以及积的书写位置掌握较好，但是对于连续进位的计算还是觉得困难，容易忘记加进位数或加错了，或将进位数与乘数相乘。教师可以抓住这些错误，进行分析，梳理出容易出错的情况，有针对性地加以指导。通过本节课教学我体会到：对这一课时知识的教学千万不能急，不能光看学生计算出的结果正确与否，还应关注学生是否理解了算理。看似简单的计算，实际上对初次学习的学生来说是比较困难的事情。在教学中应多观察、多思考学生出错的原因，帮助其对症下药。加深对算理的理解是学生熟练掌握计算方法的关键。</w:t>
      </w:r>
    </w:p>
    <w:p>
      <w:r>
        <w:br w:type="page"/>
      </w:r>
    </w:p>
    <w:p>
      <w:pPr>
        <w:spacing w:after="80" w:line="300" w:lineRule="auto"/>
      </w:pPr>
      <w:r>
        <w:rPr>
          <w:rFonts w:ascii="黑体" w:hAnsi="黑体" w:eastAsia="黑体"/>
          <w:b/>
          <w:sz w:val="24"/>
        </w:rPr>
        <w:t>二、课时教学方案（第4课时）</w:t>
      </w:r>
    </w:p>
    <w:p>
      <w:pPr>
        <w:spacing w:after="80" w:line="300" w:lineRule="auto"/>
      </w:pPr>
      <w:r>
        <w:rPr>
          <w:rFonts w:ascii="黑体" w:hAnsi="黑体" w:eastAsia="黑体"/>
          <w:b/>
          <w:sz w:val="24"/>
        </w:rPr>
        <w:t>第4课时　多位数乘整十数</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第4课时　多位数乘整十数</w:t>
            </w:r>
          </w:p>
        </w:tc>
        <w:tc>
          <w:tcPr>
            <w:tcW w:type="dxa" w:w="6009"/>
          </w:tcPr>
          <w:p>
            <w:pPr>
              <w:spacing w:after="20" w:line="276" w:lineRule="auto"/>
            </w:pPr>
            <w:r/>
            <w:r>
              <w:rPr>
                <w:rFonts w:ascii="宋体" w:hAnsi="宋体" w:eastAsia="宋体"/>
                <w:b w:val="0"/>
                <w:sz w:val="20"/>
              </w:rPr>
              <w:t>第3单元 多位数乘两位数（口算乘法）</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由于有前期笔算的经验，学生对“多位数乘两位数”的笔算方法的算理和算法的理解、探索并不会感到困难，所以教学中要充分利用学生已有的经验，为学生创设主动探究的学习情境，通过对比与体验，让学生自主得出“多位数乘两位数”的笔算方法。从计算的要求来说，多位数乘两位数在小学阶段是最高难度的整数乘法运算了，学生出现错误也是正常现象。教学中，教师需在作业中收集典型错例，及时组织学生讨论分析，寻找错误原因，组织订正，避免重复出错。交流时，可采用同桌交换检查评改、同桌互说错误原因等方式，突出对错误原因的分析，在提高学生分析能力的同时，培养学生的计算技能。</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教学内容：教科书P40例2。</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（1）在具体的情境中，理解一位数乘整十数和多位数乘整十数的口算算理，感受口算方法的多样化，掌握口算方法并能正确口算。</w:t>
      </w:r>
    </w:p>
    <w:p>
      <w:pPr>
        <w:spacing w:after="20" w:line="300" w:lineRule="auto"/>
        <w:ind w:firstLine="400"/>
      </w:pPr>
      <w:r>
        <w:rPr>
          <w:rFonts w:ascii="宋体" w:hAnsi="宋体" w:eastAsia="宋体"/>
          <w:b w:val="0"/>
          <w:sz w:val="20"/>
        </w:rPr>
        <w:t>（2）经历探究一位数乘整十数和多位数乘整十数的口算过程，培养学生观察、比较、抽象概括及迁移类推的能力。</w:t>
      </w:r>
    </w:p>
    <w:p>
      <w:pPr>
        <w:spacing w:after="20" w:line="300" w:lineRule="auto"/>
        <w:ind w:firstLine="400"/>
      </w:pPr>
      <w:r>
        <w:rPr>
          <w:rFonts w:ascii="宋体" w:hAnsi="宋体" w:eastAsia="宋体"/>
          <w:b w:val="0"/>
          <w:sz w:val="20"/>
        </w:rPr>
        <w:t>（3）将乘法口算置于现实情境中，感受数学与生活的联系，从应用中获得成功体验。</w:t>
      </w:r>
    </w:p>
    <w:p>
      <w:pPr>
        <w:spacing w:after="20" w:line="300" w:lineRule="auto"/>
      </w:pPr>
      <w:r>
        <w:rPr>
          <w:rFonts w:ascii="宋体" w:hAnsi="宋体" w:eastAsia="宋体"/>
          <w:b w:val="0"/>
          <w:sz w:val="20"/>
        </w:rPr>
        <w:t>教学重点：学会一位数乘整十数和多位数乘整十数的口算方法，并能正确计算。</w:t>
      </w:r>
    </w:p>
    <w:p>
      <w:pPr>
        <w:spacing w:after="20" w:line="300" w:lineRule="auto"/>
      </w:pPr>
      <w:r>
        <w:rPr>
          <w:rFonts w:ascii="宋体" w:hAnsi="宋体" w:eastAsia="宋体"/>
          <w:b w:val="0"/>
          <w:sz w:val="20"/>
        </w:rPr>
        <w:t>教学难点：理解算理，沟通联系，迁移类推口算方法。</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创设情境，导入新课</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同学们，在水果店里，我们会遇到哪些数学问题呢？</w:t>
            </w:r>
          </w:p>
        </w:tc>
        <w:tc>
          <w:tcPr>
            <w:tcW w:type="dxa" w:w="1361"/>
          </w:tcPr>
          <w:p>
            <w:pPr>
              <w:spacing w:after="20" w:line="276" w:lineRule="auto"/>
            </w:pPr>
            <w:r/>
            <w:r>
              <w:rPr>
                <w:rFonts w:ascii="宋体" w:hAnsi="宋体" w:eastAsia="宋体"/>
                <w:b w:val="0"/>
                <w:sz w:val="18"/>
              </w:rPr>
              <w:t>4分钟</w:t>
            </w:r>
          </w:p>
        </w:tc>
      </w:tr>
      <w:tr>
        <w:tc>
          <w:tcPr>
            <w:tcW w:type="dxa" w:w="2835"/>
          </w:tcPr>
          <w:p>
            <w:pPr>
              <w:spacing w:after="20" w:line="276" w:lineRule="auto"/>
            </w:pPr>
            <w:r/>
            <w:r>
              <w:rPr>
                <w:rFonts w:ascii="宋体" w:hAnsi="宋体" w:eastAsia="宋体"/>
                <w:b w:val="0"/>
                <w:sz w:val="18"/>
              </w:rPr>
              <w:t>探究新知识</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求10袋有多少个橙子，能说说你是怎么列式并计算的吗？；你更喜欢哪种方法呢？为什么？</w:t>
            </w:r>
          </w:p>
        </w:tc>
        <w:tc>
          <w:tcPr>
            <w:tcW w:type="dxa" w:w="1361"/>
          </w:tcPr>
          <w:p>
            <w:pPr>
              <w:spacing w:after="20" w:line="276" w:lineRule="auto"/>
            </w:pPr>
            <w:r/>
            <w:r>
              <w:rPr>
                <w:rFonts w:ascii="宋体" w:hAnsi="宋体" w:eastAsia="宋体"/>
                <w:b w:val="0"/>
                <w:sz w:val="18"/>
              </w:rPr>
              <w:t>28分钟</w:t>
            </w:r>
          </w:p>
        </w:tc>
      </w:tr>
      <w:tr>
        <w:tc>
          <w:tcPr>
            <w:tcW w:type="dxa" w:w="2835"/>
          </w:tcPr>
          <w:p>
            <w:pPr>
              <w:spacing w:after="20" w:line="276" w:lineRule="auto"/>
            </w:pPr>
            <w:r/>
            <w:r>
              <w:rPr>
                <w:rFonts w:ascii="宋体" w:hAnsi="宋体" w:eastAsia="宋体"/>
                <w:b w:val="0"/>
                <w:sz w:val="18"/>
              </w:rPr>
              <w:t>巩固练习</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在做这一类题目时，你发现有什么共同的地方？</w:t>
            </w:r>
          </w:p>
        </w:tc>
        <w:tc>
          <w:tcPr>
            <w:tcW w:type="dxa" w:w="1361"/>
          </w:tcPr>
          <w:p>
            <w:pPr>
              <w:spacing w:after="20" w:line="276" w:lineRule="auto"/>
            </w:pPr>
            <w:r/>
            <w:r>
              <w:rPr>
                <w:rFonts w:ascii="宋体" w:hAnsi="宋体" w:eastAsia="宋体"/>
                <w:b w:val="0"/>
                <w:sz w:val="18"/>
              </w:rPr>
              <w:t>6分钟</w:t>
            </w:r>
          </w:p>
        </w:tc>
      </w:tr>
      <w:tr>
        <w:tc>
          <w:tcPr>
            <w:tcW w:type="dxa" w:w="2835"/>
          </w:tcPr>
          <w:p>
            <w:pPr>
              <w:spacing w:after="20" w:line="276" w:lineRule="auto"/>
            </w:pPr>
            <w:r/>
            <w:r>
              <w:rPr>
                <w:rFonts w:ascii="宋体" w:hAnsi="宋体" w:eastAsia="宋体"/>
                <w:b w:val="0"/>
                <w:sz w:val="18"/>
              </w:rPr>
              <w:t>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同学们，通过本节课的学习，你们有哪些收获呢？</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创设情境，导入新课</w:t>
            </w:r>
          </w:p>
        </w:tc>
        <w:tc>
          <w:tcPr>
            <w:tcW w:type="dxa" w:w="3061"/>
          </w:tcPr>
          <w:p>
            <w:pPr>
              <w:spacing w:after="20" w:line="276" w:lineRule="auto"/>
            </w:pPr>
            <w:r/>
            <w:r>
              <w:rPr>
                <w:rFonts w:ascii="宋体" w:hAnsi="宋体" w:eastAsia="宋体"/>
                <w:b w:val="0"/>
                <w:sz w:val="18"/>
              </w:rPr>
              <w:t>师：同学们，在水果店里，我们会遇到哪些数学问题呢？</w:t>
            </w:r>
          </w:p>
        </w:tc>
        <w:tc>
          <w:tcPr>
            <w:tcW w:type="dxa" w:w="3061"/>
          </w:tcPr>
          <w:p>
            <w:pPr>
              <w:spacing w:after="20" w:line="276" w:lineRule="auto"/>
            </w:pPr>
            <w:r/>
            <w:r>
              <w:rPr>
                <w:rFonts w:ascii="宋体" w:hAnsi="宋体" w:eastAsia="宋体"/>
                <w:b w:val="0"/>
                <w:sz w:val="18"/>
              </w:rPr>
              <w:t>水果店里不同水果有不同的包装方式，每种包装方式需要的水果个数也不同。</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创设情境激活学生已有经验，自然引出本课学习内容，激发学习兴趣，核心问题："同学们，在水果店里，我们会遇到哪些数学问题呢？"</w:t>
            </w:r>
          </w:p>
        </w:tc>
      </w:tr>
      <w:tr>
        <w:tc>
          <w:tcPr>
            <w:tcW w:type="dxa" w:w="1474"/>
          </w:tcPr>
          <w:p>
            <w:pPr>
              <w:spacing w:after="20" w:line="276" w:lineRule="auto"/>
            </w:pPr>
            <w:r>
              <w:rPr>
                <w:b/>
              </w:rPr>
            </w:r>
            <w:r>
              <w:rPr>
                <w:rFonts w:ascii="宋体" w:hAnsi="宋体" w:eastAsia="宋体"/>
                <w:b/>
                <w:sz w:val="18"/>
              </w:rPr>
              <w:t>探究新知识</w:t>
            </w:r>
          </w:p>
        </w:tc>
        <w:tc>
          <w:tcPr>
            <w:tcW w:type="dxa" w:w="3061"/>
          </w:tcPr>
          <w:p>
            <w:pPr>
              <w:spacing w:after="20" w:line="276" w:lineRule="auto"/>
            </w:pPr>
            <w:r/>
            <w:r>
              <w:rPr>
                <w:rFonts w:ascii="宋体" w:hAnsi="宋体" w:eastAsia="宋体"/>
                <w:b w:val="0"/>
                <w:sz w:val="18"/>
              </w:rPr>
              <w:t>1.自主探究，领悟算法。</w:t>
            </w:r>
          </w:p>
          <w:p>
            <w:pPr>
              <w:spacing w:after="20" w:line="276" w:lineRule="auto"/>
            </w:pPr>
            <w:r>
              <w:rPr>
                <w:rFonts w:ascii="宋体" w:hAnsi="宋体" w:eastAsia="宋体"/>
                <w:b w:val="0"/>
                <w:sz w:val="18"/>
              </w:rPr>
              <w:t>课件出示教科书P40例2第(1)题。[板书课题：多位数乘整十数]</w:t>
            </w:r>
          </w:p>
          <w:p>
            <w:pPr>
              <w:spacing w:after="20" w:line="276" w:lineRule="auto"/>
            </w:pPr>
            <w:r>
              <w:rPr>
                <w:rFonts w:ascii="宋体" w:hAnsi="宋体" w:eastAsia="宋体"/>
                <w:b w:val="0"/>
                <w:sz w:val="18"/>
              </w:rPr>
              <w:t>师：求10袋有多少个橙子，能说说你是怎么列式并计算的吗？(教师根据学生的回答适时板书)</w:t>
            </w:r>
          </w:p>
          <w:p>
            <w:pPr>
              <w:spacing w:after="20" w:line="276" w:lineRule="auto"/>
            </w:pPr>
            <w:r>
              <w:rPr>
                <w:rFonts w:ascii="宋体" w:hAnsi="宋体" w:eastAsia="宋体"/>
                <w:b w:val="0"/>
                <w:sz w:val="18"/>
              </w:rPr>
              <w:t>师：你更喜欢哪种方法呢？为什么？</w:t>
            </w:r>
          </w:p>
          <w:p>
            <w:pPr>
              <w:spacing w:after="20" w:line="276" w:lineRule="auto"/>
            </w:pPr>
            <w:r>
              <w:rPr>
                <w:rFonts w:ascii="宋体" w:hAnsi="宋体" w:eastAsia="宋体"/>
                <w:b w:val="0"/>
                <w:sz w:val="18"/>
              </w:rPr>
              <w:t>2．尝试应用，发现规律。</w:t>
            </w:r>
          </w:p>
          <w:p>
            <w:pPr>
              <w:spacing w:after="20" w:line="276" w:lineRule="auto"/>
            </w:pPr>
            <w:r>
              <w:rPr>
                <w:rFonts w:ascii="宋体" w:hAnsi="宋体" w:eastAsia="宋体"/>
                <w:b w:val="0"/>
                <w:sz w:val="18"/>
              </w:rPr>
              <w:t>师：计算下面各题，你发现了什么？</w:t>
            </w:r>
          </w:p>
          <w:p>
            <w:pPr>
              <w:spacing w:after="20" w:line="276" w:lineRule="auto"/>
            </w:pPr>
            <w:r>
              <w:rPr>
                <w:rFonts w:ascii="宋体" w:hAnsi="宋体" w:eastAsia="宋体"/>
                <w:b w:val="0"/>
                <w:sz w:val="18"/>
              </w:rPr>
              <w:t>课件出示口算题。</w:t>
            </w:r>
          </w:p>
          <w:p>
            <w:pPr>
              <w:spacing w:after="20" w:line="276" w:lineRule="auto"/>
            </w:pPr>
            <w:r>
              <w:rPr>
                <w:rFonts w:ascii="宋体" w:hAnsi="宋体" w:eastAsia="宋体"/>
                <w:b w:val="0"/>
                <w:sz w:val="18"/>
              </w:rPr>
              <w:t>师：同学们都说得很有道理。通过这几道题的口算，我们可以发现一个规律：一个非0自然数乘10，它的积就是在这个数的后面添1个0。</w:t>
            </w:r>
          </w:p>
          <w:p>
            <w:pPr>
              <w:spacing w:after="20" w:line="276" w:lineRule="auto"/>
            </w:pPr>
            <w:r>
              <w:rPr>
                <w:rFonts w:ascii="宋体" w:hAnsi="宋体" w:eastAsia="宋体"/>
                <w:b w:val="0"/>
                <w:sz w:val="18"/>
              </w:rPr>
              <w:t>3．迁移类推，得出口算方法。</w:t>
            </w:r>
          </w:p>
          <w:p>
            <w:pPr>
              <w:spacing w:after="20" w:line="276" w:lineRule="auto"/>
            </w:pPr>
            <w:r>
              <w:rPr>
                <w:rFonts w:ascii="宋体" w:hAnsi="宋体" w:eastAsia="宋体"/>
                <w:b w:val="0"/>
                <w:sz w:val="18"/>
              </w:rPr>
              <w:t>课件出示教科书P39例2第(2)题。</w:t>
            </w:r>
          </w:p>
          <w:p>
            <w:pPr>
              <w:spacing w:after="20" w:line="276" w:lineRule="auto"/>
            </w:pPr>
            <w:r>
              <w:rPr>
                <w:rFonts w:ascii="宋体" w:hAnsi="宋体" w:eastAsia="宋体"/>
                <w:b w:val="0"/>
                <w:sz w:val="18"/>
              </w:rPr>
              <w:t>师：你准备怎么解决这个问题呢？先自己想一想，再和同桌说一说你是怎么想的。</w:t>
            </w:r>
          </w:p>
        </w:tc>
        <w:tc>
          <w:tcPr>
            <w:tcW w:type="dxa" w:w="3061"/>
          </w:tcPr>
          <w:p>
            <w:pPr>
              <w:spacing w:after="20" w:line="276" w:lineRule="auto"/>
            </w:pPr>
            <w:r/>
            <w:r>
              <w:rPr>
                <w:rFonts w:ascii="宋体" w:hAnsi="宋体" w:eastAsia="宋体"/>
                <w:b w:val="0"/>
                <w:sz w:val="18"/>
              </w:rPr>
              <w:t>预设1：每袋有6个橙子，共有10袋，也就是求10个6相加的和是多少，列式为6×10。因为6个十是60，所以6×10＝60。</w:t>
            </w:r>
          </w:p>
          <w:p>
            <w:pPr>
              <w:spacing w:after="20" w:line="276" w:lineRule="auto"/>
            </w:pPr>
            <w:r>
              <w:rPr>
                <w:rFonts w:ascii="宋体" w:hAnsi="宋体" w:eastAsia="宋体"/>
                <w:b w:val="0"/>
                <w:sz w:val="18"/>
              </w:rPr>
              <w:t>预设2：前面我们学习了乘法口诀“六九五十四”，我就先算9袋有多少个橙子，再加1袋的6个，列式为6×9＝54，54＋6＝60。</w:t>
            </w:r>
          </w:p>
          <w:p>
            <w:pPr>
              <w:spacing w:after="20" w:line="276" w:lineRule="auto"/>
            </w:pPr>
            <w:r>
              <w:rPr>
                <w:rFonts w:ascii="宋体" w:hAnsi="宋体" w:eastAsia="宋体"/>
                <w:b w:val="0"/>
                <w:sz w:val="18"/>
              </w:rPr>
              <w:t>预设3：上节课我们学习了两位数乘一位数的口算，我知道10×6＝60，而6×10＝10×6，所以6×10的结果也是60。</w:t>
            </w:r>
          </w:p>
          <w:p>
            <w:pPr>
              <w:spacing w:after="20" w:line="276" w:lineRule="auto"/>
            </w:pPr>
            <w:r>
              <w:rPr>
                <w:rFonts w:ascii="宋体" w:hAnsi="宋体" w:eastAsia="宋体"/>
                <w:b w:val="0"/>
                <w:sz w:val="18"/>
              </w:rPr>
              <w:t>预设4：我直接算6×1＝6，然后在积的后面添1个0。</w:t>
            </w:r>
          </w:p>
          <w:p>
            <w:pPr>
              <w:spacing w:after="20" w:line="276" w:lineRule="auto"/>
            </w:pPr>
            <w:r>
              <w:rPr>
                <w:rFonts w:ascii="宋体" w:hAnsi="宋体" w:eastAsia="宋体"/>
                <w:b w:val="0"/>
                <w:sz w:val="18"/>
              </w:rPr>
              <w:t>大部分同学喜欢最后一种方法，因为算起来快速简便。</w:t>
            </w:r>
          </w:p>
          <w:p>
            <w:pPr>
              <w:spacing w:after="20" w:line="276" w:lineRule="auto"/>
            </w:pPr>
            <w:r>
              <w:rPr>
                <w:rFonts w:ascii="宋体" w:hAnsi="宋体" w:eastAsia="宋体"/>
                <w:b w:val="0"/>
                <w:sz w:val="18"/>
              </w:rPr>
              <w:t>预设1：一个数乘10，如5×10，就是5个10相加，得数就是50。</w:t>
            </w:r>
          </w:p>
          <w:p>
            <w:pPr>
              <w:spacing w:after="20" w:line="276" w:lineRule="auto"/>
            </w:pPr>
            <w:r>
              <w:rPr>
                <w:rFonts w:ascii="宋体" w:hAnsi="宋体" w:eastAsia="宋体"/>
                <w:b w:val="0"/>
                <w:sz w:val="18"/>
              </w:rPr>
              <w:t>预设2：一个数乘10，先用这个数乘1，再在积的后面添1个0就可以了。</w:t>
            </w:r>
          </w:p>
          <w:p>
            <w:pPr>
              <w:spacing w:after="20" w:line="276" w:lineRule="auto"/>
            </w:pPr>
            <w:r>
              <w:rPr>
                <w:rFonts w:ascii="宋体" w:hAnsi="宋体" w:eastAsia="宋体"/>
                <w:b w:val="0"/>
                <w:sz w:val="18"/>
              </w:rPr>
              <w:t>预设3：整十数乘10，如40×10，先算4×1＝4，再在4后面添2个0即可，即400。</w:t>
            </w:r>
          </w:p>
          <w:p>
            <w:pPr>
              <w:spacing w:after="20" w:line="276" w:lineRule="auto"/>
            </w:pPr>
            <w:r>
              <w:rPr>
                <w:rFonts w:ascii="宋体" w:hAnsi="宋体" w:eastAsia="宋体"/>
                <w:b w:val="0"/>
                <w:sz w:val="18"/>
              </w:rPr>
              <w:t>预设1：每盒有12个苹果，要求20盒有多少个苹果，就是求20个12相加的和是多少，列式为12×20。计算时先算2盒有多少个，12×2＝24，再算10个2盒有多少个，24×10＝240。(教师适时板书)</w:t>
            </w:r>
          </w:p>
          <w:p>
            <w:pPr>
              <w:spacing w:after="20" w:line="276" w:lineRule="auto"/>
            </w:pPr>
            <w:r>
              <w:rPr>
                <w:rFonts w:ascii="宋体" w:hAnsi="宋体" w:eastAsia="宋体"/>
                <w:b w:val="0"/>
                <w:sz w:val="18"/>
              </w:rPr>
              <w:t>预设2：计算时可以把12分成10和2，先算10×20＝200，2×20＝40，再算200＋40＝240。</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设计递进式探究活动，引导学生在动手实践与合作交流中经历知识形成过程，突破本课重难点，核心问题："求10袋有多少个橙子，能说说你是怎么列式并计算的吗？"</w:t>
            </w:r>
          </w:p>
        </w:tc>
      </w:tr>
      <w:tr>
        <w:tc>
          <w:tcPr>
            <w:tcW w:type="dxa" w:w="1474"/>
          </w:tcPr>
          <w:p>
            <w:pPr>
              <w:spacing w:after="20" w:line="276" w:lineRule="auto"/>
            </w:pPr>
            <w:r>
              <w:rPr>
                <w:b/>
              </w:rPr>
            </w:r>
            <w:r>
              <w:rPr>
                <w:rFonts w:ascii="宋体" w:hAnsi="宋体" w:eastAsia="宋体"/>
                <w:b/>
                <w:sz w:val="18"/>
              </w:rPr>
              <w:t>巩固练习</w:t>
            </w:r>
          </w:p>
        </w:tc>
        <w:tc>
          <w:tcPr>
            <w:tcW w:type="dxa" w:w="3061"/>
          </w:tcPr>
          <w:p>
            <w:pPr>
              <w:spacing w:after="20" w:line="276" w:lineRule="auto"/>
            </w:pPr>
            <w:r/>
            <w:r>
              <w:rPr>
                <w:rFonts w:ascii="宋体" w:hAnsi="宋体" w:eastAsia="宋体"/>
                <w:b w:val="0"/>
                <w:sz w:val="18"/>
              </w:rPr>
              <w:t>课件出示教科书P40“做一做”。</w:t>
            </w:r>
          </w:p>
          <w:p>
            <w:pPr>
              <w:spacing w:after="20" w:line="276" w:lineRule="auto"/>
            </w:pPr>
            <w:r>
              <w:rPr>
                <w:rFonts w:ascii="宋体" w:hAnsi="宋体" w:eastAsia="宋体"/>
                <w:b w:val="0"/>
                <w:sz w:val="18"/>
              </w:rPr>
              <w:t>师：在做这一类题目时，你发现有什么共同的地方？小组内交流。</w:t>
            </w:r>
          </w:p>
          <w:p>
            <w:pPr>
              <w:spacing w:after="20" w:line="276" w:lineRule="auto"/>
            </w:pPr>
            <w:r>
              <w:rPr>
                <w:rFonts w:ascii="宋体" w:hAnsi="宋体" w:eastAsia="宋体"/>
                <w:b w:val="0"/>
                <w:sz w:val="18"/>
              </w:rPr>
              <w:t>师小结：做这类题目时，可以先把乘数0前面的数相乘，再看乘数后面一共有几个0，就在乘得的积的后面添几个0。</w:t>
            </w:r>
          </w:p>
        </w:tc>
        <w:tc>
          <w:tcPr>
            <w:tcW w:type="dxa" w:w="3061"/>
          </w:tcPr>
          <w:p>
            <w:pPr>
              <w:spacing w:after="20" w:line="276" w:lineRule="auto"/>
            </w:pPr>
            <w:r/>
            <w:r>
              <w:rPr>
                <w:rFonts w:ascii="宋体" w:hAnsi="宋体" w:eastAsia="宋体"/>
                <w:b w:val="0"/>
                <w:sz w:val="18"/>
              </w:rPr>
              <w:t>学生组内交流，教师巡视指导。</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通过有层次的练习及时反馈学情，巩固新知，培养学生灵活运用知识解决问题的能力，核心问题："在做这一类题目时，你发现有什么共同的地方？"</w:t>
            </w:r>
          </w:p>
        </w:tc>
      </w:tr>
      <w:tr>
        <w:tc>
          <w:tcPr>
            <w:tcW w:type="dxa" w:w="1474"/>
          </w:tcPr>
          <w:p>
            <w:pPr>
              <w:spacing w:after="20" w:line="276" w:lineRule="auto"/>
            </w:pPr>
            <w:r>
              <w:rPr>
                <w:b/>
              </w:rPr>
            </w:r>
            <w:r>
              <w:rPr>
                <w:rFonts w:ascii="宋体" w:hAnsi="宋体" w:eastAsia="宋体"/>
                <w:b/>
                <w:sz w:val="18"/>
              </w:rPr>
              <w:t>课堂小结</w:t>
            </w:r>
          </w:p>
        </w:tc>
        <w:tc>
          <w:tcPr>
            <w:tcW w:type="dxa" w:w="3061"/>
          </w:tcPr>
          <w:p>
            <w:pPr>
              <w:spacing w:after="20" w:line="276" w:lineRule="auto"/>
            </w:pPr>
            <w:r/>
            <w:r>
              <w:rPr>
                <w:rFonts w:ascii="宋体" w:hAnsi="宋体" w:eastAsia="宋体"/>
                <w:b w:val="0"/>
                <w:sz w:val="18"/>
              </w:rPr>
              <w:t>师：同学们，通过本节课的学习，你们有哪些收获呢？</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通过让学生经历用自己的理解说算理的过程，使解决口算的方法多样化，再进行优化，达到快速简便的效果。让学生经历知识形成的过程，综合提高学生知识迁移的能力、小组合作的能力、语言表达的能力和解决问题的能力。</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多位数乘整十数</w:t>
      </w:r>
    </w:p>
    <w:p>
      <w:pPr>
        <w:spacing w:after="40" w:line="300" w:lineRule="auto"/>
      </w:pPr>
      <w:r>
        <w:rPr>
          <w:rFonts w:ascii="宋体" w:hAnsi="宋体" w:eastAsia="宋体"/>
          <w:b w:val="0"/>
          <w:sz w:val="20"/>
        </w:rPr>
        <w:t>(1)6×10＝60</w:t>
      </w:r>
    </w:p>
    <w:p>
      <w:pPr>
        <w:spacing w:after="40" w:line="300" w:lineRule="auto"/>
      </w:pPr>
      <w:r>
        <w:rPr>
          <w:rFonts w:ascii="宋体" w:hAnsi="宋体" w:eastAsia="宋体"/>
          <w:b w:val="0"/>
          <w:sz w:val="20"/>
        </w:rPr>
        <w:t>①6个十是60，所以6×10＝60。</w:t>
      </w:r>
    </w:p>
    <w:p>
      <w:pPr>
        <w:spacing w:after="40" w:line="300" w:lineRule="auto"/>
      </w:pPr>
      <w:r>
        <w:rPr>
          <w:rFonts w:ascii="宋体" w:hAnsi="宋体" w:eastAsia="宋体"/>
          <w:b w:val="0"/>
          <w:sz w:val="20"/>
        </w:rPr>
        <w:t>②6×9＝54　54＋6＝60</w:t>
      </w:r>
    </w:p>
    <w:p>
      <w:pPr>
        <w:spacing w:after="40" w:line="300" w:lineRule="auto"/>
      </w:pPr>
      <w:r>
        <w:rPr>
          <w:rFonts w:ascii="宋体" w:hAnsi="宋体" w:eastAsia="宋体"/>
          <w:b w:val="0"/>
          <w:sz w:val="20"/>
        </w:rPr>
        <w:t>③10×6＝60　6×10＝10×6　6×10＝60</w:t>
      </w:r>
    </w:p>
    <w:p>
      <w:pPr>
        <w:spacing w:after="40" w:line="300" w:lineRule="auto"/>
      </w:pPr>
      <w:r>
        <w:rPr>
          <w:rFonts w:ascii="宋体" w:hAnsi="宋体" w:eastAsia="宋体"/>
          <w:b w:val="0"/>
          <w:sz w:val="20"/>
        </w:rPr>
        <w:t>(2)12×20＝240</w:t>
      </w:r>
    </w:p>
    <w:p>
      <w:pPr>
        <w:spacing w:after="40" w:line="300" w:lineRule="auto"/>
      </w:pPr>
      <w:r>
        <w:rPr>
          <w:rFonts w:ascii="宋体" w:hAnsi="宋体" w:eastAsia="宋体"/>
          <w:b w:val="0"/>
          <w:sz w:val="20"/>
        </w:rPr>
        <w:t>①先算12×2＝24，再算24×10＝240。</w:t>
      </w:r>
    </w:p>
    <w:p>
      <w:pPr>
        <w:spacing w:after="40" w:line="300" w:lineRule="auto"/>
      </w:pPr>
      <w:r>
        <w:rPr>
          <w:rFonts w:ascii="宋体" w:hAnsi="宋体" w:eastAsia="宋体"/>
          <w:b w:val="0"/>
          <w:sz w:val="20"/>
        </w:rPr>
        <w:t>②12＝10＋2　10×20＝200　2×20＝40　200＋40＝240</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教科书P40例2。</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课继续创设问题情境，让学生在亲自参与、主动探究、经历实践的过程中掌握一位数或多位数乘整十数的口算方法。在学生探究算法时，要留给学生足够的时间和空间，充分尊重学生思维的差异，让学生在轻松的氛围中得出多样化的算法，又在逐层的对比、强化练习中让学生感受某种方法的优越性，从而不断使算法得到优化，体会方法迁移类推的实用性，逐步提高学生口算的正确率。本课比较成功的地方是充分放手让学生自己经历寻找规律、理解算理、掌握算法的过程，增强了学生学好数学的信心。</w:t>
      </w:r>
    </w:p>
    <w:p>
      <w:r>
        <w:br w:type="page"/>
      </w:r>
    </w:p>
    <w:p>
      <w:pPr>
        <w:spacing w:after="80" w:line="300" w:lineRule="auto"/>
      </w:pPr>
      <w:r>
        <w:rPr>
          <w:rFonts w:ascii="黑体" w:hAnsi="黑体" w:eastAsia="黑体"/>
          <w:b/>
          <w:sz w:val="24"/>
        </w:rPr>
        <w:t>二、课时教学方案（第5课时）</w:t>
      </w:r>
    </w:p>
    <w:p>
      <w:pPr>
        <w:spacing w:after="80" w:line="300" w:lineRule="auto"/>
      </w:pPr>
      <w:r>
        <w:rPr>
          <w:rFonts w:ascii="黑体" w:hAnsi="黑体" w:eastAsia="黑体"/>
          <w:b/>
          <w:sz w:val="24"/>
        </w:rPr>
        <w:t>第5课时　中间或末尾有0的数乘两位数</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第5课时　中间或末尾有0的数乘两位数</w:t>
            </w:r>
          </w:p>
        </w:tc>
        <w:tc>
          <w:tcPr>
            <w:tcW w:type="dxa" w:w="6009"/>
          </w:tcPr>
          <w:p>
            <w:pPr>
              <w:spacing w:after="20" w:line="276" w:lineRule="auto"/>
            </w:pPr>
            <w:r/>
            <w:r>
              <w:rPr>
                <w:rFonts w:ascii="宋体" w:hAnsi="宋体" w:eastAsia="宋体"/>
                <w:b w:val="0"/>
                <w:sz w:val="20"/>
              </w:rPr>
              <w:t>第3单元 多位数乘两位数（笔算乘法）</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由于有前期笔算的经验，学生对“多位数乘两位数”的笔算方法的算理和算法的理解、探索并不会感到困难，所以教学中要充分利用学生已有的经验，为学生创设主动探究的学习情境，通过对比与体验，让学生自主得出“多位数乘两位数”的笔算方法。从计算的要求来说，多位数乘两位数在小学阶段是最高难度的整数乘法运算了，学生出现错误也是正常现象。教学中，教师需在作业中收集典型错例，及时组织学生讨论分析，寻找错误原因，组织订正，避免重复出错。交流时，可采用同桌交换检查评改、同桌互说错误原因等方式，突出对错误原因的分析，在提高学生分析能力的同时，培养学生的计算技能。</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教学内容：教科书P48例3。</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（1）以学生已有的知识经验为基础，自主迁移出乘数中间或末尾有0的数乘两位数的笔算乘法的计算方法。</w:t>
      </w:r>
    </w:p>
    <w:p>
      <w:pPr>
        <w:spacing w:after="20" w:line="300" w:lineRule="auto"/>
        <w:ind w:firstLine="400"/>
      </w:pPr>
      <w:r>
        <w:rPr>
          <w:rFonts w:ascii="宋体" w:hAnsi="宋体" w:eastAsia="宋体"/>
          <w:b w:val="0"/>
          <w:sz w:val="20"/>
        </w:rPr>
        <w:t>（2）通过观察、猜想、推理、归纳等方法，给学生提供充分的思考活动空间。</w:t>
      </w:r>
    </w:p>
    <w:p>
      <w:pPr>
        <w:spacing w:after="20" w:line="300" w:lineRule="auto"/>
        <w:ind w:firstLine="400"/>
      </w:pPr>
      <w:r>
        <w:rPr>
          <w:rFonts w:ascii="宋体" w:hAnsi="宋体" w:eastAsia="宋体"/>
          <w:b w:val="0"/>
          <w:sz w:val="20"/>
        </w:rPr>
        <w:t>（3）感受数学与生活的联系，培养学生积极探索、认真思考的良好习惯。</w:t>
      </w:r>
    </w:p>
    <w:p>
      <w:pPr>
        <w:spacing w:after="20" w:line="300" w:lineRule="auto"/>
      </w:pPr>
      <w:r>
        <w:rPr>
          <w:rFonts w:ascii="宋体" w:hAnsi="宋体" w:eastAsia="宋体"/>
          <w:b w:val="0"/>
          <w:sz w:val="20"/>
        </w:rPr>
        <w:t>教学重点：掌握乘数中间有0的乘法的计算方法。</w:t>
      </w:r>
    </w:p>
    <w:p>
      <w:pPr>
        <w:spacing w:after="20" w:line="300" w:lineRule="auto"/>
      </w:pPr>
      <w:r>
        <w:rPr>
          <w:rFonts w:ascii="宋体" w:hAnsi="宋体" w:eastAsia="宋体"/>
          <w:b w:val="0"/>
          <w:sz w:val="20"/>
        </w:rPr>
        <w:t>教学难点：理解0和任何数相乘都得0的算理。</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复习旧知</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计算乘数中间有0的乘法要注意什么？；乘数末尾有0的乘法的计算方法是怎样的？</w:t>
            </w:r>
          </w:p>
        </w:tc>
        <w:tc>
          <w:tcPr>
            <w:tcW w:type="dxa" w:w="1361"/>
          </w:tcPr>
          <w:p>
            <w:pPr>
              <w:spacing w:after="20" w:line="276" w:lineRule="auto"/>
            </w:pPr>
            <w:r/>
            <w:r>
              <w:rPr>
                <w:rFonts w:ascii="宋体" w:hAnsi="宋体" w:eastAsia="宋体"/>
                <w:b w:val="0"/>
                <w:sz w:val="18"/>
              </w:rPr>
              <w:t>10分钟</w:t>
            </w:r>
          </w:p>
        </w:tc>
      </w:tr>
      <w:tr>
        <w:tc>
          <w:tcPr>
            <w:tcW w:type="dxa" w:w="2835"/>
          </w:tcPr>
          <w:p>
            <w:pPr>
              <w:spacing w:after="20" w:line="276" w:lineRule="auto"/>
            </w:pPr>
            <w:r/>
            <w:r>
              <w:rPr>
                <w:rFonts w:ascii="宋体" w:hAnsi="宋体" w:eastAsia="宋体"/>
                <w:b w:val="0"/>
                <w:sz w:val="18"/>
              </w:rPr>
              <w:t>探究新知</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我们已经会算106×3了，106×63该怎样算呢？；106乘6个十的结果怎样写？为什么？</w:t>
            </w:r>
          </w:p>
        </w:tc>
        <w:tc>
          <w:tcPr>
            <w:tcW w:type="dxa" w:w="1361"/>
          </w:tcPr>
          <w:p>
            <w:pPr>
              <w:spacing w:after="20" w:line="276" w:lineRule="auto"/>
            </w:pPr>
            <w:r/>
            <w:r>
              <w:rPr>
                <w:rFonts w:ascii="宋体" w:hAnsi="宋体" w:eastAsia="宋体"/>
                <w:b w:val="0"/>
                <w:sz w:val="18"/>
              </w:rPr>
              <w:t>23分钟</w:t>
            </w:r>
          </w:p>
        </w:tc>
      </w:tr>
      <w:tr>
        <w:tc>
          <w:tcPr>
            <w:tcW w:type="dxa" w:w="2835"/>
          </w:tcPr>
          <w:p>
            <w:pPr>
              <w:spacing w:after="20" w:line="276" w:lineRule="auto"/>
            </w:pPr>
            <w:r/>
            <w:r>
              <w:rPr>
                <w:rFonts w:ascii="宋体" w:hAnsi="宋体" w:eastAsia="宋体"/>
                <w:b w:val="0"/>
                <w:sz w:val="18"/>
              </w:rPr>
              <w:t>巩固练习</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4分钟</w:t>
            </w:r>
          </w:p>
        </w:tc>
      </w:tr>
      <w:tr>
        <w:tc>
          <w:tcPr>
            <w:tcW w:type="dxa" w:w="2835"/>
          </w:tcPr>
          <w:p>
            <w:pPr>
              <w:spacing w:after="20" w:line="276" w:lineRule="auto"/>
            </w:pPr>
            <w:r/>
            <w:r>
              <w:rPr>
                <w:rFonts w:ascii="宋体" w:hAnsi="宋体" w:eastAsia="宋体"/>
                <w:b w:val="0"/>
                <w:sz w:val="18"/>
              </w:rPr>
              <w:t>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这节课你有什么收获？</w:t>
            </w:r>
          </w:p>
        </w:tc>
        <w:tc>
          <w:tcPr>
            <w:tcW w:type="dxa" w:w="1361"/>
          </w:tcPr>
          <w:p>
            <w:pPr>
              <w:spacing w:after="20" w:line="276" w:lineRule="auto"/>
            </w:pPr>
            <w:r/>
            <w:r>
              <w:rPr>
                <w:rFonts w:ascii="宋体" w:hAnsi="宋体" w:eastAsia="宋体"/>
                <w:b w:val="0"/>
                <w:sz w:val="18"/>
              </w:rPr>
              <w:t>3分钟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复习旧知</w:t>
            </w:r>
          </w:p>
        </w:tc>
        <w:tc>
          <w:tcPr>
            <w:tcW w:type="dxa" w:w="3061"/>
          </w:tcPr>
          <w:p>
            <w:pPr>
              <w:spacing w:after="20" w:line="276" w:lineRule="auto"/>
            </w:pPr>
            <w:r/>
            <w:r>
              <w:rPr>
                <w:rFonts w:ascii="宋体" w:hAnsi="宋体" w:eastAsia="宋体"/>
                <w:b w:val="0"/>
                <w:sz w:val="18"/>
              </w:rPr>
              <w:t>课件出示习题。</w:t>
            </w:r>
          </w:p>
          <w:p>
            <w:pPr>
              <w:spacing w:after="20" w:line="276" w:lineRule="auto"/>
            </w:pPr>
            <w:r>
              <w:rPr>
                <w:rFonts w:ascii="宋体" w:hAnsi="宋体" w:eastAsia="宋体"/>
                <w:b w:val="0"/>
                <w:sz w:val="18"/>
              </w:rPr>
              <w:t>师：计算乘数中间有0的乘法要注意什么？</w:t>
            </w:r>
          </w:p>
          <w:p>
            <w:pPr>
              <w:spacing w:after="20" w:line="276" w:lineRule="auto"/>
            </w:pPr>
            <w:r>
              <w:rPr>
                <w:rFonts w:ascii="宋体" w:hAnsi="宋体" w:eastAsia="宋体"/>
                <w:b w:val="0"/>
                <w:sz w:val="18"/>
              </w:rPr>
              <w:t>师：乘数末尾有0的乘法的计算方法是怎样的？</w:t>
            </w:r>
          </w:p>
          <w:p>
            <w:pPr>
              <w:spacing w:after="20" w:line="276" w:lineRule="auto"/>
            </w:pPr>
            <w:r>
              <w:rPr>
                <w:rFonts w:ascii="宋体" w:hAnsi="宋体" w:eastAsia="宋体"/>
                <w:b w:val="0"/>
                <w:sz w:val="18"/>
              </w:rPr>
              <w:t>师：如果是中间或末尾有0的数乘两位数，你会算吗？这就是我们今天要探讨的内容。(板书课题：中间或末尾有0的数乘两位数)</w:t>
            </w:r>
          </w:p>
        </w:tc>
        <w:tc>
          <w:tcPr>
            <w:tcW w:type="dxa" w:w="3061"/>
          </w:tcPr>
          <w:p>
            <w:pPr>
              <w:spacing w:after="20" w:line="276" w:lineRule="auto"/>
            </w:pPr>
            <w:r/>
            <w:r>
              <w:rPr>
                <w:rFonts w:ascii="宋体" w:hAnsi="宋体" w:eastAsia="宋体"/>
                <w:b w:val="0"/>
                <w:sz w:val="18"/>
              </w:rPr>
              <w:t>0也要参与运算，0与任何数相乘都得0。</w:t>
            </w:r>
          </w:p>
          <w:p>
            <w:pPr>
              <w:spacing w:after="20" w:line="276" w:lineRule="auto"/>
            </w:pPr>
            <w:r>
              <w:rPr>
                <w:rFonts w:ascii="宋体" w:hAnsi="宋体" w:eastAsia="宋体"/>
                <w:b w:val="0"/>
                <w:sz w:val="18"/>
              </w:rPr>
              <w:t>先把0前面的数相乘，乘完后看乘数末尾有几个0，就在积的末尾添上几个0。</w:t>
            </w:r>
          </w:p>
        </w:tc>
        <w:tc>
          <w:tcPr>
            <w:tcW w:type="dxa" w:w="1814"/>
          </w:tcPr>
          <w:p>
            <w:pPr>
              <w:spacing w:after="20" w:line="276" w:lineRule="auto"/>
            </w:pPr>
            <w:r/>
            <w:r>
              <w:rPr>
                <w:rFonts w:ascii="宋体" w:hAnsi="宋体" w:eastAsia="宋体"/>
                <w:b w:val="0"/>
                <w:sz w:val="18"/>
              </w:rPr>
              <w:t>围绕环节目标组织学习活动，引导学生主动参与、积极思考，核心问题："计算乘数中间有0的乘法要注意什么？"</w:t>
            </w:r>
          </w:p>
        </w:tc>
      </w:tr>
      <w:tr>
        <w:tc>
          <w:tcPr>
            <w:tcW w:type="dxa" w:w="1474"/>
          </w:tcPr>
          <w:p>
            <w:pPr>
              <w:spacing w:after="20" w:line="276" w:lineRule="auto"/>
            </w:pPr>
            <w:r>
              <w:rPr>
                <w:b/>
              </w:rPr>
            </w:r>
            <w:r>
              <w:rPr>
                <w:rFonts w:ascii="宋体" w:hAnsi="宋体" w:eastAsia="宋体"/>
                <w:b/>
                <w:sz w:val="18"/>
              </w:rPr>
              <w:t>探究新知</w:t>
            </w:r>
          </w:p>
        </w:tc>
        <w:tc>
          <w:tcPr>
            <w:tcW w:type="dxa" w:w="3061"/>
          </w:tcPr>
          <w:p>
            <w:pPr>
              <w:spacing w:after="20" w:line="276" w:lineRule="auto"/>
            </w:pPr>
            <w:r/>
            <w:r>
              <w:rPr>
                <w:rFonts w:ascii="宋体" w:hAnsi="宋体" w:eastAsia="宋体"/>
                <w:b w:val="0"/>
                <w:sz w:val="18"/>
              </w:rPr>
              <w:t>师：我们已经会算106×3了，106×63该怎样算呢？</w:t>
            </w:r>
          </w:p>
          <w:p>
            <w:pPr>
              <w:spacing w:after="20" w:line="276" w:lineRule="auto"/>
            </w:pPr>
            <w:r>
              <w:rPr>
                <w:rFonts w:ascii="宋体" w:hAnsi="宋体" w:eastAsia="宋体"/>
                <w:b w:val="0"/>
                <w:sz w:val="18"/>
              </w:rPr>
              <w:t>课件出示教科书P48例3。</w:t>
            </w:r>
          </w:p>
          <w:p>
            <w:pPr>
              <w:spacing w:after="20" w:line="276" w:lineRule="auto"/>
            </w:pPr>
            <w:r>
              <w:rPr>
                <w:rFonts w:ascii="宋体" w:hAnsi="宋体" w:eastAsia="宋体"/>
                <w:b w:val="0"/>
                <w:sz w:val="18"/>
              </w:rPr>
              <w:t>2．试算，汇报算法。</w:t>
            </w:r>
          </w:p>
          <w:p>
            <w:pPr>
              <w:spacing w:after="20" w:line="276" w:lineRule="auto"/>
            </w:pPr>
            <w:r>
              <w:rPr>
                <w:rFonts w:ascii="宋体" w:hAnsi="宋体" w:eastAsia="宋体"/>
                <w:b w:val="0"/>
                <w:sz w:val="18"/>
              </w:rPr>
              <w:t>课件出示教科书P48例3竖式。</w:t>
            </w:r>
          </w:p>
          <w:p>
            <w:pPr>
              <w:spacing w:after="20" w:line="276" w:lineRule="auto"/>
            </w:pPr>
            <w:r>
              <w:rPr>
                <w:rFonts w:ascii="宋体" w:hAnsi="宋体" w:eastAsia="宋体"/>
                <w:b w:val="0"/>
                <w:sz w:val="18"/>
              </w:rPr>
              <w:t>师：106乘6个十的结果怎样写？为什么？</w:t>
            </w:r>
          </w:p>
          <w:p>
            <w:pPr>
              <w:spacing w:after="20" w:line="276" w:lineRule="auto"/>
            </w:pPr>
            <w:r>
              <w:rPr>
                <w:rFonts w:ascii="宋体" w:hAnsi="宋体" w:eastAsia="宋体"/>
                <w:b w:val="0"/>
                <w:sz w:val="18"/>
              </w:rPr>
              <w:t>师小结：乘数中间有0的数乘两位数，不管乘数中间是否有0，都要用两位数依次去乘多位数的每一位上的数，即使十位上是0也要乘。当个位积不满十时，积的十位上要用0占位；当个位满十向十位进位时，个位上进几，积的十位上就写几。</w:t>
            </w:r>
          </w:p>
          <w:p>
            <w:pPr>
              <w:spacing w:after="20" w:line="276" w:lineRule="auto"/>
            </w:pPr>
            <w:r>
              <w:rPr>
                <w:rFonts w:ascii="宋体" w:hAnsi="宋体" w:eastAsia="宋体"/>
                <w:b w:val="0"/>
                <w:sz w:val="18"/>
              </w:rPr>
              <w:t>3．试算160×60。</w:t>
            </w:r>
          </w:p>
          <w:p>
            <w:pPr>
              <w:spacing w:after="20" w:line="276" w:lineRule="auto"/>
            </w:pPr>
            <w:r>
              <w:rPr>
                <w:rFonts w:ascii="宋体" w:hAnsi="宋体" w:eastAsia="宋体"/>
                <w:b w:val="0"/>
                <w:sz w:val="18"/>
              </w:rPr>
              <w:t>师：160×60又该如何计算呢？</w:t>
            </w:r>
          </w:p>
          <w:p>
            <w:pPr>
              <w:spacing w:after="20" w:line="276" w:lineRule="auto"/>
            </w:pPr>
            <w:r>
              <w:rPr>
                <w:rFonts w:ascii="宋体" w:hAnsi="宋体" w:eastAsia="宋体"/>
                <w:b w:val="0"/>
                <w:sz w:val="18"/>
              </w:rPr>
              <w:t>课件出示并板书。</w:t>
            </w:r>
          </w:p>
          <w:p>
            <w:pPr>
              <w:spacing w:after="20" w:line="276" w:lineRule="auto"/>
            </w:pPr>
            <w:r>
              <w:rPr>
                <w:rFonts w:ascii="宋体" w:hAnsi="宋体" w:eastAsia="宋体"/>
                <w:b w:val="0"/>
                <w:sz w:val="18"/>
              </w:rPr>
              <w:t>师小结：先把0前面的数相乘，再看乘数的末尾一共有几个0，就在乘积的末尾添几个0。</w:t>
            </w:r>
          </w:p>
        </w:tc>
        <w:tc>
          <w:tcPr>
            <w:tcW w:type="dxa" w:w="3061"/>
          </w:tcPr>
          <w:p>
            <w:pPr>
              <w:spacing w:after="20" w:line="276" w:lineRule="auto"/>
            </w:pPr>
            <w:r/>
            <w:r>
              <w:rPr>
                <w:rFonts w:ascii="宋体" w:hAnsi="宋体" w:eastAsia="宋体"/>
                <w:b w:val="0"/>
                <w:sz w:val="18"/>
              </w:rPr>
              <w:t>1．小组讨论算法。</w:t>
            </w:r>
          </w:p>
          <w:p>
            <w:pPr>
              <w:spacing w:after="20" w:line="276" w:lineRule="auto"/>
            </w:pPr>
            <w:r>
              <w:rPr>
                <w:rFonts w:ascii="宋体" w:hAnsi="宋体" w:eastAsia="宋体"/>
                <w:b w:val="0"/>
                <w:sz w:val="18"/>
              </w:rPr>
              <w:t>106×63就是求63个106是多少，可以把63分成60和3，先算3个106相加的和是多少，再算60个106相加的和是多少，然后把两部分合起来。</w:t>
            </w:r>
          </w:p>
          <w:p>
            <w:pPr>
              <w:spacing w:after="20" w:line="276" w:lineRule="auto"/>
            </w:pPr>
            <w:r>
              <w:rPr>
                <w:rFonts w:ascii="宋体" w:hAnsi="宋体" w:eastAsia="宋体"/>
                <w:b w:val="0"/>
                <w:sz w:val="18"/>
              </w:rPr>
              <w:t>学生先独立试算，然后班内汇报算法。</w:t>
            </w:r>
          </w:p>
          <w:p>
            <w:pPr>
              <w:spacing w:after="20" w:line="276" w:lineRule="auto"/>
            </w:pPr>
            <w:r>
              <w:rPr>
                <w:rFonts w:ascii="宋体" w:hAnsi="宋体" w:eastAsia="宋体"/>
                <w:b w:val="0"/>
                <w:sz w:val="18"/>
              </w:rPr>
              <w:t>先算106乘3个一，再算106乘6个十。</w:t>
            </w:r>
          </w:p>
          <w:p>
            <w:pPr>
              <w:spacing w:after="20" w:line="276" w:lineRule="auto"/>
            </w:pPr>
            <w:r>
              <w:rPr>
                <w:rFonts w:ascii="宋体" w:hAnsi="宋体" w:eastAsia="宋体"/>
                <w:b w:val="0"/>
                <w:sz w:val="18"/>
              </w:rPr>
              <w:t>106乘6个十得636个十，乘积的末位与十位对齐。</w:t>
            </w:r>
          </w:p>
          <w:p>
            <w:pPr>
              <w:spacing w:after="20" w:line="276" w:lineRule="auto"/>
            </w:pPr>
            <w:r>
              <w:rPr>
                <w:rFonts w:ascii="宋体" w:hAnsi="宋体" w:eastAsia="宋体"/>
                <w:b w:val="0"/>
                <w:sz w:val="18"/>
              </w:rPr>
              <w:t>学生板演补全竖式。</w:t>
            </w:r>
          </w:p>
          <w:p>
            <w:pPr>
              <w:spacing w:after="20" w:line="276" w:lineRule="auto"/>
            </w:pPr>
            <w:r>
              <w:rPr>
                <w:rFonts w:ascii="宋体" w:hAnsi="宋体" w:eastAsia="宋体"/>
                <w:b w:val="0"/>
                <w:sz w:val="18"/>
              </w:rPr>
              <w:t>先口算16×6，再在积的末尾添2个0。</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设计递进式探究活动，引导学生在动手实践与合作交流中经历知识形成过程，突破本课重难点，核心问题："我们已经会算106×3了，106×63该怎样算呢？"</w:t>
            </w:r>
          </w:p>
        </w:tc>
      </w:tr>
      <w:tr>
        <w:tc>
          <w:tcPr>
            <w:tcW w:type="dxa" w:w="1474"/>
          </w:tcPr>
          <w:p>
            <w:pPr>
              <w:spacing w:after="20" w:line="276" w:lineRule="auto"/>
            </w:pPr>
            <w:r>
              <w:rPr>
                <w:b/>
              </w:rPr>
            </w:r>
            <w:r>
              <w:rPr>
                <w:rFonts w:ascii="宋体" w:hAnsi="宋体" w:eastAsia="宋体"/>
                <w:b/>
                <w:sz w:val="18"/>
              </w:rPr>
              <w:t>巩固练习</w:t>
            </w:r>
          </w:p>
        </w:tc>
        <w:tc>
          <w:tcPr>
            <w:tcW w:type="dxa" w:w="3061"/>
          </w:tcPr>
          <w:p>
            <w:pPr>
              <w:spacing w:after="20" w:line="276" w:lineRule="auto"/>
            </w:pPr>
            <w:r/>
            <w:r>
              <w:rPr>
                <w:rFonts w:ascii="宋体" w:hAnsi="宋体" w:eastAsia="宋体"/>
                <w:b w:val="0"/>
                <w:sz w:val="18"/>
              </w:rPr>
              <w:t>完成教材P48“做一做”第1、2题。</w:t>
            </w:r>
          </w:p>
        </w:tc>
        <w:tc>
          <w:tcPr>
            <w:tcW w:type="dxa" w:w="3061"/>
          </w:tcPr>
          <w:p>
            <w:pPr>
              <w:spacing w:after="20" w:line="276" w:lineRule="auto"/>
            </w:pPr>
            <w:r/>
            <w:r>
              <w:rPr>
                <w:rFonts w:ascii="宋体" w:hAnsi="宋体" w:eastAsia="宋体"/>
                <w:b w:val="0"/>
                <w:sz w:val="18"/>
              </w:rPr>
              <w:t>学生独立完成，针对错误集体评议。</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课堂小结</w:t>
            </w:r>
          </w:p>
        </w:tc>
        <w:tc>
          <w:tcPr>
            <w:tcW w:type="dxa" w:w="3061"/>
          </w:tcPr>
          <w:p>
            <w:pPr>
              <w:spacing w:after="20" w:line="276" w:lineRule="auto"/>
            </w:pPr>
            <w:r/>
            <w:r>
              <w:rPr>
                <w:rFonts w:ascii="宋体" w:hAnsi="宋体" w:eastAsia="宋体"/>
                <w:b w:val="0"/>
                <w:sz w:val="18"/>
              </w:rPr>
              <w:t>师：这节课你有什么收获？</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通过复习中间或末尾有0的数乘一位数，让学生自主学习，顺利地借助旧知实现知识的有效迁移。</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中间或末尾有0的数乘两位数</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教科书P48例3。</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【原教学设计反思（供参考）】本节课在三年级上册学习的中间或末尾有0的数乘一位数的基础上学习，学生学得很轻松，计算过程中，少数同学对于乘数中间有0时的进位处理不当，需要加强算理的理解。</w:t>
      </w:r>
    </w:p>
    <w:p>
      <w:r>
        <w:br w:type="page"/>
      </w:r>
    </w:p>
    <w:p>
      <w:pPr>
        <w:spacing w:after="80" w:line="300" w:lineRule="auto"/>
      </w:pPr>
      <w:r>
        <w:rPr>
          <w:rFonts w:ascii="黑体" w:hAnsi="黑体" w:eastAsia="黑体"/>
          <w:b/>
          <w:sz w:val="24"/>
        </w:rPr>
        <w:t>二、课时教学方案（第6课时）</w:t>
      </w:r>
    </w:p>
    <w:p>
      <w:pPr>
        <w:spacing w:after="80" w:line="300" w:lineRule="auto"/>
      </w:pPr>
      <w:r>
        <w:rPr>
          <w:rFonts w:ascii="黑体" w:hAnsi="黑体" w:eastAsia="黑体"/>
          <w:b/>
          <w:sz w:val="24"/>
        </w:rPr>
        <w:t>第6课时　积的变化规律</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第6课时　积的变化规律</w:t>
            </w:r>
          </w:p>
        </w:tc>
        <w:tc>
          <w:tcPr>
            <w:tcW w:type="dxa" w:w="6009"/>
          </w:tcPr>
          <w:p>
            <w:pPr>
              <w:spacing w:after="20" w:line="276" w:lineRule="auto"/>
            </w:pPr>
            <w:r/>
            <w:r>
              <w:rPr>
                <w:rFonts w:ascii="宋体" w:hAnsi="宋体" w:eastAsia="宋体"/>
                <w:b w:val="0"/>
                <w:sz w:val="20"/>
              </w:rPr>
              <w:t>第3单元 多位数乘两位数（笔算乘法）</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由于有前期笔算的经验，学生对“多位数乘两位数”的笔算方法的算理和算法的理解、探索并不会感到困难，所以教学中要充分利用学生已有的经验，为学生创设主动探究的学习情境，通过对比与体验，让学生自主得出“多位数乘两位数”的笔算方法。从计算的要求来说，多位数乘两位数在小学阶段是最高难度的整数乘法运算了，学生出现错误也是正常现象。教学中，教师需在作业中收集典型错例，及时组织学生讨论分析，寻找错误原因，组织订正，避免重复出错。交流时，可采用同桌交换检查评改、同桌互说错误原因等方式，突出对错误原因的分析，在提高学生分析能力的同时，培养学生的计算技能。</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教学内容：教科书P49例4。</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（1）探索并掌握积的变化规律，将规律运用于实际计算和解决简单的实际问题中。</w:t>
      </w:r>
    </w:p>
    <w:p>
      <w:pPr>
        <w:spacing w:after="20" w:line="300" w:lineRule="auto"/>
        <w:ind w:firstLine="400"/>
      </w:pPr>
      <w:r>
        <w:rPr>
          <w:rFonts w:ascii="宋体" w:hAnsi="宋体" w:eastAsia="宋体"/>
          <w:b w:val="0"/>
          <w:sz w:val="20"/>
        </w:rPr>
        <w:t>（2）经历积的变化规律的发现过程，初步获得探索和发现数学规律的基本方法和经验，培养学生的探究能力、合作交流能力和归纳总结能力。</w:t>
      </w:r>
    </w:p>
    <w:p>
      <w:pPr>
        <w:spacing w:after="20" w:line="300" w:lineRule="auto"/>
        <w:ind w:firstLine="400"/>
      </w:pPr>
      <w:r>
        <w:rPr>
          <w:rFonts w:ascii="宋体" w:hAnsi="宋体" w:eastAsia="宋体"/>
          <w:b w:val="0"/>
          <w:sz w:val="20"/>
        </w:rPr>
        <w:t>（3）在学习活动中获得成功的乐趣，增强学习的兴趣和自信心。</w:t>
      </w:r>
    </w:p>
    <w:p>
      <w:pPr>
        <w:spacing w:after="20" w:line="300" w:lineRule="auto"/>
      </w:pPr>
      <w:r>
        <w:rPr>
          <w:rFonts w:ascii="宋体" w:hAnsi="宋体" w:eastAsia="宋体"/>
          <w:b w:val="0"/>
          <w:sz w:val="20"/>
        </w:rPr>
        <w:t>教学重点：发现并运用积的变化规律。</w:t>
      </w:r>
    </w:p>
    <w:p>
      <w:pPr>
        <w:spacing w:after="20" w:line="300" w:lineRule="auto"/>
      </w:pPr>
      <w:r>
        <w:rPr>
          <w:rFonts w:ascii="宋体" w:hAnsi="宋体" w:eastAsia="宋体"/>
          <w:b w:val="0"/>
          <w:sz w:val="20"/>
        </w:rPr>
        <w:t>教学难点：积的变化规律的探究策略。</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研究规律</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请你们观察这两组算式，你们有什么发现？；我们发现了在乘法算式中，一个乘数的变化一定会引起这个算式中积的变化，其中的变化规律是怎样的呢？</w:t>
            </w:r>
          </w:p>
        </w:tc>
        <w:tc>
          <w:tcPr>
            <w:tcW w:type="dxa" w:w="1361"/>
          </w:tcPr>
          <w:p>
            <w:pPr>
              <w:spacing w:after="20" w:line="276" w:lineRule="auto"/>
            </w:pPr>
            <w:r/>
            <w:r>
              <w:rPr>
                <w:rFonts w:ascii="宋体" w:hAnsi="宋体" w:eastAsia="宋体"/>
                <w:b w:val="0"/>
                <w:sz w:val="18"/>
              </w:rPr>
              <w:t>9分钟</w:t>
            </w:r>
          </w:p>
        </w:tc>
      </w:tr>
      <w:tr>
        <w:tc>
          <w:tcPr>
            <w:tcW w:type="dxa" w:w="2835"/>
          </w:tcPr>
          <w:p>
            <w:pPr>
              <w:spacing w:after="20" w:line="276" w:lineRule="auto"/>
            </w:pPr>
            <w:r/>
            <w:r>
              <w:rPr>
                <w:rFonts w:ascii="宋体" w:hAnsi="宋体" w:eastAsia="宋体"/>
                <w:b w:val="0"/>
                <w:sz w:val="18"/>
              </w:rPr>
              <w:t>概括规律</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观察教科书P49例4第(1)组算式及答案，有什么发现？；观察教科书P49例4第(2)组算式及答案，有什么发现？</w:t>
            </w:r>
          </w:p>
        </w:tc>
        <w:tc>
          <w:tcPr>
            <w:tcW w:type="dxa" w:w="1361"/>
          </w:tcPr>
          <w:p>
            <w:pPr>
              <w:spacing w:after="20" w:line="276" w:lineRule="auto"/>
            </w:pPr>
            <w:r/>
            <w:r>
              <w:rPr>
                <w:rFonts w:ascii="宋体" w:hAnsi="宋体" w:eastAsia="宋体"/>
                <w:b w:val="0"/>
                <w:sz w:val="18"/>
              </w:rPr>
              <w:t>18分钟</w:t>
            </w:r>
          </w:p>
        </w:tc>
      </w:tr>
      <w:tr>
        <w:tc>
          <w:tcPr>
            <w:tcW w:type="dxa" w:w="2835"/>
          </w:tcPr>
          <w:p>
            <w:pPr>
              <w:spacing w:after="20" w:line="276" w:lineRule="auto"/>
            </w:pPr>
            <w:r/>
            <w:r>
              <w:rPr>
                <w:rFonts w:ascii="宋体" w:hAnsi="宋体" w:eastAsia="宋体"/>
                <w:b w:val="0"/>
                <w:sz w:val="18"/>
              </w:rPr>
              <w:t>验证规律</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4分钟</w:t>
            </w:r>
          </w:p>
        </w:tc>
      </w:tr>
      <w:tr>
        <w:tc>
          <w:tcPr>
            <w:tcW w:type="dxa" w:w="2835"/>
          </w:tcPr>
          <w:p>
            <w:pPr>
              <w:spacing w:after="20" w:line="276" w:lineRule="auto"/>
            </w:pPr>
            <w:r/>
            <w:r>
              <w:rPr>
                <w:rFonts w:ascii="宋体" w:hAnsi="宋体" w:eastAsia="宋体"/>
                <w:b w:val="0"/>
                <w:sz w:val="18"/>
              </w:rPr>
              <w:t>应用规律</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同学们，今天的数学课你们有哪些收获呢？</w:t>
            </w:r>
          </w:p>
        </w:tc>
        <w:tc>
          <w:tcPr>
            <w:tcW w:type="dxa" w:w="1361"/>
          </w:tcPr>
          <w:p>
            <w:pPr>
              <w:spacing w:after="20" w:line="276" w:lineRule="auto"/>
            </w:pPr>
            <w:r/>
            <w:r>
              <w:rPr>
                <w:rFonts w:ascii="宋体" w:hAnsi="宋体" w:eastAsia="宋体"/>
                <w:b w:val="0"/>
                <w:sz w:val="18"/>
              </w:rPr>
              <w:t>4分钟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研究规律</w:t>
            </w:r>
          </w:p>
        </w:tc>
        <w:tc>
          <w:tcPr>
            <w:tcW w:type="dxa" w:w="3061"/>
          </w:tcPr>
          <w:p>
            <w:pPr>
              <w:spacing w:after="20" w:line="276" w:lineRule="auto"/>
            </w:pPr>
            <w:r/>
            <w:r>
              <w:rPr>
                <w:rFonts w:ascii="宋体" w:hAnsi="宋体" w:eastAsia="宋体"/>
                <w:b w:val="0"/>
                <w:sz w:val="18"/>
              </w:rPr>
              <w:t>1.课件出示教科书P49例4。(板书算式)</w:t>
            </w:r>
          </w:p>
          <w:p>
            <w:pPr>
              <w:spacing w:after="20" w:line="276" w:lineRule="auto"/>
            </w:pPr>
            <w:r>
              <w:rPr>
                <w:rFonts w:ascii="宋体" w:hAnsi="宋体" w:eastAsia="宋体"/>
                <w:b w:val="0"/>
                <w:sz w:val="18"/>
              </w:rPr>
              <w:t>师：请你们观察这两组算式，你们有什么发现？</w:t>
            </w:r>
          </w:p>
          <w:p>
            <w:pPr>
              <w:spacing w:after="20" w:line="276" w:lineRule="auto"/>
            </w:pPr>
            <w:r>
              <w:rPr>
                <w:rFonts w:ascii="宋体" w:hAnsi="宋体" w:eastAsia="宋体"/>
                <w:b w:val="0"/>
                <w:sz w:val="18"/>
              </w:rPr>
              <w:t>2．引入课题。</w:t>
            </w:r>
          </w:p>
          <w:p>
            <w:pPr>
              <w:spacing w:after="20" w:line="276" w:lineRule="auto"/>
            </w:pPr>
            <w:r>
              <w:rPr>
                <w:rFonts w:ascii="宋体" w:hAnsi="宋体" w:eastAsia="宋体"/>
                <w:b w:val="0"/>
                <w:sz w:val="18"/>
              </w:rPr>
              <w:t>师：我们发现了在乘法算式中，一个乘数的变化一定会引起这个算式中积的变化，其中的变化规律是怎样的呢？今天我们就一起来研究这个问题。(板书课题：积的变化规律)</w:t>
            </w:r>
          </w:p>
        </w:tc>
        <w:tc>
          <w:tcPr>
            <w:tcW w:type="dxa" w:w="3061"/>
          </w:tcPr>
          <w:p>
            <w:pPr>
              <w:spacing w:after="20" w:line="276" w:lineRule="auto"/>
            </w:pPr>
            <w:r/>
            <w:r>
              <w:rPr>
                <w:rFonts w:ascii="宋体" w:hAnsi="宋体" w:eastAsia="宋体"/>
                <w:b w:val="0"/>
                <w:sz w:val="18"/>
              </w:rPr>
              <w:t>学生回答并小组间分享，再全班交流。</w:t>
            </w:r>
          </w:p>
        </w:tc>
        <w:tc>
          <w:tcPr>
            <w:tcW w:type="dxa" w:w="1814"/>
          </w:tcPr>
          <w:p>
            <w:pPr>
              <w:spacing w:after="20" w:line="276" w:lineRule="auto"/>
            </w:pPr>
            <w:r/>
            <w:r>
              <w:rPr>
                <w:rFonts w:ascii="宋体" w:hAnsi="宋体" w:eastAsia="宋体"/>
                <w:b w:val="0"/>
                <w:sz w:val="18"/>
              </w:rPr>
              <w:t>围绕环节目标组织学习活动，引导学生主动参与、积极思考，核心问题："请你们观察这两组算式，你们有什么发现？"</w:t>
            </w:r>
          </w:p>
        </w:tc>
      </w:tr>
      <w:tr>
        <w:tc>
          <w:tcPr>
            <w:tcW w:type="dxa" w:w="1474"/>
          </w:tcPr>
          <w:p>
            <w:pPr>
              <w:spacing w:after="20" w:line="276" w:lineRule="auto"/>
            </w:pPr>
            <w:r>
              <w:rPr>
                <w:b/>
              </w:rPr>
            </w:r>
            <w:r>
              <w:rPr>
                <w:rFonts w:ascii="宋体" w:hAnsi="宋体" w:eastAsia="宋体"/>
                <w:b/>
                <w:sz w:val="18"/>
              </w:rPr>
              <w:t>概括规律</w:t>
            </w:r>
          </w:p>
        </w:tc>
        <w:tc>
          <w:tcPr>
            <w:tcW w:type="dxa" w:w="3061"/>
          </w:tcPr>
          <w:p>
            <w:pPr>
              <w:spacing w:after="20" w:line="276" w:lineRule="auto"/>
            </w:pPr>
            <w:r/>
            <w:r>
              <w:rPr>
                <w:rFonts w:ascii="宋体" w:hAnsi="宋体" w:eastAsia="宋体"/>
                <w:b w:val="0"/>
                <w:sz w:val="18"/>
              </w:rPr>
              <w:t>1.分层发现并概括规律。</w:t>
            </w:r>
          </w:p>
          <w:p>
            <w:pPr>
              <w:spacing w:after="20" w:line="276" w:lineRule="auto"/>
            </w:pPr>
            <w:r>
              <w:rPr>
                <w:rFonts w:ascii="宋体" w:hAnsi="宋体" w:eastAsia="宋体"/>
                <w:b w:val="0"/>
                <w:sz w:val="18"/>
              </w:rPr>
              <w:t>师：观察教科书P49例4第(1)组算式及答案，有什么发现？</w:t>
            </w:r>
          </w:p>
          <w:p>
            <w:pPr>
              <w:spacing w:after="20" w:line="276" w:lineRule="auto"/>
            </w:pPr>
            <w:r>
              <w:rPr>
                <w:rFonts w:ascii="宋体" w:hAnsi="宋体" w:eastAsia="宋体"/>
                <w:b w:val="0"/>
                <w:sz w:val="18"/>
              </w:rPr>
              <w:t>师引导概括：一个乘数不变，另一个乘数乘几，积也乘几。</w:t>
            </w:r>
          </w:p>
          <w:p>
            <w:pPr>
              <w:spacing w:after="20" w:line="276" w:lineRule="auto"/>
            </w:pPr>
            <w:r>
              <w:rPr>
                <w:rFonts w:ascii="宋体" w:hAnsi="宋体" w:eastAsia="宋体"/>
                <w:b w:val="0"/>
                <w:sz w:val="18"/>
              </w:rPr>
              <w:t>师：观察教科书P49例4第(2)组算式及答案，有什么发现？</w:t>
            </w:r>
          </w:p>
          <w:p>
            <w:pPr>
              <w:spacing w:after="20" w:line="276" w:lineRule="auto"/>
            </w:pPr>
            <w:r>
              <w:rPr>
                <w:rFonts w:ascii="宋体" w:hAnsi="宋体" w:eastAsia="宋体"/>
                <w:b w:val="0"/>
                <w:sz w:val="18"/>
              </w:rPr>
              <w:t>用同样的方法引导学生把观察到的乘数和积的变化规律说出来。</w:t>
            </w:r>
          </w:p>
          <w:p>
            <w:pPr>
              <w:spacing w:after="20" w:line="276" w:lineRule="auto"/>
            </w:pPr>
            <w:r>
              <w:rPr>
                <w:rFonts w:ascii="宋体" w:hAnsi="宋体" w:eastAsia="宋体"/>
                <w:b w:val="0"/>
                <w:sz w:val="18"/>
              </w:rPr>
              <w:t>师引导概括：一个乘数不变，另一个乘数除以几，积也除以几。</w:t>
            </w:r>
          </w:p>
          <w:p>
            <w:pPr>
              <w:spacing w:after="20" w:line="276" w:lineRule="auto"/>
            </w:pPr>
            <w:r>
              <w:rPr>
                <w:rFonts w:ascii="宋体" w:hAnsi="宋体" w:eastAsia="宋体"/>
                <w:b w:val="0"/>
                <w:sz w:val="18"/>
              </w:rPr>
              <w:t>师：能除以0吗？</w:t>
            </w:r>
          </w:p>
          <w:p>
            <w:pPr>
              <w:spacing w:after="20" w:line="276" w:lineRule="auto"/>
            </w:pPr>
            <w:r>
              <w:rPr>
                <w:rFonts w:ascii="宋体" w:hAnsi="宋体" w:eastAsia="宋体"/>
                <w:b w:val="0"/>
                <w:sz w:val="18"/>
              </w:rPr>
              <w:t>2．整体概括规律。</w:t>
            </w:r>
          </w:p>
          <w:p>
            <w:pPr>
              <w:spacing w:after="20" w:line="276" w:lineRule="auto"/>
            </w:pPr>
            <w:r>
              <w:rPr>
                <w:rFonts w:ascii="宋体" w:hAnsi="宋体" w:eastAsia="宋体"/>
                <w:b w:val="0"/>
                <w:sz w:val="18"/>
              </w:rPr>
              <w:t>师小结：一个乘数不变，另一个乘数乘几或除以几(0除外)，积也乘几或除以几。(板书)</w:t>
            </w:r>
          </w:p>
        </w:tc>
        <w:tc>
          <w:tcPr>
            <w:tcW w:type="dxa" w:w="3061"/>
          </w:tcPr>
          <w:p>
            <w:pPr>
              <w:spacing w:after="20" w:line="276" w:lineRule="auto"/>
            </w:pPr>
            <w:r/>
            <w:r>
              <w:rPr>
                <w:rFonts w:ascii="宋体" w:hAnsi="宋体" w:eastAsia="宋体"/>
                <w:b w:val="0"/>
                <w:sz w:val="18"/>
              </w:rPr>
              <w:t>学生会发现第一个乘数都是6，第二个乘数先由2变成了20，又变成了200，分别扩大到第一个数的10倍、100倍，积由12分别变成了120、1200，也分别扩大到第一个数的10倍、100倍。也有学生会说发现积随着乘数的变化而变化，乘数乘了几，积也会乘几。</w:t>
            </w:r>
          </w:p>
          <w:p>
            <w:pPr>
              <w:spacing w:after="20" w:line="276" w:lineRule="auto"/>
            </w:pPr>
            <w:r>
              <w:rPr>
                <w:rFonts w:ascii="宋体" w:hAnsi="宋体" w:eastAsia="宋体"/>
                <w:b w:val="0"/>
                <w:sz w:val="18"/>
              </w:rPr>
              <w:t>一个数除以0没有意义，所以这里的除数不能为0。</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设计递进式探究活动，引导学生在动手实践与合作交流中经历知识形成过程，突破本课重难点，核心问题："观察教科书P49例4第(1)组算式及答案，有什么发现？"</w:t>
            </w:r>
          </w:p>
        </w:tc>
      </w:tr>
      <w:tr>
        <w:tc>
          <w:tcPr>
            <w:tcW w:type="dxa" w:w="1474"/>
          </w:tcPr>
          <w:p>
            <w:pPr>
              <w:spacing w:after="20" w:line="276" w:lineRule="auto"/>
            </w:pPr>
            <w:r>
              <w:rPr>
                <w:b/>
              </w:rPr>
            </w:r>
            <w:r>
              <w:rPr>
                <w:rFonts w:ascii="宋体" w:hAnsi="宋体" w:eastAsia="宋体"/>
                <w:b/>
                <w:sz w:val="18"/>
              </w:rPr>
              <w:t>验证规律</w:t>
            </w:r>
          </w:p>
        </w:tc>
        <w:tc>
          <w:tcPr>
            <w:tcW w:type="dxa" w:w="3061"/>
          </w:tcPr>
          <w:p>
            <w:pPr>
              <w:spacing w:after="20" w:line="276" w:lineRule="auto"/>
            </w:pPr>
            <w:r/>
            <w:r>
              <w:rPr>
                <w:rFonts w:ascii="宋体" w:hAnsi="宋体" w:eastAsia="宋体"/>
                <w:b w:val="0"/>
                <w:sz w:val="18"/>
              </w:rPr>
              <w:t>课件出示教科书P49“做一做”第1题。</w:t>
            </w:r>
          </w:p>
          <w:p>
            <w:pPr>
              <w:spacing w:after="20" w:line="276" w:lineRule="auto"/>
            </w:pPr>
            <w:r>
              <w:rPr>
                <w:rFonts w:ascii="宋体" w:hAnsi="宋体" w:eastAsia="宋体"/>
                <w:b w:val="0"/>
                <w:sz w:val="18"/>
              </w:rPr>
              <w:t>先利用积的变化规律来写出得数，再用计算器进行验算。</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围绕环节目标组织学习活动，引导学生主动参与、积极思考。</w:t>
            </w:r>
          </w:p>
        </w:tc>
      </w:tr>
      <w:tr>
        <w:tc>
          <w:tcPr>
            <w:tcW w:type="dxa" w:w="1474"/>
          </w:tcPr>
          <w:p>
            <w:pPr>
              <w:spacing w:after="20" w:line="276" w:lineRule="auto"/>
            </w:pPr>
            <w:r>
              <w:rPr>
                <w:b/>
              </w:rPr>
            </w:r>
            <w:r>
              <w:rPr>
                <w:rFonts w:ascii="宋体" w:hAnsi="宋体" w:eastAsia="宋体"/>
                <w:b/>
                <w:sz w:val="18"/>
              </w:rPr>
              <w:t>应用规律</w:t>
            </w:r>
          </w:p>
        </w:tc>
        <w:tc>
          <w:tcPr>
            <w:tcW w:type="dxa" w:w="3061"/>
          </w:tcPr>
          <w:p>
            <w:pPr>
              <w:spacing w:after="20" w:line="276" w:lineRule="auto"/>
            </w:pPr>
            <w:r/>
            <w:r>
              <w:rPr>
                <w:rFonts w:ascii="宋体" w:hAnsi="宋体" w:eastAsia="宋体"/>
                <w:b w:val="0"/>
                <w:sz w:val="18"/>
              </w:rPr>
              <w:t>课件出示教科书P49“做一做”第2题。</w:t>
            </w:r>
          </w:p>
          <w:p>
            <w:pPr>
              <w:spacing w:after="20" w:line="276" w:lineRule="auto"/>
            </w:pPr>
            <w:r>
              <w:rPr>
                <w:rFonts w:ascii="宋体" w:hAnsi="宋体" w:eastAsia="宋体"/>
                <w:b w:val="0"/>
                <w:sz w:val="18"/>
              </w:rPr>
              <w:t>提示：宽由8 m增加到24 m，24 m是原来宽的3倍，长不变，宽乘3，面积也乘3。</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课堂小结</w:t>
            </w:r>
          </w:p>
        </w:tc>
        <w:tc>
          <w:tcPr>
            <w:tcW w:type="dxa" w:w="3061"/>
          </w:tcPr>
          <w:p>
            <w:pPr>
              <w:spacing w:after="20" w:line="276" w:lineRule="auto"/>
            </w:pPr>
            <w:r/>
            <w:r>
              <w:rPr>
                <w:rFonts w:ascii="宋体" w:hAnsi="宋体" w:eastAsia="宋体"/>
                <w:b w:val="0"/>
                <w:sz w:val="18"/>
              </w:rPr>
              <w:t>师：同学们，今天的数学课你们有哪些收获呢？</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让学生经历“积的变化规律”的发现过程，通过观察—发现—验证—总结，初步获得探索和发现数学规律的基本方法与经验，培养学生的合作交流能力和归纳总结能力。</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积的变化规律</w:t>
      </w:r>
    </w:p>
    <w:p>
      <w:pPr>
        <w:spacing w:after="40" w:line="300" w:lineRule="auto"/>
      </w:pPr>
      <w:r>
        <w:rPr>
          <w:rFonts w:ascii="宋体" w:hAnsi="宋体" w:eastAsia="宋体"/>
          <w:b w:val="0"/>
          <w:sz w:val="20"/>
        </w:rPr>
        <w:t>一个乘数不变，另一个乘数乘几或除以几(0除外)，积也乘几或除以几。</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教科书P49例4。</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节课从知识表面的观察到最后真正掌握规律的过程中，做到了尊重学生的个性思维，鼓励学生自主思考。在引导学生发现规律时，先让他们把探究得出的规律说给小组的同伴听，然后全班交流。在交流中鼓励学生用一句话概括出规律，发挥集体的智慧，让学生在交流中吸取别人的经验，提高自身水平。在学生描述规律语言不够准确、表述不够完整时，教师能抓住一些关键的词语让学生自己去推敲、去体会，最终引导学生完整、准确地描述出“积的变化规律”，使学生更加深刻地理解规律，构建起完整的认知体系。</w:t>
      </w:r>
    </w:p>
    <w:p>
      <w:r>
        <w:br w:type="page"/>
      </w:r>
    </w:p>
    <w:p>
      <w:pPr>
        <w:spacing w:after="80" w:line="300" w:lineRule="auto"/>
      </w:pPr>
      <w:r>
        <w:rPr>
          <w:rFonts w:ascii="黑体" w:hAnsi="黑体" w:eastAsia="黑体"/>
          <w:b/>
          <w:sz w:val="24"/>
        </w:rPr>
        <w:t>二、课时教学方案（第7课时）</w:t>
      </w:r>
    </w:p>
    <w:p>
      <w:pPr>
        <w:spacing w:after="80" w:line="300" w:lineRule="auto"/>
      </w:pPr>
      <w:r>
        <w:rPr>
          <w:rFonts w:ascii="黑体" w:hAnsi="黑体" w:eastAsia="黑体"/>
          <w:b/>
          <w:sz w:val="24"/>
        </w:rPr>
        <w:t>第7课时　用计算器计算并发现规律</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第7课时　用计算器计算并发现规律</w:t>
            </w:r>
          </w:p>
        </w:tc>
        <w:tc>
          <w:tcPr>
            <w:tcW w:type="dxa" w:w="6009"/>
          </w:tcPr>
          <w:p>
            <w:pPr>
              <w:spacing w:after="20" w:line="276" w:lineRule="auto"/>
            </w:pPr>
            <w:r/>
            <w:r>
              <w:rPr>
                <w:rFonts w:ascii="宋体" w:hAnsi="宋体" w:eastAsia="宋体"/>
                <w:b w:val="0"/>
                <w:sz w:val="20"/>
              </w:rPr>
              <w:t>第3单元 多位数乘两位数（笔算乘法）</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由于有前期笔算的经验，学生对“多位数乘两位数”的笔算方法的算理和算法的理解、探索并不会感到困难，所以教学中要充分利用学生已有的经验，为学生创设主动探究的学习情境，通过对比与体验，让学生自主得出“多位数乘两位数”的笔算方法。从计算的要求来说，多位数乘两位数在小学阶段是最高难度的整数乘法运算了，学生出现错误也是正常现象。教学中，教师需在作业中收集典型错例，及时组织学生讨论分析，寻找错误原因，组织订正，避免重复出错。交流时，可采用同桌交换检查评改、同桌互说错误原因等方式，突出对错误原因的分析，在提高学生分析能力的同时，培养学生的计算技能。</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教学内容：教科书P50例5。</w:t>
      </w:r>
    </w:p>
    <w:p>
      <w:pPr>
        <w:spacing w:after="80" w:line="300" w:lineRule="auto"/>
        <w:ind w:firstLine="400"/>
      </w:pPr>
      <w:r>
        <w:rPr>
          <w:rFonts w:ascii="宋体" w:hAnsi="宋体" w:eastAsia="宋体"/>
          <w:b w:val="0"/>
          <w:sz w:val="20"/>
        </w:rPr>
        <w:t>教学准备：课件，学生准备计算器。</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（1）通过有趣的探索活动，体会计算器不仅是计算工具，也是探索数学、学习数学的工具。</w:t>
      </w:r>
    </w:p>
    <w:p>
      <w:pPr>
        <w:spacing w:after="20" w:line="300" w:lineRule="auto"/>
        <w:ind w:firstLine="400"/>
      </w:pPr>
      <w:r>
        <w:rPr>
          <w:rFonts w:ascii="宋体" w:hAnsi="宋体" w:eastAsia="宋体"/>
          <w:b w:val="0"/>
          <w:sz w:val="20"/>
        </w:rPr>
        <w:t>（2）能发现有趣的乘法算式中蕴含的规律，并有条理地进行归纳概括，发展推理能力。</w:t>
      </w:r>
    </w:p>
    <w:p>
      <w:pPr>
        <w:spacing w:after="20" w:line="300" w:lineRule="auto"/>
        <w:ind w:firstLine="400"/>
      </w:pPr>
      <w:r>
        <w:rPr>
          <w:rFonts w:ascii="宋体" w:hAnsi="宋体" w:eastAsia="宋体"/>
          <w:b w:val="0"/>
          <w:sz w:val="20"/>
        </w:rPr>
        <w:t>（3）在发现规律的过程中，感受数学的有趣和神奇，激发学习数学的兴趣。</w:t>
      </w:r>
    </w:p>
    <w:p>
      <w:pPr>
        <w:spacing w:after="20" w:line="300" w:lineRule="auto"/>
      </w:pPr>
      <w:r>
        <w:rPr>
          <w:rFonts w:ascii="宋体" w:hAnsi="宋体" w:eastAsia="宋体"/>
          <w:b w:val="0"/>
          <w:sz w:val="20"/>
        </w:rPr>
        <w:t>教学重点：发现乘法算式中蕴含的规律，并有条理地进行归纳概括。</w:t>
      </w:r>
    </w:p>
    <w:p>
      <w:pPr>
        <w:spacing w:after="20" w:line="300" w:lineRule="auto"/>
      </w:pPr>
      <w:r>
        <w:rPr>
          <w:rFonts w:ascii="宋体" w:hAnsi="宋体" w:eastAsia="宋体"/>
          <w:b w:val="0"/>
          <w:sz w:val="20"/>
        </w:rPr>
        <w:t>教学难点：在探索过程中进行合情推理，体会数学的思想和方法。</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激趣导入</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7分钟</w:t>
            </w:r>
          </w:p>
        </w:tc>
      </w:tr>
      <w:tr>
        <w:tc>
          <w:tcPr>
            <w:tcW w:type="dxa" w:w="2835"/>
          </w:tcPr>
          <w:p>
            <w:pPr>
              <w:spacing w:after="20" w:line="276" w:lineRule="auto"/>
            </w:pPr>
            <w:r/>
            <w:r>
              <w:rPr>
                <w:rFonts w:ascii="宋体" w:hAnsi="宋体" w:eastAsia="宋体"/>
                <w:b w:val="0"/>
                <w:sz w:val="18"/>
              </w:rPr>
              <w:t>自主探究，合作交流</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仔细观察这四个算式的答案有什么特点，它们与算式的两个乘数之间又有什么关系？</w:t>
            </w:r>
          </w:p>
        </w:tc>
        <w:tc>
          <w:tcPr>
            <w:tcW w:type="dxa" w:w="1361"/>
          </w:tcPr>
          <w:p>
            <w:pPr>
              <w:spacing w:after="20" w:line="276" w:lineRule="auto"/>
            </w:pPr>
            <w:r/>
            <w:r>
              <w:rPr>
                <w:rFonts w:ascii="宋体" w:hAnsi="宋体" w:eastAsia="宋体"/>
                <w:b w:val="0"/>
                <w:sz w:val="18"/>
              </w:rPr>
              <w:t>23分钟</w:t>
            </w:r>
          </w:p>
        </w:tc>
      </w:tr>
      <w:tr>
        <w:tc>
          <w:tcPr>
            <w:tcW w:type="dxa" w:w="2835"/>
          </w:tcPr>
          <w:p>
            <w:pPr>
              <w:spacing w:after="20" w:line="276" w:lineRule="auto"/>
            </w:pPr>
            <w:r/>
            <w:r>
              <w:rPr>
                <w:rFonts w:ascii="宋体" w:hAnsi="宋体" w:eastAsia="宋体"/>
                <w:b w:val="0"/>
                <w:sz w:val="18"/>
              </w:rPr>
              <w:t>巩固练习</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通过这节课的学习，你有哪些收获？</w:t>
            </w:r>
          </w:p>
        </w:tc>
        <w:tc>
          <w:tcPr>
            <w:tcW w:type="dxa" w:w="1361"/>
          </w:tcPr>
          <w:p>
            <w:pPr>
              <w:spacing w:after="20" w:line="276" w:lineRule="auto"/>
            </w:pPr>
            <w:r/>
            <w:r>
              <w:rPr>
                <w:rFonts w:ascii="宋体" w:hAnsi="宋体" w:eastAsia="宋体"/>
                <w:b w:val="0"/>
                <w:sz w:val="18"/>
              </w:rPr>
              <w:t>5分钟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激趣导入</w:t>
            </w:r>
          </w:p>
        </w:tc>
        <w:tc>
          <w:tcPr>
            <w:tcW w:type="dxa" w:w="3061"/>
          </w:tcPr>
          <w:p>
            <w:pPr>
              <w:spacing w:after="20" w:line="276" w:lineRule="auto"/>
            </w:pPr>
            <w:r/>
            <w:r>
              <w:rPr>
                <w:rFonts w:ascii="宋体" w:hAnsi="宋体" w:eastAsia="宋体"/>
                <w:b w:val="0"/>
                <w:sz w:val="18"/>
              </w:rPr>
              <w:t>师：同学们，在数学运算中，有很多有趣的算式。这一节课我要带你们去探索算式背后的规律，请带上你的计算器，让我们一起出发！(板书：用计算器计算并发现规律)</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创设情境激活学生已有经验，自然引出本课学习内容，激发学习兴趣。</w:t>
            </w:r>
          </w:p>
        </w:tc>
      </w:tr>
      <w:tr>
        <w:tc>
          <w:tcPr>
            <w:tcW w:type="dxa" w:w="1474"/>
          </w:tcPr>
          <w:p>
            <w:pPr>
              <w:spacing w:after="20" w:line="276" w:lineRule="auto"/>
            </w:pPr>
            <w:r>
              <w:rPr>
                <w:b/>
              </w:rPr>
            </w:r>
            <w:r>
              <w:rPr>
                <w:rFonts w:ascii="宋体" w:hAnsi="宋体" w:eastAsia="宋体"/>
                <w:b/>
                <w:sz w:val="18"/>
              </w:rPr>
              <w:t>自主探究，合作交流</w:t>
            </w:r>
          </w:p>
        </w:tc>
        <w:tc>
          <w:tcPr>
            <w:tcW w:type="dxa" w:w="3061"/>
          </w:tcPr>
          <w:p>
            <w:pPr>
              <w:spacing w:after="20" w:line="276" w:lineRule="auto"/>
            </w:pPr>
            <w:r/>
            <w:r>
              <w:rPr>
                <w:rFonts w:ascii="宋体" w:hAnsi="宋体" w:eastAsia="宋体"/>
                <w:b w:val="0"/>
                <w:sz w:val="18"/>
              </w:rPr>
              <w:t>1.课件出示教科书P50例5。(适时板书)</w:t>
            </w:r>
          </w:p>
          <w:p>
            <w:pPr>
              <w:spacing w:after="20" w:line="276" w:lineRule="auto"/>
            </w:pPr>
            <w:r>
              <w:rPr>
                <w:rFonts w:ascii="宋体" w:hAnsi="宋体" w:eastAsia="宋体"/>
                <w:b w:val="0"/>
                <w:sz w:val="18"/>
              </w:rPr>
              <w:t>师：说说这组算式的特点。</w:t>
            </w:r>
          </w:p>
          <w:p>
            <w:pPr>
              <w:spacing w:after="20" w:line="276" w:lineRule="auto"/>
            </w:pPr>
            <w:r>
              <w:rPr>
                <w:rFonts w:ascii="宋体" w:hAnsi="宋体" w:eastAsia="宋体"/>
                <w:b w:val="0"/>
                <w:sz w:val="18"/>
              </w:rPr>
              <w:t>师：像得数这样的数，从左往右读和从右往左读完全相同，这样的数在数学上称为“回文数”。</w:t>
            </w:r>
          </w:p>
          <w:p>
            <w:pPr>
              <w:spacing w:after="20" w:line="276" w:lineRule="auto"/>
            </w:pPr>
            <w:r>
              <w:rPr>
                <w:rFonts w:ascii="宋体" w:hAnsi="宋体" w:eastAsia="宋体"/>
                <w:b w:val="0"/>
                <w:sz w:val="18"/>
              </w:rPr>
              <w:t>教师板书并在积的中间数上做出标记。</w:t>
            </w:r>
          </w:p>
          <w:p>
            <w:pPr>
              <w:spacing w:after="20" w:line="276" w:lineRule="auto"/>
            </w:pPr>
            <w:r>
              <w:rPr>
                <w:rFonts w:ascii="宋体" w:hAnsi="宋体" w:eastAsia="宋体"/>
                <w:b w:val="0"/>
                <w:sz w:val="18"/>
              </w:rPr>
              <w:t>2．探索规律。</w:t>
            </w:r>
          </w:p>
          <w:p>
            <w:pPr>
              <w:spacing w:after="20" w:line="276" w:lineRule="auto"/>
            </w:pPr>
            <w:r>
              <w:rPr>
                <w:rFonts w:ascii="宋体" w:hAnsi="宋体" w:eastAsia="宋体"/>
                <w:b w:val="0"/>
                <w:sz w:val="18"/>
              </w:rPr>
              <w:t>师：仔细观察这四个算式的答案有什么特点，它们与算式的两个乘数之间又有什么关系？</w:t>
            </w:r>
          </w:p>
          <w:p>
            <w:pPr>
              <w:spacing w:after="20" w:line="276" w:lineRule="auto"/>
            </w:pPr>
            <w:r>
              <w:rPr>
                <w:rFonts w:ascii="宋体" w:hAnsi="宋体" w:eastAsia="宋体"/>
                <w:b w:val="0"/>
                <w:sz w:val="18"/>
              </w:rPr>
              <w:t>根据学生回答，课件出示：</w:t>
            </w:r>
          </w:p>
          <w:p>
            <w:pPr>
              <w:spacing w:after="20" w:line="276" w:lineRule="auto"/>
            </w:pPr>
            <w:r>
              <w:rPr>
                <w:rFonts w:ascii="宋体" w:hAnsi="宋体" w:eastAsia="宋体"/>
                <w:b w:val="0"/>
                <w:sz w:val="18"/>
              </w:rPr>
              <w:t>师小结：同学们说得非常对，回文数正中间的数与1的个数有关，几个1相乘，结果就从小到大由1写到这几个1的和再回到1。</w:t>
            </w:r>
          </w:p>
          <w:p>
            <w:pPr>
              <w:spacing w:after="20" w:line="276" w:lineRule="auto"/>
            </w:pPr>
            <w:r>
              <w:rPr>
                <w:rFonts w:ascii="宋体" w:hAnsi="宋体" w:eastAsia="宋体"/>
                <w:b w:val="0"/>
                <w:sz w:val="18"/>
              </w:rPr>
              <w:t>师：还可以列竖式说明这个规律。(课件出示)</w:t>
            </w:r>
          </w:p>
          <w:p>
            <w:pPr>
              <w:spacing w:after="20" w:line="276" w:lineRule="auto"/>
            </w:pPr>
            <w:r>
              <w:rPr>
                <w:rFonts w:ascii="宋体" w:hAnsi="宋体" w:eastAsia="宋体"/>
                <w:b w:val="0"/>
                <w:sz w:val="18"/>
              </w:rPr>
              <w:t>3．用计算器验证。</w:t>
            </w:r>
          </w:p>
          <w:p>
            <w:pPr>
              <w:spacing w:after="20" w:line="276" w:lineRule="auto"/>
            </w:pPr>
            <w:r>
              <w:rPr>
                <w:rFonts w:ascii="宋体" w:hAnsi="宋体" w:eastAsia="宋体"/>
                <w:b w:val="0"/>
                <w:sz w:val="18"/>
              </w:rPr>
              <w:t>师：我们用计算器验证一下结果。</w:t>
            </w:r>
          </w:p>
          <w:p>
            <w:pPr>
              <w:spacing w:after="20" w:line="276" w:lineRule="auto"/>
            </w:pPr>
            <w:r>
              <w:rPr>
                <w:rFonts w:ascii="宋体" w:hAnsi="宋体" w:eastAsia="宋体"/>
                <w:b w:val="0"/>
                <w:sz w:val="18"/>
              </w:rPr>
              <w:t>4．应用规律。</w:t>
            </w:r>
          </w:p>
          <w:p>
            <w:pPr>
              <w:spacing w:after="20" w:line="276" w:lineRule="auto"/>
            </w:pPr>
            <w:r>
              <w:rPr>
                <w:rFonts w:ascii="宋体" w:hAnsi="宋体" w:eastAsia="宋体"/>
                <w:b w:val="0"/>
                <w:sz w:val="18"/>
              </w:rPr>
              <w:t>课件出示习题。</w:t>
            </w:r>
          </w:p>
        </w:tc>
        <w:tc>
          <w:tcPr>
            <w:tcW w:type="dxa" w:w="3061"/>
          </w:tcPr>
          <w:p>
            <w:pPr>
              <w:spacing w:after="20" w:line="276" w:lineRule="auto"/>
            </w:pPr>
            <w:r/>
            <w:r>
              <w:rPr>
                <w:rFonts w:ascii="宋体" w:hAnsi="宋体" w:eastAsia="宋体"/>
                <w:b w:val="0"/>
                <w:sz w:val="18"/>
              </w:rPr>
              <w:t>算式都是几个1乘几个1，得数就是从1写到几，再倒着回到1。</w:t>
            </w:r>
          </w:p>
          <w:p>
            <w:pPr>
              <w:spacing w:after="20" w:line="276" w:lineRule="auto"/>
            </w:pPr>
            <w:r>
              <w:rPr>
                <w:rFonts w:ascii="宋体" w:hAnsi="宋体" w:eastAsia="宋体"/>
                <w:b w:val="0"/>
                <w:sz w:val="18"/>
              </w:rPr>
              <w:t>两个1相加得2，回文数中间的数字就是2，三个1相加得3，回文数中间的数字就是3……</w:t>
            </w:r>
          </w:p>
          <w:p>
            <w:pPr>
              <w:spacing w:after="20" w:line="276" w:lineRule="auto"/>
            </w:pPr>
            <w:r>
              <w:rPr>
                <w:rFonts w:ascii="宋体" w:hAnsi="宋体" w:eastAsia="宋体"/>
                <w:b w:val="0"/>
                <w:sz w:val="18"/>
              </w:rPr>
              <w:t>学生独立完成，再全班交流解题思路。</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设计递进式探究活动，引导学生在动手实践与合作交流中经历知识形成过程，突破本课重难点，核心问题："仔细观察这四个算式的答案有什么特点，它们与算式的两个乘数之间又有什么关系？"</w:t>
            </w:r>
          </w:p>
        </w:tc>
      </w:tr>
      <w:tr>
        <w:tc>
          <w:tcPr>
            <w:tcW w:type="dxa" w:w="1474"/>
          </w:tcPr>
          <w:p>
            <w:pPr>
              <w:spacing w:after="20" w:line="276" w:lineRule="auto"/>
            </w:pPr>
            <w:r>
              <w:rPr>
                <w:b/>
              </w:rPr>
            </w:r>
            <w:r>
              <w:rPr>
                <w:rFonts w:ascii="宋体" w:hAnsi="宋体" w:eastAsia="宋体"/>
                <w:b/>
                <w:sz w:val="18"/>
              </w:rPr>
              <w:t>巩固练习</w:t>
            </w:r>
          </w:p>
        </w:tc>
        <w:tc>
          <w:tcPr>
            <w:tcW w:type="dxa" w:w="3061"/>
          </w:tcPr>
          <w:p>
            <w:pPr>
              <w:spacing w:after="20" w:line="276" w:lineRule="auto"/>
            </w:pPr>
            <w:r/>
            <w:r>
              <w:rPr>
                <w:rFonts w:ascii="宋体" w:hAnsi="宋体" w:eastAsia="宋体"/>
                <w:b w:val="0"/>
                <w:sz w:val="18"/>
              </w:rPr>
              <w:t>完成教科书P50“做一做”。</w:t>
            </w:r>
          </w:p>
          <w:p>
            <w:pPr>
              <w:spacing w:after="20" w:line="276" w:lineRule="auto"/>
            </w:pPr>
            <w:r>
              <w:rPr>
                <w:rFonts w:ascii="宋体" w:hAnsi="宋体" w:eastAsia="宋体"/>
                <w:b w:val="0"/>
                <w:sz w:val="18"/>
              </w:rPr>
              <w:t>师：试着再写几道这样的算式。</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课堂小结</w:t>
            </w:r>
          </w:p>
        </w:tc>
        <w:tc>
          <w:tcPr>
            <w:tcW w:type="dxa" w:w="3061"/>
          </w:tcPr>
          <w:p>
            <w:pPr>
              <w:spacing w:after="20" w:line="276" w:lineRule="auto"/>
            </w:pPr>
            <w:r/>
            <w:r>
              <w:rPr>
                <w:rFonts w:ascii="宋体" w:hAnsi="宋体" w:eastAsia="宋体"/>
                <w:b w:val="0"/>
                <w:sz w:val="18"/>
              </w:rPr>
              <w:t>师：通过这节课的学习，你有哪些收获？</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通过自主探究规律的环节，环环相扣，让学生充分经历了“观察发现—归纳—验证—运用”的探索过程，感受算式的有趣和神奇，也体会计算器的作用与价值。先观察算式的特点，再到积的特点，最后是乘数与积的联系，渗透“有序思考”的思想方法，发展合理的推理能力。</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用计算器计算并发现规律</w:t>
      </w:r>
    </w:p>
    <w:p>
      <w:pPr>
        <w:spacing w:after="40" w:line="300" w:lineRule="auto"/>
      </w:pPr>
      <w:r>
        <w:rPr>
          <w:rFonts w:ascii="宋体" w:hAnsi="宋体" w:eastAsia="宋体"/>
          <w:b w:val="0"/>
          <w:sz w:val="20"/>
        </w:rPr>
        <w:t>11×11＝121</w:t>
      </w:r>
    </w:p>
    <w:p>
      <w:pPr>
        <w:spacing w:after="40" w:line="300" w:lineRule="auto"/>
      </w:pPr>
      <w:r>
        <w:rPr>
          <w:rFonts w:ascii="宋体" w:hAnsi="宋体" w:eastAsia="宋体"/>
          <w:b w:val="0"/>
          <w:sz w:val="20"/>
        </w:rPr>
        <w:t>111×111＝12321</w:t>
      </w:r>
    </w:p>
    <w:p>
      <w:pPr>
        <w:spacing w:after="40" w:line="300" w:lineRule="auto"/>
      </w:pPr>
      <w:r>
        <w:rPr>
          <w:rFonts w:ascii="宋体" w:hAnsi="宋体" w:eastAsia="宋体"/>
          <w:b w:val="0"/>
          <w:sz w:val="20"/>
        </w:rPr>
        <w:t>1111×1111＝1234321</w:t>
      </w:r>
    </w:p>
    <w:p>
      <w:pPr>
        <w:spacing w:after="40" w:line="300" w:lineRule="auto"/>
      </w:pPr>
      <w:r>
        <w:rPr>
          <w:rFonts w:ascii="宋体" w:hAnsi="宋体" w:eastAsia="宋体"/>
          <w:b w:val="0"/>
          <w:sz w:val="20"/>
        </w:rPr>
        <w:t>11111×11111＝123454321</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教科书P50例5。</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节课注重培养学生的动手、观察、猜想、归纳和探索能力，让学生体验和感受知识形成和发展的过程，注重学生思维品质的培养，体现了以学生为主体的新课程理念。对于这类学生刚刚尝试探索规律的问题，安排学生广泛地进行小组讨论，发挥集体的智慧，让学生自己经历研究问题的一般过程，从而使学生从发现中体会到乐趣，从乐趣中激发自己的学习兴趣和学习动力。</w:t>
      </w:r>
    </w:p>
    <w:p>
      <w:r>
        <w:br w:type="page"/>
      </w:r>
    </w:p>
    <w:p>
      <w:pPr>
        <w:spacing w:after="80" w:line="300" w:lineRule="auto"/>
      </w:pPr>
      <w:r>
        <w:rPr>
          <w:rFonts w:ascii="黑体" w:hAnsi="黑体" w:eastAsia="黑体"/>
          <w:b/>
          <w:sz w:val="24"/>
        </w:rPr>
        <w:t>二、课时教学方案（第8课时）</w:t>
      </w:r>
    </w:p>
    <w:p>
      <w:pPr>
        <w:spacing w:after="80" w:line="300" w:lineRule="auto"/>
      </w:pPr>
      <w:r>
        <w:rPr>
          <w:rFonts w:ascii="黑体" w:hAnsi="黑体" w:eastAsia="黑体"/>
          <w:b/>
          <w:sz w:val="24"/>
        </w:rPr>
        <w:t>第8课时　解决问题</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第8课时　解决问题</w:t>
            </w:r>
          </w:p>
        </w:tc>
        <w:tc>
          <w:tcPr>
            <w:tcW w:type="dxa" w:w="6009"/>
          </w:tcPr>
          <w:p>
            <w:pPr>
              <w:spacing w:after="20" w:line="276" w:lineRule="auto"/>
            </w:pPr>
            <w:r/>
            <w:r>
              <w:rPr>
                <w:rFonts w:ascii="宋体" w:hAnsi="宋体" w:eastAsia="宋体"/>
                <w:b w:val="0"/>
                <w:sz w:val="20"/>
              </w:rPr>
              <w:t>第3单元 多位数乘两位数（笔算乘法）</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由于有前期笔算的经验，学生对“多位数乘两位数”的笔算方法的算理和算法的理解、探索并不会感到困难，所以教学中要充分利用学生已有的经验，为学生创设主动探究的学习情境，通过对比与体验，让学生自主得出“多位数乘两位数”的笔算方法。从计算的要求来说，多位数乘两位数在小学阶段是最高难度的整数乘法运算了，学生出现错误也是正常现象。教学中，教师需在作业中收集典型错例，及时组织学生讨论分析，寻找错误原因，组织订正，避免重复出错。交流时，可采用同桌交换检查评改、同桌互说错误原因等方式，突出对错误原因的分析，在提高学生分析能力的同时，培养学生的计算技能。</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教学内容：教科书P53例6。</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（1）在实际情境中理解估算的意义，学会利用已学的乘法口算进行估算，知道估算的思路。</w:t>
      </w:r>
    </w:p>
    <w:p>
      <w:pPr>
        <w:spacing w:after="20" w:line="300" w:lineRule="auto"/>
        <w:ind w:firstLine="400"/>
      </w:pPr>
      <w:r>
        <w:rPr>
          <w:rFonts w:ascii="宋体" w:hAnsi="宋体" w:eastAsia="宋体"/>
          <w:b w:val="0"/>
          <w:sz w:val="20"/>
        </w:rPr>
        <w:t>（2）在具体的情境中，培养学生根据实际选择合适的算法的能力，培养学生的估算能力。</w:t>
      </w:r>
    </w:p>
    <w:p>
      <w:pPr>
        <w:spacing w:after="20" w:line="300" w:lineRule="auto"/>
        <w:ind w:firstLine="400"/>
      </w:pPr>
      <w:r>
        <w:rPr>
          <w:rFonts w:ascii="宋体" w:hAnsi="宋体" w:eastAsia="宋体"/>
          <w:b w:val="0"/>
          <w:sz w:val="20"/>
        </w:rPr>
        <w:t>（3）学会运用估算解决生活中的问题，帮助学生积累根据具体情况灵活选择估算方法和用估算结果作出决策的活动经验。</w:t>
      </w:r>
    </w:p>
    <w:p>
      <w:pPr>
        <w:spacing w:after="20" w:line="300" w:lineRule="auto"/>
      </w:pPr>
      <w:r>
        <w:rPr>
          <w:rFonts w:ascii="宋体" w:hAnsi="宋体" w:eastAsia="宋体"/>
          <w:b w:val="0"/>
          <w:sz w:val="20"/>
        </w:rPr>
        <w:t>教学重点：掌握多位数乘两位数的计算和估算方法。</w:t>
      </w:r>
    </w:p>
    <w:p>
      <w:pPr>
        <w:spacing w:after="20" w:line="300" w:lineRule="auto"/>
      </w:pPr>
      <w:r>
        <w:rPr>
          <w:rFonts w:ascii="宋体" w:hAnsi="宋体" w:eastAsia="宋体"/>
          <w:b w:val="0"/>
          <w:sz w:val="20"/>
        </w:rPr>
        <w:t>教学难点：灵活运用多位数乘两位数的估算解决实际生活中的问题。</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创设情境，导入新课</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紧扣情境，感受估算</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看图并读题，你获取了哪些数学信息？要解决的问题是什么？；这个问题该怎么解答呢？</w:t>
            </w:r>
          </w:p>
        </w:tc>
        <w:tc>
          <w:tcPr>
            <w:tcW w:type="dxa" w:w="1361"/>
          </w:tcPr>
          <w:p>
            <w:pPr>
              <w:spacing w:after="20" w:line="276" w:lineRule="auto"/>
            </w:pPr>
            <w:r/>
            <w:r>
              <w:rPr>
                <w:rFonts w:ascii="宋体" w:hAnsi="宋体" w:eastAsia="宋体"/>
                <w:b w:val="0"/>
                <w:sz w:val="18"/>
              </w:rPr>
              <w:t>29分钟</w:t>
            </w:r>
          </w:p>
        </w:tc>
      </w:tr>
      <w:tr>
        <w:tc>
          <w:tcPr>
            <w:tcW w:type="dxa" w:w="2835"/>
          </w:tcPr>
          <w:p>
            <w:pPr>
              <w:spacing w:after="20" w:line="276" w:lineRule="auto"/>
            </w:pPr>
            <w:r/>
            <w:r>
              <w:rPr>
                <w:rFonts w:ascii="宋体" w:hAnsi="宋体" w:eastAsia="宋体"/>
                <w:b w:val="0"/>
                <w:sz w:val="18"/>
              </w:rPr>
              <w:t>巩固练习</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3分钟</w:t>
            </w:r>
          </w:p>
        </w:tc>
      </w:tr>
      <w:tr>
        <w:tc>
          <w:tcPr>
            <w:tcW w:type="dxa" w:w="2835"/>
          </w:tcPr>
          <w:p>
            <w:pPr>
              <w:spacing w:after="20" w:line="276" w:lineRule="auto"/>
            </w:pPr>
            <w:r/>
            <w:r>
              <w:rPr>
                <w:rFonts w:ascii="宋体" w:hAnsi="宋体" w:eastAsia="宋体"/>
                <w:b w:val="0"/>
                <w:sz w:val="18"/>
              </w:rPr>
              <w:t>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今天你有什么收获？</w:t>
            </w:r>
          </w:p>
        </w:tc>
        <w:tc>
          <w:tcPr>
            <w:tcW w:type="dxa" w:w="1361"/>
          </w:tcPr>
          <w:p>
            <w:pPr>
              <w:spacing w:after="20" w:line="276" w:lineRule="auto"/>
            </w:pPr>
            <w:r/>
            <w:r>
              <w:rPr>
                <w:rFonts w:ascii="宋体" w:hAnsi="宋体" w:eastAsia="宋体"/>
                <w:b w:val="0"/>
                <w:sz w:val="18"/>
              </w:rPr>
              <w:t>3分钟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创设情境，导入新课</w:t>
            </w:r>
          </w:p>
        </w:tc>
        <w:tc>
          <w:tcPr>
            <w:tcW w:type="dxa" w:w="3061"/>
          </w:tcPr>
          <w:p>
            <w:pPr>
              <w:spacing w:after="20" w:line="276" w:lineRule="auto"/>
            </w:pPr>
            <w:r/>
            <w:r>
              <w:rPr>
                <w:rFonts w:ascii="宋体" w:hAnsi="宋体" w:eastAsia="宋体"/>
                <w:b w:val="0"/>
                <w:sz w:val="18"/>
              </w:rPr>
              <w:t>师：张老师要为学校舞蹈队挑选服装，一起去看看吧！</w:t>
            </w:r>
          </w:p>
          <w:p>
            <w:pPr>
              <w:spacing w:after="20" w:line="276" w:lineRule="auto"/>
            </w:pPr>
            <w:r>
              <w:rPr>
                <w:rFonts w:ascii="宋体" w:hAnsi="宋体" w:eastAsia="宋体"/>
                <w:b w:val="0"/>
                <w:sz w:val="18"/>
              </w:rPr>
              <w:t>课件出示教科书P53例6。</w:t>
            </w:r>
          </w:p>
          <w:p>
            <w:pPr>
              <w:spacing w:after="20" w:line="276" w:lineRule="auto"/>
            </w:pPr>
            <w:r>
              <w:rPr>
                <w:rFonts w:ascii="宋体" w:hAnsi="宋体" w:eastAsia="宋体"/>
                <w:b w:val="0"/>
                <w:sz w:val="18"/>
              </w:rPr>
              <w:t>师：你能帮张老师解决这个问题吗？(板书课题：解决问题)</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创设情境激活学生已有经验，自然引出本课学习内容，激发学习兴趣。</w:t>
            </w:r>
          </w:p>
        </w:tc>
      </w:tr>
      <w:tr>
        <w:tc>
          <w:tcPr>
            <w:tcW w:type="dxa" w:w="1474"/>
          </w:tcPr>
          <w:p>
            <w:pPr>
              <w:spacing w:after="20" w:line="276" w:lineRule="auto"/>
            </w:pPr>
            <w:r>
              <w:rPr>
                <w:b/>
              </w:rPr>
            </w:r>
            <w:r>
              <w:rPr>
                <w:rFonts w:ascii="宋体" w:hAnsi="宋体" w:eastAsia="宋体"/>
                <w:b/>
                <w:sz w:val="18"/>
              </w:rPr>
              <w:t>紧扣情境，感受估算</w:t>
            </w:r>
          </w:p>
        </w:tc>
        <w:tc>
          <w:tcPr>
            <w:tcW w:type="dxa" w:w="3061"/>
          </w:tcPr>
          <w:p>
            <w:pPr>
              <w:spacing w:after="20" w:line="276" w:lineRule="auto"/>
            </w:pPr>
            <w:r/>
            <w:r>
              <w:rPr>
                <w:rFonts w:ascii="宋体" w:hAnsi="宋体" w:eastAsia="宋体"/>
                <w:b w:val="0"/>
                <w:sz w:val="18"/>
              </w:rPr>
              <w:t>1.阅读理解。</w:t>
            </w:r>
          </w:p>
          <w:p>
            <w:pPr>
              <w:spacing w:after="20" w:line="276" w:lineRule="auto"/>
            </w:pPr>
            <w:r>
              <w:rPr>
                <w:rFonts w:ascii="宋体" w:hAnsi="宋体" w:eastAsia="宋体"/>
                <w:b w:val="0"/>
                <w:sz w:val="18"/>
              </w:rPr>
              <w:t>师：看图并读题，你获取了哪些数学信息？要解决的问题是什么？</w:t>
            </w:r>
          </w:p>
          <w:p>
            <w:pPr>
              <w:spacing w:after="20" w:line="276" w:lineRule="auto"/>
            </w:pPr>
            <w:r>
              <w:rPr>
                <w:rFonts w:ascii="宋体" w:hAnsi="宋体" w:eastAsia="宋体"/>
                <w:b w:val="0"/>
                <w:sz w:val="18"/>
              </w:rPr>
              <w:t>师根据回答小结：知道了三款服装的价格，要求的是2600元可以买18套哪款服装。</w:t>
            </w:r>
          </w:p>
          <w:p>
            <w:pPr>
              <w:spacing w:after="20" w:line="276" w:lineRule="auto"/>
            </w:pPr>
            <w:r>
              <w:rPr>
                <w:rFonts w:ascii="宋体" w:hAnsi="宋体" w:eastAsia="宋体"/>
                <w:b w:val="0"/>
                <w:sz w:val="18"/>
              </w:rPr>
              <w:t>2．分析解答。</w:t>
            </w:r>
          </w:p>
          <w:p>
            <w:pPr>
              <w:spacing w:after="20" w:line="276" w:lineRule="auto"/>
            </w:pPr>
            <w:r>
              <w:rPr>
                <w:rFonts w:ascii="宋体" w:hAnsi="宋体" w:eastAsia="宋体"/>
                <w:b w:val="0"/>
                <w:sz w:val="18"/>
              </w:rPr>
              <w:t>师：这个问题该怎么解答呢？</w:t>
            </w:r>
          </w:p>
          <w:p>
            <w:pPr>
              <w:spacing w:after="20" w:line="276" w:lineRule="auto"/>
            </w:pPr>
            <w:r>
              <w:rPr>
                <w:rFonts w:ascii="宋体" w:hAnsi="宋体" w:eastAsia="宋体"/>
                <w:b w:val="0"/>
                <w:sz w:val="18"/>
              </w:rPr>
              <w:t>师：有的同学选择精确计算，大部分同学认为估算比较简单好算。其实，只要我们能根据具体情境认真分析，选择合适的方法解决问题就行。</w:t>
            </w:r>
          </w:p>
          <w:p>
            <w:pPr>
              <w:spacing w:after="20" w:line="276" w:lineRule="auto"/>
            </w:pPr>
            <w:r>
              <w:rPr>
                <w:rFonts w:ascii="宋体" w:hAnsi="宋体" w:eastAsia="宋体"/>
                <w:b w:val="0"/>
                <w:sz w:val="18"/>
              </w:rPr>
              <w:t>师：现在请同学们选用自己喜欢的方法进行计算。</w:t>
            </w:r>
          </w:p>
          <w:p>
            <w:pPr>
              <w:spacing w:after="20" w:line="276" w:lineRule="auto"/>
            </w:pPr>
            <w:r>
              <w:rPr>
                <w:rFonts w:ascii="宋体" w:hAnsi="宋体" w:eastAsia="宋体"/>
                <w:b w:val="0"/>
                <w:sz w:val="18"/>
              </w:rPr>
              <w:t>答：张老师可以买第一款或第二款服装。</w:t>
            </w:r>
          </w:p>
          <w:p>
            <w:pPr>
              <w:spacing w:after="20" w:line="276" w:lineRule="auto"/>
            </w:pPr>
            <w:r>
              <w:rPr>
                <w:rFonts w:ascii="宋体" w:hAnsi="宋体" w:eastAsia="宋体"/>
                <w:b w:val="0"/>
                <w:sz w:val="18"/>
              </w:rPr>
              <w:t>师小结：同学们用不同的方法解答了这个问题，在具体的情境中，我们要具体情况具体分析，估算时要选择合适的方法进行计算。</w:t>
            </w:r>
          </w:p>
          <w:p>
            <w:pPr>
              <w:spacing w:after="20" w:line="276" w:lineRule="auto"/>
            </w:pPr>
            <w:r>
              <w:rPr>
                <w:rFonts w:ascii="宋体" w:hAnsi="宋体" w:eastAsia="宋体"/>
                <w:b w:val="0"/>
                <w:sz w:val="18"/>
              </w:rPr>
              <w:t>3．回顾反思。</w:t>
            </w:r>
          </w:p>
          <w:p>
            <w:pPr>
              <w:spacing w:after="20" w:line="276" w:lineRule="auto"/>
            </w:pPr>
            <w:r>
              <w:rPr>
                <w:rFonts w:ascii="宋体" w:hAnsi="宋体" w:eastAsia="宋体"/>
                <w:b w:val="0"/>
                <w:sz w:val="18"/>
              </w:rPr>
              <w:t>师：我们估算后得出的结果是否正确，需要我们验证。谁来说说为什么可以买第一款和第二款服装？</w:t>
            </w:r>
          </w:p>
          <w:p>
            <w:pPr>
              <w:spacing w:after="20" w:line="276" w:lineRule="auto"/>
            </w:pPr>
            <w:r>
              <w:rPr>
                <w:rFonts w:ascii="宋体" w:hAnsi="宋体" w:eastAsia="宋体"/>
                <w:b w:val="0"/>
                <w:sz w:val="18"/>
              </w:rPr>
              <w:t>师：你认为我们在什么地方需要重点注意？</w:t>
            </w:r>
          </w:p>
        </w:tc>
        <w:tc>
          <w:tcPr>
            <w:tcW w:type="dxa" w:w="3061"/>
          </w:tcPr>
          <w:p>
            <w:pPr>
              <w:spacing w:after="20" w:line="276" w:lineRule="auto"/>
            </w:pPr>
            <w:r/>
            <w:r>
              <w:rPr>
                <w:rFonts w:ascii="宋体" w:hAnsi="宋体" w:eastAsia="宋体"/>
                <w:b w:val="0"/>
                <w:sz w:val="18"/>
              </w:rPr>
              <w:t>预设1：精确计算。把三款服装各买18套需要多少钱算出来，再和2600比较，如果算的结果比2600大就不够，等于或小于2600就够了。</w:t>
            </w:r>
          </w:p>
          <w:p>
            <w:pPr>
              <w:spacing w:after="20" w:line="276" w:lineRule="auto"/>
            </w:pPr>
            <w:r>
              <w:rPr>
                <w:rFonts w:ascii="宋体" w:hAnsi="宋体" w:eastAsia="宋体"/>
                <w:b w:val="0"/>
                <w:sz w:val="18"/>
              </w:rPr>
              <w:t>预设2：只是问带的钱够不够，可以不需要精确计算。</w:t>
            </w:r>
          </w:p>
          <w:p>
            <w:pPr>
              <w:spacing w:after="20" w:line="276" w:lineRule="auto"/>
            </w:pPr>
            <w:r>
              <w:rPr>
                <w:rFonts w:ascii="宋体" w:hAnsi="宋体" w:eastAsia="宋体"/>
                <w:b w:val="0"/>
                <w:sz w:val="18"/>
              </w:rPr>
              <w:t>预设3：估算时用整十、整百数乘两位数，比精确计算好算一些。</w:t>
            </w:r>
          </w:p>
          <w:p>
            <w:pPr>
              <w:spacing w:after="20" w:line="276" w:lineRule="auto"/>
            </w:pPr>
            <w:r>
              <w:rPr>
                <w:rFonts w:ascii="宋体" w:hAnsi="宋体" w:eastAsia="宋体"/>
                <w:b w:val="0"/>
                <w:sz w:val="18"/>
              </w:rPr>
              <w:t>预设4：我觉得估算也不简便，要估大或者估小。</w:t>
            </w:r>
          </w:p>
          <w:p>
            <w:pPr>
              <w:spacing w:after="20" w:line="276" w:lineRule="auto"/>
            </w:pPr>
            <w:r>
              <w:rPr>
                <w:rFonts w:ascii="宋体" w:hAnsi="宋体" w:eastAsia="宋体"/>
                <w:b w:val="0"/>
                <w:sz w:val="18"/>
              </w:rPr>
              <w:t>学生板演不同的计算方法：</w:t>
            </w:r>
          </w:p>
          <w:p>
            <w:pPr>
              <w:spacing w:after="20" w:line="276" w:lineRule="auto"/>
            </w:pPr>
            <w:r>
              <w:rPr>
                <w:rFonts w:ascii="宋体" w:hAnsi="宋体" w:eastAsia="宋体"/>
                <w:b w:val="0"/>
                <w:sz w:val="18"/>
              </w:rPr>
              <w:t>第一款和第二款往大估，都没有超过2600元，实际结果肯定小于2600元；第三款往小估也超过了2600元，实际超过2600元更多。</w:t>
            </w:r>
          </w:p>
          <w:p>
            <w:pPr>
              <w:spacing w:after="20" w:line="276" w:lineRule="auto"/>
            </w:pPr>
            <w:r>
              <w:rPr>
                <w:rFonts w:ascii="宋体" w:hAnsi="宋体" w:eastAsia="宋体"/>
                <w:b w:val="0"/>
                <w:sz w:val="18"/>
              </w:rPr>
              <w:t>预设1：估算的策略要注意，结合题目具体情境选择估大算还是估小算。</w:t>
            </w:r>
          </w:p>
          <w:p>
            <w:pPr>
              <w:spacing w:after="20" w:line="276" w:lineRule="auto"/>
            </w:pPr>
            <w:r>
              <w:rPr>
                <w:rFonts w:ascii="宋体" w:hAnsi="宋体" w:eastAsia="宋体"/>
                <w:b w:val="0"/>
                <w:sz w:val="18"/>
              </w:rPr>
              <w:t>预设2：多位数乘两位数要把多位数估成整十、整百或整千数，再与两位数相乘。</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创设情境激活学生已有经验，自然引出本课学习内容，激发学习兴趣，核心问题："看图并读题，你获取了哪些数学信息？要解决的问题是什么？"</w:t>
            </w:r>
          </w:p>
        </w:tc>
      </w:tr>
      <w:tr>
        <w:tc>
          <w:tcPr>
            <w:tcW w:type="dxa" w:w="1474"/>
          </w:tcPr>
          <w:p>
            <w:pPr>
              <w:spacing w:after="20" w:line="276" w:lineRule="auto"/>
            </w:pPr>
            <w:r>
              <w:rPr>
                <w:b/>
              </w:rPr>
            </w:r>
            <w:r>
              <w:rPr>
                <w:rFonts w:ascii="宋体" w:hAnsi="宋体" w:eastAsia="宋体"/>
                <w:b/>
                <w:sz w:val="18"/>
              </w:rPr>
              <w:t>巩固练习</w:t>
            </w:r>
          </w:p>
        </w:tc>
        <w:tc>
          <w:tcPr>
            <w:tcW w:type="dxa" w:w="3061"/>
          </w:tcPr>
          <w:p>
            <w:pPr>
              <w:spacing w:after="20" w:line="276" w:lineRule="auto"/>
            </w:pPr>
            <w:r/>
            <w:r>
              <w:rPr>
                <w:rFonts w:ascii="宋体" w:hAnsi="宋体" w:eastAsia="宋体"/>
                <w:b w:val="0"/>
                <w:sz w:val="18"/>
              </w:rPr>
              <w:t>完成教科书P54“做一做”。</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课堂小结</w:t>
            </w:r>
          </w:p>
        </w:tc>
        <w:tc>
          <w:tcPr>
            <w:tcW w:type="dxa" w:w="3061"/>
          </w:tcPr>
          <w:p>
            <w:pPr>
              <w:spacing w:after="20" w:line="276" w:lineRule="auto"/>
            </w:pPr>
            <w:r/>
            <w:r>
              <w:rPr>
                <w:rFonts w:ascii="宋体" w:hAnsi="宋体" w:eastAsia="宋体"/>
                <w:b w:val="0"/>
                <w:sz w:val="18"/>
              </w:rPr>
              <w:t>师：今天你有什么收获？</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学生自主解答会有精确计算和估算两种策略，通过交流让学生认识到这样的问题用估算就可以快速解决，不需要精确计算，体会估算的价值。用估算解决问题一直是学生学习中的难点，学生不能准确把握多位数是估大还是估小，所以需要引导学生具体问题具体分析：估大了都够，那准确值肯定够；估小了都不够，那准确值肯定不够。</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解决问题</w:t>
      </w:r>
    </w:p>
    <w:p>
      <w:pPr>
        <w:spacing w:after="40" w:line="300" w:lineRule="auto"/>
      </w:pPr>
      <w:r>
        <w:rPr>
          <w:rFonts w:ascii="宋体" w:hAnsi="宋体" w:eastAsia="宋体"/>
          <w:b w:val="0"/>
          <w:sz w:val="20"/>
        </w:rPr>
        <w:t>答：张老师可以买第一款或第二款服装。</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教科书P53例6。</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节课在具体的情境中让学生体会估算在实际生活中的价值。本节课通过估算策略的对比，引导学生明确要具体情况具体分析，往大估或往小估都是根据实际情境的需要来进行选择。少数学生会感觉理解有些困难，需要教师加强指导。</w:t>
      </w:r>
    </w:p>
    <w:p>
      <w:r>
        <w:br w:type="page"/>
      </w:r>
    </w:p>
    <w:p>
      <w:pPr>
        <w:spacing w:after="80" w:line="300" w:lineRule="auto"/>
      </w:pPr>
      <w:r>
        <w:rPr>
          <w:rFonts w:ascii="黑体" w:hAnsi="黑体" w:eastAsia="黑体"/>
          <w:b/>
          <w:sz w:val="24"/>
        </w:rPr>
        <w:t>二、课时教学方案（第9课时）</w:t>
      </w:r>
    </w:p>
    <w:p>
      <w:pPr>
        <w:spacing w:after="80" w:line="300" w:lineRule="auto"/>
      </w:pPr>
      <w:r>
        <w:rPr>
          <w:rFonts w:ascii="黑体" w:hAnsi="黑体" w:eastAsia="黑体"/>
          <w:b/>
          <w:sz w:val="24"/>
        </w:rPr>
        <w:t>第9课时　整理和复习(练习十一)</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第9课时　整理和复习(练习十一)</w:t>
            </w:r>
          </w:p>
        </w:tc>
        <w:tc>
          <w:tcPr>
            <w:tcW w:type="dxa" w:w="6009"/>
          </w:tcPr>
          <w:p>
            <w:pPr>
              <w:spacing w:after="20" w:line="276" w:lineRule="auto"/>
            </w:pPr>
            <w:r/>
            <w:r>
              <w:rPr>
                <w:rFonts w:ascii="宋体" w:hAnsi="宋体" w:eastAsia="宋体"/>
                <w:b w:val="0"/>
                <w:sz w:val="20"/>
              </w:rPr>
              <w:t>第3单元 多位数乘两位数</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由于有前期笔算的经验，学生对“多位数乘两位数”的笔算方法的算理和算法的理解、探索并不会感到困难，所以教学中要充分利用学生已有的经验，为学生创设主动探究的学习情境，通过对比与体验，让学生自主得出“多位数乘两位数”的笔算方法。从计算的要求来说，多位数乘两位数在小学阶段是最高难度的整数乘法运算了，学生出现错误也是正常现象。教学中，教师需在作业中收集典型错例，及时组织学生讨论分析，寻找错误原因，组织订正，避免重复出错。交流时，可采用同桌交换检查评改、同桌互说错误原因等方式，突出对错误原因的分析，在提高学生分析能力的同时，培养学生的计算技能。</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教学内容：教科书P55“整理和复习”，P56～57“练习十一”第1～*9题及思考题。</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（1）使学生经历对本单元知识的整理和复习过程，构建“多位数乘两位数”完整的知识体系，培养学生学会整理、学会表达的能力。</w:t>
      </w:r>
    </w:p>
    <w:p>
      <w:pPr>
        <w:spacing w:after="20" w:line="300" w:lineRule="auto"/>
        <w:ind w:firstLine="400"/>
      </w:pPr>
      <w:r>
        <w:rPr>
          <w:rFonts w:ascii="宋体" w:hAnsi="宋体" w:eastAsia="宋体"/>
          <w:b w:val="0"/>
          <w:sz w:val="20"/>
        </w:rPr>
        <w:t>（2）使学生进一步深入理解多位数乘两位数的算理，提升运算的准确性与灵活性，能够根据实际情况，熟练运用口算、估算、笔算等方法解决问题，发展学生的运算能力和推理能力。</w:t>
      </w:r>
    </w:p>
    <w:p>
      <w:pPr>
        <w:spacing w:after="20" w:line="300" w:lineRule="auto"/>
        <w:ind w:firstLine="400"/>
      </w:pPr>
      <w:r>
        <w:rPr>
          <w:rFonts w:ascii="宋体" w:hAnsi="宋体" w:eastAsia="宋体"/>
          <w:b w:val="0"/>
          <w:sz w:val="20"/>
        </w:rPr>
        <w:t>（3）培养其思维的灵活性与创新性，逐步形成从不同脚度思考问题的良好习惯。</w:t>
      </w:r>
    </w:p>
    <w:p>
      <w:pPr>
        <w:spacing w:after="20" w:line="300" w:lineRule="auto"/>
      </w:pPr>
      <w:r>
        <w:rPr>
          <w:rFonts w:ascii="宋体" w:hAnsi="宋体" w:eastAsia="宋体"/>
          <w:b w:val="0"/>
          <w:sz w:val="20"/>
        </w:rPr>
        <w:t>教学重点：沟通多位数乘两位数口算与笔算的内在联系，引导学生能灵活选择算法正确计算。</w:t>
      </w:r>
    </w:p>
    <w:p>
      <w:pPr>
        <w:spacing w:after="20" w:line="300" w:lineRule="auto"/>
      </w:pPr>
      <w:r>
        <w:rPr>
          <w:rFonts w:ascii="宋体" w:hAnsi="宋体" w:eastAsia="宋体"/>
          <w:b w:val="0"/>
          <w:sz w:val="20"/>
        </w:rPr>
        <w:t>教学难点：引导学生学会系统梳理知识，构建知识网络。</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回顾旧知</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本单元我们学习了哪些内容？；你会用知识结构图列出本单元所学的知识吗？</w:t>
            </w:r>
          </w:p>
        </w:tc>
        <w:tc>
          <w:tcPr>
            <w:tcW w:type="dxa" w:w="1361"/>
          </w:tcPr>
          <w:p>
            <w:pPr>
              <w:spacing w:after="20" w:line="276" w:lineRule="auto"/>
            </w:pPr>
            <w:r/>
            <w:r>
              <w:rPr>
                <w:rFonts w:ascii="宋体" w:hAnsi="宋体" w:eastAsia="宋体"/>
                <w:b w:val="0"/>
                <w:sz w:val="18"/>
              </w:rPr>
              <w:t>6分钟</w:t>
            </w:r>
          </w:p>
        </w:tc>
      </w:tr>
      <w:tr>
        <w:tc>
          <w:tcPr>
            <w:tcW w:type="dxa" w:w="2835"/>
          </w:tcPr>
          <w:p>
            <w:pPr>
              <w:spacing w:after="20" w:line="276" w:lineRule="auto"/>
            </w:pPr>
            <w:r/>
            <w:r>
              <w:rPr>
                <w:rFonts w:ascii="宋体" w:hAnsi="宋体" w:eastAsia="宋体"/>
                <w:b w:val="0"/>
                <w:sz w:val="18"/>
              </w:rPr>
              <w:t>教师带着学生结合例子归纳复习。（适时板书）</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本单元的知识和以前学的知识有什么关联吗？还想探究哪些问题？</w:t>
            </w:r>
          </w:p>
        </w:tc>
        <w:tc>
          <w:tcPr>
            <w:tcW w:type="dxa" w:w="1361"/>
          </w:tcPr>
          <w:p>
            <w:pPr>
              <w:spacing w:after="20" w:line="276" w:lineRule="auto"/>
            </w:pPr>
            <w:r/>
            <w:r>
              <w:rPr>
                <w:rFonts w:ascii="宋体" w:hAnsi="宋体" w:eastAsia="宋体"/>
                <w:b w:val="0"/>
                <w:sz w:val="18"/>
              </w:rPr>
              <w:t>4分钟</w:t>
            </w:r>
          </w:p>
        </w:tc>
      </w:tr>
      <w:tr>
        <w:tc>
          <w:tcPr>
            <w:tcW w:type="dxa" w:w="2835"/>
          </w:tcPr>
          <w:p>
            <w:pPr>
              <w:spacing w:after="20" w:line="276" w:lineRule="auto"/>
            </w:pPr>
            <w:r/>
            <w:r>
              <w:rPr>
                <w:rFonts w:ascii="宋体" w:hAnsi="宋体" w:eastAsia="宋体"/>
                <w:b w:val="0"/>
                <w:sz w:val="18"/>
              </w:rPr>
              <w:t>巩固练习</w:t>
            </w:r>
          </w:p>
        </w:tc>
        <w:tc>
          <w:tcPr>
            <w:tcW w:type="dxa" w:w="1814"/>
          </w:tcPr>
          <w:p>
            <w:pPr>
              <w:spacing w:after="20" w:line="276" w:lineRule="auto"/>
            </w:pPr>
            <w:r/>
            <w:r>
              <w:rPr>
                <w:rFonts w:ascii="宋体" w:hAnsi="宋体" w:eastAsia="宋体"/>
                <w:b w:val="0"/>
                <w:sz w:val="18"/>
              </w:rPr>
              <w:t>教科书P56～57、课件</w:t>
            </w:r>
          </w:p>
        </w:tc>
        <w:tc>
          <w:tcPr>
            <w:tcW w:type="dxa" w:w="3402"/>
          </w:tcPr>
          <w:p>
            <w:pPr>
              <w:spacing w:after="20" w:line="276" w:lineRule="auto"/>
            </w:pPr>
            <w:r/>
            <w:r>
              <w:rPr>
                <w:rFonts w:ascii="宋体" w:hAnsi="宋体" w:eastAsia="宋体"/>
                <w:b w:val="0"/>
                <w:sz w:val="18"/>
              </w:rPr>
              <w:t>估算时，什么情况下估大？什么情况下估小？</w:t>
            </w:r>
          </w:p>
        </w:tc>
        <w:tc>
          <w:tcPr>
            <w:tcW w:type="dxa" w:w="1361"/>
          </w:tcPr>
          <w:p>
            <w:pPr>
              <w:spacing w:after="20" w:line="276" w:lineRule="auto"/>
            </w:pPr>
            <w:r/>
            <w:r>
              <w:rPr>
                <w:rFonts w:ascii="宋体" w:hAnsi="宋体" w:eastAsia="宋体"/>
                <w:b w:val="0"/>
                <w:sz w:val="18"/>
              </w:rPr>
              <w:t>10分钟</w:t>
            </w:r>
          </w:p>
        </w:tc>
      </w:tr>
      <w:tr>
        <w:tc>
          <w:tcPr>
            <w:tcW w:type="dxa" w:w="2835"/>
          </w:tcPr>
          <w:p>
            <w:pPr>
              <w:spacing w:after="20" w:line="276" w:lineRule="auto"/>
            </w:pPr>
            <w:r/>
            <w:r>
              <w:rPr>
                <w:rFonts w:ascii="宋体" w:hAnsi="宋体" w:eastAsia="宋体"/>
                <w:b w:val="0"/>
                <w:sz w:val="18"/>
              </w:rPr>
              <w:t>拓展探究</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7分钟</w:t>
            </w:r>
          </w:p>
        </w:tc>
      </w:tr>
      <w:tr>
        <w:tc>
          <w:tcPr>
            <w:tcW w:type="dxa" w:w="2835"/>
          </w:tcPr>
          <w:p>
            <w:pPr>
              <w:spacing w:after="20" w:line="276" w:lineRule="auto"/>
            </w:pPr>
            <w:r/>
            <w:r>
              <w:rPr>
                <w:rFonts w:ascii="宋体" w:hAnsi="宋体" w:eastAsia="宋体"/>
                <w:b w:val="0"/>
                <w:sz w:val="18"/>
              </w:rPr>
              <w:t>作业布置</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9分钟</w:t>
            </w:r>
          </w:p>
        </w:tc>
      </w:tr>
      <w:tr>
        <w:tc>
          <w:tcPr>
            <w:tcW w:type="dxa" w:w="2835"/>
          </w:tcPr>
          <w:p>
            <w:pPr>
              <w:spacing w:after="20" w:line="276" w:lineRule="auto"/>
            </w:pPr>
            <w:r/>
            <w:r>
              <w:rPr>
                <w:rFonts w:ascii="宋体" w:hAnsi="宋体" w:eastAsia="宋体"/>
                <w:b w:val="0"/>
                <w:sz w:val="18"/>
              </w:rPr>
              <w:t>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这节课你有哪些收获？</w:t>
            </w:r>
          </w:p>
        </w:tc>
        <w:tc>
          <w:tcPr>
            <w:tcW w:type="dxa" w:w="1361"/>
          </w:tcPr>
          <w:p>
            <w:pPr>
              <w:spacing w:after="20" w:line="276" w:lineRule="auto"/>
            </w:pPr>
            <w:r/>
            <w:r>
              <w:rPr>
                <w:rFonts w:ascii="宋体" w:hAnsi="宋体" w:eastAsia="宋体"/>
                <w:b w:val="0"/>
                <w:sz w:val="18"/>
              </w:rPr>
              <w:t>4分钟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回顾旧知</w:t>
            </w:r>
          </w:p>
        </w:tc>
        <w:tc>
          <w:tcPr>
            <w:tcW w:type="dxa" w:w="3061"/>
          </w:tcPr>
          <w:p>
            <w:pPr>
              <w:spacing w:after="20" w:line="276" w:lineRule="auto"/>
            </w:pPr>
            <w:r/>
            <w:r>
              <w:rPr>
                <w:rFonts w:ascii="宋体" w:hAnsi="宋体" w:eastAsia="宋体"/>
                <w:b w:val="0"/>
                <w:sz w:val="18"/>
              </w:rPr>
              <w:t>师：本单元我们学习了哪些内容？</w:t>
            </w:r>
          </w:p>
          <w:p>
            <w:pPr>
              <w:spacing w:after="20" w:line="276" w:lineRule="auto"/>
            </w:pPr>
            <w:r>
              <w:rPr>
                <w:rFonts w:ascii="宋体" w:hAnsi="宋体" w:eastAsia="宋体"/>
                <w:b w:val="0"/>
                <w:sz w:val="18"/>
              </w:rPr>
              <w:t>师：你会用知识结构图列出本单元所学的知识吗？试一试。[板书课题：整理和复习(练习十一)]</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创设情境激活学生已有经验，自然引出本课学习内容，激发学习兴趣，核心问题："本单元我们学习了哪些内容？"</w:t>
            </w:r>
          </w:p>
        </w:tc>
      </w:tr>
      <w:tr>
        <w:tc>
          <w:tcPr>
            <w:tcW w:type="dxa" w:w="1474"/>
          </w:tcPr>
          <w:p>
            <w:pPr>
              <w:spacing w:after="20" w:line="276" w:lineRule="auto"/>
            </w:pPr>
            <w:r>
              <w:rPr>
                <w:b/>
              </w:rPr>
            </w:r>
            <w:r>
              <w:rPr>
                <w:rFonts w:ascii="宋体" w:hAnsi="宋体" w:eastAsia="宋体"/>
                <w:b/>
                <w:sz w:val="18"/>
              </w:rPr>
              <w:t>教师带着学生结合例子归纳复习。（适时板书）</w:t>
            </w:r>
          </w:p>
        </w:tc>
        <w:tc>
          <w:tcPr>
            <w:tcW w:type="dxa" w:w="3061"/>
          </w:tcPr>
          <w:p>
            <w:pPr>
              <w:spacing w:after="20" w:line="276" w:lineRule="auto"/>
            </w:pPr>
            <w:r/>
            <w:r>
              <w:rPr>
                <w:rFonts w:ascii="宋体" w:hAnsi="宋体" w:eastAsia="宋体"/>
                <w:b w:val="0"/>
                <w:sz w:val="18"/>
              </w:rPr>
              <w:t>师：本单元的知识和以前学的知识有什么关联吗？还想探究哪些问题？</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设计递进式探究活动，引导学生在动手实践与合作交流中经历知识形成过程，突破本课重难点，核心问题："本单元的知识和以前学的知识有什么关联吗？还想探究哪些问题？"</w:t>
            </w:r>
          </w:p>
        </w:tc>
      </w:tr>
      <w:tr>
        <w:tc>
          <w:tcPr>
            <w:tcW w:type="dxa" w:w="1474"/>
          </w:tcPr>
          <w:p>
            <w:pPr>
              <w:spacing w:after="20" w:line="276" w:lineRule="auto"/>
            </w:pPr>
            <w:r>
              <w:rPr>
                <w:b/>
              </w:rPr>
            </w:r>
            <w:r>
              <w:rPr>
                <w:rFonts w:ascii="宋体" w:hAnsi="宋体" w:eastAsia="宋体"/>
                <w:b/>
                <w:sz w:val="18"/>
              </w:rPr>
              <w:t>巩固练习</w:t>
            </w:r>
          </w:p>
        </w:tc>
        <w:tc>
          <w:tcPr>
            <w:tcW w:type="dxa" w:w="3061"/>
          </w:tcPr>
          <w:p>
            <w:pPr>
              <w:spacing w:after="20" w:line="276" w:lineRule="auto"/>
            </w:pPr>
            <w:r/>
            <w:r>
              <w:rPr>
                <w:rFonts w:ascii="宋体" w:hAnsi="宋体" w:eastAsia="宋体"/>
                <w:b w:val="0"/>
                <w:sz w:val="18"/>
              </w:rPr>
              <w:t>完成教科书P56～57“练习十一”第1～7题。</w:t>
            </w:r>
          </w:p>
          <w:p>
            <w:pPr>
              <w:spacing w:after="20" w:line="276" w:lineRule="auto"/>
            </w:pPr>
            <w:r>
              <w:rPr>
                <w:rFonts w:ascii="宋体" w:hAnsi="宋体" w:eastAsia="宋体"/>
                <w:b w:val="0"/>
                <w:sz w:val="18"/>
              </w:rPr>
              <w:t>1.口算、笔算。</w:t>
            </w:r>
          </w:p>
          <w:p>
            <w:pPr>
              <w:spacing w:after="20" w:line="276" w:lineRule="auto"/>
            </w:pPr>
            <w:r>
              <w:rPr>
                <w:rFonts w:ascii="宋体" w:hAnsi="宋体" w:eastAsia="宋体"/>
                <w:b w:val="0"/>
                <w:sz w:val="18"/>
              </w:rPr>
              <w:t>第1、2题：学生独立完成后集体评议。</w:t>
            </w:r>
          </w:p>
          <w:p>
            <w:pPr>
              <w:spacing w:after="20" w:line="276" w:lineRule="auto"/>
            </w:pPr>
            <w:r>
              <w:rPr>
                <w:rFonts w:ascii="宋体" w:hAnsi="宋体" w:eastAsia="宋体"/>
                <w:b w:val="0"/>
                <w:sz w:val="18"/>
              </w:rPr>
              <w:t>2.积的变化规律。</w:t>
            </w:r>
          </w:p>
          <w:p>
            <w:pPr>
              <w:spacing w:after="20" w:line="276" w:lineRule="auto"/>
            </w:pPr>
            <w:r>
              <w:rPr>
                <w:rFonts w:ascii="宋体" w:hAnsi="宋体" w:eastAsia="宋体"/>
                <w:b w:val="0"/>
                <w:sz w:val="18"/>
              </w:rPr>
              <w:t>第3题：学生独立完成再说说规律。</w:t>
            </w:r>
          </w:p>
          <w:p>
            <w:pPr>
              <w:spacing w:after="20" w:line="276" w:lineRule="auto"/>
            </w:pPr>
            <w:r>
              <w:rPr>
                <w:rFonts w:ascii="宋体" w:hAnsi="宋体" w:eastAsia="宋体"/>
                <w:b w:val="0"/>
                <w:sz w:val="18"/>
              </w:rPr>
              <w:t>3.解决问题。</w:t>
            </w:r>
          </w:p>
          <w:p>
            <w:pPr>
              <w:spacing w:after="20" w:line="276" w:lineRule="auto"/>
            </w:pPr>
            <w:r>
              <w:rPr>
                <w:rFonts w:ascii="宋体" w:hAnsi="宋体" w:eastAsia="宋体"/>
                <w:b w:val="0"/>
                <w:sz w:val="18"/>
              </w:rPr>
              <w:t>第4、6题：要精确计算，其中第6题要注意单位换算。</w:t>
            </w:r>
          </w:p>
          <w:p>
            <w:pPr>
              <w:spacing w:after="20" w:line="276" w:lineRule="auto"/>
            </w:pPr>
            <w:r>
              <w:rPr>
                <w:rFonts w:ascii="宋体" w:hAnsi="宋体" w:eastAsia="宋体"/>
                <w:b w:val="0"/>
                <w:sz w:val="18"/>
              </w:rPr>
              <w:t>第5题：要估算。</w:t>
            </w:r>
          </w:p>
          <w:p>
            <w:pPr>
              <w:spacing w:after="20" w:line="276" w:lineRule="auto"/>
            </w:pPr>
            <w:r>
              <w:rPr>
                <w:rFonts w:ascii="宋体" w:hAnsi="宋体" w:eastAsia="宋体"/>
                <w:b w:val="0"/>
                <w:sz w:val="18"/>
              </w:rPr>
              <w:t>第7题：精确计算与估算相结合。</w:t>
            </w:r>
          </w:p>
          <w:p>
            <w:pPr>
              <w:spacing w:after="20" w:line="276" w:lineRule="auto"/>
            </w:pPr>
            <w:r>
              <w:rPr>
                <w:rFonts w:ascii="宋体" w:hAnsi="宋体" w:eastAsia="宋体"/>
                <w:b w:val="0"/>
                <w:sz w:val="18"/>
              </w:rPr>
              <w:t>师：估算时，什么情况下估大？什么情况下估小？</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通过有层次的练习及时反馈学情，巩固新知，培养学生灵活运用知识解决问题的能力，核心问题："估算时，什么情况下估大？什么情况下估小？"</w:t>
            </w:r>
          </w:p>
        </w:tc>
      </w:tr>
      <w:tr>
        <w:tc>
          <w:tcPr>
            <w:tcW w:type="dxa" w:w="1474"/>
          </w:tcPr>
          <w:p>
            <w:pPr>
              <w:spacing w:after="20" w:line="276" w:lineRule="auto"/>
            </w:pPr>
            <w:r>
              <w:rPr>
                <w:b/>
              </w:rPr>
            </w:r>
            <w:r>
              <w:rPr>
                <w:rFonts w:ascii="宋体" w:hAnsi="宋体" w:eastAsia="宋体"/>
                <w:b/>
                <w:sz w:val="18"/>
              </w:rPr>
              <w:t>拓展探究</w:t>
            </w:r>
          </w:p>
        </w:tc>
        <w:tc>
          <w:tcPr>
            <w:tcW w:type="dxa" w:w="3061"/>
          </w:tcPr>
          <w:p>
            <w:pPr>
              <w:spacing w:after="20" w:line="276" w:lineRule="auto"/>
            </w:pPr>
            <w:r/>
            <w:r>
              <w:rPr>
                <w:rFonts w:ascii="宋体" w:hAnsi="宋体" w:eastAsia="宋体"/>
                <w:b w:val="0"/>
                <w:sz w:val="18"/>
              </w:rPr>
              <w:t>课件出示教科书P57思考题。</w:t>
            </w:r>
          </w:p>
          <w:p>
            <w:pPr>
              <w:spacing w:after="20" w:line="276" w:lineRule="auto"/>
            </w:pPr>
            <w:r>
              <w:rPr>
                <w:rFonts w:ascii="宋体" w:hAnsi="宋体" w:eastAsia="宋体"/>
                <w:b w:val="0"/>
                <w:sz w:val="18"/>
              </w:rPr>
              <w:t>提示：左边的题：属于“头同尾合十”，十位×（十位＋1）得头，个位相乘得尾；右边的题：积的开头都是24，结尾都是75，中间“9”的个数等于第一个乘数中“9”的个数减2。</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w:t>
            </w:r>
          </w:p>
        </w:tc>
      </w:tr>
      <w:tr>
        <w:tc>
          <w:tcPr>
            <w:tcW w:type="dxa" w:w="1474"/>
          </w:tcPr>
          <w:p>
            <w:pPr>
              <w:spacing w:after="20" w:line="276" w:lineRule="auto"/>
            </w:pPr>
            <w:r>
              <w:rPr>
                <w:b/>
              </w:rPr>
            </w:r>
            <w:r>
              <w:rPr>
                <w:rFonts w:ascii="宋体" w:hAnsi="宋体" w:eastAsia="宋体"/>
                <w:b/>
                <w:sz w:val="18"/>
              </w:rPr>
              <w:t>作业布置</w:t>
            </w:r>
          </w:p>
        </w:tc>
        <w:tc>
          <w:tcPr>
            <w:tcW w:type="dxa" w:w="3061"/>
          </w:tcPr>
          <w:p>
            <w:pPr>
              <w:spacing w:after="20" w:line="276" w:lineRule="auto"/>
            </w:pPr>
            <w:r/>
            <w:r>
              <w:rPr>
                <w:rFonts w:ascii="宋体" w:hAnsi="宋体" w:eastAsia="宋体"/>
                <w:b w:val="0"/>
                <w:sz w:val="18"/>
              </w:rPr>
              <w:t>完成教科书P57“练习十一”第8、*9题。</w:t>
            </w:r>
          </w:p>
          <w:p>
            <w:pPr>
              <w:spacing w:after="20" w:line="276" w:lineRule="auto"/>
            </w:pPr>
            <w:r>
              <w:rPr>
                <w:rFonts w:ascii="宋体" w:hAnsi="宋体" w:eastAsia="宋体"/>
                <w:b w:val="0"/>
                <w:sz w:val="18"/>
              </w:rPr>
              <w:t>第8题：提示：画图观察分析，根据面积的变化分别求出长和宽，再求面积。</w:t>
            </w:r>
          </w:p>
          <w:p>
            <w:pPr>
              <w:spacing w:after="20" w:line="276" w:lineRule="auto"/>
            </w:pPr>
            <w:r>
              <w:rPr>
                <w:rFonts w:ascii="宋体" w:hAnsi="宋体" w:eastAsia="宋体"/>
                <w:b w:val="0"/>
                <w:sz w:val="18"/>
              </w:rPr>
              <w:t>第*9题：先不考虑0，要使两位数乘两位数的乘积最大，两个数必须符合两个原则：最高位上的数尽可能大；两个数的差尽可能小。0放在任意一个两位数的末尾即可。</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围绕环节目标组织学习活动，引导学生主动参与、积极思考。</w:t>
            </w:r>
          </w:p>
        </w:tc>
      </w:tr>
      <w:tr>
        <w:tc>
          <w:tcPr>
            <w:tcW w:type="dxa" w:w="1474"/>
          </w:tcPr>
          <w:p>
            <w:pPr>
              <w:spacing w:after="20" w:line="276" w:lineRule="auto"/>
            </w:pPr>
            <w:r>
              <w:rPr>
                <w:b/>
              </w:rPr>
            </w:r>
            <w:r>
              <w:rPr>
                <w:rFonts w:ascii="宋体" w:hAnsi="宋体" w:eastAsia="宋体"/>
                <w:b/>
                <w:sz w:val="18"/>
              </w:rPr>
              <w:t>课堂小结</w:t>
            </w:r>
          </w:p>
        </w:tc>
        <w:tc>
          <w:tcPr>
            <w:tcW w:type="dxa" w:w="3061"/>
          </w:tcPr>
          <w:p>
            <w:pPr>
              <w:spacing w:after="20" w:line="276" w:lineRule="auto"/>
            </w:pPr>
            <w:r/>
            <w:r>
              <w:rPr>
                <w:rFonts w:ascii="宋体" w:hAnsi="宋体" w:eastAsia="宋体"/>
                <w:b w:val="0"/>
                <w:sz w:val="18"/>
              </w:rPr>
              <w:t>师：这节课你有哪些收获？</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借助“知识结构图”，引导学生主动整合口算、笔算、估算等零散知识，形成“多位数乘两位数”的完整认知框架，避免被动复习；结合练习十一的题目，分模块巩固口算、笔算、积的变化规律、解决问题，既强化基础技能，又提升策略选择能力。</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整理和复习（练习十一）</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教科书P55“整理和复习”，P56～57“练习十一”第1～*9题及思考题。</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自主梳理“知识结构图”的环节有效激活了学生的主动性，巩固练习与拓展探究相结合，既落实了基础技能，又延伸了思维深度；知识关联的环节让学生体会到数学的系统性。思考题的“多9数乘25”规律，部分学生难以自主总结；拓展多位数乘三位数时，少数学生对“分位相乘”的步骤理解较慢，可结合竖式，分步引导，降低理解难度。</w:t>
      </w:r>
    </w:p>
    <w:sectPr w:rsidR="00FC693F" w:rsidRPr="0006063C" w:rsidSect="00034616">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