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人教版四年级数学上册</w:t>
      </w:r>
    </w:p>
    <w:p>
      <w:pPr>
        <w:spacing w:after="80" w:line="300" w:lineRule="auto"/>
        <w:jc w:val="center"/>
      </w:pPr>
      <w:r>
        <w:rPr>
          <w:rFonts w:ascii="黑体" w:hAnsi="黑体" w:eastAsia="黑体"/>
          <w:b/>
          <w:sz w:val="26"/>
        </w:rPr>
        <w:t>第5单元 平行四边形和梯形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第5单元 平行四边形和梯形</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8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的教学内容是在学生认识了直线、线段和射线的特点，初步认识了平行四边形，学习了角的度量的基础上进行教学的，主要内容包括：同一平面内两条直线的特殊位置关系，即平行与垂直；平行四边形和梯形的认识。重点是认识平行四边形、梯形的特征以及与正方形、长方形的关系。梯形在这里是第一次正式出现，教科书除了讲述梯形的特征外，还注意说明它与平行四边形的联系和区别。</w:t>
      </w:r>
    </w:p>
    <w:p>
      <w:pPr>
        <w:spacing w:after="80" w:line="300" w:lineRule="auto"/>
        <w:ind w:firstLine="400"/>
      </w:pPr>
      <w:r>
        <w:rPr>
          <w:rFonts w:ascii="宋体" w:hAnsi="宋体" w:eastAsia="宋体"/>
          <w:b w:val="0"/>
          <w:sz w:val="20"/>
        </w:rPr>
        <w:t>教科书在编排时，注重联系现实素材，利用直观帮助学生建立几何概念，同时还借助一些动手操作的活动来帮助学生建立空间观念。平行与垂直、平行四边形和梯形都对后续知识的学习有很重要的作用，它们是学生学习五年级上册平行四边形、三角形、梯形等多边形面积知识的基础，也是后面进一步学习长方体、正方体等的基础。</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四年级的学生已经认识了直线、线段和射线的特点，初步认识了平行四边形，并学习了角的度量。而且平行和垂直现象在生活中处处可见，平行四边形和梯形在日常生活中也有着广泛的应用，学生头脑中已经积累了许多经验，因此通过教科书提供的一些图片，如楼梯栏杆、梯子等，让学生借助图片找出平行四边形和梯形，并研究它们的特征也不是一件很难的事。我们要做的是关注学生已有的生活经验和知识基础，让学生在观察、想象、操作、推理、交流等活动中，不断积累数学活动经验，初步培养学生的空间观念。</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几何直观：探究和理解同一平面内两条直线的位置关系，并根据是否相交进行分类。</w:t>
      </w:r>
    </w:p>
    <w:p>
      <w:pPr>
        <w:spacing w:after="40" w:line="300" w:lineRule="auto"/>
        <w:ind w:firstLine="400"/>
      </w:pPr>
      <w:r>
        <w:rPr>
          <w:rFonts w:ascii="宋体" w:hAnsi="宋体" w:eastAsia="宋体"/>
          <w:b w:val="0"/>
          <w:sz w:val="20"/>
        </w:rPr>
        <w:t>空间观念：从生活中的实物抽象出几何图形，并探究其特征，有助于理解空间物体的形态和结构。</w:t>
      </w:r>
    </w:p>
    <w:p>
      <w:pPr>
        <w:spacing w:after="40" w:line="300" w:lineRule="auto"/>
        <w:ind w:firstLine="400"/>
      </w:pPr>
      <w:r>
        <w:rPr>
          <w:rFonts w:ascii="宋体" w:hAnsi="宋体" w:eastAsia="宋体"/>
          <w:b w:val="0"/>
          <w:sz w:val="20"/>
        </w:rPr>
        <w:t>抽象能力：从生活中的平行、垂直现象及各类四边形物体中，抽象出数学概念，形成对图形的理性认知。</w:t>
      </w:r>
    </w:p>
    <w:p>
      <w:pPr>
        <w:spacing w:after="40" w:line="300" w:lineRule="auto"/>
        <w:ind w:firstLine="400"/>
      </w:pPr>
      <w:r>
        <w:rPr>
          <w:rFonts w:ascii="宋体" w:hAnsi="宋体" w:eastAsia="宋体"/>
          <w:b w:val="0"/>
          <w:sz w:val="20"/>
        </w:rPr>
        <w:t>创新意识：在动手操作和探究活动中，鼓励用独特想法去探索图形间的转化，激发创新思维。</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第1课时：通过自主探究活动，让学生理解平行与垂直这两种直线间的特殊的位置关系，认识平行线和垂线，正确辨析平行与垂直。</w:t>
      </w:r>
    </w:p>
    <w:p>
      <w:pPr>
        <w:spacing w:after="20" w:line="300" w:lineRule="auto"/>
        <w:ind w:firstLine="400"/>
      </w:pPr>
      <w:r>
        <w:rPr>
          <w:rFonts w:ascii="宋体" w:hAnsi="宋体" w:eastAsia="宋体"/>
          <w:b w:val="0"/>
          <w:sz w:val="20"/>
        </w:rPr>
        <w:t>第2课时：引导学生经历画垂线的过程，并学会用三角尺或量角器画垂线，进一步提高和培养学生的作图能力和空间想象能力。</w:t>
      </w:r>
    </w:p>
    <w:p>
      <w:pPr>
        <w:spacing w:after="20" w:line="300" w:lineRule="auto"/>
        <w:ind w:firstLine="400"/>
      </w:pPr>
      <w:r>
        <w:rPr>
          <w:rFonts w:ascii="宋体" w:hAnsi="宋体" w:eastAsia="宋体"/>
          <w:b w:val="0"/>
          <w:sz w:val="20"/>
        </w:rPr>
        <w:t>第3课时：掌握用直尺和三角尺画平行线的方法，能独立过直线外一点画已知直线的平行线。</w:t>
      </w:r>
    </w:p>
    <w:p>
      <w:pPr>
        <w:spacing w:after="20" w:line="300" w:lineRule="auto"/>
        <w:ind w:firstLine="400"/>
      </w:pPr>
      <w:r>
        <w:rPr>
          <w:rFonts w:ascii="宋体" w:hAnsi="宋体" w:eastAsia="宋体"/>
          <w:b w:val="0"/>
          <w:sz w:val="20"/>
        </w:rPr>
        <w:t>第4课时：会利用画垂线的方法准确地画一个已知长和宽的长方形。</w:t>
      </w:r>
    </w:p>
    <w:p>
      <w:pPr>
        <w:spacing w:after="20" w:line="300" w:lineRule="auto"/>
        <w:ind w:firstLine="400"/>
      </w:pPr>
      <w:r>
        <w:rPr>
          <w:rFonts w:ascii="宋体" w:hAnsi="宋体" w:eastAsia="宋体"/>
          <w:b w:val="0"/>
          <w:sz w:val="20"/>
        </w:rPr>
        <w:t>第5课时：结合生活经验和已有知识，认识和理解平行四边形的概念，掌握平行四边形的特征。</w:t>
      </w:r>
    </w:p>
    <w:p>
      <w:pPr>
        <w:spacing w:after="20" w:line="300" w:lineRule="auto"/>
        <w:ind w:firstLine="400"/>
      </w:pPr>
      <w:r>
        <w:rPr>
          <w:rFonts w:ascii="宋体" w:hAnsi="宋体" w:eastAsia="宋体"/>
          <w:b w:val="0"/>
          <w:sz w:val="20"/>
        </w:rPr>
        <w:t>第6课时：认识和理解梯形的概念及特征，认识梯形的各部分名称以及两种特殊的梯形。</w:t>
      </w:r>
    </w:p>
    <w:p>
      <w:pPr>
        <w:spacing w:after="20" w:line="300" w:lineRule="auto"/>
        <w:ind w:firstLine="400"/>
      </w:pPr>
      <w:r>
        <w:rPr>
          <w:rFonts w:ascii="宋体" w:hAnsi="宋体" w:eastAsia="宋体"/>
          <w:b w:val="0"/>
          <w:sz w:val="20"/>
        </w:rPr>
        <w:t>第7课时：在动手操作中学会制作默比乌斯带，培养观察能力和动手能力。</w:t>
      </w:r>
    </w:p>
    <w:p>
      <w:pPr>
        <w:spacing w:after="20" w:line="300" w:lineRule="auto"/>
        <w:ind w:firstLine="400"/>
      </w:pPr>
      <w:r>
        <w:rPr>
          <w:rFonts w:ascii="宋体" w:hAnsi="宋体" w:eastAsia="宋体"/>
          <w:b w:val="0"/>
          <w:sz w:val="20"/>
        </w:rPr>
        <w:t>第8课时：能准确复述“平行与垂直”“平行四边形与梯形”的定义及特征，辨析概念间的区别，发展数学抽象素养。</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抓住图形的本质特征，帮助学生正确理解概念。教师要充分预测学生理解这些概念时可能会出现的问题。如有的学生会孤立地说某直线是垂线或平行线，也有的学生会认为只有水平线和垂线的关系才叫垂直。这就需要教师在课堂上对这两点加以点拨和说明：一是垂直和平行所说的都是两条直线之间的位置关系，不能孤立地说某直线是垂线或平行线。二是看两条直线是否互相垂直的关键是看它们相交所成的角是否是直角，与两条直线放置的方向无关。在教学中，可以结合举例等方法，帮助学生理解这种直线间的关系，也要注意呈现出各种不同方向的垂直情况，以克服学生的思维定式。</w:t>
      </w:r>
    </w:p>
    <w:p>
      <w:pPr>
        <w:spacing w:after="20" w:line="300" w:lineRule="auto"/>
      </w:pPr>
      <w:r>
        <w:rPr>
          <w:rFonts w:ascii="宋体" w:hAnsi="宋体" w:eastAsia="宋体"/>
          <w:b w:val="0"/>
          <w:sz w:val="20"/>
        </w:rPr>
        <w:t>● 加强作图步骤的具体指导。本单元涉及许多作图的内容，如画垂线、长方形或正方形等。但教科书中很少呈现文字的作图步骤与方法，所以教学时要加强作图的训练和指导，重视作图能力的培养。</w:t>
      </w:r>
    </w:p>
    <w:p>
      <w:pPr>
        <w:spacing w:after="20" w:line="300" w:lineRule="auto"/>
      </w:pPr>
      <w:r>
        <w:rPr>
          <w:rFonts w:ascii="宋体" w:hAnsi="宋体" w:eastAsia="宋体"/>
          <w:b w:val="0"/>
          <w:sz w:val="20"/>
        </w:rPr>
        <w:t>● 注重联系生活，感受数学在生活中的应用。教科书在编排时，有意识地将数学学习与生活实际结合起来，提供了大量的现实素材，设计了不少学以致用的习题。如借助于生活实物引出平行四边形和梯形，要求学生思考和讨论怎样测定跳远的成绩、怎样修路最近等，这些都能使学生体验数学与生活的密切联系，感受数学的应用价值。在具体教学中，要注重学生已有的生活经验，将学生的视野从课堂拓宽到生活的空间，引导他们观察生活，应用所学知识解决生活中的问题，进一步认识和体会数学知识的重要用途，增强数学应用意识。</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平行和垂直</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通过自主探究活动，让学生理解平行与垂直这两种直线间的特殊的位置关系，认识平行线和垂线，正确辨析平行与垂直。</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画垂线及点到直线的距离</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引导学生经历画垂线的过程，并学会用三角尺或量角器画垂线，进一步提高和培养学生的作图能力和空间想象能力。</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画平行线</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掌握用直尺和三角尺画平行线的方法，能独立过直线外一点画已知直线的平行线。</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画长方形</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会利用画垂线的方法准确地画一个已知长和宽的长方形。</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认识平行四边形</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结合生活经验和已有知识，认识和理解平行四边形的概念，掌握平行四边形的特征。</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梯形及四边形之间的异同</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认识和理解梯形的概念及特征，认识梯形的各部分名称以及两种特殊的梯形。</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神奇的默比乌斯带</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在动手操作中学会制作默比乌斯带，培养观察能力和动手能力。</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整理和复习（练习十七）</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能准确复述“平行与垂直”“平行四边形与梯形”的定义及特征，辨析概念间的区别，发展数学抽象素养。</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平行和垂直</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平行和垂直</w:t>
            </w:r>
          </w:p>
        </w:tc>
        <w:tc>
          <w:tcPr>
            <w:tcW w:type="dxa" w:w="6009"/>
          </w:tcPr>
          <w:p>
            <w:pPr>
              <w:spacing w:after="20" w:line="276" w:lineRule="auto"/>
            </w:pPr>
            <w:r/>
            <w:r>
              <w:rPr>
                <w:rFonts w:ascii="宋体" w:hAnsi="宋体" w:eastAsia="宋体"/>
                <w:b w:val="0"/>
                <w:sz w:val="20"/>
              </w:rPr>
              <w:t>第5单元 平行四边形和梯形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的学生已经认识了直线、线段和射线的特点，初步认识了平行四边形，并学习了角的度量。而且平行和垂直现象在生活中处处可见，平行四边形和梯形在日常生活中也有着广泛的应用，学生头脑中已经积累了许多经验，因此通过教科书提供的一些图片，如楼梯栏杆、梯子等，让学生借助图片找出平行四边形和梯形，并研究它们的特征也不是一件很难的事。我们要做的是关注学生已有的生活经验和知识基础，让学生在观察、想象、操作、推理、交流等活动中，不断积累数学活动经验，初步培养学生的空间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教学内容：教科书P70～71例1。</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（1）通过自主探究活动，让学生理解平行与垂直这两种直线间的特殊的位置关系，认识平行线和垂线，正确辨析平行与垂直。</w:t>
      </w:r>
    </w:p>
    <w:p>
      <w:pPr>
        <w:spacing w:after="20" w:line="300" w:lineRule="auto"/>
        <w:ind w:firstLine="400"/>
      </w:pPr>
      <w:r>
        <w:rPr>
          <w:rFonts w:ascii="宋体" w:hAnsi="宋体" w:eastAsia="宋体"/>
          <w:b w:val="0"/>
          <w:sz w:val="20"/>
        </w:rPr>
        <w:t>（2）通过观察、操作、讨论、思考、归纳等活动，让学生领悟分类的数学思想，积累数学活动经验，发展空间观念。</w:t>
      </w:r>
    </w:p>
    <w:p>
      <w:pPr>
        <w:spacing w:after="20" w:line="300" w:lineRule="auto"/>
        <w:ind w:firstLine="400"/>
      </w:pPr>
      <w:r>
        <w:rPr>
          <w:rFonts w:ascii="宋体" w:hAnsi="宋体" w:eastAsia="宋体"/>
          <w:b w:val="0"/>
          <w:sz w:val="20"/>
        </w:rPr>
        <w:t>（3）使学生建立符号意识，能正确表达平行和垂直的关系，体会符号的简洁性。</w:t>
      </w:r>
    </w:p>
    <w:p>
      <w:pPr>
        <w:spacing w:after="20" w:line="300" w:lineRule="auto"/>
      </w:pPr>
      <w:r>
        <w:rPr>
          <w:rFonts w:ascii="宋体" w:hAnsi="宋体" w:eastAsia="宋体"/>
          <w:b w:val="0"/>
          <w:sz w:val="20"/>
        </w:rPr>
        <w:t>教学重点：正确理解相交、互相平行和互相垂直的概念。</w:t>
      </w:r>
    </w:p>
    <w:p>
      <w:pPr>
        <w:spacing w:after="20" w:line="300" w:lineRule="auto"/>
      </w:pPr>
      <w:r>
        <w:rPr>
          <w:rFonts w:ascii="宋体" w:hAnsi="宋体" w:eastAsia="宋体"/>
          <w:b w:val="0"/>
          <w:sz w:val="20"/>
        </w:rPr>
        <w:t>教学难点：理解平行和垂直概念的本质特征。</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画图初步感知，揭示课题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这两条直线是什么样的位置关系呢？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按图中两条直线的位置关系进行分类，你们想怎么分呢？为什么要这样分？；如果把这些直线再画长一些，会怎样呢？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理解平行和垂直</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将相交的两条直线再分类，可以怎样分？；你们怎么来判断两条直线相交是不是成直角呢？</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巩固提升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怎样判断两条直线是否垂直？</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画图初步感知，揭示课题</w:t>
            </w:r>
          </w:p>
        </w:tc>
        <w:tc>
          <w:tcPr>
            <w:tcW w:type="dxa" w:w="3061"/>
          </w:tcPr>
          <w:p>
            <w:pPr>
              <w:spacing w:after="20" w:line="276" w:lineRule="auto"/>
            </w:pPr>
            <w:r/>
            <w:r>
              <w:rPr>
                <w:rFonts w:ascii="宋体" w:hAnsi="宋体" w:eastAsia="宋体"/>
                <w:b w:val="0"/>
                <w:sz w:val="18"/>
              </w:rPr>
              <w:t>师：同学们，请你们在草稿纸上画两条直线。</w:t>
            </w:r>
          </w:p>
          <w:p>
            <w:pPr>
              <w:spacing w:after="20" w:line="276" w:lineRule="auto"/>
            </w:pPr>
            <w:r>
              <w:rPr>
                <w:rFonts w:ascii="宋体" w:hAnsi="宋体" w:eastAsia="宋体"/>
                <w:b w:val="0"/>
                <w:sz w:val="18"/>
              </w:rPr>
              <w:t>师：这两条直线是什么样的位置关系呢？接下来我们将对这一问题进行探讨。（板书课题：平行和垂直）</w:t>
            </w:r>
          </w:p>
        </w:tc>
        <w:tc>
          <w:tcPr>
            <w:tcW w:type="dxa" w:w="3061"/>
          </w:tcPr>
          <w:p>
            <w:pPr>
              <w:spacing w:after="20" w:line="276" w:lineRule="auto"/>
            </w:pPr>
            <w:r/>
            <w:r>
              <w:rPr>
                <w:rFonts w:ascii="宋体" w:hAnsi="宋体" w:eastAsia="宋体"/>
                <w:b w:val="0"/>
                <w:sz w:val="18"/>
              </w:rPr>
              <w:t>学生能画出不同的位置情况的两条直线。</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设计递进式探究活动，引导学生在动手实践与合作交流中经历知识形成过程，突破本课重难点，核心问题："这两条直线是什么样的位置关系呢？"</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1.作品展示。</w:t>
            </w:r>
          </w:p>
          <w:p>
            <w:pPr>
              <w:spacing w:after="20" w:line="276" w:lineRule="auto"/>
            </w:pPr>
            <w:r>
              <w:rPr>
                <w:rFonts w:ascii="宋体" w:hAnsi="宋体" w:eastAsia="宋体"/>
                <w:b w:val="0"/>
                <w:sz w:val="18"/>
              </w:rPr>
              <w:t>有选择性地展示学生作品并标上序号。</w:t>
            </w:r>
          </w:p>
          <w:p>
            <w:pPr>
              <w:spacing w:after="20" w:line="276" w:lineRule="auto"/>
            </w:pPr>
            <w:r>
              <w:rPr>
                <w:rFonts w:ascii="宋体" w:hAnsi="宋体" w:eastAsia="宋体"/>
                <w:b w:val="0"/>
                <w:sz w:val="18"/>
              </w:rPr>
              <w:t>课件出示教科书P70例1。</w:t>
            </w:r>
          </w:p>
          <w:p>
            <w:pPr>
              <w:spacing w:after="20" w:line="276" w:lineRule="auto"/>
            </w:pPr>
            <w:r>
              <w:rPr>
                <w:rFonts w:ascii="宋体" w:hAnsi="宋体" w:eastAsia="宋体"/>
                <w:b w:val="0"/>
                <w:sz w:val="18"/>
              </w:rPr>
              <w:t>2.尝试分类。</w:t>
            </w:r>
          </w:p>
          <w:p>
            <w:pPr>
              <w:spacing w:after="20" w:line="276" w:lineRule="auto"/>
            </w:pPr>
            <w:r>
              <w:rPr>
                <w:rFonts w:ascii="宋体" w:hAnsi="宋体" w:eastAsia="宋体"/>
                <w:b w:val="0"/>
                <w:sz w:val="18"/>
              </w:rPr>
              <w:t>师：按图中两条直线的位置关系进行分类，你们想怎么分呢？为什么要这样分？</w:t>
            </w:r>
          </w:p>
          <w:p>
            <w:pPr>
              <w:spacing w:after="20" w:line="276" w:lineRule="auto"/>
            </w:pPr>
            <w:r>
              <w:rPr>
                <w:rFonts w:ascii="宋体" w:hAnsi="宋体" w:eastAsia="宋体"/>
                <w:b w:val="0"/>
                <w:sz w:val="18"/>
              </w:rPr>
              <w:t>师：如果把这些直线再画长一些，会怎样呢？（课件出示）</w:t>
            </w:r>
          </w:p>
          <w:p>
            <w:pPr>
              <w:spacing w:after="20" w:line="276" w:lineRule="auto"/>
            </w:pPr>
            <w:r>
              <w:rPr>
                <w:rFonts w:ascii="宋体" w:hAnsi="宋体" w:eastAsia="宋体"/>
                <w:b w:val="0"/>
                <w:sz w:val="18"/>
              </w:rPr>
              <w:t>师小结：①③不会相交；⑤相交了，与②④同一类。</w:t>
            </w:r>
          </w:p>
        </w:tc>
        <w:tc>
          <w:tcPr>
            <w:tcW w:type="dxa" w:w="3061"/>
          </w:tcPr>
          <w:p>
            <w:pPr>
              <w:spacing w:after="20" w:line="276" w:lineRule="auto"/>
            </w:pPr>
            <w:r/>
            <w:r>
              <w:rPr>
                <w:rFonts w:ascii="宋体" w:hAnsi="宋体" w:eastAsia="宋体"/>
                <w:b w:val="0"/>
                <w:sz w:val="18"/>
              </w:rPr>
              <w:t>②④相交了，是一类；①③⑤没相交，是一类。</w:t>
            </w:r>
          </w:p>
          <w:p>
            <w:pPr>
              <w:spacing w:after="20" w:line="276" w:lineRule="auto"/>
            </w:pPr>
            <w:r>
              <w:rPr>
                <w:rFonts w:ascii="宋体" w:hAnsi="宋体" w:eastAsia="宋体"/>
                <w:b w:val="0"/>
                <w:sz w:val="18"/>
              </w:rPr>
              <w:t>直线可以向两端无限延伸，没相交的延长后，可能相交，⑤延长后能相交，所以②④⑤是一类，①③是一类。</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设计递进式探究活动，引导学生在动手实践与合作交流中经历知识形成过程，突破本课重难点，核心问题："按图中两条直线的位置关系进行分类，你们想怎么分呢？为什么要这样分？"</w:t>
            </w:r>
          </w:p>
        </w:tc>
      </w:tr>
      <w:tr>
        <w:tc>
          <w:tcPr>
            <w:tcW w:type="dxa" w:w="1474"/>
          </w:tcPr>
          <w:p>
            <w:pPr>
              <w:spacing w:after="20" w:line="276" w:lineRule="auto"/>
            </w:pPr>
            <w:r>
              <w:rPr>
                <w:b/>
              </w:rPr>
            </w:r>
            <w:r>
              <w:rPr>
                <w:rFonts w:ascii="宋体" w:hAnsi="宋体" w:eastAsia="宋体"/>
                <w:b/>
                <w:sz w:val="18"/>
              </w:rPr>
              <w:t>理解平行和垂直</w:t>
            </w:r>
          </w:p>
        </w:tc>
        <w:tc>
          <w:tcPr>
            <w:tcW w:type="dxa" w:w="3061"/>
          </w:tcPr>
          <w:p>
            <w:pPr>
              <w:spacing w:after="20" w:line="276" w:lineRule="auto"/>
            </w:pPr>
            <w:r/>
            <w:r>
              <w:rPr>
                <w:rFonts w:ascii="宋体" w:hAnsi="宋体" w:eastAsia="宋体"/>
                <w:b w:val="0"/>
                <w:sz w:val="18"/>
              </w:rPr>
              <w:t>1.平行的概念。</w:t>
            </w:r>
          </w:p>
          <w:p>
            <w:pPr>
              <w:spacing w:after="20" w:line="276" w:lineRule="auto"/>
            </w:pPr>
            <w:r>
              <w:rPr>
                <w:rFonts w:ascii="宋体" w:hAnsi="宋体" w:eastAsia="宋体"/>
                <w:b w:val="0"/>
                <w:sz w:val="18"/>
              </w:rPr>
              <w:t>师：直线两端无限延长后也永不相交。像这样在同一个平面内不相交的两条直线叫作平行线，也可以说这两条直线互相平行。（课件出示并适时板书）</w:t>
            </w:r>
          </w:p>
          <w:p>
            <w:pPr>
              <w:spacing w:after="20" w:line="276" w:lineRule="auto"/>
            </w:pPr>
            <w:r>
              <w:rPr>
                <w:rFonts w:ascii="宋体" w:hAnsi="宋体" w:eastAsia="宋体"/>
                <w:b w:val="0"/>
                <w:sz w:val="18"/>
              </w:rPr>
              <w:t>2.介绍平行符号。</w:t>
            </w:r>
          </w:p>
          <w:p>
            <w:pPr>
              <w:spacing w:after="20" w:line="276" w:lineRule="auto"/>
            </w:pPr>
            <w:r>
              <w:rPr>
                <w:rFonts w:ascii="宋体" w:hAnsi="宋体" w:eastAsia="宋体"/>
                <w:b w:val="0"/>
                <w:sz w:val="18"/>
              </w:rPr>
              <w:t>师：图中直线a与b互相平行，记作a∥b，读作a平行于b。（适时板书）</w:t>
            </w:r>
          </w:p>
          <w:p>
            <w:pPr>
              <w:spacing w:after="20" w:line="276" w:lineRule="auto"/>
            </w:pPr>
            <w:r>
              <w:rPr>
                <w:rFonts w:ascii="宋体" w:hAnsi="宋体" w:eastAsia="宋体"/>
                <w:b w:val="0"/>
                <w:sz w:val="18"/>
              </w:rPr>
              <w:t>3.垂直的概念。</w:t>
            </w:r>
          </w:p>
          <w:p>
            <w:pPr>
              <w:spacing w:after="20" w:line="276" w:lineRule="auto"/>
            </w:pPr>
            <w:r>
              <w:rPr>
                <w:rFonts w:ascii="宋体" w:hAnsi="宋体" w:eastAsia="宋体"/>
                <w:b w:val="0"/>
                <w:sz w:val="18"/>
              </w:rPr>
              <w:t>师：将相交的两条直线再分类，可以怎样分？同桌讨论。（课件出示）</w:t>
            </w:r>
          </w:p>
          <w:p>
            <w:pPr>
              <w:spacing w:after="20" w:line="276" w:lineRule="auto"/>
            </w:pPr>
            <w:r>
              <w:rPr>
                <w:rFonts w:ascii="宋体" w:hAnsi="宋体" w:eastAsia="宋体"/>
                <w:b w:val="0"/>
                <w:sz w:val="18"/>
              </w:rPr>
              <w:t>师：两条直线相交成直角，就说这两条直线互相垂直。其中一条直线叫作另一条直线的垂线，这两条直线的交点叫作垂足。（课件出示并适时板书）</w:t>
            </w:r>
          </w:p>
          <w:p>
            <w:pPr>
              <w:spacing w:after="20" w:line="276" w:lineRule="auto"/>
            </w:pPr>
            <w:r>
              <w:rPr>
                <w:rFonts w:ascii="宋体" w:hAnsi="宋体" w:eastAsia="宋体"/>
                <w:b w:val="0"/>
                <w:sz w:val="18"/>
              </w:rPr>
              <w:t>4.介绍垂直符号。</w:t>
            </w:r>
          </w:p>
          <w:p>
            <w:pPr>
              <w:spacing w:after="20" w:line="276" w:lineRule="auto"/>
            </w:pPr>
            <w:r>
              <w:rPr>
                <w:rFonts w:ascii="宋体" w:hAnsi="宋体" w:eastAsia="宋体"/>
                <w:b w:val="0"/>
                <w:sz w:val="18"/>
              </w:rPr>
              <w:t>师：图中直线a与b互相垂直，记作a⊥b，读作a垂直于b。（适时板书）</w:t>
            </w:r>
          </w:p>
          <w:p>
            <w:pPr>
              <w:spacing w:after="20" w:line="276" w:lineRule="auto"/>
            </w:pPr>
            <w:r>
              <w:rPr>
                <w:rFonts w:ascii="宋体" w:hAnsi="宋体" w:eastAsia="宋体"/>
                <w:b w:val="0"/>
                <w:sz w:val="18"/>
              </w:rPr>
              <w:t>师：你们怎么来判断两条直线相交是不是成直角呢？</w:t>
            </w:r>
          </w:p>
        </w:tc>
        <w:tc>
          <w:tcPr>
            <w:tcW w:type="dxa" w:w="3061"/>
          </w:tcPr>
          <w:p>
            <w:pPr>
              <w:spacing w:after="20" w:line="276" w:lineRule="auto"/>
            </w:pPr>
            <w:r/>
            <w:r>
              <w:rPr>
                <w:rFonts w:ascii="宋体" w:hAnsi="宋体" w:eastAsia="宋体"/>
                <w:b w:val="0"/>
                <w:sz w:val="18"/>
              </w:rPr>
              <w:t>②相交后形成直角，分为一类；④和⑤相交后不是直角，为一类。</w:t>
            </w:r>
          </w:p>
          <w:p>
            <w:pPr>
              <w:spacing w:after="20" w:line="276" w:lineRule="auto"/>
            </w:pPr>
            <w:r>
              <w:rPr>
                <w:rFonts w:ascii="宋体" w:hAnsi="宋体" w:eastAsia="宋体"/>
                <w:b w:val="0"/>
                <w:sz w:val="18"/>
              </w:rPr>
              <w:t>学生会想到用三角尺上的直角来比一比或用量角器量一量。</w:t>
            </w:r>
          </w:p>
        </w:tc>
        <w:tc>
          <w:tcPr>
            <w:tcW w:type="dxa" w:w="1814"/>
          </w:tcPr>
          <w:p>
            <w:pPr>
              <w:spacing w:after="20" w:line="276" w:lineRule="auto"/>
            </w:pPr>
            <w:r/>
            <w:r>
              <w:rPr>
                <w:rFonts w:ascii="宋体" w:hAnsi="宋体" w:eastAsia="宋体"/>
                <w:b w:val="0"/>
                <w:sz w:val="18"/>
              </w:rPr>
              <w:t>围绕环节目标组织学习活动，引导学生主动参与、积极思考，核心问题："将相交的两条直线再分类，可以怎样分？"</w:t>
            </w:r>
          </w:p>
        </w:tc>
      </w:tr>
      <w:tr>
        <w:tc>
          <w:tcPr>
            <w:tcW w:type="dxa" w:w="1474"/>
          </w:tcPr>
          <w:p>
            <w:pPr>
              <w:spacing w:after="20" w:line="276" w:lineRule="auto"/>
            </w:pPr>
            <w:r>
              <w:rPr>
                <w:b/>
              </w:rPr>
            </w:r>
            <w:r>
              <w:rPr>
                <w:rFonts w:ascii="宋体" w:hAnsi="宋体" w:eastAsia="宋体"/>
                <w:b/>
                <w:sz w:val="18"/>
              </w:rPr>
              <w:t>巩固提升</w:t>
            </w:r>
          </w:p>
        </w:tc>
        <w:tc>
          <w:tcPr>
            <w:tcW w:type="dxa" w:w="3061"/>
          </w:tcPr>
          <w:p>
            <w:pPr>
              <w:spacing w:after="20" w:line="276" w:lineRule="auto"/>
            </w:pPr>
            <w:r/>
            <w:r>
              <w:rPr>
                <w:rFonts w:ascii="宋体" w:hAnsi="宋体" w:eastAsia="宋体"/>
                <w:b w:val="0"/>
                <w:sz w:val="18"/>
              </w:rPr>
              <w:t>课件出示教材P71～72“做一做”第1～3题。</w:t>
            </w:r>
          </w:p>
          <w:p>
            <w:pPr>
              <w:spacing w:after="20" w:line="276" w:lineRule="auto"/>
            </w:pPr>
            <w:r>
              <w:rPr>
                <w:rFonts w:ascii="宋体" w:hAnsi="宋体" w:eastAsia="宋体"/>
                <w:b w:val="0"/>
                <w:sz w:val="18"/>
              </w:rPr>
              <w:t>第1题：师：说说生活中的互相平行和互相垂直的现象。</w:t>
            </w:r>
          </w:p>
          <w:p>
            <w:pPr>
              <w:spacing w:after="20" w:line="276" w:lineRule="auto"/>
            </w:pPr>
            <w:r>
              <w:rPr>
                <w:rFonts w:ascii="宋体" w:hAnsi="宋体" w:eastAsia="宋体"/>
                <w:b w:val="0"/>
                <w:sz w:val="18"/>
              </w:rPr>
              <w:t>第2题：提示学生观察相对的角和相邻的角的大小变化。</w:t>
            </w:r>
          </w:p>
          <w:p>
            <w:pPr>
              <w:spacing w:after="20" w:line="276" w:lineRule="auto"/>
            </w:pPr>
            <w:r>
              <w:rPr>
                <w:rFonts w:ascii="宋体" w:hAnsi="宋体" w:eastAsia="宋体"/>
                <w:b w:val="0"/>
                <w:sz w:val="18"/>
              </w:rPr>
              <w:t>第3题：师：怎样判断两条直线是否垂直？</w:t>
            </w:r>
          </w:p>
        </w:tc>
        <w:tc>
          <w:tcPr>
            <w:tcW w:type="dxa" w:w="3061"/>
          </w:tcPr>
          <w:p>
            <w:pPr>
              <w:spacing w:after="20" w:line="276" w:lineRule="auto"/>
            </w:pPr>
            <w:r/>
            <w:r>
              <w:rPr>
                <w:rFonts w:ascii="宋体" w:hAnsi="宋体" w:eastAsia="宋体"/>
                <w:b w:val="0"/>
                <w:sz w:val="18"/>
              </w:rPr>
              <w:t>学生能找到教室中的各种互相平行和互相垂直的现象，可以让学生上前边摸边说。</w:t>
            </w:r>
          </w:p>
          <w:p>
            <w:pPr>
              <w:spacing w:after="20" w:line="276" w:lineRule="auto"/>
            </w:pPr>
            <w:r>
              <w:rPr>
                <w:rFonts w:ascii="宋体" w:hAnsi="宋体" w:eastAsia="宋体"/>
                <w:b w:val="0"/>
                <w:sz w:val="18"/>
              </w:rPr>
              <w:t>用三角尺上的直角或量角器进行测量。</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通过有层次的练习及时反馈学情，巩固新知，培养学生灵活运用知识解决问题的能力，核心问题："怎样判断两条直线是否垂直？"</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学生先独立思考，再分组交流，在倾听和交流中不断优化自己的分类方法。通过学生动手操作，初步理解同一平面内两条直线的位置关系，然后让学生自主探究，统一分类的依据，确定两条直线的位置关系，唤起学生的认知经验。在揭示数学概念的同时，进一步明确概念的数学表述，让学生经历由具体到抽象，建构概念的全过程。</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教科书P70～71例1。</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在日常生活中都有见到过互相平行和互相垂直的现象，能体会互相平行和互相垂直这两个概念。特别要强调的是“互相”这个词在概念中的含义，教学中要给学生当场举例来说明，加深理解。</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画垂线及点到直线的距离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画垂线及点到直线的距离</w:t>
            </w:r>
          </w:p>
        </w:tc>
        <w:tc>
          <w:tcPr>
            <w:tcW w:type="dxa" w:w="6009"/>
          </w:tcPr>
          <w:p>
            <w:pPr>
              <w:spacing w:after="20" w:line="276" w:lineRule="auto"/>
            </w:pPr>
            <w:r/>
            <w:r>
              <w:rPr>
                <w:rFonts w:ascii="宋体" w:hAnsi="宋体" w:eastAsia="宋体"/>
                <w:b w:val="0"/>
                <w:sz w:val="20"/>
              </w:rPr>
              <w:t>第5单元 平行四边形和梯形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的学生已经认识了直线、线段和射线的特点，初步认识了平行四边形，并学习了角的度量。而且平行和垂直现象在生活中处处可见，平行四边形和梯形在日常生活中也有着广泛的应用，学生头脑中已经积累了许多经验，因此通过教科书提供的一些图片，如楼梯栏杆、梯子等，让学生借助图片找出平行四边形和梯形，并研究它们的特征也不是一件很难的事。我们要做的是关注学生已有的生活经验和知识基础，让学生在观察、想象、操作、推理、交流等活动中，不断积累数学活动经验，初步培养学生的空间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教学内容：教科书P72～73例2、例3。</w:t>
      </w:r>
    </w:p>
    <w:p>
      <w:pPr>
        <w:spacing w:after="80" w:line="300" w:lineRule="auto"/>
        <w:ind w:firstLine="400"/>
      </w:pPr>
      <w:r>
        <w:rPr>
          <w:rFonts w:ascii="宋体" w:hAnsi="宋体" w:eastAsia="宋体"/>
          <w:b w:val="0"/>
          <w:sz w:val="20"/>
        </w:rPr>
        <w:t>教学准备：课件、三角尺或量角器。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（1）引导学生经历画垂线的过程，并学会用三角尺或量角器画垂线，进一步提高和培养学生的作图能力和空间想象能力。</w:t>
      </w:r>
    </w:p>
    <w:p>
      <w:pPr>
        <w:spacing w:after="20" w:line="300" w:lineRule="auto"/>
        <w:ind w:firstLine="400"/>
      </w:pPr>
      <w:r>
        <w:rPr>
          <w:rFonts w:ascii="宋体" w:hAnsi="宋体" w:eastAsia="宋体"/>
          <w:b w:val="0"/>
          <w:sz w:val="20"/>
        </w:rPr>
        <w:t>（2）经历垂直线段的性质的探索过程，知道从直线外一点到已知直线所画的线段中垂直线段最短，知道点到直线的距离垂直线段最短。</w:t>
      </w:r>
    </w:p>
    <w:p>
      <w:pPr>
        <w:spacing w:after="20" w:line="300" w:lineRule="auto"/>
        <w:ind w:firstLine="400"/>
      </w:pPr>
      <w:r>
        <w:rPr>
          <w:rFonts w:ascii="宋体" w:hAnsi="宋体" w:eastAsia="宋体"/>
          <w:b w:val="0"/>
          <w:sz w:val="20"/>
        </w:rPr>
        <w:t>（3）进一步体会数学和现实生活的联系，进一步培养学生数学应用意识和学习数学的积极情感。</w:t>
      </w:r>
    </w:p>
    <w:p>
      <w:pPr>
        <w:spacing w:after="20" w:line="300" w:lineRule="auto"/>
      </w:pPr>
      <w:r>
        <w:rPr>
          <w:rFonts w:ascii="宋体" w:hAnsi="宋体" w:eastAsia="宋体"/>
          <w:b w:val="0"/>
          <w:sz w:val="20"/>
        </w:rPr>
        <w:t>教学重点：掌握画垂线的方法，认识点到直线的距离，并能据此解决一些实际问题。</w:t>
      </w:r>
    </w:p>
    <w:p>
      <w:pPr>
        <w:spacing w:after="20" w:line="300" w:lineRule="auto"/>
      </w:pPr>
      <w:r>
        <w:rPr>
          <w:rFonts w:ascii="宋体" w:hAnsi="宋体" w:eastAsia="宋体"/>
          <w:b w:val="0"/>
          <w:sz w:val="20"/>
        </w:rPr>
        <w:t>教学难点：掌握画垂线的方法，理解点到直线的距离的概念。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建筑工人是怎样判断墙面是否砌直了呢？；你们能画出互相垂直的两条直线吗？</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动手操作，探究新知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那如何过直线外一点画这条直线的垂线呢？；哪条线段最短呢？</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巩固练习，拓展应用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谈话导入，揭示课题</w:t>
            </w:r>
          </w:p>
        </w:tc>
        <w:tc>
          <w:tcPr>
            <w:tcW w:type="dxa" w:w="3061"/>
          </w:tcPr>
          <w:p>
            <w:pPr>
              <w:spacing w:after="20" w:line="276" w:lineRule="auto"/>
            </w:pPr>
            <w:r/>
            <w:r>
              <w:rPr>
                <w:rFonts w:ascii="宋体" w:hAnsi="宋体" w:eastAsia="宋体"/>
                <w:b w:val="0"/>
                <w:sz w:val="18"/>
              </w:rPr>
              <w:t>师：建筑工人是怎样判断墙面是否砌直了呢？</w:t>
            </w:r>
          </w:p>
          <w:p>
            <w:pPr>
              <w:spacing w:after="20" w:line="276" w:lineRule="auto"/>
            </w:pPr>
            <w:r>
              <w:rPr>
                <w:rFonts w:ascii="宋体" w:hAnsi="宋体" w:eastAsia="宋体"/>
                <w:b w:val="0"/>
                <w:sz w:val="18"/>
              </w:rPr>
              <w:t>引导学生说出：只要它们与地面相交成直角，就说这面墙和地面互相垂直。</w:t>
            </w:r>
          </w:p>
          <w:p>
            <w:pPr>
              <w:spacing w:after="20" w:line="276" w:lineRule="auto"/>
            </w:pPr>
            <w:r>
              <w:rPr>
                <w:rFonts w:ascii="宋体" w:hAnsi="宋体" w:eastAsia="宋体"/>
                <w:b w:val="0"/>
                <w:sz w:val="18"/>
              </w:rPr>
              <w:t>师：你们能画出互相垂直的两条直线吗？今天这节课我们一起来学习画垂线及点到直线的距离。（板书课题：画垂线及点到直线的距离）</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创设情境激活学生已有经验，自然引出本课学习内容，激发学习兴趣，核心问题："建筑工人是怎样判断墙面是否砌直了呢？"</w:t>
            </w:r>
          </w:p>
        </w:tc>
      </w:tr>
      <w:tr>
        <w:tc>
          <w:tcPr>
            <w:tcW w:type="dxa" w:w="1474"/>
          </w:tcPr>
          <w:p>
            <w:pPr>
              <w:spacing w:after="20" w:line="276" w:lineRule="auto"/>
            </w:pPr>
            <w:r>
              <w:rPr>
                <w:b/>
              </w:rPr>
            </w:r>
            <w:r>
              <w:rPr>
                <w:rFonts w:ascii="宋体" w:hAnsi="宋体" w:eastAsia="宋体"/>
                <w:b/>
                <w:sz w:val="18"/>
              </w:rPr>
              <w:t>动手操作，探究新知</w:t>
            </w:r>
          </w:p>
        </w:tc>
        <w:tc>
          <w:tcPr>
            <w:tcW w:type="dxa" w:w="3061"/>
          </w:tcPr>
          <w:p>
            <w:pPr>
              <w:spacing w:after="20" w:line="276" w:lineRule="auto"/>
            </w:pPr>
            <w:r/>
            <w:r>
              <w:rPr>
                <w:rFonts w:ascii="宋体" w:hAnsi="宋体" w:eastAsia="宋体"/>
                <w:b w:val="0"/>
                <w:sz w:val="18"/>
              </w:rPr>
              <w:t>1.独立尝试画垂线。</w:t>
            </w:r>
          </w:p>
          <w:p>
            <w:pPr>
              <w:spacing w:after="20" w:line="276" w:lineRule="auto"/>
            </w:pPr>
            <w:r>
              <w:rPr>
                <w:rFonts w:ascii="宋体" w:hAnsi="宋体" w:eastAsia="宋体"/>
                <w:b w:val="0"/>
                <w:sz w:val="18"/>
              </w:rPr>
              <w:t>师：请大家用三角尺上的直角或量角器画一画。</w:t>
            </w:r>
          </w:p>
          <w:p>
            <w:pPr>
              <w:spacing w:after="20" w:line="276" w:lineRule="auto"/>
            </w:pPr>
            <w:r>
              <w:rPr>
                <w:rFonts w:ascii="宋体" w:hAnsi="宋体" w:eastAsia="宋体"/>
                <w:b w:val="0"/>
                <w:sz w:val="18"/>
              </w:rPr>
              <w:t>教师巡视发现很多同学画得不标准，不正确。</w:t>
            </w:r>
          </w:p>
          <w:p>
            <w:pPr>
              <w:spacing w:after="20" w:line="276" w:lineRule="auto"/>
            </w:pPr>
            <w:r>
              <w:rPr>
                <w:rFonts w:ascii="宋体" w:hAnsi="宋体" w:eastAsia="宋体"/>
                <w:b w:val="0"/>
                <w:sz w:val="18"/>
              </w:rPr>
              <w:t>2.学习过直线上一点画这条直线的垂线的方法。</w:t>
            </w:r>
          </w:p>
          <w:p>
            <w:pPr>
              <w:spacing w:after="20" w:line="276" w:lineRule="auto"/>
            </w:pPr>
            <w:r>
              <w:rPr>
                <w:rFonts w:ascii="宋体" w:hAnsi="宋体" w:eastAsia="宋体"/>
                <w:b w:val="0"/>
                <w:sz w:val="18"/>
              </w:rPr>
              <w:t>课件出示教科书P72例2第（1）题。</w:t>
            </w:r>
          </w:p>
          <w:p>
            <w:pPr>
              <w:spacing w:after="20" w:line="276" w:lineRule="auto"/>
            </w:pPr>
            <w:r>
              <w:rPr>
                <w:rFonts w:ascii="宋体" w:hAnsi="宋体" w:eastAsia="宋体"/>
                <w:b w:val="0"/>
                <w:sz w:val="18"/>
              </w:rPr>
              <w:t>针对前面的画法，教师边纠正边用课件同步演示：先将三角尺的一条直角边与已知直线重合，然后沿着直线移动，让三角尺的直角顶点与直线上的点重合，最后沿三角尺的另一条直角边画一条直线，与已知直线相交于已知点，标上直角符号。（适时板书）</w:t>
            </w:r>
          </w:p>
          <w:p>
            <w:pPr>
              <w:spacing w:after="20" w:line="276" w:lineRule="auto"/>
            </w:pPr>
            <w:r>
              <w:rPr>
                <w:rFonts w:ascii="宋体" w:hAnsi="宋体" w:eastAsia="宋体"/>
                <w:b w:val="0"/>
                <w:sz w:val="18"/>
              </w:rPr>
              <w:t>3.学习过直线外一点画这条直线的垂线的方法。</w:t>
            </w:r>
          </w:p>
          <w:p>
            <w:pPr>
              <w:spacing w:after="20" w:line="276" w:lineRule="auto"/>
            </w:pPr>
            <w:r>
              <w:rPr>
                <w:rFonts w:ascii="宋体" w:hAnsi="宋体" w:eastAsia="宋体"/>
                <w:b w:val="0"/>
                <w:sz w:val="18"/>
              </w:rPr>
              <w:t>师：那如何过直线外一点画这条直线的垂线呢？</w:t>
            </w:r>
          </w:p>
          <w:p>
            <w:pPr>
              <w:spacing w:after="20" w:line="276" w:lineRule="auto"/>
            </w:pPr>
            <w:r>
              <w:rPr>
                <w:rFonts w:ascii="宋体" w:hAnsi="宋体" w:eastAsia="宋体"/>
                <w:b w:val="0"/>
                <w:sz w:val="18"/>
              </w:rPr>
              <w:t>课件出示教科书P72例2第（2）题。</w:t>
            </w:r>
          </w:p>
          <w:p>
            <w:pPr>
              <w:spacing w:after="20" w:line="276" w:lineRule="auto"/>
            </w:pPr>
            <w:r>
              <w:rPr>
                <w:rFonts w:ascii="宋体" w:hAnsi="宋体" w:eastAsia="宋体"/>
                <w:b w:val="0"/>
                <w:sz w:val="18"/>
              </w:rPr>
              <w:t>4.比较总结。</w:t>
            </w:r>
          </w:p>
          <w:p>
            <w:pPr>
              <w:spacing w:after="20" w:line="276" w:lineRule="auto"/>
            </w:pPr>
            <w:r>
              <w:rPr>
                <w:rFonts w:ascii="宋体" w:hAnsi="宋体" w:eastAsia="宋体"/>
                <w:b w:val="0"/>
                <w:sz w:val="18"/>
              </w:rPr>
              <w:t>师：比较画这两种垂线的相同之处。</w:t>
            </w:r>
          </w:p>
          <w:p>
            <w:pPr>
              <w:spacing w:after="20" w:line="276" w:lineRule="auto"/>
            </w:pPr>
            <w:r>
              <w:rPr>
                <w:rFonts w:ascii="宋体" w:hAnsi="宋体" w:eastAsia="宋体"/>
                <w:b w:val="0"/>
                <w:sz w:val="18"/>
              </w:rPr>
              <w:t>5.认识“点到直线的距离”。</w:t>
            </w:r>
          </w:p>
          <w:p>
            <w:pPr>
              <w:spacing w:after="20" w:line="276" w:lineRule="auto"/>
            </w:pPr>
            <w:r>
              <w:rPr>
                <w:rFonts w:ascii="宋体" w:hAnsi="宋体" w:eastAsia="宋体"/>
                <w:b w:val="0"/>
                <w:sz w:val="18"/>
              </w:rPr>
              <w:t>课件出示教科书P73例3。</w:t>
            </w:r>
          </w:p>
          <w:p>
            <w:pPr>
              <w:spacing w:after="20" w:line="276" w:lineRule="auto"/>
            </w:pPr>
            <w:r>
              <w:rPr>
                <w:rFonts w:ascii="宋体" w:hAnsi="宋体" w:eastAsia="宋体"/>
                <w:b w:val="0"/>
                <w:sz w:val="18"/>
              </w:rPr>
              <w:t>师：哪条线段最短呢？动手量一量。</w:t>
            </w:r>
          </w:p>
          <w:p>
            <w:pPr>
              <w:spacing w:after="20" w:line="276" w:lineRule="auto"/>
            </w:pPr>
            <w:r>
              <w:rPr>
                <w:rFonts w:ascii="宋体" w:hAnsi="宋体" w:eastAsia="宋体"/>
                <w:b w:val="0"/>
                <w:sz w:val="18"/>
              </w:rPr>
              <w:t>师：再试着从点A出发多画几条线段，还有更短的线段吗？（没有）</w:t>
            </w:r>
          </w:p>
          <w:p>
            <w:pPr>
              <w:spacing w:after="20" w:line="276" w:lineRule="auto"/>
            </w:pPr>
            <w:r>
              <w:rPr>
                <w:rFonts w:ascii="宋体" w:hAnsi="宋体" w:eastAsia="宋体"/>
                <w:b w:val="0"/>
                <w:sz w:val="18"/>
              </w:rPr>
              <w:t>师小结：从直线外一点到这条直线所画的垂直线段最短，它的长度叫作这点到直线的距离。（板书）</w:t>
            </w:r>
          </w:p>
        </w:tc>
        <w:tc>
          <w:tcPr>
            <w:tcW w:type="dxa" w:w="3061"/>
          </w:tcPr>
          <w:p>
            <w:pPr>
              <w:spacing w:after="20" w:line="276" w:lineRule="auto"/>
            </w:pPr>
            <w:r/>
            <w:r>
              <w:rPr>
                <w:rFonts w:ascii="宋体" w:hAnsi="宋体" w:eastAsia="宋体"/>
                <w:b w:val="0"/>
                <w:sz w:val="18"/>
              </w:rPr>
              <w:t>学生思考后尝试画图。</w:t>
            </w:r>
          </w:p>
          <w:p>
            <w:pPr>
              <w:spacing w:after="20" w:line="276" w:lineRule="auto"/>
            </w:pPr>
            <w:r>
              <w:rPr>
                <w:rFonts w:ascii="宋体" w:hAnsi="宋体" w:eastAsia="宋体"/>
                <w:b w:val="0"/>
                <w:sz w:val="18"/>
              </w:rPr>
              <w:t>学生汇报，总结方法：先将三角尺的一条直角边与已知直线重合，然后沿着直线移动，让三角尺的另一条直角边经过直线外的点，最后沿三角尺的另一条直角边画一条直线，与已知直线相交于一点，标上直角符号。（课件同步演示并适时板书）</w:t>
            </w:r>
          </w:p>
          <w:p>
            <w:pPr>
              <w:spacing w:after="20" w:line="276" w:lineRule="auto"/>
            </w:pPr>
            <w:r>
              <w:rPr>
                <w:rFonts w:ascii="宋体" w:hAnsi="宋体" w:eastAsia="宋体"/>
                <w:b w:val="0"/>
                <w:sz w:val="18"/>
              </w:rPr>
              <w:t>方法是一样的，都是在边线重合的基础上平移找点，然后沿另一条直角边画直线。</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设计递进式探究活动，引导学生在动手实践与合作交流中经历知识形成过程，突破本课重难点，核心问题："那如何过直线外一点画这条直线的垂线呢？"</w:t>
            </w:r>
          </w:p>
        </w:tc>
      </w:tr>
      <w:tr>
        <w:tc>
          <w:tcPr>
            <w:tcW w:type="dxa" w:w="1474"/>
          </w:tcPr>
          <w:p>
            <w:pPr>
              <w:spacing w:after="20" w:line="276" w:lineRule="auto"/>
            </w:pPr>
            <w:r>
              <w:rPr>
                <w:b/>
              </w:rPr>
            </w:r>
            <w:r>
              <w:rPr>
                <w:rFonts w:ascii="宋体" w:hAnsi="宋体" w:eastAsia="宋体"/>
                <w:b/>
                <w:sz w:val="18"/>
              </w:rPr>
              <w:t>巩固练习，拓展应用</w:t>
            </w:r>
          </w:p>
        </w:tc>
        <w:tc>
          <w:tcPr>
            <w:tcW w:type="dxa" w:w="3061"/>
          </w:tcPr>
          <w:p>
            <w:pPr>
              <w:spacing w:after="20" w:line="276" w:lineRule="auto"/>
            </w:pPr>
            <w:r/>
            <w:r>
              <w:rPr>
                <w:rFonts w:ascii="宋体" w:hAnsi="宋体" w:eastAsia="宋体"/>
                <w:b w:val="0"/>
                <w:sz w:val="18"/>
              </w:rPr>
              <w:t>课件出示教科书P73“做一做”第1～3题。</w:t>
            </w:r>
          </w:p>
          <w:p>
            <w:pPr>
              <w:spacing w:after="20" w:line="276" w:lineRule="auto"/>
            </w:pPr>
            <w:r>
              <w:rPr>
                <w:rFonts w:ascii="宋体" w:hAnsi="宋体" w:eastAsia="宋体"/>
                <w:b w:val="0"/>
                <w:sz w:val="18"/>
              </w:rPr>
              <w:t>第1题：用过直线上一点或过直线外一点画这条直线的垂线的方法画图。</w:t>
            </w:r>
          </w:p>
          <w:p>
            <w:pPr>
              <w:spacing w:after="20" w:line="276" w:lineRule="auto"/>
            </w:pPr>
            <w:r>
              <w:rPr>
                <w:rFonts w:ascii="宋体" w:hAnsi="宋体" w:eastAsia="宋体"/>
                <w:b w:val="0"/>
                <w:sz w:val="18"/>
              </w:rPr>
              <w:t>第2题：抓住“互相垂直”“线段”等关键字眼。</w:t>
            </w:r>
          </w:p>
          <w:p>
            <w:pPr>
              <w:spacing w:after="20" w:line="276" w:lineRule="auto"/>
            </w:pPr>
            <w:r>
              <w:rPr>
                <w:rFonts w:ascii="宋体" w:hAnsi="宋体" w:eastAsia="宋体"/>
                <w:b w:val="0"/>
                <w:sz w:val="18"/>
              </w:rPr>
              <w:t>第3题：可以理解为过直线外的A点作这条直线的垂线。</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在教学过直线上一点画这条直线的垂线时，放手让学生根据已有的知识经验来探索新知，让每个学生都能充分参与到学习中去，通过观察、操作、归纳，让学生自主总结画垂线的方法；接着让学生自主探究过直线外一点画已知直线垂线的方法，在充分感知、操作的基础上引导学生总结概括画垂线的一般方法、步骤，规范学生的语言表达，增强作图的规范性，为后面的学习打下良好的基础。</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画垂线及点到直线的距离</w:t>
      </w:r>
    </w:p>
    <w:p>
      <w:pPr>
        <w:spacing w:after="40" w:line="300" w:lineRule="auto"/>
      </w:pPr>
      <w:r>
        <w:rPr>
          <w:rFonts w:ascii="宋体" w:hAnsi="宋体" w:eastAsia="宋体"/>
          <w:b w:val="0"/>
          <w:sz w:val="20"/>
        </w:rPr>
        <w:t>从直线外一点到这条直线所画的垂直线段最短，它的长度叫作这点到直线的距离。</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教科书P72～73例2、例3。</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对于四年级的学生来说，动手作图是个难点。所以在设计时教师要尊重学生已有的认知经验，首先让学生自主画两条相互垂直的线，进而引导学生进行迁移类推，让他们去自主尝试过直线上或直线外一点画已知直线的垂线，并让学生用自己的语言尝试概括画图的步骤和方法，让学生在学习过程中获得成功的体验，这也为学生后续学习其他几何图形奠定了基础。</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画平行线</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画平行线</w:t>
            </w:r>
          </w:p>
        </w:tc>
        <w:tc>
          <w:tcPr>
            <w:tcW w:type="dxa" w:w="6009"/>
          </w:tcPr>
          <w:p>
            <w:pPr>
              <w:spacing w:after="20" w:line="276" w:lineRule="auto"/>
            </w:pPr>
            <w:r/>
            <w:r>
              <w:rPr>
                <w:rFonts w:ascii="宋体" w:hAnsi="宋体" w:eastAsia="宋体"/>
                <w:b w:val="0"/>
                <w:sz w:val="20"/>
              </w:rPr>
              <w:t>第5单元 平行四边形和梯形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的学生已经认识了直线、线段和射线的特点，初步认识了平行四边形，并学习了角的度量。而且平行和垂直现象在生活中处处可见，平行四边形和梯形在日常生活中也有着广泛的应用，学生头脑中已经积累了许多经验，因此通过教科书提供的一些图片，如楼梯栏杆、梯子等，让学生借助图片找出平行四边形和梯形，并研究它们的特征也不是一件很难的事。我们要做的是关注学生已有的生活经验和知识基础，让学生在观察、想象、操作、推理、交流等活动中，不断积累数学活动经验，初步培养学生的空间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教学内容：教科书P74例4。</w:t>
      </w:r>
    </w:p>
    <w:p>
      <w:pPr>
        <w:spacing w:after="80" w:line="300" w:lineRule="auto"/>
        <w:ind w:firstLine="400"/>
      </w:pPr>
      <w:r>
        <w:rPr>
          <w:rFonts w:ascii="宋体" w:hAnsi="宋体" w:eastAsia="宋体"/>
          <w:b w:val="0"/>
          <w:sz w:val="20"/>
        </w:rPr>
        <w:t>教学准备：课件、直尺、三角尺、圆规。</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（1）掌握用直尺和三角尺画平行线的方法，能独立过直线外一点画已知直线的平行线。</w:t>
      </w:r>
    </w:p>
    <w:p>
      <w:pPr>
        <w:spacing w:after="20" w:line="300" w:lineRule="auto"/>
        <w:ind w:firstLine="400"/>
      </w:pPr>
      <w:r>
        <w:rPr>
          <w:rFonts w:ascii="宋体" w:hAnsi="宋体" w:eastAsia="宋体"/>
          <w:b w:val="0"/>
          <w:sz w:val="20"/>
        </w:rPr>
        <w:t>（2）理解平行线间的距离处处相等的性质，能运用性质解释简单的几何现象。</w:t>
      </w:r>
    </w:p>
    <w:p>
      <w:pPr>
        <w:spacing w:after="20" w:line="300" w:lineRule="auto"/>
        <w:ind w:firstLine="400"/>
      </w:pPr>
      <w:r>
        <w:rPr>
          <w:rFonts w:ascii="宋体" w:hAnsi="宋体" w:eastAsia="宋体"/>
          <w:b w:val="0"/>
          <w:sz w:val="20"/>
        </w:rPr>
        <w:t>（3）感受数学与生活的联系，激发探究兴趣；养成严谨的作图习惯，体会平移在几何作图中的作用。</w:t>
      </w:r>
    </w:p>
    <w:p>
      <w:pPr>
        <w:spacing w:after="20" w:line="300" w:lineRule="auto"/>
      </w:pPr>
      <w:r>
        <w:rPr>
          <w:rFonts w:ascii="宋体" w:hAnsi="宋体" w:eastAsia="宋体"/>
          <w:b w:val="0"/>
          <w:sz w:val="20"/>
        </w:rPr>
        <w:t>教学重点：掌握用直尺和三角尺画平行线的步骤，能过直线外一点画已知直线的平行线。</w:t>
      </w:r>
    </w:p>
    <w:p>
      <w:pPr>
        <w:spacing w:after="20" w:line="300" w:lineRule="auto"/>
      </w:pPr>
      <w:r>
        <w:rPr>
          <w:rFonts w:ascii="宋体" w:hAnsi="宋体" w:eastAsia="宋体"/>
          <w:b w:val="0"/>
          <w:sz w:val="20"/>
        </w:rPr>
        <w:t>教学难点：理解并能初步运用平行线间的距离处处相等的性质。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什么是平行线？；如何用工具画出一组标准的平行线呢？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若没有方格图，这样画方便、准确吗？；为什么这样画能保证两条直线平行？</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课件、教科书P74～75</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今天学会了什么？画平行线的关键步骤是什么？平行线间的距离有什么特点？</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w:t>
            </w:r>
          </w:p>
        </w:tc>
        <w:tc>
          <w:tcPr>
            <w:tcW w:type="dxa" w:w="3061"/>
          </w:tcPr>
          <w:p>
            <w:pPr>
              <w:spacing w:after="20" w:line="276" w:lineRule="auto"/>
            </w:pPr>
            <w:r/>
            <w:r>
              <w:rPr>
                <w:rFonts w:ascii="宋体" w:hAnsi="宋体" w:eastAsia="宋体"/>
                <w:b w:val="0"/>
                <w:sz w:val="18"/>
              </w:rPr>
              <w:t>师：什么是平行线？举例生活中的平行线。</w:t>
            </w:r>
          </w:p>
          <w:p>
            <w:pPr>
              <w:spacing w:after="20" w:line="276" w:lineRule="auto"/>
            </w:pPr>
            <w:r>
              <w:rPr>
                <w:rFonts w:ascii="宋体" w:hAnsi="宋体" w:eastAsia="宋体"/>
                <w:b w:val="0"/>
                <w:sz w:val="18"/>
              </w:rPr>
              <w:t>师：如何用工具画出一组标准的平行线呢？今天我们就来学习画平行线。（板书课题：画平行线）</w:t>
            </w:r>
          </w:p>
        </w:tc>
        <w:tc>
          <w:tcPr>
            <w:tcW w:type="dxa" w:w="3061"/>
          </w:tcPr>
          <w:p>
            <w:pPr>
              <w:spacing w:after="20" w:line="276" w:lineRule="auto"/>
            </w:pPr>
            <w:r/>
            <w:r>
              <w:rPr>
                <w:rFonts w:ascii="宋体" w:hAnsi="宋体" w:eastAsia="宋体"/>
                <w:b w:val="0"/>
                <w:sz w:val="18"/>
              </w:rPr>
              <w:t>同一平面内永不相交的直线叫作平行线，如：黑板上下边、斑马线等。</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创设情境激活学生已有经验，自然引出本课学习内容，激发学习兴趣，核心问题："什么是平行线？"</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1.探究用直尺和三角尺画平行线的方法。</w:t>
            </w:r>
          </w:p>
          <w:p>
            <w:pPr>
              <w:spacing w:after="20" w:line="276" w:lineRule="auto"/>
            </w:pPr>
            <w:r>
              <w:rPr>
                <w:rFonts w:ascii="宋体" w:hAnsi="宋体" w:eastAsia="宋体"/>
                <w:b w:val="0"/>
                <w:sz w:val="18"/>
              </w:rPr>
              <w:t>课件出示教科书P74例4（1）。</w:t>
            </w:r>
          </w:p>
          <w:p>
            <w:pPr>
              <w:spacing w:after="20" w:line="276" w:lineRule="auto"/>
            </w:pPr>
            <w:r>
              <w:rPr>
                <w:rFonts w:ascii="宋体" w:hAnsi="宋体" w:eastAsia="宋体"/>
                <w:b w:val="0"/>
                <w:sz w:val="18"/>
              </w:rPr>
              <w:t>（1）教师演示沿直尺的对边或用直尺在方格纸上画平行线，提示沿着直尺的对边或方格纸上的格子画图。</w:t>
            </w:r>
          </w:p>
          <w:p>
            <w:pPr>
              <w:spacing w:after="20" w:line="276" w:lineRule="auto"/>
            </w:pPr>
            <w:r>
              <w:rPr>
                <w:rFonts w:ascii="宋体" w:hAnsi="宋体" w:eastAsia="宋体"/>
                <w:b w:val="0"/>
                <w:sz w:val="18"/>
              </w:rPr>
              <w:t>师：若没有方格图，这样画方便、准确吗？同桌讨论。</w:t>
            </w:r>
          </w:p>
          <w:p>
            <w:pPr>
              <w:spacing w:after="20" w:line="276" w:lineRule="auto"/>
            </w:pPr>
            <w:r>
              <w:rPr>
                <w:rFonts w:ascii="宋体" w:hAnsi="宋体" w:eastAsia="宋体"/>
                <w:b w:val="0"/>
                <w:sz w:val="18"/>
              </w:rPr>
              <w:t>（2）教学用三角尺画平行线并适时板书：①靠：把一个三角尺固定，另一个三角尺的一条直角边紧贴固定三角尺的斜边；②移：按住固定的三角尺不动，沿着紧贴的边平移另一个三角尺；③画：在移动前后，分别沿移动三角尺的直角边各画一条直线。</w:t>
            </w:r>
          </w:p>
          <w:p>
            <w:pPr>
              <w:spacing w:after="20" w:line="276" w:lineRule="auto"/>
            </w:pPr>
            <w:r>
              <w:rPr>
                <w:rFonts w:ascii="宋体" w:hAnsi="宋体" w:eastAsia="宋体"/>
                <w:b w:val="0"/>
                <w:sz w:val="18"/>
              </w:rPr>
              <w:t>师：为什么这样画能保证两条直线平行？</w:t>
            </w:r>
          </w:p>
          <w:p>
            <w:pPr>
              <w:spacing w:after="20" w:line="276" w:lineRule="auto"/>
            </w:pPr>
            <w:r>
              <w:rPr>
                <w:rFonts w:ascii="宋体" w:hAnsi="宋体" w:eastAsia="宋体"/>
                <w:b w:val="0"/>
                <w:sz w:val="18"/>
              </w:rPr>
              <w:t>2.探究平行线间的距离处处相等。</w:t>
            </w:r>
          </w:p>
          <w:p>
            <w:pPr>
              <w:spacing w:after="20" w:line="276" w:lineRule="auto"/>
            </w:pPr>
            <w:r>
              <w:rPr>
                <w:rFonts w:ascii="宋体" w:hAnsi="宋体" w:eastAsia="宋体"/>
                <w:b w:val="0"/>
                <w:sz w:val="18"/>
              </w:rPr>
              <w:t>课件出示教科书P74例4（2）。</w:t>
            </w:r>
          </w:p>
          <w:p>
            <w:pPr>
              <w:spacing w:after="20" w:line="276" w:lineRule="auto"/>
            </w:pPr>
            <w:r>
              <w:rPr>
                <w:rFonts w:ascii="宋体" w:hAnsi="宋体" w:eastAsia="宋体"/>
                <w:b w:val="0"/>
                <w:sz w:val="18"/>
              </w:rPr>
              <w:t>师：试着操作并同桌交流。</w:t>
            </w:r>
          </w:p>
          <w:p>
            <w:pPr>
              <w:spacing w:after="20" w:line="276" w:lineRule="auto"/>
            </w:pPr>
            <w:r>
              <w:rPr>
                <w:rFonts w:ascii="宋体" w:hAnsi="宋体" w:eastAsia="宋体"/>
                <w:b w:val="0"/>
                <w:sz w:val="18"/>
              </w:rPr>
              <w:t>②用圆规比一比，发现这些垂直的线段的长度都相等。</w:t>
            </w:r>
          </w:p>
          <w:p>
            <w:pPr>
              <w:spacing w:after="20" w:line="276" w:lineRule="auto"/>
            </w:pPr>
            <w:r>
              <w:rPr>
                <w:rFonts w:ascii="宋体" w:hAnsi="宋体" w:eastAsia="宋体"/>
                <w:b w:val="0"/>
                <w:sz w:val="18"/>
              </w:rPr>
              <w:t>师小结：平行线间的距离处处相等。（板书）</w:t>
            </w:r>
          </w:p>
          <w:p>
            <w:pPr>
              <w:spacing w:after="20" w:line="276" w:lineRule="auto"/>
            </w:pPr>
            <w:r>
              <w:rPr>
                <w:rFonts w:ascii="宋体" w:hAnsi="宋体" w:eastAsia="宋体"/>
                <w:b w:val="0"/>
                <w:sz w:val="18"/>
              </w:rPr>
              <w:t>师：想一想，你发现了什么？</w:t>
            </w:r>
          </w:p>
        </w:tc>
        <w:tc>
          <w:tcPr>
            <w:tcW w:type="dxa" w:w="3061"/>
          </w:tcPr>
          <w:p>
            <w:pPr>
              <w:spacing w:after="20" w:line="276" w:lineRule="auto"/>
            </w:pPr>
            <w:r/>
            <w:r>
              <w:rPr>
                <w:rFonts w:ascii="宋体" w:hAnsi="宋体" w:eastAsia="宋体"/>
                <w:b w:val="0"/>
                <w:sz w:val="18"/>
              </w:rPr>
              <w:t>学生模仿操作练习，然后小组讨论。</w:t>
            </w:r>
          </w:p>
          <w:p>
            <w:pPr>
              <w:spacing w:after="20" w:line="276" w:lineRule="auto"/>
            </w:pPr>
            <w:r>
              <w:rPr>
                <w:rFonts w:ascii="宋体" w:hAnsi="宋体" w:eastAsia="宋体"/>
                <w:b w:val="0"/>
                <w:sz w:val="18"/>
              </w:rPr>
              <w:t>①学生过a上任意一点作几条b的垂线段，用三角尺测量后发现：这些线段与a也互相垂直。</w:t>
            </w:r>
          </w:p>
          <w:p>
            <w:pPr>
              <w:spacing w:after="20" w:line="276" w:lineRule="auto"/>
            </w:pPr>
            <w:r>
              <w:rPr>
                <w:rFonts w:ascii="宋体" w:hAnsi="宋体" w:eastAsia="宋体"/>
                <w:b w:val="0"/>
                <w:sz w:val="18"/>
              </w:rPr>
              <w:t>这些垂线互相平行。</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设计递进式探究活动，引导学生在动手实践与合作交流中经历知识形成过程，突破本课重难点，核心问题："若没有方格图，这样画方便、准确吗？"</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课件依次出示教科书P74～75“做一做”第1～3题。</w:t>
            </w:r>
          </w:p>
          <w:p>
            <w:pPr>
              <w:spacing w:after="20" w:line="276" w:lineRule="auto"/>
            </w:pPr>
            <w:r>
              <w:rPr>
                <w:rFonts w:ascii="宋体" w:hAnsi="宋体" w:eastAsia="宋体"/>
                <w:b w:val="0"/>
                <w:sz w:val="18"/>
              </w:rPr>
              <w:t>第1题：提示：这里没有小方格，用直尺画可能会不准确，最好借助三角尺的直角边。</w:t>
            </w:r>
          </w:p>
          <w:p>
            <w:pPr>
              <w:spacing w:after="20" w:line="276" w:lineRule="auto"/>
            </w:pPr>
            <w:r>
              <w:rPr>
                <w:rFonts w:ascii="宋体" w:hAnsi="宋体" w:eastAsia="宋体"/>
                <w:b w:val="0"/>
                <w:sz w:val="18"/>
              </w:rPr>
              <w:t>第2题：通过观察发现：在同一平面内垂直于同一条直线的两条直线互相平行。</w:t>
            </w:r>
          </w:p>
          <w:p>
            <w:pPr>
              <w:spacing w:after="20" w:line="276" w:lineRule="auto"/>
            </w:pPr>
            <w:r>
              <w:rPr>
                <w:rFonts w:ascii="宋体" w:hAnsi="宋体" w:eastAsia="宋体"/>
                <w:b w:val="0"/>
                <w:sz w:val="18"/>
              </w:rPr>
              <w:t>第3题：提示：长方形的宽是相等的，且两条宽都垂直于长，所以两条长互相平行；同理两条宽也互相平行。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师：今天学会了什么？画平行线的关键步骤是什么？平行线间的距离有什么特点？</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观察演示、动手操作、小组探究，经历画平行线的全过程，发展空间观念与几何直观。让学生经历“画一画”“量一量”“比一比”“想一想”的过程，从而发现平行线间的距离处处相等，培养学生观察、思考、解决问题的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画平行线</w:t>
      </w:r>
    </w:p>
    <w:p>
      <w:pPr>
        <w:spacing w:after="40" w:line="300" w:lineRule="auto"/>
      </w:pPr>
      <w:r>
        <w:rPr>
          <w:rFonts w:ascii="宋体" w:hAnsi="宋体" w:eastAsia="宋体"/>
          <w:b w:val="0"/>
          <w:sz w:val="20"/>
        </w:rPr>
        <w:t>画平行线的方法：①靠；②移；③画。</w:t>
      </w:r>
    </w:p>
    <w:p>
      <w:pPr>
        <w:spacing w:after="40" w:line="300" w:lineRule="auto"/>
      </w:pPr>
      <w:r>
        <w:rPr>
          <w:rFonts w:ascii="宋体" w:hAnsi="宋体" w:eastAsia="宋体"/>
          <w:b w:val="0"/>
          <w:sz w:val="20"/>
        </w:rPr>
        <w:t>平行线间的距离处处相等。</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教科书P74例4。</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【原教学设计反思（供参考）】学生对平移三角尺的操作不是很熟练，特别是三角尺按的不紧，容易滑动；对于平行线间的距离处处相等的性质，要结合实例让学生加强理解。</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画长方形</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画长方形</w:t>
            </w:r>
          </w:p>
        </w:tc>
        <w:tc>
          <w:tcPr>
            <w:tcW w:type="dxa" w:w="6009"/>
          </w:tcPr>
          <w:p>
            <w:pPr>
              <w:spacing w:after="20" w:line="276" w:lineRule="auto"/>
            </w:pPr>
            <w:r/>
            <w:r>
              <w:rPr>
                <w:rFonts w:ascii="宋体" w:hAnsi="宋体" w:eastAsia="宋体"/>
                <w:b w:val="0"/>
                <w:sz w:val="20"/>
              </w:rPr>
              <w:t>第5单元 平行四边形和梯形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的学生已经认识了直线、线段和射线的特点，初步认识了平行四边形，并学习了角的度量。而且平行和垂直现象在生活中处处可见，平行四边形和梯形在日常生活中也有着广泛的应用，学生头脑中已经积累了许多经验，因此通过教科书提供的一些图片，如楼梯栏杆、梯子等，让学生借助图片找出平行四边形和梯形，并研究它们的特征也不是一件很难的事。我们要做的是关注学生已有的生活经验和知识基础，让学生在观察、想象、操作、推理、交流等活动中，不断积累数学活动经验，初步培养学生的空间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教学内容：教科书P75例5。</w:t>
      </w:r>
    </w:p>
    <w:p>
      <w:pPr>
        <w:spacing w:after="80" w:line="300" w:lineRule="auto"/>
        <w:ind w:firstLine="400"/>
      </w:pPr>
      <w:r>
        <w:rPr>
          <w:rFonts w:ascii="宋体" w:hAnsi="宋体" w:eastAsia="宋体"/>
          <w:b w:val="0"/>
          <w:sz w:val="20"/>
        </w:rPr>
        <w:t>教学准备：课件、直尺、三角尺、圆规。</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（1）会利用画垂线的方法准确地画一个已知长和宽的长方形。</w:t>
      </w:r>
    </w:p>
    <w:p>
      <w:pPr>
        <w:spacing w:after="20" w:line="300" w:lineRule="auto"/>
        <w:ind w:firstLine="400"/>
      </w:pPr>
      <w:r>
        <w:rPr>
          <w:rFonts w:ascii="宋体" w:hAnsi="宋体" w:eastAsia="宋体"/>
          <w:b w:val="0"/>
          <w:sz w:val="20"/>
        </w:rPr>
        <w:t>（2）经历解决“画长方形”问题的过程，体验类推的思想和方法。</w:t>
      </w:r>
    </w:p>
    <w:p>
      <w:pPr>
        <w:spacing w:after="20" w:line="300" w:lineRule="auto"/>
        <w:ind w:firstLine="400"/>
      </w:pPr>
      <w:r>
        <w:rPr>
          <w:rFonts w:ascii="宋体" w:hAnsi="宋体" w:eastAsia="宋体"/>
          <w:b w:val="0"/>
          <w:sz w:val="20"/>
        </w:rPr>
        <w:t>（3）通过活动，培养学生的合作能力和交流能力，让学生体验数学知识在生活中的应用，体会成功的喜悦，激发学生学习数学的兴趣。</w:t>
      </w:r>
    </w:p>
    <w:p>
      <w:pPr>
        <w:spacing w:after="20" w:line="300" w:lineRule="auto"/>
      </w:pPr>
      <w:r>
        <w:rPr>
          <w:rFonts w:ascii="宋体" w:hAnsi="宋体" w:eastAsia="宋体"/>
          <w:b w:val="0"/>
          <w:sz w:val="20"/>
        </w:rPr>
        <w:t>教学重点：掌握长方形的画法。</w:t>
      </w:r>
    </w:p>
    <w:p>
      <w:pPr>
        <w:spacing w:after="20" w:line="300" w:lineRule="auto"/>
      </w:pPr>
      <w:r>
        <w:rPr>
          <w:rFonts w:ascii="宋体" w:hAnsi="宋体" w:eastAsia="宋体"/>
          <w:b w:val="0"/>
          <w:sz w:val="20"/>
        </w:rPr>
        <w:t>教学难点：准确地画出长方形，应用垂直与平行知识解决实际问题。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复习旧知，激趣导入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同学们认识这个图形吗？它有什么特点呢？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自主探究，掌握新知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认真读题，你获得了什么信息？；该怎样画这样的长方形呢？先画什么？再画什么？</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正方形有什么特征？我们已经会画长方形了，你们能用同样的方法再画一个正方形吗？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复习旧知，激趣导入</w:t>
            </w:r>
          </w:p>
        </w:tc>
        <w:tc>
          <w:tcPr>
            <w:tcW w:type="dxa" w:w="3061"/>
          </w:tcPr>
          <w:p>
            <w:pPr>
              <w:spacing w:after="20" w:line="276" w:lineRule="auto"/>
            </w:pPr>
            <w:r/>
            <w:r>
              <w:rPr>
                <w:rFonts w:ascii="宋体" w:hAnsi="宋体" w:eastAsia="宋体"/>
                <w:b w:val="0"/>
                <w:sz w:val="18"/>
              </w:rPr>
              <w:t>课件出示一个长方形。</w:t>
            </w:r>
          </w:p>
          <w:p>
            <w:pPr>
              <w:spacing w:after="20" w:line="276" w:lineRule="auto"/>
            </w:pPr>
            <w:r>
              <w:rPr>
                <w:rFonts w:ascii="宋体" w:hAnsi="宋体" w:eastAsia="宋体"/>
                <w:b w:val="0"/>
                <w:sz w:val="18"/>
              </w:rPr>
              <w:t>师：同学们认识这个图形吗？它有什么特点呢？</w:t>
            </w:r>
          </w:p>
          <w:p>
            <w:pPr>
              <w:spacing w:after="20" w:line="276" w:lineRule="auto"/>
            </w:pPr>
            <w:r>
              <w:rPr>
                <w:rFonts w:ascii="宋体" w:hAnsi="宋体" w:eastAsia="宋体"/>
                <w:b w:val="0"/>
                <w:sz w:val="18"/>
              </w:rPr>
              <w:t>师：今天这节课我们就一起来学习画长方形。（板书课题：画长方形）</w:t>
            </w:r>
          </w:p>
        </w:tc>
        <w:tc>
          <w:tcPr>
            <w:tcW w:type="dxa" w:w="3061"/>
          </w:tcPr>
          <w:p>
            <w:pPr>
              <w:spacing w:after="20" w:line="276" w:lineRule="auto"/>
            </w:pPr>
            <w:r/>
            <w:r>
              <w:rPr>
                <w:rFonts w:ascii="宋体" w:hAnsi="宋体" w:eastAsia="宋体"/>
                <w:b w:val="0"/>
                <w:sz w:val="18"/>
              </w:rPr>
              <w:t>学生都能很快说出这个图形是长方形。学生可能会说它有四条边，长方形对边相等。对边互相平行、邻边互相垂直的特征学生估计不容易想到，教师可引导学生从边的位置关系来思考并发现。</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创设情境激活学生已有经验，自然引出本课学习内容，激发学习兴趣，核心问题："同学们认识这个图形吗？它有什么特点呢？"</w:t>
            </w:r>
          </w:p>
        </w:tc>
      </w:tr>
      <w:tr>
        <w:tc>
          <w:tcPr>
            <w:tcW w:type="dxa" w:w="1474"/>
          </w:tcPr>
          <w:p>
            <w:pPr>
              <w:spacing w:after="20" w:line="276" w:lineRule="auto"/>
            </w:pPr>
            <w:r>
              <w:rPr>
                <w:b/>
              </w:rPr>
            </w:r>
            <w:r>
              <w:rPr>
                <w:rFonts w:ascii="宋体" w:hAnsi="宋体" w:eastAsia="宋体"/>
                <w:b/>
                <w:sz w:val="18"/>
              </w:rPr>
              <w:t>自主探究，掌握新知</w:t>
            </w:r>
          </w:p>
        </w:tc>
        <w:tc>
          <w:tcPr>
            <w:tcW w:type="dxa" w:w="3061"/>
          </w:tcPr>
          <w:p>
            <w:pPr>
              <w:spacing w:after="20" w:line="276" w:lineRule="auto"/>
            </w:pPr>
            <w:r/>
            <w:r>
              <w:rPr>
                <w:rFonts w:ascii="宋体" w:hAnsi="宋体" w:eastAsia="宋体"/>
                <w:b w:val="0"/>
                <w:sz w:val="18"/>
              </w:rPr>
              <w:t>1.理解题意。</w:t>
            </w:r>
          </w:p>
          <w:p>
            <w:pPr>
              <w:spacing w:after="20" w:line="276" w:lineRule="auto"/>
            </w:pPr>
            <w:r>
              <w:rPr>
                <w:rFonts w:ascii="宋体" w:hAnsi="宋体" w:eastAsia="宋体"/>
                <w:b w:val="0"/>
                <w:sz w:val="18"/>
              </w:rPr>
              <w:t>课件出示教科书P75例5。</w:t>
            </w:r>
          </w:p>
          <w:p>
            <w:pPr>
              <w:spacing w:after="20" w:line="276" w:lineRule="auto"/>
            </w:pPr>
            <w:r>
              <w:rPr>
                <w:rFonts w:ascii="宋体" w:hAnsi="宋体" w:eastAsia="宋体"/>
                <w:b w:val="0"/>
                <w:sz w:val="18"/>
              </w:rPr>
              <w:t>师：认真读题，你获得了什么信息？</w:t>
            </w:r>
          </w:p>
          <w:p>
            <w:pPr>
              <w:spacing w:after="20" w:line="276" w:lineRule="auto"/>
            </w:pPr>
            <w:r>
              <w:rPr>
                <w:rFonts w:ascii="宋体" w:hAnsi="宋体" w:eastAsia="宋体"/>
                <w:b w:val="0"/>
                <w:sz w:val="18"/>
              </w:rPr>
              <w:t>2.分析画法。</w:t>
            </w:r>
          </w:p>
          <w:p>
            <w:pPr>
              <w:spacing w:after="20" w:line="276" w:lineRule="auto"/>
            </w:pPr>
            <w:r>
              <w:rPr>
                <w:rFonts w:ascii="宋体" w:hAnsi="宋体" w:eastAsia="宋体"/>
                <w:b w:val="0"/>
                <w:sz w:val="18"/>
              </w:rPr>
              <w:t>师：该怎样画这样的长方形呢？先画什么？再画什么？</w:t>
            </w:r>
          </w:p>
          <w:p>
            <w:pPr>
              <w:spacing w:after="20" w:line="276" w:lineRule="auto"/>
            </w:pPr>
            <w:r>
              <w:rPr>
                <w:rFonts w:ascii="宋体" w:hAnsi="宋体" w:eastAsia="宋体"/>
                <w:b w:val="0"/>
                <w:sz w:val="18"/>
              </w:rPr>
              <w:t>师：画垂线时，一定要把两条直线画垂直，才能把长方形画标准；或者直接用三角尺的直角边画。（课件同步演示）</w:t>
            </w:r>
          </w:p>
          <w:p>
            <w:pPr>
              <w:spacing w:after="20" w:line="276" w:lineRule="auto"/>
            </w:pPr>
            <w:r>
              <w:rPr>
                <w:rFonts w:ascii="宋体" w:hAnsi="宋体" w:eastAsia="宋体"/>
                <w:b w:val="0"/>
                <w:sz w:val="18"/>
              </w:rPr>
              <w:t>师：还可以怎样画？</w:t>
            </w:r>
          </w:p>
          <w:p>
            <w:pPr>
              <w:spacing w:after="20" w:line="276" w:lineRule="auto"/>
            </w:pPr>
            <w:r>
              <w:rPr>
                <w:rFonts w:ascii="宋体" w:hAnsi="宋体" w:eastAsia="宋体"/>
                <w:b w:val="0"/>
                <w:sz w:val="18"/>
              </w:rPr>
              <w:t>教师根据学生的回答课件展示不同的画法。</w:t>
            </w:r>
          </w:p>
          <w:p>
            <w:pPr>
              <w:spacing w:after="20" w:line="276" w:lineRule="auto"/>
            </w:pPr>
            <w:r>
              <w:rPr>
                <w:rFonts w:ascii="宋体" w:hAnsi="宋体" w:eastAsia="宋体"/>
                <w:b w:val="0"/>
                <w:sz w:val="18"/>
              </w:rPr>
              <w:t>3.总结画法，形成经验。</w:t>
            </w:r>
          </w:p>
          <w:p>
            <w:pPr>
              <w:spacing w:after="20" w:line="276" w:lineRule="auto"/>
            </w:pPr>
            <w:r>
              <w:rPr>
                <w:rFonts w:ascii="宋体" w:hAnsi="宋体" w:eastAsia="宋体"/>
                <w:b w:val="0"/>
                <w:sz w:val="18"/>
              </w:rPr>
              <w:t>师：虽然大家的方法有些地方不同，但也有很多相同的地方。讨论一下，画长方形的共同点是什么？</w:t>
            </w:r>
          </w:p>
          <w:p>
            <w:pPr>
              <w:spacing w:after="20" w:line="276" w:lineRule="auto"/>
            </w:pPr>
            <w:r>
              <w:rPr>
                <w:rFonts w:ascii="宋体" w:hAnsi="宋体" w:eastAsia="宋体"/>
                <w:b w:val="0"/>
                <w:sz w:val="18"/>
              </w:rPr>
              <w:t>师生小结画长方形的步骤：（1）先画一条长或宽；（2）再过端点画它的两条长度相等的垂线；（3）最后连点成线。（板书）</w:t>
            </w:r>
          </w:p>
          <w:p>
            <w:pPr>
              <w:spacing w:after="20" w:line="276" w:lineRule="auto"/>
            </w:pPr>
            <w:r>
              <w:rPr>
                <w:rFonts w:ascii="宋体" w:hAnsi="宋体" w:eastAsia="宋体"/>
                <w:b w:val="0"/>
                <w:sz w:val="18"/>
              </w:rPr>
              <w:t>4.检验画法。</w:t>
            </w:r>
          </w:p>
          <w:p>
            <w:pPr>
              <w:spacing w:after="20" w:line="276" w:lineRule="auto"/>
            </w:pPr>
            <w:r>
              <w:rPr>
                <w:rFonts w:ascii="宋体" w:hAnsi="宋体" w:eastAsia="宋体"/>
                <w:b w:val="0"/>
                <w:sz w:val="18"/>
              </w:rPr>
              <w:t>师：该怎么检查我们画的长方形是否规范呢？</w:t>
            </w:r>
          </w:p>
        </w:tc>
        <w:tc>
          <w:tcPr>
            <w:tcW w:type="dxa" w:w="3061"/>
          </w:tcPr>
          <w:p>
            <w:pPr>
              <w:spacing w:after="20" w:line="276" w:lineRule="auto"/>
            </w:pPr>
            <w:r/>
            <w:r>
              <w:rPr>
                <w:rFonts w:ascii="宋体" w:hAnsi="宋体" w:eastAsia="宋体"/>
                <w:b w:val="0"/>
                <w:sz w:val="18"/>
              </w:rPr>
              <w:t>题目要求的是根据题目给出的两条线段画一个长方形。</w:t>
            </w:r>
          </w:p>
          <w:p>
            <w:pPr>
              <w:spacing w:after="20" w:line="276" w:lineRule="auto"/>
            </w:pPr>
            <w:r>
              <w:rPr>
                <w:rFonts w:ascii="宋体" w:hAnsi="宋体" w:eastAsia="宋体"/>
                <w:b w:val="0"/>
                <w:sz w:val="18"/>
              </w:rPr>
              <w:t>学生可能会想到长方形的邻边互相垂直，可以用三角尺的直角画边。</w:t>
            </w:r>
          </w:p>
          <w:p>
            <w:pPr>
              <w:spacing w:after="20" w:line="276" w:lineRule="auto"/>
            </w:pPr>
            <w:r>
              <w:rPr>
                <w:rFonts w:ascii="宋体" w:hAnsi="宋体" w:eastAsia="宋体"/>
                <w:b w:val="0"/>
                <w:sz w:val="18"/>
              </w:rPr>
              <w:t>学生独立完成，教师找出有代表性的进行指导。</w:t>
            </w:r>
          </w:p>
          <w:p>
            <w:pPr>
              <w:spacing w:after="20" w:line="276" w:lineRule="auto"/>
            </w:pPr>
            <w:r>
              <w:rPr>
                <w:rFonts w:ascii="宋体" w:hAnsi="宋体" w:eastAsia="宋体"/>
                <w:b w:val="0"/>
                <w:sz w:val="18"/>
              </w:rPr>
              <w:t>预设1：还可以用画垂线的方法来画。</w:t>
            </w:r>
          </w:p>
          <w:p>
            <w:pPr>
              <w:spacing w:after="20" w:line="276" w:lineRule="auto"/>
            </w:pPr>
            <w:r>
              <w:rPr>
                <w:rFonts w:ascii="宋体" w:hAnsi="宋体" w:eastAsia="宋体"/>
                <w:b w:val="0"/>
                <w:sz w:val="18"/>
              </w:rPr>
              <w:t>预设2：还可以在方格纸和点子图上画。</w:t>
            </w:r>
          </w:p>
          <w:p>
            <w:pPr>
              <w:spacing w:after="20" w:line="276" w:lineRule="auto"/>
            </w:pPr>
            <w:r>
              <w:rPr>
                <w:rFonts w:ascii="宋体" w:hAnsi="宋体" w:eastAsia="宋体"/>
                <w:b w:val="0"/>
                <w:sz w:val="18"/>
              </w:rPr>
              <w:t>利用三角尺上的直角来量一量邻边是否垂直，再用直尺或圆规来测一测长和宽的长度是否符合要求。</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设计递进式探究活动，引导学生在动手实践与合作交流中经历知识形成过程，突破本课重难点，核心问题："认真读题，你获得了什么信息？"</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1.课件出示教科书P75“做一做”第1题。</w:t>
            </w:r>
          </w:p>
          <w:p>
            <w:pPr>
              <w:spacing w:after="20" w:line="276" w:lineRule="auto"/>
            </w:pPr>
            <w:r>
              <w:rPr>
                <w:rFonts w:ascii="宋体" w:hAnsi="宋体" w:eastAsia="宋体"/>
                <w:b w:val="0"/>
                <w:sz w:val="18"/>
              </w:rPr>
              <w:t>师：请用“先……再……最后……”说一说你是怎样画出这个长方形的。</w:t>
            </w:r>
          </w:p>
          <w:p>
            <w:pPr>
              <w:spacing w:after="20" w:line="276" w:lineRule="auto"/>
            </w:pPr>
            <w:r>
              <w:rPr>
                <w:rFonts w:ascii="宋体" w:hAnsi="宋体" w:eastAsia="宋体"/>
                <w:b w:val="0"/>
                <w:sz w:val="18"/>
              </w:rPr>
              <w:t>2.课件出示教科书P75“做一做”第2题。</w:t>
            </w:r>
          </w:p>
          <w:p>
            <w:pPr>
              <w:spacing w:after="20" w:line="276" w:lineRule="auto"/>
            </w:pPr>
            <w:r>
              <w:rPr>
                <w:rFonts w:ascii="宋体" w:hAnsi="宋体" w:eastAsia="宋体"/>
                <w:b w:val="0"/>
                <w:sz w:val="18"/>
              </w:rPr>
              <w:t>师：正方形有什么特征？我们已经会画长方形了，你们能用同样的方法再画一个正方形吗？试试看。</w:t>
            </w:r>
          </w:p>
        </w:tc>
        <w:tc>
          <w:tcPr>
            <w:tcW w:type="dxa" w:w="3061"/>
          </w:tcPr>
          <w:p>
            <w:pPr>
              <w:spacing w:after="20" w:line="276" w:lineRule="auto"/>
            </w:pPr>
            <w:r/>
            <w:r>
              <w:rPr>
                <w:rFonts w:ascii="宋体" w:hAnsi="宋体" w:eastAsia="宋体"/>
                <w:b w:val="0"/>
                <w:sz w:val="18"/>
              </w:rPr>
              <w:t>学生独立画图后集体交流。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通过有层次的练习及时反馈学情，巩固新知，培养学生灵活运用知识解决问题的能力，核心问题："正方形有什么特征？我们已经会画长方形了，你们能用同样的方法再画一个正方形吗？"</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师：同学们，今天的数学课你有哪些收获？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回忆旧知识，让学生从长方形特征中提取出互相垂直的线段，构建了新旧知识间的联系，为探究新知奠定了基础。给学生足够的思考时间构建画法，放手让学生根据已有的知识经验来获取新知，通过观察、操作，让学生自主总结画法，并让学生养成解决问题后及时检验的好习惯。</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画长方形</w:t>
      </w:r>
    </w:p>
    <w:p>
      <w:pPr>
        <w:spacing w:after="40" w:line="300" w:lineRule="auto"/>
      </w:pPr>
      <w:r>
        <w:rPr>
          <w:rFonts w:ascii="宋体" w:hAnsi="宋体" w:eastAsia="宋体"/>
          <w:b w:val="0"/>
          <w:sz w:val="20"/>
        </w:rPr>
        <w:t>画长方形的步骤：</w:t>
      </w:r>
    </w:p>
    <w:p>
      <w:pPr>
        <w:spacing w:after="40" w:line="300" w:lineRule="auto"/>
      </w:pPr>
      <w:r>
        <w:rPr>
          <w:rFonts w:ascii="宋体" w:hAnsi="宋体" w:eastAsia="宋体"/>
          <w:b w:val="0"/>
          <w:sz w:val="20"/>
        </w:rPr>
        <w:t>（1）先画一条长或宽；</w:t>
      </w:r>
    </w:p>
    <w:p>
      <w:pPr>
        <w:spacing w:after="40" w:line="300" w:lineRule="auto"/>
      </w:pPr>
      <w:r>
        <w:rPr>
          <w:rFonts w:ascii="宋体" w:hAnsi="宋体" w:eastAsia="宋体"/>
          <w:b w:val="0"/>
          <w:sz w:val="20"/>
        </w:rPr>
        <w:t>（2）再过端点画它的两条长度相等的垂线；</w:t>
      </w:r>
    </w:p>
    <w:p>
      <w:pPr>
        <w:spacing w:after="40" w:line="300" w:lineRule="auto"/>
      </w:pPr>
      <w:r>
        <w:rPr>
          <w:rFonts w:ascii="宋体" w:hAnsi="宋体" w:eastAsia="宋体"/>
          <w:b w:val="0"/>
          <w:sz w:val="20"/>
        </w:rPr>
        <w:t>（3）最后连点成线。</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教科书P75例5。</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画长方形是规范学生数学语言和作图习惯的关键，也是本节课的难点。所以，在设计教学时，教师从观察图形入手引出长方形并引导学生搜索、提取新旧知识间的内在联系，再放手让学生自主探究作图方法，通过展示、辨析得出画法，并在后续的练习中反复熟悉画法，这样做有效地突破了难点，并落实了重点。</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认识平行四边形</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认识平行四边形</w:t>
            </w:r>
          </w:p>
        </w:tc>
        <w:tc>
          <w:tcPr>
            <w:tcW w:type="dxa" w:w="6009"/>
          </w:tcPr>
          <w:p>
            <w:pPr>
              <w:spacing w:after="20" w:line="276" w:lineRule="auto"/>
            </w:pPr>
            <w:r/>
            <w:r>
              <w:rPr>
                <w:rFonts w:ascii="宋体" w:hAnsi="宋体" w:eastAsia="宋体"/>
                <w:b w:val="0"/>
                <w:sz w:val="20"/>
              </w:rPr>
              <w:t>第5单元 平行四边形和梯形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的学生已经认识了直线、线段和射线的特点，初步认识了平行四边形，并学习了角的度量。而且平行和垂直现象在生活中处处可见，平行四边形和梯形在日常生活中也有着广泛的应用，学生头脑中已经积累了许多经验，因此通过教科书提供的一些图片，如楼梯栏杆、梯子等，让学生借助图片找出平行四边形和梯形，并研究它们的特征也不是一件很难的事。我们要做的是关注学生已有的生活经验和知识基础，让学生在观察、想象、操作、推理、交流等活动中，不断积累数学活动经验，初步培养学生的空间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教学内容：教科书P78～79例6。</w:t>
      </w:r>
    </w:p>
    <w:p>
      <w:pPr>
        <w:spacing w:after="80" w:line="300" w:lineRule="auto"/>
        <w:ind w:firstLine="400"/>
      </w:pPr>
      <w:r>
        <w:rPr>
          <w:rFonts w:ascii="宋体" w:hAnsi="宋体" w:eastAsia="宋体"/>
          <w:b w:val="0"/>
          <w:sz w:val="20"/>
        </w:rPr>
        <w:t>教学准备：课件、三角尺、圆规、量角器、画有平行四边形的纸。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（1）结合生活经验和已有知识，认识和理解平行四边形的概念，掌握平行四边形的特征。</w:t>
      </w:r>
    </w:p>
    <w:p>
      <w:pPr>
        <w:spacing w:after="20" w:line="300" w:lineRule="auto"/>
        <w:ind w:firstLine="400"/>
      </w:pPr>
      <w:r>
        <w:rPr>
          <w:rFonts w:ascii="宋体" w:hAnsi="宋体" w:eastAsia="宋体"/>
          <w:b w:val="0"/>
          <w:sz w:val="20"/>
        </w:rPr>
        <w:t>（2）在使用圆规和量角器的操作活动中，探索平行四边形的特征，发展空间观念。</w:t>
      </w:r>
    </w:p>
    <w:p>
      <w:pPr>
        <w:spacing w:after="20" w:line="300" w:lineRule="auto"/>
        <w:ind w:firstLine="400"/>
      </w:pPr>
      <w:r>
        <w:rPr>
          <w:rFonts w:ascii="宋体" w:hAnsi="宋体" w:eastAsia="宋体"/>
          <w:b w:val="0"/>
          <w:sz w:val="20"/>
        </w:rPr>
        <w:t>（3）通过平行四边形在生活中的应用，引导学生感受数学的美，体会数学的价值。</w:t>
      </w:r>
    </w:p>
    <w:p>
      <w:pPr>
        <w:spacing w:after="20" w:line="300" w:lineRule="auto"/>
      </w:pPr>
      <w:r>
        <w:rPr>
          <w:rFonts w:ascii="宋体" w:hAnsi="宋体" w:eastAsia="宋体"/>
          <w:b w:val="0"/>
          <w:sz w:val="20"/>
        </w:rPr>
        <w:t>教学重点：理解平行四边形的概念及特征。</w:t>
      </w:r>
    </w:p>
    <w:p>
      <w:pPr>
        <w:spacing w:after="20" w:line="300" w:lineRule="auto"/>
      </w:pPr>
      <w:r>
        <w:rPr>
          <w:rFonts w:ascii="宋体" w:hAnsi="宋体" w:eastAsia="宋体"/>
          <w:b w:val="0"/>
          <w:sz w:val="20"/>
        </w:rPr>
        <w:t>教学难点：能正确测量平行四边形的边长和角的大小。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谈话引入</w:t>
            </w:r>
          </w:p>
        </w:tc>
        <w:tc>
          <w:tcPr>
            <w:tcW w:type="dxa" w:w="1814"/>
          </w:tcPr>
          <w:p>
            <w:pPr>
              <w:spacing w:after="20" w:line="276" w:lineRule="auto"/>
            </w:pPr>
            <w:r/>
            <w:r>
              <w:rPr>
                <w:rFonts w:ascii="宋体" w:hAnsi="宋体" w:eastAsia="宋体"/>
                <w:b w:val="0"/>
                <w:sz w:val="18"/>
              </w:rPr>
              <w:t>课件、教科书、图片</w:t>
            </w:r>
          </w:p>
        </w:tc>
        <w:tc>
          <w:tcPr>
            <w:tcW w:type="dxa" w:w="3402"/>
          </w:tcPr>
          <w:p>
            <w:pPr>
              <w:spacing w:after="20" w:line="276" w:lineRule="auto"/>
            </w:pPr>
            <w:r/>
            <w:r>
              <w:rPr>
                <w:rFonts w:ascii="宋体" w:hAnsi="宋体" w:eastAsia="宋体"/>
                <w:b w:val="0"/>
                <w:sz w:val="18"/>
              </w:rPr>
              <w:t>说一说在哪些地方见过平行四边形？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合作探究，掌握特征</w:t>
            </w:r>
          </w:p>
        </w:tc>
        <w:tc>
          <w:tcPr>
            <w:tcW w:type="dxa" w:w="1814"/>
          </w:tcPr>
          <w:p>
            <w:pPr>
              <w:spacing w:after="20" w:line="276" w:lineRule="auto"/>
            </w:pPr>
            <w:r/>
            <w:r>
              <w:rPr>
                <w:rFonts w:ascii="宋体" w:hAnsi="宋体" w:eastAsia="宋体"/>
                <w:b w:val="0"/>
                <w:sz w:val="18"/>
              </w:rPr>
              <w:t>课件、教科书P78～79</w:t>
            </w:r>
          </w:p>
        </w:tc>
        <w:tc>
          <w:tcPr>
            <w:tcW w:type="dxa" w:w="3402"/>
          </w:tcPr>
          <w:p>
            <w:pPr>
              <w:spacing w:after="20" w:line="276" w:lineRule="auto"/>
            </w:pPr>
            <w:r/>
            <w:r>
              <w:rPr>
                <w:rFonts w:ascii="宋体" w:hAnsi="宋体" w:eastAsia="宋体"/>
                <w:b w:val="0"/>
                <w:sz w:val="18"/>
              </w:rPr>
              <w:t>观察平行四边形，猜一猜它的边和角有什么特点？；用圆规分别比平行四边形的两组对边，你发现了什么？</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巩固练习，拓展应用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谈话引入</w:t>
            </w:r>
          </w:p>
        </w:tc>
        <w:tc>
          <w:tcPr>
            <w:tcW w:type="dxa" w:w="3061"/>
          </w:tcPr>
          <w:p>
            <w:pPr>
              <w:spacing w:after="20" w:line="276" w:lineRule="auto"/>
            </w:pPr>
            <w:r/>
            <w:r>
              <w:rPr>
                <w:rFonts w:ascii="宋体" w:hAnsi="宋体" w:eastAsia="宋体"/>
                <w:b w:val="0"/>
                <w:sz w:val="18"/>
              </w:rPr>
              <w:t>师：说一说在哪些地方见过平行四边形？</w:t>
            </w:r>
          </w:p>
          <w:p>
            <w:pPr>
              <w:spacing w:after="20" w:line="276" w:lineRule="auto"/>
            </w:pPr>
            <w:r>
              <w:rPr>
                <w:rFonts w:ascii="宋体" w:hAnsi="宋体" w:eastAsia="宋体"/>
                <w:b w:val="0"/>
                <w:sz w:val="18"/>
              </w:rPr>
              <w:t>课件出示教科书P78的图片，并在图中抽象出平行四边形。</w:t>
            </w:r>
          </w:p>
          <w:p>
            <w:pPr>
              <w:spacing w:after="20" w:line="276" w:lineRule="auto"/>
            </w:pPr>
            <w:r>
              <w:rPr>
                <w:rFonts w:ascii="宋体" w:hAnsi="宋体" w:eastAsia="宋体"/>
                <w:b w:val="0"/>
                <w:sz w:val="18"/>
              </w:rPr>
              <w:t>师：像这样的图形就是平行四边形。今天这节课我们一起认识平行四边形。（板书课题：认识平行四边形）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创设情境激活学生已有经验，自然引出本课学习内容，激发学习兴趣，核心问题："说一说在哪些地方见过平行四边形？"</w:t>
            </w:r>
          </w:p>
        </w:tc>
      </w:tr>
      <w:tr>
        <w:tc>
          <w:tcPr>
            <w:tcW w:type="dxa" w:w="1474"/>
          </w:tcPr>
          <w:p>
            <w:pPr>
              <w:spacing w:after="20" w:line="276" w:lineRule="auto"/>
            </w:pPr>
            <w:r>
              <w:rPr>
                <w:b/>
              </w:rPr>
            </w:r>
            <w:r>
              <w:rPr>
                <w:rFonts w:ascii="宋体" w:hAnsi="宋体" w:eastAsia="宋体"/>
                <w:b/>
                <w:sz w:val="18"/>
              </w:rPr>
              <w:t>合作探究，掌握特征</w:t>
            </w:r>
          </w:p>
        </w:tc>
        <w:tc>
          <w:tcPr>
            <w:tcW w:type="dxa" w:w="3061"/>
          </w:tcPr>
          <w:p>
            <w:pPr>
              <w:spacing w:after="20" w:line="276" w:lineRule="auto"/>
            </w:pPr>
            <w:r/>
            <w:r>
              <w:rPr>
                <w:rFonts w:ascii="宋体" w:hAnsi="宋体" w:eastAsia="宋体"/>
                <w:b w:val="0"/>
                <w:sz w:val="18"/>
              </w:rPr>
              <w:t>1.提出猜想。</w:t>
            </w:r>
          </w:p>
          <w:p>
            <w:pPr>
              <w:spacing w:after="20" w:line="276" w:lineRule="auto"/>
            </w:pPr>
            <w:r>
              <w:rPr>
                <w:rFonts w:ascii="宋体" w:hAnsi="宋体" w:eastAsia="宋体"/>
                <w:b w:val="0"/>
                <w:sz w:val="18"/>
              </w:rPr>
              <w:t>师：观察平行四边形，猜一猜它的边和角有什么特点？</w:t>
            </w:r>
          </w:p>
          <w:p>
            <w:pPr>
              <w:spacing w:after="20" w:line="276" w:lineRule="auto"/>
            </w:pPr>
            <w:r>
              <w:rPr>
                <w:rFonts w:ascii="宋体" w:hAnsi="宋体" w:eastAsia="宋体"/>
                <w:b w:val="0"/>
                <w:sz w:val="18"/>
              </w:rPr>
              <w:t>2.验证猜想。</w:t>
            </w:r>
          </w:p>
          <w:p>
            <w:pPr>
              <w:spacing w:after="20" w:line="276" w:lineRule="auto"/>
            </w:pPr>
            <w:r>
              <w:rPr>
                <w:rFonts w:ascii="宋体" w:hAnsi="宋体" w:eastAsia="宋体"/>
                <w:b w:val="0"/>
                <w:sz w:val="18"/>
              </w:rPr>
              <w:t>师：想办法验证一下。</w:t>
            </w:r>
          </w:p>
          <w:p>
            <w:pPr>
              <w:spacing w:after="20" w:line="276" w:lineRule="auto"/>
            </w:pPr>
            <w:r>
              <w:rPr>
                <w:rFonts w:ascii="宋体" w:hAnsi="宋体" w:eastAsia="宋体"/>
                <w:b w:val="0"/>
                <w:sz w:val="18"/>
              </w:rPr>
              <w:t>课件出示教科书P78～79例6（1）（2）。</w:t>
            </w:r>
          </w:p>
          <w:p>
            <w:pPr>
              <w:spacing w:after="20" w:line="276" w:lineRule="auto"/>
            </w:pPr>
            <w:r>
              <w:rPr>
                <w:rFonts w:ascii="宋体" w:hAnsi="宋体" w:eastAsia="宋体"/>
                <w:b w:val="0"/>
                <w:sz w:val="18"/>
              </w:rPr>
              <w:t>师：用圆规分别比平行四边形的两组对边，你发现了什么？</w:t>
            </w:r>
          </w:p>
          <w:p>
            <w:pPr>
              <w:spacing w:after="20" w:line="276" w:lineRule="auto"/>
            </w:pPr>
            <w:r>
              <w:rPr>
                <w:rFonts w:ascii="宋体" w:hAnsi="宋体" w:eastAsia="宋体"/>
                <w:b w:val="0"/>
                <w:sz w:val="18"/>
              </w:rPr>
              <w:t>师：用量角器量平行四边形的角，你发现了什么？</w:t>
            </w:r>
          </w:p>
          <w:p>
            <w:pPr>
              <w:spacing w:after="20" w:line="276" w:lineRule="auto"/>
            </w:pPr>
            <w:r>
              <w:rPr>
                <w:rFonts w:ascii="宋体" w:hAnsi="宋体" w:eastAsia="宋体"/>
                <w:b w:val="0"/>
                <w:sz w:val="18"/>
              </w:rPr>
              <w:t>3.进一步验证。</w:t>
            </w:r>
          </w:p>
          <w:p>
            <w:pPr>
              <w:spacing w:after="20" w:line="276" w:lineRule="auto"/>
            </w:pPr>
            <w:r>
              <w:rPr>
                <w:rFonts w:ascii="宋体" w:hAnsi="宋体" w:eastAsia="宋体"/>
                <w:b w:val="0"/>
                <w:sz w:val="18"/>
              </w:rPr>
              <w:t>师：我们用圆规比和用量角器测量的结果是不是准确的呢？还可以用什么办法来进行验证？（出示课件）</w:t>
            </w:r>
          </w:p>
          <w:p>
            <w:pPr>
              <w:spacing w:after="20" w:line="276" w:lineRule="auto"/>
            </w:pPr>
            <w:r>
              <w:rPr>
                <w:rFonts w:ascii="宋体" w:hAnsi="宋体" w:eastAsia="宋体"/>
                <w:b w:val="0"/>
                <w:sz w:val="18"/>
              </w:rPr>
              <w:t>师小结：平行四边形的对边相等，对角相等。（板书）</w:t>
            </w:r>
          </w:p>
        </w:tc>
        <w:tc>
          <w:tcPr>
            <w:tcW w:type="dxa" w:w="3061"/>
          </w:tcPr>
          <w:p>
            <w:pPr>
              <w:spacing w:after="20" w:line="276" w:lineRule="auto"/>
            </w:pPr>
            <w:r/>
            <w:r>
              <w:rPr>
                <w:rFonts w:ascii="宋体" w:hAnsi="宋体" w:eastAsia="宋体"/>
                <w:b w:val="0"/>
                <w:sz w:val="18"/>
              </w:rPr>
              <w:t>猜测相对的边同样长，相对的角同样大。</w:t>
            </w:r>
          </w:p>
          <w:p>
            <w:pPr>
              <w:spacing w:after="20" w:line="276" w:lineRule="auto"/>
            </w:pPr>
            <w:r>
              <w:rPr>
                <w:rFonts w:ascii="宋体" w:hAnsi="宋体" w:eastAsia="宋体"/>
                <w:b w:val="0"/>
                <w:sz w:val="18"/>
              </w:rPr>
              <w:t>发现AB＝CD，AD＝BC。</w:t>
            </w:r>
          </w:p>
          <w:p>
            <w:pPr>
              <w:spacing w:after="20" w:line="276" w:lineRule="auto"/>
            </w:pPr>
            <w:r>
              <w:rPr>
                <w:rFonts w:ascii="宋体" w:hAnsi="宋体" w:eastAsia="宋体"/>
                <w:b w:val="0"/>
                <w:sz w:val="18"/>
              </w:rPr>
              <w:t>发现∠1＝∠3，∠2＝∠4。</w:t>
            </w:r>
          </w:p>
          <w:p>
            <w:pPr>
              <w:spacing w:after="20" w:line="276" w:lineRule="auto"/>
            </w:pPr>
            <w:r>
              <w:rPr>
                <w:rFonts w:ascii="宋体" w:hAnsi="宋体" w:eastAsia="宋体"/>
                <w:b w:val="0"/>
                <w:sz w:val="18"/>
              </w:rPr>
              <w:t>拿出画有平行四边形的纸，通过折一折，发现平行四边形的两组对边分别平行；通过剪一剪、折一折，发现平行四边形的对角也相等。</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设计递进式探究活动，引导学生在动手实践与合作交流中经历知识形成过程，突破本课重难点，核心问题："观察平行四边形，猜一猜它的边和角有什么特点？"</w:t>
            </w:r>
          </w:p>
        </w:tc>
      </w:tr>
      <w:tr>
        <w:tc>
          <w:tcPr>
            <w:tcW w:type="dxa" w:w="1474"/>
          </w:tcPr>
          <w:p>
            <w:pPr>
              <w:spacing w:after="20" w:line="276" w:lineRule="auto"/>
            </w:pPr>
            <w:r>
              <w:rPr>
                <w:b/>
              </w:rPr>
            </w:r>
            <w:r>
              <w:rPr>
                <w:rFonts w:ascii="宋体" w:hAnsi="宋体" w:eastAsia="宋体"/>
                <w:b/>
                <w:sz w:val="18"/>
              </w:rPr>
              <w:t>巩固练习，拓展应用</w:t>
            </w:r>
          </w:p>
        </w:tc>
        <w:tc>
          <w:tcPr>
            <w:tcW w:type="dxa" w:w="3061"/>
          </w:tcPr>
          <w:p>
            <w:pPr>
              <w:spacing w:after="20" w:line="276" w:lineRule="auto"/>
            </w:pPr>
            <w:r/>
            <w:r>
              <w:rPr>
                <w:rFonts w:ascii="宋体" w:hAnsi="宋体" w:eastAsia="宋体"/>
                <w:b w:val="0"/>
                <w:sz w:val="18"/>
              </w:rPr>
              <w:t>课件出示教科书P79“做一做”第1～4题。</w:t>
            </w:r>
          </w:p>
          <w:p>
            <w:pPr>
              <w:spacing w:after="20" w:line="276" w:lineRule="auto"/>
            </w:pPr>
            <w:r>
              <w:rPr>
                <w:rFonts w:ascii="宋体" w:hAnsi="宋体" w:eastAsia="宋体"/>
                <w:b w:val="0"/>
                <w:sz w:val="18"/>
              </w:rPr>
              <w:t>第1题：把一组对边沿着点子图的行或列去画，对边所占的格子数相同。</w:t>
            </w:r>
          </w:p>
          <w:p>
            <w:pPr>
              <w:spacing w:after="20" w:line="276" w:lineRule="auto"/>
            </w:pPr>
            <w:r>
              <w:rPr>
                <w:rFonts w:ascii="宋体" w:hAnsi="宋体" w:eastAsia="宋体"/>
                <w:b w:val="0"/>
                <w:sz w:val="18"/>
              </w:rPr>
              <w:t>第2题：拼图形时，注意让长度相同的边成为对边，大小相同的角成为对角。</w:t>
            </w:r>
          </w:p>
          <w:p>
            <w:pPr>
              <w:spacing w:after="20" w:line="276" w:lineRule="auto"/>
            </w:pPr>
            <w:r>
              <w:rPr>
                <w:rFonts w:ascii="宋体" w:hAnsi="宋体" w:eastAsia="宋体"/>
                <w:b w:val="0"/>
                <w:sz w:val="18"/>
              </w:rPr>
              <w:t>第3题：抓住平行四边形的特征，对边相等，对角相等。</w:t>
            </w:r>
          </w:p>
          <w:p>
            <w:pPr>
              <w:spacing w:after="20" w:line="276" w:lineRule="auto"/>
            </w:pPr>
            <w:r>
              <w:rPr>
                <w:rFonts w:ascii="宋体" w:hAnsi="宋体" w:eastAsia="宋体"/>
                <w:b w:val="0"/>
                <w:sz w:val="18"/>
              </w:rPr>
              <w:t>第4题：提示：∠1和∠2是相邻的角，∠3和∠4是相邻的角，它们分别拼在一起后，一条边重合，另一条边在同一条直线上，形成了一个平角。</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先从实物中抽象出平行四边形，让学生充分经历“猜测——探究——验证”的学习过程，进一步感知平行四边形的特征，练习中通过画图来加深学生对平行四边形特征的认识，发展空间观念。</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认识平行四边形</w:t>
      </w:r>
    </w:p>
    <w:p>
      <w:pPr>
        <w:spacing w:after="40" w:line="300" w:lineRule="auto"/>
      </w:pPr>
      <w:r>
        <w:rPr>
          <w:rFonts w:ascii="宋体" w:hAnsi="宋体" w:eastAsia="宋体"/>
          <w:b w:val="0"/>
          <w:sz w:val="20"/>
        </w:rPr>
        <w:t>平行四边形的对边相等，对角相等。</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教科书P78～79例6。</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数学活动必须建立在学生的认知发展水平和已有的知识经验基础之上。本节课的教学内容是非常抽象的，所以动手实践是他们学习的重要方式之一。在本节课中，教师引导学生经历“比一比”“量一量”“折一折”等操作活动，让学生通过动手、动脑、动口等多种感官的协调活动，能够亲身体验“做数学”，在体验中实现数学的“再创造”，积累数学活动经验。</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梯形及四边形之间的异同</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梯形及四边形之间的异同</w:t>
            </w:r>
          </w:p>
        </w:tc>
        <w:tc>
          <w:tcPr>
            <w:tcW w:type="dxa" w:w="6009"/>
          </w:tcPr>
          <w:p>
            <w:pPr>
              <w:spacing w:after="20" w:line="276" w:lineRule="auto"/>
            </w:pPr>
            <w:r/>
            <w:r>
              <w:rPr>
                <w:rFonts w:ascii="宋体" w:hAnsi="宋体" w:eastAsia="宋体"/>
                <w:b w:val="0"/>
                <w:sz w:val="20"/>
              </w:rPr>
              <w:t>第5单元 平行四边形和梯形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的学生已经认识了直线、线段和射线的特点，初步认识了平行四边形，并学习了角的度量。而且平行和垂直现象在生活中处处可见，平行四边形和梯形在日常生活中也有着广泛的应用，学生头脑中已经积累了许多经验，因此通过教科书提供的一些图片，如楼梯栏杆、梯子等，让学生借助图片找出平行四边形和梯形，并研究它们的特征也不是一件很难的事。我们要做的是关注学生已有的生活经验和知识基础，让学生在观察、想象、操作、推理、交流等活动中，不断积累数学活动经验，初步培养学生的空间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教学内容：教科书P80～81例7、例8。</w:t>
      </w:r>
    </w:p>
    <w:p>
      <w:pPr>
        <w:spacing w:after="80" w:line="300" w:lineRule="auto"/>
        <w:ind w:firstLine="400"/>
      </w:pPr>
      <w:r>
        <w:rPr>
          <w:rFonts w:ascii="宋体" w:hAnsi="宋体" w:eastAsia="宋体"/>
          <w:b w:val="0"/>
          <w:sz w:val="20"/>
        </w:rPr>
        <w:t>教学准备：课件、梯形学具。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（1）认识和理解梯形的概念及特征，认识梯形的各部分名称以及两种特殊的梯形。</w:t>
      </w:r>
    </w:p>
    <w:p>
      <w:pPr>
        <w:spacing w:after="20" w:line="300" w:lineRule="auto"/>
        <w:ind w:firstLine="400"/>
      </w:pPr>
      <w:r>
        <w:rPr>
          <w:rFonts w:ascii="宋体" w:hAnsi="宋体" w:eastAsia="宋体"/>
          <w:b w:val="0"/>
          <w:sz w:val="20"/>
        </w:rPr>
        <w:t>（2）在整理与辨别的过程中，了解学过的所有四边形之间的异同点。</w:t>
      </w:r>
    </w:p>
    <w:p>
      <w:pPr>
        <w:spacing w:after="20" w:line="300" w:lineRule="auto"/>
        <w:ind w:firstLine="400"/>
      </w:pPr>
      <w:r>
        <w:rPr>
          <w:rFonts w:ascii="宋体" w:hAnsi="宋体" w:eastAsia="宋体"/>
          <w:b w:val="0"/>
          <w:sz w:val="20"/>
        </w:rPr>
        <w:t>（3）在学习活动中激发学生的学习兴趣，体验成功的喜悦。</w:t>
      </w:r>
    </w:p>
    <w:p>
      <w:pPr>
        <w:spacing w:after="20" w:line="300" w:lineRule="auto"/>
      </w:pPr>
      <w:r>
        <w:rPr>
          <w:rFonts w:ascii="宋体" w:hAnsi="宋体" w:eastAsia="宋体"/>
          <w:b w:val="0"/>
          <w:sz w:val="20"/>
        </w:rPr>
        <w:t>教学重点：理解梯形的概念及特征。</w:t>
      </w:r>
    </w:p>
    <w:p>
      <w:pPr>
        <w:spacing w:after="20" w:line="300" w:lineRule="auto"/>
      </w:pPr>
      <w:r>
        <w:rPr>
          <w:rFonts w:ascii="宋体" w:hAnsi="宋体" w:eastAsia="宋体"/>
          <w:b w:val="0"/>
          <w:sz w:val="20"/>
        </w:rPr>
        <w:t>教学难点：了解学过的所有四边形之间的异同点。</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创设情境，引入新课</w:t>
            </w:r>
          </w:p>
        </w:tc>
        <w:tc>
          <w:tcPr>
            <w:tcW w:type="dxa" w:w="1814"/>
          </w:tcPr>
          <w:p>
            <w:pPr>
              <w:spacing w:after="20" w:line="276" w:lineRule="auto"/>
            </w:pPr>
            <w:r/>
            <w:r>
              <w:rPr>
                <w:rFonts w:ascii="宋体" w:hAnsi="宋体" w:eastAsia="宋体"/>
                <w:b w:val="0"/>
                <w:sz w:val="18"/>
              </w:rPr>
              <w:t>课件、教科书、图片、学具</w:t>
            </w:r>
          </w:p>
        </w:tc>
        <w:tc>
          <w:tcPr>
            <w:tcW w:type="dxa" w:w="3402"/>
          </w:tcPr>
          <w:p>
            <w:pPr>
              <w:spacing w:after="20" w:line="276" w:lineRule="auto"/>
            </w:pPr>
            <w:r/>
            <w:r>
              <w:rPr>
                <w:rFonts w:ascii="宋体" w:hAnsi="宋体" w:eastAsia="宋体"/>
                <w:b w:val="0"/>
                <w:sz w:val="18"/>
              </w:rPr>
              <w:t>同学们，你们见过下面这样的图形吗？它们有什么共同点？</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自主探究，合作交流</w:t>
            </w:r>
          </w:p>
        </w:tc>
        <w:tc>
          <w:tcPr>
            <w:tcW w:type="dxa" w:w="1814"/>
          </w:tcPr>
          <w:p>
            <w:pPr>
              <w:spacing w:after="20" w:line="276" w:lineRule="auto"/>
            </w:pPr>
            <w:r/>
            <w:r>
              <w:rPr>
                <w:rFonts w:ascii="宋体" w:hAnsi="宋体" w:eastAsia="宋体"/>
                <w:b w:val="0"/>
                <w:sz w:val="18"/>
              </w:rPr>
              <w:t>学具、课件、教科书</w:t>
            </w:r>
          </w:p>
        </w:tc>
        <w:tc>
          <w:tcPr>
            <w:tcW w:type="dxa" w:w="3402"/>
          </w:tcPr>
          <w:p>
            <w:pPr>
              <w:spacing w:after="20" w:line="276" w:lineRule="auto"/>
            </w:pPr>
            <w:r/>
            <w:r>
              <w:rPr>
                <w:rFonts w:ascii="宋体" w:hAnsi="宋体" w:eastAsia="宋体"/>
                <w:b w:val="0"/>
                <w:sz w:val="18"/>
              </w:rPr>
              <w:t>同学们，这里3个不同形状的梯形，它们有什么不同的地方？；拿出学具袋中不同的梯形，量一量，折一折，看看你能发现什么？</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巩固练习，拓展应用</w:t>
            </w:r>
          </w:p>
        </w:tc>
        <w:tc>
          <w:tcPr>
            <w:tcW w:type="dxa" w:w="1814"/>
          </w:tcPr>
          <w:p>
            <w:pPr>
              <w:spacing w:after="20" w:line="276" w:lineRule="auto"/>
            </w:pPr>
            <w:r/>
            <w:r>
              <w:rPr>
                <w:rFonts w:ascii="宋体" w:hAnsi="宋体" w:eastAsia="宋体"/>
                <w:b w:val="0"/>
                <w:sz w:val="18"/>
              </w:rPr>
              <w:t>课件、教科书、学具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同学们，今天的数学课你们有哪些收获？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创设情境，引入新课</w:t>
            </w:r>
          </w:p>
        </w:tc>
        <w:tc>
          <w:tcPr>
            <w:tcW w:type="dxa" w:w="3061"/>
          </w:tcPr>
          <w:p>
            <w:pPr>
              <w:spacing w:after="20" w:line="276" w:lineRule="auto"/>
            </w:pPr>
            <w:r/>
            <w:r>
              <w:rPr>
                <w:rFonts w:ascii="宋体" w:hAnsi="宋体" w:eastAsia="宋体"/>
                <w:b w:val="0"/>
                <w:sz w:val="18"/>
              </w:rPr>
              <w:t>师：同学们，你们见过下面这样的图形吗？它们有什么共同点？</w:t>
            </w:r>
          </w:p>
          <w:p>
            <w:pPr>
              <w:spacing w:after="20" w:line="276" w:lineRule="auto"/>
            </w:pPr>
            <w:r>
              <w:rPr>
                <w:rFonts w:ascii="宋体" w:hAnsi="宋体" w:eastAsia="宋体"/>
                <w:b w:val="0"/>
                <w:sz w:val="18"/>
              </w:rPr>
              <w:t>课件出示教科书P80的图片，并在图中抽象出梯形。</w:t>
            </w:r>
          </w:p>
          <w:p>
            <w:pPr>
              <w:spacing w:after="20" w:line="276" w:lineRule="auto"/>
            </w:pPr>
            <w:r>
              <w:rPr>
                <w:rFonts w:ascii="宋体" w:hAnsi="宋体" w:eastAsia="宋体"/>
                <w:b w:val="0"/>
                <w:sz w:val="18"/>
              </w:rPr>
              <w:t>师：是的，这也是一种四边形，它叫作梯形。今天我们就一起来学习有关梯形的知识。（板书课题：梯形及四边形之间的异同）</w:t>
            </w:r>
          </w:p>
        </w:tc>
        <w:tc>
          <w:tcPr>
            <w:tcW w:type="dxa" w:w="3061"/>
          </w:tcPr>
          <w:p>
            <w:pPr>
              <w:spacing w:after="20" w:line="276" w:lineRule="auto"/>
            </w:pPr>
            <w:r/>
            <w:r>
              <w:rPr>
                <w:rFonts w:ascii="宋体" w:hAnsi="宋体" w:eastAsia="宋体"/>
                <w:b w:val="0"/>
                <w:sz w:val="18"/>
              </w:rPr>
              <w:t>可能有学生知道它们是梯形，但是对梯形的特点不清楚。</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创设情境激活学生已有经验，自然引出本课学习内容，激发学习兴趣，核心问题："同学们，你们见过下面这样的图形吗？它们有什么共同点？"</w:t>
            </w:r>
          </w:p>
        </w:tc>
      </w:tr>
      <w:tr>
        <w:tc>
          <w:tcPr>
            <w:tcW w:type="dxa" w:w="1474"/>
          </w:tcPr>
          <w:p>
            <w:pPr>
              <w:spacing w:after="20" w:line="276" w:lineRule="auto"/>
            </w:pPr>
            <w:r>
              <w:rPr>
                <w:b/>
              </w:rPr>
            </w:r>
            <w:r>
              <w:rPr>
                <w:rFonts w:ascii="宋体" w:hAnsi="宋体" w:eastAsia="宋体"/>
                <w:b/>
                <w:sz w:val="18"/>
              </w:rPr>
              <w:t>自主探究，合作交流</w:t>
            </w:r>
          </w:p>
        </w:tc>
        <w:tc>
          <w:tcPr>
            <w:tcW w:type="dxa" w:w="3061"/>
          </w:tcPr>
          <w:p>
            <w:pPr>
              <w:spacing w:after="20" w:line="276" w:lineRule="auto"/>
            </w:pPr>
            <w:r/>
            <w:r>
              <w:rPr>
                <w:rFonts w:ascii="宋体" w:hAnsi="宋体" w:eastAsia="宋体"/>
                <w:b w:val="0"/>
                <w:sz w:val="18"/>
              </w:rPr>
              <w:t>1.探究梯形的特点。</w:t>
            </w:r>
          </w:p>
          <w:p>
            <w:pPr>
              <w:spacing w:after="20" w:line="276" w:lineRule="auto"/>
            </w:pPr>
            <w:r>
              <w:rPr>
                <w:rFonts w:ascii="宋体" w:hAnsi="宋体" w:eastAsia="宋体"/>
                <w:b w:val="0"/>
                <w:sz w:val="18"/>
              </w:rPr>
              <w:t>师：请大家仔细观察学具袋中的梯形，可以量一量、折一折，和同桌说说观察到了什么。</w:t>
            </w:r>
          </w:p>
          <w:p>
            <w:pPr>
              <w:spacing w:after="20" w:line="276" w:lineRule="auto"/>
            </w:pPr>
            <w:r>
              <w:rPr>
                <w:rFonts w:ascii="宋体" w:hAnsi="宋体" w:eastAsia="宋体"/>
                <w:b w:val="0"/>
                <w:sz w:val="18"/>
              </w:rPr>
              <w:t>师：大家的观察可真仔细，是的，我们把只有一组对边平行的四边形叫作梯形（板书）。</w:t>
            </w:r>
          </w:p>
          <w:p>
            <w:pPr>
              <w:spacing w:after="20" w:line="276" w:lineRule="auto"/>
            </w:pPr>
            <w:r>
              <w:rPr>
                <w:rFonts w:ascii="宋体" w:hAnsi="宋体" w:eastAsia="宋体"/>
                <w:b w:val="0"/>
                <w:sz w:val="18"/>
              </w:rPr>
              <w:t>2.认识梯形各部分名称。</w:t>
            </w:r>
          </w:p>
          <w:p>
            <w:pPr>
              <w:spacing w:after="20" w:line="276" w:lineRule="auto"/>
            </w:pPr>
            <w:r>
              <w:rPr>
                <w:rFonts w:ascii="宋体" w:hAnsi="宋体" w:eastAsia="宋体"/>
                <w:b w:val="0"/>
                <w:sz w:val="18"/>
              </w:rPr>
              <w:t>课件出示梯形。</w:t>
            </w:r>
          </w:p>
          <w:p>
            <w:pPr>
              <w:spacing w:after="20" w:line="276" w:lineRule="auto"/>
            </w:pPr>
            <w:r>
              <w:rPr>
                <w:rFonts w:ascii="宋体" w:hAnsi="宋体" w:eastAsia="宋体"/>
                <w:b w:val="0"/>
                <w:sz w:val="18"/>
              </w:rPr>
              <w:t>师：梯形各个部分都有名称。大家请看，互相平行的这一组对边分别叫作梯形的上底和下底，上面较短的一条边叫作上底，下面较长的一条边叫作下底。另一组不互相平行的对边叫作梯形的腰。（课件依次出示各部分名称）</w:t>
            </w:r>
          </w:p>
          <w:p>
            <w:pPr>
              <w:spacing w:after="20" w:line="276" w:lineRule="auto"/>
            </w:pPr>
            <w:r>
              <w:rPr>
                <w:rFonts w:ascii="宋体" w:hAnsi="宋体" w:eastAsia="宋体"/>
                <w:b w:val="0"/>
                <w:sz w:val="18"/>
              </w:rPr>
              <w:t>3.认识等腰梯形和直角梯形。</w:t>
            </w:r>
          </w:p>
          <w:p>
            <w:pPr>
              <w:spacing w:after="20" w:line="276" w:lineRule="auto"/>
            </w:pPr>
            <w:r>
              <w:rPr>
                <w:rFonts w:ascii="宋体" w:hAnsi="宋体" w:eastAsia="宋体"/>
                <w:b w:val="0"/>
                <w:sz w:val="18"/>
              </w:rPr>
              <w:t>师：同学们，这里3个不同形状的梯形，它们有什么不同的地方？</w:t>
            </w:r>
          </w:p>
          <w:p>
            <w:pPr>
              <w:spacing w:after="20" w:line="276" w:lineRule="auto"/>
            </w:pPr>
            <w:r>
              <w:rPr>
                <w:rFonts w:ascii="宋体" w:hAnsi="宋体" w:eastAsia="宋体"/>
                <w:b w:val="0"/>
                <w:sz w:val="18"/>
              </w:rPr>
              <w:t>课件出示教科书P80例7。</w:t>
            </w:r>
          </w:p>
          <w:p>
            <w:pPr>
              <w:spacing w:after="20" w:line="276" w:lineRule="auto"/>
            </w:pPr>
            <w:r>
              <w:rPr>
                <w:rFonts w:ascii="宋体" w:hAnsi="宋体" w:eastAsia="宋体"/>
                <w:b w:val="0"/>
                <w:sz w:val="18"/>
              </w:rPr>
              <w:t>师：拿出学具袋中不同的梯形，量一量，折一折，看看你能发现什么？</w:t>
            </w:r>
          </w:p>
          <w:p>
            <w:pPr>
              <w:spacing w:after="20" w:line="276" w:lineRule="auto"/>
            </w:pPr>
            <w:r>
              <w:rPr>
                <w:rFonts w:ascii="宋体" w:hAnsi="宋体" w:eastAsia="宋体"/>
                <w:b w:val="0"/>
                <w:sz w:val="18"/>
              </w:rPr>
              <w:t>课件出示。</w:t>
            </w:r>
          </w:p>
          <w:p>
            <w:pPr>
              <w:spacing w:after="20" w:line="276" w:lineRule="auto"/>
            </w:pPr>
            <w:r>
              <w:rPr>
                <w:rFonts w:ascii="宋体" w:hAnsi="宋体" w:eastAsia="宋体"/>
                <w:b w:val="0"/>
                <w:sz w:val="18"/>
              </w:rPr>
              <w:t>师小结：有一个角是直角的梯形叫作直角梯形；两腰相等的梯形叫作等腰梯形。（板书）</w:t>
            </w:r>
          </w:p>
          <w:p>
            <w:pPr>
              <w:spacing w:after="20" w:line="276" w:lineRule="auto"/>
            </w:pPr>
            <w:r>
              <w:rPr>
                <w:rFonts w:ascii="宋体" w:hAnsi="宋体" w:eastAsia="宋体"/>
                <w:b w:val="0"/>
                <w:sz w:val="18"/>
              </w:rPr>
              <w:t>4.探究四边形之间的异同。</w:t>
            </w:r>
          </w:p>
          <w:p>
            <w:pPr>
              <w:spacing w:after="20" w:line="276" w:lineRule="auto"/>
            </w:pPr>
            <w:r>
              <w:rPr>
                <w:rFonts w:ascii="宋体" w:hAnsi="宋体" w:eastAsia="宋体"/>
                <w:b w:val="0"/>
                <w:sz w:val="18"/>
              </w:rPr>
              <w:t>课件出示教科书P81例8。</w:t>
            </w:r>
          </w:p>
          <w:p>
            <w:pPr>
              <w:spacing w:after="20" w:line="276" w:lineRule="auto"/>
            </w:pPr>
            <w:r>
              <w:rPr>
                <w:rFonts w:ascii="宋体" w:hAnsi="宋体" w:eastAsia="宋体"/>
                <w:b w:val="0"/>
                <w:sz w:val="18"/>
              </w:rPr>
              <w:t>师：按照它们的异同点，可以用一个集合图来表示它们之间的关系。（出示课件）</w:t>
            </w:r>
          </w:p>
        </w:tc>
        <w:tc>
          <w:tcPr>
            <w:tcW w:type="dxa" w:w="3061"/>
          </w:tcPr>
          <w:p>
            <w:pPr>
              <w:spacing w:after="20" w:line="276" w:lineRule="auto"/>
            </w:pPr>
            <w:r/>
            <w:r>
              <w:rPr>
                <w:rFonts w:ascii="宋体" w:hAnsi="宋体" w:eastAsia="宋体"/>
                <w:b w:val="0"/>
                <w:sz w:val="18"/>
              </w:rPr>
              <w:t>学生通过观察和交流会发现梯形有四条边，四个角。四条边的长度不相等，也有少数梯形有两条边或三条边长度相等。梯形有一组对边是平行的，另一组对边不平行，不像平行四边形的两组对边都是平行的。</w:t>
            </w:r>
          </w:p>
          <w:p>
            <w:pPr>
              <w:spacing w:after="20" w:line="276" w:lineRule="auto"/>
            </w:pPr>
            <w:r>
              <w:rPr>
                <w:rFonts w:ascii="宋体" w:hAnsi="宋体" w:eastAsia="宋体"/>
                <w:b w:val="0"/>
                <w:sz w:val="18"/>
              </w:rPr>
              <w:t>第1幅图是普通梯形；第2幅图中量出有两个直角；第3幅图对折后两条腰重合，相邻的两个角也重合，也就是两腰相等，两个底角也相等。</w:t>
            </w:r>
          </w:p>
          <w:p>
            <w:pPr>
              <w:spacing w:after="20" w:line="276" w:lineRule="auto"/>
            </w:pPr>
            <w:r>
              <w:rPr>
                <w:rFonts w:ascii="宋体" w:hAnsi="宋体" w:eastAsia="宋体"/>
                <w:b w:val="0"/>
                <w:sz w:val="18"/>
              </w:rPr>
              <w:t>小组讨论，集中汇报讨论的结果。</w:t>
            </w:r>
          </w:p>
          <w:p>
            <w:pPr>
              <w:spacing w:after="20" w:line="276" w:lineRule="auto"/>
            </w:pPr>
            <w:r>
              <w:rPr>
                <w:rFonts w:ascii="宋体" w:hAnsi="宋体" w:eastAsia="宋体"/>
                <w:b w:val="0"/>
                <w:sz w:val="18"/>
              </w:rPr>
              <w:t>共同点：都有四条边，四个角；不同点：梯形只有一组对边平行，平行四边形有两组对边平行，长方形、正方形对边平行，四个角都是直角，一般四边形没有对边平行。</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设计递进式探究活动，引导学生在动手实践与合作交流中经历知识形成过程，突破本课重难点，核心问题："同学们，这里3个不同形状的梯形，它们有什么不同的地方？"</w:t>
            </w:r>
          </w:p>
        </w:tc>
      </w:tr>
      <w:tr>
        <w:tc>
          <w:tcPr>
            <w:tcW w:type="dxa" w:w="1474"/>
          </w:tcPr>
          <w:p>
            <w:pPr>
              <w:spacing w:after="20" w:line="276" w:lineRule="auto"/>
            </w:pPr>
            <w:r>
              <w:rPr>
                <w:b/>
              </w:rPr>
            </w:r>
            <w:r>
              <w:rPr>
                <w:rFonts w:ascii="宋体" w:hAnsi="宋体" w:eastAsia="宋体"/>
                <w:b/>
                <w:sz w:val="18"/>
              </w:rPr>
              <w:t>巩固练习，拓展应用</w:t>
            </w:r>
          </w:p>
        </w:tc>
        <w:tc>
          <w:tcPr>
            <w:tcW w:type="dxa" w:w="3061"/>
          </w:tcPr>
          <w:p>
            <w:pPr>
              <w:spacing w:after="20" w:line="276" w:lineRule="auto"/>
            </w:pPr>
            <w:r/>
            <w:r>
              <w:rPr>
                <w:rFonts w:ascii="宋体" w:hAnsi="宋体" w:eastAsia="宋体"/>
                <w:b w:val="0"/>
                <w:sz w:val="18"/>
              </w:rPr>
              <w:t>课件出示教科书P81“做一做”第1～4题。</w:t>
            </w:r>
          </w:p>
          <w:p>
            <w:pPr>
              <w:spacing w:after="20" w:line="276" w:lineRule="auto"/>
            </w:pPr>
            <w:r>
              <w:rPr>
                <w:rFonts w:ascii="宋体" w:hAnsi="宋体" w:eastAsia="宋体"/>
                <w:b w:val="0"/>
                <w:sz w:val="18"/>
              </w:rPr>
              <w:t>第1题：抓住特殊梯形的特征进行分析。等腰梯形的两腰相等，直角梯形中有直角。</w:t>
            </w:r>
          </w:p>
          <w:p>
            <w:pPr>
              <w:spacing w:after="20" w:line="276" w:lineRule="auto"/>
            </w:pPr>
            <w:r>
              <w:rPr>
                <w:rFonts w:ascii="宋体" w:hAnsi="宋体" w:eastAsia="宋体"/>
                <w:b w:val="0"/>
                <w:sz w:val="18"/>
              </w:rPr>
              <w:t>第2题：按顺序数，先数基础图形，再数组合图形。</w:t>
            </w:r>
          </w:p>
          <w:p>
            <w:pPr>
              <w:spacing w:after="20" w:line="276" w:lineRule="auto"/>
            </w:pPr>
            <w:r>
              <w:rPr>
                <w:rFonts w:ascii="宋体" w:hAnsi="宋体" w:eastAsia="宋体"/>
                <w:b w:val="0"/>
                <w:sz w:val="18"/>
              </w:rPr>
              <w:t>第3题：抓住特殊梯形的特征画图。</w:t>
            </w:r>
          </w:p>
          <w:p>
            <w:pPr>
              <w:spacing w:after="20" w:line="276" w:lineRule="auto"/>
            </w:pPr>
            <w:r>
              <w:rPr>
                <w:rFonts w:ascii="宋体" w:hAnsi="宋体" w:eastAsia="宋体"/>
                <w:b w:val="0"/>
                <w:sz w:val="18"/>
              </w:rPr>
              <w:t>第4题：平行四边形有两组对边互相平行；梯形只有一组对边互相平行。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先从实物中抽象出梯形，让学生快速进入学习状态，既能激发起学生探究知识的兴趣，同时也有意识地渗透了梯形与其他四边形之间的关系，为整体建构四边形知识网络和理解四边形之间的关系奠定了基础。学生经过观察、操作和交流，不断完善对梯形特征的认识，在比较中总结梯形的特征，建构梯形的概念，经历数学化的过程。最后，通过让学生经历观察、比较、交流等活动过程，整理四边形之间的关系，建立四边形的知识结构，并用集合图表示出来，渗透集合思想。</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梯形及四边形之间的异同</w:t>
      </w:r>
    </w:p>
    <w:p>
      <w:pPr>
        <w:spacing w:after="40" w:line="300" w:lineRule="auto"/>
      </w:pPr>
      <w:r>
        <w:rPr>
          <w:rFonts w:ascii="宋体" w:hAnsi="宋体" w:eastAsia="宋体"/>
          <w:b w:val="0"/>
          <w:sz w:val="20"/>
        </w:rPr>
        <w:t>只有一组对边平行的四边形叫作梯形。</w:t>
      </w:r>
    </w:p>
    <w:p>
      <w:pPr>
        <w:spacing w:after="40" w:line="300" w:lineRule="auto"/>
      </w:pPr>
      <w:r>
        <w:rPr>
          <w:rFonts w:ascii="宋体" w:hAnsi="宋体" w:eastAsia="宋体"/>
          <w:b w:val="0"/>
          <w:sz w:val="20"/>
        </w:rPr>
        <w:t>有一个角是直角的梯形叫作直角梯形。</w:t>
      </w:r>
    </w:p>
    <w:p>
      <w:pPr>
        <w:spacing w:after="40" w:line="300" w:lineRule="auto"/>
      </w:pPr>
      <w:r>
        <w:rPr>
          <w:rFonts w:ascii="宋体" w:hAnsi="宋体" w:eastAsia="宋体"/>
          <w:b w:val="0"/>
          <w:sz w:val="20"/>
        </w:rPr>
        <w:t>两腰相等的梯形叫作等腰梯形。</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教科书P80～81例7、例8。</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本节课的教学中，教师提供给学生充分的表现机会，通过引导学生观察、操作，让学生自主探究出梯形的特征。本节课的难点是各类四边形之间的关系，为了突破难点，在这个部分设计了找图形之间的异同点等活动，鼓励学生积极探索，获得成功的体验。</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神奇的默比乌斯带</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神奇的默比乌斯带</w:t>
            </w:r>
          </w:p>
        </w:tc>
        <w:tc>
          <w:tcPr>
            <w:tcW w:type="dxa" w:w="6009"/>
          </w:tcPr>
          <w:p>
            <w:pPr>
              <w:spacing w:after="20" w:line="276" w:lineRule="auto"/>
            </w:pPr>
            <w:r/>
            <w:r>
              <w:rPr>
                <w:rFonts w:ascii="宋体" w:hAnsi="宋体" w:eastAsia="宋体"/>
                <w:b w:val="0"/>
                <w:sz w:val="20"/>
              </w:rPr>
              <w:t>第5单元 平行四边形和梯形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的学生已经认识了直线、线段和射线的特点，初步认识了平行四边形，并学习了角的度量。而且平行和垂直现象在生活中处处可见，平行四边形和梯形在日常生活中也有着广泛的应用，学生头脑中已经积累了许多经验，因此通过教科书提供的一些图片，如楼梯栏杆、梯子等，让学生借助图片找出平行四边形和梯形，并研究它们的特征也不是一件很难的事。我们要做的是关注学生已有的生活经验和知识基础，让学生在观察、想象、操作、推理、交流等活动中，不断积累数学活动经验，初步培养学生的空间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教学内容：教科书P84。</w:t>
      </w:r>
    </w:p>
    <w:p>
      <w:pPr>
        <w:spacing w:after="80" w:line="300" w:lineRule="auto"/>
        <w:ind w:firstLine="400"/>
      </w:pPr>
      <w:r>
        <w:rPr>
          <w:rFonts w:ascii="宋体" w:hAnsi="宋体" w:eastAsia="宋体"/>
          <w:b w:val="0"/>
          <w:sz w:val="20"/>
        </w:rPr>
        <w:t>教学准备：课件、剪刀、胶水、彩笔、长方形纸条、圆片等。</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（1）在动手操作中学会制作默比乌斯带，培养观察能力和动手能力。</w:t>
      </w:r>
    </w:p>
    <w:p>
      <w:pPr>
        <w:spacing w:after="20" w:line="300" w:lineRule="auto"/>
        <w:ind w:firstLine="400"/>
      </w:pPr>
      <w:r>
        <w:rPr>
          <w:rFonts w:ascii="宋体" w:hAnsi="宋体" w:eastAsia="宋体"/>
          <w:b w:val="0"/>
          <w:sz w:val="20"/>
        </w:rPr>
        <w:t>（2）在画一画、涂一涂、剪一剪的操作中，通过猜想、验证等数学思考，体会默比乌斯带的神奇特性。</w:t>
      </w:r>
    </w:p>
    <w:p>
      <w:pPr>
        <w:spacing w:after="20" w:line="300" w:lineRule="auto"/>
        <w:ind w:firstLine="400"/>
      </w:pPr>
      <w:r>
        <w:rPr>
          <w:rFonts w:ascii="宋体" w:hAnsi="宋体" w:eastAsia="宋体"/>
          <w:b w:val="0"/>
          <w:sz w:val="20"/>
        </w:rPr>
        <w:t>（3）体会数学研究的乐趣，培养探究意识。</w:t>
      </w:r>
    </w:p>
    <w:p>
      <w:pPr>
        <w:spacing w:after="20" w:line="300" w:lineRule="auto"/>
      </w:pPr>
      <w:r>
        <w:rPr>
          <w:rFonts w:ascii="宋体" w:hAnsi="宋体" w:eastAsia="宋体"/>
          <w:b w:val="0"/>
          <w:sz w:val="20"/>
        </w:rPr>
        <w:t>教学重点：学会制作默比乌斯带，体会它的1个面和1条边特征。</w:t>
      </w:r>
    </w:p>
    <w:p>
      <w:pPr>
        <w:spacing w:after="20" w:line="300" w:lineRule="auto"/>
      </w:pPr>
      <w:r>
        <w:rPr>
          <w:rFonts w:ascii="宋体" w:hAnsi="宋体" w:eastAsia="宋体"/>
          <w:b w:val="0"/>
          <w:sz w:val="20"/>
        </w:rPr>
        <w:t>教学难点：探究默比乌斯带的神奇，了解默比乌斯带的应用。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魔术导入，激发兴趣</w:t>
            </w:r>
          </w:p>
        </w:tc>
        <w:tc>
          <w:tcPr>
            <w:tcW w:type="dxa" w:w="1814"/>
          </w:tcPr>
          <w:p>
            <w:pPr>
              <w:spacing w:after="20" w:line="276" w:lineRule="auto"/>
            </w:pPr>
            <w:r/>
            <w:r>
              <w:rPr>
                <w:rFonts w:ascii="宋体" w:hAnsi="宋体" w:eastAsia="宋体"/>
                <w:b w:val="0"/>
                <w:sz w:val="18"/>
              </w:rPr>
              <w:t>圆片、课件</w:t>
            </w:r>
          </w:p>
        </w:tc>
        <w:tc>
          <w:tcPr>
            <w:tcW w:type="dxa" w:w="3402"/>
          </w:tcPr>
          <w:p>
            <w:pPr>
              <w:spacing w:after="20" w:line="276" w:lineRule="auto"/>
            </w:pPr>
            <w:r/>
            <w:r>
              <w:rPr>
                <w:rFonts w:ascii="宋体" w:hAnsi="宋体" w:eastAsia="宋体"/>
                <w:b w:val="0"/>
                <w:sz w:val="18"/>
              </w:rPr>
              <w:t>同学们，你们喜欢魔术吗？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动手操作，探索神奇</w:t>
            </w:r>
          </w:p>
        </w:tc>
        <w:tc>
          <w:tcPr>
            <w:tcW w:type="dxa" w:w="1814"/>
          </w:tcPr>
          <w:p>
            <w:pPr>
              <w:spacing w:after="20" w:line="276" w:lineRule="auto"/>
            </w:pPr>
            <w:r/>
            <w:r>
              <w:rPr>
                <w:rFonts w:ascii="宋体" w:hAnsi="宋体" w:eastAsia="宋体"/>
                <w:b w:val="0"/>
                <w:sz w:val="18"/>
              </w:rPr>
              <w:t>课件、视频、圆片</w:t>
            </w:r>
          </w:p>
        </w:tc>
        <w:tc>
          <w:tcPr>
            <w:tcW w:type="dxa" w:w="3402"/>
          </w:tcPr>
          <w:p>
            <w:pPr>
              <w:spacing w:after="20" w:line="276" w:lineRule="auto"/>
            </w:pPr>
            <w:r/>
            <w:r>
              <w:rPr>
                <w:rFonts w:ascii="宋体" w:hAnsi="宋体" w:eastAsia="宋体"/>
                <w:b w:val="0"/>
                <w:sz w:val="18"/>
              </w:rPr>
              <w:t>你们看过蚂蚁吃面包吗？；看完这个视频，你有什么想说的？</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联系生活，拓展应用</w:t>
            </w:r>
          </w:p>
        </w:tc>
        <w:tc>
          <w:tcPr>
            <w:tcW w:type="dxa" w:w="1814"/>
          </w:tcPr>
          <w:p>
            <w:pPr>
              <w:spacing w:after="20" w:line="276" w:lineRule="auto"/>
            </w:pPr>
            <w:r/>
            <w:r>
              <w:rPr>
                <w:rFonts w:ascii="宋体" w:hAnsi="宋体" w:eastAsia="宋体"/>
                <w:b w:val="0"/>
                <w:sz w:val="18"/>
              </w:rPr>
              <w:t>视频、课件、圆片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四、课堂总结，课后延伸</w:t>
            </w:r>
          </w:p>
        </w:tc>
        <w:tc>
          <w:tcPr>
            <w:tcW w:type="dxa" w:w="1814"/>
          </w:tcPr>
          <w:p>
            <w:pPr>
              <w:spacing w:after="20" w:line="276" w:lineRule="auto"/>
            </w:pPr>
            <w:r/>
            <w:r>
              <w:rPr>
                <w:rFonts w:ascii="宋体" w:hAnsi="宋体" w:eastAsia="宋体"/>
                <w:b w:val="0"/>
                <w:sz w:val="18"/>
              </w:rPr>
              <w:t>课件、圆片</w:t>
            </w:r>
          </w:p>
        </w:tc>
        <w:tc>
          <w:tcPr>
            <w:tcW w:type="dxa" w:w="3402"/>
          </w:tcPr>
          <w:p>
            <w:pPr>
              <w:spacing w:after="20" w:line="276" w:lineRule="auto"/>
            </w:pPr>
            <w:r/>
            <w:r>
              <w:rPr>
                <w:rFonts w:ascii="宋体" w:hAnsi="宋体" w:eastAsia="宋体"/>
                <w:b w:val="0"/>
                <w:sz w:val="18"/>
              </w:rPr>
              <w:t>你觉得这是一节什么课？为什么？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魔术导入，激发兴趣</w:t>
            </w:r>
          </w:p>
        </w:tc>
        <w:tc>
          <w:tcPr>
            <w:tcW w:type="dxa" w:w="3061"/>
          </w:tcPr>
          <w:p>
            <w:pPr>
              <w:spacing w:after="20" w:line="276" w:lineRule="auto"/>
            </w:pPr>
            <w:r/>
            <w:r>
              <w:rPr>
                <w:rFonts w:ascii="宋体" w:hAnsi="宋体" w:eastAsia="宋体"/>
                <w:b w:val="0"/>
                <w:sz w:val="18"/>
              </w:rPr>
              <w:t>师：同学们，你们喜欢魔术吗？今天老师给大家表演一个圆片穿孔的魔术，开启今天的神奇之旅。</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创设情境激活学生已有经验，自然引出本课学习内容，激发学习兴趣，核心问题："同学们，你们喜欢魔术吗？"</w:t>
            </w:r>
          </w:p>
        </w:tc>
      </w:tr>
      <w:tr>
        <w:tc>
          <w:tcPr>
            <w:tcW w:type="dxa" w:w="1474"/>
          </w:tcPr>
          <w:p>
            <w:pPr>
              <w:spacing w:after="20" w:line="276" w:lineRule="auto"/>
            </w:pPr>
            <w:r>
              <w:rPr>
                <w:b/>
              </w:rPr>
            </w:r>
            <w:r>
              <w:rPr>
                <w:rFonts w:ascii="宋体" w:hAnsi="宋体" w:eastAsia="宋体"/>
                <w:b/>
                <w:sz w:val="18"/>
              </w:rPr>
              <w:t>动手操作，探索神奇</w:t>
            </w:r>
          </w:p>
        </w:tc>
        <w:tc>
          <w:tcPr>
            <w:tcW w:type="dxa" w:w="3061"/>
          </w:tcPr>
          <w:p>
            <w:pPr>
              <w:spacing w:after="20" w:line="276" w:lineRule="auto"/>
            </w:pPr>
            <w:r/>
            <w:r>
              <w:rPr>
                <w:rFonts w:ascii="宋体" w:hAnsi="宋体" w:eastAsia="宋体"/>
                <w:b w:val="0"/>
                <w:sz w:val="18"/>
              </w:rPr>
              <w:t>（一）活动一：蚂蚁吃面包屑</w:t>
            </w:r>
          </w:p>
          <w:p>
            <w:pPr>
              <w:spacing w:after="20" w:line="276" w:lineRule="auto"/>
            </w:pPr>
            <w:r>
              <w:rPr>
                <w:rFonts w:ascii="宋体" w:hAnsi="宋体" w:eastAsia="宋体"/>
                <w:b w:val="0"/>
                <w:sz w:val="18"/>
              </w:rPr>
              <w:t>师：你们看过蚂蚁吃面包吗？今天老师带来的，你们未必见过，请看大屏幕。（课件出示视频）</w:t>
            </w:r>
          </w:p>
          <w:p>
            <w:pPr>
              <w:spacing w:after="20" w:line="276" w:lineRule="auto"/>
            </w:pPr>
            <w:r>
              <w:rPr>
                <w:rFonts w:ascii="宋体" w:hAnsi="宋体" w:eastAsia="宋体"/>
                <w:b w:val="0"/>
                <w:sz w:val="18"/>
              </w:rPr>
              <w:t>1.看一看：师：看完这个视频，你有什么想说的？</w:t>
            </w:r>
          </w:p>
          <w:p>
            <w:pPr>
              <w:spacing w:after="20" w:line="276" w:lineRule="auto"/>
            </w:pPr>
            <w:r>
              <w:rPr>
                <w:rFonts w:ascii="宋体" w:hAnsi="宋体" w:eastAsia="宋体"/>
                <w:b w:val="0"/>
                <w:sz w:val="18"/>
              </w:rPr>
              <w:t>2.做一做：师：首先我们拿出一张长方形纸条，将其首尾相接，就是一个普通纸环。再拿出另一张长方形纸条，一端不动，另一端扭转180°，再将其首尾相接，就是一个默比乌斯带。（适时板书）</w:t>
            </w:r>
          </w:p>
          <w:p>
            <w:pPr>
              <w:spacing w:after="20" w:line="276" w:lineRule="auto"/>
            </w:pPr>
            <w:r>
              <w:rPr>
                <w:rFonts w:ascii="宋体" w:hAnsi="宋体" w:eastAsia="宋体"/>
                <w:b w:val="0"/>
                <w:sz w:val="18"/>
              </w:rPr>
              <w:t>3.画一画：师：用A、B两个字母分别标出蚂蚁和面包的位置，然后动手画出蚂蚁的爬行轨迹。</w:t>
            </w:r>
          </w:p>
          <w:p>
            <w:pPr>
              <w:spacing w:after="20" w:line="276" w:lineRule="auto"/>
            </w:pPr>
            <w:r>
              <w:rPr>
                <w:rFonts w:ascii="宋体" w:hAnsi="宋体" w:eastAsia="宋体"/>
                <w:b w:val="0"/>
                <w:sz w:val="18"/>
              </w:rPr>
              <w:t>4.说一说：师：在普通纸环上，蚂蚁不越边界不能吃到面包屑，这是为什么？而在默比乌斯带上，蚂蚁不越边界却能吃到面包屑，又是为什么？</w:t>
            </w:r>
          </w:p>
          <w:p>
            <w:pPr>
              <w:spacing w:after="20" w:line="276" w:lineRule="auto"/>
            </w:pPr>
            <w:r>
              <w:rPr>
                <w:rFonts w:ascii="宋体" w:hAnsi="宋体" w:eastAsia="宋体"/>
                <w:b w:val="0"/>
                <w:sz w:val="18"/>
              </w:rPr>
              <w:t>师小结：普通纸环有2个面，2条边；而默比乌斯带有1个面，1条边。（适时板书）</w:t>
            </w:r>
          </w:p>
          <w:p>
            <w:pPr>
              <w:spacing w:after="20" w:line="276" w:lineRule="auto"/>
            </w:pPr>
            <w:r>
              <w:rPr>
                <w:rFonts w:ascii="宋体" w:hAnsi="宋体" w:eastAsia="宋体"/>
                <w:b w:val="0"/>
                <w:sz w:val="18"/>
              </w:rPr>
              <w:t>5.视频介绍默比乌斯带的由来。</w:t>
            </w:r>
          </w:p>
          <w:p>
            <w:pPr>
              <w:spacing w:after="20" w:line="276" w:lineRule="auto"/>
            </w:pPr>
            <w:r>
              <w:rPr>
                <w:rFonts w:ascii="宋体" w:hAnsi="宋体" w:eastAsia="宋体"/>
                <w:b w:val="0"/>
                <w:sz w:val="18"/>
              </w:rPr>
              <w:t>师：你们知道默比乌斯带是怎么被发现的吗？</w:t>
            </w:r>
          </w:p>
          <w:p>
            <w:pPr>
              <w:spacing w:after="20" w:line="276" w:lineRule="auto"/>
            </w:pPr>
            <w:r>
              <w:rPr>
                <w:rFonts w:ascii="宋体" w:hAnsi="宋体" w:eastAsia="宋体"/>
                <w:b w:val="0"/>
                <w:sz w:val="18"/>
              </w:rPr>
              <w:t>课件出示默比乌斯带的由来的视频。</w:t>
            </w:r>
          </w:p>
          <w:p>
            <w:pPr>
              <w:spacing w:after="20" w:line="276" w:lineRule="auto"/>
            </w:pPr>
            <w:r>
              <w:rPr>
                <w:rFonts w:ascii="宋体" w:hAnsi="宋体" w:eastAsia="宋体"/>
                <w:b w:val="0"/>
                <w:sz w:val="18"/>
              </w:rPr>
              <w:t>师：这就是我们今天所学的神奇的默比乌斯带。（板书课题：神奇的默比乌斯带）</w:t>
            </w:r>
          </w:p>
          <w:p>
            <w:pPr>
              <w:spacing w:after="20" w:line="276" w:lineRule="auto"/>
            </w:pPr>
            <w:r>
              <w:rPr>
                <w:rFonts w:ascii="宋体" w:hAnsi="宋体" w:eastAsia="宋体"/>
                <w:b w:val="0"/>
                <w:sz w:val="18"/>
              </w:rPr>
              <w:t>（二）活动二：二等分默比乌斯带</w:t>
            </w:r>
          </w:p>
          <w:p>
            <w:pPr>
              <w:spacing w:after="20" w:line="276" w:lineRule="auto"/>
            </w:pPr>
            <w:r>
              <w:rPr>
                <w:rFonts w:ascii="宋体" w:hAnsi="宋体" w:eastAsia="宋体"/>
                <w:b w:val="0"/>
                <w:sz w:val="18"/>
              </w:rPr>
              <w:t>1.提问：师：普通纸环沿着中线一直剪下去，会变成两个相同的纸环。如果我们沿着默比乌斯带的中线一直剪下去，还会变成两个相同的纸环吗？</w:t>
            </w:r>
          </w:p>
          <w:p>
            <w:pPr>
              <w:spacing w:after="20" w:line="276" w:lineRule="auto"/>
            </w:pPr>
            <w:r>
              <w:rPr>
                <w:rFonts w:ascii="宋体" w:hAnsi="宋体" w:eastAsia="宋体"/>
                <w:b w:val="0"/>
                <w:sz w:val="18"/>
              </w:rPr>
              <w:t>2.验证：师：让我们沿着中线处动手剪下去吧。</w:t>
            </w:r>
          </w:p>
          <w:p>
            <w:pPr>
              <w:spacing w:after="20" w:line="276" w:lineRule="auto"/>
            </w:pPr>
            <w:r>
              <w:rPr>
                <w:rFonts w:ascii="宋体" w:hAnsi="宋体" w:eastAsia="宋体"/>
                <w:b w:val="0"/>
                <w:sz w:val="18"/>
              </w:rPr>
              <w:t>3.结论：最后变成了一个更大的环。</w:t>
            </w:r>
          </w:p>
          <w:p>
            <w:pPr>
              <w:spacing w:after="20" w:line="276" w:lineRule="auto"/>
            </w:pPr>
            <w:r>
              <w:rPr>
                <w:rFonts w:ascii="宋体" w:hAnsi="宋体" w:eastAsia="宋体"/>
                <w:b w:val="0"/>
                <w:sz w:val="18"/>
              </w:rPr>
              <w:t>师：剪开后的这个更大的纸环和原来的默比乌斯带比一比，这个更大的纸环大还是默比乌斯带大吗？对于这一问题我们怎样解决呢？</w:t>
            </w:r>
          </w:p>
          <w:p>
            <w:pPr>
              <w:spacing w:after="20" w:line="276" w:lineRule="auto"/>
            </w:pPr>
            <w:r>
              <w:rPr>
                <w:rFonts w:ascii="宋体" w:hAnsi="宋体" w:eastAsia="宋体"/>
                <w:b w:val="0"/>
                <w:sz w:val="18"/>
              </w:rPr>
              <w:t>（三）活动三：三等分默比乌斯带</w:t>
            </w:r>
          </w:p>
          <w:p>
            <w:pPr>
              <w:spacing w:after="20" w:line="276" w:lineRule="auto"/>
            </w:pPr>
            <w:r>
              <w:rPr>
                <w:rFonts w:ascii="宋体" w:hAnsi="宋体" w:eastAsia="宋体"/>
                <w:b w:val="0"/>
                <w:sz w:val="18"/>
              </w:rPr>
              <w:t>师：除了沿着中线处一直剪下去，我们还可以沿着三等分处一直剪下去，结果会是怎样的？请你先猜一猜，再动手剪一剪进行验证。</w:t>
            </w:r>
          </w:p>
          <w:p>
            <w:pPr>
              <w:spacing w:after="20" w:line="276" w:lineRule="auto"/>
            </w:pPr>
            <w:r>
              <w:rPr>
                <w:rFonts w:ascii="宋体" w:hAnsi="宋体" w:eastAsia="宋体"/>
                <w:b w:val="0"/>
                <w:sz w:val="18"/>
              </w:rPr>
              <w:t>师：通过动手验证，我们得到的是一个大环套着一个小环。</w:t>
            </w:r>
          </w:p>
          <w:p>
            <w:pPr>
              <w:spacing w:after="20" w:line="276" w:lineRule="auto"/>
            </w:pPr>
            <w:r>
              <w:rPr>
                <w:rFonts w:ascii="宋体" w:hAnsi="宋体" w:eastAsia="宋体"/>
                <w:b w:val="0"/>
                <w:sz w:val="18"/>
              </w:rPr>
              <w:t>师：同学们，研究到这里，你们还有什么想了解的？</w:t>
            </w:r>
          </w:p>
        </w:tc>
        <w:tc>
          <w:tcPr>
            <w:tcW w:type="dxa" w:w="3061"/>
          </w:tcPr>
          <w:p>
            <w:pPr>
              <w:spacing w:after="20" w:line="276" w:lineRule="auto"/>
            </w:pPr>
            <w:r/>
            <w:r>
              <w:rPr>
                <w:rFonts w:ascii="宋体" w:hAnsi="宋体" w:eastAsia="宋体"/>
                <w:b w:val="0"/>
                <w:sz w:val="18"/>
              </w:rPr>
              <w:t>我认为不会变成两个相同的纸环。</w:t>
            </w:r>
          </w:p>
          <w:p>
            <w:pPr>
              <w:spacing w:after="20" w:line="276" w:lineRule="auto"/>
            </w:pPr>
            <w:r>
              <w:rPr>
                <w:rFonts w:ascii="宋体" w:hAnsi="宋体" w:eastAsia="宋体"/>
                <w:b w:val="0"/>
                <w:sz w:val="18"/>
              </w:rPr>
              <w:t>预设1：继续沿着四等分处、五等分处剪下去，会怎样？</w:t>
            </w:r>
          </w:p>
          <w:p>
            <w:pPr>
              <w:spacing w:after="20" w:line="276" w:lineRule="auto"/>
            </w:pPr>
            <w:r>
              <w:rPr>
                <w:rFonts w:ascii="宋体" w:hAnsi="宋体" w:eastAsia="宋体"/>
                <w:b w:val="0"/>
                <w:sz w:val="18"/>
              </w:rPr>
              <w:t>预设2：默比乌斯带有什么用途？</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设计递进式探究活动，引导学生在动手实践与合作交流中经历知识形成过程，突破本课重难点，核心问题："你们看过蚂蚁吃面包吗？"</w:t>
            </w:r>
          </w:p>
        </w:tc>
      </w:tr>
      <w:tr>
        <w:tc>
          <w:tcPr>
            <w:tcW w:type="dxa" w:w="1474"/>
          </w:tcPr>
          <w:p>
            <w:pPr>
              <w:spacing w:after="20" w:line="276" w:lineRule="auto"/>
            </w:pPr>
            <w:r>
              <w:rPr>
                <w:b/>
              </w:rPr>
            </w:r>
            <w:r>
              <w:rPr>
                <w:rFonts w:ascii="宋体" w:hAnsi="宋体" w:eastAsia="宋体"/>
                <w:b/>
                <w:sz w:val="18"/>
              </w:rPr>
              <w:t>联系生活，拓展应用</w:t>
            </w:r>
          </w:p>
        </w:tc>
        <w:tc>
          <w:tcPr>
            <w:tcW w:type="dxa" w:w="3061"/>
          </w:tcPr>
          <w:p>
            <w:pPr>
              <w:spacing w:after="20" w:line="276" w:lineRule="auto"/>
            </w:pPr>
            <w:r/>
            <w:r>
              <w:rPr>
                <w:rFonts w:ascii="宋体" w:hAnsi="宋体" w:eastAsia="宋体"/>
                <w:b w:val="0"/>
                <w:sz w:val="18"/>
              </w:rPr>
              <w:t>1.观看视频，了解默比乌斯带的概念在工业生产、建筑和艺术中都有着广泛地应用。</w:t>
            </w:r>
          </w:p>
          <w:p>
            <w:pPr>
              <w:spacing w:after="20" w:line="276" w:lineRule="auto"/>
            </w:pPr>
            <w:r>
              <w:rPr>
                <w:rFonts w:ascii="宋体" w:hAnsi="宋体" w:eastAsia="宋体"/>
                <w:b w:val="0"/>
                <w:sz w:val="18"/>
              </w:rPr>
              <w:t>2.出示照片，有可循环再生标志、传送带等。链接默比乌斯带更多更有趣的应用，启发学生发挥想象，发现未知。</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四、课堂总结，课后延伸</w:t>
            </w:r>
          </w:p>
        </w:tc>
        <w:tc>
          <w:tcPr>
            <w:tcW w:type="dxa" w:w="3061"/>
          </w:tcPr>
          <w:p>
            <w:pPr>
              <w:spacing w:after="20" w:line="276" w:lineRule="auto"/>
            </w:pPr>
            <w:r/>
            <w:r>
              <w:rPr>
                <w:rFonts w:ascii="宋体" w:hAnsi="宋体" w:eastAsia="宋体"/>
                <w:b w:val="0"/>
                <w:sz w:val="18"/>
              </w:rPr>
              <w:t>师：你觉得这是一节什么课？为什么？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对比普通纸环和默比乌斯带沿中线和沿三等分处剪开的不同结果，感受默比乌斯带的特殊性与神奇之处，培养学生的空间想象力、逻辑推理能力和科学探究精神，激发对数学的兴趣，体会数学知识的奇妙与魅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教科书P84。</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们在“动手做”中深切地感受到了默比乌斯带的无穷魅力，激发起了强烈的好奇心和创造欲望。用一张圆片变魔术导入，比直接出示默比乌斯带或者提出一个在一般情况下无法解决的问题引出默比乌斯带，更能让学生真切地感受到默比乌斯带像魔术般神奇的变化，并为学生琢磨其中的奥秘做了铺垫。</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整理和复习（练习十七）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整理和复习（练习十七）</w:t>
            </w:r>
          </w:p>
        </w:tc>
        <w:tc>
          <w:tcPr>
            <w:tcW w:type="dxa" w:w="6009"/>
          </w:tcPr>
          <w:p>
            <w:pPr>
              <w:spacing w:after="20" w:line="276" w:lineRule="auto"/>
            </w:pPr>
            <w:r/>
            <w:r>
              <w:rPr>
                <w:rFonts w:ascii="宋体" w:hAnsi="宋体" w:eastAsia="宋体"/>
                <w:b w:val="0"/>
                <w:sz w:val="20"/>
              </w:rPr>
              <w:t>第5单元 平行四边形和梯形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的学生已经认识了直线、线段和射线的特点，初步认识了平行四边形，并学习了角的度量。而且平行和垂直现象在生活中处处可见，平行四边形和梯形在日常生活中也有着广泛的应用，学生头脑中已经积累了许多经验，因此通过教科书提供的一些图片，如楼梯栏杆、梯子等，让学生借助图片找出平行四边形和梯形，并研究它们的特征也不是一件很难的事。我们要做的是关注学生已有的生活经验和知识基础，让学生在观察、想象、操作、推理、交流等活动中，不断积累数学活动经验，初步培养学生的空间观念。</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教学内容：教科书P85“整理和复习”，P86～87“练习十七”。</w:t>
      </w:r>
    </w:p>
    <w:p>
      <w:pPr>
        <w:spacing w:after="80" w:line="300" w:lineRule="auto"/>
        <w:ind w:firstLine="400"/>
      </w:pPr>
      <w:r>
        <w:rPr>
          <w:rFonts w:ascii="宋体" w:hAnsi="宋体" w:eastAsia="宋体"/>
          <w:b w:val="0"/>
          <w:sz w:val="20"/>
        </w:rPr>
        <w:t>教学准备：课件、长方形纸、剪刀。</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（1）能准确复述“平行与垂直”“平行四边形与梯形”的定义及特征，辨析概念间的区别，发展数学抽象素养。</w:t>
      </w:r>
    </w:p>
    <w:p>
      <w:pPr>
        <w:spacing w:after="20" w:line="300" w:lineRule="auto"/>
        <w:ind w:firstLine="400"/>
      </w:pPr>
      <w:r>
        <w:rPr>
          <w:rFonts w:ascii="宋体" w:hAnsi="宋体" w:eastAsia="宋体"/>
          <w:b w:val="0"/>
          <w:sz w:val="20"/>
        </w:rPr>
        <w:t>（2）能运用工具规范画出平行线、垂线及平行四边形、梯形，通过实例分析“平行与垂直”在图形构成中的作用，提升直观想象素养。</w:t>
      </w:r>
    </w:p>
    <w:p>
      <w:pPr>
        <w:spacing w:after="20" w:line="300" w:lineRule="auto"/>
        <w:ind w:firstLine="400"/>
      </w:pPr>
      <w:r>
        <w:rPr>
          <w:rFonts w:ascii="宋体" w:hAnsi="宋体" w:eastAsia="宋体"/>
          <w:b w:val="0"/>
          <w:sz w:val="20"/>
        </w:rPr>
        <w:t>（3）能自主梳理单元知识脉络，运用所学知识解决实际问题，并对同伴的图形拼组方案进行合理性评价，培养逻辑推理与创新意识。</w:t>
      </w:r>
    </w:p>
    <w:p>
      <w:pPr>
        <w:spacing w:after="20" w:line="300" w:lineRule="auto"/>
      </w:pPr>
      <w:r>
        <w:rPr>
          <w:rFonts w:ascii="宋体" w:hAnsi="宋体" w:eastAsia="宋体"/>
          <w:b w:val="0"/>
          <w:sz w:val="20"/>
        </w:rPr>
        <w:t>教学重点：通过实践探究，明确“平行与垂直”是构建平行四边形和梯形的核心要素，建立概念间的系统联系。</w:t>
      </w:r>
    </w:p>
    <w:p>
      <w:pPr>
        <w:spacing w:after="20" w:line="300" w:lineRule="auto"/>
      </w:pPr>
      <w:r>
        <w:rPr>
          <w:rFonts w:ascii="宋体" w:hAnsi="宋体" w:eastAsia="宋体"/>
          <w:b w:val="0"/>
          <w:sz w:val="20"/>
        </w:rPr>
        <w:t>教学难点：能用规范的数学语言表达图形特征及关系，综合运用知识解决实际问题，发展空间观念。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回顾旧知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自主梳理，构建知识网络</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夯实基础</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综合应用</w:t>
            </w:r>
          </w:p>
        </w:tc>
        <w:tc>
          <w:tcPr>
            <w:tcW w:type="dxa" w:w="1814"/>
          </w:tcPr>
          <w:p>
            <w:pPr>
              <w:spacing w:after="20" w:line="276" w:lineRule="auto"/>
            </w:pPr>
            <w:r/>
            <w:r>
              <w:rPr>
                <w:rFonts w:ascii="宋体" w:hAnsi="宋体" w:eastAsia="宋体"/>
                <w:b w:val="0"/>
                <w:sz w:val="18"/>
              </w:rPr>
              <w:t>教科书P86～87、课件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作业布置</w:t>
            </w:r>
          </w:p>
        </w:tc>
        <w:tc>
          <w:tcPr>
            <w:tcW w:type="dxa" w:w="1814"/>
          </w:tcPr>
          <w:p>
            <w:pPr>
              <w:spacing w:after="20" w:line="276" w:lineRule="auto"/>
            </w:pPr>
            <w:r/>
            <w:r>
              <w:rPr>
                <w:rFonts w:ascii="宋体" w:hAnsi="宋体" w:eastAsia="宋体"/>
                <w:b w:val="0"/>
                <w:sz w:val="18"/>
              </w:rPr>
              <w:t>教科书、七巧板、课件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通过今天的整理和复习，你对本单元知识有了哪些新的认识？还有哪些疑问？</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回顾旧知</w:t>
            </w:r>
          </w:p>
        </w:tc>
        <w:tc>
          <w:tcPr>
            <w:tcW w:type="dxa" w:w="3061"/>
          </w:tcPr>
          <w:p>
            <w:pPr>
              <w:spacing w:after="20" w:line="276" w:lineRule="auto"/>
            </w:pPr>
            <w:r/>
            <w:r>
              <w:rPr>
                <w:rFonts w:ascii="宋体" w:hAnsi="宋体" w:eastAsia="宋体"/>
                <w:b w:val="0"/>
                <w:sz w:val="18"/>
              </w:rPr>
              <w:t>师：直线、射线、线段、平行线、垂线、角和四边形是我们这节课复习的主要内容，围绕所学知识想一想，通过这节课的复习我们应该弄清哪些问题？达到哪些要求？</w:t>
            </w:r>
          </w:p>
          <w:p>
            <w:pPr>
              <w:spacing w:after="20" w:line="276" w:lineRule="auto"/>
            </w:pPr>
            <w:r>
              <w:rPr>
                <w:rFonts w:ascii="宋体" w:hAnsi="宋体" w:eastAsia="宋体"/>
                <w:b w:val="0"/>
                <w:sz w:val="18"/>
              </w:rPr>
              <w:t>（2）在同一平面内的两条直线有哪几种位置关系？</w:t>
            </w:r>
          </w:p>
          <w:p>
            <w:pPr>
              <w:spacing w:after="20" w:line="276" w:lineRule="auto"/>
            </w:pPr>
            <w:r>
              <w:rPr>
                <w:rFonts w:ascii="宋体" w:hAnsi="宋体" w:eastAsia="宋体"/>
                <w:b w:val="0"/>
                <w:sz w:val="18"/>
              </w:rPr>
              <w:t>（3）什么叫作角？我们学过哪几类角？怎样画角？</w:t>
            </w:r>
          </w:p>
          <w:p>
            <w:pPr>
              <w:spacing w:after="20" w:line="276" w:lineRule="auto"/>
            </w:pPr>
            <w:r>
              <w:rPr>
                <w:rFonts w:ascii="宋体" w:hAnsi="宋体" w:eastAsia="宋体"/>
                <w:b w:val="0"/>
                <w:sz w:val="18"/>
              </w:rPr>
              <w:t>（4）我们学过哪几种四边形？它们的特点及相互关系是怎样的？</w:t>
            </w:r>
          </w:p>
          <w:p>
            <w:pPr>
              <w:spacing w:after="20" w:line="276" w:lineRule="auto"/>
            </w:pPr>
            <w:r>
              <w:rPr>
                <w:rFonts w:ascii="宋体" w:hAnsi="宋体" w:eastAsia="宋体"/>
                <w:b w:val="0"/>
                <w:sz w:val="18"/>
              </w:rPr>
              <w:t>师：同学们说得很好，今天我们来复习相关知识。[板书课题：整理和复习（练习十七）]</w:t>
            </w:r>
          </w:p>
        </w:tc>
        <w:tc>
          <w:tcPr>
            <w:tcW w:type="dxa" w:w="3061"/>
          </w:tcPr>
          <w:p>
            <w:pPr>
              <w:spacing w:after="20" w:line="276" w:lineRule="auto"/>
            </w:pPr>
            <w:r/>
            <w:r>
              <w:rPr>
                <w:rFonts w:ascii="宋体" w:hAnsi="宋体" w:eastAsia="宋体"/>
                <w:b w:val="0"/>
                <w:sz w:val="18"/>
              </w:rPr>
              <w:t>（1）直线、射线和线段有什么联系与区别？</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自主梳理，构建知识网络</w:t>
            </w:r>
          </w:p>
        </w:tc>
        <w:tc>
          <w:tcPr>
            <w:tcW w:type="dxa" w:w="3061"/>
          </w:tcPr>
          <w:p>
            <w:pPr>
              <w:spacing w:after="20" w:line="276" w:lineRule="auto"/>
            </w:pPr>
            <w:r/>
            <w:r>
              <w:rPr>
                <w:rFonts w:ascii="宋体" w:hAnsi="宋体" w:eastAsia="宋体"/>
                <w:b w:val="0"/>
                <w:sz w:val="18"/>
              </w:rPr>
              <w:t>1.自主整理。</w:t>
            </w:r>
          </w:p>
          <w:p>
            <w:pPr>
              <w:spacing w:after="20" w:line="276" w:lineRule="auto"/>
            </w:pPr>
            <w:r>
              <w:rPr>
                <w:rFonts w:ascii="宋体" w:hAnsi="宋体" w:eastAsia="宋体"/>
                <w:b w:val="0"/>
                <w:sz w:val="18"/>
              </w:rPr>
              <w:t>（1）两条直线的位置关系（平行、相交和垂直的定义与关系）；</w:t>
            </w:r>
          </w:p>
          <w:p>
            <w:pPr>
              <w:spacing w:after="20" w:line="276" w:lineRule="auto"/>
            </w:pPr>
            <w:r>
              <w:rPr>
                <w:rFonts w:ascii="宋体" w:hAnsi="宋体" w:eastAsia="宋体"/>
                <w:b w:val="0"/>
                <w:sz w:val="18"/>
              </w:rPr>
              <w:t>（2）四边形的分类（平行四边形、梯形和普通四边形的特征及从属关系）；</w:t>
            </w:r>
          </w:p>
          <w:p>
            <w:pPr>
              <w:spacing w:after="20" w:line="276" w:lineRule="auto"/>
            </w:pPr>
            <w:r>
              <w:rPr>
                <w:rFonts w:ascii="宋体" w:hAnsi="宋体" w:eastAsia="宋体"/>
                <w:b w:val="0"/>
                <w:sz w:val="18"/>
              </w:rPr>
              <w:t>（3）作图技能（画垂线、平行线和长方形等的步骤）。</w:t>
            </w:r>
          </w:p>
          <w:p>
            <w:pPr>
              <w:spacing w:after="20" w:line="276" w:lineRule="auto"/>
            </w:pPr>
            <w:r>
              <w:rPr>
                <w:rFonts w:ascii="宋体" w:hAnsi="宋体" w:eastAsia="宋体"/>
                <w:b w:val="0"/>
                <w:sz w:val="18"/>
              </w:rPr>
              <w:t>四人为一组分享整理成果，互相补充完善知识结构。</w:t>
            </w:r>
          </w:p>
          <w:p>
            <w:pPr>
              <w:spacing w:after="20" w:line="276" w:lineRule="auto"/>
            </w:pPr>
            <w:r>
              <w:rPr>
                <w:rFonts w:ascii="宋体" w:hAnsi="宋体" w:eastAsia="宋体"/>
                <w:b w:val="0"/>
                <w:sz w:val="18"/>
              </w:rPr>
              <w:t>选取2～3份典型作品展示，教师引导完善知识网络。</w:t>
            </w:r>
          </w:p>
          <w:p>
            <w:pPr>
              <w:spacing w:after="20" w:line="276" w:lineRule="auto"/>
            </w:pPr>
            <w:r>
              <w:rPr>
                <w:rFonts w:ascii="宋体" w:hAnsi="宋体" w:eastAsia="宋体"/>
                <w:b w:val="0"/>
                <w:sz w:val="18"/>
              </w:rPr>
              <w:t>4.补充细节。</w:t>
            </w:r>
          </w:p>
          <w:p>
            <w:pPr>
              <w:spacing w:after="20" w:line="276" w:lineRule="auto"/>
            </w:pPr>
            <w:r>
              <w:rPr>
                <w:rFonts w:ascii="宋体" w:hAnsi="宋体" w:eastAsia="宋体"/>
                <w:b w:val="0"/>
                <w:sz w:val="18"/>
              </w:rPr>
              <w:t>（1）课件出示小明整理的“知识结构图”，补充细节。</w:t>
            </w:r>
          </w:p>
          <w:p>
            <w:pPr>
              <w:spacing w:after="20" w:line="276" w:lineRule="auto"/>
            </w:pPr>
            <w:r>
              <w:rPr>
                <w:rFonts w:ascii="宋体" w:hAnsi="宋体" w:eastAsia="宋体"/>
                <w:b w:val="0"/>
                <w:sz w:val="18"/>
              </w:rPr>
              <w:t>（2）补充用集合图梳理关系。（适时板书）</w:t>
            </w:r>
          </w:p>
          <w:p>
            <w:pPr>
              <w:spacing w:after="20" w:line="276" w:lineRule="auto"/>
            </w:pPr>
            <w:r>
              <w:rPr>
                <w:rFonts w:ascii="宋体" w:hAnsi="宋体" w:eastAsia="宋体"/>
                <w:b w:val="0"/>
                <w:sz w:val="18"/>
              </w:rPr>
              <w:t>①用集合图表示“谁包含谁”（如长方形是特殊的平行四边形）；</w:t>
            </w:r>
          </w:p>
          <w:p>
            <w:pPr>
              <w:spacing w:after="20" w:line="276" w:lineRule="auto"/>
            </w:pPr>
            <w:r>
              <w:rPr>
                <w:rFonts w:ascii="宋体" w:hAnsi="宋体" w:eastAsia="宋体"/>
                <w:b w:val="0"/>
                <w:sz w:val="18"/>
              </w:rPr>
              <w:t>②说明理由：“为什么长方形属于平行四边形？”</w:t>
            </w:r>
          </w:p>
        </w:tc>
        <w:tc>
          <w:tcPr>
            <w:tcW w:type="dxa" w:w="3061"/>
          </w:tcPr>
          <w:p>
            <w:pPr>
              <w:spacing w:after="20" w:line="276" w:lineRule="auto"/>
            </w:pPr>
            <w:r/>
            <w:r>
              <w:rPr>
                <w:rFonts w:ascii="宋体" w:hAnsi="宋体" w:eastAsia="宋体"/>
                <w:b w:val="0"/>
                <w:sz w:val="18"/>
              </w:rPr>
              <w:t>学生结合教科书和笔记，用思维导图、表格或知识树的形式梳理本单元知识，重点梳理：</w:t>
            </w:r>
          </w:p>
          <w:p>
            <w:pPr>
              <w:spacing w:after="20" w:line="276" w:lineRule="auto"/>
            </w:pPr>
            <w:r>
              <w:rPr>
                <w:rFonts w:ascii="宋体" w:hAnsi="宋体" w:eastAsia="宋体"/>
                <w:b w:val="0"/>
                <w:sz w:val="18"/>
              </w:rPr>
              <w:t>2.小组交流。</w:t>
            </w:r>
          </w:p>
          <w:p>
            <w:pPr>
              <w:spacing w:after="20" w:line="276" w:lineRule="auto"/>
            </w:pPr>
            <w:r>
              <w:rPr>
                <w:rFonts w:ascii="宋体" w:hAnsi="宋体" w:eastAsia="宋体"/>
                <w:b w:val="0"/>
                <w:sz w:val="18"/>
              </w:rPr>
              <w:t>3.全班展示。</w:t>
            </w:r>
          </w:p>
          <w:p>
            <w:pPr>
              <w:spacing w:after="20" w:line="276" w:lineRule="auto"/>
            </w:pPr>
            <w:r>
              <w:rPr>
                <w:rFonts w:ascii="宋体" w:hAnsi="宋体" w:eastAsia="宋体"/>
                <w:b w:val="0"/>
                <w:sz w:val="18"/>
              </w:rPr>
              <w:t>小组合作完成。</w:t>
            </w:r>
          </w:p>
          <w:p>
            <w:pPr>
              <w:spacing w:after="20" w:line="276" w:lineRule="auto"/>
            </w:pPr>
            <w:r>
              <w:rPr>
                <w:rFonts w:ascii="宋体" w:hAnsi="宋体" w:eastAsia="宋体"/>
                <w:b w:val="0"/>
                <w:sz w:val="18"/>
              </w:rPr>
              <w:t>长方形具备平行四边形所有的特征，其四个角都是直角，是特殊的平行四边形。</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夯实基础</w:t>
            </w:r>
          </w:p>
        </w:tc>
        <w:tc>
          <w:tcPr>
            <w:tcW w:type="dxa" w:w="3061"/>
          </w:tcPr>
          <w:p>
            <w:pPr>
              <w:spacing w:after="20" w:line="276" w:lineRule="auto"/>
            </w:pPr>
            <w:r/>
            <w:r>
              <w:rPr>
                <w:rFonts w:ascii="宋体" w:hAnsi="宋体" w:eastAsia="宋体"/>
                <w:b w:val="0"/>
                <w:sz w:val="18"/>
              </w:rPr>
              <w:t>1.相关概念与作图。</w:t>
            </w:r>
          </w:p>
          <w:p>
            <w:pPr>
              <w:spacing w:after="20" w:line="276" w:lineRule="auto"/>
            </w:pPr>
            <w:r>
              <w:rPr>
                <w:rFonts w:ascii="宋体" w:hAnsi="宋体" w:eastAsia="宋体"/>
                <w:b w:val="0"/>
                <w:sz w:val="18"/>
              </w:rPr>
              <w:t>完成教科书P86“练习十七”第1～3题。</w:t>
            </w:r>
          </w:p>
          <w:p>
            <w:pPr>
              <w:spacing w:after="20" w:line="276" w:lineRule="auto"/>
            </w:pPr>
            <w:r>
              <w:rPr>
                <w:rFonts w:ascii="宋体" w:hAnsi="宋体" w:eastAsia="宋体"/>
                <w:b w:val="0"/>
                <w:sz w:val="18"/>
              </w:rPr>
              <w:t>第1题：（1）长方形的对边互相平行。</w:t>
            </w:r>
          </w:p>
          <w:p>
            <w:pPr>
              <w:spacing w:after="20" w:line="276" w:lineRule="auto"/>
            </w:pPr>
            <w:r>
              <w:rPr>
                <w:rFonts w:ascii="宋体" w:hAnsi="宋体" w:eastAsia="宋体"/>
                <w:b w:val="0"/>
                <w:sz w:val="18"/>
              </w:rPr>
              <w:t>（2）用三角尺的直角去比或用量角器测量。</w:t>
            </w:r>
          </w:p>
          <w:p>
            <w:pPr>
              <w:spacing w:after="20" w:line="276" w:lineRule="auto"/>
            </w:pPr>
            <w:r>
              <w:rPr>
                <w:rFonts w:ascii="宋体" w:hAnsi="宋体" w:eastAsia="宋体"/>
                <w:b w:val="0"/>
                <w:sz w:val="18"/>
              </w:rPr>
              <w:t>第2题：紧扣图形特征，再决定怎样剪。</w:t>
            </w:r>
          </w:p>
          <w:p>
            <w:pPr>
              <w:spacing w:after="20" w:line="276" w:lineRule="auto"/>
            </w:pPr>
            <w:r>
              <w:rPr>
                <w:rFonts w:ascii="宋体" w:hAnsi="宋体" w:eastAsia="宋体"/>
                <w:b w:val="0"/>
                <w:sz w:val="18"/>
              </w:rPr>
              <w:t>第3题：两组对边互相平行的四边形是平行四边形。</w:t>
            </w:r>
          </w:p>
          <w:p>
            <w:pPr>
              <w:spacing w:after="20" w:line="276" w:lineRule="auto"/>
            </w:pPr>
            <w:r>
              <w:rPr>
                <w:rFonts w:ascii="宋体" w:hAnsi="宋体" w:eastAsia="宋体"/>
                <w:b w:val="0"/>
                <w:sz w:val="18"/>
              </w:rPr>
              <w:t>2.平行四边形与梯形的特征。</w:t>
            </w:r>
          </w:p>
          <w:p>
            <w:pPr>
              <w:spacing w:after="20" w:line="276" w:lineRule="auto"/>
            </w:pPr>
            <w:r>
              <w:rPr>
                <w:rFonts w:ascii="宋体" w:hAnsi="宋体" w:eastAsia="宋体"/>
                <w:b w:val="0"/>
                <w:sz w:val="18"/>
              </w:rPr>
              <w:t>完成教科书P86“练习十七”第6、8题。</w:t>
            </w:r>
          </w:p>
          <w:p>
            <w:pPr>
              <w:spacing w:after="20" w:line="276" w:lineRule="auto"/>
            </w:pPr>
            <w:r>
              <w:rPr>
                <w:rFonts w:ascii="宋体" w:hAnsi="宋体" w:eastAsia="宋体"/>
                <w:b w:val="0"/>
                <w:sz w:val="18"/>
              </w:rPr>
              <w:t>第6题：抓住图形的特征进行分析判断。</w:t>
            </w:r>
          </w:p>
          <w:p>
            <w:pPr>
              <w:spacing w:after="20" w:line="276" w:lineRule="auto"/>
            </w:pPr>
            <w:r>
              <w:rPr>
                <w:rFonts w:ascii="宋体" w:hAnsi="宋体" w:eastAsia="宋体"/>
                <w:b w:val="0"/>
                <w:sz w:val="18"/>
              </w:rPr>
              <w:t>（1）“长方形是特殊的平行四边形。”（√，因为长方形两组对边平行且有直角，符合平行四边形特征）；</w:t>
            </w:r>
          </w:p>
          <w:p>
            <w:pPr>
              <w:spacing w:after="20" w:line="276" w:lineRule="auto"/>
            </w:pPr>
            <w:r>
              <w:rPr>
                <w:rFonts w:ascii="宋体" w:hAnsi="宋体" w:eastAsia="宋体"/>
                <w:b w:val="0"/>
                <w:sz w:val="18"/>
              </w:rPr>
              <w:t>（2）“两个完全相同的梯形一定能拼成一个平行四边形。”（√，梯形的一组对边平行，拼接后两组对边分别平行即可）；</w:t>
            </w:r>
          </w:p>
          <w:p>
            <w:pPr>
              <w:spacing w:after="20" w:line="276" w:lineRule="auto"/>
            </w:pPr>
            <w:r>
              <w:rPr>
                <w:rFonts w:ascii="宋体" w:hAnsi="宋体" w:eastAsia="宋体"/>
                <w:b w:val="0"/>
                <w:sz w:val="18"/>
              </w:rPr>
              <w:t>（3）“两个完全相同的梯形一定能拼成一个长方形。”（，只有直角梯形才可能拼成长方形）。</w:t>
            </w:r>
          </w:p>
          <w:p>
            <w:pPr>
              <w:spacing w:after="20" w:line="276" w:lineRule="auto"/>
            </w:pPr>
            <w:r>
              <w:rPr>
                <w:rFonts w:ascii="宋体" w:hAnsi="宋体" w:eastAsia="宋体"/>
                <w:b w:val="0"/>
                <w:sz w:val="18"/>
              </w:rPr>
              <w:t>第8题：量出5个四边形的内角并求和，发现：四边形内角和为360°。</w:t>
            </w:r>
          </w:p>
          <w:p>
            <w:pPr>
              <w:spacing w:after="20" w:line="276" w:lineRule="auto"/>
            </w:pPr>
            <w:r>
              <w:rPr>
                <w:rFonts w:ascii="宋体" w:hAnsi="宋体" w:eastAsia="宋体"/>
                <w:b w:val="0"/>
                <w:sz w:val="18"/>
              </w:rPr>
              <w:t>教师根据学情板书：核心技能：作图、剪拼、测量。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综合应用</w:t>
            </w:r>
          </w:p>
        </w:tc>
        <w:tc>
          <w:tcPr>
            <w:tcW w:type="dxa" w:w="3061"/>
          </w:tcPr>
          <w:p>
            <w:pPr>
              <w:spacing w:after="20" w:line="276" w:lineRule="auto"/>
            </w:pPr>
            <w:r/>
            <w:r>
              <w:rPr>
                <w:rFonts w:ascii="宋体" w:hAnsi="宋体" w:eastAsia="宋体"/>
                <w:b w:val="0"/>
                <w:sz w:val="18"/>
              </w:rPr>
              <w:t>完成教科书P86～87“练习十七”第4、5、7题。</w:t>
            </w:r>
          </w:p>
          <w:p>
            <w:pPr>
              <w:spacing w:after="20" w:line="276" w:lineRule="auto"/>
            </w:pPr>
            <w:r>
              <w:rPr>
                <w:rFonts w:ascii="宋体" w:hAnsi="宋体" w:eastAsia="宋体"/>
                <w:b w:val="0"/>
                <w:sz w:val="18"/>
              </w:rPr>
              <w:t>第4题：根据四边形各边的平行关系判断，依次是平行四边形、平行四边形、梯形、梯形。</w:t>
            </w:r>
          </w:p>
          <w:p>
            <w:pPr>
              <w:spacing w:after="20" w:line="276" w:lineRule="auto"/>
            </w:pPr>
            <w:r>
              <w:rPr>
                <w:rFonts w:ascii="宋体" w:hAnsi="宋体" w:eastAsia="宋体"/>
                <w:b w:val="0"/>
                <w:sz w:val="18"/>
              </w:rPr>
              <w:t>第5题：由点变成线再变成图形，体会图形的变换以及图形之间的联系。形成的图形依次是：三角形→梯形→直角梯形→平行四边形。</w:t>
            </w:r>
          </w:p>
          <w:p>
            <w:pPr>
              <w:spacing w:after="20" w:line="276" w:lineRule="auto"/>
            </w:pPr>
            <w:r>
              <w:rPr>
                <w:rFonts w:ascii="宋体" w:hAnsi="宋体" w:eastAsia="宋体"/>
                <w:b w:val="0"/>
                <w:sz w:val="18"/>
              </w:rPr>
              <w:t>第7题：鼓励多种分法，如2个三角形和1个长方形，2个三角形和1个梯形等等。</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作业布置</w:t>
            </w:r>
          </w:p>
        </w:tc>
        <w:tc>
          <w:tcPr>
            <w:tcW w:type="dxa" w:w="3061"/>
          </w:tcPr>
          <w:p>
            <w:pPr>
              <w:spacing w:after="20" w:line="276" w:lineRule="auto"/>
            </w:pPr>
            <w:r/>
            <w:r>
              <w:rPr>
                <w:rFonts w:ascii="宋体" w:hAnsi="宋体" w:eastAsia="宋体"/>
                <w:b w:val="0"/>
                <w:sz w:val="18"/>
              </w:rPr>
              <w:t>完成教科书P87的成长小档案。</w:t>
            </w:r>
          </w:p>
          <w:p>
            <w:pPr>
              <w:spacing w:after="20" w:line="276" w:lineRule="auto"/>
            </w:pPr>
            <w:r>
              <w:rPr>
                <w:rFonts w:ascii="宋体" w:hAnsi="宋体" w:eastAsia="宋体"/>
                <w:b w:val="0"/>
                <w:sz w:val="18"/>
              </w:rPr>
              <w:t>师：用七巧板拼出1个平行四边形和1个等腰梯形，并写出图形特征。</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师：通过今天的整理和复习，你对本单元知识有了哪些新的认识？还有哪些疑问？</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开放式提问，引导学生自主关联知识点，以小明的“知识结构图”为切入点，激发整理欲望，为后续构建系统的知识网络奠定基础，同时培养学生的归纳整理意识。结合“练习十七”的题目，将概念回顾与技能巩固相结合，避免“纯知识点背诵”的枯燥感。通过分层设计，让学困生夯实基础、学优生拓展提升，落实因材施教的理念。</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整理和复习（练习十七）</w:t>
      </w:r>
    </w:p>
    <w:p>
      <w:pPr>
        <w:spacing w:after="40" w:line="300" w:lineRule="auto"/>
      </w:pPr>
      <w:r>
        <w:rPr>
          <w:rFonts w:ascii="宋体" w:hAnsi="宋体" w:eastAsia="宋体"/>
          <w:b w:val="0"/>
          <w:sz w:val="20"/>
        </w:rPr>
        <w:t>核心技能：作图、剪拼、测量</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教科书P85“整理和复习”，P86～87“练习十七”。</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整理和复习的过程中，学生从自主梳理到全班交流讨论，大部分学生能画出清晰的“知识结构图”，明确“平行与垂直”“四边形分类”等内在联系。同时通过量角求和、图形剪拼、图形的动态运动分析等活动，让学生在操作中深化空间观念与几何直观，创新意识也得到充分展现。但整节课学生自主梳理耗时较多，导致综合应用环节时间有点紧，没有给学生预留更多探究空间，后期的整理类教学，要充分考虑时间因素，设置“时间提醒”机制，确保各环节节奏紧凑。</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