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人教版四年级数学上册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第7单元 复习与关联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跨领域（复习）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6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（见各课时"课前思考·教材分析"。）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（结合班情诊断学生已有知识基础与学习困难，确定单元学习起点。）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第1课时：巩固数级、数位、计数单位等概念，熟记数位顺序表；巩固万以上数的读写、比较大小、改写以及用“四舍五入”法求近似数。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第2课时：系统梳理常见数量关系，进一步体会加法、乘法问题间的联系，形成初步的模型意识。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第3课时：通过复习，掌握画平行线、画垂线、量角和画角的方法，培养学生画图能力和解决问题的能力。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第4课时：通过复习，进一步巩固单式条形统计图和复式条形统计图的绘制方法和步骤，体会条形统计图中1格代表不同单位的必要性和灵活性，感悟优化的数学思想。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第5课时：巩固东北、东南、西北、西南这四个方向。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第6课时：了解“鸡兔同笼”问题的结构特点，会运用列表法、假设法解决问题，初步形成解决此类问题的一般性策略。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巩固数级、数位、计数单位等概念，熟记数位顺序表；巩固万以上数的读写、比较大小、改写以及用“四舍五入”法求近似数。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系统梳理常见数量关系，进一步体会加法、乘法问题间的联系，形成初步的模型意识。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图形的认识与测量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通过复习，掌握画平行线、画垂线、量角和画角的方法，培养学生画图能力和解决问题的能力。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数据的收集、整理与表达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通过复习，进一步巩固单式条形统计图和复式条形统计图的绘制方法和步骤，体会条形统计图中1格代表不同单位的必要性和灵活性，感悟优化的数学思想。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认识方向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巩固东北、东南、西北、西南这四个方向。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数学广角：鸡兔同笼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了解“鸡兔同笼”问题的结构特点，会运用列表法、假设法解决问题，初步形成解决此类问题的一般性策略。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注：课型依据温州市上课常规"单元开启课、活动探索课、专题练习课、自主整理课、主题拓展课"分类。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数与运算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数与运算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教学内容：教科书P108～109相关内容。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（1）巩固数级、数位、计数单位等概念，熟记数位顺序表；巩固万以上数的读写、比较大小、改写以及用“四舍五入”法求近似数。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（2）进一步掌握多位数乘两位数的口算、笔算方法，提高计算能力；巩固积的变化规律，并运用规律进行运算和解决问题。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（3）感受数学的应用价值，激发学生学习数学的兴趣。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教学重点：含有多级“0”的数的读写；“四舍五入”法求近似数的灵活运用。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教学难点：多位数乘两位数的计算方法。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关于数与运算，这学期我们学了哪些相关内容？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课后练习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教科书P112～113、课件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师：关于数与运算，这学期我们学了哪些相关内容？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师：今天我们就对数与运算的知识进行系统的整理复习。（板书课题：数与运算）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万以上数的认识中学了计数单位、数位、读写、比大小、改写、求近似数；多位数乘两位数中学了口算、笔算、积的变化规律。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创设情境激活学生已有经验，自然引出本课学习内容，激发学习兴趣，核心问题："关于数与运算，这学期我们学了哪些相关内容？"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1.梳理万以上数的认识。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（1）计数单位与数位。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数级：个级、万级、亿级，每一级含有四个数位。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（2）万以上数的读法和写法。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读法：含有万级和亿级的数，先分级，从最高级读起，每级都要按照个级的数的读法来读，再在后面加一个“万”或“亿”字。每级末尾不管有几个0，都不读，其他数位上有一个或连续几个0，都只读一个零。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写法：从高到低分级写，哪个数位上一个计数单位也没有，就在那个数位上写0。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（3）大小比较。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位数不同比位数；位数相同的两个数，从最高位比起，最高位上的数大的那个数就大，如果最高位上的数相同，就比较下一个数位上的数，直到比较出大小为止。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（4）改写和近似数。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用“万”“亿”作单位进行改写、用“四舍五入”法求近似数。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2.梳理多位数乘两位数。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（1）口算。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拆分法：如14×12，先算14×10＝140，再算14×2＝28，再把两次乘得的积加起来。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（2）笔算。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分别用两位数个位和十位上的数去乘这个多位数，然后把两次乘得的数加起来。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（3）积的变化规律。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一个乘数不变，另一个乘数乘几或除以几（0除外），积也乘几或除以几。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3.绘制知识结构图。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师：下面是小明整理的“知识结构图”。（出示课件）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师：请你结合小组讨论的情况，自制一份数与运算的“知识结构图”。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（1）小组交流。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4人1个小组分享整理成果，互相补充完善“知识结构图”。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（2）全班展示。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选取2～3份典型作品展示，结合小明的“知识结构图”，共同完善知识网络。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小组讨论数与运算相关内容的重要知识点，整理后汇报。（教师适时板书）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课件出示习题。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课后练习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完成教科书P112～113“应用提升”第1～2题，P114～115“练习二十”第1～7题。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通过自主整理与小组交流，让学生经历系统复习的过程，提升归纳整理能力。同时结合实际练习，让学生在练习中深化对知识的理解，提升运算能力。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数与运算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1.万以上数的认识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2.多位数乘两位数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教科书P108～109相关内容。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大部分学生能清晰画出“知识结构图”，明确“万以上数的认识”与“多位数乘两位数”的内在联系。在读数时，对于“0”在不同位置的读法，少数同学没有弄清楚，写数时也容易漏写或多写。后期要加强读、写数与多位数乘两位数计算中连续进位的笔算的训练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数量关系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数量关系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教学内容：教科书P109～110相关内容。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（1）系统梳理常见数量关系，进一步体会加法、乘法问题间的联系，形成初步的模型意识。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（2）能运用数量关系分析并解决“总量求和”“总价计算”“路程计算”等问题，能结合问题情境，灵活选择合适的数量关系，理解数量关系作为“数学模型”的应用价值。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（3）在梳理所学知识、反思学习的过程中，初步形成自主梳理知识的意识，丰富复习整理的经验。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教学重点：梳理并掌握三类核心数量关系，结合具体情境理解简单的数量关系，感悟不同类型的问题的本质，进一步体会数量关系之间的联系。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教学难点：灵活选择数量关系解决问题，理解数量关系的模型本质。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说一说，我们学过哪些数量关系？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【学情预设】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三、实际运用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课件、教科书P109～110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用什么方法解决问题？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四、巩固提升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教科书P116～117、课件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五、课堂小结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今天我们复习了哪些数量关系？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师：说一说，我们学过哪些数量关系？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师：今天我们来复习这些数量关系。（板书课题：数量关系）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加法：总量＝分量＋分量；乘法：总价＝单价×数量、路程＝速度×时间。（板书）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创设情境激活学生已有经验，自然引出本课学习内容，激发学习兴趣，核心问题："说一说，我们学过哪些数量关系？"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1.课件出示教科书P109小红整理的“知识结构图”。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师：这是小红根据本学期所学的数量关系整理的“知识结构图”，请你用自己喜欢的方式梳理数量关系。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2.结合教科书和个人想法自主梳理。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3.小组交流，展示不同的梳理成果。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【学情预设】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4.小组内结合小红的“知识结构图”进行比较，互相完善补充。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三、实际运用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师：运用这些常见的数量关系，可以帮助我们解决不少实际问题。（课件出示教科书P109～110题目）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师：说说题目中的已知信息和要求的量。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师：用什么方法解决问题？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（1）题：求总量，用“总量＝分量＋分量”解决问题。第（2）题：根据“路程＝速度×时间”求出15天骑行的路程，再将其与实际距离进行比较；第（3）题：根据“总价＝单价×数量”先求出面包总价，再加上矿泉水的价格即可求出一共花了多少钱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学生独立完成。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通过有层次的练习及时反馈学情，巩固新知，培养学生灵活运用知识解决问题的能力，核心问题："用什么方法解决问题？"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四、巩固提升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完成教科书P116～117“练习二十”第8、13、14、16题。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师：今天我们复习了哪些数量关系？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通过自主整理与小组交流，让学生构建数量关系的知识网络；以教科书中的骑行、购物问题为核心素材，让复习更具针对性，夯实知识基础，提升应用意识，深化对数量关系的理解。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数量关系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加法：总量＝分量＋分量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乘法：总价＝单价×数量　路程＝速度×时间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教科书P109～110相关内容。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自主梳理环节，大部分学生能通过表格或“知识结构图”清晰地区分三类数量关系的公式，学生对“数量关系是解决实际问题的数学模型”这一本质有了更深刻的理解，模型意识与归纳整理能力得到有效落实。部分学生思维稍慢，需要让学生结对，共同完成复习任务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图形的认识与测量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图形的认识与测量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教学内容：教科书P110～111相关内容。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（1）通过复习，掌握画平行线、画垂线、量角和画角的方法，培养学生画图能力和解决问题的能力。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（2）进一步引导学生明确每个图形的概念，弄清图形间的联系与区别，掌握各种图形的特征。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（3）在自主整理和复习中积累整理知识的经验，让学生养成良好的学习和思考习惯。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教学重点：深刻理解有关角、平行四边形、梯形等几何知识。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教学难点：弄清图形间的联系与区别，掌握各种图形的特征。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谈话引入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图形之间的关系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今天你有哪些收获？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谈话引入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师：本学期我们学过的图形知识有线、角、平行四边形和梯形，一起回忆一下每个版块的相关知识吧！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师：这节课我们一起整理一下图形的认识与测量。（板书课题：图形的认识与测量）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学习了两条直线之间的位置关系，即垂直与平行；角的知识里面有角的度量和画角和角的分类；还有平行四边形和梯形的特性等。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自主梳理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师：小组交流重要知识点。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在同一个平面内不相交的两条直线叫作平行线，记作a∥b。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两条直线相交成直角，这两条直线互相垂直，记作a⊥b。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②角：测量，分类，比大小，画角的方法。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用量角器测量角的大小，注意区分内外刻度线。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分类：锐角＜直角＜钝角＜平角＜周角。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③平行四边形和梯形。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平行四边形：两组对边分别平行的四边形。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梯形：只有一组对边平行的四边形。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课件出示教科书P110“知识结构图”。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将各小组讨论交流的重要知识点与这个知识结构图进行对比，适当进行补充。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①线：平行与垂直，画图的方法。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图形之间的关系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师：结合所学图形边和角的特征，说说它们之间的关系。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正方形是特殊的长方形，长方形和正方形都是特殊的平行四边形。梯形根据边和角可以分为直角梯形、等腰梯形和一般梯形。它们都是四边形。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1.完成教科书P112“应用提升”第3题。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提示：抓住图形特征进行选择。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2.完成教科书P116“练习二十”第9～12题。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学生自主解答后全班交流。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师：今天你有哪些收获？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让学生经历知识的整理过程，提升空间想象与推理能力；进一步巩固平行和垂直，角的有关知识及用量角器量角和画图的方法，培养学生的作图能力。将平行四边形和梯形的特征进行比较，深化对图形本质的理解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图形的认识与测量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①线；②角；③平行四边形和梯形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教科书P110～111相关内容。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线是组成角和图形的基础，要判断两条直线是否垂直，就要有角的度量知识。平行的概念又是学习平行四边形和梯形的基础。这些知识环环相扣，联系紧密。因此，把这三部分内容集中复习，就是为了让学生理解它们之间的联系，理解这些几何概念的本质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数据的收集、整理与表达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数据的收集、整理与表达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教学内容：教科书P111相关内容。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（1）通过复习，进一步巩固单式条形统计图和复式条形统计图的绘制方法和步骤，体会条形统计图中1格代表不同单位的必要性和灵活性，感悟优化的数学思想。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（2）通过分析条形统计图中的数据，懂得统计和日常生活的紧密联系，体会统计的功能。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（3）进一步发展学生的统计观念，增强数学的应用意识。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教学重点：了解两种条形统计图的特点，会绘制条形统计图。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教学难点：分析统计图中的数据，根据统计图提出问题并加以解决，将所学知识与实际生活相联系并加以应用。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引入课题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回顾梳理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在条形统计图这个单元，你学过了哪些知识？；条形统计图有什么特点呢？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观察统计图，1格代表多少？从图中你知道了哪些数学信息？有什么感想？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课堂练习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今天的数学课你有哪些收获呢？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引入课题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师：同学们，今天这节课我们来复习与数据的收集、整理与表达相关的知识。（板书课题：数据的收集、整理与表达）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回顾梳理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1.回忆知识点。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师：在条形统计图这个单元，你学过了哪些知识？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2.回顾条形统计图的特点。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师：条形统计图有什么特点呢？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3.回顾条形统计图的画法。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师：我们在绘制条形统计图时要注意什么呢？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全班交流，根据学生的回答，课件同步出示。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①条形统计图能清楚地看出各种数量的多少；②复式条形统计图便于比较、分析两组（或多组）数据。（板书）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预设1：画条形统计图的步骤：①画纵轴和横轴；②确定每格代表几个单位；③画图例和直条，标明数据。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预设2：在条形统计图中，用1格代表几个单位，要根据具体情况来确定。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创设情境激活学生已有经验，自然引出本课学习内容，激发学习兴趣，核心问题："在条形统计图这个单元，你学过了哪些知识？"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综合应用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课件出示教科书P111复式条形统计图。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师：观察统计图，1格代表多少？从图中你知道了哪些数学信息？有什么感想？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学生独立思考后汇报交流。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通过有层次的练习及时反馈学情，巩固新知，培养学生灵活运用知识解决问题的能力，核心问题："观察统计图，1格代表多少？从图中你知道了哪些数学信息？有什么感想？"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完成教科书P117“练习二十”第15题。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学生自主完成后集体交流。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师：今天的数学课你有哪些收获呢？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课程开始直接明确学习目标，然后引导学生回顾条形统计图的特点和画法；通过分析统计表中的数据，根据统计图提出问题并加以解决，体会统计图的功能和作用，让学生在练习中学会学习，学会思考。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数据的收集、整理与表达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条形统计图能清楚地看出各种数量的多少。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复式条形统计图便于比较、分析两组（或多组）数据。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教科书P111相关内容。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本节课主要复习条形统计图，包括条形统计图的特征以及什么情况下要用1格代表多个单位。复习的重点是让学生体会为什么要用1格代表多个单位。除此之外，让学生学会分析统计表中的数据，根据统计图中的信息开放性地提出问题，也是这部分内容的复习重点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认识方向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认识方向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教学内容：教科书P111相关内容。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（1）巩固东北、东南、西北、西南这四个方向。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（2）巩固点钟方向，理解点钟方向的相对性，增强对方向描述多样性的认知，激发学习兴趣。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（3）在观察解决实际问题的过程中，感受数学与生活的密切联系，培养运用生活经验帮助思考的意识。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教学重点：进一步认识八个基本方向和点钟方向。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教学难点：能用八个基本方向和点钟方向描述物体所在的位置。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回顾整理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四、课堂小结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这节课你有什么收获？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3分钟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师：地图是按上北、下南、左西、右东绘制的。（课件出示一幅地图）手指一下，找出八个基本方向。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师：今天我们复习认识方向。（板书课题：认识方向）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回顾整理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1.复习八个基本方向。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课件出示教科书P111下面方向图。（适时板书）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师：对照上图，说一说东北、东南、西北和西南的位置。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指名上台演示，老师说方向，学生做手势。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2.复习点钟方向。（适时板书）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师：请同学们结合教室里的钟面，讲解点钟方向的定义。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指名一人演示在不同地点、不同方向描述点钟方向。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师：说说你的发现。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3.其他辨认方向的方法。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指名说一说。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教师适时板书。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以自身为参照物，正前方12点，正后方6点，顺时针每一大格（30°）对应1个钟点。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同一物体因站位不同，“几点钟方向”描述不同，总结“几点钟方向相对性”的规律。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预设1：太阳从东方升起，从西方落下。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预设2：指南针。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预设3：在北半球，树木年轮稀疏的一面是南面，树叶茂盛的一面是南面。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创设情境激活学生已有经验，自然引出本课学习内容，激发学习兴趣。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综合应用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完成教科书P113“应用提升”第4题。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小丽可以从大熊猫馆先向北走到飞禽馆，再向西走到猩猩馆；也可以先向西北走到狮虎山，再向北走到猩猩馆。小红去长颈鹿馆，可以先向北去狮虎山，再向西北走；也可以先向北走到猩猩馆，再向西走；还可以先向西走到猴山，再向北走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（2）长颈鹿馆在狮虎山的西北方向，猩猩馆在狮虎山的北面，飞禽馆在狮虎山的东北方向，象馆在狮虎山的西面，海洋馆在狮虎山的东面，猴山在狮虎山的西南方向，大熊猫馆在狮虎山的东南方向。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（3）可以提“猩猩馆在大象馆的什么方向？”“大象馆在猩猩馆的几点钟方向？”等让学生进一步体会描述方向的问题。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通过有层次的练习及时反馈学情，巩固新知，培养学生灵活运用知识解决问题的能力。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师：这节课你有什么收获？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由观看地图，让学生直观感受八个基本方向；接着通过现场演示进一步巩固对点钟方向的理解，体会点钟方向的相对性；最后交流辨认方向的其他方法，拓展了学生的知识面。在练习中安排解决简单的路线问题，了解同一路线问题可以有不同的解决办法，培养学生从多种角度思考问题的能力，体会解决问题策略的多样性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（本课板书建议结合教学进程以提纲式或图文式呈现：突出课题与核心知识结构，突出重点、帮助理解、布局合理，与教学目标相呼应。）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教科书P111相关内容。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教学过程中，紧密联系学生的生活实际进行教学，利用地图、学生演示、找生活和大自然中的方向标，让学生在活动中充分体验学习数学知识的乐趣。利用“动物园导游图”，让学生在愉悦的氛围中，自觉地用所学知识去解决生活中的实际问题，提高学生学习数学的兴趣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数学广角：鸡兔同笼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数学广角：鸡兔同笼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（结合班情，从作业反馈、课前调查、访谈等途径诊断本班学生学习起点，明确本课学习的现实基础。）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教学内容：教科书P118～119。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教学准备：课件。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（1）了解“鸡兔同笼”问题的结构特点，会运用列表法、假设法解决问题，初步形成解决此类问题的一般性策略。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（2）通过自主探索、合作交流，培养学生的合作意识和逻辑推理能力，体会解题策略的多样化，渗透化繁为简的思想。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（3）感受古代数学问题的趣味性，提高学习数学的兴趣。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教学重点：自主探究解决问题的过程，会运用列表法、假设法解决“鸡兔同笼”问题。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教学难点：运用不同的方法解决实际问题。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历史激趣，揭示课题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哪名同学能用自己的语言描述一下这道数学趣题？；你们能从题中得到哪些数学信息？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合作探究，学习新知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解答出来了吗？；从题目中你们能获取哪些数学信息？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21分钟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感悟模型，解决实际问题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你会选择哪一种方法来解题呢？为什么？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自学“抬腿法”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课件、教科书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挑战自我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你掌握了哪些解决“鸡兔同笼”问题的方法？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2分钟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历史激趣，揭示课题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师：我国古代数学名著《孙子算经》中记载着许多数学趣题，今天我们来学习有趣的“鸡兔同笼”问题。（板书课题：*数学广角：鸡兔同笼）（课件出示）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师：哪名同学能用自己的语言描述一下这道数学趣题？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师：你们能从题中得到哪些数学信息？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师：题中还隐藏了什么已知条件？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学生小组内讨论，再指名汇报。（出示课件）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鸡和兔共有35只，鸡和兔共有94只脚。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鸡有2只脚，兔有4只脚。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学生尝试解答鸡和兔各有多少只。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围绕环节目标组织学习活动，引导学生主动参与、积极思考，核心问题："哪名同学能用自己的语言描述一下这道数学趣题？"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合作探究，学习新知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1.感受化繁为简的必要性。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师：解答出来了吗？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师：是啊，数量大了就很难猜出来，那我们把数量改小来探索解决这个问题的方法。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2.探究解法。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（1）猜测。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课件出示教科书P118尝试题。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师：从题目中你们能获取哪些数学信息？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师：要求鸡和兔各有几只，咱们不妨猜一猜。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师：只关注头的数量，可能的情况有多种，猜测结果哪种是正确的呢？我们先画一画。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（2）探究假设法。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①先假设全部是鸡，画出8只鸡，脚数不够，给1只鸡添上2只脚变成1只兔。（课件配合出示）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教师引导学生：鸡和兔一共有8只，要添到鸡的脚的数量和兔的脚的数量加起来等于28只。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师：如果假设全是兔，又该如何列式解决呢？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教师根据学生回答板书。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师小结：刚才通过假设笼子里全是鸡（或者假设全是兔）的情况，发现规律，得出答案，这种解决问题的方法叫作假设法，是解答“鸡兔同笼”问题的一种基本方法。（板书：假设法）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（3）探究列表法。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师：我们把刚才的情况用表格列举出来。（出示课件）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师小结：同学们真不错！像这样利用表格按顺序列出所有的情况，进而找到问题答案的方法叫作列表法，也是解决“鸡兔同笼”问题常用的方法。（板书：列表法）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数量太大了，小一些就可以试出来或者猜出来。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预设1：我猜想鸡有3只，兔有5只，因为鸡和兔一共有8只。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预设2：我猜想鸡有2只，兔有6只。因为我们不光要考虑鸡和兔一共有8只，还要考虑是不是一共有28只脚。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②学生汇报添脚之后的结果。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先画的8只鸡一共有2×8＝16（只）脚，还差28－16＝12（只）脚，需要给12÷2＝6（只）鸡各添2只脚变成兔，所以兔有6只，鸡有8－6＝2（只）。（适时板书）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学生试着填写教科书P119的表格，全班交流。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预设1：从4只鸡和4只兔开始数，一共有24只脚，还差4只脚。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预设2：把1只鸡换成1只兔，就会增加2只脚。差4只脚，就要增加4÷2＝2（只）兔，所以兔有4＋2＝6（只），鸡有4－2＝2（只）。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设计递进式探究活动，引导学生在动手实践与合作交流中经历知识形成过程，突破本课重难点，核心问题："解答出来了吗？"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感悟模型，解决实际问题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解答《孙子算经》中的“鸡兔同笼”问题。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师：你会选择哪一种方法来解题呢？为什么？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数量比较大时，列表法的计算量较大，有局限性，比较麻烦，用假设法比较好。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学生独立解答后，教师指名学生上台展示结果并说说是怎么想的。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94－35×2＝24（只）　兔：24÷（4－2）＝12（只）　鸡：35－12＝23（只）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围绕环节目标组织学习活动，引导学生主动参与、积极思考，核心问题："你会选择哪一种方法来解题呢？为什么？"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自学“抬腿法”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课件出示教科书P119“反思”中的方法。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学生自学方法，再全班交流。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挑战自我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完成教科书P119“挑战自我”。</w:t>
            </w:r>
          </w:p>
          <w:p>
            <w:pPr>
              <w:spacing w:after="20" w:line="276" w:lineRule="auto"/>
            </w:pPr>
            <w:r>
              <w:rPr>
                <w:rFonts w:ascii="宋体" w:hAnsi="宋体" w:eastAsia="宋体"/>
                <w:b w:val="0"/>
                <w:sz w:val="18"/>
              </w:rPr>
              <w:t>提示：把100个馒头每4个为一组，一共可以分成100÷4＝25（组），100个和尚也正好分成这样的25组，在每组中有1个大和尚和3个小和尚。所以大和尚有25人，小和尚有75人。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围绕环节目标组织学习活动，引导学生主动参与、积极思考。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师：你掌握了哪些解决“鸡兔同笼”问题的方法？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——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数学名著《孙子算经》中“鸡兔同笼”问题的导入，激发学生的学习兴趣；教学中让学生充分经历了观察、比较、推理、归纳等数学活动与数学思考，探究用假设法和列表法解决“鸡兔同笼”问题。充分的探究活动，既培养了学生的推理能力，又促进了学生逻辑思维能力的发展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*数学广角：鸡兔同笼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假设法。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假设全是鸡。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2×8＝16（只）　28－16＝12（只）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兔：12÷（4－2）＝6（只）　鸡：8－6＝2（只）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假设全是兔。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4×8＝32（只）　32－28＝4（只）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鸡：4÷（4－2）＝2（只）　兔：8－2＝6（只）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列表法。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教科书P118～119。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课后跟进作业：教学任务完成后，据学生课堂反馈调整——可安排①《数学作业本》对应课时的巩固练习；②说题或动手操作类实践作业（视学情选用，一、二年级不布置书面家庭作业）。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40" w:line="300" w:lineRule="auto"/>
        <w:ind w:firstLine="380"/>
      </w:pPr>
      <w:r>
        <w:rPr>
          <w:rFonts w:ascii="楷体" w:hAnsi="楷体" w:eastAsia="楷体"/>
          <w:b w:val="0"/>
          <w:color w:val="606060"/>
          <w:sz w:val="19"/>
        </w:rPr>
        <w:t>【原教学设计反思（供参考）】在教学中，先让学生了解“鸡兔同笼”问题，感受古代数学问题的趣味性，激发学生学习数学的兴趣，同时让学生尝试从多角度出发，用不同的方法解决“鸡兔同笼”问题，培养学生解决问题的能力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