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人教版四年级数学上册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寻找宝藏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寻找宝藏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4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第1课时：结合具体情境让学生初步认识东北、东南、西北、西南这四个方向，并能用这些词语描述宝藏所在的位置。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第2课时：能结合方向、位置和距离规范绘制校园藏宝图。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第3课时：巩固八个方向的辨别，能精准描述宝藏位置。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第4课时：理解点钟方向的原理，能结合场景用“点钟方向”精准描述位置。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校园寻宝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结合具体情境让学生初步认识东北、东南、西北、西南这四个方向，并能用这些词语描述宝藏所在的位置。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绘制藏宝图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能结合方向、位置和距离规范绘制校园藏宝图。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“藏宝—寻宝”大挑战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巩固八个方向的辨别，能精准描述宝藏位置。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理解点钟方向的原理，能结合场景用“点钟方向”精准描述位置。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校园寻宝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校园寻宝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寻找宝藏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教学内容：教科书P103～104相关内容。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教学准备：课件、指南针、寻宝指令卡、空白藏宝图及记录单。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（1）结合具体情境让学生初步认识东北、东南、西北、西南这四个方向，并能用这些词语描述宝藏所在的位置。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（2）理解东北、东南、西北、西南的命名方法，掌握东、南、西、北、东北、东南、西北、西南八个方向之间的位置关系和排列顺序，发展空间观念。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（3）在寻宝游戏中激发数学学习兴趣，体会“位置与方向”的实用价值。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教学重点：认识东北、东南、西北、西南四个方向，并能用这些词语描述物体所在的方向。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教学难点：结合实际场景准确辨别方向，根据藏宝图寻宝。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回顾旧知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我们学过哪些有关方向的知识？通常在图上怎样辨认方向？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议一议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方向标在哪里？；从1号宝藏的指令中，你知道了什么？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三、认一认　　认识指南针。（课件出示指南针）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观察指南针，你有什么发现？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四、找一找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回顾旧知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师：我们学过哪些有关方向的知识？通常在图上怎样辨认方向？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师：今天，我们要运用方向的知识去校园寻宝。（板书课题：校园寻宝）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我们认识了东、南、西、北四个方向。在图上通常按照上北、下南、左西、右东来辨认方向，还可以根据方向标进行辨认，方向标所指的方向就是北面。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创设情境激活学生已有经验，自然引出本课学习内容，激发学习兴趣，核心问题："我们学过哪些有关方向的知识？通常在图上怎样辨认方向？"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议一议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1.解读藏宝图。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课件出示教科书P103主题图及信息。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师：方向标在哪里？请你用东、南、西、北描述图中的建筑。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2.分析寻宝指令。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师：从1号宝藏的指令中，你知道了什么？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师：方向、位置和距离就是精准描述位置的三要素。（适时板书）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师：3号宝藏在科技馆东南角最大的树下，“东南角”是什么意思？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引导学生理解：东南角是“东和南之间的方向”，即科技馆的东、南面夹角位置。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师：我们一起再认识几个新的方向。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学生自由回答后课件出示。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围绕环节目标组织学习活动，引导学生主动参与、积极思考，核心问题："方向标在哪里？"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三、认一认　　认识指南针。（课件出示指南针）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师：观察指南针，你有什么发现？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师：借助指南针，可以辨别东北、东南、西北和西南这四个方向。（适时板书）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师：请你拿着指南针和藏宝图，看看学校东北、东南、西北和西南这四个方向都有哪些建筑。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预设1：东北方向在东和北之间；东南方向在东和南之间；西南方向在西和南之间；西北方向在西和北之间。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预设2：东南和西北相对，东北和西南相对。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围绕环节目标组织学习活动，引导学生主动参与、积极思考，核心问题："观察指南针，你有什么发现？"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四、找一找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1.寻宝探秘。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发放任务：每组领取寻宝指令卡（2～4条指令）、指南针、空白藏宝图及记录单，教师强调安全要求（不奔跑、不触碰校园设施）。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室外寻宝：学生小组合作按指令逐一寻宝。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找到宝藏后，在记录单上标注该点位的“方向、位置、距离”，并在藏宝图上标记。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2.展示寻宝成果。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以“寻宝游戏”激发学生兴趣，让学生在玩中学；寻宝过程中深化对“位置描述”的理解，小组分工协作的模式，让学生在解决问题的过程中提升合作意识与推理能力，体会数学的实用价值。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校园寻宝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位置描述：方向、位置、距离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方向：东北、东南、西北、西南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教科书P103～104相关内容。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借助指南针让学生直观地认识东北、东南、西北、西南这四个方向，生成新的知识点，并将新知识运用到寻宝过程中，再说出校园中各个建筑物所处的方位，在寻找宝藏的过程中，室外寻宝的环节让学生将“方向辨别”从课本延伸到真实场景，提升空间观念与动手能力，既拓宽了学生的思维空间，又培养学生自主学习的能力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绘制藏宝图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绘制藏宝图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寻找宝藏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教学内容：教科书P104～105相关内容。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教学准备：课件、纸张、“最佳藏宝图”评价表。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（1）能结合方向、位置和距离规范绘制校园藏宝图。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（2）能结合方向、相对位置和距离精准表述，设计清晰的寻宝指令。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（3）在藏宝人的角色扮演中激发数学学习兴趣，体会“位置与方向”在生活中的实用价值；在作品互评中感受数学表达的严谨性，增强创新意识与合作意识。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教学重点：掌握藏宝图的绘制要素，能精准描述宝藏位置。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教学难点：在绘制藏宝图的过程中设计寻宝指令，确保能根据藏宝图找到宝藏。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探究画法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根据我们的寻宝经验，说说该怎样画藏宝图？；观察这张藏宝图，你一定能准确地藏好宝藏吗？为什么？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分组绘制藏宝图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作品展示，互评优化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课堂小结，梳理收获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绘制藏宝图需要哪些要素？怎样的寻宝指令才清晰？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上节课我们玩了“校园寻宝”的游戏，大家根据指令找到了宝藏。如果现在让你当藏宝人，怎样画一张藏宝图，让别人也能精准找到你藏的宝物呢？这节课我们一起研究怎样绘制藏宝图。（板书课题：绘制藏宝图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探究画法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师：根据我们的寻宝经验，说说该怎样画藏宝图？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1.分析藏宝图。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课件出示教科书P105藏宝图。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师：观察这张藏宝图，你一定能准确地藏好宝藏吗？为什么？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师：只有大致位置，寻找时不能精准找到，所以寻宝指令需要更精准的描述。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2.明确画法。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（1）方向：八个方向，是判断位置的基础，先要在图上标注方向标。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（2）位置：用简单图形表示主要建筑，标出名称，作为位置描述的“参照物”。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（3）标注：用序号标记宝藏位置，并用文字说明其方向、位置和与某个参照物的距离。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3.归纳要点。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师：以教科书P103的1号宝藏寻宝指令为例，来进行精准描述位置。（课件出示）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让学生理解“层层缩小范围”的描述方法。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4.总结制定寻宝指令的步骤。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寻宝时是根据方向、位置和距离去找的，在画藏宝图时也应该按方向、位置和距离去做出标记。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图中有方向标、标明了主要建筑和宝藏序号，但只有大致位置，藏好宝藏有一定的困难。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全班讨论交流。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学生讨论总结“如何为每个宝藏设计一条清晰的指令”。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设计递进式探究活动，引导学生在动手实践与合作交流中经历知识形成过程，突破本课重难点，核心问题："根据我们的寻宝经验，说说该怎样画藏宝图？"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分组绘制藏宝图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1.任务要求。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（1）每组完成1张校园藏宝图，包含：完整的方向标，至少3个主要建筑，至少2个宝藏位置。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（2）对应宝藏的寻宝指令。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绘图员：画方向标和建筑轮廓；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标注员：标记宝藏位置并写文字说明；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指令员：设计寻宝指令；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检查员：检查方向标、位置描述是否准确。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重点关注方向标是否规范、建筑与宝藏的位置关系是否合理、指令是否精准。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2.小组分工。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作品展示，互评优化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每组派代表介绍藏宝图的设计思路。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2.互评环节。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用“最佳藏宝图”评价表评分。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3.总结优化。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针对问题作品，引导学生修改完善，强调“精准描述”的重要性。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1.小组展示。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组织学生交流分享学习成果与思考过程，在互动中深化理解、提升数学表达能力。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课堂小结，梳理收获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师：绘制藏宝图需要哪些要素？怎样的寻宝指令才清晰？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通过“观察—探究—绘制—评价”的过程，经历从解读藏宝图到绘制藏宝图的转化，提升空间想象能力与实践操作能力；通过小组协作，培养分工合作与问题解决能力。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绘制藏宝图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方向　　位置　　标注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教科书P104～105相关内容。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以藏宝人的角色代入，让学生从被动解题转向主动设计，学生兴趣浓厚。让学生将“位置与方向”的知识转化为实践能力，在设计与互评中体会“精准描述”的重要性，培养了学生的合作意识与创新意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“藏宝—寻宝”大挑战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“藏宝—寻宝”大挑战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寻找宝藏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教学内容：教科书P106相关内容。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教学准备：课件、安全提示卡、小奖品、计时器。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（1）巩固八个方向的辨别，能精准描述宝藏位置。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（2）能根据其他小组的藏宝图和指令，快速定位并找到宝藏，提升位置信息的解读能力。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（3）体会位置与方向的实用意义，在采访与分享中培养严谨的思维习惯，增强合作意识与创新意识。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教学重点：能精准藏宝，高效寻宝，解读藏宝图并优化指令。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教学难点：用规范语言优化寻宝指令，总结高效寻宝的方法。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藏一藏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找一找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四、问一问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说说你们是怎样快速锁定宝藏位置的？；遇到指令模糊的情况，你们是怎么解决的？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通过今天的活动，你觉得怎样才能高效寻宝？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师：上节课我们当了藏宝人，画出了精准的藏宝图。今天我们要开启“‘藏宝—寻宝’大挑战”，和其他小组交换藏宝图，互相寻宝！比一比哪个小组能最快找到所有宝藏。（板书课题：“藏宝—寻宝”大挑战）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藏一藏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1.藏宝规则。（课件出示）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2.优化寻宝指令。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（1）小组研讨：每组对照藏宝图，结合校园实际场景修改指令，将模糊表述细化为精准描述。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（2）安全强调：发放安全提示卡，明确藏宝只能在室外公共区域，不能藏在危险的地方，确保活动安全有序。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3.藏宝。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每组藏宝员携带“宝藏”和修改后的指令卡，前往指定区域藏宝，藏好后返回教室，将藏宝图与指令卡交给教师统一交换。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教师提醒：藏完宝物后，记得隐去藏宝图上标出的宝藏图标，别让其他小组看到！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找一找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1.寻宝规则。（课件出示）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2.寻宝环节。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（1）教师将藏宝图与指令卡交叉发放给各小组，宣布“计时开始”，并开始计时。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（2）小组合作寻宝：寻宝员持指南针确认方向，对照藏宝图锁定大区域；记录员标注寻宝时间与遇到的问题。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（3）找到后立即返回教室。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四、问一问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评选结果：教师公布各小组寻宝时间，评选“最优寻宝小组”。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师：说说你们是怎样快速锁定宝藏位置的？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师：遇到指令模糊的情况，你们是怎么解决的？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先看方向标确定北方，再找建筑参照物，最后用距离缩小范围。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结合藏宝图的建筑位置，推测可能的点位。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围绕环节目标组织学习活动，引导学生主动参与、积极思考，核心问题："说说你们是怎样快速锁定宝藏位置的？"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师：通过今天的活动，你觉得怎样才能高效寻宝？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师小结：①会用八个方向描述位置，确定大方向；②找建筑参照物，缩小范围；③明确距离，精准定位。（适时板书）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通过“藏宝准备→室外寻宝→采访分享→总结方法”的完整流程，让学生经历藏宝的过程，提升实践操作与团队协作能力，深化了对“位置精准描述”的理解。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“藏宝—寻宝”大挑战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高效寻宝的步骤：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1.确定方向；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2.找参照物；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3.明确距离。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教科书P106相关内容。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【原教学设计反思（供参考）】本次活动中，注重小组分工合作，通过藏宝、寻宝的过程，培养学生的合作意识与问题解决能力；采访分享环节则让学生在反思中提升推理意识。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小讲堂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小讲堂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寻找宝藏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教学内容：教科书P106～107相关内容。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教学准备：课件，点钟方向定位图，军事、医疗中点钟方向的应用视频片段。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（1）理解点钟方向的原理，能结合场景用“点钟方向”精准描述位置。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（2）结合两种方向描述方法的特点，能根据实际需求选择合适的描述方式。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（3）在探究方向描述的多样性中激发学习数学的兴趣，体会数学在军事、医疗等领域的实用价值。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教学重点：理解点钟方向的含义，对比八个基本方向与点钟方向的适用场景。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教学难点：能在实际场景中用点钟方向精准描述位置，体会不同描述方法的优势。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问题导入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实践应用，对比探究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哪种描述更精准？为什么？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影响确定位置的因素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确定位置除了和方向、距离有关，还和什么有关？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成果展示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今天的小讲堂，你学到了什么新的方向描述方法？它和八个基本方向有什么不同？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问题导入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师：上次藏宝寻宝大挑战中，我们用东南方向、西北方向等描述位置，但有时候还是觉得不够精准。比如科技馆东南角可能有一片区域，怎样才能让别人更快找到宝藏呢？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课件出示教科书P106的问题。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师：今天的小讲堂，我们就来探究更精准的方向描述方法。（板书课题：小讲堂）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1.学习点钟方向。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师：我们来认识一下点钟方向。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课件出示教科书P107点钟方向定位图。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（1）点钟方向原理。（结合动画演示）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顾名思义，点钟方向是以12个小时的点位来定的方向。它是军事术语，是指在攻防行动中动态、准确的位置指示。点钟方向以单兵自身为参照物，把单兵周身分为12等份，用以指示最准确的方位，通常正面是12点钟方向，依次类推各个方位的指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②以站立者为中心，将周围360°的方向类比为钟表表盘，12点钟方向为正前方，3点钟方向为正右方，6点钟方向为正后方，9点钟方向为正左方。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③12×30°＝360°，每一个钟点对应30°，例如1点钟方向是“正前方偏右30°”，4点钟方向是“正前方偏右120°”。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2.体验点钟方向。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互动体验邀请学生上台，以教师为中心，用“点钟方向”描述学生的位置；再让学生两两一组，互相用“点钟方向”描述对方位置，体会“以观察者为中心”的特点。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实践应用，对比探究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1.对比两种方向描述方法。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2.实践应用。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师：请你用两种方法描述教科书P105的升旗台相对于教学楼的位置。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（1）用八个基本方向描述：升旗台在教学楼的东南方向。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（2）用点钟方向描述：以教学楼门口的人为观察者，升旗台在他的4点钟方向。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师：哪种描述更精准？为什么？小组讨论。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3.拓展延伸：点钟方向在生活中的应用。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播放军事演习、急诊救援的视频片段，展示“点钟方向”在军事指挥、医疗急救中的应用，让学生体会数学的实用价值。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点钟方向表示了12个方向，介于方向方位和精确到几度表示方位之间，比八个基本方向更精确，但不能准确表示出所有的方向。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设计递进式探究活动，引导学生在动手实践与合作交流中经历知识形成过程，突破本课重难点，核心问题："哪种描述更精准？为什么？"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影响确定位置的因素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师：确定位置除了和方向、距离有关，还和什么有关？小组讨论后分享。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参照物的选择、观察者的位置；角度的精准性等等。（适时板书）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围绕环节目标组织学习活动，引导学生主动参与、积极思考，核心问题："确定位置除了和方向、距离有关，还和什么有关？"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成果展示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分组分享任务：从教科书P106的两个问题中选一个，结合探究结果准备1或2分钟的分享。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预设1：我们探究的是：描述方向只能用八个方向吗？我们发现还有点钟方向，它在军事、医疗领域运用得很多，因为更精准。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预设2：我们发现，确定位置除了和方向、距离有关外，还和参照物有关。比如同样是升旗台，以体育馆为参照物和以教学楼为参照物，方向描述会不一样。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组织学生交流分享学习成果与思考过程，在互动中深化理解、提升数学表达能力。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师：今天的小讲堂，你学到了什么新的方向描述方法？它和八个基本方向有什么不同？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师小结：我们认识了点钟方向这种精准的描述方式，它和八个基本方向描述方法各有优势；同时发现，确定位置除了方向和距离，还和参照物、观察者位置等有关。这些知识能帮我们在生活中更精准地定位。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学生在“藏宝寻宝”中的真实疑问为切入点，激发探究兴趣，落实应用意识；通过“八个基本方向”与“点钟方向”的对比，让学生体会不同方位描述方法的优势，提升空间观念与推理意识；结合在军事、医疗领域的应用场景，让学生感受数学的实用价值，增强创新意识与学习动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小讲堂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一、两种方向描述方法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1.八个基本方向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特点：简单易懂、范围明确。　适用：大范围、模糊定位。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2.点钟方向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特点：精准度高、以观察者为中心。　适用：近距离、精准定位。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二、影响确定位置的因素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方向、距离、参照物、观察者位置、角度的准确性等。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教科书P106～107相关内容。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通过八个基本方向与点钟方向的对比表格，以及军事、医疗领域中点钟方向的应用视频，让学生清晰看到不同描述方法的适用场景，体会数学在生活中的实用价值。小组分享时，学生能结合寻宝时用八个基本方向找大区域、用点钟方向精准定位的经历，总结出按需选择描述方法的结论，深化推理意识与应用意识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