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人教版四年级数学上册</w:t>
      </w:r>
    </w:p>
    <w:p>
      <w:pPr>
        <w:spacing w:after="80" w:line="300" w:lineRule="auto"/>
        <w:jc w:val="center"/>
      </w:pPr>
      <w:r>
        <w:rPr>
          <w:rFonts w:ascii="黑体" w:hAnsi="黑体" w:eastAsia="黑体"/>
          <w:b/>
          <w:sz w:val="26"/>
        </w:rPr>
        <w:t>第1单元 万以上数的认识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万以上数的认识</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9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是小学中整数认识的最后阶段，是在学生认识和掌握了万以内数的基础上学习的，是对万以内数的认识的巩固和扩展。让学生在具体情境中，认识万以上的数，了解十进制计数法，会以“万”“亿”为单位来表示大数；结合现实情境感受大数的意义，并会求近似数。其中，教学重点是万以上数的认、读、写，教学难点是中间或末尾有0的数的读、写，以及用“四舍五入”法省略万位(或亿位)后面的尾数求近似数。</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模型意识：建立“数位顺序表”这一数学模型。</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第1课时：知道生活中有比万大的数；认识新的计数单位“十万”“百万”“千万”和“亿”，知道亿以内各个计数单位的名称，类推每相邻两个计数单位之间的关系，知道数位、数级，掌握数位顺序表。</w:t>
      </w:r>
    </w:p>
    <w:p>
      <w:pPr>
        <w:spacing w:after="20" w:line="300" w:lineRule="auto"/>
        <w:ind w:firstLine="400"/>
      </w:pPr>
      <w:r>
        <w:rPr>
          <w:rFonts w:ascii="宋体" w:hAnsi="宋体" w:eastAsia="宋体"/>
          <w:b w:val="0"/>
          <w:sz w:val="20"/>
        </w:rPr>
        <w:t>第2课时：掌握亿以内数的读法，能正确地按数级读数。</w:t>
      </w:r>
    </w:p>
    <w:p>
      <w:pPr>
        <w:spacing w:after="20" w:line="300" w:lineRule="auto"/>
        <w:ind w:firstLine="400"/>
      </w:pPr>
      <w:r>
        <w:rPr>
          <w:rFonts w:ascii="宋体" w:hAnsi="宋体" w:eastAsia="宋体"/>
          <w:b w:val="0"/>
          <w:sz w:val="20"/>
        </w:rPr>
        <w:t>第3课时：在已有的知识基础上，掌握亿以内数的写法，能根据数级正确地写出亿以内的数。</w:t>
      </w:r>
    </w:p>
    <w:p>
      <w:pPr>
        <w:spacing w:after="20" w:line="300" w:lineRule="auto"/>
        <w:ind w:firstLine="400"/>
      </w:pPr>
      <w:r>
        <w:rPr>
          <w:rFonts w:ascii="宋体" w:hAnsi="宋体" w:eastAsia="宋体"/>
          <w:b w:val="0"/>
          <w:sz w:val="20"/>
        </w:rPr>
        <w:t>第4课时：了解十进制计数法，初步感知亿以上的数和对应的计数单位，掌握整数的数位顺序表。</w:t>
      </w:r>
    </w:p>
    <w:p>
      <w:pPr>
        <w:spacing w:after="20" w:line="300" w:lineRule="auto"/>
        <w:ind w:firstLine="400"/>
      </w:pPr>
      <w:r>
        <w:rPr>
          <w:rFonts w:ascii="宋体" w:hAnsi="宋体" w:eastAsia="宋体"/>
          <w:b w:val="0"/>
          <w:sz w:val="20"/>
        </w:rPr>
        <w:t>第5课时：掌握亿以上数的写法，能够正确地写亿以上的数。</w:t>
      </w:r>
    </w:p>
    <w:p>
      <w:pPr>
        <w:spacing w:after="20" w:line="300" w:lineRule="auto"/>
        <w:ind w:firstLine="400"/>
      </w:pPr>
      <w:r>
        <w:rPr>
          <w:rFonts w:ascii="宋体" w:hAnsi="宋体" w:eastAsia="宋体"/>
          <w:b w:val="0"/>
          <w:sz w:val="20"/>
        </w:rPr>
        <w:t>第6课时：掌握万以上数大小比较的方法，能正确比较数的大小。</w:t>
      </w:r>
    </w:p>
    <w:p>
      <w:pPr>
        <w:spacing w:after="20" w:line="300" w:lineRule="auto"/>
        <w:ind w:firstLine="400"/>
      </w:pPr>
      <w:r>
        <w:rPr>
          <w:rFonts w:ascii="宋体" w:hAnsi="宋体" w:eastAsia="宋体"/>
          <w:b w:val="0"/>
          <w:sz w:val="20"/>
        </w:rPr>
        <w:t>第7课时：认识改写的意义和作用，掌握将整万或整亿的数改写成用“万”或“亿”作单位的数的方法。</w:t>
      </w:r>
    </w:p>
    <w:p>
      <w:pPr>
        <w:spacing w:after="20" w:line="300" w:lineRule="auto"/>
        <w:ind w:firstLine="400"/>
      </w:pPr>
      <w:r>
        <w:rPr>
          <w:rFonts w:ascii="宋体" w:hAnsi="宋体" w:eastAsia="宋体"/>
          <w:b w:val="0"/>
          <w:sz w:val="20"/>
        </w:rPr>
        <w:t>第8课时：理解近似数，体会近似数的作用，掌握将非整万、整亿的数用“四舍五入”法求近似数的方法。</w:t>
      </w:r>
    </w:p>
    <w:p>
      <w:pPr>
        <w:spacing w:after="20" w:line="300" w:lineRule="auto"/>
        <w:ind w:firstLine="400"/>
      </w:pPr>
      <w:r>
        <w:rPr>
          <w:rFonts w:ascii="宋体" w:hAnsi="宋体" w:eastAsia="宋体"/>
          <w:b w:val="0"/>
          <w:sz w:val="20"/>
        </w:rPr>
        <w:t>第9课时：进一步掌握有关大数的概念、读写方法、比较大小、改写与求近似数等知识，厘清知识结构，构建知识体系。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结合具体情境，让学生感受大数的意义，培养数感。教学时，教师应从学生的实际出发，通过创设情境，使学生感受大数的意义：一是提供生活中运用大数的事例，突出学习大数的必要性；二是在具体的情境中，真切感受大数，培养数感。</w:t>
      </w:r>
    </w:p>
    <w:p>
      <w:pPr>
        <w:spacing w:after="20" w:line="300" w:lineRule="auto"/>
      </w:pPr>
      <w:r>
        <w:rPr>
          <w:rFonts w:ascii="宋体" w:hAnsi="宋体" w:eastAsia="宋体"/>
          <w:b w:val="0"/>
          <w:sz w:val="20"/>
        </w:rPr>
        <w:t>● 加强基础知识、基本概念的教学，让学生经历“再创造”的过程。教师要从学生的实际出发，精心设计组织数学活动，让学生主动获取知识。例如认识计数单位“十万”“百万”“千万”“亿”，要充分利用学生已有的计数知识展开数数活动。借助计数器，先复习学习过的计数单位个(一)、十、百、千、万。再以“万”为单位一万一万地数、十万十万地数……学生凭借已有的知识和经验多次经历“满十进一”的过程，从而得到万以上的计数单位。在这个基础上，放手让学生整理数位顺序表，观察发现其中的规律，进而引出“数级”。既为万以上数概念的形成及读写打好基础，又利于培养学生的数感。</w:t>
      </w:r>
    </w:p>
    <w:p>
      <w:pPr>
        <w:spacing w:after="20" w:line="300" w:lineRule="auto"/>
      </w:pPr>
      <w:r>
        <w:rPr>
          <w:rFonts w:ascii="宋体" w:hAnsi="宋体" w:eastAsia="宋体"/>
          <w:b w:val="0"/>
          <w:sz w:val="20"/>
        </w:rPr>
        <w:t>● 牢固掌握数位顺序和数的分级，是读、写万以上数的关键。教学时，要突出数级知识，重点认识个级和万级，在此基础上引导学生探索万以上数的读、写，再引导学生类推亿以上数的读写方法。教学中，注意培养学生“先看级再看位，从高位起，一级一级地读、写”的习惯。例如读数时，要先分级，再按级读出每一级的数；写数时，则要抓住“万”“亿”这些关键字来从高到低写出每一级的数。</w:t>
      </w:r>
    </w:p>
    <w:p>
      <w:pPr>
        <w:spacing w:after="20" w:line="300" w:lineRule="auto"/>
      </w:pPr>
      <w:r>
        <w:rPr>
          <w:rFonts w:ascii="宋体" w:hAnsi="宋体" w:eastAsia="宋体"/>
          <w:b w:val="0"/>
          <w:sz w:val="20"/>
        </w:rPr>
        <w:t>数感：借助计数器数数能清晰地看到某一位满十向前一位进1的动态过程，在拨珠子的过程中认识更大的数，发展数感。</w:t>
      </w:r>
    </w:p>
    <w:p>
      <w:pPr>
        <w:spacing w:after="20" w:line="300" w:lineRule="auto"/>
      </w:pPr>
      <w:r>
        <w:rPr>
          <w:rFonts w:ascii="宋体" w:hAnsi="宋体" w:eastAsia="宋体"/>
          <w:b w:val="0"/>
          <w:sz w:val="20"/>
        </w:rPr>
        <w:t>量感：能选择合适的计数单位(万、亿)来表示大数，感知不同计数单位下数的表达差异，建立对大数的量化认知。</w:t>
      </w:r>
    </w:p>
    <w:p>
      <w:pPr>
        <w:spacing w:after="20" w:line="300" w:lineRule="auto"/>
      </w:pPr>
      <w:r>
        <w:rPr>
          <w:rFonts w:ascii="宋体" w:hAnsi="宋体" w:eastAsia="宋体"/>
          <w:b w:val="0"/>
          <w:sz w:val="20"/>
        </w:rPr>
        <w:t>推理意识：从万以内的数位顺序表，推理出万以上的数位顺序表，迁移类推十进制计数的规律；在数的大小比较、改写、求近似数时，能依据已有规则进行简单推理。</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亿以内数的认识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知道生活中有比万大的数；认识新的计数单位“十万”“百万”“千万”和“亿”，知道亿以内各个计数单位的名称，类推每相邻两个计数单位之间的关系，知道数位、数级，掌握数位顺序表。</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亿以内数的读法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掌握亿以内数的读法，能正确地按数级读数。</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亿以内数的写法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在已有的知识基础上，掌握亿以内数的写法，能根据数级正确地写出亿以内的数。</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亿以上数的认识及读法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了解十进制计数法，初步感知亿以上的数和对应的计数单位，掌握整数的数位顺序表。</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亿以上数的写法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掌握亿以上数的写法，能够正确地写亿以上的数。</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数的大小比较</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掌握万以上数大小比较的方法，能正确比较数的大小。</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数的改写</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认识改写的意义和作用，掌握将整万或整亿的数改写成用“万”或“亿”作单位的数的方法。</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求近似数</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理解近似数，体会近似数的作用，掌握将非整万、整亿的数用“四舍五入”法求近似数的方法。</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整理和复习(练习四)</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进一步掌握有关大数的概念、读写方法、比较大小、改写与求近似数等知识，厘清知识结构，构建知识体系。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亿以内数的认识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亿以内数的认识</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w:t>
      </w:r>
    </w:p>
    <w:p>
      <w:pPr>
        <w:spacing w:after="80" w:line="300" w:lineRule="auto"/>
        <w:ind w:firstLine="400"/>
      </w:pPr>
      <w:r>
        <w:rPr>
          <w:rFonts w:ascii="宋体" w:hAnsi="宋体" w:eastAsia="宋体"/>
          <w:b w:val="0"/>
          <w:sz w:val="20"/>
        </w:rPr>
        <w:t>教学准备：课件、计数器。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（1）知道生活中有比万大的数；认识新的计数单位“十万”“百万”“千万”和“亿”，知道亿以内各个计数单位的名称，类推每相邻两个计数单位之间的关系，知道数位、数级，掌握数位顺序表。</w:t>
      </w:r>
    </w:p>
    <w:p>
      <w:pPr>
        <w:spacing w:after="20" w:line="300" w:lineRule="auto"/>
        <w:ind w:firstLine="400"/>
      </w:pPr>
      <w:r>
        <w:rPr>
          <w:rFonts w:ascii="宋体" w:hAnsi="宋体" w:eastAsia="宋体"/>
          <w:b w:val="0"/>
          <w:sz w:val="20"/>
        </w:rPr>
        <w:t>（2）结合现实情境，利用数位顺序表进一步体会“位值”的含义。</w:t>
      </w:r>
    </w:p>
    <w:p>
      <w:pPr>
        <w:spacing w:after="20" w:line="300" w:lineRule="auto"/>
        <w:ind w:firstLine="400"/>
      </w:pPr>
      <w:r>
        <w:rPr>
          <w:rFonts w:ascii="宋体" w:hAnsi="宋体" w:eastAsia="宋体"/>
          <w:b w:val="0"/>
          <w:sz w:val="20"/>
        </w:rPr>
        <w:t>（3）在结合现实情境认识大数的过程中，体会大数的意义，培养学生的数感。</w:t>
      </w:r>
    </w:p>
    <w:p>
      <w:pPr>
        <w:spacing w:after="20" w:line="300" w:lineRule="auto"/>
      </w:pPr>
      <w:r>
        <w:rPr>
          <w:rFonts w:ascii="宋体" w:hAnsi="宋体" w:eastAsia="宋体"/>
          <w:b w:val="0"/>
          <w:sz w:val="20"/>
        </w:rPr>
        <w:t>教学重点：认识计数单位“十万”“百万”“千万”和“亿”。</w:t>
      </w:r>
    </w:p>
    <w:p>
      <w:pPr>
        <w:spacing w:after="20" w:line="300" w:lineRule="auto"/>
      </w:pPr>
      <w:r>
        <w:rPr>
          <w:rFonts w:ascii="宋体" w:hAnsi="宋体" w:eastAsia="宋体"/>
          <w:b w:val="0"/>
          <w:sz w:val="20"/>
        </w:rPr>
        <w:t>教学难点：体会“位值”的含义。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情境导入，揭示课题</w:t>
            </w:r>
          </w:p>
        </w:tc>
        <w:tc>
          <w:tcPr>
            <w:tcW w:type="dxa" w:w="1814"/>
          </w:tcPr>
          <w:p>
            <w:pPr>
              <w:spacing w:after="20" w:line="276" w:lineRule="auto"/>
            </w:pPr>
            <w:r/>
            <w:r>
              <w:rPr>
                <w:rFonts w:ascii="宋体" w:hAnsi="宋体" w:eastAsia="宋体"/>
                <w:b w:val="0"/>
                <w:sz w:val="18"/>
              </w:rPr>
              <w:t>课件、情境图、教科书、计数器</w:t>
            </w:r>
          </w:p>
        </w:tc>
        <w:tc>
          <w:tcPr>
            <w:tcW w:type="dxa" w:w="3402"/>
          </w:tcPr>
          <w:p>
            <w:pPr>
              <w:spacing w:after="20" w:line="276" w:lineRule="auto"/>
            </w:pPr>
            <w:r/>
            <w:r>
              <w:rPr>
                <w:rFonts w:ascii="宋体" w:hAnsi="宋体" w:eastAsia="宋体"/>
                <w:b w:val="0"/>
                <w:sz w:val="18"/>
              </w:rPr>
              <w:t>从图中你了解到了哪些信息？；你会读这些数吗？这些数与刚才的数有什么不同？</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二、经历过程，探究新知</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在万位拨一颗珠子，是几万？(一万)再拨一颗呢？(两万)再拨下去呢？；九万再加一万是几万？万位满10，怎么办？</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【学情预设】10个一万是十万。(板书)</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百万位的一颗珠子表示多少？；十万和一百万又有什么关系？</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【学情预设】10个十万是一百万。(板书)</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再接着往下边拨边数，你能找到比百万更大的计数单位吗？；你为什么这样排列它们的位置呢？每个计数单位所对应的数位是什么？</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三、巩固练习，实践应用</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情境导入，揭示课题</w:t>
            </w:r>
          </w:p>
        </w:tc>
        <w:tc>
          <w:tcPr>
            <w:tcW w:type="dxa" w:w="3061"/>
          </w:tcPr>
          <w:p>
            <w:pPr>
              <w:spacing w:after="20" w:line="276" w:lineRule="auto"/>
            </w:pPr>
            <w:r/>
            <w:r>
              <w:rPr>
                <w:rFonts w:ascii="宋体" w:hAnsi="宋体" w:eastAsia="宋体"/>
                <w:b w:val="0"/>
                <w:sz w:val="18"/>
              </w:rPr>
              <w:t>1.课件出示情境图。</w:t>
            </w:r>
          </w:p>
          <w:p>
            <w:pPr>
              <w:spacing w:after="20" w:line="276" w:lineRule="auto"/>
            </w:pPr>
            <w:r>
              <w:rPr>
                <w:rFonts w:ascii="宋体" w:hAnsi="宋体" w:eastAsia="宋体"/>
                <w:b w:val="0"/>
                <w:sz w:val="18"/>
              </w:rPr>
              <w:t>师：从图中你了解到了哪些信息？</w:t>
            </w:r>
          </w:p>
          <w:p>
            <w:pPr>
              <w:spacing w:after="20" w:line="276" w:lineRule="auto"/>
            </w:pPr>
            <w:r>
              <w:rPr>
                <w:rFonts w:ascii="宋体" w:hAnsi="宋体" w:eastAsia="宋体"/>
                <w:b w:val="0"/>
                <w:sz w:val="18"/>
              </w:rPr>
              <w:t>2．课件展示教科书P1主题图。</w:t>
            </w:r>
          </w:p>
          <w:p>
            <w:pPr>
              <w:spacing w:after="20" w:line="276" w:lineRule="auto"/>
            </w:pPr>
            <w:r>
              <w:rPr>
                <w:rFonts w:ascii="宋体" w:hAnsi="宋体" w:eastAsia="宋体"/>
                <w:b w:val="0"/>
                <w:sz w:val="18"/>
              </w:rPr>
              <w:t>师：你会读这些数吗？这些数与刚才的数有什么不同？生活中我们常会用到比万大的数，今天我们就来认识亿以内的数。(板书课题：亿以内数的认识)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创设情境激活学生已有经验，自然引出本课学习内容，激发学习兴趣，核心问题："从图中你了解到了哪些信息？"</w:t>
            </w:r>
          </w:p>
        </w:tc>
      </w:tr>
      <w:tr>
        <w:tc>
          <w:tcPr>
            <w:tcW w:type="dxa" w:w="1474"/>
          </w:tcPr>
          <w:p>
            <w:pPr>
              <w:spacing w:after="20" w:line="276" w:lineRule="auto"/>
            </w:pPr>
            <w:r>
              <w:rPr>
                <w:b/>
              </w:rPr>
            </w:r>
            <w:r>
              <w:rPr>
                <w:rFonts w:ascii="宋体" w:hAnsi="宋体" w:eastAsia="宋体"/>
                <w:b/>
                <w:sz w:val="18"/>
              </w:rPr>
              <w:t>二、经历过程，探究新知</w:t>
            </w:r>
          </w:p>
        </w:tc>
        <w:tc>
          <w:tcPr>
            <w:tcW w:type="dxa" w:w="3061"/>
          </w:tcPr>
          <w:p>
            <w:pPr>
              <w:spacing w:after="20" w:line="276" w:lineRule="auto"/>
            </w:pPr>
            <w:r/>
            <w:r>
              <w:rPr>
                <w:rFonts w:ascii="宋体" w:hAnsi="宋体" w:eastAsia="宋体"/>
                <w:b w:val="0"/>
                <w:sz w:val="18"/>
              </w:rPr>
              <w:t>1.认识计数单位“十万”“百万”“千万”和“亿”。</w:t>
            </w:r>
          </w:p>
          <w:p>
            <w:pPr>
              <w:spacing w:after="20" w:line="276" w:lineRule="auto"/>
            </w:pPr>
            <w:r>
              <w:rPr>
                <w:rFonts w:ascii="宋体" w:hAnsi="宋体" w:eastAsia="宋体"/>
                <w:b w:val="0"/>
                <w:sz w:val="18"/>
              </w:rPr>
              <w:t>(1)认识计数单位“十万”。</w:t>
            </w:r>
          </w:p>
          <w:p>
            <w:pPr>
              <w:spacing w:after="20" w:line="276" w:lineRule="auto"/>
            </w:pPr>
            <w:r>
              <w:rPr>
                <w:rFonts w:ascii="宋体" w:hAnsi="宋体" w:eastAsia="宋体"/>
                <w:b w:val="0"/>
                <w:sz w:val="18"/>
              </w:rPr>
              <w:t>师：在万位拨一颗珠子，是几万？(一万)再拨一颗呢？(两万)再拨下去呢？</w:t>
            </w:r>
          </w:p>
          <w:p>
            <w:pPr>
              <w:spacing w:after="20" w:line="276" w:lineRule="auto"/>
            </w:pPr>
            <w:r>
              <w:rPr>
                <w:rFonts w:ascii="宋体" w:hAnsi="宋体" w:eastAsia="宋体"/>
                <w:b w:val="0"/>
                <w:sz w:val="18"/>
              </w:rPr>
              <w:t>师：九万再加一万是几万？万位满10，怎么办？</w:t>
            </w:r>
          </w:p>
          <w:p>
            <w:pPr>
              <w:spacing w:after="20" w:line="276" w:lineRule="auto"/>
            </w:pPr>
            <w:r>
              <w:rPr>
                <w:rFonts w:ascii="宋体" w:hAnsi="宋体" w:eastAsia="宋体"/>
                <w:b w:val="0"/>
                <w:sz w:val="18"/>
              </w:rPr>
              <w:t>教师在计数器上演示10个一万换成1个十万。</w:t>
            </w:r>
          </w:p>
          <w:p>
            <w:pPr>
              <w:spacing w:after="20" w:line="276" w:lineRule="auto"/>
            </w:pPr>
            <w:r>
              <w:rPr>
                <w:rFonts w:ascii="宋体" w:hAnsi="宋体" w:eastAsia="宋体"/>
                <w:b w:val="0"/>
                <w:sz w:val="18"/>
              </w:rPr>
              <w:t>师：十万位的一颗珠子表示多少？(十万)</w:t>
            </w:r>
          </w:p>
          <w:p>
            <w:pPr>
              <w:spacing w:after="20" w:line="276" w:lineRule="auto"/>
            </w:pPr>
            <w:r>
              <w:rPr>
                <w:rFonts w:ascii="宋体" w:hAnsi="宋体" w:eastAsia="宋体"/>
                <w:b w:val="0"/>
                <w:sz w:val="18"/>
              </w:rPr>
              <w:t>师：跟老师再一次从一万拨到十万，边拨边想一万和十万有什么关系。</w:t>
            </w:r>
          </w:p>
        </w:tc>
        <w:tc>
          <w:tcPr>
            <w:tcW w:type="dxa" w:w="3061"/>
          </w:tcPr>
          <w:p>
            <w:pPr>
              <w:spacing w:after="20" w:line="276" w:lineRule="auto"/>
            </w:pPr>
            <w:r/>
            <w:r>
              <w:rPr>
                <w:rFonts w:ascii="宋体" w:hAnsi="宋体" w:eastAsia="宋体"/>
                <w:b w:val="0"/>
                <w:sz w:val="18"/>
              </w:rPr>
              <w:t>十万。万位满10，要向前一位进1。</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设计递进式探究活动，引导学生在动手实践与合作交流中经历知识形成过程，突破本课重难点，核心问题："在万位拨一颗珠子，是几万？(一万)再拨一颗呢？(两万)再拨下去呢？"</w:t>
            </w:r>
          </w:p>
        </w:tc>
      </w:tr>
      <w:tr>
        <w:tc>
          <w:tcPr>
            <w:tcW w:type="dxa" w:w="1474"/>
          </w:tcPr>
          <w:p>
            <w:pPr>
              <w:spacing w:after="20" w:line="276" w:lineRule="auto"/>
            </w:pPr>
            <w:r>
              <w:rPr>
                <w:b/>
              </w:rPr>
            </w:r>
            <w:r>
              <w:rPr>
                <w:rFonts w:ascii="宋体" w:hAnsi="宋体" w:eastAsia="宋体"/>
                <w:b/>
                <w:sz w:val="18"/>
              </w:rPr>
              <w:t>【学情预设】10个一万是十万。(板书)</w:t>
            </w:r>
          </w:p>
        </w:tc>
        <w:tc>
          <w:tcPr>
            <w:tcW w:type="dxa" w:w="3061"/>
          </w:tcPr>
          <w:p>
            <w:pPr>
              <w:spacing w:after="20" w:line="276" w:lineRule="auto"/>
            </w:pPr>
            <w:r/>
            <w:r>
              <w:rPr>
                <w:rFonts w:ascii="宋体" w:hAnsi="宋体" w:eastAsia="宋体"/>
                <w:b w:val="0"/>
                <w:sz w:val="18"/>
              </w:rPr>
              <w:t>(2)认识计数单位“百万”“千万”和“亿”。</w:t>
            </w:r>
          </w:p>
          <w:p>
            <w:pPr>
              <w:spacing w:after="20" w:line="276" w:lineRule="auto"/>
            </w:pPr>
            <w:r>
              <w:rPr>
                <w:rFonts w:ascii="宋体" w:hAnsi="宋体" w:eastAsia="宋体"/>
                <w:b w:val="0"/>
                <w:sz w:val="18"/>
              </w:rPr>
              <w:t>①认识“百万”。</w:t>
            </w:r>
          </w:p>
          <w:p>
            <w:pPr>
              <w:spacing w:after="20" w:line="276" w:lineRule="auto"/>
            </w:pPr>
            <w:r>
              <w:rPr>
                <w:rFonts w:ascii="宋体" w:hAnsi="宋体" w:eastAsia="宋体"/>
                <w:b w:val="0"/>
                <w:sz w:val="18"/>
              </w:rPr>
              <w:t>师：十万十万地拨，到10个十万时，满十进1，也就到了一百万。</w:t>
            </w:r>
          </w:p>
          <w:p>
            <w:pPr>
              <w:spacing w:after="20" w:line="276" w:lineRule="auto"/>
            </w:pPr>
            <w:r>
              <w:rPr>
                <w:rFonts w:ascii="宋体" w:hAnsi="宋体" w:eastAsia="宋体"/>
                <w:b w:val="0"/>
                <w:sz w:val="18"/>
              </w:rPr>
              <w:t>师：百万位的一颗珠子表示多少？(一百万)</w:t>
            </w:r>
          </w:p>
          <w:p>
            <w:pPr>
              <w:spacing w:after="20" w:line="276" w:lineRule="auto"/>
            </w:pPr>
            <w:r>
              <w:rPr>
                <w:rFonts w:ascii="宋体" w:hAnsi="宋体" w:eastAsia="宋体"/>
                <w:b w:val="0"/>
                <w:sz w:val="18"/>
              </w:rPr>
              <w:t>师：十万和一百万又有什么关系？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围绕环节目标组织学习活动，引导学生主动参与、积极思考，核心问题："百万位的一颗珠子表示多少？"</w:t>
            </w:r>
          </w:p>
        </w:tc>
      </w:tr>
      <w:tr>
        <w:tc>
          <w:tcPr>
            <w:tcW w:type="dxa" w:w="1474"/>
          </w:tcPr>
          <w:p>
            <w:pPr>
              <w:spacing w:after="20" w:line="276" w:lineRule="auto"/>
            </w:pPr>
            <w:r>
              <w:rPr>
                <w:b/>
              </w:rPr>
            </w:r>
            <w:r>
              <w:rPr>
                <w:rFonts w:ascii="宋体" w:hAnsi="宋体" w:eastAsia="宋体"/>
                <w:b/>
                <w:sz w:val="18"/>
              </w:rPr>
              <w:t>【学情预设】10个十万是一百万。(板书)</w:t>
            </w:r>
          </w:p>
        </w:tc>
        <w:tc>
          <w:tcPr>
            <w:tcW w:type="dxa" w:w="3061"/>
          </w:tcPr>
          <w:p>
            <w:pPr>
              <w:spacing w:after="20" w:line="276" w:lineRule="auto"/>
            </w:pPr>
            <w:r/>
            <w:r>
              <w:rPr>
                <w:rFonts w:ascii="宋体" w:hAnsi="宋体" w:eastAsia="宋体"/>
                <w:b w:val="0"/>
                <w:sz w:val="18"/>
              </w:rPr>
              <w:t>②认识“千万”和“亿”。</w:t>
            </w:r>
          </w:p>
          <w:p>
            <w:pPr>
              <w:spacing w:after="20" w:line="276" w:lineRule="auto"/>
            </w:pPr>
            <w:r>
              <w:rPr>
                <w:rFonts w:ascii="宋体" w:hAnsi="宋体" w:eastAsia="宋体"/>
                <w:b w:val="0"/>
                <w:sz w:val="18"/>
              </w:rPr>
              <w:t>师：再接着往下边拨边数，你能找到比百万更大的计数单位吗？</w:t>
            </w:r>
          </w:p>
          <w:p>
            <w:pPr>
              <w:spacing w:after="20" w:line="276" w:lineRule="auto"/>
            </w:pPr>
            <w:r>
              <w:rPr>
                <w:rFonts w:ascii="宋体" w:hAnsi="宋体" w:eastAsia="宋体"/>
                <w:b w:val="0"/>
                <w:sz w:val="18"/>
              </w:rPr>
              <w:t>教师根据学生的回答适时板书。</w:t>
            </w:r>
          </w:p>
          <w:p>
            <w:pPr>
              <w:spacing w:after="20" w:line="276" w:lineRule="auto"/>
            </w:pPr>
            <w:r>
              <w:rPr>
                <w:rFonts w:ascii="宋体" w:hAnsi="宋体" w:eastAsia="宋体"/>
                <w:b w:val="0"/>
                <w:sz w:val="18"/>
              </w:rPr>
              <w:t>(3)归纳“十进关系”。</w:t>
            </w:r>
          </w:p>
          <w:p>
            <w:pPr>
              <w:spacing w:after="20" w:line="276" w:lineRule="auto"/>
            </w:pPr>
            <w:r>
              <w:rPr>
                <w:rFonts w:ascii="宋体" w:hAnsi="宋体" w:eastAsia="宋体"/>
                <w:b w:val="0"/>
                <w:sz w:val="18"/>
              </w:rPr>
              <w:t>师：每相邻两个计数单位之间的进率都是十。(板书)</w:t>
            </w:r>
          </w:p>
          <w:p>
            <w:pPr>
              <w:spacing w:after="20" w:line="276" w:lineRule="auto"/>
            </w:pPr>
            <w:r>
              <w:rPr>
                <w:rFonts w:ascii="宋体" w:hAnsi="宋体" w:eastAsia="宋体"/>
                <w:b w:val="0"/>
                <w:sz w:val="18"/>
              </w:rPr>
              <w:t>2．整理数位顺序表，认识数位、数级，体会“位值”的含义。</w:t>
            </w:r>
          </w:p>
          <w:p>
            <w:pPr>
              <w:spacing w:after="20" w:line="276" w:lineRule="auto"/>
            </w:pPr>
            <w:r>
              <w:rPr>
                <w:rFonts w:ascii="宋体" w:hAnsi="宋体" w:eastAsia="宋体"/>
                <w:b w:val="0"/>
                <w:sz w:val="18"/>
              </w:rPr>
              <w:t>(1)认识数位。</w:t>
            </w:r>
          </w:p>
          <w:p>
            <w:pPr>
              <w:spacing w:after="20" w:line="276" w:lineRule="auto"/>
            </w:pPr>
            <w:r>
              <w:rPr>
                <w:rFonts w:ascii="宋体" w:hAnsi="宋体" w:eastAsia="宋体"/>
                <w:b w:val="0"/>
                <w:sz w:val="18"/>
              </w:rPr>
              <w:t>师：本节课开始已经复习了学过的5个数位，从右边起第一位是个位，第二位是十位，第三位是百位，第四位是千位，第五位是万位。那么想一想，第六位是什么位？第七位、第八位、第九位呢？</w:t>
            </w:r>
          </w:p>
          <w:p>
            <w:pPr>
              <w:spacing w:after="20" w:line="276" w:lineRule="auto"/>
            </w:pPr>
            <w:r>
              <w:rPr>
                <w:rFonts w:ascii="宋体" w:hAnsi="宋体" w:eastAsia="宋体"/>
                <w:b w:val="0"/>
                <w:sz w:val="18"/>
              </w:rPr>
              <w:t>师：你为什么这样排列它们的位置呢？每个计数单位所对应的数位是什么？</w:t>
            </w:r>
          </w:p>
          <w:p>
            <w:pPr>
              <w:spacing w:after="20" w:line="276" w:lineRule="auto"/>
            </w:pPr>
            <w:r>
              <w:rPr>
                <w:rFonts w:ascii="宋体" w:hAnsi="宋体" w:eastAsia="宋体"/>
                <w:b w:val="0"/>
                <w:sz w:val="18"/>
              </w:rPr>
              <w:t>师小结：在用数字表示数的时候，这些计数单位要按照一定的顺序排列起来，它们所占的位置叫作数位。</w:t>
            </w:r>
          </w:p>
          <w:p>
            <w:pPr>
              <w:spacing w:after="20" w:line="276" w:lineRule="auto"/>
            </w:pPr>
            <w:r>
              <w:rPr>
                <w:rFonts w:ascii="宋体" w:hAnsi="宋体" w:eastAsia="宋体"/>
                <w:b w:val="0"/>
                <w:sz w:val="18"/>
              </w:rPr>
              <w:t>(2)认识数级。</w:t>
            </w:r>
          </w:p>
          <w:p>
            <w:pPr>
              <w:spacing w:after="20" w:line="276" w:lineRule="auto"/>
            </w:pPr>
            <w:r>
              <w:rPr>
                <w:rFonts w:ascii="宋体" w:hAnsi="宋体" w:eastAsia="宋体"/>
                <w:b w:val="0"/>
                <w:sz w:val="18"/>
              </w:rPr>
              <w:t>师：仔细观察这些数位，你有什么发现？</w:t>
            </w:r>
          </w:p>
          <w:p>
            <w:pPr>
              <w:spacing w:after="20" w:line="276" w:lineRule="auto"/>
            </w:pPr>
            <w:r>
              <w:rPr>
                <w:rFonts w:ascii="宋体" w:hAnsi="宋体" w:eastAsia="宋体"/>
                <w:b w:val="0"/>
                <w:sz w:val="18"/>
              </w:rPr>
              <w:t>师小结：按照我国的计数习惯，从右边起，每四个数位是一级，个位、十位、百位和千位就是个级，万位、十万位、百万位和千万位就是万级，亿位就在亿级……</w:t>
            </w:r>
          </w:p>
          <w:p>
            <w:pPr>
              <w:spacing w:after="20" w:line="276" w:lineRule="auto"/>
            </w:pPr>
            <w:r>
              <w:rPr>
                <w:rFonts w:ascii="宋体" w:hAnsi="宋体" w:eastAsia="宋体"/>
                <w:b w:val="0"/>
                <w:sz w:val="18"/>
              </w:rPr>
              <w:t>师：这里为什么要加上省略号？(还有更多更大的数位)</w:t>
            </w:r>
          </w:p>
          <w:p>
            <w:pPr>
              <w:spacing w:after="20" w:line="276" w:lineRule="auto"/>
            </w:pPr>
            <w:r>
              <w:rPr>
                <w:rFonts w:ascii="宋体" w:hAnsi="宋体" w:eastAsia="宋体"/>
                <w:b w:val="0"/>
                <w:sz w:val="18"/>
              </w:rPr>
              <w:t>(3)借助数位顺序表，体会“位值”的含义。</w:t>
            </w:r>
          </w:p>
          <w:p>
            <w:pPr>
              <w:spacing w:after="20" w:line="276" w:lineRule="auto"/>
            </w:pPr>
            <w:r>
              <w:rPr>
                <w:rFonts w:ascii="宋体" w:hAnsi="宋体" w:eastAsia="宋体"/>
                <w:b w:val="0"/>
                <w:sz w:val="18"/>
              </w:rPr>
              <w:t>课件出示教科书P2主题图并出示数位顺序表。</w:t>
            </w:r>
          </w:p>
          <w:p>
            <w:pPr>
              <w:spacing w:after="20" w:line="276" w:lineRule="auto"/>
            </w:pPr>
            <w:r>
              <w:rPr>
                <w:rFonts w:ascii="宋体" w:hAnsi="宋体" w:eastAsia="宋体"/>
                <w:b w:val="0"/>
                <w:sz w:val="18"/>
              </w:rPr>
              <w:t>师：2020年第七次全国人口普查主要数据公报显示，北京市有21893095人。在这个数中有两个9，这两个9表示的意义是一样的吗？(不一样)都是9，为什么表示的意义却不同？(它们在不同的数位上)</w:t>
            </w:r>
          </w:p>
          <w:p>
            <w:pPr>
              <w:spacing w:after="20" w:line="276" w:lineRule="auto"/>
            </w:pPr>
            <w:r>
              <w:rPr>
                <w:rFonts w:ascii="宋体" w:hAnsi="宋体" w:eastAsia="宋体"/>
                <w:b w:val="0"/>
                <w:sz w:val="18"/>
              </w:rPr>
              <w:t>师：说说其他数位上的数各表示多少。</w:t>
            </w:r>
          </w:p>
          <w:p>
            <w:pPr>
              <w:spacing w:after="20" w:line="276" w:lineRule="auto"/>
            </w:pPr>
            <w:r>
              <w:rPr>
                <w:rFonts w:ascii="宋体" w:hAnsi="宋体" w:eastAsia="宋体"/>
                <w:b w:val="0"/>
                <w:sz w:val="18"/>
              </w:rPr>
              <w:t>(4)归纳总结。</w:t>
            </w:r>
          </w:p>
          <w:p>
            <w:pPr>
              <w:spacing w:after="20" w:line="276" w:lineRule="auto"/>
            </w:pPr>
            <w:r>
              <w:rPr>
                <w:rFonts w:ascii="宋体" w:hAnsi="宋体" w:eastAsia="宋体"/>
                <w:b w:val="0"/>
                <w:sz w:val="18"/>
              </w:rPr>
              <w:t>师综述：①利用数位，就可以用0～9表示更多、更大的数；②表示物体个数的1，2，3，4，5，6，7，8，9，10，11，…都是自然数。一个物体也没有，用0表示，0也是自然数，所有的自然数都是整数；③最小的自然数是0，没有最大的自然数，自然数的个数是无限的。</w:t>
            </w:r>
          </w:p>
        </w:tc>
        <w:tc>
          <w:tcPr>
            <w:tcW w:type="dxa" w:w="3061"/>
          </w:tcPr>
          <w:p>
            <w:pPr>
              <w:spacing w:after="20" w:line="276" w:lineRule="auto"/>
            </w:pPr>
            <w:r/>
            <w:r>
              <w:rPr>
                <w:rFonts w:ascii="宋体" w:hAnsi="宋体" w:eastAsia="宋体"/>
                <w:b w:val="0"/>
                <w:sz w:val="18"/>
              </w:rPr>
              <w:t>预设1：一百万一百万地数，10个一百万是一千万。</w:t>
            </w:r>
          </w:p>
          <w:p>
            <w:pPr>
              <w:spacing w:after="20" w:line="276" w:lineRule="auto"/>
            </w:pPr>
            <w:r>
              <w:rPr>
                <w:rFonts w:ascii="宋体" w:hAnsi="宋体" w:eastAsia="宋体"/>
                <w:b w:val="0"/>
                <w:sz w:val="18"/>
              </w:rPr>
              <w:t>预设2：一千万一千万地数，10个一千万是一亿。</w:t>
            </w:r>
          </w:p>
          <w:p>
            <w:pPr>
              <w:spacing w:after="20" w:line="276" w:lineRule="auto"/>
            </w:pPr>
            <w:r>
              <w:rPr>
                <w:rFonts w:ascii="宋体" w:hAnsi="宋体" w:eastAsia="宋体"/>
                <w:b w:val="0"/>
                <w:sz w:val="18"/>
              </w:rPr>
              <w:t>(从右边起)第六位是十万位，第七位是百万位，第八位是千万位，第九位是亿位。</w:t>
            </w:r>
          </w:p>
          <w:p>
            <w:pPr>
              <w:spacing w:after="20" w:line="276" w:lineRule="auto"/>
            </w:pPr>
            <w:r>
              <w:rPr>
                <w:rFonts w:ascii="宋体" w:hAnsi="宋体" w:eastAsia="宋体"/>
                <w:b w:val="0"/>
                <w:sz w:val="18"/>
              </w:rPr>
              <w:t>学生小组交流，教师巡视。</w:t>
            </w:r>
          </w:p>
        </w:tc>
        <w:tc>
          <w:tcPr>
            <w:tcW w:type="dxa" w:w="1814"/>
          </w:tcPr>
          <w:p>
            <w:pPr>
              <w:spacing w:after="20" w:line="276" w:lineRule="auto"/>
            </w:pPr>
            <w:r/>
            <w:r>
              <w:rPr>
                <w:rFonts w:ascii="宋体" w:hAnsi="宋体" w:eastAsia="宋体"/>
                <w:b w:val="0"/>
                <w:sz w:val="18"/>
              </w:rPr>
              <w:t>围绕环节目标组织学习活动，引导学生主动参与、积极思考，核心问题："再接着往下边拨边数，你能找到比百万更大的计数单位吗？"</w:t>
            </w:r>
          </w:p>
        </w:tc>
      </w:tr>
      <w:tr>
        <w:tc>
          <w:tcPr>
            <w:tcW w:type="dxa" w:w="1474"/>
          </w:tcPr>
          <w:p>
            <w:pPr>
              <w:spacing w:after="20" w:line="276" w:lineRule="auto"/>
            </w:pPr>
            <w:r>
              <w:rPr>
                <w:b/>
              </w:rPr>
            </w:r>
            <w:r>
              <w:rPr>
                <w:rFonts w:ascii="宋体" w:hAnsi="宋体" w:eastAsia="宋体"/>
                <w:b/>
                <w:sz w:val="18"/>
              </w:rPr>
              <w:t>三、巩固练习，实践应用</w:t>
            </w:r>
          </w:p>
        </w:tc>
        <w:tc>
          <w:tcPr>
            <w:tcW w:type="dxa" w:w="3061"/>
          </w:tcPr>
          <w:p>
            <w:pPr>
              <w:spacing w:after="20" w:line="276" w:lineRule="auto"/>
            </w:pPr>
            <w:r/>
            <w:r>
              <w:rPr>
                <w:rFonts w:ascii="宋体" w:hAnsi="宋体" w:eastAsia="宋体"/>
                <w:b w:val="0"/>
                <w:sz w:val="18"/>
              </w:rPr>
              <w:t>课件出示教科书P3“做一做”第1、2题。</w:t>
            </w:r>
          </w:p>
        </w:tc>
        <w:tc>
          <w:tcPr>
            <w:tcW w:type="dxa" w:w="3061"/>
          </w:tcPr>
          <w:p>
            <w:pPr>
              <w:spacing w:after="20" w:line="276" w:lineRule="auto"/>
            </w:pPr>
            <w:r/>
            <w:r>
              <w:rPr>
                <w:rFonts w:ascii="宋体" w:hAnsi="宋体" w:eastAsia="宋体"/>
                <w:b w:val="0"/>
                <w:sz w:val="18"/>
              </w:rPr>
              <w:t>学生小组内交流后全班展示。</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在已学万以内数的知识基础上，借助生活中的大数素材与计数器、数位顺序表等工具，帮助学生理解计数单位、十进制进率、数级、数位等内容。</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亿以内数的认识</w:t>
      </w:r>
    </w:p>
    <w:p>
      <w:pPr>
        <w:spacing w:after="40" w:line="300" w:lineRule="auto"/>
      </w:pPr>
      <w:r>
        <w:rPr>
          <w:rFonts w:ascii="宋体" w:hAnsi="宋体" w:eastAsia="宋体"/>
          <w:b w:val="0"/>
          <w:sz w:val="20"/>
        </w:rPr>
        <w:t>10个一万是十万，10个十万是一百万，</w:t>
      </w:r>
    </w:p>
    <w:p>
      <w:pPr>
        <w:spacing w:after="40" w:line="300" w:lineRule="auto"/>
      </w:pPr>
      <w:r>
        <w:rPr>
          <w:rFonts w:ascii="宋体" w:hAnsi="宋体" w:eastAsia="宋体"/>
          <w:b w:val="0"/>
          <w:sz w:val="20"/>
        </w:rPr>
        <w:t>10个一百万是一千万，10个一千万是一亿。</w:t>
      </w:r>
    </w:p>
    <w:p>
      <w:pPr>
        <w:spacing w:after="40" w:line="300" w:lineRule="auto"/>
      </w:pPr>
      <w:r>
        <w:rPr>
          <w:rFonts w:ascii="宋体" w:hAnsi="宋体" w:eastAsia="宋体"/>
          <w:b w:val="0"/>
          <w:sz w:val="20"/>
        </w:rPr>
        <w:t>每相邻两个计数单位之间的进率都是十。</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中，认识计数单位“十万”“百万”“千万”和“亿”并体会“位值”的含义是教学的重点和难点。为了更好地突出重点，突破难点，教师充分借助计数器让学生数数，让学生亲身经历用新的计数单位数数的过程，从而加深对新的计数单位的理解，并能牢固掌握计数规律。</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亿以内数的读法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亿以内数的读法</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教学内容：教科书P4例1、例2。</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（1）掌握亿以内数的读法，能正确地按数级读数。</w:t>
      </w:r>
    </w:p>
    <w:p>
      <w:pPr>
        <w:spacing w:after="20" w:line="300" w:lineRule="auto"/>
        <w:ind w:firstLine="400"/>
      </w:pPr>
      <w:r>
        <w:rPr>
          <w:rFonts w:ascii="宋体" w:hAnsi="宋体" w:eastAsia="宋体"/>
          <w:b w:val="0"/>
          <w:sz w:val="20"/>
        </w:rPr>
        <w:t>（2）在尝试、比较、归纳等探究活动中，发展学生的迁移类推能力、推理能力和表达能力。</w:t>
      </w:r>
    </w:p>
    <w:p>
      <w:pPr>
        <w:spacing w:after="20" w:line="300" w:lineRule="auto"/>
        <w:ind w:firstLine="400"/>
      </w:pPr>
      <w:r>
        <w:rPr>
          <w:rFonts w:ascii="宋体" w:hAnsi="宋体" w:eastAsia="宋体"/>
          <w:b w:val="0"/>
          <w:sz w:val="20"/>
        </w:rPr>
        <w:t>（3）感受大数在生活中的应用和用途，培养数感。</w:t>
      </w:r>
    </w:p>
    <w:p>
      <w:pPr>
        <w:spacing w:after="20" w:line="300" w:lineRule="auto"/>
      </w:pPr>
      <w:r>
        <w:rPr>
          <w:rFonts w:ascii="宋体" w:hAnsi="宋体" w:eastAsia="宋体"/>
          <w:b w:val="0"/>
          <w:sz w:val="20"/>
        </w:rPr>
        <w:t>教学重点：含有两级的数的读法。</w:t>
      </w:r>
    </w:p>
    <w:p>
      <w:pPr>
        <w:spacing w:after="20" w:line="300" w:lineRule="auto"/>
      </w:pPr>
      <w:r>
        <w:rPr>
          <w:rFonts w:ascii="宋体" w:hAnsi="宋体" w:eastAsia="宋体"/>
          <w:b w:val="0"/>
          <w:sz w:val="20"/>
        </w:rPr>
        <w:t>教学难点：中间或末尾有“0”的亿以内数的读法。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怎样读万以内的数呢？；比万更大的数我们又该怎么读呢？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经历过程，探究新知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第二个数的这两种读法哪一种更简便？；最后两个数怎么读？</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巩固练习，实践应用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复习旧知，引入新课</w:t>
            </w:r>
          </w:p>
        </w:tc>
        <w:tc>
          <w:tcPr>
            <w:tcW w:type="dxa" w:w="3061"/>
          </w:tcPr>
          <w:p>
            <w:pPr>
              <w:spacing w:after="20" w:line="276" w:lineRule="auto"/>
            </w:pPr>
            <w:r/>
            <w:r>
              <w:rPr>
                <w:rFonts w:ascii="宋体" w:hAnsi="宋体" w:eastAsia="宋体"/>
                <w:b w:val="0"/>
                <w:sz w:val="18"/>
              </w:rPr>
              <w:t>1.读万以内的数。</w:t>
            </w:r>
          </w:p>
          <w:p>
            <w:pPr>
              <w:spacing w:after="20" w:line="276" w:lineRule="auto"/>
            </w:pPr>
            <w:r>
              <w:rPr>
                <w:rFonts w:ascii="宋体" w:hAnsi="宋体" w:eastAsia="宋体"/>
                <w:b w:val="0"/>
                <w:sz w:val="18"/>
              </w:rPr>
              <w:t>课件出示一组数：7000，2345，8900，4090，1008。</w:t>
            </w:r>
          </w:p>
          <w:p>
            <w:pPr>
              <w:spacing w:after="20" w:line="276" w:lineRule="auto"/>
            </w:pPr>
            <w:r>
              <w:rPr>
                <w:rFonts w:ascii="宋体" w:hAnsi="宋体" w:eastAsia="宋体"/>
                <w:b w:val="0"/>
                <w:sz w:val="18"/>
              </w:rPr>
              <w:t>师：怎样读万以内的数呢？(指名读数)</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师：比万更大的数我们又该怎么读呢？今天我们先来学习亿以内数的读法。(板书课题：亿以内数的读法)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创设情境激活学生已有经验，自然引出本课学习内容，激发学习兴趣，核心问题："怎样读万以内的数呢？"</w:t>
            </w:r>
          </w:p>
        </w:tc>
      </w:tr>
      <w:tr>
        <w:tc>
          <w:tcPr>
            <w:tcW w:type="dxa" w:w="1474"/>
          </w:tcPr>
          <w:p>
            <w:pPr>
              <w:spacing w:after="20" w:line="276" w:lineRule="auto"/>
            </w:pPr>
            <w:r>
              <w:rPr>
                <w:b/>
              </w:rPr>
            </w:r>
            <w:r>
              <w:rPr>
                <w:rFonts w:ascii="宋体" w:hAnsi="宋体" w:eastAsia="宋体"/>
                <w:b/>
                <w:sz w:val="18"/>
              </w:rPr>
              <w:t>经历过程，探究新知</w:t>
            </w:r>
          </w:p>
        </w:tc>
        <w:tc>
          <w:tcPr>
            <w:tcW w:type="dxa" w:w="3061"/>
          </w:tcPr>
          <w:p>
            <w:pPr>
              <w:spacing w:after="20" w:line="276" w:lineRule="auto"/>
            </w:pPr>
            <w:r/>
            <w:r>
              <w:rPr>
                <w:rFonts w:ascii="宋体" w:hAnsi="宋体" w:eastAsia="宋体"/>
                <w:b w:val="0"/>
                <w:sz w:val="18"/>
              </w:rPr>
              <w:t>1.探究整万数的读法。</w:t>
            </w:r>
          </w:p>
          <w:p>
            <w:pPr>
              <w:spacing w:after="20" w:line="276" w:lineRule="auto"/>
            </w:pPr>
            <w:r>
              <w:rPr>
                <w:rFonts w:ascii="宋体" w:hAnsi="宋体" w:eastAsia="宋体"/>
                <w:b w:val="0"/>
                <w:sz w:val="18"/>
              </w:rPr>
              <w:t>(1)课件出示教科书P4例1。</w:t>
            </w:r>
          </w:p>
          <w:p>
            <w:pPr>
              <w:spacing w:after="20" w:line="276" w:lineRule="auto"/>
            </w:pPr>
            <w:r>
              <w:rPr>
                <w:rFonts w:ascii="宋体" w:hAnsi="宋体" w:eastAsia="宋体"/>
                <w:b w:val="0"/>
                <w:sz w:val="18"/>
              </w:rPr>
              <w:t>师：分别读出第一个数和第二个数。</w:t>
            </w:r>
          </w:p>
          <w:p>
            <w:pPr>
              <w:spacing w:after="20" w:line="276" w:lineRule="auto"/>
            </w:pPr>
            <w:r>
              <w:rPr>
                <w:rFonts w:ascii="宋体" w:hAnsi="宋体" w:eastAsia="宋体"/>
                <w:b w:val="0"/>
                <w:sz w:val="18"/>
              </w:rPr>
              <w:t>师：第二个数的这两种读法哪一种更简便？(后一种)</w:t>
            </w:r>
          </w:p>
          <w:p>
            <w:pPr>
              <w:spacing w:after="20" w:line="276" w:lineRule="auto"/>
            </w:pPr>
            <w:r>
              <w:rPr>
                <w:rFonts w:ascii="宋体" w:hAnsi="宋体" w:eastAsia="宋体"/>
                <w:b w:val="0"/>
                <w:sz w:val="18"/>
              </w:rPr>
              <w:t>师小结：两种读法都是正确的，第一种读法中都有一个万字，可以提取出来，就成了第二种读法，这种读法更简便。</w:t>
            </w:r>
          </w:p>
          <w:p>
            <w:pPr>
              <w:spacing w:after="20" w:line="276" w:lineRule="auto"/>
            </w:pPr>
            <w:r>
              <w:rPr>
                <w:rFonts w:ascii="宋体" w:hAnsi="宋体" w:eastAsia="宋体"/>
                <w:b w:val="0"/>
                <w:sz w:val="18"/>
              </w:rPr>
              <w:t>师：最后两个数怎么读？再试一试。(指名读数)</w:t>
            </w:r>
          </w:p>
          <w:p>
            <w:pPr>
              <w:spacing w:after="20" w:line="276" w:lineRule="auto"/>
            </w:pPr>
            <w:r>
              <w:rPr>
                <w:rFonts w:ascii="宋体" w:hAnsi="宋体" w:eastAsia="宋体"/>
                <w:b w:val="0"/>
                <w:sz w:val="18"/>
              </w:rPr>
              <w:t>(2)比较、归纳方法。</w:t>
            </w:r>
          </w:p>
          <w:p>
            <w:pPr>
              <w:spacing w:after="20" w:line="276" w:lineRule="auto"/>
            </w:pPr>
            <w:r>
              <w:rPr>
                <w:rFonts w:ascii="宋体" w:hAnsi="宋体" w:eastAsia="宋体"/>
                <w:b w:val="0"/>
                <w:sz w:val="18"/>
              </w:rPr>
              <w:t>师：读整万数时，万级的数和个级的数在读法上有什么相同点和不同点？</w:t>
            </w:r>
          </w:p>
          <w:p>
            <w:pPr>
              <w:spacing w:after="20" w:line="276" w:lineRule="auto"/>
            </w:pPr>
            <w:r>
              <w:rPr>
                <w:rFonts w:ascii="宋体" w:hAnsi="宋体" w:eastAsia="宋体"/>
                <w:b w:val="0"/>
                <w:sz w:val="18"/>
              </w:rPr>
              <w:t>师小结：读整万的数时，要按照个级的数的读法来读，再在后面加上一个“万”字。</w:t>
            </w:r>
          </w:p>
          <w:p>
            <w:pPr>
              <w:spacing w:after="20" w:line="276" w:lineRule="auto"/>
            </w:pPr>
            <w:r>
              <w:rPr>
                <w:rFonts w:ascii="宋体" w:hAnsi="宋体" w:eastAsia="宋体"/>
                <w:b w:val="0"/>
                <w:sz w:val="18"/>
              </w:rPr>
              <w:t>(3)跟进练习。</w:t>
            </w:r>
          </w:p>
          <w:p>
            <w:pPr>
              <w:spacing w:after="20" w:line="276" w:lineRule="auto"/>
            </w:pPr>
            <w:r>
              <w:rPr>
                <w:rFonts w:ascii="宋体" w:hAnsi="宋体" w:eastAsia="宋体"/>
                <w:b w:val="0"/>
                <w:sz w:val="18"/>
              </w:rPr>
              <w:t>课件展示教科书P5“做一做”第1题并让学生完成。</w:t>
            </w:r>
          </w:p>
          <w:p>
            <w:pPr>
              <w:spacing w:after="20" w:line="276" w:lineRule="auto"/>
            </w:pPr>
            <w:r>
              <w:rPr>
                <w:rFonts w:ascii="宋体" w:hAnsi="宋体" w:eastAsia="宋体"/>
                <w:b w:val="0"/>
                <w:sz w:val="18"/>
              </w:rPr>
              <w:t>2．探索含有两级数的读法。</w:t>
            </w:r>
          </w:p>
          <w:p>
            <w:pPr>
              <w:spacing w:after="20" w:line="276" w:lineRule="auto"/>
            </w:pPr>
            <w:r>
              <w:rPr>
                <w:rFonts w:ascii="宋体" w:hAnsi="宋体" w:eastAsia="宋体"/>
                <w:b w:val="0"/>
                <w:sz w:val="18"/>
              </w:rPr>
              <w:t>(1)课件出示教科书P4例2。</w:t>
            </w:r>
          </w:p>
          <w:p>
            <w:pPr>
              <w:spacing w:after="20" w:line="276" w:lineRule="auto"/>
            </w:pPr>
            <w:r>
              <w:rPr>
                <w:rFonts w:ascii="宋体" w:hAnsi="宋体" w:eastAsia="宋体"/>
                <w:b w:val="0"/>
                <w:sz w:val="18"/>
              </w:rPr>
              <w:t>师：这些数又该怎么读？</w:t>
            </w:r>
          </w:p>
          <w:p>
            <w:pPr>
              <w:spacing w:after="20" w:line="276" w:lineRule="auto"/>
            </w:pPr>
            <w:r>
              <w:rPr>
                <w:rFonts w:ascii="宋体" w:hAnsi="宋体" w:eastAsia="宋体"/>
                <w:b w:val="0"/>
                <w:sz w:val="18"/>
              </w:rPr>
              <w:t>(2)师：你有什么发现？有什么需要提醒大家的地方吗？</w:t>
            </w:r>
          </w:p>
          <w:p>
            <w:pPr>
              <w:spacing w:after="20" w:line="276" w:lineRule="auto"/>
            </w:pPr>
            <w:r>
              <w:rPr>
                <w:rFonts w:ascii="宋体" w:hAnsi="宋体" w:eastAsia="宋体"/>
                <w:b w:val="0"/>
                <w:sz w:val="18"/>
              </w:rPr>
              <w:t>(3)师：0什么时候不读？什么时候要读？怎么读？</w:t>
            </w:r>
          </w:p>
          <w:p>
            <w:pPr>
              <w:spacing w:after="20" w:line="276" w:lineRule="auto"/>
            </w:pPr>
            <w:r>
              <w:rPr>
                <w:rFonts w:ascii="宋体" w:hAnsi="宋体" w:eastAsia="宋体"/>
                <w:b w:val="0"/>
                <w:sz w:val="18"/>
              </w:rPr>
              <w:t>(4)引导学生总结含有两级的数的读数规则。</w:t>
            </w:r>
          </w:p>
          <w:p>
            <w:pPr>
              <w:spacing w:after="20" w:line="276" w:lineRule="auto"/>
            </w:pPr>
            <w:r>
              <w:rPr>
                <w:rFonts w:ascii="宋体" w:hAnsi="宋体" w:eastAsia="宋体"/>
                <w:b w:val="0"/>
                <w:sz w:val="18"/>
              </w:rPr>
              <w:t>师：读含有两级的数时有哪些规则？先读哪一级，怎样读？再读哪一级，怎样读？什么情况下“0”不读出来，什么情况下“0”要读出来？</w:t>
            </w:r>
          </w:p>
          <w:p>
            <w:pPr>
              <w:spacing w:after="20" w:line="276" w:lineRule="auto"/>
            </w:pPr>
            <w:r>
              <w:rPr>
                <w:rFonts w:ascii="宋体" w:hAnsi="宋体" w:eastAsia="宋体"/>
                <w:b w:val="0"/>
                <w:sz w:val="18"/>
              </w:rPr>
              <w:t>教师根据学生的回答适时板书。</w:t>
            </w:r>
          </w:p>
          <w:p>
            <w:pPr>
              <w:spacing w:after="20" w:line="276" w:lineRule="auto"/>
            </w:pPr>
            <w:r>
              <w:rPr>
                <w:rFonts w:ascii="宋体" w:hAnsi="宋体" w:eastAsia="宋体"/>
                <w:b w:val="0"/>
                <w:sz w:val="18"/>
              </w:rPr>
              <w:t>(5)课件再现教科书P1主题图。</w:t>
            </w:r>
          </w:p>
          <w:p>
            <w:pPr>
              <w:spacing w:after="20" w:line="276" w:lineRule="auto"/>
            </w:pPr>
            <w:r>
              <w:rPr>
                <w:rFonts w:ascii="宋体" w:hAnsi="宋体" w:eastAsia="宋体"/>
                <w:b w:val="0"/>
                <w:sz w:val="18"/>
              </w:rPr>
              <w:t>师：你能正确地读出其中亿以内的数了吗？试一试。</w:t>
            </w:r>
          </w:p>
        </w:tc>
        <w:tc>
          <w:tcPr>
            <w:tcW w:type="dxa" w:w="3061"/>
          </w:tcPr>
          <w:p>
            <w:pPr>
              <w:spacing w:after="20" w:line="276" w:lineRule="auto"/>
            </w:pPr>
            <w:r/>
            <w:r>
              <w:rPr>
                <w:rFonts w:ascii="宋体" w:hAnsi="宋体" w:eastAsia="宋体"/>
                <w:b w:val="0"/>
                <w:sz w:val="18"/>
              </w:rPr>
              <w:t>预设1：二千四百九十六、二千万四百万九十万六万。</w:t>
            </w:r>
          </w:p>
          <w:p>
            <w:pPr>
              <w:spacing w:after="20" w:line="276" w:lineRule="auto"/>
            </w:pPr>
            <w:r>
              <w:rPr>
                <w:rFonts w:ascii="宋体" w:hAnsi="宋体" w:eastAsia="宋体"/>
                <w:b w:val="0"/>
                <w:sz w:val="18"/>
              </w:rPr>
              <w:t>预设2：二千四百九十六、二千四百九十六万。</w:t>
            </w:r>
          </w:p>
          <w:p>
            <w:pPr>
              <w:spacing w:after="20" w:line="276" w:lineRule="auto"/>
            </w:pPr>
            <w:r>
              <w:rPr>
                <w:rFonts w:ascii="宋体" w:hAnsi="宋体" w:eastAsia="宋体"/>
                <w:b w:val="0"/>
                <w:sz w:val="18"/>
              </w:rPr>
              <w:t>学生自己先结合数位顺序表试着读数，再和同桌交流。</w:t>
            </w:r>
          </w:p>
          <w:p>
            <w:pPr>
              <w:spacing w:after="20" w:line="276" w:lineRule="auto"/>
            </w:pPr>
            <w:r>
              <w:rPr>
                <w:rFonts w:ascii="宋体" w:hAnsi="宋体" w:eastAsia="宋体"/>
                <w:b w:val="0"/>
                <w:sz w:val="18"/>
              </w:rPr>
              <w:t>先读前面的万级，读完还是在后面加上“万”字，然后读个级上的数。</w:t>
            </w:r>
          </w:p>
          <w:p>
            <w:pPr>
              <w:spacing w:after="20" w:line="276" w:lineRule="auto"/>
            </w:pPr>
            <w:r>
              <w:rPr>
                <w:rFonts w:ascii="宋体" w:hAnsi="宋体" w:eastAsia="宋体"/>
                <w:b w:val="0"/>
                <w:sz w:val="18"/>
              </w:rPr>
              <w:t>每级末尾不管有几个0，都不读，其他数位上有一个0或连续几个0，都只读一个零。</w:t>
            </w:r>
          </w:p>
          <w:p>
            <w:pPr>
              <w:spacing w:after="20" w:line="276" w:lineRule="auto"/>
            </w:pPr>
            <w:r>
              <w:rPr>
                <w:rFonts w:ascii="宋体" w:hAnsi="宋体" w:eastAsia="宋体"/>
                <w:b w:val="0"/>
                <w:sz w:val="18"/>
              </w:rPr>
              <w:t>预设1：先读万级，再读个级。</w:t>
            </w:r>
          </w:p>
          <w:p>
            <w:pPr>
              <w:spacing w:after="20" w:line="276" w:lineRule="auto"/>
            </w:pPr>
            <w:r>
              <w:rPr>
                <w:rFonts w:ascii="宋体" w:hAnsi="宋体" w:eastAsia="宋体"/>
                <w:b w:val="0"/>
                <w:sz w:val="18"/>
              </w:rPr>
              <w:t>预设2：万级的数，要按照个级的数的读法来读，再在后面加上一个“万”字。</w:t>
            </w:r>
          </w:p>
          <w:p>
            <w:pPr>
              <w:spacing w:after="20" w:line="276" w:lineRule="auto"/>
            </w:pPr>
            <w:r>
              <w:rPr>
                <w:rFonts w:ascii="宋体" w:hAnsi="宋体" w:eastAsia="宋体"/>
                <w:b w:val="0"/>
                <w:sz w:val="18"/>
              </w:rPr>
              <w:t>预设3：每级末尾不管有几个0，都不读，其他数位上有一个0或连续几个0，都只读一个零。</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设计递进式探究活动，引导学生在动手实践与合作交流中经历知识形成过程，突破本课重难点，核心问题："第二个数的这两种读法哪一种更简便？"</w:t>
            </w:r>
          </w:p>
        </w:tc>
      </w:tr>
      <w:tr>
        <w:tc>
          <w:tcPr>
            <w:tcW w:type="dxa" w:w="1474"/>
          </w:tcPr>
          <w:p>
            <w:pPr>
              <w:spacing w:after="20" w:line="276" w:lineRule="auto"/>
            </w:pPr>
            <w:r>
              <w:rPr>
                <w:b/>
              </w:rPr>
            </w:r>
            <w:r>
              <w:rPr>
                <w:rFonts w:ascii="宋体" w:hAnsi="宋体" w:eastAsia="宋体"/>
                <w:b/>
                <w:sz w:val="18"/>
              </w:rPr>
              <w:t>巩固练习，实践应用</w:t>
            </w:r>
          </w:p>
        </w:tc>
        <w:tc>
          <w:tcPr>
            <w:tcW w:type="dxa" w:w="3061"/>
          </w:tcPr>
          <w:p>
            <w:pPr>
              <w:spacing w:after="20" w:line="276" w:lineRule="auto"/>
            </w:pPr>
            <w:r/>
            <w:r>
              <w:rPr>
                <w:rFonts w:ascii="宋体" w:hAnsi="宋体" w:eastAsia="宋体"/>
                <w:b w:val="0"/>
                <w:sz w:val="18"/>
              </w:rPr>
              <w:t>1.课件出示教科书P5“做一做”第2题。</w:t>
            </w:r>
          </w:p>
          <w:p>
            <w:pPr>
              <w:spacing w:after="20" w:line="276" w:lineRule="auto"/>
            </w:pPr>
            <w:r>
              <w:rPr>
                <w:rFonts w:ascii="宋体" w:hAnsi="宋体" w:eastAsia="宋体"/>
                <w:b w:val="0"/>
                <w:sz w:val="18"/>
              </w:rPr>
              <w:t>2．课件出示教科书P5“做一做”第3题。</w:t>
            </w:r>
          </w:p>
        </w:tc>
        <w:tc>
          <w:tcPr>
            <w:tcW w:type="dxa" w:w="3061"/>
          </w:tcPr>
          <w:p>
            <w:pPr>
              <w:spacing w:after="20" w:line="276" w:lineRule="auto"/>
            </w:pPr>
            <w:r/>
            <w:r>
              <w:rPr>
                <w:rFonts w:ascii="宋体" w:hAnsi="宋体" w:eastAsia="宋体"/>
                <w:b w:val="0"/>
                <w:sz w:val="18"/>
              </w:rPr>
              <w:t>学生试读后，让学生说说这些数分别是怎么读的，交流各自的读法。</w:t>
            </w:r>
          </w:p>
          <w:p>
            <w:pPr>
              <w:spacing w:after="20" w:line="276" w:lineRule="auto"/>
            </w:pPr>
            <w:r>
              <w:rPr>
                <w:rFonts w:ascii="宋体" w:hAnsi="宋体" w:eastAsia="宋体"/>
                <w:b w:val="0"/>
                <w:sz w:val="18"/>
              </w:rPr>
              <w:t>小组内交流讨论方法，教师巡视指导。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把个级上的数迁移到万级上，使学生感受含有两级的数万级的数和个级的数在读法上的联系，得出整万数的读法。在学习亿以内数的读法时，让学生运用自己的经验表达自己对新知的理解，经历知识的形成过程，再用新知解决开始上课时的问题，让学生在巩固读数方法的同时，体验成功的喜悦。</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亿以内数的读法</w:t>
      </w:r>
    </w:p>
    <w:p>
      <w:pPr>
        <w:spacing w:after="40" w:line="300" w:lineRule="auto"/>
      </w:pPr>
      <w:r>
        <w:rPr>
          <w:rFonts w:ascii="宋体" w:hAnsi="宋体" w:eastAsia="宋体"/>
          <w:b w:val="0"/>
          <w:sz w:val="20"/>
        </w:rPr>
        <w:t>含有两级的数的读法：</w:t>
      </w:r>
    </w:p>
    <w:p>
      <w:pPr>
        <w:spacing w:after="40" w:line="300" w:lineRule="auto"/>
      </w:pPr>
      <w:r>
        <w:rPr>
          <w:rFonts w:ascii="宋体" w:hAnsi="宋体" w:eastAsia="宋体"/>
          <w:b w:val="0"/>
          <w:sz w:val="20"/>
        </w:rPr>
        <w:t>1．先读万级，再读个级。</w:t>
      </w:r>
    </w:p>
    <w:p>
      <w:pPr>
        <w:spacing w:after="40" w:line="300" w:lineRule="auto"/>
      </w:pPr>
      <w:r>
        <w:rPr>
          <w:rFonts w:ascii="宋体" w:hAnsi="宋体" w:eastAsia="宋体"/>
          <w:b w:val="0"/>
          <w:sz w:val="20"/>
        </w:rPr>
        <w:t>2．万级的数，要按照个级的数的读法来读，再在后面加上一个“万”字。</w:t>
      </w:r>
    </w:p>
    <w:p>
      <w:pPr>
        <w:spacing w:after="40" w:line="300" w:lineRule="auto"/>
      </w:pPr>
      <w:r>
        <w:rPr>
          <w:rFonts w:ascii="宋体" w:hAnsi="宋体" w:eastAsia="宋体"/>
          <w:b w:val="0"/>
          <w:sz w:val="20"/>
        </w:rPr>
        <w:t>3．每级末尾不管有几个0，都不读，其他数位上有一个0或连续几个0，都只读一个零。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教科书P4例1、例2。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亿以内数的读法”教学中，教师注重从学生已有的知识和经验出发，引导学生在探究活动中掌握新知。层层递进，为学生找到新知识的切入点，也为学生自主探索、合作交流提供了空间，达到了较好的教学效果。</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亿以内数的写法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亿以内数的写法</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教学内容：教科书P6例3。</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（1）在已有的知识基础上，掌握亿以内数的写法，能根据数级正确地写出亿以内的数。</w:t>
      </w:r>
    </w:p>
    <w:p>
      <w:pPr>
        <w:spacing w:after="20" w:line="300" w:lineRule="auto"/>
        <w:ind w:firstLine="400"/>
      </w:pPr>
      <w:r>
        <w:rPr>
          <w:rFonts w:ascii="宋体" w:hAnsi="宋体" w:eastAsia="宋体"/>
          <w:b w:val="0"/>
          <w:sz w:val="20"/>
        </w:rPr>
        <w:t>（2）经历探究亿以内数的写法的过程，进一步巩固对数位顺序表的认识，积累写数的经验。</w:t>
      </w:r>
    </w:p>
    <w:p>
      <w:pPr>
        <w:spacing w:after="20" w:line="300" w:lineRule="auto"/>
        <w:ind w:firstLine="400"/>
      </w:pPr>
      <w:r>
        <w:rPr>
          <w:rFonts w:ascii="宋体" w:hAnsi="宋体" w:eastAsia="宋体"/>
          <w:b w:val="0"/>
          <w:sz w:val="20"/>
        </w:rPr>
        <w:t>（3）在写数过程中，感受数学与生活的密切联系。</w:t>
      </w:r>
    </w:p>
    <w:p>
      <w:pPr>
        <w:spacing w:after="20" w:line="300" w:lineRule="auto"/>
      </w:pPr>
      <w:r>
        <w:rPr>
          <w:rFonts w:ascii="宋体" w:hAnsi="宋体" w:eastAsia="宋体"/>
          <w:b w:val="0"/>
          <w:sz w:val="20"/>
        </w:rPr>
        <w:t>教学重点：含有两级的数的写法。</w:t>
      </w:r>
    </w:p>
    <w:p>
      <w:pPr>
        <w:spacing w:after="20" w:line="300" w:lineRule="auto"/>
      </w:pPr>
      <w:r>
        <w:rPr>
          <w:rFonts w:ascii="宋体" w:hAnsi="宋体" w:eastAsia="宋体"/>
          <w:b w:val="0"/>
          <w:sz w:val="20"/>
        </w:rPr>
        <w:t>教学难点：中间或末尾有“0”的亿以内数的写法。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复习旧知，引入新课</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你能把信息中的数据写出来吗？；你读到了什么信息？“二十三万零一百八十四”这个数含有几级呢？(两级)这个数又该怎么写呢？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经历过程，探究新知</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运用你所学到的数学知识，思考一下，这个数该怎么写？；写数时怎样避免发生这种情况呢？</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巩固练习，实践应用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课堂小结，总结提升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复习旧知，引入新课</w:t>
            </w:r>
          </w:p>
        </w:tc>
        <w:tc>
          <w:tcPr>
            <w:tcW w:type="dxa" w:w="3061"/>
          </w:tcPr>
          <w:p>
            <w:pPr>
              <w:spacing w:after="20" w:line="276" w:lineRule="auto"/>
            </w:pPr>
            <w:r/>
            <w:r>
              <w:rPr>
                <w:rFonts w:ascii="宋体" w:hAnsi="宋体" w:eastAsia="宋体"/>
                <w:b w:val="0"/>
                <w:sz w:val="18"/>
              </w:rPr>
              <w:t>1.复习导入。</w:t>
            </w:r>
          </w:p>
          <w:p>
            <w:pPr>
              <w:spacing w:after="20" w:line="276" w:lineRule="auto"/>
            </w:pPr>
            <w:r>
              <w:rPr>
                <w:rFonts w:ascii="宋体" w:hAnsi="宋体" w:eastAsia="宋体"/>
                <w:b w:val="0"/>
                <w:sz w:val="18"/>
              </w:rPr>
              <w:t>(1)让学生说出亿以内数的数位顺序表，并说一说是怎样分级的，根据学生的回答整理出数位顺序表。</w:t>
            </w:r>
          </w:p>
          <w:p>
            <w:pPr>
              <w:spacing w:after="20" w:line="276" w:lineRule="auto"/>
            </w:pPr>
            <w:r>
              <w:rPr>
                <w:rFonts w:ascii="宋体" w:hAnsi="宋体" w:eastAsia="宋体"/>
                <w:b w:val="0"/>
                <w:sz w:val="18"/>
              </w:rPr>
              <w:t>(2)复习万以内数的写法。</w:t>
            </w:r>
          </w:p>
          <w:p>
            <w:pPr>
              <w:spacing w:after="20" w:line="276" w:lineRule="auto"/>
            </w:pPr>
            <w:r>
              <w:rPr>
                <w:rFonts w:ascii="宋体" w:hAnsi="宋体" w:eastAsia="宋体"/>
                <w:b w:val="0"/>
                <w:sz w:val="18"/>
              </w:rPr>
              <w:t>课件出示信息。</w:t>
            </w:r>
          </w:p>
          <w:p>
            <w:pPr>
              <w:spacing w:after="20" w:line="276" w:lineRule="auto"/>
            </w:pPr>
            <w:r>
              <w:rPr>
                <w:rFonts w:ascii="宋体" w:hAnsi="宋体" w:eastAsia="宋体"/>
                <w:b w:val="0"/>
                <w:sz w:val="18"/>
              </w:rPr>
              <w:t>师：你能把信息中的数据写出来吗？</w:t>
            </w:r>
          </w:p>
          <w:p>
            <w:pPr>
              <w:spacing w:after="20" w:line="276" w:lineRule="auto"/>
            </w:pPr>
            <w:r>
              <w:rPr>
                <w:rFonts w:ascii="宋体" w:hAnsi="宋体" w:eastAsia="宋体"/>
                <w:b w:val="0"/>
                <w:sz w:val="18"/>
              </w:rPr>
              <w:t>引导学生依据数位顺序表写出这些数后，回忆小结万以内数的写法。</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课件出示教科书P6例3。</w:t>
            </w:r>
          </w:p>
          <w:p>
            <w:pPr>
              <w:spacing w:after="20" w:line="276" w:lineRule="auto"/>
            </w:pPr>
            <w:r>
              <w:rPr>
                <w:rFonts w:ascii="宋体" w:hAnsi="宋体" w:eastAsia="宋体"/>
                <w:b w:val="0"/>
                <w:sz w:val="18"/>
              </w:rPr>
              <w:t>师：你读到了什么信息？“二十三万零一百八十四”这个数含有几级呢？(两级)这个数又该怎么写呢？今天我们就来学习亿以内数的写法。(板书课题：亿以内数的写法)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创设情境激活学生已有经验，自然引出本课学习内容，激发学习兴趣，核心问题："你能把信息中的数据写出来吗？"</w:t>
            </w:r>
          </w:p>
        </w:tc>
      </w:tr>
      <w:tr>
        <w:tc>
          <w:tcPr>
            <w:tcW w:type="dxa" w:w="1474"/>
          </w:tcPr>
          <w:p>
            <w:pPr>
              <w:spacing w:after="20" w:line="276" w:lineRule="auto"/>
            </w:pPr>
            <w:r>
              <w:rPr>
                <w:b/>
              </w:rPr>
            </w:r>
            <w:r>
              <w:rPr>
                <w:rFonts w:ascii="宋体" w:hAnsi="宋体" w:eastAsia="宋体"/>
                <w:b/>
                <w:sz w:val="18"/>
              </w:rPr>
              <w:t>经历过程，探究新知</w:t>
            </w:r>
          </w:p>
        </w:tc>
        <w:tc>
          <w:tcPr>
            <w:tcW w:type="dxa" w:w="3061"/>
          </w:tcPr>
          <w:p>
            <w:pPr>
              <w:spacing w:after="20" w:line="276" w:lineRule="auto"/>
            </w:pPr>
            <w:r/>
            <w:r>
              <w:rPr>
                <w:rFonts w:ascii="宋体" w:hAnsi="宋体" w:eastAsia="宋体"/>
                <w:b w:val="0"/>
                <w:sz w:val="18"/>
              </w:rPr>
              <w:t>1.独立尝试写数。</w:t>
            </w:r>
          </w:p>
          <w:p>
            <w:pPr>
              <w:spacing w:after="20" w:line="276" w:lineRule="auto"/>
            </w:pPr>
            <w:r>
              <w:rPr>
                <w:rFonts w:ascii="宋体" w:hAnsi="宋体" w:eastAsia="宋体"/>
                <w:b w:val="0"/>
                <w:sz w:val="18"/>
              </w:rPr>
              <w:t>师：运用你所学到的数学知识，思考一下，这个数该怎么写？试着把这个数写出来。</w:t>
            </w:r>
          </w:p>
          <w:p>
            <w:pPr>
              <w:spacing w:after="20" w:line="276" w:lineRule="auto"/>
            </w:pPr>
            <w:r>
              <w:rPr>
                <w:rFonts w:ascii="宋体" w:hAnsi="宋体" w:eastAsia="宋体"/>
                <w:b w:val="0"/>
                <w:sz w:val="18"/>
              </w:rPr>
              <w:t>师：看看你写的数跟你的同桌是不是一样的，互相说一说是怎么写的。</w:t>
            </w:r>
          </w:p>
          <w:p>
            <w:pPr>
              <w:spacing w:after="20" w:line="276" w:lineRule="auto"/>
            </w:pPr>
            <w:r>
              <w:rPr>
                <w:rFonts w:ascii="宋体" w:hAnsi="宋体" w:eastAsia="宋体"/>
                <w:b w:val="0"/>
                <w:sz w:val="18"/>
              </w:rPr>
              <w:t>指名学生展示所写的数，并说说是怎么写的。</w:t>
            </w:r>
          </w:p>
          <w:p>
            <w:pPr>
              <w:spacing w:after="20" w:line="276" w:lineRule="auto"/>
            </w:pPr>
            <w:r>
              <w:rPr>
                <w:rFonts w:ascii="宋体" w:hAnsi="宋体" w:eastAsia="宋体"/>
                <w:b w:val="0"/>
                <w:sz w:val="18"/>
              </w:rPr>
              <w:t>4．实践运用，突破难点。</w:t>
            </w:r>
          </w:p>
          <w:p>
            <w:pPr>
              <w:spacing w:after="20" w:line="276" w:lineRule="auto"/>
            </w:pPr>
            <w:r>
              <w:rPr>
                <w:rFonts w:ascii="宋体" w:hAnsi="宋体" w:eastAsia="宋体"/>
                <w:b w:val="0"/>
                <w:sz w:val="18"/>
              </w:rPr>
              <w:t>(1)跟进练习。</w:t>
            </w:r>
          </w:p>
          <w:p>
            <w:pPr>
              <w:spacing w:after="20" w:line="276" w:lineRule="auto"/>
            </w:pPr>
            <w:r>
              <w:rPr>
                <w:rFonts w:ascii="宋体" w:hAnsi="宋体" w:eastAsia="宋体"/>
                <w:b w:val="0"/>
                <w:sz w:val="18"/>
              </w:rPr>
              <w:t>师：请用刚才的方法在教科书上写出例3中剩余的3个数。</w:t>
            </w:r>
          </w:p>
          <w:p>
            <w:pPr>
              <w:spacing w:after="20" w:line="276" w:lineRule="auto"/>
            </w:pPr>
            <w:r>
              <w:rPr>
                <w:rFonts w:ascii="宋体" w:hAnsi="宋体" w:eastAsia="宋体"/>
                <w:b w:val="0"/>
                <w:sz w:val="18"/>
              </w:rPr>
              <w:t>(2)发现与纠正错误。</w:t>
            </w:r>
          </w:p>
          <w:p>
            <w:pPr>
              <w:spacing w:after="20" w:line="276" w:lineRule="auto"/>
            </w:pPr>
            <w:r>
              <w:rPr>
                <w:rFonts w:ascii="宋体" w:hAnsi="宋体" w:eastAsia="宋体"/>
                <w:b w:val="0"/>
                <w:sz w:val="18"/>
              </w:rPr>
              <w:t>师：写数时怎样避免发生这种情况呢？</w:t>
            </w:r>
          </w:p>
          <w:p>
            <w:pPr>
              <w:spacing w:after="20" w:line="276" w:lineRule="auto"/>
            </w:pPr>
            <w:r>
              <w:rPr>
                <w:rFonts w:ascii="宋体" w:hAnsi="宋体" w:eastAsia="宋体"/>
                <w:b w:val="0"/>
                <w:sz w:val="18"/>
              </w:rPr>
              <w:t>5．达成共识，提炼方法。</w:t>
            </w:r>
          </w:p>
          <w:p>
            <w:pPr>
              <w:spacing w:after="20" w:line="276" w:lineRule="auto"/>
            </w:pPr>
            <w:r>
              <w:rPr>
                <w:rFonts w:ascii="宋体" w:hAnsi="宋体" w:eastAsia="宋体"/>
                <w:b w:val="0"/>
                <w:sz w:val="18"/>
              </w:rPr>
              <w:t>(1)归纳含有两级的数的写法。</w:t>
            </w:r>
          </w:p>
          <w:p>
            <w:pPr>
              <w:spacing w:after="20" w:line="276" w:lineRule="auto"/>
            </w:pPr>
            <w:r>
              <w:rPr>
                <w:rFonts w:ascii="宋体" w:hAnsi="宋体" w:eastAsia="宋体"/>
                <w:b w:val="0"/>
                <w:sz w:val="18"/>
              </w:rPr>
              <w:t>师小结：先写万级，再写个级；哪个数位上一个也没有，就在那个数位上写0。(板书)</w:t>
            </w:r>
          </w:p>
          <w:p>
            <w:pPr>
              <w:spacing w:after="20" w:line="276" w:lineRule="auto"/>
            </w:pPr>
            <w:r>
              <w:rPr>
                <w:rFonts w:ascii="宋体" w:hAnsi="宋体" w:eastAsia="宋体"/>
                <w:b w:val="0"/>
                <w:sz w:val="18"/>
              </w:rPr>
              <w:t>(2)发现亿以内数与万以内数写法的异同。</w:t>
            </w:r>
          </w:p>
        </w:tc>
        <w:tc>
          <w:tcPr>
            <w:tcW w:type="dxa" w:w="3061"/>
          </w:tcPr>
          <w:p>
            <w:pPr>
              <w:spacing w:after="20" w:line="276" w:lineRule="auto"/>
            </w:pPr>
            <w:r/>
            <w:r>
              <w:rPr>
                <w:rFonts w:ascii="宋体" w:hAnsi="宋体" w:eastAsia="宋体"/>
                <w:b w:val="0"/>
                <w:sz w:val="18"/>
              </w:rPr>
              <w:t>2．讨论交流。</w:t>
            </w:r>
          </w:p>
          <w:p>
            <w:pPr>
              <w:spacing w:after="20" w:line="276" w:lineRule="auto"/>
            </w:pPr>
            <w:r>
              <w:rPr>
                <w:rFonts w:ascii="宋体" w:hAnsi="宋体" w:eastAsia="宋体"/>
                <w:b w:val="0"/>
                <w:sz w:val="18"/>
              </w:rPr>
              <w:t>3．汇报展示。</w:t>
            </w:r>
          </w:p>
          <w:p>
            <w:pPr>
              <w:spacing w:after="20" w:line="276" w:lineRule="auto"/>
            </w:pPr>
            <w:r>
              <w:rPr>
                <w:rFonts w:ascii="宋体" w:hAnsi="宋体" w:eastAsia="宋体"/>
                <w:b w:val="0"/>
                <w:sz w:val="18"/>
              </w:rPr>
              <w:t>学生可能会出现多写或少写0的情况。</w:t>
            </w:r>
          </w:p>
          <w:p>
            <w:pPr>
              <w:spacing w:after="20" w:line="276" w:lineRule="auto"/>
            </w:pPr>
            <w:r>
              <w:rPr>
                <w:rFonts w:ascii="宋体" w:hAnsi="宋体" w:eastAsia="宋体"/>
                <w:b w:val="0"/>
                <w:sz w:val="18"/>
              </w:rPr>
              <w:t>预设1：哪个数位上一个也没有，就在那个数位上写0。</w:t>
            </w:r>
          </w:p>
          <w:p>
            <w:pPr>
              <w:spacing w:after="20" w:line="276" w:lineRule="auto"/>
            </w:pPr>
            <w:r>
              <w:rPr>
                <w:rFonts w:ascii="宋体" w:hAnsi="宋体" w:eastAsia="宋体"/>
                <w:b w:val="0"/>
                <w:sz w:val="18"/>
              </w:rPr>
              <w:t>预设2：我们可以在写完万级之后画上分级线，这样看得更清楚些，避免多写或少写0。</w:t>
            </w:r>
          </w:p>
          <w:p>
            <w:pPr>
              <w:spacing w:after="20" w:line="276" w:lineRule="auto"/>
            </w:pPr>
            <w:r>
              <w:rPr>
                <w:rFonts w:ascii="宋体" w:hAnsi="宋体" w:eastAsia="宋体"/>
                <w:b w:val="0"/>
                <w:sz w:val="18"/>
              </w:rPr>
              <w:t>学生能够根据自己的体会说出都是从高位开始写，哪个数位上一个也没有，就写0占位。区别是亿以内的数有两级，要先写万级的数再写个级的数。</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设计递进式探究活动，引导学生在动手实践与合作交流中经历知识形成过程，突破本课重难点，核心问题："运用你所学到的数学知识，思考一下，这个数该怎么写？"</w:t>
            </w:r>
          </w:p>
        </w:tc>
      </w:tr>
      <w:tr>
        <w:tc>
          <w:tcPr>
            <w:tcW w:type="dxa" w:w="1474"/>
          </w:tcPr>
          <w:p>
            <w:pPr>
              <w:spacing w:after="20" w:line="276" w:lineRule="auto"/>
            </w:pPr>
            <w:r>
              <w:rPr>
                <w:b/>
              </w:rPr>
            </w:r>
            <w:r>
              <w:rPr>
                <w:rFonts w:ascii="宋体" w:hAnsi="宋体" w:eastAsia="宋体"/>
                <w:b/>
                <w:sz w:val="18"/>
              </w:rPr>
              <w:t>巩固练习，实践应用</w:t>
            </w:r>
          </w:p>
        </w:tc>
        <w:tc>
          <w:tcPr>
            <w:tcW w:type="dxa" w:w="3061"/>
          </w:tcPr>
          <w:p>
            <w:pPr>
              <w:spacing w:after="20" w:line="276" w:lineRule="auto"/>
            </w:pPr>
            <w:r/>
            <w:r>
              <w:rPr>
                <w:rFonts w:ascii="宋体" w:hAnsi="宋体" w:eastAsia="宋体"/>
                <w:b w:val="0"/>
                <w:sz w:val="18"/>
              </w:rPr>
              <w:t>1.课件出示教科书P6“做一做”第1题。</w:t>
            </w:r>
          </w:p>
          <w:p>
            <w:pPr>
              <w:spacing w:after="20" w:line="276" w:lineRule="auto"/>
            </w:pPr>
            <w:r>
              <w:rPr>
                <w:rFonts w:ascii="宋体" w:hAnsi="宋体" w:eastAsia="宋体"/>
                <w:b w:val="0"/>
                <w:sz w:val="18"/>
              </w:rPr>
              <w:t>2．课件出示教科书P7“做一做”第2、3题。</w:t>
            </w:r>
          </w:p>
          <w:p>
            <w:pPr>
              <w:spacing w:after="20" w:line="276" w:lineRule="auto"/>
            </w:pPr>
            <w:r>
              <w:rPr>
                <w:rFonts w:ascii="宋体" w:hAnsi="宋体" w:eastAsia="宋体"/>
                <w:b w:val="0"/>
                <w:sz w:val="18"/>
              </w:rPr>
              <w:t>教师引导学生先分级，再按级写数。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课堂小结，总结提升</w:t>
            </w:r>
          </w:p>
        </w:tc>
        <w:tc>
          <w:tcPr>
            <w:tcW w:type="dxa" w:w="3061"/>
          </w:tcPr>
          <w:p>
            <w:pPr>
              <w:spacing w:after="20" w:line="276" w:lineRule="auto"/>
            </w:pPr>
            <w:r/>
            <w:r>
              <w:rPr>
                <w:rFonts w:ascii="宋体" w:hAnsi="宋体" w:eastAsia="宋体"/>
                <w:b w:val="0"/>
                <w:sz w:val="18"/>
              </w:rPr>
              <w:t>师：今天你们有哪些收获呢？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首先让学生复习数位顺序表并回忆万以内数的写法，唤起学生已有的知识和经验。教学中让学生经历由“独立尝试”到“讨论交流”再到“互查互纠”的数学活动过程，既给学生自主探索的空间，又让学生能够在交流的过程中梳理出写数的方法，有效突破难点，使学生对此知识点理解更深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亿以内数的写法</w:t>
      </w:r>
    </w:p>
    <w:p>
      <w:pPr>
        <w:spacing w:after="40" w:line="300" w:lineRule="auto"/>
      </w:pPr>
      <w:r>
        <w:rPr>
          <w:rFonts w:ascii="宋体" w:hAnsi="宋体" w:eastAsia="宋体"/>
          <w:b w:val="0"/>
          <w:sz w:val="20"/>
        </w:rPr>
        <w:t>含有两级的数的写法：</w:t>
      </w:r>
    </w:p>
    <w:p>
      <w:pPr>
        <w:spacing w:after="40" w:line="300" w:lineRule="auto"/>
      </w:pPr>
      <w:r>
        <w:rPr>
          <w:rFonts w:ascii="宋体" w:hAnsi="宋体" w:eastAsia="宋体"/>
          <w:b w:val="0"/>
          <w:sz w:val="20"/>
        </w:rPr>
        <w:t>1．先写万级，再写个级。</w:t>
      </w:r>
    </w:p>
    <w:p>
      <w:pPr>
        <w:spacing w:after="40" w:line="300" w:lineRule="auto"/>
      </w:pPr>
      <w:r>
        <w:rPr>
          <w:rFonts w:ascii="宋体" w:hAnsi="宋体" w:eastAsia="宋体"/>
          <w:b w:val="0"/>
          <w:sz w:val="20"/>
        </w:rPr>
        <w:t>2．哪个数位上一个也没有，就在那个数位上写0。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教科书P6例3。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写万以内数的经验，又有读亿以内数的基础，让他们借助已有的知识经验去探究、发现解决问题的方法。在设计本课新内容时，鼓励学生根据自己的经验写数，让学生针对自己的写法在小组内进行交流。在交流、反馈、展示的过程中，说一说“是怎样写的”“为什么这样写”。再通过观察、对比，在每个学生都有写大数的经历和体验的基础上，让他们对亿以内数的写法进行概括与总结，课堂效果不错。</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亿以上数的认识及读法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亿以上数的认识及读法</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教学内容：教科书P10～11例4。</w:t>
      </w:r>
    </w:p>
    <w:p>
      <w:pPr>
        <w:spacing w:after="80" w:line="300" w:lineRule="auto"/>
        <w:ind w:firstLine="400"/>
      </w:pPr>
      <w:r>
        <w:rPr>
          <w:rFonts w:ascii="宋体" w:hAnsi="宋体" w:eastAsia="宋体"/>
          <w:b w:val="0"/>
          <w:sz w:val="20"/>
        </w:rPr>
        <w:t>教学准备：课件、计数器。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（1）了解十进制计数法，初步感知亿以上的数和对应的计数单位，掌握整数的数位顺序表。</w:t>
      </w:r>
    </w:p>
    <w:p>
      <w:pPr>
        <w:spacing w:after="20" w:line="300" w:lineRule="auto"/>
        <w:ind w:firstLine="400"/>
      </w:pPr>
      <w:r>
        <w:rPr>
          <w:rFonts w:ascii="宋体" w:hAnsi="宋体" w:eastAsia="宋体"/>
          <w:b w:val="0"/>
          <w:sz w:val="20"/>
        </w:rPr>
        <w:t>（2）掌握亿以上数的读法，能够正确地读亿以上的数。</w:t>
      </w:r>
    </w:p>
    <w:p>
      <w:pPr>
        <w:spacing w:after="20" w:line="300" w:lineRule="auto"/>
        <w:ind w:firstLine="400"/>
      </w:pPr>
      <w:r>
        <w:rPr>
          <w:rFonts w:ascii="宋体" w:hAnsi="宋体" w:eastAsia="宋体"/>
          <w:b w:val="0"/>
          <w:sz w:val="20"/>
        </w:rPr>
        <w:t>（3）在探究亿以上数的读法的过程中，培养学生的类比迁移能力。</w:t>
      </w:r>
    </w:p>
    <w:p>
      <w:pPr>
        <w:spacing w:after="20" w:line="300" w:lineRule="auto"/>
      </w:pPr>
      <w:r>
        <w:rPr>
          <w:rFonts w:ascii="宋体" w:hAnsi="宋体" w:eastAsia="宋体"/>
          <w:b w:val="0"/>
          <w:sz w:val="20"/>
        </w:rPr>
        <w:t>教学重点：1．掌握千亿以内的数位顺序表和十进制计数法。</w:t>
      </w:r>
    </w:p>
    <w:p>
      <w:pPr>
        <w:spacing w:after="20" w:line="300" w:lineRule="auto"/>
      </w:pPr>
      <w:r>
        <w:rPr>
          <w:rFonts w:ascii="宋体" w:hAnsi="宋体" w:eastAsia="宋体"/>
          <w:b w:val="0"/>
          <w:sz w:val="20"/>
        </w:rPr>
        <w:t>2．掌握亿以上数的读法。</w:t>
      </w:r>
    </w:p>
    <w:p>
      <w:pPr>
        <w:spacing w:after="20" w:line="300" w:lineRule="auto"/>
      </w:pPr>
      <w:r>
        <w:rPr>
          <w:rFonts w:ascii="宋体" w:hAnsi="宋体" w:eastAsia="宋体"/>
          <w:b w:val="0"/>
          <w:sz w:val="20"/>
        </w:rPr>
        <w:t>教学难点：1．根据万级数的数位顺序表迁移类推出亿级数的数位顺序表。</w:t>
      </w:r>
    </w:p>
    <w:p>
      <w:pPr>
        <w:spacing w:after="20" w:line="300" w:lineRule="auto"/>
      </w:pPr>
      <w:r>
        <w:rPr>
          <w:rFonts w:ascii="宋体" w:hAnsi="宋体" w:eastAsia="宋体"/>
          <w:b w:val="0"/>
          <w:sz w:val="20"/>
        </w:rPr>
        <w:t>2．掌握每级中间或末尾有0的数的读法。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复习铺垫，揭示课题</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在数位顺序表中，从个位起，第五位是什么位？第九位是什么位？十亿位在第几位？千亿位呢？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课件、教科书、计数器</w:t>
            </w:r>
          </w:p>
        </w:tc>
        <w:tc>
          <w:tcPr>
            <w:tcW w:type="dxa" w:w="3402"/>
          </w:tcPr>
          <w:p>
            <w:pPr>
              <w:spacing w:after="20" w:line="276" w:lineRule="auto"/>
            </w:pPr>
            <w:r/>
            <w:r>
              <w:rPr>
                <w:rFonts w:ascii="宋体" w:hAnsi="宋体" w:eastAsia="宋体"/>
                <w:b w:val="0"/>
                <w:sz w:val="18"/>
              </w:rPr>
              <w:t>观察一下每相邻的两个计数单位，你能发现什么？；对于中间或末尾有0的数，读数时该注意些什么？</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巩固练习，加深理解</w:t>
            </w:r>
          </w:p>
        </w:tc>
        <w:tc>
          <w:tcPr>
            <w:tcW w:type="dxa" w:w="1814"/>
          </w:tcPr>
          <w:p>
            <w:pPr>
              <w:spacing w:after="20" w:line="276" w:lineRule="auto"/>
            </w:pPr>
            <w:r/>
            <w:r>
              <w:rPr>
                <w:rFonts w:ascii="宋体" w:hAnsi="宋体" w:eastAsia="宋体"/>
                <w:b w:val="0"/>
                <w:sz w:val="18"/>
              </w:rPr>
              <w:t>教科书P11～12、课件、计数器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复习铺垫，揭示课题</w:t>
            </w:r>
          </w:p>
        </w:tc>
        <w:tc>
          <w:tcPr>
            <w:tcW w:type="dxa" w:w="3061"/>
          </w:tcPr>
          <w:p>
            <w:pPr>
              <w:spacing w:after="20" w:line="276" w:lineRule="auto"/>
            </w:pPr>
            <w:r/>
            <w:r>
              <w:rPr>
                <w:rFonts w:ascii="宋体" w:hAnsi="宋体" w:eastAsia="宋体"/>
                <w:b w:val="0"/>
                <w:sz w:val="18"/>
              </w:rPr>
              <w:t>1.回顾数位顺序表。</w:t>
            </w:r>
          </w:p>
          <w:p>
            <w:pPr>
              <w:spacing w:after="20" w:line="276" w:lineRule="auto"/>
            </w:pPr>
            <w:r>
              <w:rPr>
                <w:rFonts w:ascii="宋体" w:hAnsi="宋体" w:eastAsia="宋体"/>
                <w:b w:val="0"/>
                <w:sz w:val="18"/>
              </w:rPr>
              <w:t>师：在数位顺序表中，从个位起，第五位是什么位？第九位是什么位？十亿位在第几位？千亿位呢？</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师：今天我们将学习亿以上数的认识及读法。(板书课题：亿以上数的认识及读法)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围绕环节目标组织学习活动，引导学生主动参与、积极思考，核心问题："在数位顺序表中，从个位起，第五位是什么位？第九位是什么位？十亿位在第几位？千亿位呢？"</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1.认识新的计数单位、数位、数级，整理数位顺序表。</w:t>
            </w:r>
          </w:p>
          <w:p>
            <w:pPr>
              <w:spacing w:after="20" w:line="276" w:lineRule="auto"/>
            </w:pPr>
            <w:r>
              <w:rPr>
                <w:rFonts w:ascii="宋体" w:hAnsi="宋体" w:eastAsia="宋体"/>
                <w:b w:val="0"/>
                <w:sz w:val="18"/>
              </w:rPr>
              <w:t>(1)感知亿以上的数。</w:t>
            </w:r>
          </w:p>
          <w:p>
            <w:pPr>
              <w:spacing w:after="20" w:line="276" w:lineRule="auto"/>
            </w:pPr>
            <w:r>
              <w:rPr>
                <w:rFonts w:ascii="宋体" w:hAnsi="宋体" w:eastAsia="宋体"/>
                <w:b w:val="0"/>
                <w:sz w:val="18"/>
              </w:rPr>
              <w:t>课件出示教科书P10文字内容中的数。</w:t>
            </w:r>
          </w:p>
          <w:p>
            <w:pPr>
              <w:spacing w:after="20" w:line="276" w:lineRule="auto"/>
            </w:pPr>
            <w:r>
              <w:rPr>
                <w:rFonts w:ascii="宋体" w:hAnsi="宋体" w:eastAsia="宋体"/>
                <w:b w:val="0"/>
                <w:sz w:val="18"/>
              </w:rPr>
              <w:t>(2)用计数器数数，认识十亿、百亿、千亿。</w:t>
            </w:r>
          </w:p>
          <w:p>
            <w:pPr>
              <w:spacing w:after="20" w:line="276" w:lineRule="auto"/>
            </w:pPr>
            <w:r>
              <w:rPr>
                <w:rFonts w:ascii="宋体" w:hAnsi="宋体" w:eastAsia="宋体"/>
                <w:b w:val="0"/>
                <w:sz w:val="18"/>
              </w:rPr>
              <w:t>师：我们一起来用计数器数一数。</w:t>
            </w:r>
          </w:p>
          <w:p>
            <w:pPr>
              <w:spacing w:after="20" w:line="276" w:lineRule="auto"/>
            </w:pPr>
            <w:r>
              <w:rPr>
                <w:rFonts w:ascii="宋体" w:hAnsi="宋体" w:eastAsia="宋体"/>
                <w:b w:val="0"/>
                <w:sz w:val="18"/>
              </w:rPr>
              <w:t>教师在计数器上先拨珠，让学生数一数：10个一亿是十亿，10个十亿是一百亿，10个一百亿是一千亿。(适时板书)</w:t>
            </w:r>
          </w:p>
          <w:p>
            <w:pPr>
              <w:spacing w:after="20" w:line="276" w:lineRule="auto"/>
            </w:pPr>
            <w:r>
              <w:rPr>
                <w:rFonts w:ascii="宋体" w:hAnsi="宋体" w:eastAsia="宋体"/>
                <w:b w:val="0"/>
                <w:sz w:val="18"/>
              </w:rPr>
              <w:t>师小结：十亿、百亿、千亿和以前学过的个(一)、十、百、千……一样都是计数单位。</w:t>
            </w:r>
          </w:p>
          <w:p>
            <w:pPr>
              <w:spacing w:after="20" w:line="276" w:lineRule="auto"/>
            </w:pPr>
            <w:r>
              <w:rPr>
                <w:rFonts w:ascii="宋体" w:hAnsi="宋体" w:eastAsia="宋体"/>
                <w:b w:val="0"/>
                <w:sz w:val="18"/>
              </w:rPr>
              <w:t>(3)在数位顺序表上填出亿级的数位和计数单位。</w:t>
            </w:r>
          </w:p>
          <w:p>
            <w:pPr>
              <w:spacing w:after="20" w:line="276" w:lineRule="auto"/>
            </w:pPr>
            <w:r>
              <w:rPr>
                <w:rFonts w:ascii="宋体" w:hAnsi="宋体" w:eastAsia="宋体"/>
                <w:b w:val="0"/>
                <w:sz w:val="18"/>
              </w:rPr>
              <w:t>课件出示教科书P10数位顺序表。</w:t>
            </w:r>
          </w:p>
          <w:p>
            <w:pPr>
              <w:spacing w:after="20" w:line="276" w:lineRule="auto"/>
            </w:pPr>
            <w:r>
              <w:rPr>
                <w:rFonts w:ascii="宋体" w:hAnsi="宋体" w:eastAsia="宋体"/>
                <w:b w:val="0"/>
                <w:sz w:val="18"/>
              </w:rPr>
              <w:t>让学生独立填一填，再指名汇报，共同订正。</w:t>
            </w:r>
          </w:p>
          <w:p>
            <w:pPr>
              <w:spacing w:after="20" w:line="276" w:lineRule="auto"/>
            </w:pPr>
            <w:r>
              <w:rPr>
                <w:rFonts w:ascii="宋体" w:hAnsi="宋体" w:eastAsia="宋体"/>
                <w:b w:val="0"/>
                <w:sz w:val="18"/>
              </w:rPr>
              <w:t>(4)“十进制计数法”。</w:t>
            </w:r>
          </w:p>
          <w:p>
            <w:pPr>
              <w:spacing w:after="20" w:line="276" w:lineRule="auto"/>
            </w:pPr>
            <w:r>
              <w:rPr>
                <w:rFonts w:ascii="宋体" w:hAnsi="宋体" w:eastAsia="宋体"/>
                <w:b w:val="0"/>
                <w:sz w:val="18"/>
              </w:rPr>
              <w:t>师：观察一下每相邻的两个计数单位，你能发现什么？</w:t>
            </w:r>
          </w:p>
          <w:p>
            <w:pPr>
              <w:spacing w:after="20" w:line="276" w:lineRule="auto"/>
            </w:pPr>
            <w:r>
              <w:rPr>
                <w:rFonts w:ascii="宋体" w:hAnsi="宋体" w:eastAsia="宋体"/>
                <w:b w:val="0"/>
                <w:sz w:val="18"/>
              </w:rPr>
              <w:t>师生共同归纳总结：像这样，每相邻两个计数单位之间的进率都是十的计数方法叫作十进制计数法。(板书)</w:t>
            </w:r>
          </w:p>
          <w:p>
            <w:pPr>
              <w:spacing w:after="20" w:line="276" w:lineRule="auto"/>
            </w:pPr>
            <w:r>
              <w:rPr>
                <w:rFonts w:ascii="宋体" w:hAnsi="宋体" w:eastAsia="宋体"/>
                <w:b w:val="0"/>
                <w:sz w:val="18"/>
              </w:rPr>
              <w:t>2．亿以上数的读法。</w:t>
            </w:r>
          </w:p>
          <w:p>
            <w:pPr>
              <w:spacing w:after="20" w:line="276" w:lineRule="auto"/>
            </w:pPr>
            <w:r>
              <w:rPr>
                <w:rFonts w:ascii="宋体" w:hAnsi="宋体" w:eastAsia="宋体"/>
                <w:b w:val="0"/>
                <w:sz w:val="18"/>
              </w:rPr>
              <w:t>(1)课件出示教科书P11例4。</w:t>
            </w:r>
          </w:p>
          <w:p>
            <w:pPr>
              <w:spacing w:after="20" w:line="276" w:lineRule="auto"/>
            </w:pPr>
            <w:r>
              <w:rPr>
                <w:rFonts w:ascii="宋体" w:hAnsi="宋体" w:eastAsia="宋体"/>
                <w:b w:val="0"/>
                <w:sz w:val="18"/>
              </w:rPr>
              <w:t>(2)全班交流，汇报读法。</w:t>
            </w:r>
          </w:p>
          <w:p>
            <w:pPr>
              <w:spacing w:after="20" w:line="276" w:lineRule="auto"/>
            </w:pPr>
            <w:r>
              <w:rPr>
                <w:rFonts w:ascii="宋体" w:hAnsi="宋体" w:eastAsia="宋体"/>
                <w:b w:val="0"/>
                <w:sz w:val="18"/>
              </w:rPr>
              <w:t>师：对于中间或末尾有0的数，读数时该注意些什么？</w:t>
            </w:r>
          </w:p>
          <w:p>
            <w:pPr>
              <w:spacing w:after="20" w:line="276" w:lineRule="auto"/>
            </w:pPr>
            <w:r>
              <w:rPr>
                <w:rFonts w:ascii="宋体" w:hAnsi="宋体" w:eastAsia="宋体"/>
                <w:b w:val="0"/>
                <w:sz w:val="18"/>
              </w:rPr>
              <w:t>(3)总结亿以上数的读数方法。</w:t>
            </w:r>
          </w:p>
          <w:p>
            <w:pPr>
              <w:spacing w:after="20" w:line="276" w:lineRule="auto"/>
            </w:pPr>
            <w:r>
              <w:rPr>
                <w:rFonts w:ascii="宋体" w:hAnsi="宋体" w:eastAsia="宋体"/>
                <w:b w:val="0"/>
                <w:sz w:val="18"/>
              </w:rPr>
              <w:t>师生共同总结：亿以上数的读法：先分级，再从最高级读起；读完亿级或万级的数，要在亿级或万级的末尾加上一个“亿”字或“万”字；每级末尾的0，都不读，每级中间有一个0或连续几个0，都只读一个零。(板书)</w:t>
            </w:r>
          </w:p>
        </w:tc>
        <w:tc>
          <w:tcPr>
            <w:tcW w:type="dxa" w:w="3061"/>
          </w:tcPr>
          <w:p>
            <w:pPr>
              <w:spacing w:after="20" w:line="276" w:lineRule="auto"/>
            </w:pPr>
            <w:r/>
            <w:r>
              <w:rPr>
                <w:rFonts w:ascii="宋体" w:hAnsi="宋体" w:eastAsia="宋体"/>
                <w:b w:val="0"/>
                <w:sz w:val="18"/>
              </w:rPr>
              <w:t>万级和亿级上的数都按照个级的读法读，万级末尾加一个“万”字，亿级末尾加一个“亿”字。</w:t>
            </w:r>
          </w:p>
          <w:p>
            <w:pPr>
              <w:spacing w:after="20" w:line="276" w:lineRule="auto"/>
            </w:pPr>
            <w:r>
              <w:rPr>
                <w:rFonts w:ascii="宋体" w:hAnsi="宋体" w:eastAsia="宋体"/>
                <w:b w:val="0"/>
                <w:sz w:val="18"/>
              </w:rPr>
              <w:t>预设1：跟之前读亿以内数的方法一样。</w:t>
            </w:r>
          </w:p>
          <w:p>
            <w:pPr>
              <w:spacing w:after="20" w:line="276" w:lineRule="auto"/>
            </w:pPr>
            <w:r>
              <w:rPr>
                <w:rFonts w:ascii="宋体" w:hAnsi="宋体" w:eastAsia="宋体"/>
                <w:b w:val="0"/>
                <w:sz w:val="18"/>
              </w:rPr>
              <w:t>预设2：每级末尾的0，都不读。</w:t>
            </w:r>
          </w:p>
          <w:p>
            <w:pPr>
              <w:spacing w:after="20" w:line="276" w:lineRule="auto"/>
            </w:pPr>
            <w:r>
              <w:rPr>
                <w:rFonts w:ascii="宋体" w:hAnsi="宋体" w:eastAsia="宋体"/>
                <w:b w:val="0"/>
                <w:sz w:val="18"/>
              </w:rPr>
              <w:t>预设3：每级中间有一个0或连续几个0，都只读一个零。</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设计递进式探究活动，引导学生在动手实践与合作交流中经历知识形成过程，突破本课重难点，核心问题："观察一下每相邻的两个计数单位，你能发现什么？"</w:t>
            </w:r>
          </w:p>
        </w:tc>
      </w:tr>
      <w:tr>
        <w:tc>
          <w:tcPr>
            <w:tcW w:type="dxa" w:w="1474"/>
          </w:tcPr>
          <w:p>
            <w:pPr>
              <w:spacing w:after="20" w:line="276" w:lineRule="auto"/>
            </w:pPr>
            <w:r>
              <w:rPr>
                <w:b/>
              </w:rPr>
            </w:r>
            <w:r>
              <w:rPr>
                <w:rFonts w:ascii="宋体" w:hAnsi="宋体" w:eastAsia="宋体"/>
                <w:b/>
                <w:sz w:val="18"/>
              </w:rPr>
              <w:t>巩固练习，加深理解</w:t>
            </w:r>
          </w:p>
        </w:tc>
        <w:tc>
          <w:tcPr>
            <w:tcW w:type="dxa" w:w="3061"/>
          </w:tcPr>
          <w:p>
            <w:pPr>
              <w:spacing w:after="20" w:line="276" w:lineRule="auto"/>
            </w:pPr>
            <w:r/>
            <w:r>
              <w:rPr>
                <w:rFonts w:ascii="宋体" w:hAnsi="宋体" w:eastAsia="宋体"/>
                <w:b w:val="0"/>
                <w:sz w:val="18"/>
              </w:rPr>
              <w:t>完成教科书P11～12“做一做”第1、2题。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在认识计数单位、数位的基础上，独立构建和完善数位顺序表，实现数位顺序表由万级扩展到亿级并最后概括出“十进制计数法”。学生有之前读亿以内数的基础，亿以上数的读法大胆放手让学生通过试读，自己概括读数的方法，做到了知识和经验的有效迁移。重点处理了含0的数的读法，突破了本节课的难点。</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亿以上数的认识及读法</w:t>
      </w:r>
    </w:p>
    <w:p>
      <w:pPr>
        <w:spacing w:after="40" w:line="300" w:lineRule="auto"/>
      </w:pPr>
      <w:r>
        <w:rPr>
          <w:rFonts w:ascii="宋体" w:hAnsi="宋体" w:eastAsia="宋体"/>
          <w:b w:val="0"/>
          <w:sz w:val="20"/>
        </w:rPr>
        <w:t>10个一亿是十亿，10个十亿是一百亿，10个一百亿是一千亿。</w:t>
      </w:r>
    </w:p>
    <w:p>
      <w:pPr>
        <w:spacing w:after="40" w:line="300" w:lineRule="auto"/>
      </w:pPr>
      <w:r>
        <w:rPr>
          <w:rFonts w:ascii="宋体" w:hAnsi="宋体" w:eastAsia="宋体"/>
          <w:b w:val="0"/>
          <w:sz w:val="20"/>
        </w:rPr>
        <w:t>每相邻两个计数单位之间的进率都是十的计数方法叫作十进制计数法。</w:t>
      </w:r>
    </w:p>
    <w:p>
      <w:pPr>
        <w:spacing w:after="40" w:line="300" w:lineRule="auto"/>
      </w:pPr>
      <w:r>
        <w:rPr>
          <w:rFonts w:ascii="宋体" w:hAnsi="宋体" w:eastAsia="宋体"/>
          <w:b w:val="0"/>
          <w:sz w:val="20"/>
        </w:rPr>
        <w:t>亿以上数的读法：先分级，再从最高级读起；读完亿级或万级的数，要在亿级或万级的末尾加上一个“亿”字或“万”字；每级末尾的0，都不读，每级中间有一个0或连续几个0，都只读一个零。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教科书P10～11例4。</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中对于读数的方法，并不是把它当成现成的结论、法则直接告诉学生，而是学生借助已有的知识经验进行迁移，并充分经历“尝试——交流——总结”的过程，让学生通过独立思考和同伴互助，达到对这些知识的深入理解，进而培养学生自主探究的能力和主动迁移知识的思维习惯。</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亿以上数的写法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亿以上数的写法</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教学内容：教科书P12例5。</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（1）掌握亿以上数的写法，能够正确地写亿以上的数。</w:t>
      </w:r>
    </w:p>
    <w:p>
      <w:pPr>
        <w:spacing w:after="20" w:line="300" w:lineRule="auto"/>
        <w:ind w:firstLine="400"/>
      </w:pPr>
      <w:r>
        <w:rPr>
          <w:rFonts w:ascii="宋体" w:hAnsi="宋体" w:eastAsia="宋体"/>
          <w:b w:val="0"/>
          <w:sz w:val="20"/>
        </w:rPr>
        <w:t>（2）在探究亿以上数的写法的过程中，培养学生的类比迁移能力。</w:t>
      </w:r>
    </w:p>
    <w:p>
      <w:pPr>
        <w:spacing w:after="20" w:line="300" w:lineRule="auto"/>
        <w:ind w:firstLine="400"/>
      </w:pPr>
      <w:r>
        <w:rPr>
          <w:rFonts w:ascii="宋体" w:hAnsi="宋体" w:eastAsia="宋体"/>
          <w:b w:val="0"/>
          <w:sz w:val="20"/>
        </w:rPr>
        <w:t>（3）在现实情境中，感受大数在日常生活中的广泛应用，进一步体验数学的应用价值，培养学生对数学的兴趣和良好情感。</w:t>
      </w:r>
    </w:p>
    <w:p>
      <w:pPr>
        <w:spacing w:after="20" w:line="300" w:lineRule="auto"/>
      </w:pPr>
      <w:r>
        <w:rPr>
          <w:rFonts w:ascii="宋体" w:hAnsi="宋体" w:eastAsia="宋体"/>
          <w:b w:val="0"/>
          <w:sz w:val="20"/>
        </w:rPr>
        <w:t>教学重点：掌握亿以上数的写法。</w:t>
      </w:r>
    </w:p>
    <w:p>
      <w:pPr>
        <w:spacing w:after="20" w:line="300" w:lineRule="auto"/>
      </w:pPr>
      <w:r>
        <w:rPr>
          <w:rFonts w:ascii="宋体" w:hAnsi="宋体" w:eastAsia="宋体"/>
          <w:b w:val="0"/>
          <w:sz w:val="20"/>
        </w:rPr>
        <w:t>教学难点：掌握每级中间或末尾有0的数的写法。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复习铺垫，揭示课题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怎样写亿以内的数呢？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二、自主合作，探究新知</w:t>
            </w:r>
          </w:p>
        </w:tc>
        <w:tc>
          <w:tcPr>
            <w:tcW w:type="dxa" w:w="1814"/>
          </w:tcPr>
          <w:p>
            <w:pPr>
              <w:spacing w:after="20" w:line="276" w:lineRule="auto"/>
            </w:pPr>
            <w:r/>
            <w:r>
              <w:rPr>
                <w:rFonts w:ascii="宋体" w:hAnsi="宋体" w:eastAsia="宋体"/>
                <w:b w:val="0"/>
                <w:sz w:val="18"/>
              </w:rPr>
              <w:t>课件、教科书、草稿本</w:t>
            </w:r>
          </w:p>
        </w:tc>
        <w:tc>
          <w:tcPr>
            <w:tcW w:type="dxa" w:w="3402"/>
          </w:tcPr>
          <w:p>
            <w:pPr>
              <w:spacing w:after="20" w:line="276" w:lineRule="auto"/>
            </w:pPr>
            <w:r/>
            <w:r>
              <w:rPr>
                <w:rFonts w:ascii="宋体" w:hAnsi="宋体" w:eastAsia="宋体"/>
                <w:b w:val="0"/>
                <w:sz w:val="18"/>
              </w:rPr>
              <w:t>你会写这些数吗？；这些数包含几级？写数时，先写哪一级？再写哪一级？三十亿九千万一千五百从百万位到万位为什么都写0?</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三、巩固练习，加深理解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复习铺垫，揭示课题</w:t>
            </w:r>
          </w:p>
        </w:tc>
        <w:tc>
          <w:tcPr>
            <w:tcW w:type="dxa" w:w="3061"/>
          </w:tcPr>
          <w:p>
            <w:pPr>
              <w:spacing w:after="20" w:line="276" w:lineRule="auto"/>
            </w:pPr>
            <w:r/>
            <w:r>
              <w:rPr>
                <w:rFonts w:ascii="宋体" w:hAnsi="宋体" w:eastAsia="宋体"/>
                <w:b w:val="0"/>
                <w:sz w:val="18"/>
              </w:rPr>
              <w:t>1.回忆亿以内数的写法。</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师：怎样写亿以内的数呢？</w:t>
            </w:r>
          </w:p>
          <w:p>
            <w:pPr>
              <w:spacing w:after="20" w:line="276" w:lineRule="auto"/>
            </w:pPr>
            <w:r>
              <w:rPr>
                <w:rFonts w:ascii="宋体" w:hAnsi="宋体" w:eastAsia="宋体"/>
                <w:b w:val="0"/>
                <w:sz w:val="18"/>
              </w:rPr>
              <w:t>组织学生在小组中相互说一说，再指名汇报。</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师：我们已经学过了亿以内的数，在日常生活和生产中，经常会用到比亿大的数，今天老师这里有一个数，请你们写一写。(板书课题：亿以上数的写法)</w:t>
            </w:r>
          </w:p>
        </w:tc>
        <w:tc>
          <w:tcPr>
            <w:tcW w:type="dxa" w:w="3061"/>
          </w:tcPr>
          <w:p>
            <w:pPr>
              <w:spacing w:after="20" w:line="276" w:lineRule="auto"/>
            </w:pPr>
            <w:r/>
            <w:r>
              <w:rPr>
                <w:rFonts w:ascii="宋体" w:hAnsi="宋体" w:eastAsia="宋体"/>
                <w:b w:val="0"/>
                <w:sz w:val="18"/>
              </w:rPr>
              <w:t>学生自主完成练习。</w:t>
            </w:r>
          </w:p>
        </w:tc>
        <w:tc>
          <w:tcPr>
            <w:tcW w:type="dxa" w:w="1814"/>
          </w:tcPr>
          <w:p>
            <w:pPr>
              <w:spacing w:after="20" w:line="276" w:lineRule="auto"/>
            </w:pPr>
            <w:r/>
            <w:r>
              <w:rPr>
                <w:rFonts w:ascii="宋体" w:hAnsi="宋体" w:eastAsia="宋体"/>
                <w:b w:val="0"/>
                <w:sz w:val="18"/>
              </w:rPr>
              <w:t>围绕环节目标组织学习活动，引导学生主动参与、积极思考，核心问题："怎样写亿以内的数呢？"</w:t>
            </w:r>
          </w:p>
        </w:tc>
      </w:tr>
      <w:tr>
        <w:tc>
          <w:tcPr>
            <w:tcW w:type="dxa" w:w="1474"/>
          </w:tcPr>
          <w:p>
            <w:pPr>
              <w:spacing w:after="20" w:line="276" w:lineRule="auto"/>
            </w:pPr>
            <w:r>
              <w:rPr>
                <w:b/>
              </w:rPr>
            </w:r>
            <w:r>
              <w:rPr>
                <w:rFonts w:ascii="宋体" w:hAnsi="宋体" w:eastAsia="宋体"/>
                <w:b/>
                <w:sz w:val="18"/>
              </w:rPr>
              <w:t>二、自主合作，探究新知</w:t>
            </w:r>
          </w:p>
        </w:tc>
        <w:tc>
          <w:tcPr>
            <w:tcW w:type="dxa" w:w="3061"/>
          </w:tcPr>
          <w:p>
            <w:pPr>
              <w:spacing w:after="20" w:line="276" w:lineRule="auto"/>
            </w:pPr>
            <w:r/>
            <w:r>
              <w:rPr>
                <w:rFonts w:ascii="宋体" w:hAnsi="宋体" w:eastAsia="宋体"/>
                <w:b w:val="0"/>
                <w:sz w:val="18"/>
              </w:rPr>
              <w:t>1.课件出示教科书P12例5。</w:t>
            </w:r>
          </w:p>
          <w:p>
            <w:pPr>
              <w:spacing w:after="20" w:line="276" w:lineRule="auto"/>
            </w:pPr>
            <w:r>
              <w:rPr>
                <w:rFonts w:ascii="宋体" w:hAnsi="宋体" w:eastAsia="宋体"/>
                <w:b w:val="0"/>
                <w:sz w:val="18"/>
              </w:rPr>
              <w:t>2．尝试写数。</w:t>
            </w:r>
          </w:p>
          <w:p>
            <w:pPr>
              <w:spacing w:after="20" w:line="276" w:lineRule="auto"/>
            </w:pPr>
            <w:r>
              <w:rPr>
                <w:rFonts w:ascii="宋体" w:hAnsi="宋体" w:eastAsia="宋体"/>
                <w:b w:val="0"/>
                <w:sz w:val="18"/>
              </w:rPr>
              <w:t>师：你会写这些数吗？试着写一写。</w:t>
            </w:r>
          </w:p>
          <w:p>
            <w:pPr>
              <w:spacing w:after="20" w:line="276" w:lineRule="auto"/>
            </w:pPr>
            <w:r>
              <w:rPr>
                <w:rFonts w:ascii="宋体" w:hAnsi="宋体" w:eastAsia="宋体"/>
                <w:b w:val="0"/>
                <w:sz w:val="18"/>
              </w:rPr>
              <w:t>4．互查互纠。</w:t>
            </w:r>
          </w:p>
          <w:p>
            <w:pPr>
              <w:spacing w:after="20" w:line="276" w:lineRule="auto"/>
            </w:pPr>
            <w:r>
              <w:rPr>
                <w:rFonts w:ascii="宋体" w:hAnsi="宋体" w:eastAsia="宋体"/>
                <w:b w:val="0"/>
                <w:sz w:val="18"/>
              </w:rPr>
              <w:t>师：这些数包含几级？写数时，先写哪一级？再写哪一级？三十亿九千万一千五百从百万位到万位为什么都写0?</w:t>
            </w:r>
          </w:p>
          <w:p>
            <w:pPr>
              <w:spacing w:after="20" w:line="276" w:lineRule="auto"/>
            </w:pPr>
            <w:r>
              <w:rPr>
                <w:rFonts w:ascii="宋体" w:hAnsi="宋体" w:eastAsia="宋体"/>
                <w:b w:val="0"/>
                <w:sz w:val="18"/>
              </w:rPr>
              <w:t>5．总结亿以上数的写法。</w:t>
            </w:r>
          </w:p>
          <w:p>
            <w:pPr>
              <w:spacing w:after="20" w:line="276" w:lineRule="auto"/>
            </w:pPr>
            <w:r>
              <w:rPr>
                <w:rFonts w:ascii="宋体" w:hAnsi="宋体" w:eastAsia="宋体"/>
                <w:b w:val="0"/>
                <w:sz w:val="18"/>
              </w:rPr>
              <w:t>师生共同总结：亿以上数的写法：先看这个数有几级，再从最高级写起；哪个数位上一个也没有，就在那个数位上写0。(板书)</w:t>
            </w:r>
          </w:p>
        </w:tc>
        <w:tc>
          <w:tcPr>
            <w:tcW w:type="dxa" w:w="3061"/>
          </w:tcPr>
          <w:p>
            <w:pPr>
              <w:spacing w:after="20" w:line="276" w:lineRule="auto"/>
            </w:pPr>
            <w:r/>
            <w:r>
              <w:rPr>
                <w:rFonts w:ascii="宋体" w:hAnsi="宋体" w:eastAsia="宋体"/>
                <w:b w:val="0"/>
                <w:sz w:val="18"/>
              </w:rPr>
              <w:t>学生在自己的草稿本上尝试写数。</w:t>
            </w:r>
          </w:p>
          <w:p>
            <w:pPr>
              <w:spacing w:after="20" w:line="276" w:lineRule="auto"/>
            </w:pPr>
            <w:r>
              <w:rPr>
                <w:rFonts w:ascii="宋体" w:hAnsi="宋体" w:eastAsia="宋体"/>
                <w:b w:val="0"/>
                <w:sz w:val="18"/>
              </w:rPr>
              <w:t>3．交流写法。</w:t>
            </w:r>
          </w:p>
          <w:p>
            <w:pPr>
              <w:spacing w:after="20" w:line="276" w:lineRule="auto"/>
            </w:pPr>
            <w:r>
              <w:rPr>
                <w:rFonts w:ascii="宋体" w:hAnsi="宋体" w:eastAsia="宋体"/>
                <w:b w:val="0"/>
                <w:sz w:val="18"/>
              </w:rPr>
              <w:t>预设1：三亿先写3，再在后面加上8个0。</w:t>
            </w:r>
          </w:p>
          <w:p>
            <w:pPr>
              <w:spacing w:after="20" w:line="276" w:lineRule="auto"/>
            </w:pPr>
            <w:r>
              <w:rPr>
                <w:rFonts w:ascii="宋体" w:hAnsi="宋体" w:eastAsia="宋体"/>
                <w:b w:val="0"/>
                <w:sz w:val="18"/>
              </w:rPr>
              <w:t>预设2：跟亿以内数一样，从高位写起，只不过这些数多了亿级。</w:t>
            </w:r>
          </w:p>
          <w:p>
            <w:pPr>
              <w:spacing w:after="20" w:line="276" w:lineRule="auto"/>
            </w:pPr>
            <w:r>
              <w:rPr>
                <w:rFonts w:ascii="宋体" w:hAnsi="宋体" w:eastAsia="宋体"/>
                <w:b w:val="0"/>
                <w:sz w:val="18"/>
              </w:rPr>
              <w:t>预设3：先找到亿级和万级，然后一级一级地写。</w:t>
            </w:r>
          </w:p>
          <w:p>
            <w:pPr>
              <w:spacing w:after="20" w:line="276" w:lineRule="auto"/>
            </w:pPr>
            <w:r>
              <w:rPr>
                <w:rFonts w:ascii="宋体" w:hAnsi="宋体" w:eastAsia="宋体"/>
                <w:b w:val="0"/>
                <w:sz w:val="18"/>
              </w:rPr>
              <w:t>预设1：这些数都含有三级，我们应该从高位写起，先写亿级，再写万级，最后写个级。</w:t>
            </w:r>
          </w:p>
          <w:p>
            <w:pPr>
              <w:spacing w:after="20" w:line="276" w:lineRule="auto"/>
            </w:pPr>
            <w:r>
              <w:rPr>
                <w:rFonts w:ascii="宋体" w:hAnsi="宋体" w:eastAsia="宋体"/>
                <w:b w:val="0"/>
                <w:sz w:val="18"/>
              </w:rPr>
              <w:t>预设2：因为它的百万位到万位都没有计数单位，我们应该写0占位。</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设计递进式探究活动，引导学生在动手实践与合作交流中经历知识形成过程，突破本课重难点，核心问题："你会写这些数吗？"</w:t>
            </w:r>
          </w:p>
        </w:tc>
      </w:tr>
      <w:tr>
        <w:tc>
          <w:tcPr>
            <w:tcW w:type="dxa" w:w="1474"/>
          </w:tcPr>
          <w:p>
            <w:pPr>
              <w:spacing w:after="20" w:line="276" w:lineRule="auto"/>
            </w:pPr>
            <w:r>
              <w:rPr>
                <w:b/>
              </w:rPr>
            </w:r>
            <w:r>
              <w:rPr>
                <w:rFonts w:ascii="宋体" w:hAnsi="宋体" w:eastAsia="宋体"/>
                <w:b/>
                <w:sz w:val="18"/>
              </w:rPr>
              <w:t>三、巩固练习，加深理解</w:t>
            </w:r>
          </w:p>
        </w:tc>
        <w:tc>
          <w:tcPr>
            <w:tcW w:type="dxa" w:w="3061"/>
          </w:tcPr>
          <w:p>
            <w:pPr>
              <w:spacing w:after="20" w:line="276" w:lineRule="auto"/>
            </w:pPr>
            <w:r/>
            <w:r>
              <w:rPr>
                <w:rFonts w:ascii="宋体" w:hAnsi="宋体" w:eastAsia="宋体"/>
                <w:b w:val="0"/>
                <w:sz w:val="18"/>
              </w:rPr>
              <w:t>课件出示教科书P12“做一做”第1、2题。</w:t>
            </w:r>
          </w:p>
        </w:tc>
        <w:tc>
          <w:tcPr>
            <w:tcW w:type="dxa" w:w="3061"/>
          </w:tcPr>
          <w:p>
            <w:pPr>
              <w:spacing w:after="20" w:line="276" w:lineRule="auto"/>
            </w:pPr>
            <w:r/>
            <w:r>
              <w:rPr>
                <w:rFonts w:ascii="宋体" w:hAnsi="宋体" w:eastAsia="宋体"/>
                <w:b w:val="0"/>
                <w:sz w:val="18"/>
              </w:rPr>
              <w:t>学生独立完成后同桌互相评价对错。第1题让学生写完后说一说每组数之间在写法上的异同。</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经历由“独立尝试”到“讨论交流”再到“互查互纠”的数学活动过程，既给学生自主探索的空间，又让学生能够在交流的过程中梳理出写数的方法，帮助学生有效突破难点，使学生对此知识点理解更深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亿以上数的写法</w:t>
      </w:r>
    </w:p>
    <w:p>
      <w:pPr>
        <w:spacing w:after="40" w:line="300" w:lineRule="auto"/>
      </w:pPr>
      <w:r>
        <w:rPr>
          <w:rFonts w:ascii="宋体" w:hAnsi="宋体" w:eastAsia="宋体"/>
          <w:b w:val="0"/>
          <w:sz w:val="20"/>
        </w:rPr>
        <w:t>亿以上数的写法：先看这个数有几级，再从最高级写起；哪个数位上一个也没有，就在那个数位上写0。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教科书P12例5。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写亿以内数的经验，所以我们要把主动权交给学生，让他们借助知识的迁移，发现亿以上数的写法。在设计本课新内容时，鼓励学生自己大胆去试写，根据自己的经验写数，然后让学生针对自己的写法在小组内进行交流，让他们对亿以上数的写法进行概括与总结，课堂效果不错。</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数的大小比较</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数的大小比较</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教学内容：教科书P15例6。</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（1）掌握万以上数大小比较的方法，能正确比较数的大小。</w:t>
      </w:r>
    </w:p>
    <w:p>
      <w:pPr>
        <w:spacing w:after="20" w:line="300" w:lineRule="auto"/>
        <w:ind w:firstLine="400"/>
      </w:pPr>
      <w:r>
        <w:rPr>
          <w:rFonts w:ascii="宋体" w:hAnsi="宋体" w:eastAsia="宋体"/>
          <w:b w:val="0"/>
          <w:sz w:val="20"/>
        </w:rPr>
        <w:t>（2）在探索万以上数大小比较的方法的过程中，体验迁移类推的思想方法。</w:t>
      </w:r>
    </w:p>
    <w:p>
      <w:pPr>
        <w:spacing w:after="20" w:line="300" w:lineRule="auto"/>
        <w:ind w:firstLine="400"/>
      </w:pPr>
      <w:r>
        <w:rPr>
          <w:rFonts w:ascii="宋体" w:hAnsi="宋体" w:eastAsia="宋体"/>
          <w:b w:val="0"/>
          <w:sz w:val="20"/>
        </w:rPr>
        <w:t>（3）在比较两个数大小的过程中，感悟数之间的内在联系，培养学生的数感。</w:t>
      </w:r>
    </w:p>
    <w:p>
      <w:pPr>
        <w:spacing w:after="20" w:line="300" w:lineRule="auto"/>
      </w:pPr>
      <w:r>
        <w:rPr>
          <w:rFonts w:ascii="宋体" w:hAnsi="宋体" w:eastAsia="宋体"/>
          <w:b w:val="0"/>
          <w:sz w:val="20"/>
        </w:rPr>
        <w:t>教学重点：探索万以上数大小比较的方法。</w:t>
      </w:r>
    </w:p>
    <w:p>
      <w:pPr>
        <w:spacing w:after="20" w:line="300" w:lineRule="auto"/>
      </w:pPr>
      <w:r>
        <w:rPr>
          <w:rFonts w:ascii="宋体" w:hAnsi="宋体" w:eastAsia="宋体"/>
          <w:b w:val="0"/>
          <w:sz w:val="20"/>
        </w:rPr>
        <w:t>教学难点：位数相同的情况下两个数大小比较的方法。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复习旧知，引入新课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自主合作，探究新知</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谁来读一读这些农产品的产量？你知道哪种农产品的产量最多，哪种农产品的产量最少吗？；刚才在比较两个数的大小时，出现了哪些情况？</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自主练习，巩固提升</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复习旧知，引入新课</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引导学生总结万以内数大小比较的方法。</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师：今天我们要学习万以上数的大小比较。(板书课题：数的大小比较)</w:t>
            </w:r>
          </w:p>
        </w:tc>
        <w:tc>
          <w:tcPr>
            <w:tcW w:type="dxa" w:w="3061"/>
          </w:tcPr>
          <w:p>
            <w:pPr>
              <w:spacing w:after="20" w:line="276" w:lineRule="auto"/>
            </w:pPr>
            <w:r/>
            <w:r>
              <w:rPr>
                <w:rFonts w:ascii="宋体" w:hAnsi="宋体" w:eastAsia="宋体"/>
                <w:b w:val="0"/>
                <w:sz w:val="18"/>
              </w:rPr>
              <w:t>学生都能知道先比数的位数，位数多的数就大。位数相同的就从最高位比起，最高位上的数大的那个数就大，如果最高位上的数相同，就依次比较下一位，直到比较出大小为止。</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自主合作，探究新知</w:t>
            </w:r>
          </w:p>
        </w:tc>
        <w:tc>
          <w:tcPr>
            <w:tcW w:type="dxa" w:w="3061"/>
          </w:tcPr>
          <w:p>
            <w:pPr>
              <w:spacing w:after="20" w:line="276" w:lineRule="auto"/>
            </w:pPr>
            <w:r/>
            <w:r>
              <w:rPr>
                <w:rFonts w:ascii="宋体" w:hAnsi="宋体" w:eastAsia="宋体"/>
                <w:b w:val="0"/>
                <w:sz w:val="18"/>
              </w:rPr>
              <w:t>课件出示教科书P15例6。</w:t>
            </w:r>
          </w:p>
          <w:p>
            <w:pPr>
              <w:spacing w:after="20" w:line="276" w:lineRule="auto"/>
            </w:pPr>
            <w:r>
              <w:rPr>
                <w:rFonts w:ascii="宋体" w:hAnsi="宋体" w:eastAsia="宋体"/>
                <w:b w:val="0"/>
                <w:sz w:val="18"/>
              </w:rPr>
              <w:t>1．初步比较万以上数的大小。</w:t>
            </w:r>
          </w:p>
          <w:p>
            <w:pPr>
              <w:spacing w:after="20" w:line="276" w:lineRule="auto"/>
            </w:pPr>
            <w:r>
              <w:rPr>
                <w:rFonts w:ascii="宋体" w:hAnsi="宋体" w:eastAsia="宋体"/>
                <w:b w:val="0"/>
                <w:sz w:val="18"/>
              </w:rPr>
              <w:t>师：谁来读一读这些农产品的产量？你知道哪种农产品的产量最多，哪种农产品的产量最少吗？</w:t>
            </w:r>
          </w:p>
          <w:p>
            <w:pPr>
              <w:spacing w:after="20" w:line="276" w:lineRule="auto"/>
            </w:pPr>
            <w:r>
              <w:rPr>
                <w:rFonts w:ascii="宋体" w:hAnsi="宋体" w:eastAsia="宋体"/>
                <w:b w:val="0"/>
                <w:sz w:val="18"/>
              </w:rPr>
              <w:t>(1)任意选择两个数进行大小比较，组内交流讨论。</w:t>
            </w:r>
          </w:p>
          <w:p>
            <w:pPr>
              <w:spacing w:after="20" w:line="276" w:lineRule="auto"/>
            </w:pPr>
            <w:r>
              <w:rPr>
                <w:rFonts w:ascii="宋体" w:hAnsi="宋体" w:eastAsia="宋体"/>
                <w:b w:val="0"/>
                <w:sz w:val="18"/>
              </w:rPr>
              <w:t>(2)学生汇报比较结果和比较方法。</w:t>
            </w:r>
          </w:p>
          <w:p>
            <w:pPr>
              <w:spacing w:after="20" w:line="276" w:lineRule="auto"/>
            </w:pPr>
            <w:r>
              <w:rPr>
                <w:rFonts w:ascii="宋体" w:hAnsi="宋体" w:eastAsia="宋体"/>
                <w:b w:val="0"/>
                <w:sz w:val="18"/>
              </w:rPr>
              <w:t>3．引导归纳。</w:t>
            </w:r>
          </w:p>
          <w:p>
            <w:pPr>
              <w:spacing w:after="20" w:line="276" w:lineRule="auto"/>
            </w:pPr>
            <w:r>
              <w:rPr>
                <w:rFonts w:ascii="宋体" w:hAnsi="宋体" w:eastAsia="宋体"/>
                <w:b w:val="0"/>
                <w:sz w:val="18"/>
              </w:rPr>
              <w:t>(1)师：刚才在比较两个数的大小时，出现了哪些情况？</w:t>
            </w:r>
          </w:p>
          <w:p>
            <w:pPr>
              <w:spacing w:after="20" w:line="276" w:lineRule="auto"/>
            </w:pPr>
            <w:r>
              <w:rPr>
                <w:rFonts w:ascii="宋体" w:hAnsi="宋体" w:eastAsia="宋体"/>
                <w:b w:val="0"/>
                <w:sz w:val="18"/>
              </w:rPr>
              <w:t>(2)师：对于这两种情况，我们该如何比较两个数的大小呢？</w:t>
            </w:r>
          </w:p>
          <w:p>
            <w:pPr>
              <w:spacing w:after="20" w:line="276" w:lineRule="auto"/>
            </w:pPr>
            <w:r>
              <w:rPr>
                <w:rFonts w:ascii="宋体" w:hAnsi="宋体" w:eastAsia="宋体"/>
                <w:b w:val="0"/>
                <w:sz w:val="18"/>
              </w:rPr>
              <w:t>教师根据学生的回答适时板书。</w:t>
            </w:r>
          </w:p>
        </w:tc>
        <w:tc>
          <w:tcPr>
            <w:tcW w:type="dxa" w:w="3061"/>
          </w:tcPr>
          <w:p>
            <w:pPr>
              <w:spacing w:after="20" w:line="276" w:lineRule="auto"/>
            </w:pPr>
            <w:r/>
            <w:r>
              <w:rPr>
                <w:rFonts w:ascii="宋体" w:hAnsi="宋体" w:eastAsia="宋体"/>
                <w:b w:val="0"/>
                <w:sz w:val="18"/>
              </w:rPr>
              <w:t>学生基于之前的知识经验，能感知到哪个数比较大，哪个数比较小。</w:t>
            </w:r>
          </w:p>
          <w:p>
            <w:pPr>
              <w:spacing w:after="20" w:line="276" w:lineRule="auto"/>
            </w:pPr>
            <w:r>
              <w:rPr>
                <w:rFonts w:ascii="宋体" w:hAnsi="宋体" w:eastAsia="宋体"/>
                <w:b w:val="0"/>
                <w:sz w:val="18"/>
              </w:rPr>
              <w:t>2．小组合作，自主探究。</w:t>
            </w:r>
          </w:p>
          <w:p>
            <w:pPr>
              <w:spacing w:after="20" w:line="276" w:lineRule="auto"/>
            </w:pPr>
            <w:r>
              <w:rPr>
                <w:rFonts w:ascii="宋体" w:hAnsi="宋体" w:eastAsia="宋体"/>
                <w:b w:val="0"/>
                <w:sz w:val="18"/>
              </w:rPr>
              <w:t>有的两个数的位数相同，有的两个数的位数不同。</w:t>
            </w:r>
          </w:p>
          <w:p>
            <w:pPr>
              <w:spacing w:after="20" w:line="276" w:lineRule="auto"/>
            </w:pPr>
            <w:r>
              <w:rPr>
                <w:rFonts w:ascii="宋体" w:hAnsi="宋体" w:eastAsia="宋体"/>
                <w:b w:val="0"/>
                <w:sz w:val="18"/>
              </w:rPr>
              <w:t>预设1：位数不同的两个数，位数多的数就大。</w:t>
            </w:r>
          </w:p>
          <w:p>
            <w:pPr>
              <w:spacing w:after="20" w:line="276" w:lineRule="auto"/>
            </w:pPr>
            <w:r>
              <w:rPr>
                <w:rFonts w:ascii="宋体" w:hAnsi="宋体" w:eastAsia="宋体"/>
                <w:b w:val="0"/>
                <w:sz w:val="18"/>
              </w:rPr>
              <w:t>预设2：位数相同的两个数，就从最高位比起，最高位上的数大的那个数就大，如果最高位上的数相同，就依次比较下一位，直到比较出大小为止。</w:t>
            </w:r>
          </w:p>
          <w:p>
            <w:pPr>
              <w:spacing w:after="20" w:line="276" w:lineRule="auto"/>
            </w:pPr>
            <w:r>
              <w:rPr>
                <w:rFonts w:ascii="宋体" w:hAnsi="宋体" w:eastAsia="宋体"/>
                <w:b w:val="0"/>
                <w:sz w:val="18"/>
              </w:rPr>
              <w:t>预设3：比较的方法跟之前万以内数大小比较的方法是一样的，只不过这里的数变大了。</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设计递进式探究活动，引导学生在动手实践与合作交流中经历知识形成过程，突破本课重难点，核心问题："谁来读一读这些农产品的产量？你知道哪种农产品的产量最多，哪种农产品的产量最少吗？"</w:t>
            </w:r>
          </w:p>
        </w:tc>
      </w:tr>
      <w:tr>
        <w:tc>
          <w:tcPr>
            <w:tcW w:type="dxa" w:w="1474"/>
          </w:tcPr>
          <w:p>
            <w:pPr>
              <w:spacing w:after="20" w:line="276" w:lineRule="auto"/>
            </w:pPr>
            <w:r>
              <w:rPr>
                <w:b/>
              </w:rPr>
            </w:r>
            <w:r>
              <w:rPr>
                <w:rFonts w:ascii="宋体" w:hAnsi="宋体" w:eastAsia="宋体"/>
                <w:b/>
                <w:sz w:val="18"/>
              </w:rPr>
              <w:t>自主练习，巩固提升</w:t>
            </w:r>
          </w:p>
        </w:tc>
        <w:tc>
          <w:tcPr>
            <w:tcW w:type="dxa" w:w="3061"/>
          </w:tcPr>
          <w:p>
            <w:pPr>
              <w:spacing w:after="20" w:line="276" w:lineRule="auto"/>
            </w:pPr>
            <w:r/>
            <w:r>
              <w:rPr>
                <w:rFonts w:ascii="宋体" w:hAnsi="宋体" w:eastAsia="宋体"/>
                <w:b w:val="0"/>
                <w:sz w:val="18"/>
              </w:rPr>
              <w:t>课件出示教科书P15“做一做”。</w:t>
            </w:r>
          </w:p>
        </w:tc>
        <w:tc>
          <w:tcPr>
            <w:tcW w:type="dxa" w:w="3061"/>
          </w:tcPr>
          <w:p>
            <w:pPr>
              <w:spacing w:after="20" w:line="276" w:lineRule="auto"/>
            </w:pPr>
            <w:r/>
            <w:r>
              <w:rPr>
                <w:rFonts w:ascii="宋体" w:hAnsi="宋体" w:eastAsia="宋体"/>
                <w:b w:val="0"/>
                <w:sz w:val="18"/>
              </w:rPr>
              <w:t>学生独立完成，指名汇报反馈，说出比较过程，教师适当指导比较方法。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先回顾万以内数大小比较的方法，唤起学生已有的知识和经验。在新授环节中，通过创设开放的课堂，让学生运用已有知识经验和认知基础进行自主探索，经历“尝试——交流——讨论——总结”的过程，使学生知识的经验有效迁移和提升，从而掌握万以上数大小比较的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数的大小比较</w:t>
      </w:r>
    </w:p>
    <w:p>
      <w:pPr>
        <w:spacing w:after="40" w:line="300" w:lineRule="auto"/>
      </w:pPr>
      <w:r>
        <w:rPr>
          <w:rFonts w:ascii="宋体" w:hAnsi="宋体" w:eastAsia="宋体"/>
          <w:b w:val="0"/>
          <w:sz w:val="20"/>
        </w:rPr>
        <w:t>位数不同的两个数，位数多的那个数就大。位数相同的两个数，从最高位比起，最高位上的数大的那个数就大，如果最高位上的数相同，就比较下一个数位上的数。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教科书P15例6。</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迁移了万以内数大小比较的方法，学生很轻松地掌握了万以上数大小比较的方法。本节课的教学目标基本达成，但也存在不足之处，主要体现在“小组合作，自主探究”环节，学生在独立比较两个数的大小之后，在说一说“比较的过程和理由”这一细节处理上不够到位，给予学生的时间也不够，没有更好地培养学生的语言表达能力和概括能力。</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数的改写</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数的改写</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教学内容：教科书P16例7。</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（1）认识改写的意义和作用，掌握将整万或整亿的数改写成用“万”或“亿”作单位的数的方法。</w:t>
      </w:r>
    </w:p>
    <w:p>
      <w:pPr>
        <w:spacing w:after="20" w:line="300" w:lineRule="auto"/>
        <w:ind w:firstLine="400"/>
      </w:pPr>
      <w:r>
        <w:rPr>
          <w:rFonts w:ascii="宋体" w:hAnsi="宋体" w:eastAsia="宋体"/>
          <w:b w:val="0"/>
          <w:sz w:val="20"/>
        </w:rPr>
        <w:t>（2）在经历探究改写方法的过程中，培养学生观察、分析和概括的能力。</w:t>
      </w:r>
    </w:p>
    <w:p>
      <w:pPr>
        <w:spacing w:after="20" w:line="300" w:lineRule="auto"/>
        <w:ind w:firstLine="400"/>
      </w:pPr>
      <w:r>
        <w:rPr>
          <w:rFonts w:ascii="宋体" w:hAnsi="宋体" w:eastAsia="宋体"/>
          <w:b w:val="0"/>
          <w:sz w:val="20"/>
        </w:rPr>
        <w:t>（3）感受数学与生活的密切联系，体验学习数学的价值。</w:t>
      </w:r>
    </w:p>
    <w:p>
      <w:pPr>
        <w:spacing w:after="20" w:line="300" w:lineRule="auto"/>
      </w:pPr>
      <w:r>
        <w:rPr>
          <w:rFonts w:ascii="宋体" w:hAnsi="宋体" w:eastAsia="宋体"/>
          <w:b w:val="0"/>
          <w:sz w:val="20"/>
        </w:rPr>
        <w:t>教学重点：掌握将整万或整亿的数改写成用“万”或“亿”作单位的数的方法。</w:t>
      </w:r>
    </w:p>
    <w:p>
      <w:pPr>
        <w:spacing w:after="20" w:line="300" w:lineRule="auto"/>
      </w:pPr>
      <w:r>
        <w:rPr>
          <w:rFonts w:ascii="宋体" w:hAnsi="宋体" w:eastAsia="宋体"/>
          <w:b w:val="0"/>
          <w:sz w:val="20"/>
        </w:rPr>
        <w:t>教学难点：理解整万或整亿数的改写方法和依据。</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这些数有什么共同的特点？</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探索新知，掌握方法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读一读，这些数有什么特点？；你是怎样准确地找到亿位的？又是怎样改写的？</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巩固练习，加深理解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复习旧知，揭示课题</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师：这些数有什么共同的特点？</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师：像这样的个级和万级全是0的数，我们叫作整万、整亿数。今天我们就来学习把整万或整亿数改写成用“万”或“亿”作单位的数。(板书课题：数的改写)</w:t>
            </w:r>
          </w:p>
        </w:tc>
        <w:tc>
          <w:tcPr>
            <w:tcW w:type="dxa" w:w="3061"/>
          </w:tcPr>
          <w:p>
            <w:pPr>
              <w:spacing w:after="20" w:line="276" w:lineRule="auto"/>
            </w:pPr>
            <w:r/>
            <w:r>
              <w:rPr>
                <w:rFonts w:ascii="宋体" w:hAnsi="宋体" w:eastAsia="宋体"/>
                <w:b w:val="0"/>
                <w:sz w:val="18"/>
              </w:rPr>
              <w:t>学生独立完成写数后交流汇报。</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围绕环节目标组织学习活动，引导学生主动参与、积极思考，核心问题："这些数有什么共同的特点？"</w:t>
            </w:r>
          </w:p>
        </w:tc>
      </w:tr>
      <w:tr>
        <w:tc>
          <w:tcPr>
            <w:tcW w:type="dxa" w:w="1474"/>
          </w:tcPr>
          <w:p>
            <w:pPr>
              <w:spacing w:after="20" w:line="276" w:lineRule="auto"/>
            </w:pPr>
            <w:r>
              <w:rPr>
                <w:b/>
              </w:rPr>
            </w:r>
            <w:r>
              <w:rPr>
                <w:rFonts w:ascii="宋体" w:hAnsi="宋体" w:eastAsia="宋体"/>
                <w:b/>
                <w:sz w:val="18"/>
              </w:rPr>
              <w:t>探索新知，掌握方法</w:t>
            </w:r>
          </w:p>
        </w:tc>
        <w:tc>
          <w:tcPr>
            <w:tcW w:type="dxa" w:w="3061"/>
          </w:tcPr>
          <w:p>
            <w:pPr>
              <w:spacing w:after="20" w:line="276" w:lineRule="auto"/>
            </w:pPr>
            <w:r/>
            <w:r>
              <w:rPr>
                <w:rFonts w:ascii="宋体" w:hAnsi="宋体" w:eastAsia="宋体"/>
                <w:b w:val="0"/>
                <w:sz w:val="18"/>
              </w:rPr>
              <w:t>1.认识“整万数”。</w:t>
            </w:r>
          </w:p>
          <w:p>
            <w:pPr>
              <w:spacing w:after="20" w:line="276" w:lineRule="auto"/>
            </w:pPr>
            <w:r>
              <w:rPr>
                <w:rFonts w:ascii="宋体" w:hAnsi="宋体" w:eastAsia="宋体"/>
                <w:b w:val="0"/>
                <w:sz w:val="18"/>
              </w:rPr>
              <w:t>课件出示教科书P16例7的相关信息。</w:t>
            </w:r>
          </w:p>
          <w:p>
            <w:pPr>
              <w:spacing w:after="20" w:line="276" w:lineRule="auto"/>
            </w:pPr>
            <w:r>
              <w:rPr>
                <w:rFonts w:ascii="宋体" w:hAnsi="宋体" w:eastAsia="宋体"/>
                <w:b w:val="0"/>
                <w:sz w:val="18"/>
              </w:rPr>
              <w:t>师：读一读，这些数有什么特点？</w:t>
            </w:r>
          </w:p>
          <w:p>
            <w:pPr>
              <w:spacing w:after="20" w:line="276" w:lineRule="auto"/>
            </w:pPr>
            <w:r>
              <w:rPr>
                <w:rFonts w:ascii="宋体" w:hAnsi="宋体" w:eastAsia="宋体"/>
                <w:b w:val="0"/>
                <w:sz w:val="18"/>
              </w:rPr>
              <w:t>2．探究整万数改写的方法。</w:t>
            </w:r>
          </w:p>
          <w:p>
            <w:pPr>
              <w:spacing w:after="20" w:line="276" w:lineRule="auto"/>
            </w:pPr>
            <w:r>
              <w:rPr>
                <w:rFonts w:ascii="宋体" w:hAnsi="宋体" w:eastAsia="宋体"/>
                <w:b w:val="0"/>
                <w:sz w:val="18"/>
              </w:rPr>
              <w:t>师：为了读、写方便，我们可以将这些整万的数改写成用“万”作单位的数，大家尝试改改看。</w:t>
            </w:r>
          </w:p>
          <w:p>
            <w:pPr>
              <w:spacing w:after="20" w:line="276" w:lineRule="auto"/>
            </w:pPr>
            <w:r>
              <w:rPr>
                <w:rFonts w:ascii="宋体" w:hAnsi="宋体" w:eastAsia="宋体"/>
                <w:b w:val="0"/>
                <w:sz w:val="18"/>
              </w:rPr>
              <w:t>师小结：25000000改写成2500万，30000改写成3万，因为整万数的个级都是0，我们可以直接把个级的0去掉，换成一个“万”字。</w:t>
            </w:r>
          </w:p>
          <w:p>
            <w:pPr>
              <w:spacing w:after="20" w:line="276" w:lineRule="auto"/>
            </w:pPr>
            <w:r>
              <w:rPr>
                <w:rFonts w:ascii="宋体" w:hAnsi="宋体" w:eastAsia="宋体"/>
                <w:b w:val="0"/>
                <w:sz w:val="18"/>
              </w:rPr>
              <w:t>3．探究整亿数改写的方法。</w:t>
            </w:r>
          </w:p>
          <w:p>
            <w:pPr>
              <w:spacing w:after="20" w:line="276" w:lineRule="auto"/>
            </w:pPr>
            <w:r>
              <w:rPr>
                <w:rFonts w:ascii="宋体" w:hAnsi="宋体" w:eastAsia="宋体"/>
                <w:b w:val="0"/>
                <w:sz w:val="18"/>
              </w:rPr>
              <w:t>(1)课件出示教科书P16“想一想”。</w:t>
            </w:r>
          </w:p>
          <w:p>
            <w:pPr>
              <w:spacing w:after="20" w:line="276" w:lineRule="auto"/>
            </w:pPr>
            <w:r>
              <w:rPr>
                <w:rFonts w:ascii="宋体" w:hAnsi="宋体" w:eastAsia="宋体"/>
                <w:b w:val="0"/>
                <w:sz w:val="18"/>
              </w:rPr>
              <w:t>(2)自主探究。</w:t>
            </w:r>
          </w:p>
          <w:p>
            <w:pPr>
              <w:spacing w:after="20" w:line="276" w:lineRule="auto"/>
            </w:pPr>
            <w:r>
              <w:rPr>
                <w:rFonts w:ascii="宋体" w:hAnsi="宋体" w:eastAsia="宋体"/>
                <w:b w:val="0"/>
                <w:sz w:val="18"/>
              </w:rPr>
              <w:t>借助整万数的改写方法，学生自主讨论怎样把这些整亿数改写成用“亿”作单位的数。</w:t>
            </w:r>
          </w:p>
          <w:p>
            <w:pPr>
              <w:spacing w:after="20" w:line="276" w:lineRule="auto"/>
            </w:pPr>
            <w:r>
              <w:rPr>
                <w:rFonts w:ascii="宋体" w:hAnsi="宋体" w:eastAsia="宋体"/>
                <w:b w:val="0"/>
                <w:sz w:val="18"/>
              </w:rPr>
              <w:t>(3)交流方法。</w:t>
            </w:r>
          </w:p>
          <w:p>
            <w:pPr>
              <w:spacing w:after="20" w:line="276" w:lineRule="auto"/>
            </w:pPr>
            <w:r>
              <w:rPr>
                <w:rFonts w:ascii="宋体" w:hAnsi="宋体" w:eastAsia="宋体"/>
                <w:b w:val="0"/>
                <w:sz w:val="18"/>
              </w:rPr>
              <w:t>师：你是怎样准确地找到亿位的？又是怎样改写的？</w:t>
            </w:r>
          </w:p>
          <w:p>
            <w:pPr>
              <w:spacing w:after="20" w:line="276" w:lineRule="auto"/>
            </w:pPr>
            <w:r>
              <w:rPr>
                <w:rFonts w:ascii="宋体" w:hAnsi="宋体" w:eastAsia="宋体"/>
                <w:b w:val="0"/>
                <w:sz w:val="18"/>
              </w:rPr>
              <w:t>4．探究本质。</w:t>
            </w:r>
          </w:p>
          <w:p>
            <w:pPr>
              <w:spacing w:after="20" w:line="276" w:lineRule="auto"/>
            </w:pPr>
            <w:r>
              <w:rPr>
                <w:rFonts w:ascii="宋体" w:hAnsi="宋体" w:eastAsia="宋体"/>
                <w:b w:val="0"/>
                <w:sz w:val="18"/>
              </w:rPr>
              <w:t>师：把整万或整亿的数改写成用“万”或“亿”作单位的数，改写前后的两个数有什么联系？它们有什么不同呢？</w:t>
            </w:r>
          </w:p>
          <w:p>
            <w:pPr>
              <w:spacing w:after="20" w:line="276" w:lineRule="auto"/>
            </w:pPr>
            <w:r>
              <w:rPr>
                <w:rFonts w:ascii="宋体" w:hAnsi="宋体" w:eastAsia="宋体"/>
                <w:b w:val="0"/>
                <w:sz w:val="18"/>
              </w:rPr>
              <w:t>师小结：整万或整亿的数与改写成用“万”或“亿”作单位的数相比，大小不变，计数单位不同。</w:t>
            </w:r>
          </w:p>
          <w:p>
            <w:pPr>
              <w:spacing w:after="20" w:line="276" w:lineRule="auto"/>
            </w:pPr>
            <w:r>
              <w:rPr>
                <w:rFonts w:ascii="宋体" w:hAnsi="宋体" w:eastAsia="宋体"/>
                <w:b w:val="0"/>
                <w:sz w:val="18"/>
              </w:rPr>
              <w:t>5．总结改写的方法。</w:t>
            </w:r>
          </w:p>
          <w:p>
            <w:pPr>
              <w:spacing w:after="20" w:line="276" w:lineRule="auto"/>
            </w:pPr>
            <w:r>
              <w:rPr>
                <w:rFonts w:ascii="宋体" w:hAnsi="宋体" w:eastAsia="宋体"/>
                <w:b w:val="0"/>
                <w:sz w:val="18"/>
              </w:rPr>
              <w:t>师：怎样将整万或整亿的数改写成用“万”或“亿”作单位的数？</w:t>
            </w:r>
          </w:p>
          <w:p>
            <w:pPr>
              <w:spacing w:after="20" w:line="276" w:lineRule="auto"/>
            </w:pPr>
            <w:r>
              <w:rPr>
                <w:rFonts w:ascii="宋体" w:hAnsi="宋体" w:eastAsia="宋体"/>
                <w:b w:val="0"/>
                <w:sz w:val="18"/>
              </w:rPr>
              <w:t>教师根据学生的回答板书。</w:t>
            </w:r>
          </w:p>
        </w:tc>
        <w:tc>
          <w:tcPr>
            <w:tcW w:type="dxa" w:w="3061"/>
          </w:tcPr>
          <w:p>
            <w:pPr>
              <w:spacing w:after="20" w:line="276" w:lineRule="auto"/>
            </w:pPr>
            <w:r/>
            <w:r>
              <w:rPr>
                <w:rFonts w:ascii="宋体" w:hAnsi="宋体" w:eastAsia="宋体"/>
                <w:b w:val="0"/>
                <w:sz w:val="18"/>
              </w:rPr>
              <w:t>全班交流自己是怎样改写的。</w:t>
            </w:r>
          </w:p>
          <w:p>
            <w:pPr>
              <w:spacing w:after="20" w:line="276" w:lineRule="auto"/>
            </w:pPr>
            <w:r>
              <w:rPr>
                <w:rFonts w:ascii="宋体" w:hAnsi="宋体" w:eastAsia="宋体"/>
                <w:b w:val="0"/>
                <w:sz w:val="18"/>
              </w:rPr>
              <w:t>通过分级找到的，先分级，再改写。</w:t>
            </w:r>
          </w:p>
          <w:p>
            <w:pPr>
              <w:spacing w:after="20" w:line="276" w:lineRule="auto"/>
            </w:pPr>
            <w:r>
              <w:rPr>
                <w:rFonts w:ascii="宋体" w:hAnsi="宋体" w:eastAsia="宋体"/>
                <w:b w:val="0"/>
                <w:sz w:val="18"/>
              </w:rPr>
              <w:t>预设1：将整万数末尾的4个0去掉，再加上一个“万”字。</w:t>
            </w:r>
          </w:p>
          <w:p>
            <w:pPr>
              <w:spacing w:after="20" w:line="276" w:lineRule="auto"/>
            </w:pPr>
            <w:r>
              <w:rPr>
                <w:rFonts w:ascii="宋体" w:hAnsi="宋体" w:eastAsia="宋体"/>
                <w:b w:val="0"/>
                <w:sz w:val="18"/>
              </w:rPr>
              <w:t>预设2：将整亿数末尾的8个0去掉，再加上一个“亿”字。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设计递进式探究活动，引导学生在动手实践与合作交流中经历知识形成过程，突破本课重难点，核心问题："读一读，这些数有什么特点？"</w:t>
            </w:r>
          </w:p>
        </w:tc>
      </w:tr>
      <w:tr>
        <w:tc>
          <w:tcPr>
            <w:tcW w:type="dxa" w:w="1474"/>
          </w:tcPr>
          <w:p>
            <w:pPr>
              <w:spacing w:after="20" w:line="276" w:lineRule="auto"/>
            </w:pPr>
            <w:r>
              <w:rPr>
                <w:b/>
              </w:rPr>
            </w:r>
            <w:r>
              <w:rPr>
                <w:rFonts w:ascii="宋体" w:hAnsi="宋体" w:eastAsia="宋体"/>
                <w:b/>
                <w:sz w:val="18"/>
              </w:rPr>
              <w:t>巩固练习，加深理解</w:t>
            </w:r>
          </w:p>
        </w:tc>
        <w:tc>
          <w:tcPr>
            <w:tcW w:type="dxa" w:w="3061"/>
          </w:tcPr>
          <w:p>
            <w:pPr>
              <w:spacing w:after="20" w:line="276" w:lineRule="auto"/>
            </w:pPr>
            <w:r/>
            <w:r>
              <w:rPr>
                <w:rFonts w:ascii="宋体" w:hAnsi="宋体" w:eastAsia="宋体"/>
                <w:b w:val="0"/>
                <w:sz w:val="18"/>
              </w:rPr>
              <w:t>课件出示教科书P16“做一做”。</w:t>
            </w:r>
          </w:p>
        </w:tc>
        <w:tc>
          <w:tcPr>
            <w:tcW w:type="dxa" w:w="3061"/>
          </w:tcPr>
          <w:p>
            <w:pPr>
              <w:spacing w:after="20" w:line="276" w:lineRule="auto"/>
            </w:pPr>
            <w:r/>
            <w:r>
              <w:rPr>
                <w:rFonts w:ascii="宋体" w:hAnsi="宋体" w:eastAsia="宋体"/>
                <w:b w:val="0"/>
                <w:sz w:val="18"/>
              </w:rPr>
              <w:t>学生独立完成后，教师提问：将整万或整亿的数改写成用“万”或“亿”作单位的数时要注意什么？</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数的改写这一知识点对于学生来说不难，所以整节课在让学生理解并掌握将整万数改写成用“万”作单位的数的意义和方法之后，充分放手让学生自主探究整亿数的改写。整节课让学生经历从具体到一般、从直观到抽象的过程，培养了学生的分析概括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数的改写</w:t>
      </w:r>
    </w:p>
    <w:p>
      <w:pPr>
        <w:spacing w:after="40" w:line="300" w:lineRule="auto"/>
      </w:pPr>
      <w:r>
        <w:rPr>
          <w:rFonts w:ascii="宋体" w:hAnsi="宋体" w:eastAsia="宋体"/>
          <w:b w:val="0"/>
          <w:sz w:val="20"/>
        </w:rPr>
        <w:t>将整万数末尾的4个0去掉，再加上一个“万”字。</w:t>
      </w:r>
    </w:p>
    <w:p>
      <w:pPr>
        <w:spacing w:after="40" w:line="300" w:lineRule="auto"/>
      </w:pPr>
      <w:r>
        <w:rPr>
          <w:rFonts w:ascii="宋体" w:hAnsi="宋体" w:eastAsia="宋体"/>
          <w:b w:val="0"/>
          <w:sz w:val="20"/>
        </w:rPr>
        <w:t>将整亿数末尾的8个0去掉，再加上一个“亿”字。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教科书P16例7。</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写整万、整亿数的过程中，不仅能认识到这些数的特点，还能在感悟其特点的同时，为后面探究改写的方法打下基础。教学中着重引导学生尝试改写，交流改写的具体过程，并在沟通改写前后两个数的联系和区别中，把握改写的关键，最后总结改写的方法。课堂效果不错。</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求近似数</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求近似数</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教学内容：教科书P17例8。</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（1）理解近似数，体会近似数的作用，掌握将非整万、整亿的数用“四舍五入”法求近似数的方法。</w:t>
      </w:r>
    </w:p>
    <w:p>
      <w:pPr>
        <w:spacing w:after="20" w:line="300" w:lineRule="auto"/>
        <w:ind w:firstLine="400"/>
      </w:pPr>
      <w:r>
        <w:rPr>
          <w:rFonts w:ascii="宋体" w:hAnsi="宋体" w:eastAsia="宋体"/>
          <w:b w:val="0"/>
          <w:sz w:val="20"/>
        </w:rPr>
        <w:t>（2）经历用“四舍五入”法求近似数的过程，培养学生类推和概括的能力。</w:t>
      </w:r>
    </w:p>
    <w:p>
      <w:pPr>
        <w:spacing w:after="20" w:line="300" w:lineRule="auto"/>
        <w:ind w:firstLine="400"/>
      </w:pPr>
      <w:r>
        <w:rPr>
          <w:rFonts w:ascii="宋体" w:hAnsi="宋体" w:eastAsia="宋体"/>
          <w:b w:val="0"/>
          <w:sz w:val="20"/>
        </w:rPr>
        <w:t>（3）感受近似数与生活的密切联系，体验学习数学的价值和乐趣。</w:t>
      </w:r>
    </w:p>
    <w:p>
      <w:pPr>
        <w:spacing w:after="20" w:line="300" w:lineRule="auto"/>
      </w:pPr>
      <w:r>
        <w:rPr>
          <w:rFonts w:ascii="宋体" w:hAnsi="宋体" w:eastAsia="宋体"/>
          <w:b w:val="0"/>
          <w:sz w:val="20"/>
        </w:rPr>
        <w:t>教学重点：掌握将非整万、整亿的数用“四舍五入”法求近似数的方法。</w:t>
      </w:r>
    </w:p>
    <w:p>
      <w:pPr>
        <w:spacing w:after="20" w:line="300" w:lineRule="auto"/>
      </w:pPr>
      <w:r>
        <w:rPr>
          <w:rFonts w:ascii="宋体" w:hAnsi="宋体" w:eastAsia="宋体"/>
          <w:b w:val="0"/>
          <w:sz w:val="20"/>
        </w:rPr>
        <w:t>教学难点：对“四舍五入”法的理解。</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谈话导入，认识近似数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同学们，我们班有多少个学生？我们学校呢？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探索新知，掌握方法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从图中你知道了哪些信息？要我们解决什么问题？；先来看这个小一点的数——182068，这个数是怎样改写成18万的？</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巩固应用，加深理解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谈话导入，认识近似数</w:t>
            </w:r>
          </w:p>
        </w:tc>
        <w:tc>
          <w:tcPr>
            <w:tcW w:type="dxa" w:w="3061"/>
          </w:tcPr>
          <w:p>
            <w:pPr>
              <w:spacing w:after="20" w:line="276" w:lineRule="auto"/>
            </w:pPr>
            <w:r/>
            <w:r>
              <w:rPr>
                <w:rFonts w:ascii="宋体" w:hAnsi="宋体" w:eastAsia="宋体"/>
                <w:b w:val="0"/>
                <w:sz w:val="18"/>
              </w:rPr>
              <w:t>师：同学们，我们班有多少个学生？我们学校呢？</w:t>
            </w:r>
          </w:p>
          <w:p>
            <w:pPr>
              <w:spacing w:after="20" w:line="276" w:lineRule="auto"/>
            </w:pPr>
            <w:r>
              <w:rPr>
                <w:rFonts w:ascii="宋体" w:hAnsi="宋体" w:eastAsia="宋体"/>
                <w:b w:val="0"/>
                <w:sz w:val="18"/>
              </w:rPr>
              <w:t>师：我们班有44人，是一个准确数。大家说的学校大约有三千人，表示的不是一个准确数，而是一个近似数。今天这节课我们一起来研究近似数。(板书课题：求近似数)</w:t>
            </w:r>
          </w:p>
        </w:tc>
        <w:tc>
          <w:tcPr>
            <w:tcW w:type="dxa" w:w="3061"/>
          </w:tcPr>
          <w:p>
            <w:pPr>
              <w:spacing w:after="20" w:line="276" w:lineRule="auto"/>
            </w:pPr>
            <w:r/>
            <w:r>
              <w:rPr>
                <w:rFonts w:ascii="宋体" w:hAnsi="宋体" w:eastAsia="宋体"/>
                <w:b w:val="0"/>
                <w:sz w:val="18"/>
              </w:rPr>
              <w:t>学生自主回答。</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创设情境激活学生已有经验，自然引出本课学习内容，激发学习兴趣，核心问题："同学们，我们班有多少个学生？我们学校呢？"</w:t>
            </w:r>
          </w:p>
        </w:tc>
      </w:tr>
      <w:tr>
        <w:tc>
          <w:tcPr>
            <w:tcW w:type="dxa" w:w="1474"/>
          </w:tcPr>
          <w:p>
            <w:pPr>
              <w:spacing w:after="20" w:line="276" w:lineRule="auto"/>
            </w:pPr>
            <w:r>
              <w:rPr>
                <w:b/>
              </w:rPr>
            </w:r>
            <w:r>
              <w:rPr>
                <w:rFonts w:ascii="宋体" w:hAnsi="宋体" w:eastAsia="宋体"/>
                <w:b/>
                <w:sz w:val="18"/>
              </w:rPr>
              <w:t>探索新知，掌握方法</w:t>
            </w:r>
          </w:p>
        </w:tc>
        <w:tc>
          <w:tcPr>
            <w:tcW w:type="dxa" w:w="3061"/>
          </w:tcPr>
          <w:p>
            <w:pPr>
              <w:spacing w:after="20" w:line="276" w:lineRule="auto"/>
            </w:pPr>
            <w:r/>
            <w:r>
              <w:rPr>
                <w:rFonts w:ascii="宋体" w:hAnsi="宋体" w:eastAsia="宋体"/>
                <w:b w:val="0"/>
                <w:sz w:val="18"/>
              </w:rPr>
              <w:t>1.创设情境，理解近似数。</w:t>
            </w:r>
          </w:p>
          <w:p>
            <w:pPr>
              <w:spacing w:after="20" w:line="276" w:lineRule="auto"/>
            </w:pPr>
            <w:r>
              <w:rPr>
                <w:rFonts w:ascii="宋体" w:hAnsi="宋体" w:eastAsia="宋体"/>
                <w:b w:val="0"/>
                <w:sz w:val="18"/>
              </w:rPr>
              <w:t>课件出示教科书P17例8。</w:t>
            </w:r>
          </w:p>
          <w:p>
            <w:pPr>
              <w:spacing w:after="20" w:line="276" w:lineRule="auto"/>
            </w:pPr>
            <w:r>
              <w:rPr>
                <w:rFonts w:ascii="宋体" w:hAnsi="宋体" w:eastAsia="宋体"/>
                <w:b w:val="0"/>
                <w:sz w:val="18"/>
              </w:rPr>
              <w:t>师：从图中你知道了哪些信息？要我们解决什么问题？</w:t>
            </w:r>
          </w:p>
          <w:p>
            <w:pPr>
              <w:spacing w:after="20" w:line="276" w:lineRule="auto"/>
            </w:pPr>
            <w:r>
              <w:rPr>
                <w:rFonts w:ascii="宋体" w:hAnsi="宋体" w:eastAsia="宋体"/>
                <w:b w:val="0"/>
                <w:sz w:val="18"/>
              </w:rPr>
              <w:t>2．探究求亿以内数的近似数的方法。</w:t>
            </w:r>
          </w:p>
          <w:p>
            <w:pPr>
              <w:spacing w:after="20" w:line="276" w:lineRule="auto"/>
            </w:pPr>
            <w:r>
              <w:rPr>
                <w:rFonts w:ascii="宋体" w:hAnsi="宋体" w:eastAsia="宋体"/>
                <w:b w:val="0"/>
                <w:sz w:val="18"/>
              </w:rPr>
              <w:t>(1)体会用“四舍”的方法求近似数。</w:t>
            </w:r>
          </w:p>
          <w:p>
            <w:pPr>
              <w:spacing w:after="20" w:line="276" w:lineRule="auto"/>
            </w:pPr>
            <w:r>
              <w:rPr>
                <w:rFonts w:ascii="宋体" w:hAnsi="宋体" w:eastAsia="宋体"/>
                <w:b w:val="0"/>
                <w:sz w:val="18"/>
              </w:rPr>
              <w:t>师：先来看这个小一点的数——182068，这个数是怎样改写成18万的？</w:t>
            </w:r>
          </w:p>
          <w:p>
            <w:pPr>
              <w:spacing w:after="20" w:line="276" w:lineRule="auto"/>
            </w:pPr>
            <w:r>
              <w:rPr>
                <w:rFonts w:ascii="宋体" w:hAnsi="宋体" w:eastAsia="宋体"/>
                <w:b w:val="0"/>
                <w:sz w:val="18"/>
              </w:rPr>
              <w:t>师：我们来看图。(课件出示数线图，教师配合板书)</w:t>
            </w:r>
          </w:p>
          <w:p>
            <w:pPr>
              <w:spacing w:after="20" w:line="276" w:lineRule="auto"/>
            </w:pPr>
            <w:r>
              <w:rPr>
                <w:rFonts w:ascii="宋体" w:hAnsi="宋体" w:eastAsia="宋体"/>
                <w:b w:val="0"/>
                <w:sz w:val="18"/>
              </w:rPr>
              <w:t>师：如果把千位上的“2”改成“4”，那又是多少呢？(大约是18万)</w:t>
            </w:r>
          </w:p>
          <w:p>
            <w:pPr>
              <w:spacing w:after="20" w:line="276" w:lineRule="auto"/>
            </w:pPr>
            <w:r>
              <w:rPr>
                <w:rFonts w:ascii="宋体" w:hAnsi="宋体" w:eastAsia="宋体"/>
                <w:b w:val="0"/>
                <w:sz w:val="18"/>
              </w:rPr>
              <w:t>(2)体会用“五入”的方法求近似数。</w:t>
            </w:r>
          </w:p>
          <w:p>
            <w:pPr>
              <w:spacing w:after="20" w:line="276" w:lineRule="auto"/>
            </w:pPr>
            <w:r>
              <w:rPr>
                <w:rFonts w:ascii="宋体" w:hAnsi="宋体" w:eastAsia="宋体"/>
                <w:b w:val="0"/>
                <w:sz w:val="18"/>
              </w:rPr>
              <w:t>师：如果把千位上的“2”改成“5”，那又是多少呢？</w:t>
            </w:r>
          </w:p>
          <w:p>
            <w:pPr>
              <w:spacing w:after="20" w:line="276" w:lineRule="auto"/>
            </w:pPr>
            <w:r>
              <w:rPr>
                <w:rFonts w:ascii="宋体" w:hAnsi="宋体" w:eastAsia="宋体"/>
                <w:b w:val="0"/>
                <w:sz w:val="18"/>
              </w:rPr>
              <w:t>师：如果把千位上的“2”改成“9”呢？(大约是19万)(适时板书)</w:t>
            </w:r>
          </w:p>
          <w:p>
            <w:pPr>
              <w:spacing w:after="20" w:line="276" w:lineRule="auto"/>
            </w:pPr>
            <w:r>
              <w:rPr>
                <w:rFonts w:ascii="宋体" w:hAnsi="宋体" w:eastAsia="宋体"/>
                <w:b w:val="0"/>
                <w:sz w:val="18"/>
              </w:rPr>
              <w:t>3．总结方法。</w:t>
            </w:r>
          </w:p>
          <w:p>
            <w:pPr>
              <w:spacing w:after="20" w:line="276" w:lineRule="auto"/>
            </w:pPr>
            <w:r>
              <w:rPr>
                <w:rFonts w:ascii="宋体" w:hAnsi="宋体" w:eastAsia="宋体"/>
                <w:b w:val="0"/>
                <w:sz w:val="18"/>
              </w:rPr>
              <w:t>师：刚才在省略万位后面的尾数求近似数的过程中有几种情况呢？分别是哪几种？</w:t>
            </w:r>
          </w:p>
          <w:p>
            <w:pPr>
              <w:spacing w:after="20" w:line="276" w:lineRule="auto"/>
            </w:pPr>
            <w:r>
              <w:rPr>
                <w:rFonts w:ascii="宋体" w:hAnsi="宋体" w:eastAsia="宋体"/>
                <w:b w:val="0"/>
                <w:sz w:val="18"/>
              </w:rPr>
              <w:t>教师根据学生的回答适时板书。</w:t>
            </w:r>
          </w:p>
          <w:p>
            <w:pPr>
              <w:spacing w:after="20" w:line="276" w:lineRule="auto"/>
            </w:pPr>
            <w:r>
              <w:rPr>
                <w:rFonts w:ascii="宋体" w:hAnsi="宋体" w:eastAsia="宋体"/>
                <w:b w:val="0"/>
                <w:sz w:val="18"/>
              </w:rPr>
              <w:t>师：这种求近似数的方法叫“四舍五入”法。求近似数时，什么时候“舍”？什么时候“入”？</w:t>
            </w:r>
          </w:p>
          <w:p>
            <w:pPr>
              <w:spacing w:after="20" w:line="276" w:lineRule="auto"/>
            </w:pPr>
            <w:r>
              <w:rPr>
                <w:rFonts w:ascii="宋体" w:hAnsi="宋体" w:eastAsia="宋体"/>
                <w:b w:val="0"/>
                <w:sz w:val="18"/>
              </w:rPr>
              <w:t>师小结：是“舍”还是“入”，要看省略的尾数部分的最高位上的数是小于5还是大于或等于5。</w:t>
            </w:r>
          </w:p>
          <w:p>
            <w:pPr>
              <w:spacing w:after="20" w:line="276" w:lineRule="auto"/>
            </w:pPr>
            <w:r>
              <w:rPr>
                <w:rFonts w:ascii="宋体" w:hAnsi="宋体" w:eastAsia="宋体"/>
                <w:b w:val="0"/>
                <w:sz w:val="18"/>
              </w:rPr>
              <w:t>5．自主探究求亿以上数的近似数。</w:t>
            </w:r>
          </w:p>
          <w:p>
            <w:pPr>
              <w:spacing w:after="20" w:line="276" w:lineRule="auto"/>
            </w:pPr>
            <w:r>
              <w:rPr>
                <w:rFonts w:ascii="宋体" w:hAnsi="宋体" w:eastAsia="宋体"/>
                <w:b w:val="0"/>
                <w:sz w:val="18"/>
              </w:rPr>
              <w:t>(1)课件出示教科书P17“试一试”。</w:t>
            </w:r>
          </w:p>
          <w:p>
            <w:pPr>
              <w:spacing w:after="20" w:line="276" w:lineRule="auto"/>
            </w:pPr>
            <w:r>
              <w:rPr>
                <w:rFonts w:ascii="宋体" w:hAnsi="宋体" w:eastAsia="宋体"/>
                <w:b w:val="0"/>
                <w:sz w:val="18"/>
              </w:rPr>
              <w:t>师：读一读这些数。</w:t>
            </w:r>
          </w:p>
          <w:p>
            <w:pPr>
              <w:spacing w:after="20" w:line="276" w:lineRule="auto"/>
            </w:pPr>
            <w:r>
              <w:rPr>
                <w:rFonts w:ascii="宋体" w:hAnsi="宋体" w:eastAsia="宋体"/>
                <w:b w:val="0"/>
                <w:sz w:val="18"/>
              </w:rPr>
              <w:t>师：这道题的改写方法跟前面的一样吗？试一试。</w:t>
            </w:r>
          </w:p>
          <w:p>
            <w:pPr>
              <w:spacing w:after="20" w:line="276" w:lineRule="auto"/>
            </w:pPr>
            <w:r>
              <w:rPr>
                <w:rFonts w:ascii="宋体" w:hAnsi="宋体" w:eastAsia="宋体"/>
                <w:b w:val="0"/>
                <w:sz w:val="18"/>
              </w:rPr>
              <w:t>(2)交流方法。</w:t>
            </w:r>
          </w:p>
          <w:p>
            <w:pPr>
              <w:spacing w:after="20" w:line="276" w:lineRule="auto"/>
            </w:pPr>
            <w:r>
              <w:rPr>
                <w:rFonts w:ascii="宋体" w:hAnsi="宋体" w:eastAsia="宋体"/>
                <w:b w:val="0"/>
                <w:sz w:val="18"/>
              </w:rPr>
              <w:t>师小结：不是整亿的数省略亿位后面的尾数求近似数，可以先分级，再看千万位上的数，满5就向前一位进1，再舍去亿位后面的尾数，最后添上一个“亿”字。不满5就直接舍去亿位后面的尾数，再添上一个“亿”字。</w:t>
            </w:r>
          </w:p>
          <w:p>
            <w:pPr>
              <w:spacing w:after="20" w:line="276" w:lineRule="auto"/>
            </w:pPr>
            <w:r>
              <w:rPr>
                <w:rFonts w:ascii="宋体" w:hAnsi="宋体" w:eastAsia="宋体"/>
                <w:b w:val="0"/>
                <w:sz w:val="18"/>
              </w:rPr>
              <w:t>(3)比较异同。</w:t>
            </w:r>
          </w:p>
          <w:p>
            <w:pPr>
              <w:spacing w:after="20" w:line="276" w:lineRule="auto"/>
            </w:pPr>
            <w:r>
              <w:rPr>
                <w:rFonts w:ascii="宋体" w:hAnsi="宋体" w:eastAsia="宋体"/>
                <w:b w:val="0"/>
                <w:sz w:val="18"/>
              </w:rPr>
              <w:t>师：省略亿位后面的尾数求近似数的方法与省略万位后面的尾数求近似数的方法有什么相同点和不同点？</w:t>
            </w:r>
          </w:p>
          <w:p>
            <w:pPr>
              <w:spacing w:after="20" w:line="276" w:lineRule="auto"/>
            </w:pPr>
            <w:r>
              <w:rPr>
                <w:rFonts w:ascii="宋体" w:hAnsi="宋体" w:eastAsia="宋体"/>
                <w:b w:val="0"/>
                <w:sz w:val="18"/>
              </w:rPr>
              <w:t>师小结：无论是省略万位后面的尾数还是省略亿位后面的尾数，都要用“四舍五入”法求近似数，都要根据省略的尾数部分的最高位上的数来决定是“四舍”还是“五入”，并且“五入”时不要忘记向前一位进1。(适时板书)</w:t>
            </w:r>
          </w:p>
        </w:tc>
        <w:tc>
          <w:tcPr>
            <w:tcW w:type="dxa" w:w="3061"/>
          </w:tcPr>
          <w:p>
            <w:pPr>
              <w:spacing w:after="20" w:line="276" w:lineRule="auto"/>
            </w:pPr>
            <w:r/>
            <w:r>
              <w:rPr>
                <w:rFonts w:ascii="宋体" w:hAnsi="宋体" w:eastAsia="宋体"/>
                <w:b w:val="0"/>
                <w:sz w:val="18"/>
              </w:rPr>
              <w:t>同桌间交流讨论后，教师指名汇报。</w:t>
            </w:r>
          </w:p>
          <w:p>
            <w:pPr>
              <w:spacing w:after="20" w:line="276" w:lineRule="auto"/>
            </w:pPr>
            <w:r>
              <w:rPr>
                <w:rFonts w:ascii="宋体" w:hAnsi="宋体" w:eastAsia="宋体"/>
                <w:b w:val="0"/>
                <w:sz w:val="18"/>
              </w:rPr>
              <w:t>182068在18万和19万之间，但是它更接近18万，所以它大约是18万。</w:t>
            </w:r>
          </w:p>
          <w:p>
            <w:pPr>
              <w:spacing w:after="20" w:line="276" w:lineRule="auto"/>
            </w:pPr>
            <w:r>
              <w:rPr>
                <w:rFonts w:ascii="宋体" w:hAnsi="宋体" w:eastAsia="宋体"/>
                <w:b w:val="0"/>
                <w:sz w:val="18"/>
              </w:rPr>
              <w:t>变成5后，它离19万近一些，应该是19万。(适时板书)</w:t>
            </w:r>
          </w:p>
          <w:p>
            <w:pPr>
              <w:spacing w:after="20" w:line="276" w:lineRule="auto"/>
            </w:pPr>
            <w:r>
              <w:rPr>
                <w:rFonts w:ascii="宋体" w:hAnsi="宋体" w:eastAsia="宋体"/>
                <w:b w:val="0"/>
                <w:sz w:val="18"/>
              </w:rPr>
              <w:t>预设1：当千位上的数小于5，把万位后面的尾数舍去，改写成0。</w:t>
            </w:r>
          </w:p>
          <w:p>
            <w:pPr>
              <w:spacing w:after="20" w:line="276" w:lineRule="auto"/>
            </w:pPr>
            <w:r>
              <w:rPr>
                <w:rFonts w:ascii="宋体" w:hAnsi="宋体" w:eastAsia="宋体"/>
                <w:b w:val="0"/>
                <w:sz w:val="18"/>
              </w:rPr>
              <w:t>预设2：当千位上的数大于或等于5，向前一位进1，再把万位后面的尾数舍去，改写成0。</w:t>
            </w:r>
          </w:p>
          <w:p>
            <w:pPr>
              <w:spacing w:after="20" w:line="276" w:lineRule="auto"/>
            </w:pPr>
            <w:r>
              <w:rPr>
                <w:rFonts w:ascii="宋体" w:hAnsi="宋体" w:eastAsia="宋体"/>
                <w:b w:val="0"/>
                <w:sz w:val="18"/>
              </w:rPr>
              <w:t>4．学生自主说一说218309是怎样改写成22万的。</w:t>
            </w:r>
          </w:p>
          <w:p>
            <w:pPr>
              <w:spacing w:after="20" w:line="276" w:lineRule="auto"/>
            </w:pPr>
            <w:r>
              <w:rPr>
                <w:rFonts w:ascii="宋体" w:hAnsi="宋体" w:eastAsia="宋体"/>
                <w:b w:val="0"/>
                <w:sz w:val="18"/>
              </w:rPr>
              <w:t>省略万位后面的尾数，省略的尾数部分的最高位是千位，千位上是8，8大于5，向前一位进1，21＋1＝22，最后把千位和后面的数全舍去，再添上一个“万”字，最后的结果就是22万。</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设计递进式探究活动，引导学生在动手实践与合作交流中经历知识形成过程，突破本课重难点，核心问题："从图中你知道了哪些信息？要我们解决什么问题？"</w:t>
            </w:r>
          </w:p>
        </w:tc>
      </w:tr>
      <w:tr>
        <w:tc>
          <w:tcPr>
            <w:tcW w:type="dxa" w:w="1474"/>
          </w:tcPr>
          <w:p>
            <w:pPr>
              <w:spacing w:after="20" w:line="276" w:lineRule="auto"/>
            </w:pPr>
            <w:r>
              <w:rPr>
                <w:b/>
              </w:rPr>
            </w:r>
            <w:r>
              <w:rPr>
                <w:rFonts w:ascii="宋体" w:hAnsi="宋体" w:eastAsia="宋体"/>
                <w:b/>
                <w:sz w:val="18"/>
              </w:rPr>
              <w:t>巩固应用，加深理解</w:t>
            </w:r>
          </w:p>
        </w:tc>
        <w:tc>
          <w:tcPr>
            <w:tcW w:type="dxa" w:w="3061"/>
          </w:tcPr>
          <w:p>
            <w:pPr>
              <w:spacing w:after="20" w:line="276" w:lineRule="auto"/>
            </w:pPr>
            <w:r/>
            <w:r>
              <w:rPr>
                <w:rFonts w:ascii="宋体" w:hAnsi="宋体" w:eastAsia="宋体"/>
                <w:b w:val="0"/>
                <w:sz w:val="18"/>
              </w:rPr>
              <w:t>课件出示教科书P17“做一做”。</w:t>
            </w:r>
          </w:p>
        </w:tc>
        <w:tc>
          <w:tcPr>
            <w:tcW w:type="dxa" w:w="3061"/>
          </w:tcPr>
          <w:p>
            <w:pPr>
              <w:spacing w:after="20" w:line="276" w:lineRule="auto"/>
            </w:pPr>
            <w:r/>
            <w:r>
              <w:rPr>
                <w:rFonts w:ascii="宋体" w:hAnsi="宋体" w:eastAsia="宋体"/>
                <w:b w:val="0"/>
                <w:sz w:val="18"/>
              </w:rPr>
              <w:t>学生独立完成后小组内交流，教师巡视指导，可适时引导关注题目中的关键字：省略的是万位或亿位后面的尾数。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数线图，让学生自主探究，通过不断地改变千位上的数再改写成用“万”作单位的近似数，让学生理解并能自己尝试总结用“四舍五入”法求近似数的方法。在探究求亿以上数的近似数环节，尊重学生已有的知识经验，放手让学生自己探究后交流，通过比较省略亿位后面的尾数求近似数和省略万位后面的尾数求近似数的异同，让学生进一步清楚“四舍五入”法的本质：观察省略的尾数部分的最高位是否满5，再考虑是“舍”还是“入”。</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求近似数</w:t>
      </w:r>
    </w:p>
    <w:p>
      <w:pPr>
        <w:spacing w:after="40" w:line="300" w:lineRule="auto"/>
      </w:pPr>
      <w:r>
        <w:rPr>
          <w:rFonts w:ascii="宋体" w:hAnsi="宋体" w:eastAsia="宋体"/>
          <w:b w:val="0"/>
          <w:sz w:val="20"/>
        </w:rPr>
        <w:t>182068≈180000　即182068≈18万</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千位上的2小于5，把万位后面的尾数舍去，改写成0。</w:t>
      </w:r>
    </w:p>
    <w:p>
      <w:pPr>
        <w:spacing w:after="40" w:line="300" w:lineRule="auto"/>
      </w:pPr>
      <w:r>
        <w:rPr>
          <w:rFonts w:ascii="宋体" w:hAnsi="宋体" w:eastAsia="宋体"/>
          <w:b w:val="0"/>
          <w:sz w:val="20"/>
        </w:rPr>
        <w:t>↑</w:t>
      </w:r>
    </w:p>
    <w:p>
      <w:pPr>
        <w:spacing w:after="40" w:line="300" w:lineRule="auto"/>
      </w:pPr>
      <w:r>
        <w:rPr>
          <w:rFonts w:ascii="宋体" w:hAnsi="宋体" w:eastAsia="宋体"/>
          <w:b w:val="0"/>
          <w:sz w:val="20"/>
        </w:rPr>
        <w:t>千位上的数大于或等于5，向前一位进1，再把万位后面的尾数舍去，改写成0。</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教科书P17例8。</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于学生来说，将非整万的数用“四舍五入”法求出近似数，再改写成用“万”作单位的数，理解起来有一定的困难。因此在教学例8时，不能直接告知学生这里求的是近似数，而是要引导学生充分地阅读与分析，让学生自己读明白题目的要求。在探究用“四舍五入”法求近似数的过程中，以例8的第一个问题为研究素材，并加以变化和补充，借助数线图，让学生去体会、感悟、抽象、概括，明确什么时候该“舍”，什么时候该“入”，最后掌握和巩固求近似数的方法。</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整理和复习(练习四)</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整理和复习(练习四)</w:t>
            </w:r>
          </w:p>
        </w:tc>
        <w:tc>
          <w:tcPr>
            <w:tcW w:type="dxa" w:w="6009"/>
          </w:tcPr>
          <w:p>
            <w:pPr>
              <w:spacing w:after="20" w:line="276" w:lineRule="auto"/>
            </w:pPr>
            <w:r/>
            <w:r>
              <w:rPr>
                <w:rFonts w:ascii="宋体" w:hAnsi="宋体" w:eastAsia="宋体"/>
                <w:b w:val="0"/>
                <w:sz w:val="20"/>
              </w:rPr>
              <w:t>第1单元 万以上数的认识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万以上的数在日常生活和生产中应用广泛，是学生必须掌握的基础知识。但是小学生在生活中很少接触到大数，因此这些数对于他们来说是比较抽象的。“大数的认识”从万以内的数拓展到万以上的数，数目大，数位多，读和写的情况比较复杂，学生学习有一定的难度。所以，在教学中我们要注重知识方法的迁移，促使学生主动获取知识，同时促进学生智力的发展与能力的提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教学内容：教科书P21“整理和复习”，P22～23“练习四”。</w:t>
      </w:r>
    </w:p>
    <w:p>
      <w:pPr>
        <w:spacing w:after="80" w:line="300" w:lineRule="auto"/>
        <w:ind w:firstLine="400"/>
      </w:pPr>
      <w:r>
        <w:rPr>
          <w:rFonts w:ascii="宋体" w:hAnsi="宋体" w:eastAsia="宋体"/>
          <w:b w:val="0"/>
          <w:sz w:val="20"/>
        </w:rPr>
        <w:t>教学准备：课件、0～9的数字卡片。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（1）进一步掌握有关大数的概念、读写方法、比较大小、改写与求近似数等知识，厘清知识结构，构建知识体系。</w:t>
      </w:r>
    </w:p>
    <w:p>
      <w:pPr>
        <w:spacing w:after="20" w:line="300" w:lineRule="auto"/>
        <w:ind w:firstLine="400"/>
      </w:pPr>
      <w:r>
        <w:rPr>
          <w:rFonts w:ascii="宋体" w:hAnsi="宋体" w:eastAsia="宋体"/>
          <w:b w:val="0"/>
          <w:sz w:val="20"/>
        </w:rPr>
        <w:t>（2）在整理和复习的过程中，体会和感受大数在日常生活中的应用，进一步培养学生的数感。</w:t>
      </w:r>
    </w:p>
    <w:p>
      <w:pPr>
        <w:spacing w:after="20" w:line="300" w:lineRule="auto"/>
        <w:ind w:firstLine="400"/>
      </w:pPr>
      <w:r>
        <w:rPr>
          <w:rFonts w:ascii="宋体" w:hAnsi="宋体" w:eastAsia="宋体"/>
          <w:b w:val="0"/>
          <w:sz w:val="20"/>
        </w:rPr>
        <w:t>（3）在整理和复习中，探索学习方法，培养学生良好的复习习惯。</w:t>
      </w:r>
    </w:p>
    <w:p>
      <w:pPr>
        <w:spacing w:after="20" w:line="300" w:lineRule="auto"/>
      </w:pPr>
      <w:r>
        <w:rPr>
          <w:rFonts w:ascii="宋体" w:hAnsi="宋体" w:eastAsia="宋体"/>
          <w:b w:val="0"/>
          <w:sz w:val="20"/>
        </w:rPr>
        <w:t>教学重点：整理和复习有关大数的知识。</w:t>
      </w:r>
    </w:p>
    <w:p>
      <w:pPr>
        <w:spacing w:after="20" w:line="300" w:lineRule="auto"/>
      </w:pPr>
      <w:r>
        <w:rPr>
          <w:rFonts w:ascii="宋体" w:hAnsi="宋体" w:eastAsia="宋体"/>
          <w:b w:val="0"/>
          <w:sz w:val="20"/>
        </w:rPr>
        <w:t>教学难点：经历整理和复习的过程，探索学习方法。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回忆与梳理</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同学们，本单元“万以上数的认识”我们已经学完了，请你们回忆一下，我们学习了哪些重要的知识？</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分类与整理</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看到这张数位顺序表，你们还有什么想补充的吗？；关于大数的读法，我们应该注意什么？</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三、巩固练习，提升能力</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改写成用“万”作单位的数，要把哪一位后面的尾数舍去？“四舍五入”是由哪一位上的数决定的？；9亿多约等于9亿，是用的什么方法求出的近似数？(四舍)，千万位可能是几？</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回忆与梳理</w:t>
            </w:r>
          </w:p>
        </w:tc>
        <w:tc>
          <w:tcPr>
            <w:tcW w:type="dxa" w:w="3061"/>
          </w:tcPr>
          <w:p>
            <w:pPr>
              <w:spacing w:after="20" w:line="276" w:lineRule="auto"/>
            </w:pPr>
            <w:r/>
            <w:r>
              <w:rPr>
                <w:rFonts w:ascii="宋体" w:hAnsi="宋体" w:eastAsia="宋体"/>
                <w:b w:val="0"/>
                <w:sz w:val="18"/>
              </w:rPr>
              <w:t>师：同学们，本单元“万以上数的认识”我们已经学完了，请你们回忆一下，我们学习了哪些重要的知识？</w:t>
            </w:r>
          </w:p>
          <w:p>
            <w:pPr>
              <w:spacing w:after="20" w:line="276" w:lineRule="auto"/>
            </w:pPr>
            <w:r>
              <w:rPr>
                <w:rFonts w:ascii="宋体" w:hAnsi="宋体" w:eastAsia="宋体"/>
                <w:b w:val="0"/>
                <w:sz w:val="18"/>
              </w:rPr>
              <w:t>师：大家真了不起，学会了这么多的知识，我们一起来把它们整理一下。[板书课题：整理和复习(练习四)]</w:t>
            </w:r>
          </w:p>
        </w:tc>
        <w:tc>
          <w:tcPr>
            <w:tcW w:type="dxa" w:w="3061"/>
          </w:tcPr>
          <w:p>
            <w:pPr>
              <w:spacing w:after="20" w:line="276" w:lineRule="auto"/>
            </w:pPr>
            <w:r/>
            <w:r>
              <w:rPr>
                <w:rFonts w:ascii="宋体" w:hAnsi="宋体" w:eastAsia="宋体"/>
                <w:b w:val="0"/>
                <w:sz w:val="18"/>
              </w:rPr>
              <w:t>同桌间相互交流讨论后，教师指名学生回答。</w:t>
            </w:r>
          </w:p>
          <w:p>
            <w:pPr>
              <w:spacing w:after="20" w:line="276" w:lineRule="auto"/>
            </w:pPr>
            <w:r>
              <w:rPr>
                <w:rFonts w:ascii="宋体" w:hAnsi="宋体" w:eastAsia="宋体"/>
                <w:b w:val="0"/>
                <w:sz w:val="18"/>
              </w:rPr>
              <w:t>这一单元的知识点和概念较多，学生回答的是自己印象最深的，而且是想到什么说什么，凌乱无序。教师在此可不进行任何评价。</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引导学生回顾梳理本课所学，完善认知结构，提升归纳与反思能力，核心问题："同学们，本单元“万以上数的认识”我们已经学完了，请你们回忆一下，我们学习了哪些重要的知识？"</w:t>
            </w:r>
          </w:p>
        </w:tc>
      </w:tr>
      <w:tr>
        <w:tc>
          <w:tcPr>
            <w:tcW w:type="dxa" w:w="1474"/>
          </w:tcPr>
          <w:p>
            <w:pPr>
              <w:spacing w:after="20" w:line="276" w:lineRule="auto"/>
            </w:pPr>
            <w:r>
              <w:rPr>
                <w:b/>
              </w:rPr>
            </w:r>
            <w:r>
              <w:rPr>
                <w:rFonts w:ascii="宋体" w:hAnsi="宋体" w:eastAsia="宋体"/>
                <w:b/>
                <w:sz w:val="18"/>
              </w:rPr>
              <w:t>分类与整理</w:t>
            </w:r>
          </w:p>
        </w:tc>
        <w:tc>
          <w:tcPr>
            <w:tcW w:type="dxa" w:w="3061"/>
          </w:tcPr>
          <w:p>
            <w:pPr>
              <w:spacing w:after="20" w:line="276" w:lineRule="auto"/>
            </w:pPr>
            <w:r/>
            <w:r>
              <w:rPr>
                <w:rFonts w:ascii="宋体" w:hAnsi="宋体" w:eastAsia="宋体"/>
                <w:b w:val="0"/>
                <w:sz w:val="18"/>
              </w:rPr>
              <w:t>1.整体回顾。</w:t>
            </w:r>
          </w:p>
          <w:p>
            <w:pPr>
              <w:spacing w:after="20" w:line="276" w:lineRule="auto"/>
            </w:pPr>
            <w:r>
              <w:rPr>
                <w:rFonts w:ascii="宋体" w:hAnsi="宋体" w:eastAsia="宋体"/>
                <w:b w:val="0"/>
                <w:sz w:val="18"/>
              </w:rPr>
              <w:t>课件出示“知识结构图”。</w:t>
            </w:r>
          </w:p>
          <w:p>
            <w:pPr>
              <w:spacing w:after="20" w:line="276" w:lineRule="auto"/>
            </w:pPr>
            <w:r>
              <w:rPr>
                <w:rFonts w:ascii="宋体" w:hAnsi="宋体" w:eastAsia="宋体"/>
                <w:b w:val="0"/>
                <w:sz w:val="18"/>
              </w:rPr>
              <w:t>师：这一单元的知识主要包括数的认识、读数与写数、数的大小比较、数的改写和求近似数。大家对于基本的知识点，大部分都记得，下面我们继续梳理。(适时板书)</w:t>
            </w:r>
          </w:p>
          <w:p>
            <w:pPr>
              <w:spacing w:after="20" w:line="276" w:lineRule="auto"/>
            </w:pPr>
            <w:r>
              <w:rPr>
                <w:rFonts w:ascii="宋体" w:hAnsi="宋体" w:eastAsia="宋体"/>
                <w:b w:val="0"/>
                <w:sz w:val="18"/>
              </w:rPr>
              <w:t>2．知识梳理。</w:t>
            </w:r>
          </w:p>
          <w:p>
            <w:pPr>
              <w:spacing w:after="20" w:line="276" w:lineRule="auto"/>
            </w:pPr>
            <w:r>
              <w:rPr>
                <w:rFonts w:ascii="宋体" w:hAnsi="宋体" w:eastAsia="宋体"/>
                <w:b w:val="0"/>
                <w:sz w:val="18"/>
              </w:rPr>
              <w:t>(1)课件出示数位顺序表。</w:t>
            </w:r>
          </w:p>
          <w:p>
            <w:pPr>
              <w:spacing w:after="20" w:line="276" w:lineRule="auto"/>
            </w:pPr>
            <w:r>
              <w:rPr>
                <w:rFonts w:ascii="宋体" w:hAnsi="宋体" w:eastAsia="宋体"/>
                <w:b w:val="0"/>
                <w:sz w:val="18"/>
              </w:rPr>
              <w:t>师：看到这张数位顺序表，你们还有什么想补充的吗？</w:t>
            </w:r>
          </w:p>
          <w:p>
            <w:pPr>
              <w:spacing w:after="20" w:line="276" w:lineRule="auto"/>
            </w:pPr>
            <w:r>
              <w:rPr>
                <w:rFonts w:ascii="宋体" w:hAnsi="宋体" w:eastAsia="宋体"/>
                <w:b w:val="0"/>
                <w:sz w:val="18"/>
              </w:rPr>
              <w:t>(2)复习读数、写数法则。</w:t>
            </w:r>
          </w:p>
          <w:p>
            <w:pPr>
              <w:spacing w:after="20" w:line="276" w:lineRule="auto"/>
            </w:pPr>
            <w:r>
              <w:rPr>
                <w:rFonts w:ascii="宋体" w:hAnsi="宋体" w:eastAsia="宋体"/>
                <w:b w:val="0"/>
                <w:sz w:val="18"/>
              </w:rPr>
              <w:t>师：关于大数的读法，我们应该注意什么？</w:t>
            </w:r>
          </w:p>
          <w:p>
            <w:pPr>
              <w:spacing w:after="20" w:line="276" w:lineRule="auto"/>
            </w:pPr>
            <w:r>
              <w:rPr>
                <w:rFonts w:ascii="宋体" w:hAnsi="宋体" w:eastAsia="宋体"/>
                <w:b w:val="0"/>
                <w:sz w:val="18"/>
              </w:rPr>
              <w:t>师小结：先分级，再从最高级开始读起。读完亿级或万级要加上“亿”字或“万”字。每级末尾的0，都不读，其他数位上有一个0或连续几个0，都只读一个零。</w:t>
            </w:r>
          </w:p>
          <w:p>
            <w:pPr>
              <w:spacing w:after="20" w:line="276" w:lineRule="auto"/>
            </w:pPr>
            <w:r>
              <w:rPr>
                <w:rFonts w:ascii="宋体" w:hAnsi="宋体" w:eastAsia="宋体"/>
                <w:b w:val="0"/>
                <w:sz w:val="18"/>
              </w:rPr>
              <w:t>师：在写数的时候又要注意什么呢？</w:t>
            </w:r>
          </w:p>
          <w:p>
            <w:pPr>
              <w:spacing w:after="20" w:line="276" w:lineRule="auto"/>
            </w:pPr>
            <w:r>
              <w:rPr>
                <w:rFonts w:ascii="宋体" w:hAnsi="宋体" w:eastAsia="宋体"/>
                <w:b w:val="0"/>
                <w:sz w:val="18"/>
              </w:rPr>
              <w:t>师小结：从最高级写起，哪个数位上一个也没有，就在那个数位上写0。</w:t>
            </w:r>
          </w:p>
          <w:p>
            <w:pPr>
              <w:spacing w:after="20" w:line="276" w:lineRule="auto"/>
            </w:pPr>
            <w:r>
              <w:rPr>
                <w:rFonts w:ascii="宋体" w:hAnsi="宋体" w:eastAsia="宋体"/>
                <w:b w:val="0"/>
                <w:sz w:val="18"/>
              </w:rPr>
              <w:t>(3)数的大小比较。</w:t>
            </w:r>
          </w:p>
          <w:p>
            <w:pPr>
              <w:spacing w:after="20" w:line="276" w:lineRule="auto"/>
            </w:pPr>
            <w:r>
              <w:rPr>
                <w:rFonts w:ascii="宋体" w:hAnsi="宋体" w:eastAsia="宋体"/>
                <w:b w:val="0"/>
                <w:sz w:val="18"/>
              </w:rPr>
              <w:t>师：怎样比较两个数的大小呢？</w:t>
            </w:r>
          </w:p>
          <w:p>
            <w:pPr>
              <w:spacing w:after="20" w:line="276" w:lineRule="auto"/>
            </w:pPr>
            <w:r>
              <w:rPr>
                <w:rFonts w:ascii="宋体" w:hAnsi="宋体" w:eastAsia="宋体"/>
                <w:b w:val="0"/>
                <w:sz w:val="18"/>
              </w:rPr>
              <w:t>师小结：先比较数的位数，位数越多数越大。如果位数相同，从最高位比起，最高位上的数大的那个数就大，如果最高位上的数相同，就依次比较下一个数位上的数。</w:t>
            </w:r>
          </w:p>
          <w:p>
            <w:pPr>
              <w:spacing w:after="20" w:line="276" w:lineRule="auto"/>
            </w:pPr>
            <w:r>
              <w:rPr>
                <w:rFonts w:ascii="宋体" w:hAnsi="宋体" w:eastAsia="宋体"/>
                <w:b w:val="0"/>
                <w:sz w:val="18"/>
              </w:rPr>
              <w:t>(4)数的改写和求近似数。</w:t>
            </w:r>
          </w:p>
          <w:p>
            <w:pPr>
              <w:spacing w:after="20" w:line="276" w:lineRule="auto"/>
            </w:pPr>
            <w:r>
              <w:rPr>
                <w:rFonts w:ascii="宋体" w:hAnsi="宋体" w:eastAsia="宋体"/>
                <w:b w:val="0"/>
                <w:sz w:val="18"/>
              </w:rPr>
              <w:t>师：①为什么有时要把一个多位数改写成一个用“万”或“亿”作单位的数？什么时候会用到近似数？</w:t>
            </w:r>
          </w:p>
          <w:p>
            <w:pPr>
              <w:spacing w:after="20" w:line="276" w:lineRule="auto"/>
            </w:pPr>
            <w:r>
              <w:rPr>
                <w:rFonts w:ascii="宋体" w:hAnsi="宋体" w:eastAsia="宋体"/>
                <w:b w:val="0"/>
                <w:sz w:val="18"/>
              </w:rPr>
              <w:t>②怎样把一个数改写成一个用“万”或“亿”作单位的数？</w:t>
            </w:r>
          </w:p>
          <w:p>
            <w:pPr>
              <w:spacing w:after="20" w:line="276" w:lineRule="auto"/>
            </w:pPr>
            <w:r>
              <w:rPr>
                <w:rFonts w:ascii="宋体" w:hAnsi="宋体" w:eastAsia="宋体"/>
                <w:b w:val="0"/>
                <w:sz w:val="18"/>
              </w:rPr>
              <w:t>③如何用“万”或“亿”作单位写出一个数的近似数？</w:t>
            </w:r>
          </w:p>
          <w:p>
            <w:pPr>
              <w:spacing w:after="20" w:line="276" w:lineRule="auto"/>
            </w:pPr>
            <w:r>
              <w:rPr>
                <w:rFonts w:ascii="宋体" w:hAnsi="宋体" w:eastAsia="宋体"/>
                <w:b w:val="0"/>
                <w:sz w:val="18"/>
              </w:rPr>
              <w:t>④改写和求近似数有什么区别？</w:t>
            </w:r>
          </w:p>
          <w:p>
            <w:pPr>
              <w:spacing w:after="20" w:line="276" w:lineRule="auto"/>
            </w:pPr>
            <w:r>
              <w:rPr>
                <w:rFonts w:ascii="宋体" w:hAnsi="宋体" w:eastAsia="宋体"/>
                <w:b w:val="0"/>
                <w:sz w:val="18"/>
              </w:rPr>
              <w:t>②先分级，再去掉万位后面4个0或亿位后面8个0，最后加上一个“万”或“亿”字。</w:t>
            </w:r>
          </w:p>
          <w:p>
            <w:pPr>
              <w:spacing w:after="20" w:line="276" w:lineRule="auto"/>
            </w:pPr>
            <w:r>
              <w:rPr>
                <w:rFonts w:ascii="宋体" w:hAnsi="宋体" w:eastAsia="宋体"/>
                <w:b w:val="0"/>
                <w:sz w:val="18"/>
              </w:rPr>
              <w:t>③省略“万”或“亿”后面的尾数，要看省略的尾数部分的最高位上的数，用“四舍五入”法取舍后面的数，并加上一个“万”或“亿”字，注意要用“≈”连接。</w:t>
            </w:r>
          </w:p>
          <w:p>
            <w:pPr>
              <w:spacing w:after="20" w:line="276" w:lineRule="auto"/>
            </w:pPr>
            <w:r>
              <w:rPr>
                <w:rFonts w:ascii="宋体" w:hAnsi="宋体" w:eastAsia="宋体"/>
                <w:b w:val="0"/>
                <w:sz w:val="18"/>
              </w:rPr>
              <w:t>④改写是精确表示用等号，求近似数是近似表示用约等号。</w:t>
            </w:r>
          </w:p>
        </w:tc>
        <w:tc>
          <w:tcPr>
            <w:tcW w:type="dxa" w:w="3061"/>
          </w:tcPr>
          <w:p>
            <w:pPr>
              <w:spacing w:after="20" w:line="276" w:lineRule="auto"/>
            </w:pPr>
            <w:r/>
            <w:r>
              <w:rPr>
                <w:rFonts w:ascii="宋体" w:hAnsi="宋体" w:eastAsia="宋体"/>
                <w:b w:val="0"/>
                <w:sz w:val="18"/>
              </w:rPr>
              <w:t>学生会说到数位与计数单位的区别，还有每相邻两个计数单位之间的进率是十，以及个级、万级、亿级分别有哪些数位的知识。教师可从数位、数级、计数单位、十进制计数法、位值等细节问题方面给予补充。</w:t>
            </w:r>
          </w:p>
          <w:p>
            <w:pPr>
              <w:spacing w:after="20" w:line="276" w:lineRule="auto"/>
            </w:pPr>
            <w:r>
              <w:rPr>
                <w:rFonts w:ascii="宋体" w:hAnsi="宋体" w:eastAsia="宋体"/>
                <w:b w:val="0"/>
                <w:sz w:val="18"/>
              </w:rPr>
              <w:t>学生能说清楚读大数的方法，特别是读数之前先分级的重要性。</w:t>
            </w:r>
          </w:p>
          <w:p>
            <w:pPr>
              <w:spacing w:after="20" w:line="276" w:lineRule="auto"/>
            </w:pPr>
            <w:r>
              <w:rPr>
                <w:rFonts w:ascii="宋体" w:hAnsi="宋体" w:eastAsia="宋体"/>
                <w:b w:val="0"/>
                <w:sz w:val="18"/>
              </w:rPr>
              <w:t>学生举例说明比较的方法。</w:t>
            </w:r>
          </w:p>
          <w:p>
            <w:pPr>
              <w:spacing w:after="20" w:line="276" w:lineRule="auto"/>
            </w:pPr>
            <w:r>
              <w:rPr>
                <w:rFonts w:ascii="宋体" w:hAnsi="宋体" w:eastAsia="宋体"/>
                <w:b w:val="0"/>
                <w:sz w:val="18"/>
              </w:rPr>
              <w:t>①有时候为了读、写方便，会把整万或整亿的数改成用“万”或“亿”作单位的数。有时在生活中，不需要准确的数字，这时我们可以用到近似数。</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引导学生回顾梳理本课所学，完善认知结构，提升归纳与反思能力，核心问题："看到这张数位顺序表，你们还有什么想补充的吗？"</w:t>
            </w:r>
          </w:p>
        </w:tc>
      </w:tr>
      <w:tr>
        <w:tc>
          <w:tcPr>
            <w:tcW w:type="dxa" w:w="1474"/>
          </w:tcPr>
          <w:p>
            <w:pPr>
              <w:spacing w:after="20" w:line="276" w:lineRule="auto"/>
            </w:pPr>
            <w:r>
              <w:rPr>
                <w:b/>
              </w:rPr>
            </w:r>
            <w:r>
              <w:rPr>
                <w:rFonts w:ascii="宋体" w:hAnsi="宋体" w:eastAsia="宋体"/>
                <w:b/>
                <w:sz w:val="18"/>
              </w:rPr>
              <w:t>三、巩固练习，提升能力</w:t>
            </w:r>
          </w:p>
        </w:tc>
        <w:tc>
          <w:tcPr>
            <w:tcW w:type="dxa" w:w="3061"/>
          </w:tcPr>
          <w:p>
            <w:pPr>
              <w:spacing w:after="20" w:line="276" w:lineRule="auto"/>
            </w:pPr>
            <w:r/>
            <w:r>
              <w:rPr>
                <w:rFonts w:ascii="宋体" w:hAnsi="宋体" w:eastAsia="宋体"/>
                <w:b w:val="0"/>
                <w:sz w:val="18"/>
              </w:rPr>
              <w:t>1.课件出示教科书P22“练习四”第1、2题。</w:t>
            </w:r>
          </w:p>
          <w:p>
            <w:pPr>
              <w:spacing w:after="20" w:line="276" w:lineRule="auto"/>
            </w:pPr>
            <w:r>
              <w:rPr>
                <w:rFonts w:ascii="宋体" w:hAnsi="宋体" w:eastAsia="宋体"/>
                <w:b w:val="0"/>
                <w:sz w:val="18"/>
              </w:rPr>
              <w:t>2．课件出示教科书P22“练习四”第3题。</w:t>
            </w:r>
          </w:p>
          <w:p>
            <w:pPr>
              <w:spacing w:after="20" w:line="276" w:lineRule="auto"/>
            </w:pPr>
            <w:r>
              <w:rPr>
                <w:rFonts w:ascii="宋体" w:hAnsi="宋体" w:eastAsia="宋体"/>
                <w:b w:val="0"/>
                <w:sz w:val="18"/>
              </w:rPr>
              <w:t>3．课件出示教科书P22“练习四”第4题。</w:t>
            </w:r>
          </w:p>
          <w:p>
            <w:pPr>
              <w:spacing w:after="20" w:line="276" w:lineRule="auto"/>
            </w:pPr>
            <w:r>
              <w:rPr>
                <w:rFonts w:ascii="宋体" w:hAnsi="宋体" w:eastAsia="宋体"/>
                <w:b w:val="0"/>
                <w:sz w:val="18"/>
              </w:rPr>
              <w:t>两人一组完成游戏。</w:t>
            </w:r>
          </w:p>
          <w:p>
            <w:pPr>
              <w:spacing w:after="20" w:line="276" w:lineRule="auto"/>
            </w:pPr>
            <w:r>
              <w:rPr>
                <w:rFonts w:ascii="宋体" w:hAnsi="宋体" w:eastAsia="宋体"/>
                <w:b w:val="0"/>
                <w:sz w:val="18"/>
              </w:rPr>
              <w:t>4．课件出示教科书P23“练习四”第5题。</w:t>
            </w:r>
          </w:p>
          <w:p>
            <w:pPr>
              <w:spacing w:after="20" w:line="276" w:lineRule="auto"/>
            </w:pPr>
            <w:r>
              <w:rPr>
                <w:rFonts w:ascii="宋体" w:hAnsi="宋体" w:eastAsia="宋体"/>
                <w:b w:val="0"/>
                <w:sz w:val="18"/>
              </w:rPr>
              <w:t>引导学生观察已知的数，先找规律，再说说是怎样数的。</w:t>
            </w:r>
          </w:p>
          <w:p>
            <w:pPr>
              <w:spacing w:after="20" w:line="276" w:lineRule="auto"/>
            </w:pPr>
            <w:r>
              <w:rPr>
                <w:rFonts w:ascii="宋体" w:hAnsi="宋体" w:eastAsia="宋体"/>
                <w:b w:val="0"/>
                <w:sz w:val="18"/>
              </w:rPr>
              <w:t>5．课件出示教科书P23“练习四”第6题。</w:t>
            </w:r>
          </w:p>
          <w:p>
            <w:pPr>
              <w:spacing w:after="20" w:line="276" w:lineRule="auto"/>
            </w:pPr>
            <w:r>
              <w:rPr>
                <w:rFonts w:ascii="宋体" w:hAnsi="宋体" w:eastAsia="宋体"/>
                <w:b w:val="0"/>
                <w:sz w:val="18"/>
              </w:rPr>
              <w:t>师：改写成用“万”作单位的数，要把哪一位后面的尾数舍去？“四舍五入”是由哪一位上的数决定的？</w:t>
            </w:r>
          </w:p>
          <w:p>
            <w:pPr>
              <w:spacing w:after="20" w:line="276" w:lineRule="auto"/>
            </w:pPr>
            <w:r>
              <w:rPr>
                <w:rFonts w:ascii="宋体" w:hAnsi="宋体" w:eastAsia="宋体"/>
                <w:b w:val="0"/>
                <w:sz w:val="18"/>
              </w:rPr>
              <w:t>6．课件出示教科书P23“练习四”第7题。</w:t>
            </w:r>
          </w:p>
          <w:p>
            <w:pPr>
              <w:spacing w:after="20" w:line="276" w:lineRule="auto"/>
            </w:pPr>
            <w:r>
              <w:rPr>
                <w:rFonts w:ascii="宋体" w:hAnsi="宋体" w:eastAsia="宋体"/>
                <w:b w:val="0"/>
                <w:sz w:val="18"/>
              </w:rPr>
              <w:t>师：9亿多约等于9亿，是用的什么方法求出的近似数？(四舍)，千万位可能是几？(0，1，2，3，4)</w:t>
            </w:r>
          </w:p>
          <w:p>
            <w:pPr>
              <w:spacing w:after="20" w:line="276" w:lineRule="auto"/>
            </w:pPr>
            <w:r>
              <w:rPr>
                <w:rFonts w:ascii="宋体" w:hAnsi="宋体" w:eastAsia="宋体"/>
                <w:b w:val="0"/>
                <w:sz w:val="18"/>
              </w:rPr>
              <w:t>师：68万多约等于69万，是用的什么方法求出的近似数？(五入)千位可能是几？(5，6，7，8，9)</w:t>
            </w:r>
          </w:p>
          <w:p>
            <w:pPr>
              <w:spacing w:after="20" w:line="276" w:lineRule="auto"/>
            </w:pPr>
            <w:r>
              <w:rPr>
                <w:rFonts w:ascii="宋体" w:hAnsi="宋体" w:eastAsia="宋体"/>
                <w:b w:val="0"/>
                <w:sz w:val="18"/>
              </w:rPr>
              <w:t>提示：右边两题先比较数的位数，再填空。</w:t>
            </w:r>
          </w:p>
        </w:tc>
        <w:tc>
          <w:tcPr>
            <w:tcW w:type="dxa" w:w="3061"/>
          </w:tcPr>
          <w:p>
            <w:pPr>
              <w:spacing w:after="20" w:line="276" w:lineRule="auto"/>
            </w:pPr>
            <w:r/>
            <w:r>
              <w:rPr>
                <w:rFonts w:ascii="宋体" w:hAnsi="宋体" w:eastAsia="宋体"/>
                <w:b w:val="0"/>
                <w:sz w:val="18"/>
              </w:rPr>
              <w:t>学生先独立完成，再分享解题方法。</w:t>
            </w:r>
          </w:p>
          <w:p>
            <w:pPr>
              <w:spacing w:after="20" w:line="276" w:lineRule="auto"/>
            </w:pPr>
            <w:r>
              <w:rPr>
                <w:rFonts w:ascii="宋体" w:hAnsi="宋体" w:eastAsia="宋体"/>
                <w:b w:val="0"/>
                <w:sz w:val="18"/>
              </w:rPr>
              <w:t>学生先独立完成，再说说比较数的大小的方法。</w:t>
            </w:r>
          </w:p>
          <w:p>
            <w:pPr>
              <w:spacing w:after="20" w:line="276" w:lineRule="auto"/>
            </w:pPr>
            <w:r>
              <w:rPr>
                <w:rFonts w:ascii="宋体" w:hAnsi="宋体" w:eastAsia="宋体"/>
                <w:b w:val="0"/>
                <w:sz w:val="18"/>
              </w:rPr>
              <w:t>一万一万地数。</w:t>
            </w:r>
          </w:p>
          <w:p>
            <w:pPr>
              <w:spacing w:after="20" w:line="276" w:lineRule="auto"/>
            </w:pPr>
            <w:r>
              <w:rPr>
                <w:rFonts w:ascii="宋体" w:hAnsi="宋体" w:eastAsia="宋体"/>
                <w:b w:val="0"/>
                <w:sz w:val="18"/>
              </w:rPr>
              <w:t>学生独立完成后，教师指名汇报。</w:t>
            </w:r>
          </w:p>
          <w:p>
            <w:pPr>
              <w:spacing w:after="20" w:line="276" w:lineRule="auto"/>
            </w:pPr>
            <w:r>
              <w:rPr>
                <w:rFonts w:ascii="宋体" w:hAnsi="宋体" w:eastAsia="宋体"/>
                <w:b w:val="0"/>
                <w:sz w:val="18"/>
              </w:rPr>
              <w:t>学生讨论汇报，然后独立完成。</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通过有层次的练习及时反馈学情，巩固新知，培养学生灵活运用知识解决问题的能力，核心问题："改写成用“万”作单位的数，要把哪一位后面的尾数舍去？“四舍五入”是由哪一位上的数决定的？"</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单元知识点和概念较多，且名称比较相似，学生容易混淆，所以在知识梳理环节，让学生借助数位顺序表，把相关的概念联系在一起，加强知识间的联系与对比，让学生在比较中，加深对知识和概念的理解，获得结构化的知识，同时学会系统整理知识的方法。练习活动中，通过学生之间的相互交流起到查漏补缺、共同提高的作用。</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整理和复习(练习四)</w:t>
      </w:r>
    </w:p>
    <w:p>
      <w:pPr>
        <w:spacing w:after="40" w:line="300" w:lineRule="auto"/>
      </w:pPr>
      <w:r>
        <w:rPr>
          <w:rFonts w:ascii="宋体" w:hAnsi="宋体" w:eastAsia="宋体"/>
          <w:b w:val="0"/>
          <w:sz w:val="20"/>
        </w:rPr>
        <w:t>万以上数的认识</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教科书P21“整理和复习”，P22～23“练习四”。</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相比对知识的复习，聚焦方法、锻炼能力应该是复习课更为重要的目标。本节课教师以数位顺序表为主线，围绕知识要点发现问题、提出问题，在辨析比较中融会贯通，让学生体会“知识不是孤立的，如果能把它们串成线、织成网，就更容易抓住重点，找到知识间的联系和区别，使复习更高效”。本节课学生收获了复习方法，实现了由“学会”到“会学”的飞跃。</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