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line="300" w:lineRule="auto"/>
        <w:jc w:val="center"/>
      </w:pPr>
      <w:r>
        <w:rPr>
          <w:rFonts w:ascii="黑体" w:hAnsi="黑体" w:eastAsia="黑体"/>
          <w:b/>
          <w:sz w:val="30"/>
        </w:rPr>
        <w:t>人教版四年级数学上册</w:t>
      </w:r>
    </w:p>
    <w:p>
      <w:pPr>
        <w:spacing w:after="80" w:line="300" w:lineRule="auto"/>
        <w:jc w:val="center"/>
      </w:pPr>
      <w:r>
        <w:rPr>
          <w:rFonts w:ascii="黑体" w:hAnsi="黑体" w:eastAsia="黑体"/>
          <w:b/>
          <w:sz w:val="26"/>
        </w:rPr>
        <w:t>第2单元 角的度量　规范教案</w:t>
      </w:r>
    </w:p>
    <w:p>
      <w:pPr>
        <w:spacing w:after="160" w:line="300" w:lineRule="auto"/>
        <w:jc w:val="center"/>
      </w:pPr>
      <w:r>
        <w:rPr>
          <w:rFonts w:ascii="楷体" w:hAnsi="楷体" w:eastAsia="楷体"/>
          <w:b w:val="0"/>
          <w:color w:val="606060"/>
          <w:sz w:val="18"/>
        </w:rPr>
        <w:t>依据《温州市小学数学教学常规（2025年版）》附件2（单元教学备课参考格式）、附件3（课时教学备课参考格式）编制</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2381"/>
            <w:shd w:val="clear" w:fill="E8EEF7"/>
          </w:tcPr>
          <w:p>
            <w:pPr>
              <w:spacing w:after="20" w:line="276" w:lineRule="auto"/>
              <w:jc w:val="center"/>
            </w:pPr>
            <w:r/>
            <w:r>
              <w:rPr>
                <w:rFonts w:ascii="黑体" w:hAnsi="黑体" w:eastAsia="黑体"/>
                <w:b/>
                <w:sz w:val="18"/>
              </w:rPr>
              <w:t>项目</w:t>
            </w:r>
          </w:p>
        </w:tc>
        <w:tc>
          <w:tcPr>
            <w:tcW w:type="dxa" w:w="7030"/>
            <w:shd w:val="clear" w:fill="E8EEF7"/>
          </w:tcPr>
          <w:p>
            <w:pPr>
              <w:spacing w:after="20" w:line="276" w:lineRule="auto"/>
              <w:jc w:val="center"/>
            </w:pPr>
            <w:r/>
            <w:r>
              <w:rPr>
                <w:rFonts w:ascii="黑体" w:hAnsi="黑体" w:eastAsia="黑体"/>
                <w:b/>
                <w:sz w:val="18"/>
              </w:rPr>
              <w:t>内容</w:t>
            </w:r>
          </w:p>
        </w:tc>
      </w:tr>
      <w:tr>
        <w:tc>
          <w:tcPr>
            <w:tcW w:type="dxa" w:w="2381"/>
          </w:tcPr>
          <w:p>
            <w:pPr>
              <w:spacing w:after="20" w:line="276" w:lineRule="auto"/>
            </w:pPr>
            <w:r/>
            <w:r>
              <w:rPr>
                <w:rFonts w:ascii="宋体" w:hAnsi="宋体" w:eastAsia="宋体"/>
                <w:b/>
                <w:sz w:val="20"/>
              </w:rPr>
              <w:t>单元内容</w:t>
            </w:r>
          </w:p>
        </w:tc>
        <w:tc>
          <w:tcPr>
            <w:tcW w:type="dxa" w:w="7030"/>
          </w:tcPr>
          <w:p>
            <w:pPr>
              <w:spacing w:after="20" w:line="276" w:lineRule="auto"/>
            </w:pPr>
            <w:r/>
            <w:r>
              <w:rPr>
                <w:rFonts w:ascii="宋体" w:hAnsi="宋体" w:eastAsia="宋体"/>
                <w:b w:val="0"/>
                <w:sz w:val="20"/>
              </w:rPr>
              <w:t>第2单元 角的度量</w:t>
            </w:r>
          </w:p>
        </w:tc>
      </w:tr>
      <w:tr>
        <w:tc>
          <w:tcPr>
            <w:tcW w:type="dxa" w:w="2381"/>
          </w:tcPr>
          <w:p>
            <w:pPr>
              <w:spacing w:after="20" w:line="276" w:lineRule="auto"/>
            </w:pPr>
            <w:r/>
            <w:r>
              <w:rPr>
                <w:rFonts w:ascii="宋体" w:hAnsi="宋体" w:eastAsia="宋体"/>
                <w:b/>
                <w:sz w:val="20"/>
              </w:rPr>
              <w:t>所属领域</w:t>
            </w:r>
          </w:p>
        </w:tc>
        <w:tc>
          <w:tcPr>
            <w:tcW w:type="dxa" w:w="7030"/>
          </w:tcPr>
          <w:p>
            <w:pPr>
              <w:spacing w:after="20" w:line="276" w:lineRule="auto"/>
            </w:pPr>
            <w:r/>
            <w:r>
              <w:rPr>
                <w:rFonts w:ascii="宋体" w:hAnsi="宋体" w:eastAsia="宋体"/>
                <w:b w:val="0"/>
                <w:sz w:val="20"/>
              </w:rPr>
              <w:t>图形与几何</w:t>
            </w:r>
          </w:p>
        </w:tc>
      </w:tr>
      <w:tr>
        <w:tc>
          <w:tcPr>
            <w:tcW w:type="dxa" w:w="2381"/>
          </w:tcPr>
          <w:p>
            <w:pPr>
              <w:spacing w:after="20" w:line="276" w:lineRule="auto"/>
            </w:pPr>
            <w:r/>
            <w:r>
              <w:rPr>
                <w:rFonts w:ascii="宋体" w:hAnsi="宋体" w:eastAsia="宋体"/>
                <w:b/>
                <w:sz w:val="20"/>
              </w:rPr>
              <w:t>教材版本</w:t>
            </w:r>
          </w:p>
        </w:tc>
        <w:tc>
          <w:tcPr>
            <w:tcW w:type="dxa" w:w="7030"/>
          </w:tcPr>
          <w:p>
            <w:pPr>
              <w:spacing w:after="20" w:line="276" w:lineRule="auto"/>
            </w:pPr>
            <w:r/>
            <w:r>
              <w:rPr>
                <w:rFonts w:ascii="宋体" w:hAnsi="宋体" w:eastAsia="宋体"/>
                <w:b w:val="0"/>
                <w:sz w:val="20"/>
              </w:rPr>
              <w:t>人民教育出版社（人教版）小学数学教科书</w:t>
            </w:r>
          </w:p>
        </w:tc>
      </w:tr>
      <w:tr>
        <w:tc>
          <w:tcPr>
            <w:tcW w:type="dxa" w:w="2381"/>
          </w:tcPr>
          <w:p>
            <w:pPr>
              <w:spacing w:after="20" w:line="276" w:lineRule="auto"/>
            </w:pPr>
            <w:r/>
            <w:r>
              <w:rPr>
                <w:rFonts w:ascii="宋体" w:hAnsi="宋体" w:eastAsia="宋体"/>
                <w:b/>
                <w:sz w:val="20"/>
              </w:rPr>
              <w:t>课时数</w:t>
            </w:r>
          </w:p>
        </w:tc>
        <w:tc>
          <w:tcPr>
            <w:tcW w:type="dxa" w:w="7030"/>
          </w:tcPr>
          <w:p>
            <w:pPr>
              <w:spacing w:after="20" w:line="276" w:lineRule="auto"/>
            </w:pPr>
            <w:r/>
            <w:r>
              <w:rPr>
                <w:rFonts w:ascii="宋体" w:hAnsi="宋体" w:eastAsia="宋体"/>
                <w:b w:val="0"/>
                <w:sz w:val="20"/>
              </w:rPr>
              <w:t>4 课时</w:t>
            </w:r>
          </w:p>
        </w:tc>
      </w:tr>
      <w:tr>
        <w:tc>
          <w:tcPr>
            <w:tcW w:type="dxa" w:w="2381"/>
          </w:tcPr>
          <w:p>
            <w:pPr>
              <w:spacing w:after="20" w:line="276" w:lineRule="auto"/>
            </w:pPr>
            <w:r/>
            <w:r>
              <w:rPr>
                <w:rFonts w:ascii="宋体" w:hAnsi="宋体" w:eastAsia="宋体"/>
                <w:b/>
                <w:sz w:val="20"/>
              </w:rPr>
              <w:t>课型结构</w:t>
            </w:r>
          </w:p>
        </w:tc>
        <w:tc>
          <w:tcPr>
            <w:tcW w:type="dxa" w:w="7030"/>
          </w:tcPr>
          <w:p>
            <w:pPr>
              <w:spacing w:after="20" w:line="276" w:lineRule="auto"/>
            </w:pPr>
            <w:r/>
            <w:r>
              <w:rPr>
                <w:rFonts w:ascii="宋体" w:hAnsi="宋体" w:eastAsia="宋体"/>
                <w:b w:val="0"/>
                <w:sz w:val="20"/>
              </w:rPr>
              <w:t>单元开启课、活动探索课、自主整理课</w:t>
            </w:r>
          </w:p>
        </w:tc>
      </w:tr>
    </w:tbl>
    <w:p>
      <w:pPr>
        <w:spacing w:after="40"/>
      </w:pPr>
    </w:p>
    <w:p>
      <w:pPr>
        <w:spacing w:after="80" w:line="300" w:lineRule="auto"/>
      </w:pPr>
      <w:r>
        <w:rPr>
          <w:rFonts w:ascii="黑体" w:hAnsi="黑体" w:eastAsia="黑体"/>
          <w:b/>
          <w:sz w:val="24"/>
        </w:rPr>
        <w:t>一、单元整体解读</w:t>
      </w:r>
    </w:p>
    <w:p>
      <w:pPr>
        <w:spacing w:after="20" w:line="300" w:lineRule="auto"/>
      </w:pPr>
      <w:r>
        <w:rPr>
          <w:rFonts w:ascii="黑体" w:hAnsi="黑体" w:eastAsia="黑体"/>
          <w:b/>
          <w:sz w:val="21"/>
        </w:rPr>
        <w:t>（一）教材分析</w:t>
      </w:r>
    </w:p>
    <w:p>
      <w:pPr>
        <w:spacing w:after="80" w:line="300" w:lineRule="auto"/>
        <w:ind w:firstLine="400"/>
      </w:pPr>
      <w:r>
        <w:rPr>
          <w:rFonts w:ascii="宋体" w:hAnsi="宋体" w:eastAsia="宋体"/>
          <w:b w:val="0"/>
          <w:sz w:val="20"/>
        </w:rPr>
        <w:t>本单元主要学习与角有关的内容，包括用量角器量角、角的分类等。与三年级上册的直观认识线段和角相比，本单元内容则更加注重从数学概念本质的层面上引导学生学习和理解相关知识。如对于角，在三年级上册已经初步认识锐角、直角和钝角，本单元则需要与平角、周角一起，归纳提炼每种角的本质特征。关于角的认识，进一步从射线出发，围绕周角归纳出角的概念。</w:t>
      </w:r>
    </w:p>
    <w:p>
      <w:pPr>
        <w:spacing w:after="80" w:line="300" w:lineRule="auto"/>
        <w:ind w:firstLine="400"/>
      </w:pPr>
      <w:r>
        <w:rPr>
          <w:rFonts w:ascii="宋体" w:hAnsi="宋体" w:eastAsia="宋体"/>
          <w:b w:val="0"/>
          <w:sz w:val="20"/>
        </w:rPr>
        <w:t>本单元的内容也是学习后续知识的基础。如角的分类是三角形按角分类的重要依据，对直角特点的认识是学习垂直的基础。因此，在教学中，需较好地落实相应的教学目标。</w:t>
      </w:r>
    </w:p>
    <w:p>
      <w:pPr>
        <w:spacing w:after="20" w:line="300" w:lineRule="auto"/>
      </w:pPr>
      <w:r>
        <w:rPr>
          <w:rFonts w:ascii="黑体" w:hAnsi="黑体" w:eastAsia="黑体"/>
          <w:b/>
          <w:sz w:val="21"/>
        </w:rPr>
        <w:t>（二）学情分析</w:t>
      </w:r>
    </w:p>
    <w:p>
      <w:pPr>
        <w:spacing w:after="80" w:line="300" w:lineRule="auto"/>
        <w:ind w:firstLine="400"/>
      </w:pPr>
      <w:r>
        <w:rPr>
          <w:rFonts w:ascii="宋体" w:hAnsi="宋体" w:eastAsia="宋体"/>
          <w:b w:val="0"/>
          <w:sz w:val="20"/>
        </w:rPr>
        <w:t>有关角的初步认识的内容，学生在三年级上册已经学习过，但当时的学习是初步的，学生仅仅知道角有两条直的边，还有一个顶点等，这些都属于直观认识。本单元则是在学生原有认知的基础上，对这些内容加以拓展和提高，加深对图形本质特征和图形之间内在联系的认识。另外，本单元是关于图形与几何的内容，概念比较多，且比较抽象，在生活中不易找到原型。所以，在教学时，我们要考虑到学生的学习特点，尽可能从学生的生活经验和已有知识出发，以学生有所体验的和容易理解的现实问题为素材，让学生在熟悉的事物和具体情境中理解数学知识的含义。</w:t>
      </w:r>
    </w:p>
    <w:p>
      <w:pPr>
        <w:spacing w:after="20" w:line="300" w:lineRule="auto"/>
      </w:pPr>
      <w:r>
        <w:rPr>
          <w:rFonts w:ascii="黑体" w:hAnsi="黑体" w:eastAsia="黑体"/>
          <w:b/>
          <w:sz w:val="21"/>
        </w:rPr>
        <w:t>（三）单元教学目标</w:t>
      </w:r>
    </w:p>
    <w:p>
      <w:pPr>
        <w:spacing w:after="20" w:line="300" w:lineRule="auto"/>
      </w:pPr>
      <w:r>
        <w:rPr>
          <w:rFonts w:ascii="黑体" w:hAnsi="黑体" w:eastAsia="黑体"/>
          <w:b/>
          <w:sz w:val="20"/>
        </w:rPr>
        <w:t>单元素养目标：</w:t>
      </w:r>
    </w:p>
    <w:p>
      <w:pPr>
        <w:spacing w:after="40" w:line="300" w:lineRule="auto"/>
        <w:ind w:firstLine="400"/>
      </w:pPr>
      <w:r>
        <w:rPr>
          <w:rFonts w:ascii="宋体" w:hAnsi="宋体" w:eastAsia="宋体"/>
          <w:b w:val="0"/>
          <w:sz w:val="20"/>
        </w:rPr>
        <w:t>几何直观：认识角的大小，根据角与周角的位置关系，把角分类定义。</w:t>
      </w:r>
    </w:p>
    <w:p>
      <w:pPr>
        <w:spacing w:after="40" w:line="300" w:lineRule="auto"/>
        <w:ind w:firstLine="400"/>
      </w:pPr>
      <w:r>
        <w:rPr>
          <w:rFonts w:ascii="宋体" w:hAnsi="宋体" w:eastAsia="宋体"/>
          <w:b w:val="0"/>
          <w:sz w:val="20"/>
        </w:rPr>
        <w:t>量感：认识角的计量单位，认识1°的表象，会利用量角器测量角的度数。</w:t>
      </w:r>
    </w:p>
    <w:p>
      <w:pPr>
        <w:spacing w:after="40" w:line="300" w:lineRule="auto"/>
        <w:ind w:firstLine="400"/>
      </w:pPr>
      <w:r>
        <w:rPr>
          <w:rFonts w:ascii="宋体" w:hAnsi="宋体" w:eastAsia="宋体"/>
          <w:b w:val="0"/>
          <w:sz w:val="20"/>
        </w:rPr>
        <w:t>空间观念：通过“旋转射线形成角”的过程，理解角的动态形成过程，建立平面图形中“角”的空间认知。</w:t>
      </w:r>
    </w:p>
    <w:p>
      <w:pPr>
        <w:spacing w:after="40" w:line="300" w:lineRule="auto"/>
        <w:ind w:firstLine="400"/>
      </w:pPr>
      <w:r>
        <w:rPr>
          <w:rFonts w:ascii="宋体" w:hAnsi="宋体" w:eastAsia="宋体"/>
          <w:b w:val="0"/>
          <w:sz w:val="20"/>
        </w:rPr>
        <w:t>应用意识：能在生活场景中识别不同角度的角，联结“抽象角”与“空间图形”的关系。</w:t>
      </w:r>
    </w:p>
    <w:p>
      <w:pPr>
        <w:spacing w:after="20" w:line="300" w:lineRule="auto"/>
      </w:pPr>
      <w:r>
        <w:rPr>
          <w:rFonts w:ascii="黑体" w:hAnsi="黑体" w:eastAsia="黑体"/>
          <w:b/>
          <w:sz w:val="20"/>
        </w:rPr>
        <w:t>单元课时目标：</w:t>
      </w:r>
    </w:p>
    <w:p>
      <w:pPr>
        <w:spacing w:after="20" w:line="300" w:lineRule="auto"/>
        <w:ind w:firstLine="400"/>
      </w:pPr>
      <w:r>
        <w:rPr>
          <w:rFonts w:ascii="宋体" w:hAnsi="宋体" w:eastAsia="宋体"/>
          <w:b w:val="0"/>
          <w:sz w:val="20"/>
        </w:rPr>
        <w:t>第1课时：借助周角，理解这几类角之间的关系。</w:t>
      </w:r>
    </w:p>
    <w:p>
      <w:pPr>
        <w:spacing w:after="20" w:line="300" w:lineRule="auto"/>
        <w:ind w:firstLine="400"/>
      </w:pPr>
      <w:r>
        <w:rPr>
          <w:rFonts w:ascii="宋体" w:hAnsi="宋体" w:eastAsia="宋体"/>
          <w:b w:val="0"/>
          <w:sz w:val="20"/>
        </w:rPr>
        <w:t>第2课时：经历探究的过程，体会统一角的计量单位和度量工具的必要性，建立度数为1°的角的表象。</w:t>
      </w:r>
    </w:p>
    <w:p>
      <w:pPr>
        <w:spacing w:after="20" w:line="300" w:lineRule="auto"/>
        <w:ind w:firstLine="400"/>
      </w:pPr>
      <w:r>
        <w:rPr>
          <w:rFonts w:ascii="宋体" w:hAnsi="宋体" w:eastAsia="宋体"/>
          <w:b w:val="0"/>
          <w:sz w:val="20"/>
        </w:rPr>
        <w:t>第3课时：让学生探究用量角器画角的方法，能用量角器画指定度数的角。</w:t>
      </w:r>
    </w:p>
    <w:p>
      <w:pPr>
        <w:spacing w:after="20" w:line="300" w:lineRule="auto"/>
        <w:ind w:firstLine="400"/>
      </w:pPr>
      <w:r>
        <w:rPr>
          <w:rFonts w:ascii="宋体" w:hAnsi="宋体" w:eastAsia="宋体"/>
          <w:b w:val="0"/>
          <w:sz w:val="20"/>
        </w:rPr>
        <w:t>第4课时：根据本单元知识构建知识体系；熟练运用量角器准确量角、画角。</w:t>
      </w:r>
    </w:p>
    <w:p>
      <w:pPr>
        <w:spacing w:after="20" w:line="300" w:lineRule="auto"/>
      </w:pPr>
      <w:r>
        <w:rPr>
          <w:rFonts w:ascii="黑体" w:hAnsi="黑体" w:eastAsia="黑体"/>
          <w:b/>
          <w:sz w:val="21"/>
        </w:rPr>
        <w:t>（四）单元教学建议</w:t>
      </w:r>
    </w:p>
    <w:p>
      <w:pPr>
        <w:spacing w:after="20" w:line="300" w:lineRule="auto"/>
      </w:pPr>
      <w:r>
        <w:rPr>
          <w:rFonts w:ascii="宋体" w:hAnsi="宋体" w:eastAsia="宋体"/>
          <w:b w:val="0"/>
          <w:sz w:val="20"/>
        </w:rPr>
        <w:t>● 准确把握学习起点，恰当定位教学目标。三年级上册已经涉及“角的认识”的一些基本内容，因此，在本单元教学时，教师需要在充分了解三年级上册学生已有的知识基础之上，制订本单元相应知识的教学目标。</w:t>
      </w:r>
    </w:p>
    <w:p>
      <w:pPr>
        <w:spacing w:after="20" w:line="300" w:lineRule="auto"/>
      </w:pPr>
      <w:r>
        <w:rPr>
          <w:rFonts w:ascii="宋体" w:hAnsi="宋体" w:eastAsia="宋体"/>
          <w:b w:val="0"/>
          <w:sz w:val="20"/>
        </w:rPr>
        <w:t>● 重视学生的自主探究，关注方法的适度提炼。本单元内容的一大特点是操作活动多，许多知识的学习需要通过对直观图形的观察、描述和动手操作等方式进行。教科书编写时，也比较重视量、数、折、拼等操作活动，旨在引导学生自主体验，在学习知识技能的同时，积累起相关的活动经验。因此，教师在教学中应尽可能多地为学生提供自主尝试探究的机会，以确保学生的操作体验活动切实到位。</w:t>
      </w:r>
    </w:p>
    <w:p>
      <w:pPr>
        <w:spacing w:after="20" w:line="300" w:lineRule="auto"/>
      </w:pPr>
      <w:r>
        <w:rPr>
          <w:rFonts w:ascii="宋体" w:hAnsi="宋体" w:eastAsia="宋体"/>
          <w:b w:val="0"/>
          <w:sz w:val="20"/>
        </w:rPr>
        <w:t>● 结合相关知识的学习，体验数学思想方法的应用。本单元内容学习中，蕴含了丰富的数学思想方法，是引导学生经历、体验数学思想方法的重要载体。教学中，教师需要抓住相关素材对学生进行有意识的引导。</w:t>
      </w:r>
    </w:p>
    <w:p>
      <w:pPr>
        <w:spacing w:after="20" w:line="300" w:lineRule="auto"/>
      </w:pPr>
      <w:r>
        <w:rPr>
          <w:rFonts w:ascii="宋体" w:hAnsi="宋体" w:eastAsia="宋体"/>
          <w:b w:val="0"/>
          <w:sz w:val="20"/>
        </w:rPr>
        <w:t>● 强调基本内容的掌握，适度拓展提升。本单元内容的学习是在三年级上册认识角的基础上进行的，也为后续进一步认识平面图形奠定了一定的基础。因此，除了掌握本单元中一些基础知识和基本技能之外，还需要有一定程度的拓展与提升。</w:t>
      </w:r>
    </w:p>
    <w:p>
      <w:pPr>
        <w:spacing w:after="20" w:line="300" w:lineRule="auto"/>
      </w:pPr>
      <w:r>
        <w:rPr>
          <w:rFonts w:ascii="黑体" w:hAnsi="黑体" w:eastAsia="黑体"/>
          <w:b/>
          <w:sz w:val="21"/>
        </w:rPr>
        <w:t>（五）单元课时规划</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020"/>
            <w:shd w:val="clear" w:fill="E8EEF7"/>
          </w:tcPr>
          <w:p>
            <w:pPr>
              <w:spacing w:after="20" w:line="276" w:lineRule="auto"/>
              <w:jc w:val="center"/>
            </w:pPr>
            <w:r/>
            <w:r>
              <w:rPr>
                <w:rFonts w:ascii="黑体" w:hAnsi="黑体" w:eastAsia="黑体"/>
                <w:b/>
                <w:sz w:val="18"/>
              </w:rPr>
              <w:t>课时安排</w:t>
            </w:r>
          </w:p>
        </w:tc>
        <w:tc>
          <w:tcPr>
            <w:tcW w:type="dxa" w:w="3061"/>
            <w:shd w:val="clear" w:fill="E8EEF7"/>
          </w:tcPr>
          <w:p>
            <w:pPr>
              <w:spacing w:after="20" w:line="276" w:lineRule="auto"/>
              <w:jc w:val="center"/>
            </w:pPr>
            <w:r/>
            <w:r>
              <w:rPr>
                <w:rFonts w:ascii="黑体" w:hAnsi="黑体" w:eastAsia="黑体"/>
                <w:b/>
                <w:sz w:val="18"/>
              </w:rPr>
              <w:t>课题</w:t>
            </w:r>
          </w:p>
        </w:tc>
        <w:tc>
          <w:tcPr>
            <w:tcW w:type="dxa" w:w="1814"/>
            <w:shd w:val="clear" w:fill="E8EEF7"/>
          </w:tcPr>
          <w:p>
            <w:pPr>
              <w:spacing w:after="20" w:line="276" w:lineRule="auto"/>
              <w:jc w:val="center"/>
            </w:pPr>
            <w:r/>
            <w:r>
              <w:rPr>
                <w:rFonts w:ascii="黑体" w:hAnsi="黑体" w:eastAsia="黑体"/>
                <w:b/>
                <w:sz w:val="18"/>
              </w:rPr>
              <w:t>课型</w:t>
            </w:r>
          </w:p>
        </w:tc>
        <w:tc>
          <w:tcPr>
            <w:tcW w:type="dxa" w:w="3515"/>
            <w:shd w:val="clear" w:fill="E8EEF7"/>
          </w:tcPr>
          <w:p>
            <w:pPr>
              <w:spacing w:after="20" w:line="276" w:lineRule="auto"/>
              <w:jc w:val="center"/>
            </w:pPr>
            <w:r/>
            <w:r>
              <w:rPr>
                <w:rFonts w:ascii="黑体" w:hAnsi="黑体" w:eastAsia="黑体"/>
                <w:b/>
                <w:sz w:val="18"/>
              </w:rPr>
              <w:t>核心任务</w:t>
            </w:r>
          </w:p>
        </w:tc>
      </w:tr>
      <w:tr>
        <w:tc>
          <w:tcPr>
            <w:tcW w:type="dxa" w:w="1020"/>
          </w:tcPr>
          <w:p>
            <w:pPr>
              <w:spacing w:after="20" w:line="276" w:lineRule="auto"/>
            </w:pPr>
            <w:r/>
            <w:r>
              <w:rPr>
                <w:rFonts w:ascii="宋体" w:hAnsi="宋体" w:eastAsia="宋体"/>
                <w:b w:val="0"/>
                <w:sz w:val="18"/>
              </w:rPr>
              <w:t>第1课时</w:t>
            </w:r>
          </w:p>
        </w:tc>
        <w:tc>
          <w:tcPr>
            <w:tcW w:type="dxa" w:w="3061"/>
          </w:tcPr>
          <w:p>
            <w:pPr>
              <w:spacing w:after="20" w:line="276" w:lineRule="auto"/>
            </w:pPr>
            <w:r/>
            <w:r>
              <w:rPr>
                <w:rFonts w:ascii="宋体" w:hAnsi="宋体" w:eastAsia="宋体"/>
                <w:b w:val="0"/>
                <w:sz w:val="18"/>
              </w:rPr>
              <w:t>角的再认识</w:t>
            </w:r>
          </w:p>
        </w:tc>
        <w:tc>
          <w:tcPr>
            <w:tcW w:type="dxa" w:w="1814"/>
          </w:tcPr>
          <w:p>
            <w:pPr>
              <w:spacing w:after="20" w:line="276" w:lineRule="auto"/>
            </w:pPr>
            <w:r/>
            <w:r>
              <w:rPr>
                <w:rFonts w:ascii="宋体" w:hAnsi="宋体" w:eastAsia="宋体"/>
                <w:b w:val="0"/>
                <w:sz w:val="18"/>
              </w:rPr>
              <w:t>单元开启课</w:t>
            </w:r>
          </w:p>
        </w:tc>
        <w:tc>
          <w:tcPr>
            <w:tcW w:type="dxa" w:w="3515"/>
          </w:tcPr>
          <w:p>
            <w:pPr>
              <w:spacing w:after="20" w:line="276" w:lineRule="auto"/>
            </w:pPr>
            <w:r/>
            <w:r>
              <w:rPr>
                <w:rFonts w:ascii="宋体" w:hAnsi="宋体" w:eastAsia="宋体"/>
                <w:b w:val="0"/>
                <w:sz w:val="18"/>
              </w:rPr>
              <w:t>借助周角，理解这几类角之间的关系。</w:t>
            </w:r>
          </w:p>
        </w:tc>
      </w:tr>
      <w:tr>
        <w:tc>
          <w:tcPr>
            <w:tcW w:type="dxa" w:w="1020"/>
          </w:tcPr>
          <w:p>
            <w:pPr>
              <w:spacing w:after="20" w:line="276" w:lineRule="auto"/>
            </w:pPr>
            <w:r/>
            <w:r>
              <w:rPr>
                <w:rFonts w:ascii="宋体" w:hAnsi="宋体" w:eastAsia="宋体"/>
                <w:b w:val="0"/>
                <w:sz w:val="18"/>
              </w:rPr>
              <w:t>第2课时</w:t>
            </w:r>
          </w:p>
        </w:tc>
        <w:tc>
          <w:tcPr>
            <w:tcW w:type="dxa" w:w="3061"/>
          </w:tcPr>
          <w:p>
            <w:pPr>
              <w:spacing w:after="20" w:line="276" w:lineRule="auto"/>
            </w:pPr>
            <w:r/>
            <w:r>
              <w:rPr>
                <w:rFonts w:ascii="宋体" w:hAnsi="宋体" w:eastAsia="宋体"/>
                <w:b w:val="0"/>
                <w:sz w:val="18"/>
              </w:rPr>
              <w:t>角的度量</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经历探究的过程，体会统一角的计量单位和度量工具的必要性，建立度数为1°的角的表象。</w:t>
            </w:r>
          </w:p>
        </w:tc>
      </w:tr>
      <w:tr>
        <w:tc>
          <w:tcPr>
            <w:tcW w:type="dxa" w:w="1020"/>
          </w:tcPr>
          <w:p>
            <w:pPr>
              <w:spacing w:after="20" w:line="276" w:lineRule="auto"/>
            </w:pPr>
            <w:r/>
            <w:r>
              <w:rPr>
                <w:rFonts w:ascii="宋体" w:hAnsi="宋体" w:eastAsia="宋体"/>
                <w:b w:val="0"/>
                <w:sz w:val="18"/>
              </w:rPr>
              <w:t>第3课时</w:t>
            </w:r>
          </w:p>
        </w:tc>
        <w:tc>
          <w:tcPr>
            <w:tcW w:type="dxa" w:w="3061"/>
          </w:tcPr>
          <w:p>
            <w:pPr>
              <w:spacing w:after="20" w:line="276" w:lineRule="auto"/>
            </w:pPr>
            <w:r/>
            <w:r>
              <w:rPr>
                <w:rFonts w:ascii="宋体" w:hAnsi="宋体" w:eastAsia="宋体"/>
                <w:b w:val="0"/>
                <w:sz w:val="18"/>
              </w:rPr>
              <w:t>画指定度数的角</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让学生探究用量角器画角的方法，能用量角器画指定度数的角。</w:t>
            </w:r>
          </w:p>
        </w:tc>
      </w:tr>
      <w:tr>
        <w:tc>
          <w:tcPr>
            <w:tcW w:type="dxa" w:w="1020"/>
          </w:tcPr>
          <w:p>
            <w:pPr>
              <w:spacing w:after="20" w:line="276" w:lineRule="auto"/>
            </w:pPr>
            <w:r/>
            <w:r>
              <w:rPr>
                <w:rFonts w:ascii="宋体" w:hAnsi="宋体" w:eastAsia="宋体"/>
                <w:b w:val="0"/>
                <w:sz w:val="18"/>
              </w:rPr>
              <w:t>第4课时</w:t>
            </w:r>
          </w:p>
        </w:tc>
        <w:tc>
          <w:tcPr>
            <w:tcW w:type="dxa" w:w="3061"/>
          </w:tcPr>
          <w:p>
            <w:pPr>
              <w:spacing w:after="20" w:line="276" w:lineRule="auto"/>
            </w:pPr>
            <w:r/>
            <w:r>
              <w:rPr>
                <w:rFonts w:ascii="宋体" w:hAnsi="宋体" w:eastAsia="宋体"/>
                <w:b w:val="0"/>
                <w:sz w:val="18"/>
              </w:rPr>
              <w:t>整理和复习(练习六)</w:t>
            </w:r>
          </w:p>
        </w:tc>
        <w:tc>
          <w:tcPr>
            <w:tcW w:type="dxa" w:w="1814"/>
          </w:tcPr>
          <w:p>
            <w:pPr>
              <w:spacing w:after="20" w:line="276" w:lineRule="auto"/>
            </w:pPr>
            <w:r/>
            <w:r>
              <w:rPr>
                <w:rFonts w:ascii="宋体" w:hAnsi="宋体" w:eastAsia="宋体"/>
                <w:b w:val="0"/>
                <w:sz w:val="18"/>
              </w:rPr>
              <w:t>自主整理课</w:t>
            </w:r>
          </w:p>
        </w:tc>
        <w:tc>
          <w:tcPr>
            <w:tcW w:type="dxa" w:w="3515"/>
          </w:tcPr>
          <w:p>
            <w:pPr>
              <w:spacing w:after="20" w:line="276" w:lineRule="auto"/>
            </w:pPr>
            <w:r/>
            <w:r>
              <w:rPr>
                <w:rFonts w:ascii="宋体" w:hAnsi="宋体" w:eastAsia="宋体"/>
                <w:b w:val="0"/>
                <w:sz w:val="18"/>
              </w:rPr>
              <w:t>根据本单元知识构建知识体系；熟练运用量角器准确量角、画角。</w:t>
            </w:r>
          </w:p>
        </w:tc>
      </w:tr>
    </w:tbl>
    <w:p>
      <w:pPr>
        <w:spacing w:after="40" w:line="300" w:lineRule="auto"/>
      </w:pPr>
      <w:r>
        <w:rPr>
          <w:rFonts w:ascii="楷体" w:hAnsi="楷体" w:eastAsia="楷体"/>
          <w:b w:val="0"/>
          <w:color w:val="606060"/>
          <w:sz w:val="18"/>
        </w:rPr>
        <w:t>注：课型依据温州市上课常规"单元开启课、活动探索课、专题练习课、自主整理课、主题拓展课"分类。</w:t>
      </w:r>
    </w:p>
    <w:p>
      <w:r>
        <w:br w:type="page"/>
      </w:r>
    </w:p>
    <w:p>
      <w:pPr>
        <w:spacing w:after="80" w:line="300" w:lineRule="auto"/>
      </w:pPr>
      <w:r>
        <w:rPr>
          <w:rFonts w:ascii="黑体" w:hAnsi="黑体" w:eastAsia="黑体"/>
          <w:b/>
          <w:sz w:val="24"/>
        </w:rPr>
        <w:t>二、课时教学方案（第1课时）</w:t>
      </w:r>
    </w:p>
    <w:p>
      <w:pPr>
        <w:spacing w:after="80" w:line="300" w:lineRule="auto"/>
      </w:pPr>
      <w:r>
        <w:rPr>
          <w:rFonts w:ascii="黑体" w:hAnsi="黑体" w:eastAsia="黑体"/>
          <w:b/>
          <w:sz w:val="24"/>
        </w:rPr>
        <w:t>第1课时　角的再认识</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第1课时　角的再认识</w:t>
            </w:r>
          </w:p>
        </w:tc>
        <w:tc>
          <w:tcPr>
            <w:tcW w:type="dxa" w:w="6009"/>
          </w:tcPr>
          <w:p>
            <w:pPr>
              <w:spacing w:after="20" w:line="276" w:lineRule="auto"/>
            </w:pPr>
            <w:r/>
            <w:r>
              <w:rPr>
                <w:rFonts w:ascii="宋体" w:hAnsi="宋体" w:eastAsia="宋体"/>
                <w:b w:val="0"/>
                <w:sz w:val="20"/>
              </w:rPr>
              <w:t>第2单元 角的度量</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有关角的初步认识的内容，学生在三年级上册已经学习过，但当时的学习是初步的，学生仅仅知道角有两条直的边，还有一个顶点等，这些都属于直观认识。本单元则是在学生原有认知的基础上，对这些内容加以拓展和提高，加深对图形本质特征和图形之间内在联系的认识。另外，本单元是关于图形与几何的内容，概念比较多，且比较抽象，在生活中不易找到原型。所以，在教学时，我们要考虑到学生的学习特点，尽可能从学生的生活经验和已有知识出发，以学生有所体验的和容易理解的现实问题为素材，让学生在熟悉的事物和具体情境中理解数学知识的含义。</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教学内容：教科书P28～29例1。</w:t>
      </w:r>
    </w:p>
    <w:p>
      <w:pPr>
        <w:spacing w:after="80" w:line="300" w:lineRule="auto"/>
        <w:ind w:firstLine="400"/>
      </w:pPr>
      <w:r>
        <w:rPr>
          <w:rFonts w:ascii="宋体" w:hAnsi="宋体" w:eastAsia="宋体"/>
          <w:b w:val="0"/>
          <w:sz w:val="20"/>
        </w:rPr>
        <w:t>教学准备：课件、活动角。</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（1）借助周角，理解这几类角之间的关系。</w:t>
      </w:r>
    </w:p>
    <w:p>
      <w:pPr>
        <w:spacing w:after="20" w:line="300" w:lineRule="auto"/>
        <w:ind w:firstLine="400"/>
      </w:pPr>
      <w:r>
        <w:rPr>
          <w:rFonts w:ascii="宋体" w:hAnsi="宋体" w:eastAsia="宋体"/>
          <w:b w:val="0"/>
          <w:sz w:val="20"/>
        </w:rPr>
        <w:t>（2）经历动态认识各类角的形成过程，结合角的旋转程度建构起各类角的表象，完成从直观到抽象的认知过程。</w:t>
      </w:r>
    </w:p>
    <w:p>
      <w:pPr>
        <w:spacing w:after="20" w:line="300" w:lineRule="auto"/>
        <w:ind w:firstLine="400"/>
      </w:pPr>
      <w:r>
        <w:rPr>
          <w:rFonts w:ascii="宋体" w:hAnsi="宋体" w:eastAsia="宋体"/>
          <w:b w:val="0"/>
          <w:sz w:val="20"/>
        </w:rPr>
        <w:t>（3）在学习过程中，积累丰富的数学基本活动经验。</w:t>
      </w:r>
    </w:p>
    <w:p>
      <w:pPr>
        <w:spacing w:after="20" w:line="300" w:lineRule="auto"/>
      </w:pPr>
      <w:r>
        <w:rPr>
          <w:rFonts w:ascii="宋体" w:hAnsi="宋体" w:eastAsia="宋体"/>
          <w:b w:val="0"/>
          <w:sz w:val="20"/>
        </w:rPr>
        <w:t>教学重点：建立各类角的表象。</w:t>
      </w:r>
    </w:p>
    <w:p>
      <w:pPr>
        <w:spacing w:after="20" w:line="300" w:lineRule="auto"/>
      </w:pPr>
      <w:r>
        <w:rPr>
          <w:rFonts w:ascii="宋体" w:hAnsi="宋体" w:eastAsia="宋体"/>
          <w:b w:val="0"/>
          <w:sz w:val="20"/>
        </w:rPr>
        <w:t>教学难点：体会周角与0°角的区别，知道锐角和钝角的准确范围。</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复习旧知，揭示主题</w:t>
            </w:r>
          </w:p>
        </w:tc>
        <w:tc>
          <w:tcPr>
            <w:tcW w:type="dxa" w:w="1814"/>
          </w:tcPr>
          <w:p>
            <w:pPr>
              <w:spacing w:after="20" w:line="276" w:lineRule="auto"/>
            </w:pPr>
            <w:r/>
            <w:r>
              <w:rPr>
                <w:rFonts w:ascii="宋体" w:hAnsi="宋体" w:eastAsia="宋体"/>
                <w:b w:val="0"/>
                <w:sz w:val="18"/>
              </w:rPr>
              <w:t>课件、图片</w:t>
            </w:r>
          </w:p>
        </w:tc>
        <w:tc>
          <w:tcPr>
            <w:tcW w:type="dxa" w:w="3402"/>
          </w:tcPr>
          <w:p>
            <w:pPr>
              <w:spacing w:after="20" w:line="276" w:lineRule="auto"/>
            </w:pPr>
            <w:r/>
            <w:r>
              <w:rPr>
                <w:rFonts w:ascii="宋体" w:hAnsi="宋体" w:eastAsia="宋体"/>
                <w:b w:val="0"/>
                <w:sz w:val="18"/>
              </w:rPr>
              <w:t>同学们，我们在三年级的时候已经认识了一些角。观察下面三个角，它们分别是什么角呢？；这几种角怎样区分？</w:t>
            </w:r>
          </w:p>
        </w:tc>
        <w:tc>
          <w:tcPr>
            <w:tcW w:type="dxa" w:w="1361"/>
          </w:tcPr>
          <w:p>
            <w:pPr>
              <w:spacing w:after="20" w:line="276" w:lineRule="auto"/>
            </w:pPr>
            <w:r/>
            <w:r>
              <w:rPr>
                <w:rFonts w:ascii="宋体" w:hAnsi="宋体" w:eastAsia="宋体"/>
                <w:b w:val="0"/>
                <w:sz w:val="18"/>
              </w:rPr>
              <w:t>7分钟</w:t>
            </w:r>
          </w:p>
        </w:tc>
      </w:tr>
      <w:tr>
        <w:tc>
          <w:tcPr>
            <w:tcW w:type="dxa" w:w="2835"/>
          </w:tcPr>
          <w:p>
            <w:pPr>
              <w:spacing w:after="20" w:line="276" w:lineRule="auto"/>
            </w:pPr>
            <w:r/>
            <w:r>
              <w:rPr>
                <w:rFonts w:ascii="宋体" w:hAnsi="宋体" w:eastAsia="宋体"/>
                <w:b w:val="0"/>
                <w:sz w:val="18"/>
              </w:rPr>
              <w:t>探索新知，认识不同的角</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大家请看，这个还是角吗？与0°有区别吗？；这是直线还是角呢？</w:t>
            </w:r>
          </w:p>
        </w:tc>
        <w:tc>
          <w:tcPr>
            <w:tcW w:type="dxa" w:w="1361"/>
          </w:tcPr>
          <w:p>
            <w:pPr>
              <w:spacing w:after="20" w:line="276" w:lineRule="auto"/>
            </w:pPr>
            <w:r/>
            <w:r>
              <w:rPr>
                <w:rFonts w:ascii="宋体" w:hAnsi="宋体" w:eastAsia="宋体"/>
                <w:b w:val="0"/>
                <w:sz w:val="18"/>
              </w:rPr>
              <w:t>25分钟</w:t>
            </w:r>
          </w:p>
        </w:tc>
      </w:tr>
      <w:tr>
        <w:tc>
          <w:tcPr>
            <w:tcW w:type="dxa" w:w="2835"/>
          </w:tcPr>
          <w:p>
            <w:pPr>
              <w:spacing w:after="20" w:line="276" w:lineRule="auto"/>
            </w:pPr>
            <w:r/>
            <w:r>
              <w:rPr>
                <w:rFonts w:ascii="宋体" w:hAnsi="宋体" w:eastAsia="宋体"/>
                <w:b w:val="0"/>
                <w:sz w:val="18"/>
              </w:rPr>
              <w:t>巩固练习，内化提高</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4分钟</w:t>
            </w:r>
          </w:p>
        </w:tc>
      </w:tr>
      <w:tr>
        <w:tc>
          <w:tcPr>
            <w:tcW w:type="dxa" w:w="2835"/>
          </w:tcPr>
          <w:p>
            <w:pPr>
              <w:spacing w:after="20" w:line="276" w:lineRule="auto"/>
            </w:pPr>
            <w:r/>
            <w:r>
              <w:rPr>
                <w:rFonts w:ascii="宋体" w:hAnsi="宋体" w:eastAsia="宋体"/>
                <w:b w:val="0"/>
                <w:sz w:val="18"/>
              </w:rPr>
              <w:t>课堂小结，畅谈收获</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同学们，今天的数学课你们有哪些收获呢？</w:t>
            </w:r>
          </w:p>
        </w:tc>
        <w:tc>
          <w:tcPr>
            <w:tcW w:type="dxa" w:w="1361"/>
          </w:tcPr>
          <w:p>
            <w:pPr>
              <w:spacing w:after="20" w:line="276" w:lineRule="auto"/>
            </w:pPr>
            <w:r/>
            <w:r>
              <w:rPr>
                <w:rFonts w:ascii="宋体" w:hAnsi="宋体" w:eastAsia="宋体"/>
                <w:b w:val="0"/>
                <w:sz w:val="18"/>
              </w:rPr>
              <w:t>4分钟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复习旧知，揭示主题</w:t>
            </w:r>
          </w:p>
        </w:tc>
        <w:tc>
          <w:tcPr>
            <w:tcW w:type="dxa" w:w="3061"/>
          </w:tcPr>
          <w:p>
            <w:pPr>
              <w:spacing w:after="20" w:line="276" w:lineRule="auto"/>
            </w:pPr>
            <w:r/>
            <w:r>
              <w:rPr>
                <w:rFonts w:ascii="宋体" w:hAnsi="宋体" w:eastAsia="宋体"/>
                <w:b w:val="0"/>
                <w:sz w:val="18"/>
              </w:rPr>
              <w:t>1.复习已学的三种角。</w:t>
            </w:r>
          </w:p>
          <w:p>
            <w:pPr>
              <w:spacing w:after="20" w:line="276" w:lineRule="auto"/>
            </w:pPr>
            <w:r>
              <w:rPr>
                <w:rFonts w:ascii="宋体" w:hAnsi="宋体" w:eastAsia="宋体"/>
                <w:b w:val="0"/>
                <w:sz w:val="18"/>
              </w:rPr>
              <w:t>师：同学们，我们在三年级的时候已经认识了一些角。观察下面三个角，它们分别是什么角呢？</w:t>
            </w:r>
          </w:p>
          <w:p>
            <w:pPr>
              <w:spacing w:after="20" w:line="276" w:lineRule="auto"/>
            </w:pPr>
            <w:r>
              <w:rPr>
                <w:rFonts w:ascii="宋体" w:hAnsi="宋体" w:eastAsia="宋体"/>
                <w:b w:val="0"/>
                <w:sz w:val="18"/>
              </w:rPr>
              <w:t>课件出示图片。</w:t>
            </w:r>
          </w:p>
          <w:p>
            <w:pPr>
              <w:spacing w:after="20" w:line="276" w:lineRule="auto"/>
            </w:pPr>
            <w:r>
              <w:rPr>
                <w:rFonts w:ascii="宋体" w:hAnsi="宋体" w:eastAsia="宋体"/>
                <w:b w:val="0"/>
                <w:sz w:val="18"/>
              </w:rPr>
              <w:t>师：这几种角怎样区分？</w:t>
            </w:r>
          </w:p>
          <w:p>
            <w:pPr>
              <w:spacing w:after="20" w:line="276" w:lineRule="auto"/>
            </w:pPr>
            <w:r>
              <w:rPr>
                <w:rFonts w:ascii="宋体" w:hAnsi="宋体" w:eastAsia="宋体"/>
                <w:b w:val="0"/>
                <w:sz w:val="18"/>
              </w:rPr>
              <w:t>2．揭示主题。</w:t>
            </w:r>
          </w:p>
          <w:p>
            <w:pPr>
              <w:spacing w:after="20" w:line="276" w:lineRule="auto"/>
            </w:pPr>
            <w:r>
              <w:rPr>
                <w:rFonts w:ascii="宋体" w:hAnsi="宋体" w:eastAsia="宋体"/>
                <w:b w:val="0"/>
                <w:sz w:val="18"/>
              </w:rPr>
              <w:t>师：今天我们继续来认识角。(板书课题：角的再认识)</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围绕环节目标组织学习活动，引导学生主动参与、积极思考，核心问题："同学们，我们在三年级的时候已经认识了一些角。观察下面三个角，它们分别是什么角呢？"</w:t>
            </w:r>
          </w:p>
        </w:tc>
      </w:tr>
      <w:tr>
        <w:tc>
          <w:tcPr>
            <w:tcW w:type="dxa" w:w="1474"/>
          </w:tcPr>
          <w:p>
            <w:pPr>
              <w:spacing w:after="20" w:line="276" w:lineRule="auto"/>
            </w:pPr>
            <w:r>
              <w:rPr>
                <w:b/>
              </w:rPr>
            </w:r>
            <w:r>
              <w:rPr>
                <w:rFonts w:ascii="宋体" w:hAnsi="宋体" w:eastAsia="宋体"/>
                <w:b/>
                <w:sz w:val="18"/>
              </w:rPr>
              <w:t>探索新知，认识不同的角</w:t>
            </w:r>
          </w:p>
        </w:tc>
        <w:tc>
          <w:tcPr>
            <w:tcW w:type="dxa" w:w="3061"/>
          </w:tcPr>
          <w:p>
            <w:pPr>
              <w:spacing w:after="20" w:line="276" w:lineRule="auto"/>
            </w:pPr>
            <w:r/>
            <w:r>
              <w:rPr>
                <w:rFonts w:ascii="宋体" w:hAnsi="宋体" w:eastAsia="宋体"/>
                <w:b w:val="0"/>
                <w:sz w:val="18"/>
              </w:rPr>
              <w:t>师：通过前面的学习，我们知道从一个点引出两条射线得到的图形是角。角也可以从旋转的角度来认识，将角看作由一条射线绕着它的端点，从一个位置旋转到另一个位置所形成的图形。</w:t>
            </w:r>
          </w:p>
          <w:p>
            <w:pPr>
              <w:spacing w:after="20" w:line="276" w:lineRule="auto"/>
            </w:pPr>
            <w:r>
              <w:rPr>
                <w:rFonts w:ascii="宋体" w:hAnsi="宋体" w:eastAsia="宋体"/>
                <w:b w:val="0"/>
                <w:sz w:val="18"/>
              </w:rPr>
              <w:t>1．认识周角。</w:t>
            </w:r>
          </w:p>
          <w:p>
            <w:pPr>
              <w:spacing w:after="20" w:line="276" w:lineRule="auto"/>
            </w:pPr>
            <w:r>
              <w:rPr>
                <w:rFonts w:ascii="宋体" w:hAnsi="宋体" w:eastAsia="宋体"/>
                <w:b w:val="0"/>
                <w:sz w:val="18"/>
              </w:rPr>
              <w:t>课件动态展示扇子柄旋转的过程，并抽象出周角。</w:t>
            </w:r>
          </w:p>
          <w:p>
            <w:pPr>
              <w:spacing w:after="20" w:line="276" w:lineRule="auto"/>
            </w:pPr>
            <w:r>
              <w:rPr>
                <w:rFonts w:ascii="宋体" w:hAnsi="宋体" w:eastAsia="宋体"/>
                <w:b w:val="0"/>
                <w:sz w:val="18"/>
              </w:rPr>
              <w:t>师：大家请看，这个还是角吗？与0°有区别吗？</w:t>
            </w:r>
          </w:p>
          <w:p>
            <w:pPr>
              <w:spacing w:after="20" w:line="276" w:lineRule="auto"/>
            </w:pPr>
            <w:r>
              <w:rPr>
                <w:rFonts w:ascii="宋体" w:hAnsi="宋体" w:eastAsia="宋体"/>
                <w:b w:val="0"/>
                <w:sz w:val="18"/>
              </w:rPr>
              <w:t>师小结：一条射线绕它的端点旋转1周，形成周角。</w:t>
            </w:r>
          </w:p>
          <w:p>
            <w:pPr>
              <w:spacing w:after="20" w:line="276" w:lineRule="auto"/>
            </w:pPr>
            <w:r>
              <w:rPr>
                <w:rFonts w:ascii="宋体" w:hAnsi="宋体" w:eastAsia="宋体"/>
                <w:b w:val="0"/>
                <w:sz w:val="18"/>
              </w:rPr>
              <w:t>2．认识平角。</w:t>
            </w:r>
          </w:p>
          <w:p>
            <w:pPr>
              <w:spacing w:after="20" w:line="276" w:lineRule="auto"/>
            </w:pPr>
            <w:r>
              <w:rPr>
                <w:rFonts w:ascii="宋体" w:hAnsi="宋体" w:eastAsia="宋体"/>
                <w:b w:val="0"/>
                <w:sz w:val="18"/>
              </w:rPr>
              <w:t>课件动态展示扇子柄旋转的过程，并抽象出平角。</w:t>
            </w:r>
          </w:p>
          <w:p>
            <w:pPr>
              <w:spacing w:after="20" w:line="276" w:lineRule="auto"/>
            </w:pPr>
            <w:r>
              <w:rPr>
                <w:rFonts w:ascii="宋体" w:hAnsi="宋体" w:eastAsia="宋体"/>
                <w:b w:val="0"/>
                <w:sz w:val="18"/>
              </w:rPr>
              <w:t>师：我们继续旋转，角会继续变化。当这条射线绕它的端点旋转周时，形成平角。(教师利用活动角同步演示)</w:t>
            </w:r>
          </w:p>
          <w:p>
            <w:pPr>
              <w:spacing w:after="20" w:line="276" w:lineRule="auto"/>
            </w:pPr>
            <w:r>
              <w:rPr>
                <w:rFonts w:ascii="宋体" w:hAnsi="宋体" w:eastAsia="宋体"/>
                <w:b w:val="0"/>
                <w:sz w:val="18"/>
              </w:rPr>
              <w:t>师：这是直线还是角呢？</w:t>
            </w:r>
          </w:p>
          <w:p>
            <w:pPr>
              <w:spacing w:after="20" w:line="276" w:lineRule="auto"/>
            </w:pPr>
            <w:r>
              <w:rPr>
                <w:rFonts w:ascii="宋体" w:hAnsi="宋体" w:eastAsia="宋体"/>
                <w:b w:val="0"/>
                <w:sz w:val="18"/>
              </w:rPr>
              <w:t>3．认识直角、锐角和钝角。</w:t>
            </w:r>
          </w:p>
          <w:p>
            <w:pPr>
              <w:spacing w:after="20" w:line="276" w:lineRule="auto"/>
            </w:pPr>
            <w:r>
              <w:rPr>
                <w:rFonts w:ascii="宋体" w:hAnsi="宋体" w:eastAsia="宋体"/>
                <w:b w:val="0"/>
                <w:sz w:val="18"/>
              </w:rPr>
              <w:t>课件动态演示扇子柄旋转的过程，并分别抽象出直角、锐角、钝角。学生分组讨论交流再归纳。</w:t>
            </w:r>
          </w:p>
          <w:p>
            <w:pPr>
              <w:spacing w:after="20" w:line="276" w:lineRule="auto"/>
            </w:pPr>
            <w:r>
              <w:rPr>
                <w:rFonts w:ascii="宋体" w:hAnsi="宋体" w:eastAsia="宋体"/>
                <w:b w:val="0"/>
                <w:sz w:val="18"/>
              </w:rPr>
              <w:t>4．学习教科书P29例1。</w:t>
            </w:r>
          </w:p>
          <w:p>
            <w:pPr>
              <w:spacing w:after="20" w:line="276" w:lineRule="auto"/>
            </w:pPr>
            <w:r>
              <w:rPr>
                <w:rFonts w:ascii="宋体" w:hAnsi="宋体" w:eastAsia="宋体"/>
                <w:b w:val="0"/>
                <w:sz w:val="18"/>
              </w:rPr>
              <w:t>师：了解了这五种角的位置关系，你们能表示它们的大小关系吗？</w:t>
            </w:r>
          </w:p>
          <w:p>
            <w:pPr>
              <w:spacing w:after="20" w:line="276" w:lineRule="auto"/>
            </w:pPr>
            <w:r>
              <w:rPr>
                <w:rFonts w:ascii="宋体" w:hAnsi="宋体" w:eastAsia="宋体"/>
                <w:b w:val="0"/>
                <w:sz w:val="18"/>
              </w:rPr>
              <w:t>师小结并适时板书：锐角＜直角＜钝角＜平角＜周角</w:t>
            </w:r>
          </w:p>
          <w:p>
            <w:pPr>
              <w:spacing w:after="20" w:line="276" w:lineRule="auto"/>
            </w:pPr>
            <w:r>
              <w:rPr>
                <w:rFonts w:ascii="宋体" w:hAnsi="宋体" w:eastAsia="宋体"/>
                <w:b w:val="0"/>
                <w:sz w:val="18"/>
              </w:rPr>
              <w:t>1周角＝2平角；1平角＝2直角；1周角＝2平角＝4直角。</w:t>
            </w:r>
          </w:p>
        </w:tc>
        <w:tc>
          <w:tcPr>
            <w:tcW w:type="dxa" w:w="3061"/>
          </w:tcPr>
          <w:p>
            <w:pPr>
              <w:spacing w:after="20" w:line="276" w:lineRule="auto"/>
            </w:pPr>
            <w:r/>
            <w:r>
              <w:rPr>
                <w:rFonts w:ascii="宋体" w:hAnsi="宋体" w:eastAsia="宋体"/>
                <w:b w:val="0"/>
                <w:sz w:val="18"/>
              </w:rPr>
              <w:t>学生会发现它还是一个角，它是由一个点引出的两条射线组成的一个图形，不是0°，只不过这两条射线在同一条直线上。</w:t>
            </w:r>
          </w:p>
          <w:p>
            <w:pPr>
              <w:spacing w:after="20" w:line="276" w:lineRule="auto"/>
            </w:pPr>
            <w:r>
              <w:rPr>
                <w:rFonts w:ascii="宋体" w:hAnsi="宋体" w:eastAsia="宋体"/>
                <w:b w:val="0"/>
                <w:sz w:val="18"/>
              </w:rPr>
              <w:t>学生能理解它还是一个角，只不过两条边在一条直线上。</w:t>
            </w:r>
          </w:p>
          <w:p>
            <w:pPr>
              <w:spacing w:after="20" w:line="276" w:lineRule="auto"/>
            </w:pPr>
            <w:r>
              <w:rPr>
                <w:rFonts w:ascii="宋体" w:hAnsi="宋体" w:eastAsia="宋体"/>
                <w:b w:val="0"/>
                <w:sz w:val="18"/>
              </w:rPr>
              <w:t>周角最大，锐角最小；平角是周角的，直角是平角的；直角是周角的。</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设计递进式探究活动，引导学生在动手实践与合作交流中经历知识形成过程，突破本课重难点，核心问题："大家请看，这个还是角吗？与0°有区别吗？"</w:t>
            </w:r>
          </w:p>
        </w:tc>
      </w:tr>
      <w:tr>
        <w:tc>
          <w:tcPr>
            <w:tcW w:type="dxa" w:w="1474"/>
          </w:tcPr>
          <w:p>
            <w:pPr>
              <w:spacing w:after="20" w:line="276" w:lineRule="auto"/>
            </w:pPr>
            <w:r>
              <w:rPr>
                <w:b/>
              </w:rPr>
            </w:r>
            <w:r>
              <w:rPr>
                <w:rFonts w:ascii="宋体" w:hAnsi="宋体" w:eastAsia="宋体"/>
                <w:b/>
                <w:sz w:val="18"/>
              </w:rPr>
              <w:t>巩固练习，内化提高</w:t>
            </w:r>
          </w:p>
        </w:tc>
        <w:tc>
          <w:tcPr>
            <w:tcW w:type="dxa" w:w="3061"/>
          </w:tcPr>
          <w:p>
            <w:pPr>
              <w:spacing w:after="20" w:line="276" w:lineRule="auto"/>
            </w:pPr>
            <w:r/>
            <w:r>
              <w:rPr>
                <w:rFonts w:ascii="宋体" w:hAnsi="宋体" w:eastAsia="宋体"/>
                <w:b w:val="0"/>
                <w:sz w:val="18"/>
              </w:rPr>
              <w:t>课件出示教科书P29“做一做”。</w:t>
            </w:r>
          </w:p>
          <w:p>
            <w:pPr>
              <w:spacing w:after="20" w:line="276" w:lineRule="auto"/>
            </w:pPr>
            <w:r>
              <w:rPr>
                <w:rFonts w:ascii="宋体" w:hAnsi="宋体" w:eastAsia="宋体"/>
                <w:b w:val="0"/>
                <w:sz w:val="18"/>
              </w:rPr>
              <w:t>先让学生观察各个角与周角或平角的关系，再交流自己的发现。</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课堂小结，畅谈收获</w:t>
            </w:r>
          </w:p>
        </w:tc>
        <w:tc>
          <w:tcPr>
            <w:tcW w:type="dxa" w:w="3061"/>
          </w:tcPr>
          <w:p>
            <w:pPr>
              <w:spacing w:after="20" w:line="276" w:lineRule="auto"/>
            </w:pPr>
            <w:r/>
            <w:r>
              <w:rPr>
                <w:rFonts w:ascii="宋体" w:hAnsi="宋体" w:eastAsia="宋体"/>
                <w:b w:val="0"/>
                <w:sz w:val="18"/>
              </w:rPr>
              <w:t>师：同学们，今天的数学课你们有哪些收获呢？</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平角和周角是两种新认识的角。采用角的动态演示、停留观察、总结强调的方法，帮助学生理解和记忆这两种特殊的角。学生在前面经历锐角、直角、钝角、平角和周角的演变过程中，形成了丰富的感知，在此基础上借助角之间的关系，明确这五类角的大小以及周角、平角和直角之间的关系。</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角的再认识</w:t>
      </w:r>
    </w:p>
    <w:p>
      <w:pPr>
        <w:spacing w:after="40" w:line="300" w:lineRule="auto"/>
      </w:pPr>
      <w:r>
        <w:rPr>
          <w:rFonts w:ascii="宋体" w:hAnsi="宋体" w:eastAsia="宋体"/>
          <w:b w:val="0"/>
          <w:sz w:val="20"/>
        </w:rPr>
        <w:t>锐角＜直角＜钝角＜平角＜周角</w:t>
      </w:r>
    </w:p>
    <w:p>
      <w:pPr>
        <w:spacing w:after="40" w:line="300" w:lineRule="auto"/>
      </w:pPr>
      <w:r>
        <w:rPr>
          <w:rFonts w:ascii="宋体" w:hAnsi="宋体" w:eastAsia="宋体"/>
          <w:b w:val="0"/>
          <w:sz w:val="20"/>
        </w:rPr>
        <w:t>1周角＝2平角＝4直角</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教科书P28～29例1。</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角的再认识”的教学主要是让学生学会根据角的一条边的旋转幅度区分锐角、直角、钝角、平角和周角，并理解直角、平角和周角的关系。在教学中，教师充分利用课件演示和活动角摆角让学生经历动态认识各类角的形成过程，结合角的一条边的旋转建构起各类角的表象，完成从直观到抽象的认知过程。除此之外，教师还关注了体会周角与0°角的区别，平角与直线的区别。</w:t>
      </w:r>
    </w:p>
    <w:p>
      <w:r>
        <w:br w:type="page"/>
      </w:r>
    </w:p>
    <w:p>
      <w:pPr>
        <w:spacing w:after="80" w:line="300" w:lineRule="auto"/>
      </w:pPr>
      <w:r>
        <w:rPr>
          <w:rFonts w:ascii="黑体" w:hAnsi="黑体" w:eastAsia="黑体"/>
          <w:b/>
          <w:sz w:val="24"/>
        </w:rPr>
        <w:t>二、课时教学方案（第2课时）</w:t>
      </w:r>
    </w:p>
    <w:p>
      <w:pPr>
        <w:spacing w:after="80" w:line="300" w:lineRule="auto"/>
      </w:pPr>
      <w:r>
        <w:rPr>
          <w:rFonts w:ascii="黑体" w:hAnsi="黑体" w:eastAsia="黑体"/>
          <w:b/>
          <w:sz w:val="24"/>
        </w:rPr>
        <w:t>第2课时　角的度量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第2课时　角的度量</w:t>
            </w:r>
          </w:p>
        </w:tc>
        <w:tc>
          <w:tcPr>
            <w:tcW w:type="dxa" w:w="6009"/>
          </w:tcPr>
          <w:p>
            <w:pPr>
              <w:spacing w:after="20" w:line="276" w:lineRule="auto"/>
            </w:pPr>
            <w:r/>
            <w:r>
              <w:rPr>
                <w:rFonts w:ascii="宋体" w:hAnsi="宋体" w:eastAsia="宋体"/>
                <w:b w:val="0"/>
                <w:sz w:val="20"/>
              </w:rPr>
              <w:t>第2单元 角的度量</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有关角的初步认识的内容，学生在三年级上册已经学习过，但当时的学习是初步的，学生仅仅知道角有两条直的边，还有一个顶点等，这些都属于直观认识。本单元则是在学生原有认知的基础上，对这些内容加以拓展和提高，加深对图形本质特征和图形之间内在联系的认识。另外，本单元是关于图形与几何的内容，概念比较多，且比较抽象，在生活中不易找到原型。所以，在教学时，我们要考虑到学生的学习特点，尽可能从学生的生活经验和已有知识出发，以学生有所体验的和容易理解的现实问题为素材，让学生在熟悉的事物和具体情境中理解数学知识的含义。</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教学内容：教科书P29～31例2。</w:t>
      </w:r>
    </w:p>
    <w:p>
      <w:pPr>
        <w:spacing w:after="80" w:line="300" w:lineRule="auto"/>
        <w:ind w:firstLine="400"/>
      </w:pPr>
      <w:r>
        <w:rPr>
          <w:rFonts w:ascii="宋体" w:hAnsi="宋体" w:eastAsia="宋体"/>
          <w:b w:val="0"/>
          <w:sz w:val="20"/>
        </w:rPr>
        <w:t>教学准备：课件、三角尺、量角器。</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（1）经历探究的过程，体会统一角的计量单位和度量工具的必要性，建立度数为1°的角的表象。</w:t>
      </w:r>
    </w:p>
    <w:p>
      <w:pPr>
        <w:spacing w:after="20" w:line="300" w:lineRule="auto"/>
        <w:ind w:firstLine="400"/>
      </w:pPr>
      <w:r>
        <w:rPr>
          <w:rFonts w:ascii="宋体" w:hAnsi="宋体" w:eastAsia="宋体"/>
          <w:b w:val="0"/>
          <w:sz w:val="20"/>
        </w:rPr>
        <w:t>（2）认识量角器，归纳出用量角器量角的一般步骤，掌握用量角器量角的方法，并在量角的过程中感受角的大小与所画边的长短无关。</w:t>
      </w:r>
    </w:p>
    <w:p>
      <w:pPr>
        <w:spacing w:after="20" w:line="300" w:lineRule="auto"/>
        <w:ind w:firstLine="400"/>
      </w:pPr>
      <w:r>
        <w:rPr>
          <w:rFonts w:ascii="宋体" w:hAnsi="宋体" w:eastAsia="宋体"/>
          <w:b w:val="0"/>
          <w:sz w:val="20"/>
        </w:rPr>
        <w:t>（3）在自主探索的过程中，培养学生的观察、操作、类推及归纳概括等能力。</w:t>
      </w:r>
    </w:p>
    <w:p>
      <w:pPr>
        <w:spacing w:after="20" w:line="300" w:lineRule="auto"/>
        <w:ind w:firstLine="400"/>
      </w:pPr>
      <w:r>
        <w:rPr>
          <w:rFonts w:ascii="宋体" w:hAnsi="宋体" w:eastAsia="宋体"/>
          <w:b w:val="0"/>
          <w:sz w:val="20"/>
        </w:rPr>
        <w:t>（4）进一步体会数学的简洁严谨以及与生活的紧密联系。</w:t>
      </w:r>
    </w:p>
    <w:p>
      <w:pPr>
        <w:spacing w:after="20" w:line="300" w:lineRule="auto"/>
      </w:pPr>
      <w:r>
        <w:rPr>
          <w:rFonts w:ascii="宋体" w:hAnsi="宋体" w:eastAsia="宋体"/>
          <w:b w:val="0"/>
          <w:sz w:val="20"/>
        </w:rPr>
        <w:t>教学重点：掌握用量角器量角的方法。</w:t>
      </w:r>
    </w:p>
    <w:p>
      <w:pPr>
        <w:spacing w:after="20" w:line="300" w:lineRule="auto"/>
      </w:pPr>
      <w:r>
        <w:rPr>
          <w:rFonts w:ascii="宋体" w:hAnsi="宋体" w:eastAsia="宋体"/>
          <w:b w:val="0"/>
          <w:sz w:val="20"/>
        </w:rPr>
        <w:t>教学难点：会用量角器量不同方向的角，并正确读出度数。</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借助问题，统一认知</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这两个角哪个大一些呢？大的角比小的角大多少呢？</w:t>
            </w:r>
          </w:p>
        </w:tc>
        <w:tc>
          <w:tcPr>
            <w:tcW w:type="dxa" w:w="1361"/>
          </w:tcPr>
          <w:p>
            <w:pPr>
              <w:spacing w:after="20" w:line="276" w:lineRule="auto"/>
            </w:pPr>
            <w:r/>
            <w:r>
              <w:rPr>
                <w:rFonts w:ascii="宋体" w:hAnsi="宋体" w:eastAsia="宋体"/>
                <w:b w:val="0"/>
                <w:sz w:val="18"/>
              </w:rPr>
              <w:t>9分钟</w:t>
            </w:r>
          </w:p>
        </w:tc>
      </w:tr>
      <w:tr>
        <w:tc>
          <w:tcPr>
            <w:tcW w:type="dxa" w:w="2835"/>
          </w:tcPr>
          <w:p>
            <w:pPr>
              <w:spacing w:after="20" w:line="276" w:lineRule="auto"/>
            </w:pPr>
            <w:r/>
            <w:r>
              <w:rPr>
                <w:rFonts w:ascii="宋体" w:hAnsi="宋体" w:eastAsia="宋体"/>
                <w:b w:val="0"/>
                <w:sz w:val="18"/>
              </w:rPr>
              <w:t>探索交流，解决问题</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认识了角的单位相关内容，大家现在知道周角、平角和直角分别是多少度吗？；人们根据这一原理发明了一种使用起来非常方便的度量角的工具——量角器。先仔细观察自己的量角器，量角器上有什么？</w:t>
            </w:r>
          </w:p>
        </w:tc>
        <w:tc>
          <w:tcPr>
            <w:tcW w:type="dxa" w:w="1361"/>
          </w:tcPr>
          <w:p>
            <w:pPr>
              <w:spacing w:after="20" w:line="276" w:lineRule="auto"/>
            </w:pPr>
            <w:r/>
            <w:r>
              <w:rPr>
                <w:rFonts w:ascii="宋体" w:hAnsi="宋体" w:eastAsia="宋体"/>
                <w:b w:val="0"/>
                <w:sz w:val="18"/>
              </w:rPr>
              <w:t>21分钟</w:t>
            </w:r>
          </w:p>
        </w:tc>
      </w:tr>
      <w:tr>
        <w:tc>
          <w:tcPr>
            <w:tcW w:type="dxa" w:w="2835"/>
          </w:tcPr>
          <w:p>
            <w:pPr>
              <w:spacing w:after="20" w:line="276" w:lineRule="auto"/>
            </w:pPr>
            <w:r/>
            <w:r>
              <w:rPr>
                <w:rFonts w:ascii="宋体" w:hAnsi="宋体" w:eastAsia="宋体"/>
                <w:b w:val="0"/>
                <w:sz w:val="18"/>
              </w:rPr>
              <w:t>巩固练习，内化提高</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你是怎样量角的度数？；这两个角的边的长短并不一样，但度数一样，这说明了什么？</w:t>
            </w:r>
          </w:p>
        </w:tc>
        <w:tc>
          <w:tcPr>
            <w:tcW w:type="dxa" w:w="1361"/>
          </w:tcPr>
          <w:p>
            <w:pPr>
              <w:spacing w:after="20" w:line="276" w:lineRule="auto"/>
            </w:pPr>
            <w:r/>
            <w:r>
              <w:rPr>
                <w:rFonts w:ascii="宋体" w:hAnsi="宋体" w:eastAsia="宋体"/>
                <w:b w:val="0"/>
                <w:sz w:val="18"/>
              </w:rPr>
              <w:t>8分钟</w:t>
            </w:r>
          </w:p>
        </w:tc>
      </w:tr>
      <w:tr>
        <w:tc>
          <w:tcPr>
            <w:tcW w:type="dxa" w:w="2835"/>
          </w:tcPr>
          <w:p>
            <w:pPr>
              <w:spacing w:after="20" w:line="276" w:lineRule="auto"/>
            </w:pPr>
            <w:r/>
            <w:r>
              <w:rPr>
                <w:rFonts w:ascii="宋体" w:hAnsi="宋体" w:eastAsia="宋体"/>
                <w:b w:val="0"/>
                <w:sz w:val="18"/>
              </w:rPr>
              <w:t>课堂小结，畅谈收获</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同学们，今天的数学课你们有哪些收获？</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借助问题，统一认知</w:t>
            </w:r>
          </w:p>
        </w:tc>
        <w:tc>
          <w:tcPr>
            <w:tcW w:type="dxa" w:w="3061"/>
          </w:tcPr>
          <w:p>
            <w:pPr>
              <w:spacing w:after="20" w:line="276" w:lineRule="auto"/>
            </w:pPr>
            <w:r/>
            <w:r>
              <w:rPr>
                <w:rFonts w:ascii="宋体" w:hAnsi="宋体" w:eastAsia="宋体"/>
                <w:b w:val="0"/>
                <w:sz w:val="18"/>
              </w:rPr>
              <w:t>1.课件出示比较两个角的大小。</w:t>
            </w:r>
          </w:p>
          <w:p>
            <w:pPr>
              <w:spacing w:after="20" w:line="276" w:lineRule="auto"/>
            </w:pPr>
            <w:r>
              <w:rPr>
                <w:rFonts w:ascii="宋体" w:hAnsi="宋体" w:eastAsia="宋体"/>
                <w:b w:val="0"/>
                <w:sz w:val="18"/>
              </w:rPr>
              <w:t>师：这两个角哪个大一些呢？大的角比小的角大多少呢？</w:t>
            </w:r>
          </w:p>
          <w:p>
            <w:pPr>
              <w:spacing w:after="20" w:line="276" w:lineRule="auto"/>
            </w:pPr>
            <w:r>
              <w:rPr>
                <w:rFonts w:ascii="宋体" w:hAnsi="宋体" w:eastAsia="宋体"/>
                <w:b w:val="0"/>
                <w:sz w:val="18"/>
              </w:rPr>
              <w:t>2．课件呈现。</w:t>
            </w:r>
          </w:p>
          <w:p>
            <w:pPr>
              <w:spacing w:after="20" w:line="276" w:lineRule="auto"/>
            </w:pPr>
            <w:r>
              <w:rPr>
                <w:rFonts w:ascii="宋体" w:hAnsi="宋体" w:eastAsia="宋体"/>
                <w:b w:val="0"/>
                <w:sz w:val="18"/>
              </w:rPr>
              <w:t>课件出示借助三角尺比较两个角的大小的过程。</w:t>
            </w:r>
          </w:p>
          <w:p>
            <w:pPr>
              <w:spacing w:after="20" w:line="276" w:lineRule="auto"/>
            </w:pPr>
            <w:r>
              <w:rPr>
                <w:rFonts w:ascii="宋体" w:hAnsi="宋体" w:eastAsia="宋体"/>
                <w:b w:val="0"/>
                <w:sz w:val="18"/>
              </w:rPr>
              <w:t>3．揭示课题。</w:t>
            </w:r>
          </w:p>
          <w:p>
            <w:pPr>
              <w:spacing w:after="20" w:line="276" w:lineRule="auto"/>
            </w:pPr>
            <w:r>
              <w:rPr>
                <w:rFonts w:ascii="宋体" w:hAnsi="宋体" w:eastAsia="宋体"/>
                <w:b w:val="0"/>
                <w:sz w:val="18"/>
              </w:rPr>
              <w:t>师：看来，我们要比出这两个角哪个大，大多少，需要用统一的工具来进行测量。这节课我们就一起来学习角的度量。(板书课题：角的度量)</w:t>
            </w:r>
          </w:p>
        </w:tc>
        <w:tc>
          <w:tcPr>
            <w:tcW w:type="dxa" w:w="3061"/>
          </w:tcPr>
          <w:p>
            <w:pPr>
              <w:spacing w:after="20" w:line="276" w:lineRule="auto"/>
            </w:pPr>
            <w:r/>
            <w:r>
              <w:rPr>
                <w:rFonts w:ascii="宋体" w:hAnsi="宋体" w:eastAsia="宋体"/>
                <w:b w:val="0"/>
                <w:sz w:val="18"/>
              </w:rPr>
              <w:t>学生会觉得比较起来有困难。也有学生会想到用三角尺上的角来比一比，量一量。</w:t>
            </w:r>
          </w:p>
          <w:p>
            <w:pPr>
              <w:spacing w:after="20" w:line="276" w:lineRule="auto"/>
            </w:pPr>
            <w:r>
              <w:rPr>
                <w:rFonts w:ascii="宋体" w:hAnsi="宋体" w:eastAsia="宋体"/>
                <w:b w:val="0"/>
                <w:sz w:val="18"/>
              </w:rPr>
              <w:t>学生能感受到∠2比∠1大一点，但是具体大多少还是不知道。</w:t>
            </w:r>
          </w:p>
        </w:tc>
        <w:tc>
          <w:tcPr>
            <w:tcW w:type="dxa" w:w="1814"/>
          </w:tcPr>
          <w:p>
            <w:pPr>
              <w:spacing w:after="20" w:line="276" w:lineRule="auto"/>
            </w:pPr>
            <w:r/>
            <w:r>
              <w:rPr>
                <w:rFonts w:ascii="宋体" w:hAnsi="宋体" w:eastAsia="宋体"/>
                <w:b w:val="0"/>
                <w:sz w:val="18"/>
              </w:rPr>
              <w:t>围绕环节目标组织学习活动，引导学生主动参与、积极思考，核心问题："这两个角哪个大一些呢？大的角比小的角大多少呢？"</w:t>
            </w:r>
          </w:p>
        </w:tc>
      </w:tr>
      <w:tr>
        <w:tc>
          <w:tcPr>
            <w:tcW w:type="dxa" w:w="1474"/>
          </w:tcPr>
          <w:p>
            <w:pPr>
              <w:spacing w:after="20" w:line="276" w:lineRule="auto"/>
            </w:pPr>
            <w:r>
              <w:rPr>
                <w:b/>
              </w:rPr>
            </w:r>
            <w:r>
              <w:rPr>
                <w:rFonts w:ascii="宋体" w:hAnsi="宋体" w:eastAsia="宋体"/>
                <w:b/>
                <w:sz w:val="18"/>
              </w:rPr>
              <w:t>探索交流，解决问题</w:t>
            </w:r>
          </w:p>
        </w:tc>
        <w:tc>
          <w:tcPr>
            <w:tcW w:type="dxa" w:w="3061"/>
          </w:tcPr>
          <w:p>
            <w:pPr>
              <w:spacing w:after="20" w:line="276" w:lineRule="auto"/>
            </w:pPr>
            <w:r/>
            <w:r>
              <w:rPr>
                <w:rFonts w:ascii="宋体" w:hAnsi="宋体" w:eastAsia="宋体"/>
                <w:b w:val="0"/>
                <w:sz w:val="18"/>
              </w:rPr>
              <w:t>1.学习角的计量单位。</w:t>
            </w:r>
          </w:p>
          <w:p>
            <w:pPr>
              <w:spacing w:after="20" w:line="276" w:lineRule="auto"/>
            </w:pPr>
            <w:r>
              <w:rPr>
                <w:rFonts w:ascii="宋体" w:hAnsi="宋体" w:eastAsia="宋体"/>
                <w:b w:val="0"/>
                <w:sz w:val="18"/>
              </w:rPr>
              <w:t>师：要准确测量一个角的大小，应该用一个合适的角作单位来量，我们先来认识一下角的单位。</w:t>
            </w:r>
          </w:p>
          <w:p>
            <w:pPr>
              <w:spacing w:after="20" w:line="276" w:lineRule="auto"/>
            </w:pPr>
            <w:r>
              <w:rPr>
                <w:rFonts w:ascii="宋体" w:hAnsi="宋体" w:eastAsia="宋体"/>
                <w:b w:val="0"/>
                <w:sz w:val="18"/>
              </w:rPr>
              <w:t>课件出示教科书P30角的单位的概念相关内容。</w:t>
            </w:r>
          </w:p>
          <w:p>
            <w:pPr>
              <w:spacing w:after="20" w:line="276" w:lineRule="auto"/>
            </w:pPr>
            <w:r>
              <w:rPr>
                <w:rFonts w:ascii="宋体" w:hAnsi="宋体" w:eastAsia="宋体"/>
                <w:b w:val="0"/>
                <w:sz w:val="18"/>
              </w:rPr>
              <w:t>师：认识了角的单位相关内容，大家现在知道周角、平角和直角分别是多少度吗？</w:t>
            </w:r>
          </w:p>
          <w:p>
            <w:pPr>
              <w:spacing w:after="20" w:line="276" w:lineRule="auto"/>
            </w:pPr>
            <w:r>
              <w:rPr>
                <w:rFonts w:ascii="宋体" w:hAnsi="宋体" w:eastAsia="宋体"/>
                <w:b w:val="0"/>
                <w:sz w:val="18"/>
              </w:rPr>
              <w:t>2．认识量角器。</w:t>
            </w:r>
          </w:p>
          <w:p>
            <w:pPr>
              <w:spacing w:after="20" w:line="276" w:lineRule="auto"/>
            </w:pPr>
            <w:r>
              <w:rPr>
                <w:rFonts w:ascii="宋体" w:hAnsi="宋体" w:eastAsia="宋体"/>
                <w:b w:val="0"/>
                <w:sz w:val="18"/>
              </w:rPr>
              <w:t>师：人们根据这一原理发明了一种使用起来非常方便的度量角的工具——量角器。先仔细观察自己的量角器，量角器上有什么？</w:t>
            </w:r>
          </w:p>
          <w:p>
            <w:pPr>
              <w:spacing w:after="20" w:line="276" w:lineRule="auto"/>
            </w:pPr>
            <w:r>
              <w:rPr>
                <w:rFonts w:ascii="宋体" w:hAnsi="宋体" w:eastAsia="宋体"/>
                <w:b w:val="0"/>
                <w:sz w:val="18"/>
              </w:rPr>
              <w:t>师：谁来说一说，你有什么发现？(课件配合演示)</w:t>
            </w:r>
          </w:p>
          <w:p>
            <w:pPr>
              <w:spacing w:after="20" w:line="276" w:lineRule="auto"/>
            </w:pPr>
            <w:r>
              <w:rPr>
                <w:rFonts w:ascii="宋体" w:hAnsi="宋体" w:eastAsia="宋体"/>
                <w:b w:val="0"/>
                <w:sz w:val="18"/>
              </w:rPr>
              <w:t>师小结：量角器上这些长长短短的小线是刻度线，它们聚集的这一点叫中心；刻度线中还有这样一条线，它穿过中心，两端都指着0，我们把它叫作0°刻度线。习惯上，我们把里面这一圈0到180的数，叫作内圈刻度；外面一圈0到180的数，叫作外圈刻度。</w:t>
            </w:r>
          </w:p>
          <w:p>
            <w:pPr>
              <w:spacing w:after="20" w:line="276" w:lineRule="auto"/>
            </w:pPr>
            <w:r>
              <w:rPr>
                <w:rFonts w:ascii="宋体" w:hAnsi="宋体" w:eastAsia="宋体"/>
                <w:b w:val="0"/>
                <w:sz w:val="18"/>
              </w:rPr>
              <w:t>让学生分别指一指。</w:t>
            </w:r>
          </w:p>
          <w:p>
            <w:pPr>
              <w:spacing w:after="20" w:line="276" w:lineRule="auto"/>
            </w:pPr>
            <w:r>
              <w:rPr>
                <w:rFonts w:ascii="宋体" w:hAnsi="宋体" w:eastAsia="宋体"/>
                <w:b w:val="0"/>
                <w:sz w:val="18"/>
              </w:rPr>
              <w:t>师：量角器将这个半圆平均分成了180份，每1份的大小就是1°的角。仔细观察，1°角的顶点在什么位置？量角器上有多少个1°的角？</w:t>
            </w:r>
          </w:p>
          <w:p>
            <w:pPr>
              <w:spacing w:after="20" w:line="276" w:lineRule="auto"/>
            </w:pPr>
            <w:r>
              <w:rPr>
                <w:rFonts w:ascii="宋体" w:hAnsi="宋体" w:eastAsia="宋体"/>
                <w:b w:val="0"/>
                <w:sz w:val="18"/>
              </w:rPr>
              <w:t>3．用量角器量角。</w:t>
            </w:r>
          </w:p>
          <w:p>
            <w:pPr>
              <w:spacing w:after="20" w:line="276" w:lineRule="auto"/>
            </w:pPr>
            <w:r>
              <w:rPr>
                <w:rFonts w:ascii="宋体" w:hAnsi="宋体" w:eastAsia="宋体"/>
                <w:b w:val="0"/>
                <w:sz w:val="18"/>
              </w:rPr>
              <w:t>课件出示教科书P31例2。</w:t>
            </w:r>
          </w:p>
          <w:p>
            <w:pPr>
              <w:spacing w:after="20" w:line="276" w:lineRule="auto"/>
            </w:pPr>
            <w:r>
              <w:rPr>
                <w:rFonts w:ascii="宋体" w:hAnsi="宋体" w:eastAsia="宋体"/>
                <w:b w:val="0"/>
                <w:sz w:val="18"/>
              </w:rPr>
              <w:t>师生总结量角方法：①点点重合；②线边重合；③读准刻度。(板书)</w:t>
            </w:r>
          </w:p>
        </w:tc>
        <w:tc>
          <w:tcPr>
            <w:tcW w:type="dxa" w:w="3061"/>
          </w:tcPr>
          <w:p>
            <w:pPr>
              <w:spacing w:after="20" w:line="276" w:lineRule="auto"/>
            </w:pPr>
            <w:r/>
            <w:r>
              <w:rPr>
                <w:rFonts w:ascii="宋体" w:hAnsi="宋体" w:eastAsia="宋体"/>
                <w:b w:val="0"/>
                <w:sz w:val="18"/>
              </w:rPr>
              <w:t>预设1：1周角是360°。</w:t>
            </w:r>
          </w:p>
          <w:p>
            <w:pPr>
              <w:spacing w:after="20" w:line="276" w:lineRule="auto"/>
            </w:pPr>
            <w:r>
              <w:rPr>
                <w:rFonts w:ascii="宋体" w:hAnsi="宋体" w:eastAsia="宋体"/>
                <w:b w:val="0"/>
                <w:sz w:val="18"/>
              </w:rPr>
              <w:t>预设2：1平角是周角，所以是180°。</w:t>
            </w:r>
          </w:p>
          <w:p>
            <w:pPr>
              <w:spacing w:after="20" w:line="276" w:lineRule="auto"/>
            </w:pPr>
            <w:r>
              <w:rPr>
                <w:rFonts w:ascii="宋体" w:hAnsi="宋体" w:eastAsia="宋体"/>
                <w:b w:val="0"/>
                <w:sz w:val="18"/>
              </w:rPr>
              <w:t>预设3：1直角是周角，所以是90°。</w:t>
            </w:r>
          </w:p>
          <w:p>
            <w:pPr>
              <w:spacing w:after="20" w:line="276" w:lineRule="auto"/>
            </w:pPr>
            <w:r>
              <w:rPr>
                <w:rFonts w:ascii="宋体" w:hAnsi="宋体" w:eastAsia="宋体"/>
                <w:b w:val="0"/>
                <w:sz w:val="18"/>
              </w:rPr>
              <w:t>小组交流发现。</w:t>
            </w:r>
          </w:p>
          <w:p>
            <w:pPr>
              <w:spacing w:after="20" w:line="276" w:lineRule="auto"/>
            </w:pPr>
            <w:r>
              <w:rPr>
                <w:rFonts w:ascii="宋体" w:hAnsi="宋体" w:eastAsia="宋体"/>
                <w:b w:val="0"/>
                <w:sz w:val="18"/>
              </w:rPr>
              <w:t>学生回答并让学生分别从0°到180°读出内圈刻度和外圈刻度。</w:t>
            </w:r>
          </w:p>
          <w:p>
            <w:pPr>
              <w:spacing w:after="20" w:line="276" w:lineRule="auto"/>
            </w:pPr>
            <w:r>
              <w:rPr>
                <w:rFonts w:ascii="宋体" w:hAnsi="宋体" w:eastAsia="宋体"/>
                <w:b w:val="0"/>
                <w:sz w:val="18"/>
              </w:rPr>
              <w:t>学生独立尝试量角并回答上面问题。</w:t>
            </w:r>
          </w:p>
          <w:p>
            <w:pPr>
              <w:spacing w:after="20" w:line="276" w:lineRule="auto"/>
            </w:pPr>
            <w:r>
              <w:rPr>
                <w:rFonts w:ascii="宋体" w:hAnsi="宋体" w:eastAsia="宋体"/>
                <w:b w:val="0"/>
                <w:sz w:val="18"/>
              </w:rPr>
              <w:t>这里重点引导学生注意两个方面的问题：一是如何正确摆放量角器，二是读数是读内圈刻度还是外圈刻度。</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设计递进式探究活动，引导学生在动手实践与合作交流中经历知识形成过程，突破本课重难点，核心问题："认识了角的单位相关内容，大家现在知道周角、平角和直角分别是多少度吗？"</w:t>
            </w:r>
          </w:p>
        </w:tc>
      </w:tr>
      <w:tr>
        <w:tc>
          <w:tcPr>
            <w:tcW w:type="dxa" w:w="1474"/>
          </w:tcPr>
          <w:p>
            <w:pPr>
              <w:spacing w:after="20" w:line="276" w:lineRule="auto"/>
            </w:pPr>
            <w:r>
              <w:rPr>
                <w:b/>
              </w:rPr>
            </w:r>
            <w:r>
              <w:rPr>
                <w:rFonts w:ascii="宋体" w:hAnsi="宋体" w:eastAsia="宋体"/>
                <w:b/>
                <w:sz w:val="18"/>
              </w:rPr>
              <w:t>巩固练习，内化提高</w:t>
            </w:r>
          </w:p>
        </w:tc>
        <w:tc>
          <w:tcPr>
            <w:tcW w:type="dxa" w:w="3061"/>
          </w:tcPr>
          <w:p>
            <w:pPr>
              <w:spacing w:after="20" w:line="276" w:lineRule="auto"/>
            </w:pPr>
            <w:r/>
            <w:r>
              <w:rPr>
                <w:rFonts w:ascii="宋体" w:hAnsi="宋体" w:eastAsia="宋体"/>
                <w:b w:val="0"/>
                <w:sz w:val="18"/>
              </w:rPr>
              <w:t>1.完成教科书P31“做一做”第1题。</w:t>
            </w:r>
          </w:p>
          <w:p>
            <w:pPr>
              <w:spacing w:after="20" w:line="276" w:lineRule="auto"/>
            </w:pPr>
            <w:r>
              <w:rPr>
                <w:rFonts w:ascii="宋体" w:hAnsi="宋体" w:eastAsia="宋体"/>
                <w:b w:val="0"/>
                <w:sz w:val="18"/>
              </w:rPr>
              <w:t>先让学生独立填出每个角的度数，再全班进行交流。</w:t>
            </w:r>
          </w:p>
          <w:p>
            <w:pPr>
              <w:spacing w:after="20" w:line="276" w:lineRule="auto"/>
            </w:pPr>
            <w:r>
              <w:rPr>
                <w:rFonts w:ascii="宋体" w:hAnsi="宋体" w:eastAsia="宋体"/>
                <w:b w:val="0"/>
                <w:sz w:val="18"/>
              </w:rPr>
              <w:t>2．完成教科书P31“做一做”第2题。</w:t>
            </w:r>
          </w:p>
          <w:p>
            <w:pPr>
              <w:spacing w:after="20" w:line="276" w:lineRule="auto"/>
            </w:pPr>
            <w:r>
              <w:rPr>
                <w:rFonts w:ascii="宋体" w:hAnsi="宋体" w:eastAsia="宋体"/>
                <w:b w:val="0"/>
                <w:sz w:val="18"/>
              </w:rPr>
              <w:t>师：你是怎样量角的度数？</w:t>
            </w:r>
          </w:p>
          <w:p>
            <w:pPr>
              <w:spacing w:after="20" w:line="276" w:lineRule="auto"/>
            </w:pPr>
            <w:r>
              <w:rPr>
                <w:rFonts w:ascii="宋体" w:hAnsi="宋体" w:eastAsia="宋体"/>
                <w:b w:val="0"/>
                <w:sz w:val="18"/>
              </w:rPr>
              <w:t>师：这两个角的边的长短并不一样，但度数一样，这说明了什么？</w:t>
            </w:r>
          </w:p>
          <w:p>
            <w:pPr>
              <w:spacing w:after="20" w:line="276" w:lineRule="auto"/>
            </w:pPr>
            <w:r>
              <w:rPr>
                <w:rFonts w:ascii="宋体" w:hAnsi="宋体" w:eastAsia="宋体"/>
                <w:b w:val="0"/>
                <w:sz w:val="18"/>
              </w:rPr>
              <w:t>3．完成教科书P32“做一做”第3题。</w:t>
            </w:r>
          </w:p>
          <w:p>
            <w:pPr>
              <w:spacing w:after="20" w:line="276" w:lineRule="auto"/>
            </w:pPr>
            <w:r>
              <w:rPr>
                <w:rFonts w:ascii="宋体" w:hAnsi="宋体" w:eastAsia="宋体"/>
                <w:b w:val="0"/>
                <w:sz w:val="18"/>
              </w:rPr>
              <w:t>先独立量出每个角的度数，再全班进行交流，并说说在用量角器量角时要注意什么。</w:t>
            </w:r>
          </w:p>
        </w:tc>
        <w:tc>
          <w:tcPr>
            <w:tcW w:type="dxa" w:w="3061"/>
          </w:tcPr>
          <w:p>
            <w:pPr>
              <w:spacing w:after="20" w:line="276" w:lineRule="auto"/>
            </w:pPr>
            <w:r/>
            <w:r>
              <w:rPr>
                <w:rFonts w:ascii="宋体" w:hAnsi="宋体" w:eastAsia="宋体"/>
                <w:b w:val="0"/>
                <w:sz w:val="18"/>
              </w:rPr>
              <w:t>角的大小与两条边的长短无关，和开口大小有关。</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通过有层次的练习及时反馈学情，巩固新知，培养学生灵活运用知识解决问题的能力，核心问题："你是怎样量角的度数？"</w:t>
            </w:r>
          </w:p>
        </w:tc>
      </w:tr>
      <w:tr>
        <w:tc>
          <w:tcPr>
            <w:tcW w:type="dxa" w:w="1474"/>
          </w:tcPr>
          <w:p>
            <w:pPr>
              <w:spacing w:after="20" w:line="276" w:lineRule="auto"/>
            </w:pPr>
            <w:r>
              <w:rPr>
                <w:b/>
              </w:rPr>
            </w:r>
            <w:r>
              <w:rPr>
                <w:rFonts w:ascii="宋体" w:hAnsi="宋体" w:eastAsia="宋体"/>
                <w:b/>
                <w:sz w:val="18"/>
              </w:rPr>
              <w:t>课堂小结，畅谈收获</w:t>
            </w:r>
          </w:p>
        </w:tc>
        <w:tc>
          <w:tcPr>
            <w:tcW w:type="dxa" w:w="3061"/>
          </w:tcPr>
          <w:p>
            <w:pPr>
              <w:spacing w:after="20" w:line="276" w:lineRule="auto"/>
            </w:pPr>
            <w:r/>
            <w:r>
              <w:rPr>
                <w:rFonts w:ascii="宋体" w:hAnsi="宋体" w:eastAsia="宋体"/>
                <w:b w:val="0"/>
                <w:sz w:val="18"/>
              </w:rPr>
              <w:t>师：同学们，今天的数学课你们有哪些收获？</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通过比较一组不同的角的大小引入新课，既激发了学生的学习兴趣，同时也引发了学生的思考：我们该选择什么样的测量工具？如何测量？使学生感受统一度量标准的必要性。借助“看一看”“指一指”“读一读”等多种活动，调动起各种感官参与学习，激发学生自主探索的积极性，培养学生的观察能力和数学表达能力。</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角的度量</w:t>
      </w:r>
    </w:p>
    <w:p>
      <w:pPr>
        <w:spacing w:after="40" w:line="300" w:lineRule="auto"/>
      </w:pPr>
      <w:r>
        <w:rPr>
          <w:rFonts w:ascii="宋体" w:hAnsi="宋体" w:eastAsia="宋体"/>
          <w:b w:val="0"/>
          <w:sz w:val="20"/>
        </w:rPr>
        <w:t>量角的方法：</w:t>
      </w:r>
    </w:p>
    <w:p>
      <w:pPr>
        <w:spacing w:after="40" w:line="300" w:lineRule="auto"/>
      </w:pPr>
      <w:r>
        <w:rPr>
          <w:rFonts w:ascii="宋体" w:hAnsi="宋体" w:eastAsia="宋体"/>
          <w:b w:val="0"/>
          <w:sz w:val="20"/>
        </w:rPr>
        <w:t>①点点重合；②线边重合；③读准刻度。</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教科书P29～31例2。</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这节课数学概念比较多，如中心、0°刻度线、内圈刻度、外圈刻度都是一些抽象的纯数学语言的概念。量角的操作程序复杂，尤其是对动手经验不足的四年级学生来说，是一次挑战。度量不同方位的角时，到底是读内圈刻度还是读外圈刻度对学生来说更加困难，所以教师在梳理量角步骤的过程中，提炼出了12个字的量角方法：点点重合，线边重合，读准刻度。学生明确了相应的方法步骤，再通过一定量的练习，就能熟练掌握量角的技能。</w:t>
      </w:r>
    </w:p>
    <w:p>
      <w:r>
        <w:br w:type="page"/>
      </w:r>
    </w:p>
    <w:p>
      <w:pPr>
        <w:spacing w:after="80" w:line="300" w:lineRule="auto"/>
      </w:pPr>
      <w:r>
        <w:rPr>
          <w:rFonts w:ascii="黑体" w:hAnsi="黑体" w:eastAsia="黑体"/>
          <w:b/>
          <w:sz w:val="24"/>
        </w:rPr>
        <w:t>二、课时教学方案（第3课时）</w:t>
      </w:r>
    </w:p>
    <w:p>
      <w:pPr>
        <w:spacing w:after="80" w:line="300" w:lineRule="auto"/>
      </w:pPr>
      <w:r>
        <w:rPr>
          <w:rFonts w:ascii="黑体" w:hAnsi="黑体" w:eastAsia="黑体"/>
          <w:b/>
          <w:sz w:val="24"/>
        </w:rPr>
        <w:t>第3课时　画指定度数的角</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第3课时　画指定度数的角</w:t>
            </w:r>
          </w:p>
        </w:tc>
        <w:tc>
          <w:tcPr>
            <w:tcW w:type="dxa" w:w="6009"/>
          </w:tcPr>
          <w:p>
            <w:pPr>
              <w:spacing w:after="20" w:line="276" w:lineRule="auto"/>
            </w:pPr>
            <w:r/>
            <w:r>
              <w:rPr>
                <w:rFonts w:ascii="宋体" w:hAnsi="宋体" w:eastAsia="宋体"/>
                <w:b w:val="0"/>
                <w:sz w:val="20"/>
              </w:rPr>
              <w:t>第2单元 角的度量</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有关角的初步认识的内容，学生在三年级上册已经学习过，但当时的学习是初步的，学生仅仅知道角有两条直的边，还有一个顶点等，这些都属于直观认识。本单元则是在学生原有认知的基础上，对这些内容加以拓展和提高，加深对图形本质特征和图形之间内在联系的认识。另外，本单元是关于图形与几何的内容，概念比较多，且比较抽象，在生活中不易找到原型。所以，在教学时，我们要考虑到学生的学习特点，尽可能从学生的生活经验和已有知识出发，以学生有所体验的和容易理解的现实问题为素材，让学生在熟悉的事物和具体情境中理解数学知识的含义。</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教学内容：教科书P32例3。</w:t>
      </w:r>
    </w:p>
    <w:p>
      <w:pPr>
        <w:spacing w:after="80" w:line="300" w:lineRule="auto"/>
        <w:ind w:firstLine="400"/>
      </w:pPr>
      <w:r>
        <w:rPr>
          <w:rFonts w:ascii="宋体" w:hAnsi="宋体" w:eastAsia="宋体"/>
          <w:b w:val="0"/>
          <w:sz w:val="20"/>
        </w:rPr>
        <w:t>教学准备：课件、三角尺、量角器。</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（1）让学生探究用量角器画角的方法，能用量角器画指定度数的角。</w:t>
      </w:r>
    </w:p>
    <w:p>
      <w:pPr>
        <w:spacing w:after="20" w:line="300" w:lineRule="auto"/>
        <w:ind w:firstLine="400"/>
      </w:pPr>
      <w:r>
        <w:rPr>
          <w:rFonts w:ascii="宋体" w:hAnsi="宋体" w:eastAsia="宋体"/>
          <w:b w:val="0"/>
          <w:sz w:val="20"/>
        </w:rPr>
        <w:t>（2）培养学生的动手操作能力、自学能力及分析推理能力。</w:t>
      </w:r>
    </w:p>
    <w:p>
      <w:pPr>
        <w:spacing w:after="20" w:line="300" w:lineRule="auto"/>
        <w:ind w:firstLine="400"/>
      </w:pPr>
      <w:r>
        <w:rPr>
          <w:rFonts w:ascii="宋体" w:hAnsi="宋体" w:eastAsia="宋体"/>
          <w:b w:val="0"/>
          <w:sz w:val="20"/>
        </w:rPr>
        <w:t>（3）让学生经历用量角器画角的过程，积累数学活动经验。</w:t>
      </w:r>
    </w:p>
    <w:p>
      <w:pPr>
        <w:spacing w:after="20" w:line="300" w:lineRule="auto"/>
      </w:pPr>
      <w:r>
        <w:rPr>
          <w:rFonts w:ascii="宋体" w:hAnsi="宋体" w:eastAsia="宋体"/>
          <w:b w:val="0"/>
          <w:sz w:val="20"/>
        </w:rPr>
        <w:t>教学重点：掌握用量角器画角的方法和操作步骤，掌握画角的技能。</w:t>
      </w:r>
    </w:p>
    <w:p>
      <w:pPr>
        <w:spacing w:after="20" w:line="300" w:lineRule="auto"/>
      </w:pPr>
      <w:r>
        <w:rPr>
          <w:rFonts w:ascii="宋体" w:hAnsi="宋体" w:eastAsia="宋体"/>
          <w:b w:val="0"/>
          <w:sz w:val="20"/>
        </w:rPr>
        <w:t>教学难点：理解画角的方法，掌握画角的操作步骤。</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提出问题，感知用量角器画角的必要性</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同学们，还记得三角尺中各个角的度数吗？；你们能再画出一个40°的角吗？</w:t>
            </w:r>
          </w:p>
        </w:tc>
        <w:tc>
          <w:tcPr>
            <w:tcW w:type="dxa" w:w="1361"/>
          </w:tcPr>
          <w:p>
            <w:pPr>
              <w:spacing w:after="20" w:line="276" w:lineRule="auto"/>
            </w:pPr>
            <w:r/>
            <w:r>
              <w:rPr>
                <w:rFonts w:ascii="宋体" w:hAnsi="宋体" w:eastAsia="宋体"/>
                <w:b w:val="0"/>
                <w:sz w:val="18"/>
              </w:rPr>
              <w:t>18分钟</w:t>
            </w:r>
          </w:p>
        </w:tc>
      </w:tr>
      <w:tr>
        <w:tc>
          <w:tcPr>
            <w:tcW w:type="dxa" w:w="2835"/>
          </w:tcPr>
          <w:p>
            <w:pPr>
              <w:spacing w:after="20" w:line="276" w:lineRule="auto"/>
            </w:pPr>
            <w:r/>
            <w:r>
              <w:rPr>
                <w:rFonts w:ascii="宋体" w:hAnsi="宋体" w:eastAsia="宋体"/>
                <w:b w:val="0"/>
                <w:sz w:val="18"/>
              </w:rPr>
              <w:t>实践交流，提炼用量角器画角的步骤</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你们能自己试着用量角器画出一个60°的角吗？；你们是怎样画出这个60°角的？</w:t>
            </w:r>
          </w:p>
        </w:tc>
        <w:tc>
          <w:tcPr>
            <w:tcW w:type="dxa" w:w="1361"/>
          </w:tcPr>
          <w:p>
            <w:pPr>
              <w:spacing w:after="20" w:line="276" w:lineRule="auto"/>
            </w:pPr>
            <w:r/>
            <w:r>
              <w:rPr>
                <w:rFonts w:ascii="宋体" w:hAnsi="宋体" w:eastAsia="宋体"/>
                <w:b w:val="0"/>
                <w:sz w:val="18"/>
              </w:rPr>
              <w:t>13分钟</w:t>
            </w:r>
          </w:p>
        </w:tc>
      </w:tr>
      <w:tr>
        <w:tc>
          <w:tcPr>
            <w:tcW w:type="dxa" w:w="2835"/>
          </w:tcPr>
          <w:p>
            <w:pPr>
              <w:spacing w:after="20" w:line="276" w:lineRule="auto"/>
            </w:pPr>
            <w:r/>
            <w:r>
              <w:rPr>
                <w:rFonts w:ascii="宋体" w:hAnsi="宋体" w:eastAsia="宋体"/>
                <w:b w:val="0"/>
                <w:sz w:val="18"/>
              </w:rPr>
              <w:t>巩固练习，强化用量角器画角的技能</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6分钟</w:t>
            </w:r>
          </w:p>
        </w:tc>
      </w:tr>
      <w:tr>
        <w:tc>
          <w:tcPr>
            <w:tcW w:type="dxa" w:w="2835"/>
          </w:tcPr>
          <w:p>
            <w:pPr>
              <w:spacing w:after="20" w:line="276" w:lineRule="auto"/>
            </w:pPr>
            <w:r/>
            <w:r>
              <w:rPr>
                <w:rFonts w:ascii="宋体" w:hAnsi="宋体" w:eastAsia="宋体"/>
                <w:b w:val="0"/>
                <w:sz w:val="18"/>
              </w:rPr>
              <w:t>课堂小结，畅谈收获</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同学们，今天的数学课你们有哪些收获呢？</w:t>
            </w:r>
          </w:p>
        </w:tc>
        <w:tc>
          <w:tcPr>
            <w:tcW w:type="dxa" w:w="1361"/>
          </w:tcPr>
          <w:p>
            <w:pPr>
              <w:spacing w:after="20" w:line="276" w:lineRule="auto"/>
            </w:pPr>
            <w:r/>
            <w:r>
              <w:rPr>
                <w:rFonts w:ascii="宋体" w:hAnsi="宋体" w:eastAsia="宋体"/>
                <w:b w:val="0"/>
                <w:sz w:val="18"/>
              </w:rPr>
              <w:t>3分钟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提出问题，感知用量角器画角的必要性</w:t>
            </w:r>
          </w:p>
        </w:tc>
        <w:tc>
          <w:tcPr>
            <w:tcW w:type="dxa" w:w="3061"/>
          </w:tcPr>
          <w:p>
            <w:pPr>
              <w:spacing w:after="20" w:line="276" w:lineRule="auto"/>
            </w:pPr>
            <w:r/>
            <w:r>
              <w:rPr>
                <w:rFonts w:ascii="宋体" w:hAnsi="宋体" w:eastAsia="宋体"/>
                <w:b w:val="0"/>
                <w:sz w:val="18"/>
              </w:rPr>
              <w:t>1.复习三角尺中各个角的度数。</w:t>
            </w:r>
          </w:p>
          <w:p>
            <w:pPr>
              <w:spacing w:after="20" w:line="276" w:lineRule="auto"/>
            </w:pPr>
            <w:r>
              <w:rPr>
                <w:rFonts w:ascii="宋体" w:hAnsi="宋体" w:eastAsia="宋体"/>
                <w:b w:val="0"/>
                <w:sz w:val="18"/>
              </w:rPr>
              <w:t>师：同学们，还记得三角尺中各个角的度数吗？</w:t>
            </w:r>
          </w:p>
          <w:p>
            <w:pPr>
              <w:spacing w:after="20" w:line="276" w:lineRule="auto"/>
            </w:pPr>
            <w:r>
              <w:rPr>
                <w:rFonts w:ascii="宋体" w:hAnsi="宋体" w:eastAsia="宋体"/>
                <w:b w:val="0"/>
                <w:sz w:val="18"/>
              </w:rPr>
              <w:t>2．尝试画出指定度数的角。</w:t>
            </w:r>
          </w:p>
          <w:p>
            <w:pPr>
              <w:spacing w:after="20" w:line="276" w:lineRule="auto"/>
            </w:pPr>
            <w:r>
              <w:rPr>
                <w:rFonts w:ascii="宋体" w:hAnsi="宋体" w:eastAsia="宋体"/>
                <w:b w:val="0"/>
                <w:sz w:val="18"/>
              </w:rPr>
              <w:t>师：请你们尝试画出一个60°的角。</w:t>
            </w:r>
          </w:p>
          <w:p>
            <w:pPr>
              <w:spacing w:after="20" w:line="276" w:lineRule="auto"/>
            </w:pPr>
            <w:r>
              <w:rPr>
                <w:rFonts w:ascii="宋体" w:hAnsi="宋体" w:eastAsia="宋体"/>
                <w:b w:val="0"/>
                <w:sz w:val="18"/>
              </w:rPr>
              <w:t>师：请你们再尝试画出一个75°的角和一个105°的角。</w:t>
            </w:r>
          </w:p>
          <w:p>
            <w:pPr>
              <w:spacing w:after="20" w:line="276" w:lineRule="auto"/>
            </w:pPr>
            <w:r>
              <w:rPr>
                <w:rFonts w:ascii="宋体" w:hAnsi="宋体" w:eastAsia="宋体"/>
                <w:b w:val="0"/>
                <w:sz w:val="18"/>
              </w:rPr>
              <w:t>师：你们能再画出一个40°的角吗？</w:t>
            </w:r>
          </w:p>
          <w:p>
            <w:pPr>
              <w:spacing w:after="20" w:line="276" w:lineRule="auto"/>
            </w:pPr>
            <w:r>
              <w:rPr>
                <w:rFonts w:ascii="宋体" w:hAnsi="宋体" w:eastAsia="宋体"/>
                <w:b w:val="0"/>
                <w:sz w:val="18"/>
              </w:rPr>
              <w:t>师：看来，用三角尺并不能画出所有指定度数的角，这时候就要用量角器来画角。用量角器怎样画角呢？这就是我们今天要学习的内容。(板书课题：画指定度数的角)</w:t>
            </w:r>
          </w:p>
        </w:tc>
        <w:tc>
          <w:tcPr>
            <w:tcW w:type="dxa" w:w="3061"/>
          </w:tcPr>
          <w:p>
            <w:pPr>
              <w:spacing w:after="20" w:line="276" w:lineRule="auto"/>
            </w:pPr>
            <w:r/>
            <w:r>
              <w:rPr>
                <w:rFonts w:ascii="宋体" w:hAnsi="宋体" w:eastAsia="宋体"/>
                <w:b w:val="0"/>
                <w:sz w:val="18"/>
              </w:rPr>
              <w:t>学生能说出其中一个三角尺三个角的度数分别是30°、60°、90°，另一个三角尺三个角的度数分别是45°、45°、90°。</w:t>
            </w:r>
          </w:p>
          <w:p>
            <w:pPr>
              <w:spacing w:after="20" w:line="276" w:lineRule="auto"/>
            </w:pPr>
            <w:r>
              <w:rPr>
                <w:rFonts w:ascii="宋体" w:hAnsi="宋体" w:eastAsia="宋体"/>
                <w:b w:val="0"/>
                <w:sz w:val="18"/>
              </w:rPr>
              <w:t>学生独立完成。</w:t>
            </w:r>
          </w:p>
          <w:p>
            <w:pPr>
              <w:spacing w:after="20" w:line="276" w:lineRule="auto"/>
            </w:pPr>
            <w:r>
              <w:rPr>
                <w:rFonts w:ascii="宋体" w:hAnsi="宋体" w:eastAsia="宋体"/>
                <w:b w:val="0"/>
                <w:sz w:val="18"/>
              </w:rPr>
              <w:t>学生基本上会借助三角尺上60°、30°、45°的角来画出这几个角，教师对学生的做法表示肯定。</w:t>
            </w:r>
          </w:p>
          <w:p>
            <w:pPr>
              <w:spacing w:after="20" w:line="276" w:lineRule="auto"/>
            </w:pPr>
            <w:r>
              <w:rPr>
                <w:rFonts w:ascii="宋体" w:hAnsi="宋体" w:eastAsia="宋体"/>
                <w:b w:val="0"/>
                <w:sz w:val="18"/>
              </w:rPr>
              <w:t>学生发现利用三角尺已经不能画出指定度数的角，教师引导学生尝试用量角器来画。</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设计递进式探究活动，引导学生在动手实践与合作交流中经历知识形成过程，突破本课重难点，核心问题："同学们，还记得三角尺中各个角的度数吗？"</w:t>
            </w:r>
          </w:p>
        </w:tc>
      </w:tr>
      <w:tr>
        <w:tc>
          <w:tcPr>
            <w:tcW w:type="dxa" w:w="1474"/>
          </w:tcPr>
          <w:p>
            <w:pPr>
              <w:spacing w:after="20" w:line="276" w:lineRule="auto"/>
            </w:pPr>
            <w:r>
              <w:rPr>
                <w:b/>
              </w:rPr>
            </w:r>
            <w:r>
              <w:rPr>
                <w:rFonts w:ascii="宋体" w:hAnsi="宋体" w:eastAsia="宋体"/>
                <w:b/>
                <w:sz w:val="18"/>
              </w:rPr>
              <w:t>实践交流，提炼用量角器画角的步骤</w:t>
            </w:r>
          </w:p>
        </w:tc>
        <w:tc>
          <w:tcPr>
            <w:tcW w:type="dxa" w:w="3061"/>
          </w:tcPr>
          <w:p>
            <w:pPr>
              <w:spacing w:after="20" w:line="276" w:lineRule="auto"/>
            </w:pPr>
            <w:r/>
            <w:r>
              <w:rPr>
                <w:rFonts w:ascii="宋体" w:hAnsi="宋体" w:eastAsia="宋体"/>
                <w:b w:val="0"/>
                <w:sz w:val="18"/>
              </w:rPr>
              <w:t>1.尝试画出60°的角。</w:t>
            </w:r>
          </w:p>
          <w:p>
            <w:pPr>
              <w:spacing w:after="20" w:line="276" w:lineRule="auto"/>
            </w:pPr>
            <w:r>
              <w:rPr>
                <w:rFonts w:ascii="宋体" w:hAnsi="宋体" w:eastAsia="宋体"/>
                <w:b w:val="0"/>
                <w:sz w:val="18"/>
              </w:rPr>
              <w:t>师：你们能自己试着用量角器画出一个60°的角吗？如果有困难，可以查阅教科书P32例3的画法并小组交流方法。</w:t>
            </w:r>
          </w:p>
          <w:p>
            <w:pPr>
              <w:spacing w:after="20" w:line="276" w:lineRule="auto"/>
            </w:pPr>
            <w:r>
              <w:rPr>
                <w:rFonts w:ascii="宋体" w:hAnsi="宋体" w:eastAsia="宋体"/>
                <w:b w:val="0"/>
                <w:sz w:val="18"/>
              </w:rPr>
              <w:t>2．提炼画角步骤。</w:t>
            </w:r>
          </w:p>
          <w:p>
            <w:pPr>
              <w:spacing w:after="20" w:line="276" w:lineRule="auto"/>
            </w:pPr>
            <w:r>
              <w:rPr>
                <w:rFonts w:ascii="宋体" w:hAnsi="宋体" w:eastAsia="宋体"/>
                <w:b w:val="0"/>
                <w:sz w:val="18"/>
              </w:rPr>
              <w:t>师：你们是怎样画出这个60°角的？说一说画角的步骤。</w:t>
            </w:r>
          </w:p>
          <w:p>
            <w:pPr>
              <w:spacing w:after="20" w:line="276" w:lineRule="auto"/>
            </w:pPr>
            <w:r>
              <w:rPr>
                <w:rFonts w:ascii="宋体" w:hAnsi="宋体" w:eastAsia="宋体"/>
                <w:b w:val="0"/>
                <w:sz w:val="18"/>
              </w:rPr>
              <w:t>师：画一个指定度数的角到底要经过哪几步呢？</w:t>
            </w:r>
          </w:p>
          <w:p>
            <w:pPr>
              <w:spacing w:after="20" w:line="276" w:lineRule="auto"/>
            </w:pPr>
            <w:r>
              <w:rPr>
                <w:rFonts w:ascii="宋体" w:hAnsi="宋体" w:eastAsia="宋体"/>
                <w:b w:val="0"/>
                <w:sz w:val="18"/>
              </w:rPr>
              <w:t>师小结并板书：①画一条射线，使量角器的中心和射线的端点重合，0°刻度线和射线重合。</w:t>
            </w:r>
          </w:p>
          <w:p>
            <w:pPr>
              <w:spacing w:after="20" w:line="276" w:lineRule="auto"/>
            </w:pPr>
            <w:r>
              <w:rPr>
                <w:rFonts w:ascii="宋体" w:hAnsi="宋体" w:eastAsia="宋体"/>
                <w:b w:val="0"/>
                <w:sz w:val="18"/>
              </w:rPr>
              <w:t>②在量角器相应度数的刻度线的地方画一个点。</w:t>
            </w:r>
          </w:p>
          <w:p>
            <w:pPr>
              <w:spacing w:after="20" w:line="276" w:lineRule="auto"/>
            </w:pPr>
            <w:r>
              <w:rPr>
                <w:rFonts w:ascii="宋体" w:hAnsi="宋体" w:eastAsia="宋体"/>
                <w:b w:val="0"/>
                <w:sz w:val="18"/>
              </w:rPr>
              <w:t>③以画出的射线的端点为端点，通过刚画的点，再画一条射线。</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组织学生交流分享学习成果与思考过程，在互动中深化理解、提升数学表达能力，核心问题："你们能自己试着用量角器画出一个60°的角吗？"</w:t>
            </w:r>
          </w:p>
        </w:tc>
      </w:tr>
      <w:tr>
        <w:tc>
          <w:tcPr>
            <w:tcW w:type="dxa" w:w="1474"/>
          </w:tcPr>
          <w:p>
            <w:pPr>
              <w:spacing w:after="20" w:line="276" w:lineRule="auto"/>
            </w:pPr>
            <w:r>
              <w:rPr>
                <w:b/>
              </w:rPr>
            </w:r>
            <w:r>
              <w:rPr>
                <w:rFonts w:ascii="宋体" w:hAnsi="宋体" w:eastAsia="宋体"/>
                <w:b/>
                <w:sz w:val="18"/>
              </w:rPr>
              <w:t>巩固练习，强化用量角器画角的技能</w:t>
            </w:r>
          </w:p>
        </w:tc>
        <w:tc>
          <w:tcPr>
            <w:tcW w:type="dxa" w:w="3061"/>
          </w:tcPr>
          <w:p>
            <w:pPr>
              <w:spacing w:after="20" w:line="276" w:lineRule="auto"/>
            </w:pPr>
            <w:r/>
            <w:r>
              <w:rPr>
                <w:rFonts w:ascii="宋体" w:hAnsi="宋体" w:eastAsia="宋体"/>
                <w:b w:val="0"/>
                <w:sz w:val="18"/>
              </w:rPr>
              <w:t>1.完成教科书P32“做一做”第1题。</w:t>
            </w:r>
          </w:p>
          <w:p>
            <w:pPr>
              <w:spacing w:after="20" w:line="276" w:lineRule="auto"/>
            </w:pPr>
            <w:r>
              <w:rPr>
                <w:rFonts w:ascii="宋体" w:hAnsi="宋体" w:eastAsia="宋体"/>
                <w:b w:val="0"/>
                <w:sz w:val="18"/>
              </w:rPr>
              <w:t>提示：注意角的顶点。</w:t>
            </w:r>
          </w:p>
          <w:p>
            <w:pPr>
              <w:spacing w:after="20" w:line="276" w:lineRule="auto"/>
            </w:pPr>
            <w:r>
              <w:rPr>
                <w:rFonts w:ascii="宋体" w:hAnsi="宋体" w:eastAsia="宋体"/>
                <w:b w:val="0"/>
                <w:sz w:val="18"/>
              </w:rPr>
              <w:t>2．完成教科书P32“做一做”第2题。</w:t>
            </w:r>
          </w:p>
          <w:p>
            <w:pPr>
              <w:spacing w:after="20" w:line="276" w:lineRule="auto"/>
            </w:pPr>
            <w:r>
              <w:rPr>
                <w:rFonts w:ascii="宋体" w:hAnsi="宋体" w:eastAsia="宋体"/>
                <w:b w:val="0"/>
                <w:sz w:val="18"/>
              </w:rPr>
              <w:t>根据画角的步骤进行操作。</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课堂小结，畅谈收获</w:t>
            </w:r>
          </w:p>
        </w:tc>
        <w:tc>
          <w:tcPr>
            <w:tcW w:type="dxa" w:w="3061"/>
          </w:tcPr>
          <w:p>
            <w:pPr>
              <w:spacing w:after="20" w:line="276" w:lineRule="auto"/>
            </w:pPr>
            <w:r/>
            <w:r>
              <w:rPr>
                <w:rFonts w:ascii="宋体" w:hAnsi="宋体" w:eastAsia="宋体"/>
                <w:b w:val="0"/>
                <w:sz w:val="18"/>
              </w:rPr>
              <w:t>师：同学们，今天的数学课你们有哪些收获呢？</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从复习三角尺中各个角的度数入手，再到让学生利用三角尺来画指定度数的角，引出用量角器画角的必要性。让学生自学画60°的角，锻炼了学生的自主学习能力。通过组织交流具体画法，针对学生容易找错内外圈刻度，作出对起始边与量角器内外圈度数的对应处理，纠正了画图误区。</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画指定度数的角</w:t>
      </w:r>
    </w:p>
    <w:p>
      <w:pPr>
        <w:spacing w:after="40" w:line="300" w:lineRule="auto"/>
      </w:pPr>
      <w:r>
        <w:rPr>
          <w:rFonts w:ascii="宋体" w:hAnsi="宋体" w:eastAsia="宋体"/>
          <w:b w:val="0"/>
          <w:sz w:val="20"/>
        </w:rPr>
        <w:t>画角的步骤：</w:t>
      </w:r>
    </w:p>
    <w:p>
      <w:pPr>
        <w:spacing w:after="40" w:line="300" w:lineRule="auto"/>
      </w:pPr>
      <w:r>
        <w:rPr>
          <w:rFonts w:ascii="宋体" w:hAnsi="宋体" w:eastAsia="宋体"/>
          <w:b w:val="0"/>
          <w:sz w:val="20"/>
        </w:rPr>
        <w:t>①画一条射线，使量角器的中心和射线的端点重合，0°刻度线和射线重合。</w:t>
      </w:r>
    </w:p>
    <w:p>
      <w:pPr>
        <w:spacing w:after="40" w:line="300" w:lineRule="auto"/>
      </w:pPr>
      <w:r>
        <w:rPr>
          <w:rFonts w:ascii="宋体" w:hAnsi="宋体" w:eastAsia="宋体"/>
          <w:b w:val="0"/>
          <w:sz w:val="20"/>
        </w:rPr>
        <w:t>②在量角器相应度数的刻度线的地方画一个点。</w:t>
      </w:r>
    </w:p>
    <w:p>
      <w:pPr>
        <w:spacing w:after="40" w:line="300" w:lineRule="auto"/>
      </w:pPr>
      <w:r>
        <w:rPr>
          <w:rFonts w:ascii="宋体" w:hAnsi="宋体" w:eastAsia="宋体"/>
          <w:b w:val="0"/>
          <w:sz w:val="20"/>
        </w:rPr>
        <w:t>③以画出的射线的端点为端点，通过刚画的点，再画一条射线。</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教科书P32例3。</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节课中教师让学生以尝试体验、自主探索、合作交流为主要的学习方式。先让学生想办法画一个60°的角，再让学生画75°、105°的角(这些角学生是可以借助三角尺来画出的)，并在画的过程中体会画角的基本方法(要画一个顶点、两条边)，最后让学生画出一个40°的角，引出使用量角器画角的必要性。之后是学生试着用量角器画60°的角，对于有困难的学生，教师让其自学教科书中的画角方法，然后小组交流，谈谈自己画角的方法。最后全班交流、归纳、总结用量角器画角的方法。从课堂反馈的效果来看，学生的自学能力、动手操作能力、语言概括能力都得到了锻炼和提高。</w:t>
      </w:r>
    </w:p>
    <w:p>
      <w:r>
        <w:br w:type="page"/>
      </w:r>
    </w:p>
    <w:p>
      <w:pPr>
        <w:spacing w:after="80" w:line="300" w:lineRule="auto"/>
      </w:pPr>
      <w:r>
        <w:rPr>
          <w:rFonts w:ascii="黑体" w:hAnsi="黑体" w:eastAsia="黑体"/>
          <w:b/>
          <w:sz w:val="24"/>
        </w:rPr>
        <w:t>二、课时教学方案（第4课时）</w:t>
      </w:r>
    </w:p>
    <w:p>
      <w:pPr>
        <w:spacing w:after="80" w:line="300" w:lineRule="auto"/>
      </w:pPr>
      <w:r>
        <w:rPr>
          <w:rFonts w:ascii="黑体" w:hAnsi="黑体" w:eastAsia="黑体"/>
          <w:b/>
          <w:sz w:val="24"/>
        </w:rPr>
        <w:t>第4课时　整理和复习(练习六)</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第4课时　整理和复习(练习六)</w:t>
            </w:r>
          </w:p>
        </w:tc>
        <w:tc>
          <w:tcPr>
            <w:tcW w:type="dxa" w:w="6009"/>
          </w:tcPr>
          <w:p>
            <w:pPr>
              <w:spacing w:after="20" w:line="276" w:lineRule="auto"/>
            </w:pPr>
            <w:r/>
            <w:r>
              <w:rPr>
                <w:rFonts w:ascii="宋体" w:hAnsi="宋体" w:eastAsia="宋体"/>
                <w:b w:val="0"/>
                <w:sz w:val="20"/>
              </w:rPr>
              <w:t>第2单元 角的度量</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有关角的初步认识的内容，学生在三年级上册已经学习过，但当时的学习是初步的，学生仅仅知道角有两条直的边，还有一个顶点等，这些都属于直观认识。本单元则是在学生原有认知的基础上，对这些内容加以拓展和提高，加深对图形本质特征和图形之间内在联系的认识。另外，本单元是关于图形与几何的内容，概念比较多，且比较抽象，在生活中不易找到原型。所以，在教学时，我们要考虑到学生的学习特点，尽可能从学生的生活经验和已有知识出发，以学生有所体验的和容易理解的现实问题为素材，让学生在熟悉的事物和具体情境中理解数学知识的含义。</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教学内容：教科书P36“整理和复习”，P37～38“练习六”第1～*9题。</w:t>
      </w:r>
    </w:p>
    <w:p>
      <w:pPr>
        <w:spacing w:after="80" w:line="300" w:lineRule="auto"/>
        <w:ind w:firstLine="400"/>
      </w:pPr>
      <w:r>
        <w:rPr>
          <w:rFonts w:ascii="宋体" w:hAnsi="宋体" w:eastAsia="宋体"/>
          <w:b w:val="0"/>
          <w:sz w:val="20"/>
        </w:rPr>
        <w:t>教学准备：课件、量角器、长方形纸、圆形纸、硬纸板做的可旋转角。</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（1）根据本单元知识构建知识体系；熟练运用量角器准确量角、画角。</w:t>
      </w:r>
    </w:p>
    <w:p>
      <w:pPr>
        <w:spacing w:after="20" w:line="300" w:lineRule="auto"/>
        <w:ind w:firstLine="400"/>
      </w:pPr>
      <w:r>
        <w:rPr>
          <w:rFonts w:ascii="宋体" w:hAnsi="宋体" w:eastAsia="宋体"/>
          <w:b w:val="0"/>
          <w:sz w:val="20"/>
        </w:rPr>
        <w:t>（2）通过自主整理“知识结构图”、联结度量本质，提升归纳概括能力。</w:t>
      </w:r>
    </w:p>
    <w:p>
      <w:pPr>
        <w:spacing w:after="20" w:line="300" w:lineRule="auto"/>
        <w:ind w:firstLine="400"/>
      </w:pPr>
      <w:r>
        <w:rPr>
          <w:rFonts w:ascii="宋体" w:hAnsi="宋体" w:eastAsia="宋体"/>
          <w:b w:val="0"/>
          <w:sz w:val="20"/>
        </w:rPr>
        <w:t>（3）激发对“角”的延伸探究兴趣，体会数学知识的系统性。</w:t>
      </w:r>
    </w:p>
    <w:p>
      <w:pPr>
        <w:spacing w:after="20" w:line="300" w:lineRule="auto"/>
      </w:pPr>
      <w:r>
        <w:rPr>
          <w:rFonts w:ascii="宋体" w:hAnsi="宋体" w:eastAsia="宋体"/>
          <w:b w:val="0"/>
          <w:sz w:val="20"/>
        </w:rPr>
        <w:t>教学重点：梳理单元知识结构，巩固量角、画角技能。</w:t>
      </w:r>
    </w:p>
    <w:p>
      <w:pPr>
        <w:spacing w:after="20" w:line="300" w:lineRule="auto"/>
      </w:pPr>
      <w:r>
        <w:rPr>
          <w:rFonts w:ascii="宋体" w:hAnsi="宋体" w:eastAsia="宋体"/>
          <w:b w:val="0"/>
          <w:sz w:val="20"/>
        </w:rPr>
        <w:t>教学难点：联结不同度量领域的本质，拓展对“角的范围”的认知。</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复习导入</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角的度量单元我们学了哪些内容？</w:t>
            </w:r>
          </w:p>
        </w:tc>
        <w:tc>
          <w:tcPr>
            <w:tcW w:type="dxa" w:w="1361"/>
          </w:tcPr>
          <w:p>
            <w:pPr>
              <w:spacing w:after="20" w:line="276" w:lineRule="auto"/>
            </w:pPr>
            <w:r/>
            <w:r>
              <w:rPr>
                <w:rFonts w:ascii="宋体" w:hAnsi="宋体" w:eastAsia="宋体"/>
                <w:b w:val="0"/>
                <w:sz w:val="18"/>
              </w:rPr>
              <w:t>7分钟</w:t>
            </w:r>
          </w:p>
        </w:tc>
      </w:tr>
      <w:tr>
        <w:tc>
          <w:tcPr>
            <w:tcW w:type="dxa" w:w="2835"/>
          </w:tcPr>
          <w:p>
            <w:pPr>
              <w:spacing w:after="20" w:line="276" w:lineRule="auto"/>
            </w:pPr>
            <w:r/>
            <w:r>
              <w:rPr>
                <w:rFonts w:ascii="宋体" w:hAnsi="宋体" w:eastAsia="宋体"/>
                <w:b w:val="0"/>
                <w:sz w:val="18"/>
              </w:rPr>
              <w:t>自主梳理</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8分钟</w:t>
            </w:r>
          </w:p>
        </w:tc>
      </w:tr>
      <w:tr>
        <w:tc>
          <w:tcPr>
            <w:tcW w:type="dxa" w:w="2835"/>
          </w:tcPr>
          <w:p>
            <w:pPr>
              <w:spacing w:after="20" w:line="276" w:lineRule="auto"/>
            </w:pPr>
            <w:r/>
            <w:r>
              <w:rPr>
                <w:rFonts w:ascii="宋体" w:hAnsi="宋体" w:eastAsia="宋体"/>
                <w:b w:val="0"/>
                <w:sz w:val="18"/>
              </w:rPr>
              <w:t>巩固提升</w:t>
            </w:r>
          </w:p>
        </w:tc>
        <w:tc>
          <w:tcPr>
            <w:tcW w:type="dxa" w:w="1814"/>
          </w:tcPr>
          <w:p>
            <w:pPr>
              <w:spacing w:after="20" w:line="276" w:lineRule="auto"/>
            </w:pPr>
            <w:r/>
            <w:r>
              <w:rPr>
                <w:rFonts w:ascii="宋体" w:hAnsi="宋体" w:eastAsia="宋体"/>
                <w:b w:val="0"/>
                <w:sz w:val="18"/>
              </w:rPr>
              <w:t>教科书P37～38、课件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15分钟</w:t>
            </w:r>
          </w:p>
        </w:tc>
      </w:tr>
      <w:tr>
        <w:tc>
          <w:tcPr>
            <w:tcW w:type="dxa" w:w="2835"/>
          </w:tcPr>
          <w:p>
            <w:pPr>
              <w:spacing w:after="20" w:line="276" w:lineRule="auto"/>
            </w:pPr>
            <w:r/>
            <w:r>
              <w:rPr>
                <w:rFonts w:ascii="宋体" w:hAnsi="宋体" w:eastAsia="宋体"/>
                <w:b w:val="0"/>
                <w:sz w:val="18"/>
              </w:rPr>
              <w:t>补充练习</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6分钟</w:t>
            </w:r>
          </w:p>
        </w:tc>
      </w:tr>
      <w:tr>
        <w:tc>
          <w:tcPr>
            <w:tcW w:type="dxa" w:w="2835"/>
          </w:tcPr>
          <w:p>
            <w:pPr>
              <w:spacing w:after="20" w:line="276" w:lineRule="auto"/>
            </w:pPr>
            <w:r/>
            <w:r>
              <w:rPr>
                <w:rFonts w:ascii="宋体" w:hAnsi="宋体" w:eastAsia="宋体"/>
                <w:b w:val="0"/>
                <w:sz w:val="18"/>
              </w:rPr>
              <w:t>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这单元你有哪些新收获？</w:t>
            </w:r>
          </w:p>
        </w:tc>
        <w:tc>
          <w:tcPr>
            <w:tcW w:type="dxa" w:w="1361"/>
          </w:tcPr>
          <w:p>
            <w:pPr>
              <w:spacing w:after="20" w:line="276" w:lineRule="auto"/>
            </w:pPr>
            <w:r/>
            <w:r>
              <w:rPr>
                <w:rFonts w:ascii="宋体" w:hAnsi="宋体" w:eastAsia="宋体"/>
                <w:b w:val="0"/>
                <w:sz w:val="18"/>
              </w:rPr>
              <w:t>4分钟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复习导入</w:t>
            </w:r>
          </w:p>
        </w:tc>
        <w:tc>
          <w:tcPr>
            <w:tcW w:type="dxa" w:w="3061"/>
          </w:tcPr>
          <w:p>
            <w:pPr>
              <w:spacing w:after="20" w:line="276" w:lineRule="auto"/>
            </w:pPr>
            <w:r/>
            <w:r>
              <w:rPr>
                <w:rFonts w:ascii="宋体" w:hAnsi="宋体" w:eastAsia="宋体"/>
                <w:b w:val="0"/>
                <w:sz w:val="18"/>
              </w:rPr>
              <w:t>师：角的度量单元我们学了哪些内容？</w:t>
            </w:r>
          </w:p>
          <w:p>
            <w:pPr>
              <w:spacing w:after="20" w:line="276" w:lineRule="auto"/>
            </w:pPr>
            <w:r>
              <w:rPr>
                <w:rFonts w:ascii="宋体" w:hAnsi="宋体" w:eastAsia="宋体"/>
                <w:b w:val="0"/>
                <w:sz w:val="18"/>
              </w:rPr>
              <w:t>引导学生回顾角的分类、用量角器量角、画角等知识。</w:t>
            </w:r>
          </w:p>
          <w:p>
            <w:pPr>
              <w:spacing w:after="20" w:line="276" w:lineRule="auto"/>
            </w:pPr>
            <w:r>
              <w:rPr>
                <w:rFonts w:ascii="宋体" w:hAnsi="宋体" w:eastAsia="宋体"/>
                <w:b w:val="0"/>
                <w:sz w:val="18"/>
              </w:rPr>
              <w:t>师：今天我们来整理这个单元的知识。[板书课题：整理和复习(练习六)]</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创设情境激活学生已有经验，自然引出本课学习内容，激发学习兴趣，核心问题："角的度量单元我们学了哪些内容？"</w:t>
            </w:r>
          </w:p>
        </w:tc>
      </w:tr>
      <w:tr>
        <w:tc>
          <w:tcPr>
            <w:tcW w:type="dxa" w:w="1474"/>
          </w:tcPr>
          <w:p>
            <w:pPr>
              <w:spacing w:after="20" w:line="276" w:lineRule="auto"/>
            </w:pPr>
            <w:r>
              <w:rPr>
                <w:b/>
              </w:rPr>
            </w:r>
            <w:r>
              <w:rPr>
                <w:rFonts w:ascii="宋体" w:hAnsi="宋体" w:eastAsia="宋体"/>
                <w:b/>
                <w:sz w:val="18"/>
              </w:rPr>
              <w:t>自主梳理</w:t>
            </w:r>
          </w:p>
        </w:tc>
        <w:tc>
          <w:tcPr>
            <w:tcW w:type="dxa" w:w="3061"/>
          </w:tcPr>
          <w:p>
            <w:pPr>
              <w:spacing w:after="20" w:line="276" w:lineRule="auto"/>
            </w:pPr>
            <w:r/>
            <w:r>
              <w:rPr>
                <w:rFonts w:ascii="宋体" w:hAnsi="宋体" w:eastAsia="宋体"/>
                <w:b w:val="0"/>
                <w:sz w:val="18"/>
              </w:rPr>
              <w:t>1.课件出示“知识结构图”。</w:t>
            </w:r>
          </w:p>
          <w:p>
            <w:pPr>
              <w:spacing w:after="20" w:line="276" w:lineRule="auto"/>
            </w:pPr>
            <w:r>
              <w:rPr>
                <w:rFonts w:ascii="宋体" w:hAnsi="宋体" w:eastAsia="宋体"/>
                <w:b w:val="0"/>
                <w:sz w:val="18"/>
              </w:rPr>
              <w:t>2．展示交流，完善结构。</w:t>
            </w:r>
          </w:p>
          <w:p>
            <w:pPr>
              <w:spacing w:after="20" w:line="276" w:lineRule="auto"/>
            </w:pPr>
            <w:r>
              <w:rPr>
                <w:rFonts w:ascii="宋体" w:hAnsi="宋体" w:eastAsia="宋体"/>
                <w:b w:val="0"/>
                <w:sz w:val="18"/>
              </w:rPr>
              <w:t>选取2～3名学生汇报“知识结构图”，补充完善(如标注“量角步骤：点点重合、线边重合、读准刻度”)，最终形成完整的单元“知识结构图”。(适时板书)</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w:t>
            </w:r>
          </w:p>
        </w:tc>
      </w:tr>
      <w:tr>
        <w:tc>
          <w:tcPr>
            <w:tcW w:type="dxa" w:w="1474"/>
          </w:tcPr>
          <w:p>
            <w:pPr>
              <w:spacing w:after="20" w:line="276" w:lineRule="auto"/>
            </w:pPr>
            <w:r>
              <w:rPr>
                <w:b/>
              </w:rPr>
            </w:r>
            <w:r>
              <w:rPr>
                <w:rFonts w:ascii="宋体" w:hAnsi="宋体" w:eastAsia="宋体"/>
                <w:b/>
                <w:sz w:val="18"/>
              </w:rPr>
              <w:t>巩固提升</w:t>
            </w:r>
          </w:p>
        </w:tc>
        <w:tc>
          <w:tcPr>
            <w:tcW w:type="dxa" w:w="3061"/>
          </w:tcPr>
          <w:p>
            <w:pPr>
              <w:spacing w:after="20" w:line="276" w:lineRule="auto"/>
            </w:pPr>
            <w:r/>
            <w:r>
              <w:rPr>
                <w:rFonts w:ascii="宋体" w:hAnsi="宋体" w:eastAsia="宋体"/>
                <w:b w:val="0"/>
                <w:sz w:val="18"/>
              </w:rPr>
              <w:t>完成教科书P37～38“练习六”第1～*9题。</w:t>
            </w:r>
          </w:p>
          <w:p>
            <w:pPr>
              <w:spacing w:after="20" w:line="276" w:lineRule="auto"/>
            </w:pPr>
            <w:r>
              <w:rPr>
                <w:rFonts w:ascii="宋体" w:hAnsi="宋体" w:eastAsia="宋体"/>
                <w:b w:val="0"/>
                <w:sz w:val="18"/>
              </w:rPr>
              <w:t>第1、2题重点纠正“内外圈刻度读取”的易错点。</w:t>
            </w:r>
          </w:p>
          <w:p>
            <w:pPr>
              <w:spacing w:after="20" w:line="276" w:lineRule="auto"/>
            </w:pPr>
            <w:r>
              <w:rPr>
                <w:rFonts w:ascii="宋体" w:hAnsi="宋体" w:eastAsia="宋体"/>
                <w:b w:val="0"/>
                <w:sz w:val="18"/>
              </w:rPr>
              <w:t>第4题先根据折法判断基础角的度数。</w:t>
            </w:r>
          </w:p>
          <w:p>
            <w:pPr>
              <w:spacing w:after="20" w:line="276" w:lineRule="auto"/>
            </w:pPr>
            <w:r>
              <w:rPr>
                <w:rFonts w:ascii="宋体" w:hAnsi="宋体" w:eastAsia="宋体"/>
                <w:b w:val="0"/>
                <w:sz w:val="18"/>
              </w:rPr>
              <w:t>第6题先测量，然后画出几个这段弧所对的圆周角，再测量。</w:t>
            </w:r>
          </w:p>
          <w:p>
            <w:pPr>
              <w:spacing w:after="20" w:line="276" w:lineRule="auto"/>
            </w:pPr>
            <w:r>
              <w:rPr>
                <w:rFonts w:ascii="宋体" w:hAnsi="宋体" w:eastAsia="宋体"/>
                <w:b w:val="0"/>
                <w:sz w:val="18"/>
              </w:rPr>
              <w:t>引导学生发现：在同一个圆内，所有对着同一段弧的圆周角，它们的度数都相等。</w:t>
            </w:r>
          </w:p>
          <w:p>
            <w:pPr>
              <w:spacing w:after="20" w:line="276" w:lineRule="auto"/>
            </w:pPr>
            <w:r>
              <w:rPr>
                <w:rFonts w:ascii="宋体" w:hAnsi="宋体" w:eastAsia="宋体"/>
                <w:b w:val="0"/>
                <w:sz w:val="18"/>
              </w:rPr>
              <w:t>第7题将能看到的边延长再测量。</w:t>
            </w:r>
          </w:p>
          <w:p>
            <w:pPr>
              <w:spacing w:after="20" w:line="276" w:lineRule="auto"/>
            </w:pPr>
            <w:r>
              <w:rPr>
                <w:rFonts w:ascii="宋体" w:hAnsi="宋体" w:eastAsia="宋体"/>
                <w:b w:val="0"/>
                <w:sz w:val="18"/>
              </w:rPr>
              <w:t>第8题提示：先将每块玻璃延长，如果能相交得到与原来相同的三角形玻璃，就是应拿的那一块。</w:t>
            </w:r>
          </w:p>
          <w:p>
            <w:pPr>
              <w:spacing w:after="20" w:line="276" w:lineRule="auto"/>
            </w:pPr>
            <w:r>
              <w:rPr>
                <w:rFonts w:ascii="宋体" w:hAnsi="宋体" w:eastAsia="宋体"/>
                <w:b w:val="0"/>
                <w:sz w:val="18"/>
              </w:rPr>
              <w:t>第*9题提示：左图用直角减∠1(或∠2)，得到中间那个夹角，右图用平角减∠1(或∠2)，得到中间那个夹角。</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补充练习</w:t>
            </w:r>
          </w:p>
        </w:tc>
        <w:tc>
          <w:tcPr>
            <w:tcW w:type="dxa" w:w="3061"/>
          </w:tcPr>
          <w:p>
            <w:pPr>
              <w:spacing w:after="20" w:line="276" w:lineRule="auto"/>
            </w:pPr>
            <w:r/>
            <w:r>
              <w:rPr>
                <w:rFonts w:ascii="宋体" w:hAnsi="宋体" w:eastAsia="宋体"/>
                <w:b w:val="0"/>
                <w:sz w:val="18"/>
              </w:rPr>
              <w:t>课件出示习题。</w:t>
            </w:r>
          </w:p>
          <w:p>
            <w:pPr>
              <w:spacing w:after="20" w:line="276" w:lineRule="auto"/>
            </w:pPr>
            <w:r>
              <w:rPr>
                <w:rFonts w:ascii="宋体" w:hAnsi="宋体" w:eastAsia="宋体"/>
                <w:b w:val="0"/>
                <w:sz w:val="18"/>
              </w:rPr>
              <w:t>2．拓展。</w:t>
            </w:r>
          </w:p>
          <w:p>
            <w:pPr>
              <w:spacing w:after="20" w:line="276" w:lineRule="auto"/>
            </w:pPr>
            <w:r>
              <w:rPr>
                <w:rFonts w:ascii="宋体" w:hAnsi="宋体" w:eastAsia="宋体"/>
                <w:b w:val="0"/>
                <w:sz w:val="18"/>
              </w:rPr>
              <w:t>旋转认识角——角的度数可以大于360°。师操作演示。</w:t>
            </w:r>
          </w:p>
        </w:tc>
        <w:tc>
          <w:tcPr>
            <w:tcW w:type="dxa" w:w="3061"/>
          </w:tcPr>
          <w:p>
            <w:pPr>
              <w:spacing w:after="20" w:line="276" w:lineRule="auto"/>
            </w:pPr>
            <w:r/>
            <w:r>
              <w:rPr>
                <w:rFonts w:ascii="宋体" w:hAnsi="宋体" w:eastAsia="宋体"/>
                <w:b w:val="0"/>
                <w:sz w:val="18"/>
              </w:rPr>
              <w:t>小组讨论交流，全班解答。(出示课件)</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课堂小结</w:t>
            </w:r>
          </w:p>
        </w:tc>
        <w:tc>
          <w:tcPr>
            <w:tcW w:type="dxa" w:w="3061"/>
          </w:tcPr>
          <w:p>
            <w:pPr>
              <w:spacing w:after="20" w:line="276" w:lineRule="auto"/>
            </w:pPr>
            <w:r/>
            <w:r>
              <w:rPr>
                <w:rFonts w:ascii="宋体" w:hAnsi="宋体" w:eastAsia="宋体"/>
                <w:b w:val="0"/>
                <w:sz w:val="18"/>
              </w:rPr>
              <w:t>师：这单元你有哪些新收获？</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本节课以单元“知识结构图”为载体，引导学生自主梳理“角的度量”知识，形成“度量(单位、工具、方法)—角的分类”的知识体系，强化知识间的关联，发展量感；借助“旋转认识角”拓展探究，发展几何直观；呼应学生“探究比周角大的角”的需求，适度延伸认知，激发后续学习的好奇心。</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整理和复习(练习六)</w:t>
      </w:r>
    </w:p>
    <w:p>
      <w:pPr>
        <w:spacing w:after="40" w:line="300" w:lineRule="auto"/>
      </w:pPr>
      <w:r>
        <w:rPr>
          <w:rFonts w:ascii="宋体" w:hAnsi="宋体" w:eastAsia="宋体"/>
          <w:b w:val="0"/>
          <w:sz w:val="20"/>
        </w:rPr>
        <w:t>度量：单位(度)、工具(量角器)、方法(量角、画角)</w:t>
      </w:r>
    </w:p>
    <w:p>
      <w:pPr>
        <w:spacing w:after="40" w:line="300" w:lineRule="auto"/>
      </w:pPr>
      <w:r>
        <w:rPr>
          <w:rFonts w:ascii="宋体" w:hAnsi="宋体" w:eastAsia="宋体"/>
          <w:b w:val="0"/>
          <w:sz w:val="20"/>
        </w:rPr>
        <w:t>角的分类及大小关系：锐角&lt;直角&lt;钝角&lt;平角&lt;周角</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教科书P36“整理和复习”，P37～38“练习六”第1～*9题。</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充分调动了学生的主动性整理本单元知识，知识体系构建效果较好；但部分学生整理“知识结构图”时，对“量角画角方法”的表述不够清晰，课后要多多辅助学生整理，帮助其获得较好的复习效果。</w:t>
      </w:r>
    </w:p>
    <w:sectPr w:rsidR="00FC693F" w:rsidRPr="0006063C" w:rsidSect="00034616">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