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人教版四年级数学上册</w:t>
      </w:r>
    </w:p>
    <w:p>
      <w:pPr>
        <w:spacing w:after="80" w:line="300" w:lineRule="auto"/>
        <w:jc w:val="center"/>
      </w:pPr>
      <w:r>
        <w:rPr>
          <w:rFonts w:ascii="黑体" w:hAnsi="黑体" w:eastAsia="黑体"/>
          <w:b/>
          <w:sz w:val="26"/>
        </w:rPr>
        <w:t>第6单元 条形统计图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第6单元 条形统计图</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统计与概率</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3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本单元集中教学条形统计图，使学生会用条形统计图来描述数据，能根据统计图回答提出的简单问题，并能进行简单的数据分析。</w:t>
      </w:r>
    </w:p>
    <w:p>
      <w:pPr>
        <w:spacing w:after="80" w:line="300" w:lineRule="auto"/>
        <w:ind w:firstLine="400"/>
      </w:pPr>
      <w:r>
        <w:rPr>
          <w:rFonts w:ascii="宋体" w:hAnsi="宋体" w:eastAsia="宋体"/>
          <w:b w:val="0"/>
          <w:sz w:val="20"/>
        </w:rPr>
        <w:t>教科书的例题在选材上都注意了结合生活现实，一是学习生活的现实，二是日常生活的现实；在呈现方式上都采用了表、图结合，统计表提供统计数据，统计图体现其直观优势；在引导学生学习方式上，都通过对话框的形式，引导学生经历为什么要用条形统计图表示数量，了解条形统计图的特点以及如何制作条形统计图，怎样用1格代表1个单位，为什么用1格代表多个单位，怎样确定1格代表多少个单位等。认识复式条形统计图时，要继续结合实际问题，进一步根据统计图进行简单的类推分析，给出合理的判断和决策。这样就把数据分析与解决问题结合在一起，使学生更好地理解统计在解决问题中的作用，逐步形成数据分析观念。</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在第一学段已经初步经历了数据的收集、整理、描述和分析的过程，能够用自己喜欢的方式（文字、图画、简单的统计表等）呈现分类计数的结果；能够根据统计表及象形统计图提出一些简单的问题，初步经历了用统计的方法解决问题的过程；了解统计在现实生活中的作用和意义，并初步建立统计观念。本单元的学习，对于学生来说，并不是很难。由于本单元例题和习题的设计信息量大、丰富而且具有一定的开放性，因此不能让学生局限于回答教科书中提出的几个问题，而是要让学生发挥观察力和想象力，注意引导学生根据统计图发现更多的信息，进而提出问题和解决问题。</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第1课时：初步认识单式条形统计图，知道条形统计图具有能清楚直观地表示数量的多少这一特点，初步感受到条形统计图的优点。</w:t>
      </w:r>
    </w:p>
    <w:p>
      <w:pPr>
        <w:spacing w:after="20" w:line="300" w:lineRule="auto"/>
        <w:ind w:firstLine="400"/>
      </w:pPr>
      <w:r>
        <w:rPr>
          <w:rFonts w:ascii="宋体" w:hAnsi="宋体" w:eastAsia="宋体"/>
          <w:b w:val="0"/>
          <w:sz w:val="20"/>
        </w:rPr>
        <w:t>第2课时：进一步认识1格代表2个或多个单位的条形统计图，感悟条形统计图的优点。</w:t>
      </w:r>
    </w:p>
    <w:p>
      <w:pPr>
        <w:spacing w:after="20" w:line="300" w:lineRule="auto"/>
        <w:ind w:firstLine="400"/>
      </w:pPr>
      <w:r>
        <w:rPr>
          <w:rFonts w:ascii="宋体" w:hAnsi="宋体" w:eastAsia="宋体"/>
          <w:b w:val="0"/>
          <w:sz w:val="20"/>
        </w:rPr>
        <w:t>第3课时：认识复式条形统计图，了解其特点，能够根据收集的数据在提供的图样中完成相应的复式条形统计图。</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创设贴近学生生活的情境，让学生经历统计过程。教学时，应紧紧围绕培养学生的数据分析观念和应用意识而展开。教师要努力创设贴近学生生活的情境，使学生有机会从这些情境中发现并主动提出问题，通过数据的收集、整理、展示和分析，获得自己想要了解的信息或使问题得到合乎情理的解释。特别要注意结合实际情境，使学生理解在日常生活中为什么要运用复式条形统计图，进一步体会统计的意义和作用。</w:t>
      </w:r>
    </w:p>
    <w:p>
      <w:pPr>
        <w:spacing w:after="20" w:line="300" w:lineRule="auto"/>
      </w:pPr>
      <w:r>
        <w:rPr>
          <w:rFonts w:ascii="宋体" w:hAnsi="宋体" w:eastAsia="宋体"/>
          <w:b w:val="0"/>
          <w:sz w:val="20"/>
        </w:rPr>
        <w:t>● 注意体现条形统计图的特点。教学时，应从两个方面来体现条形统计图的特点：一是与统计表、象形图的对比；二是不同条形统计图之间的对比；三是生活中有些事物需要成对出现进行比较。因此要结合具体实例，让学生在对比中加深对条形统计图特点的认识，学会灵活运用统计知识来分析问题和解决问题。</w:t>
      </w:r>
    </w:p>
    <w:p>
      <w:pPr>
        <w:spacing w:after="20" w:line="300" w:lineRule="auto"/>
      </w:pPr>
      <w:r>
        <w:rPr>
          <w:rFonts w:ascii="宋体" w:hAnsi="宋体" w:eastAsia="宋体"/>
          <w:b w:val="0"/>
          <w:sz w:val="20"/>
        </w:rPr>
        <w:t>● 鼓励学生从统计图中获取尽可能多的有用信息。统计的核心是数据分析，教学中应鼓励学生从数据中提取尽可能多的有效信息。学生对数据的读取可分为三个层次：①数据本身的读取；②数据之间的读取；③超越数据本身的读取。教学时，应结合条形统计图呈现数据的特点，引导学生从不同角度提取有用信息，逐步提高学生从统计图中获取数据信息的能力。</w:t>
      </w:r>
    </w:p>
    <w:p>
      <w:pPr>
        <w:spacing w:after="20" w:line="300" w:lineRule="auto"/>
      </w:pPr>
      <w:r>
        <w:rPr>
          <w:rFonts w:ascii="宋体" w:hAnsi="宋体" w:eastAsia="宋体"/>
          <w:b w:val="0"/>
          <w:sz w:val="20"/>
        </w:rPr>
        <w:t>数据意识：根据数据的不同特点，合理确定1格所代表的具体数据；学生通过经历收集数据—整理数据—描述数据—分析数据的完整过程，形成对数据的敏感度。</w:t>
      </w:r>
    </w:p>
    <w:p>
      <w:pPr>
        <w:spacing w:after="20" w:line="300" w:lineRule="auto"/>
      </w:pPr>
      <w:r>
        <w:rPr>
          <w:rFonts w:ascii="宋体" w:hAnsi="宋体" w:eastAsia="宋体"/>
          <w:b w:val="0"/>
          <w:sz w:val="20"/>
        </w:rPr>
        <w:t>应用意识：能运用所学知识设计简单的统计方案，绘制条形图并分析结果，解决实际问题，体会数学与生活的紧密联系。</w:t>
      </w:r>
    </w:p>
    <w:p>
      <w:pPr>
        <w:spacing w:after="20" w:line="300" w:lineRule="auto"/>
      </w:pPr>
      <w:r>
        <w:rPr>
          <w:rFonts w:ascii="宋体" w:hAnsi="宋体" w:eastAsia="宋体"/>
          <w:b w:val="0"/>
          <w:sz w:val="20"/>
        </w:rPr>
        <w:t>推理意识：基于条形统计图的数据，学生能进行简单的推理和预测。</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单式条形统计图（1）</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初步认识单式条形统计图，知道条形统计图具有能清楚直观地表示数量的多少这一特点，初步感受到条形统计图的优点。</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单式条形统计图（2）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进一步认识1格代表2个或多个单位的条形统计图，感悟条形统计图的优点。</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复式条形统计图</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认识复式条形统计图，了解其特点，能够根据收集的数据在提供的图样中完成相应的复式条形统计图。</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单式条形统计图（1）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单式条形统计图（1）</w:t>
            </w:r>
          </w:p>
        </w:tc>
        <w:tc>
          <w:tcPr>
            <w:tcW w:type="dxa" w:w="6009"/>
          </w:tcPr>
          <w:p>
            <w:pPr>
              <w:spacing w:after="20" w:line="276" w:lineRule="auto"/>
            </w:pPr>
            <w:r/>
            <w:r>
              <w:rPr>
                <w:rFonts w:ascii="宋体" w:hAnsi="宋体" w:eastAsia="宋体"/>
                <w:b w:val="0"/>
                <w:sz w:val="20"/>
              </w:rPr>
              <w:t>第6单元 条形统计图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第一学段已经初步经历了数据的收集、整理、描述和分析的过程，能够用自己喜欢的方式（文字、图画、简单的统计表等）呈现分类计数的结果；能够根据统计表及象形统计图提出一些简单的问题，初步经历了用统计的方法解决问题的过程；了解统计在现实生活中的作用和意义，并初步建立统计观念。本单元的学习，对于学生来说，并不是很难。由于本单元例题和习题的设计信息量大、丰富而且具有一定的开放性，因此不能让学生局限于回答教科书中提出的几个问题，而是要让学生发挥观察力和想象力，注意引导学生根据统计图发现更多的信息，进而提出问题和解决问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教学内容：教科书P88例1。</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（1）初步认识单式条形统计图，知道条形统计图具有能清楚直观地表示数量的多少这一特点，初步感受到条形统计图的优点。</w:t>
      </w:r>
    </w:p>
    <w:p>
      <w:pPr>
        <w:spacing w:after="20" w:line="300" w:lineRule="auto"/>
        <w:ind w:firstLine="400"/>
      </w:pPr>
      <w:r>
        <w:rPr>
          <w:rFonts w:ascii="宋体" w:hAnsi="宋体" w:eastAsia="宋体"/>
          <w:b w:val="0"/>
          <w:sz w:val="20"/>
        </w:rPr>
        <w:t>（2）初步经历数据的收集、分类整理、描述和分析的过程，会用1格表示1个单位的单式条形统计图表示数据。</w:t>
      </w:r>
    </w:p>
    <w:p>
      <w:pPr>
        <w:spacing w:after="20" w:line="300" w:lineRule="auto"/>
        <w:ind w:firstLine="400"/>
      </w:pPr>
      <w:r>
        <w:rPr>
          <w:rFonts w:ascii="宋体" w:hAnsi="宋体" w:eastAsia="宋体"/>
          <w:b w:val="0"/>
          <w:sz w:val="20"/>
        </w:rPr>
        <w:t>（3）能从单式条形统计图中获取信息，把握一组数据的整体趋势，培养学生的数据分析能力。感受条形统计图在解决生活中问题的作用，激发学生学习统计知识的兴趣。</w:t>
      </w:r>
    </w:p>
    <w:p>
      <w:pPr>
        <w:spacing w:after="20" w:line="300" w:lineRule="auto"/>
      </w:pPr>
      <w:r>
        <w:rPr>
          <w:rFonts w:ascii="宋体" w:hAnsi="宋体" w:eastAsia="宋体"/>
          <w:b w:val="0"/>
          <w:sz w:val="20"/>
        </w:rPr>
        <w:t>教学重点：经历用1格表示1个单位的单式条形统计图的形成过程，了解单式条形统计图的结构特征和表示数量的方法。</w:t>
      </w:r>
    </w:p>
    <w:p>
      <w:pPr>
        <w:spacing w:after="20" w:line="300" w:lineRule="auto"/>
      </w:pPr>
      <w:r>
        <w:rPr>
          <w:rFonts w:ascii="宋体" w:hAnsi="宋体" w:eastAsia="宋体"/>
          <w:b w:val="0"/>
          <w:sz w:val="20"/>
        </w:rPr>
        <w:t>教学难点：认识单式条形统计图的结构特征和优势，从统计图中把握一组数据的整体趋势。</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创设情境，引入课题</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这是A市8月的天气情况，这个月的每种天气各有多少天？怎样能把它们清楚地表示出来？</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经历过程，自主探索</w:t>
            </w:r>
          </w:p>
        </w:tc>
        <w:tc>
          <w:tcPr>
            <w:tcW w:type="dxa" w:w="1814"/>
          </w:tcPr>
          <w:p>
            <w:pPr>
              <w:spacing w:after="20" w:line="276" w:lineRule="auto"/>
            </w:pPr>
            <w:r/>
            <w:r>
              <w:rPr>
                <w:rFonts w:ascii="宋体" w:hAnsi="宋体" w:eastAsia="宋体"/>
                <w:b w:val="0"/>
                <w:sz w:val="18"/>
              </w:rPr>
              <w:t>课件、统计表</w:t>
            </w:r>
          </w:p>
        </w:tc>
        <w:tc>
          <w:tcPr>
            <w:tcW w:type="dxa" w:w="3402"/>
          </w:tcPr>
          <w:p>
            <w:pPr>
              <w:spacing w:after="20" w:line="276" w:lineRule="auto"/>
            </w:pPr>
            <w:r/>
            <w:r>
              <w:rPr>
                <w:rFonts w:ascii="宋体" w:hAnsi="宋体" w:eastAsia="宋体"/>
                <w:b w:val="0"/>
                <w:sz w:val="18"/>
              </w:rPr>
              <w:t>你从这个表中看到了哪些信息？；每种天气各有几天呢？</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巩固练习，应用提高</w:t>
            </w:r>
          </w:p>
        </w:tc>
        <w:tc>
          <w:tcPr>
            <w:tcW w:type="dxa" w:w="1814"/>
          </w:tcPr>
          <w:p>
            <w:pPr>
              <w:spacing w:after="20" w:line="276" w:lineRule="auto"/>
            </w:pPr>
            <w:r/>
            <w:r>
              <w:rPr>
                <w:rFonts w:ascii="宋体" w:hAnsi="宋体" w:eastAsia="宋体"/>
                <w:b w:val="0"/>
                <w:sz w:val="18"/>
              </w:rPr>
              <w:t>课件、教科书、统计表</w:t>
            </w:r>
          </w:p>
        </w:tc>
        <w:tc>
          <w:tcPr>
            <w:tcW w:type="dxa" w:w="3402"/>
          </w:tcPr>
          <w:p>
            <w:pPr>
              <w:spacing w:after="20" w:line="276" w:lineRule="auto"/>
            </w:pPr>
            <w:r/>
            <w:r>
              <w:rPr>
                <w:rFonts w:ascii="宋体" w:hAnsi="宋体" w:eastAsia="宋体"/>
                <w:b w:val="0"/>
                <w:sz w:val="18"/>
              </w:rPr>
              <w:t>可以用什么方法来统计我们班同学出生的月份？</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创设情境，引入课题</w:t>
            </w:r>
          </w:p>
        </w:tc>
        <w:tc>
          <w:tcPr>
            <w:tcW w:type="dxa" w:w="3061"/>
          </w:tcPr>
          <w:p>
            <w:pPr>
              <w:spacing w:after="20" w:line="276" w:lineRule="auto"/>
            </w:pPr>
            <w:r/>
            <w:r>
              <w:rPr>
                <w:rFonts w:ascii="宋体" w:hAnsi="宋体" w:eastAsia="宋体"/>
                <w:b w:val="0"/>
                <w:sz w:val="18"/>
              </w:rPr>
              <w:t>1.课件出示教科书P88例1的情境图。</w:t>
            </w:r>
          </w:p>
          <w:p>
            <w:pPr>
              <w:spacing w:after="20" w:line="276" w:lineRule="auto"/>
            </w:pPr>
            <w:r>
              <w:rPr>
                <w:rFonts w:ascii="宋体" w:hAnsi="宋体" w:eastAsia="宋体"/>
                <w:b w:val="0"/>
                <w:sz w:val="18"/>
              </w:rPr>
              <w:t>师：这是A市8月的天气情况，这个月的每种天气各有多少天？怎样能把它们清楚地表示出来？</w:t>
            </w:r>
          </w:p>
          <w:p>
            <w:pPr>
              <w:spacing w:after="20" w:line="276" w:lineRule="auto"/>
            </w:pPr>
            <w:r>
              <w:rPr>
                <w:rFonts w:ascii="宋体" w:hAnsi="宋体" w:eastAsia="宋体"/>
                <w:b w:val="0"/>
                <w:sz w:val="18"/>
              </w:rPr>
              <w:t>2.揭示课题。</w:t>
            </w:r>
          </w:p>
          <w:p>
            <w:pPr>
              <w:spacing w:after="20" w:line="276" w:lineRule="auto"/>
            </w:pPr>
            <w:r>
              <w:rPr>
                <w:rFonts w:ascii="宋体" w:hAnsi="宋体" w:eastAsia="宋体"/>
                <w:b w:val="0"/>
                <w:sz w:val="18"/>
              </w:rPr>
              <w:t>师：这节课我们就一起来用统计的知识解决这样的问题。[板书课题：单式条形统计图（1）]</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创设情境激活学生已有经验，自然引出本课学习内容，激发学习兴趣，核心问题："这是A市8月的天气情况，这个月的每种天气各有多少天？怎样能把它们清楚地表示出来？"</w:t>
            </w:r>
          </w:p>
        </w:tc>
      </w:tr>
      <w:tr>
        <w:tc>
          <w:tcPr>
            <w:tcW w:type="dxa" w:w="1474"/>
          </w:tcPr>
          <w:p>
            <w:pPr>
              <w:spacing w:after="20" w:line="276" w:lineRule="auto"/>
            </w:pPr>
            <w:r>
              <w:rPr>
                <w:b/>
              </w:rPr>
            </w:r>
            <w:r>
              <w:rPr>
                <w:rFonts w:ascii="宋体" w:hAnsi="宋体" w:eastAsia="宋体"/>
                <w:b/>
                <w:sz w:val="18"/>
              </w:rPr>
              <w:t>经历过程，自主探索</w:t>
            </w:r>
          </w:p>
        </w:tc>
        <w:tc>
          <w:tcPr>
            <w:tcW w:type="dxa" w:w="3061"/>
          </w:tcPr>
          <w:p>
            <w:pPr>
              <w:spacing w:after="20" w:line="276" w:lineRule="auto"/>
            </w:pPr>
            <w:r/>
            <w:r>
              <w:rPr>
                <w:rFonts w:ascii="宋体" w:hAnsi="宋体" w:eastAsia="宋体"/>
                <w:b w:val="0"/>
                <w:sz w:val="18"/>
              </w:rPr>
              <w:t>1.收集整理数据。</w:t>
            </w:r>
          </w:p>
          <w:p>
            <w:pPr>
              <w:spacing w:after="20" w:line="276" w:lineRule="auto"/>
            </w:pPr>
            <w:r>
              <w:rPr>
                <w:rFonts w:ascii="宋体" w:hAnsi="宋体" w:eastAsia="宋体"/>
                <w:b w:val="0"/>
                <w:sz w:val="18"/>
              </w:rPr>
              <w:t>引导学生观察A市8月的天气情况表。</w:t>
            </w:r>
          </w:p>
          <w:p>
            <w:pPr>
              <w:spacing w:after="20" w:line="276" w:lineRule="auto"/>
            </w:pPr>
            <w:r>
              <w:rPr>
                <w:rFonts w:ascii="宋体" w:hAnsi="宋体" w:eastAsia="宋体"/>
                <w:b w:val="0"/>
                <w:sz w:val="18"/>
              </w:rPr>
              <w:t>师：你从这个表中看到了哪些信息？</w:t>
            </w:r>
          </w:p>
          <w:p>
            <w:pPr>
              <w:spacing w:after="20" w:line="276" w:lineRule="auto"/>
            </w:pPr>
            <w:r>
              <w:rPr>
                <w:rFonts w:ascii="宋体" w:hAnsi="宋体" w:eastAsia="宋体"/>
                <w:b w:val="0"/>
                <w:sz w:val="18"/>
              </w:rPr>
              <w:t>师：每种天气各有几天呢？整理后汇报。</w:t>
            </w:r>
          </w:p>
          <w:p>
            <w:pPr>
              <w:spacing w:after="20" w:line="276" w:lineRule="auto"/>
            </w:pPr>
            <w:r>
              <w:rPr>
                <w:rFonts w:ascii="宋体" w:hAnsi="宋体" w:eastAsia="宋体"/>
                <w:b w:val="0"/>
                <w:sz w:val="18"/>
              </w:rPr>
              <w:t>2.统计描述数据。</w:t>
            </w:r>
          </w:p>
          <w:p>
            <w:pPr>
              <w:spacing w:after="20" w:line="276" w:lineRule="auto"/>
            </w:pPr>
            <w:r>
              <w:rPr>
                <w:rFonts w:ascii="宋体" w:hAnsi="宋体" w:eastAsia="宋体"/>
                <w:b w:val="0"/>
                <w:sz w:val="18"/>
              </w:rPr>
              <w:t>先让学生独立思考后用自己的方式把刚搜集到的数据表示出来，再和同桌交流，最后全班汇报。</w:t>
            </w:r>
          </w:p>
          <w:p>
            <w:pPr>
              <w:spacing w:after="20" w:line="276" w:lineRule="auto"/>
            </w:pPr>
            <w:r>
              <w:rPr>
                <w:rFonts w:ascii="宋体" w:hAnsi="宋体" w:eastAsia="宋体"/>
                <w:b w:val="0"/>
                <w:sz w:val="18"/>
              </w:rPr>
              <w:t>课件展示不同的方法。</w:t>
            </w:r>
          </w:p>
          <w:p>
            <w:pPr>
              <w:spacing w:after="20" w:line="276" w:lineRule="auto"/>
            </w:pPr>
            <w:r>
              <w:rPr>
                <w:rFonts w:ascii="宋体" w:hAnsi="宋体" w:eastAsia="宋体"/>
                <w:b w:val="0"/>
                <w:sz w:val="18"/>
              </w:rPr>
              <w:t>3.对比分析统计方法。</w:t>
            </w:r>
          </w:p>
          <w:p>
            <w:pPr>
              <w:spacing w:after="20" w:line="276" w:lineRule="auto"/>
            </w:pPr>
            <w:r>
              <w:rPr>
                <w:rFonts w:ascii="宋体" w:hAnsi="宋体" w:eastAsia="宋体"/>
                <w:b w:val="0"/>
                <w:sz w:val="18"/>
              </w:rPr>
              <w:t>师：你认为哪种方法能更清楚地表示出A市8月的天气情况？</w:t>
            </w:r>
          </w:p>
          <w:p>
            <w:pPr>
              <w:spacing w:after="20" w:line="276" w:lineRule="auto"/>
            </w:pPr>
            <w:r>
              <w:rPr>
                <w:rFonts w:ascii="宋体" w:hAnsi="宋体" w:eastAsia="宋体"/>
                <w:b w:val="0"/>
                <w:sz w:val="18"/>
              </w:rPr>
              <w:t>4.认识条形统计图。</w:t>
            </w:r>
          </w:p>
          <w:p>
            <w:pPr>
              <w:spacing w:after="20" w:line="276" w:lineRule="auto"/>
            </w:pPr>
            <w:r>
              <w:rPr>
                <w:rFonts w:ascii="宋体" w:hAnsi="宋体" w:eastAsia="宋体"/>
                <w:b w:val="0"/>
                <w:sz w:val="18"/>
              </w:rPr>
              <w:t>师：像这样用直条来表示数量多少的统计图，叫作条形统计图。</w:t>
            </w:r>
          </w:p>
          <w:p>
            <w:pPr>
              <w:spacing w:after="20" w:line="276" w:lineRule="auto"/>
            </w:pPr>
            <w:r>
              <w:rPr>
                <w:rFonts w:ascii="宋体" w:hAnsi="宋体" w:eastAsia="宋体"/>
                <w:b w:val="0"/>
                <w:sz w:val="18"/>
              </w:rPr>
              <w:t>师：仔细观察条形统计图由哪几部分组成的？</w:t>
            </w:r>
          </w:p>
          <w:p>
            <w:pPr>
              <w:spacing w:after="20" w:line="276" w:lineRule="auto"/>
            </w:pPr>
            <w:r>
              <w:rPr>
                <w:rFonts w:ascii="宋体" w:hAnsi="宋体" w:eastAsia="宋体"/>
                <w:b w:val="0"/>
                <w:sz w:val="18"/>
              </w:rPr>
              <w:t>师：从这幅条形统计图中，你还能读到哪些信息？</w:t>
            </w:r>
          </w:p>
          <w:p>
            <w:pPr>
              <w:spacing w:after="20" w:line="276" w:lineRule="auto"/>
            </w:pPr>
            <w:r>
              <w:rPr>
                <w:rFonts w:ascii="宋体" w:hAnsi="宋体" w:eastAsia="宋体"/>
                <w:b w:val="0"/>
                <w:sz w:val="18"/>
              </w:rPr>
              <w:t>师：看来条形统计图能直观、形象地表示出各种数量的多少。（适时板书）</w:t>
            </w:r>
          </w:p>
        </w:tc>
        <w:tc>
          <w:tcPr>
            <w:tcW w:type="dxa" w:w="3061"/>
          </w:tcPr>
          <w:p>
            <w:pPr>
              <w:spacing w:after="20" w:line="276" w:lineRule="auto"/>
            </w:pPr>
            <w:r/>
            <w:r>
              <w:rPr>
                <w:rFonts w:ascii="宋体" w:hAnsi="宋体" w:eastAsia="宋体"/>
                <w:b w:val="0"/>
                <w:sz w:val="18"/>
              </w:rPr>
              <w:t>学生会发现这个月有晴、阴、多云、阵雨、雷阵雨五种天气情况。</w:t>
            </w:r>
          </w:p>
          <w:p>
            <w:pPr>
              <w:spacing w:after="20" w:line="276" w:lineRule="auto"/>
            </w:pPr>
            <w:r>
              <w:rPr>
                <w:rFonts w:ascii="宋体" w:hAnsi="宋体" w:eastAsia="宋体"/>
                <w:b w:val="0"/>
                <w:sz w:val="18"/>
              </w:rPr>
              <w:t>晴9天，阴6天，多云9天，阵雨5天，雷阵雨2天。</w:t>
            </w:r>
          </w:p>
          <w:p>
            <w:pPr>
              <w:spacing w:after="20" w:line="276" w:lineRule="auto"/>
            </w:pPr>
            <w:r>
              <w:rPr>
                <w:rFonts w:ascii="宋体" w:hAnsi="宋体" w:eastAsia="宋体"/>
                <w:b w:val="0"/>
                <w:sz w:val="18"/>
              </w:rPr>
              <w:t>这些统计方法都能表示出A市8月的天气情况，但是统计表没有条形统计图直观形象，用条形统计图来表示会更容易看出各种天气情况天数的多少，便于比较。画象形图虽然也能直观感受天数的多少，但无法直接看出数据的多少，且数据大时用这种方法不方便，不如条形统计图直观、方便。</w:t>
            </w:r>
          </w:p>
          <w:p>
            <w:pPr>
              <w:spacing w:after="20" w:line="276" w:lineRule="auto"/>
            </w:pPr>
            <w:r>
              <w:rPr>
                <w:rFonts w:ascii="宋体" w:hAnsi="宋体" w:eastAsia="宋体"/>
                <w:b w:val="0"/>
                <w:sz w:val="18"/>
              </w:rPr>
              <w:t>学生边回答教师边介绍标题、横轴、纵轴、单位刻度、单位、直条。其中横轴表示天气情况（统计项目），纵轴表示各种天气情况的天数（数量）。</w:t>
            </w:r>
          </w:p>
          <w:p>
            <w:pPr>
              <w:spacing w:after="20" w:line="276" w:lineRule="auto"/>
            </w:pPr>
            <w:r>
              <w:rPr>
                <w:rFonts w:ascii="宋体" w:hAnsi="宋体" w:eastAsia="宋体"/>
                <w:b w:val="0"/>
                <w:sz w:val="18"/>
              </w:rPr>
              <w:t>发现晴天和多云的直条一样都最高，所以晴天和多云的天数最多；雷阵雨的直条最矮，所以雷阵雨的天数最少……</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设计递进式探究活动，引导学生在动手实践与合作交流中经历知识形成过程，突破本课重难点，核心问题："你从这个表中看到了哪些信息？"</w:t>
            </w:r>
          </w:p>
        </w:tc>
      </w:tr>
      <w:tr>
        <w:tc>
          <w:tcPr>
            <w:tcW w:type="dxa" w:w="1474"/>
          </w:tcPr>
          <w:p>
            <w:pPr>
              <w:spacing w:after="20" w:line="276" w:lineRule="auto"/>
            </w:pPr>
            <w:r>
              <w:rPr>
                <w:b/>
              </w:rPr>
            </w:r>
            <w:r>
              <w:rPr>
                <w:rFonts w:ascii="宋体" w:hAnsi="宋体" w:eastAsia="宋体"/>
                <w:b/>
                <w:sz w:val="18"/>
              </w:rPr>
              <w:t>巩固练习，应用提高</w:t>
            </w:r>
          </w:p>
        </w:tc>
        <w:tc>
          <w:tcPr>
            <w:tcW w:type="dxa" w:w="3061"/>
          </w:tcPr>
          <w:p>
            <w:pPr>
              <w:spacing w:after="20" w:line="276" w:lineRule="auto"/>
            </w:pPr>
            <w:r/>
            <w:r>
              <w:rPr>
                <w:rFonts w:ascii="宋体" w:hAnsi="宋体" w:eastAsia="宋体"/>
                <w:b w:val="0"/>
                <w:sz w:val="18"/>
              </w:rPr>
              <w:t>课件出示教科书P89“做一做”。</w:t>
            </w:r>
          </w:p>
          <w:p>
            <w:pPr>
              <w:spacing w:after="20" w:line="276" w:lineRule="auto"/>
            </w:pPr>
            <w:r>
              <w:rPr>
                <w:rFonts w:ascii="宋体" w:hAnsi="宋体" w:eastAsia="宋体"/>
                <w:b w:val="0"/>
                <w:sz w:val="18"/>
              </w:rPr>
              <w:t>师：可以用什么方法来统计我们班同学出生的月份？</w:t>
            </w:r>
          </w:p>
          <w:p>
            <w:pPr>
              <w:spacing w:after="20" w:line="276" w:lineRule="auto"/>
            </w:pPr>
            <w:r>
              <w:rPr>
                <w:rFonts w:ascii="宋体" w:hAnsi="宋体" w:eastAsia="宋体"/>
                <w:b w:val="0"/>
                <w:sz w:val="18"/>
              </w:rPr>
              <w:t>请一名学生上前统计，其他同学把统计的结果记录在统计表中。</w:t>
            </w:r>
          </w:p>
          <w:p>
            <w:pPr>
              <w:spacing w:after="20" w:line="276" w:lineRule="auto"/>
            </w:pPr>
            <w:r>
              <w:rPr>
                <w:rFonts w:ascii="宋体" w:hAnsi="宋体" w:eastAsia="宋体"/>
                <w:b w:val="0"/>
                <w:sz w:val="18"/>
              </w:rPr>
              <w:t>独立完成后面的问题，指名交流汇报。</w:t>
            </w:r>
          </w:p>
        </w:tc>
        <w:tc>
          <w:tcPr>
            <w:tcW w:type="dxa" w:w="3061"/>
          </w:tcPr>
          <w:p>
            <w:pPr>
              <w:spacing w:after="20" w:line="276" w:lineRule="auto"/>
            </w:pPr>
            <w:r/>
            <w:r>
              <w:rPr>
                <w:rFonts w:ascii="宋体" w:hAnsi="宋体" w:eastAsia="宋体"/>
                <w:b w:val="0"/>
                <w:sz w:val="18"/>
              </w:rPr>
              <w:t>举手的方法在实际的统计中用得比较多，学生基本能想到这种方法。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通过有层次的练习及时反馈学情，巩固新知，培养学生灵活运用知识解决问题的能力，核心问题："可以用什么方法来统计我们班同学出生的月份？"</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以统计各种天气情况的天数为问题导向，激发学生探究和学习的兴趣，让学生充分经历数据的整理过程，总结出三种不同的统计方法，再通过三种方法的对比，让学生感受到条形统计图统计的优势。从条形统计图结构的认识和从图中获取信息，培养学生恰当选择统计方法表述数据的能力和读图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单式条形统计图（1）</w:t>
      </w:r>
    </w:p>
    <w:p>
      <w:pPr>
        <w:spacing w:after="40" w:line="300" w:lineRule="auto"/>
      </w:pPr>
      <w:r>
        <w:rPr>
          <w:rFonts w:ascii="宋体" w:hAnsi="宋体" w:eastAsia="宋体"/>
          <w:b w:val="0"/>
          <w:sz w:val="20"/>
        </w:rPr>
        <w:t>条形统计图能直观、形象地表示出各种数量的多少。</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教科书P88例1。</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注重情境的创设，让学生在具体的情境中经历数据的收集、整理、描述和分析的过程，依据统计的结果进行分析，培养学生数据分析的观念和能力，体会统计的价值。同时在教学中还应注意新旧知识间的联系。让学生通过运用第一学段学习的知识去收集、整理相关数据，通过对比的方法来激发学生的认知，让学生明白条形统计图的优势，为进一步认识条形统计图打好基础。</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单式条形统计图（2）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单式条形统计图（2）</w:t>
            </w:r>
          </w:p>
        </w:tc>
        <w:tc>
          <w:tcPr>
            <w:tcW w:type="dxa" w:w="6009"/>
          </w:tcPr>
          <w:p>
            <w:pPr>
              <w:spacing w:after="20" w:line="276" w:lineRule="auto"/>
            </w:pPr>
            <w:r/>
            <w:r>
              <w:rPr>
                <w:rFonts w:ascii="宋体" w:hAnsi="宋体" w:eastAsia="宋体"/>
                <w:b w:val="0"/>
                <w:sz w:val="20"/>
              </w:rPr>
              <w:t>第6单元 条形统计图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第一学段已经初步经历了数据的收集、整理、描述和分析的过程，能够用自己喜欢的方式（文字、图画、简单的统计表等）呈现分类计数的结果；能够根据统计表及象形统计图提出一些简单的问题，初步经历了用统计的方法解决问题的过程；了解统计在现实生活中的作用和意义，并初步建立统计观念。本单元的学习，对于学生来说，并不是很难。由于本单元例题和习题的设计信息量大、丰富而且具有一定的开放性，因此不能让学生局限于回答教科书中提出的几个问题，而是要让学生发挥观察力和想象力，注意引导学生根据统计图发现更多的信息，进而提出问题和解决问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教学内容：教科书P90例2。</w:t>
      </w:r>
    </w:p>
    <w:p>
      <w:pPr>
        <w:spacing w:after="80" w:line="300" w:lineRule="auto"/>
        <w:ind w:firstLine="400"/>
      </w:pPr>
      <w:r>
        <w:rPr>
          <w:rFonts w:ascii="宋体" w:hAnsi="宋体" w:eastAsia="宋体"/>
          <w:b w:val="0"/>
          <w:sz w:val="20"/>
        </w:rPr>
        <w:t>教学准备：课件、方格纸。</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（1）进一步认识1格代表2个或多个单位的条形统计图，感悟条形统计图的优点。</w:t>
      </w:r>
    </w:p>
    <w:p>
      <w:pPr>
        <w:spacing w:after="20" w:line="300" w:lineRule="auto"/>
        <w:ind w:firstLine="400"/>
      </w:pPr>
      <w:r>
        <w:rPr>
          <w:rFonts w:ascii="宋体" w:hAnsi="宋体" w:eastAsia="宋体"/>
          <w:b w:val="0"/>
          <w:sz w:val="20"/>
        </w:rPr>
        <w:t>（2）经历数据收集、整理、描述和分析的过程，能用条形统计图直观、形象地表示数据。</w:t>
      </w:r>
    </w:p>
    <w:p>
      <w:pPr>
        <w:spacing w:after="20" w:line="300" w:lineRule="auto"/>
        <w:ind w:firstLine="400"/>
      </w:pPr>
      <w:r>
        <w:rPr>
          <w:rFonts w:ascii="宋体" w:hAnsi="宋体" w:eastAsia="宋体"/>
          <w:b w:val="0"/>
          <w:sz w:val="20"/>
        </w:rPr>
        <w:t>（3）能从条形统计图中获取信息并进行分析，进一步把握一组数据的特征，培养数据分析观念。</w:t>
      </w:r>
    </w:p>
    <w:p>
      <w:pPr>
        <w:spacing w:after="20" w:line="300" w:lineRule="auto"/>
      </w:pPr>
      <w:r>
        <w:rPr>
          <w:rFonts w:ascii="宋体" w:hAnsi="宋体" w:eastAsia="宋体"/>
          <w:b w:val="0"/>
          <w:sz w:val="20"/>
        </w:rPr>
        <w:t>教学重点：进一步认识简单条形统计图的结构特点和优点，认识用1格代表2个或多个单位的条形统计图。</w:t>
      </w:r>
    </w:p>
    <w:p>
      <w:pPr>
        <w:spacing w:after="20" w:line="300" w:lineRule="auto"/>
      </w:pPr>
      <w:r>
        <w:rPr>
          <w:rFonts w:ascii="宋体" w:hAnsi="宋体" w:eastAsia="宋体"/>
          <w:b w:val="0"/>
          <w:sz w:val="20"/>
        </w:rPr>
        <w:t>教学难点：从条形统计图中把握一组数据的特点和变化趋势。</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开门见山，直接引入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自主探究，解决问题</w:t>
            </w:r>
          </w:p>
        </w:tc>
        <w:tc>
          <w:tcPr>
            <w:tcW w:type="dxa" w:w="1814"/>
          </w:tcPr>
          <w:p>
            <w:pPr>
              <w:spacing w:after="20" w:line="276" w:lineRule="auto"/>
            </w:pPr>
            <w:r/>
            <w:r>
              <w:rPr>
                <w:rFonts w:ascii="宋体" w:hAnsi="宋体" w:eastAsia="宋体"/>
                <w:b w:val="0"/>
                <w:sz w:val="18"/>
              </w:rPr>
              <w:t>课件、教科书、统计表</w:t>
            </w:r>
          </w:p>
        </w:tc>
        <w:tc>
          <w:tcPr>
            <w:tcW w:type="dxa" w:w="3402"/>
          </w:tcPr>
          <w:p>
            <w:pPr>
              <w:spacing w:after="20" w:line="276" w:lineRule="auto"/>
            </w:pPr>
            <w:r/>
            <w:r>
              <w:rPr>
                <w:rFonts w:ascii="宋体" w:hAnsi="宋体" w:eastAsia="宋体"/>
                <w:b w:val="0"/>
                <w:sz w:val="18"/>
              </w:rPr>
              <w:t>这是四年级同学最喜欢的图书情况统计表。你能把表格中的数据用条形统计图表示出来吗？；根据上面的数据绘制条形统计图。想一想，怎样画更合适？</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巩固练习，综合应用</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课堂小结，畅谈收获</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开门见山，直接引入</w:t>
            </w:r>
          </w:p>
        </w:tc>
        <w:tc>
          <w:tcPr>
            <w:tcW w:type="dxa" w:w="3061"/>
          </w:tcPr>
          <w:p>
            <w:pPr>
              <w:spacing w:after="20" w:line="276" w:lineRule="auto"/>
            </w:pPr>
            <w:r/>
            <w:r>
              <w:rPr>
                <w:rFonts w:ascii="宋体" w:hAnsi="宋体" w:eastAsia="宋体"/>
                <w:b w:val="0"/>
                <w:sz w:val="18"/>
              </w:rPr>
              <w:t>师：今天我们来继续学习条形统计图的知识。[板书课题：单式条形统计图（2）]</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自主探究，解决问题</w:t>
            </w:r>
          </w:p>
        </w:tc>
        <w:tc>
          <w:tcPr>
            <w:tcW w:type="dxa" w:w="3061"/>
          </w:tcPr>
          <w:p>
            <w:pPr>
              <w:spacing w:after="20" w:line="276" w:lineRule="auto"/>
            </w:pPr>
            <w:r/>
            <w:r>
              <w:rPr>
                <w:rFonts w:ascii="宋体" w:hAnsi="宋体" w:eastAsia="宋体"/>
                <w:b w:val="0"/>
                <w:sz w:val="18"/>
              </w:rPr>
              <w:t>1.创设情境，提出问题。</w:t>
            </w:r>
          </w:p>
          <w:p>
            <w:pPr>
              <w:spacing w:after="20" w:line="276" w:lineRule="auto"/>
            </w:pPr>
            <w:r>
              <w:rPr>
                <w:rFonts w:ascii="宋体" w:hAnsi="宋体" w:eastAsia="宋体"/>
                <w:b w:val="0"/>
                <w:sz w:val="18"/>
              </w:rPr>
              <w:t>课件出示教科书P90例2的统计表。</w:t>
            </w:r>
          </w:p>
          <w:p>
            <w:pPr>
              <w:spacing w:after="20" w:line="276" w:lineRule="auto"/>
            </w:pPr>
            <w:r>
              <w:rPr>
                <w:rFonts w:ascii="宋体" w:hAnsi="宋体" w:eastAsia="宋体"/>
                <w:b w:val="0"/>
                <w:sz w:val="18"/>
              </w:rPr>
              <w:t>师：这是四年级同学最喜欢的图书情况统计表。你能把表格中的数据用条形统计图表示出来吗？</w:t>
            </w:r>
          </w:p>
          <w:p>
            <w:pPr>
              <w:spacing w:after="20" w:line="276" w:lineRule="auto"/>
            </w:pPr>
            <w:r>
              <w:rPr>
                <w:rFonts w:ascii="宋体" w:hAnsi="宋体" w:eastAsia="宋体"/>
                <w:b w:val="0"/>
                <w:sz w:val="18"/>
              </w:rPr>
              <w:t>2.分析数据。</w:t>
            </w:r>
          </w:p>
          <w:p>
            <w:pPr>
              <w:spacing w:after="20" w:line="276" w:lineRule="auto"/>
            </w:pPr>
            <w:r>
              <w:rPr>
                <w:rFonts w:ascii="宋体" w:hAnsi="宋体" w:eastAsia="宋体"/>
                <w:b w:val="0"/>
                <w:sz w:val="18"/>
              </w:rPr>
              <w:t>师：根据上面的数据绘制条形统计图。想一想，怎样画更合适？小组讨论分析。</w:t>
            </w:r>
          </w:p>
          <w:p>
            <w:pPr>
              <w:spacing w:after="20" w:line="276" w:lineRule="auto"/>
            </w:pPr>
            <w:r>
              <w:rPr>
                <w:rFonts w:ascii="宋体" w:hAnsi="宋体" w:eastAsia="宋体"/>
                <w:b w:val="0"/>
                <w:sz w:val="18"/>
              </w:rPr>
              <w:t>明确画法，学生独立完成，教师全班巡视、指导。</w:t>
            </w:r>
          </w:p>
          <w:p>
            <w:pPr>
              <w:spacing w:after="20" w:line="276" w:lineRule="auto"/>
            </w:pPr>
            <w:r>
              <w:rPr>
                <w:rFonts w:ascii="宋体" w:hAnsi="宋体" w:eastAsia="宋体"/>
                <w:b w:val="0"/>
                <w:sz w:val="18"/>
              </w:rPr>
              <w:t>师：说说“以一当二”的方法有什么优点？</w:t>
            </w:r>
          </w:p>
          <w:p>
            <w:pPr>
              <w:spacing w:after="20" w:line="276" w:lineRule="auto"/>
            </w:pPr>
            <w:r>
              <w:rPr>
                <w:rFonts w:ascii="宋体" w:hAnsi="宋体" w:eastAsia="宋体"/>
                <w:b w:val="0"/>
                <w:sz w:val="18"/>
              </w:rPr>
              <w:t>师：从上面的条形统计图中，你知道了哪些信息？</w:t>
            </w:r>
          </w:p>
          <w:p>
            <w:pPr>
              <w:spacing w:after="20" w:line="276" w:lineRule="auto"/>
            </w:pPr>
            <w:r>
              <w:rPr>
                <w:rFonts w:ascii="宋体" w:hAnsi="宋体" w:eastAsia="宋体"/>
                <w:b w:val="0"/>
                <w:sz w:val="18"/>
              </w:rPr>
              <w:t>师：如果最喜欢艺术类图书的有17人，在统计图中怎样表示？</w:t>
            </w:r>
          </w:p>
          <w:p>
            <w:pPr>
              <w:spacing w:after="20" w:line="276" w:lineRule="auto"/>
            </w:pPr>
            <w:r>
              <w:rPr>
                <w:rFonts w:ascii="宋体" w:hAnsi="宋体" w:eastAsia="宋体"/>
                <w:b w:val="0"/>
                <w:sz w:val="18"/>
              </w:rPr>
              <w:t>集体交流后，归纳小结：“以一当二”时可以用半格代表1人，17人的直条涂8格半。</w:t>
            </w:r>
          </w:p>
          <w:p>
            <w:pPr>
              <w:spacing w:after="20" w:line="276" w:lineRule="auto"/>
            </w:pPr>
            <w:r>
              <w:rPr>
                <w:rFonts w:ascii="宋体" w:hAnsi="宋体" w:eastAsia="宋体"/>
                <w:b w:val="0"/>
                <w:sz w:val="18"/>
              </w:rPr>
              <w:t>4.拓展提升。</w:t>
            </w:r>
          </w:p>
          <w:p>
            <w:pPr>
              <w:spacing w:after="20" w:line="276" w:lineRule="auto"/>
            </w:pPr>
            <w:r>
              <w:rPr>
                <w:rFonts w:ascii="宋体" w:hAnsi="宋体" w:eastAsia="宋体"/>
                <w:b w:val="0"/>
                <w:sz w:val="18"/>
              </w:rPr>
              <w:t>课件出示教科书P90例2第（3）题统计表。</w:t>
            </w:r>
          </w:p>
          <w:p>
            <w:pPr>
              <w:spacing w:after="20" w:line="276" w:lineRule="auto"/>
            </w:pPr>
            <w:r>
              <w:rPr>
                <w:rFonts w:ascii="宋体" w:hAnsi="宋体" w:eastAsia="宋体"/>
                <w:b w:val="0"/>
                <w:sz w:val="18"/>
              </w:rPr>
              <w:t>师：如果统计全校学生最喜欢的图书情况如上表，又该怎样用统计图表示呢？</w:t>
            </w:r>
          </w:p>
          <w:p>
            <w:pPr>
              <w:spacing w:after="20" w:line="276" w:lineRule="auto"/>
            </w:pPr>
            <w:r>
              <w:rPr>
                <w:rFonts w:ascii="宋体" w:hAnsi="宋体" w:eastAsia="宋体"/>
                <w:b w:val="0"/>
                <w:sz w:val="18"/>
              </w:rPr>
              <w:t>师小结：1格表示几个单位，要根据题目中的数据确定“以一当几”。数据大，1格代表的单位就大；数据小，1格代表的单位就小。（适时板书）</w:t>
            </w:r>
          </w:p>
          <w:p>
            <w:pPr>
              <w:spacing w:after="20" w:line="276" w:lineRule="auto"/>
            </w:pPr>
            <w:r>
              <w:rPr>
                <w:rFonts w:ascii="宋体" w:hAnsi="宋体" w:eastAsia="宋体"/>
                <w:b w:val="0"/>
                <w:sz w:val="18"/>
              </w:rPr>
              <w:t>5.分析趋势。</w:t>
            </w:r>
          </w:p>
          <w:p>
            <w:pPr>
              <w:spacing w:after="20" w:line="276" w:lineRule="auto"/>
            </w:pPr>
            <w:r>
              <w:rPr>
                <w:rFonts w:ascii="宋体" w:hAnsi="宋体" w:eastAsia="宋体"/>
                <w:b w:val="0"/>
                <w:sz w:val="18"/>
              </w:rPr>
              <w:t>师：学校图书馆最近要采购一批新书，根据统计结果，你想提出什么建议？</w:t>
            </w:r>
          </w:p>
        </w:tc>
        <w:tc>
          <w:tcPr>
            <w:tcW w:type="dxa" w:w="3061"/>
          </w:tcPr>
          <w:p>
            <w:pPr>
              <w:spacing w:after="20" w:line="276" w:lineRule="auto"/>
            </w:pPr>
            <w:r/>
            <w:r>
              <w:rPr>
                <w:rFonts w:ascii="宋体" w:hAnsi="宋体" w:eastAsia="宋体"/>
                <w:b w:val="0"/>
                <w:sz w:val="18"/>
              </w:rPr>
              <w:t>预设1：这里数据比较大，如果1格代表1人，要画很多个格，比较麻烦。</w:t>
            </w:r>
          </w:p>
          <w:p>
            <w:pPr>
              <w:spacing w:after="20" w:line="276" w:lineRule="auto"/>
            </w:pPr>
            <w:r>
              <w:rPr>
                <w:rFonts w:ascii="宋体" w:hAnsi="宋体" w:eastAsia="宋体"/>
                <w:b w:val="0"/>
                <w:sz w:val="18"/>
              </w:rPr>
              <w:t>预设2：可以“1格代表2人”来试一试。</w:t>
            </w:r>
          </w:p>
          <w:p>
            <w:pPr>
              <w:spacing w:after="20" w:line="276" w:lineRule="auto"/>
            </w:pPr>
            <w:r>
              <w:rPr>
                <w:rFonts w:ascii="宋体" w:hAnsi="宋体" w:eastAsia="宋体"/>
                <w:b w:val="0"/>
                <w:sz w:val="18"/>
              </w:rPr>
              <w:t>3.汇报交流。</w:t>
            </w:r>
          </w:p>
          <w:p>
            <w:pPr>
              <w:spacing w:after="20" w:line="276" w:lineRule="auto"/>
            </w:pPr>
            <w:r>
              <w:rPr>
                <w:rFonts w:ascii="宋体" w:hAnsi="宋体" w:eastAsia="宋体"/>
                <w:b w:val="0"/>
                <w:sz w:val="18"/>
              </w:rPr>
              <w:t>学生能感受到用“1格代表2人”的方法比较方便而且美观。</w:t>
            </w:r>
          </w:p>
          <w:p>
            <w:pPr>
              <w:spacing w:after="20" w:line="276" w:lineRule="auto"/>
            </w:pPr>
            <w:r>
              <w:rPr>
                <w:rFonts w:ascii="宋体" w:hAnsi="宋体" w:eastAsia="宋体"/>
                <w:b w:val="0"/>
                <w:sz w:val="18"/>
              </w:rPr>
              <w:t>四年级同学中最喜欢历史类图书的人数最少，最喜欢科学类图书的人数最多……</w:t>
            </w:r>
          </w:p>
          <w:p>
            <w:pPr>
              <w:spacing w:after="20" w:line="276" w:lineRule="auto"/>
            </w:pPr>
            <w:r>
              <w:rPr>
                <w:rFonts w:ascii="宋体" w:hAnsi="宋体" w:eastAsia="宋体"/>
                <w:b w:val="0"/>
                <w:sz w:val="18"/>
              </w:rPr>
              <w:t>有了前面“以一当二”的经验，学生会发现这道题应该用“以一当十”或“以一当二十”的方法来绘制条形统计图比较合适。</w:t>
            </w:r>
          </w:p>
          <w:p>
            <w:pPr>
              <w:spacing w:after="20" w:line="276" w:lineRule="auto"/>
            </w:pPr>
            <w:r>
              <w:rPr>
                <w:rFonts w:ascii="宋体" w:hAnsi="宋体" w:eastAsia="宋体"/>
                <w:b w:val="0"/>
                <w:sz w:val="18"/>
              </w:rPr>
              <w:t>最喜欢看科学类图书的人数比较多，应多购买科学类图书。（说法合理就行）</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设计递进式探究活动，引导学生在动手实践与合作交流中经历知识形成过程，突破本课重难点，核心问题："这是四年级同学最喜欢的图书情况统计表。你能把表格中的数据用条形统计图表示出来吗？"</w:t>
            </w:r>
          </w:p>
        </w:tc>
      </w:tr>
      <w:tr>
        <w:tc>
          <w:tcPr>
            <w:tcW w:type="dxa" w:w="1474"/>
          </w:tcPr>
          <w:p>
            <w:pPr>
              <w:spacing w:after="20" w:line="276" w:lineRule="auto"/>
            </w:pPr>
            <w:r>
              <w:rPr>
                <w:b/>
              </w:rPr>
            </w:r>
            <w:r>
              <w:rPr>
                <w:rFonts w:ascii="宋体" w:hAnsi="宋体" w:eastAsia="宋体"/>
                <w:b/>
                <w:sz w:val="18"/>
              </w:rPr>
              <w:t>巩固练习，综合应用</w:t>
            </w:r>
          </w:p>
        </w:tc>
        <w:tc>
          <w:tcPr>
            <w:tcW w:type="dxa" w:w="3061"/>
          </w:tcPr>
          <w:p>
            <w:pPr>
              <w:spacing w:after="20" w:line="276" w:lineRule="auto"/>
            </w:pPr>
            <w:r/>
            <w:r>
              <w:rPr>
                <w:rFonts w:ascii="宋体" w:hAnsi="宋体" w:eastAsia="宋体"/>
                <w:b w:val="0"/>
                <w:sz w:val="18"/>
              </w:rPr>
              <w:t>课件出示教科书P91“做一做”。</w:t>
            </w:r>
          </w:p>
          <w:p>
            <w:pPr>
              <w:spacing w:after="20" w:line="276" w:lineRule="auto"/>
            </w:pPr>
            <w:r>
              <w:rPr>
                <w:rFonts w:ascii="宋体" w:hAnsi="宋体" w:eastAsia="宋体"/>
                <w:b w:val="0"/>
                <w:sz w:val="18"/>
              </w:rPr>
              <w:t>提示：第（1）、（2）题都要先分析数据，确定好1格代表几个单位再画图。第（3）题可根据四（2）班和四（3）班的捐书数据进行估计。</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课堂小结，畅谈收获</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对数据进行分析，让学生体会“以一当二”的条形统计图的优势，感受“以一当几”的必要性。让学生体会数据分析的过程，提高学生的读图能力，感受到数据的规律，从而培养学生整体把握一组数据趋势的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单式条形统计图（2）</w:t>
      </w:r>
    </w:p>
    <w:p>
      <w:pPr>
        <w:spacing w:after="40" w:line="300" w:lineRule="auto"/>
      </w:pPr>
      <w:r>
        <w:rPr>
          <w:rFonts w:ascii="宋体" w:hAnsi="宋体" w:eastAsia="宋体"/>
          <w:b w:val="0"/>
          <w:sz w:val="20"/>
        </w:rPr>
        <w:t>根据数据的大小确定“以一当几”。</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教科书P90例2。</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注重数学知识之间的联系，让学生在已有统计经验基础上去学习“以一当几”的条形统计图的知识，使学生再一次经历数据的收集、整理、描述和分析的过程，培养学生数据分析的观念和能力，体会统计的价值；并引导学生通过对统计图中数据的分析，培养学生的读图能力、把握数据整体特点和变化趋势的能力。</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复式条形统计图</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复式条形统计图</w:t>
            </w:r>
          </w:p>
        </w:tc>
        <w:tc>
          <w:tcPr>
            <w:tcW w:type="dxa" w:w="6009"/>
          </w:tcPr>
          <w:p>
            <w:pPr>
              <w:spacing w:after="20" w:line="276" w:lineRule="auto"/>
            </w:pPr>
            <w:r/>
            <w:r>
              <w:rPr>
                <w:rFonts w:ascii="宋体" w:hAnsi="宋体" w:eastAsia="宋体"/>
                <w:b w:val="0"/>
                <w:sz w:val="20"/>
              </w:rPr>
              <w:t>第6单元 条形统计图</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在第一学段已经初步经历了数据的收集、整理、描述和分析的过程，能够用自己喜欢的方式（文字、图画、简单的统计表等）呈现分类计数的结果；能够根据统计表及象形统计图提出一些简单的问题，初步经历了用统计的方法解决问题的过程；了解统计在现实生活中的作用和意义，并初步建立统计观念。本单元的学习，对于学生来说，并不是很难。由于本单元例题和习题的设计信息量大、丰富而且具有一定的开放性，因此不能让学生局限于回答教科书中提出的几个问题，而是要让学生发挥观察力和想象力，注意引导学生根据统计图发现更多的信息，进而提出问题和解决问题。</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教学内容：教科书P96例3。</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（1）认识复式条形统计图，了解其特点，能够根据收集的数据在提供的图样中完成相应的复式条形统计图。</w:t>
      </w:r>
    </w:p>
    <w:p>
      <w:pPr>
        <w:spacing w:after="20" w:line="300" w:lineRule="auto"/>
        <w:ind w:firstLine="400"/>
      </w:pPr>
      <w:r>
        <w:rPr>
          <w:rFonts w:ascii="宋体" w:hAnsi="宋体" w:eastAsia="宋体"/>
          <w:b w:val="0"/>
          <w:sz w:val="20"/>
        </w:rPr>
        <w:t>（2）体验数据的收集、整理、描述和分析的过程，并能进行简单的数据分析，培养学生的数据分析观念和推理能力。</w:t>
      </w:r>
    </w:p>
    <w:p>
      <w:pPr>
        <w:spacing w:after="20" w:line="300" w:lineRule="auto"/>
        <w:ind w:firstLine="400"/>
      </w:pPr>
      <w:r>
        <w:rPr>
          <w:rFonts w:ascii="宋体" w:hAnsi="宋体" w:eastAsia="宋体"/>
          <w:b w:val="0"/>
          <w:sz w:val="20"/>
        </w:rPr>
        <w:t>（3）进一步体会统计在现实生活中的运用，感受数学与生活的密切联系。</w:t>
      </w:r>
    </w:p>
    <w:p>
      <w:pPr>
        <w:spacing w:after="20" w:line="300" w:lineRule="auto"/>
      </w:pPr>
      <w:r>
        <w:rPr>
          <w:rFonts w:ascii="宋体" w:hAnsi="宋体" w:eastAsia="宋体"/>
          <w:b w:val="0"/>
          <w:sz w:val="20"/>
        </w:rPr>
        <w:t>教学重点：学会绘制复式条形统计图的方法，并进行简单的数据分析。</w:t>
      </w:r>
    </w:p>
    <w:p>
      <w:pPr>
        <w:spacing w:after="20" w:line="300" w:lineRule="auto"/>
      </w:pPr>
      <w:r>
        <w:rPr>
          <w:rFonts w:ascii="宋体" w:hAnsi="宋体" w:eastAsia="宋体"/>
          <w:b w:val="0"/>
          <w:sz w:val="20"/>
        </w:rPr>
        <w:t>教学难点：根据统计图提出数学问题，给出合理的判断和决策。</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创设情境，提出问题</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观察这两幅条形统计图，有什么相同或不同的地方？；两幅条形统计图有这么多共同点，为了便于比较，能不能把它们合并在同一幅统计图里呢？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自主探究，构建新知识</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你觉得还有哪些地方需要进一步完善？；复式条形统计图和单式条形统计图有什么区别呢？</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及时练习，巩固提高</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四、课堂小结，拓展提升</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这节课你学习了什么？有什么收获呢？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创设情境，提出问题</w:t>
            </w:r>
          </w:p>
        </w:tc>
        <w:tc>
          <w:tcPr>
            <w:tcW w:type="dxa" w:w="3061"/>
          </w:tcPr>
          <w:p>
            <w:pPr>
              <w:spacing w:after="20" w:line="276" w:lineRule="auto"/>
            </w:pPr>
            <w:r/>
            <w:r>
              <w:rPr>
                <w:rFonts w:ascii="宋体" w:hAnsi="宋体" w:eastAsia="宋体"/>
                <w:b w:val="0"/>
                <w:sz w:val="18"/>
              </w:rPr>
              <w:t>课件出示教科书P96例3两幅统计图。</w:t>
            </w:r>
          </w:p>
          <w:p>
            <w:pPr>
              <w:spacing w:after="20" w:line="276" w:lineRule="auto"/>
            </w:pPr>
            <w:r>
              <w:rPr>
                <w:rFonts w:ascii="宋体" w:hAnsi="宋体" w:eastAsia="宋体"/>
                <w:b w:val="0"/>
                <w:sz w:val="18"/>
              </w:rPr>
              <w:t>师：观察这两幅条形统计图，有什么相同或不同的地方？</w:t>
            </w:r>
          </w:p>
          <w:p>
            <w:pPr>
              <w:spacing w:after="20" w:line="276" w:lineRule="auto"/>
            </w:pPr>
            <w:r>
              <w:rPr>
                <w:rFonts w:ascii="宋体" w:hAnsi="宋体" w:eastAsia="宋体"/>
                <w:b w:val="0"/>
                <w:sz w:val="18"/>
              </w:rPr>
              <w:t>师：两幅条形统计图有这么多共同点，为了便于比较，能不能把它们合并在同一幅统计图里呢？这就是我们今天要学习的内容。（板书课题：复式条形统计图）</w:t>
            </w:r>
          </w:p>
        </w:tc>
        <w:tc>
          <w:tcPr>
            <w:tcW w:type="dxa" w:w="3061"/>
          </w:tcPr>
          <w:p>
            <w:pPr>
              <w:spacing w:after="20" w:line="276" w:lineRule="auto"/>
            </w:pPr>
            <w:r/>
            <w:r>
              <w:rPr>
                <w:rFonts w:ascii="宋体" w:hAnsi="宋体" w:eastAsia="宋体"/>
                <w:b w:val="0"/>
                <w:sz w:val="18"/>
              </w:rPr>
              <w:t>相同点：这两幅条形统计图都是统计相同年份的人口数量，横轴都表示年份，纵轴都表示人数，每格都代表10万人。不同点：上图统计城镇人口数，下图统计农村人口数。</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创设情境激活学生已有经验，自然引出本课学习内容，激发学习兴趣，核心问题："观察这两幅条形统计图，有什么相同或不同的地方？"</w:t>
            </w:r>
          </w:p>
        </w:tc>
      </w:tr>
      <w:tr>
        <w:tc>
          <w:tcPr>
            <w:tcW w:type="dxa" w:w="1474"/>
          </w:tcPr>
          <w:p>
            <w:pPr>
              <w:spacing w:after="20" w:line="276" w:lineRule="auto"/>
            </w:pPr>
            <w:r>
              <w:rPr>
                <w:b/>
              </w:rPr>
            </w:r>
            <w:r>
              <w:rPr>
                <w:rFonts w:ascii="宋体" w:hAnsi="宋体" w:eastAsia="宋体"/>
                <w:b/>
                <w:sz w:val="18"/>
              </w:rPr>
              <w:t>自主探究，构建新知识</w:t>
            </w:r>
          </w:p>
        </w:tc>
        <w:tc>
          <w:tcPr>
            <w:tcW w:type="dxa" w:w="3061"/>
          </w:tcPr>
          <w:p>
            <w:pPr>
              <w:spacing w:after="20" w:line="276" w:lineRule="auto"/>
            </w:pPr>
            <w:r/>
            <w:r>
              <w:rPr>
                <w:rFonts w:ascii="宋体" w:hAnsi="宋体" w:eastAsia="宋体"/>
                <w:b w:val="0"/>
                <w:sz w:val="18"/>
              </w:rPr>
              <w:t>2.课件出示单色复式条形统计图。</w:t>
            </w:r>
          </w:p>
          <w:p>
            <w:pPr>
              <w:spacing w:after="20" w:line="276" w:lineRule="auto"/>
            </w:pPr>
            <w:r>
              <w:rPr>
                <w:rFonts w:ascii="宋体" w:hAnsi="宋体" w:eastAsia="宋体"/>
                <w:b w:val="0"/>
                <w:sz w:val="18"/>
              </w:rPr>
              <w:t>师：你觉得还有哪些地方需要进一步完善？</w:t>
            </w:r>
          </w:p>
          <w:p>
            <w:pPr>
              <w:spacing w:after="20" w:line="276" w:lineRule="auto"/>
            </w:pPr>
            <w:r>
              <w:rPr>
                <w:rFonts w:ascii="宋体" w:hAnsi="宋体" w:eastAsia="宋体"/>
                <w:b w:val="0"/>
                <w:sz w:val="18"/>
              </w:rPr>
              <w:t>师：为了区分两个直条表示的不同含义，一般要在统计图的右上角标明图例。图例由制图人自己规定，比如，教科书上用一种颜色的直条表示城镇人口数，另一种颜色的直条表示农村人口数。</w:t>
            </w:r>
          </w:p>
          <w:p>
            <w:pPr>
              <w:spacing w:after="20" w:line="276" w:lineRule="auto"/>
            </w:pPr>
            <w:r>
              <w:rPr>
                <w:rFonts w:ascii="宋体" w:hAnsi="宋体" w:eastAsia="宋体"/>
                <w:b w:val="0"/>
                <w:sz w:val="18"/>
              </w:rPr>
              <w:t>师：根据刚才的分析讨论，将教科书上的复式条形统计图补充完整。</w:t>
            </w:r>
          </w:p>
          <w:p>
            <w:pPr>
              <w:spacing w:after="20" w:line="276" w:lineRule="auto"/>
            </w:pPr>
            <w:r>
              <w:rPr>
                <w:rFonts w:ascii="宋体" w:hAnsi="宋体" w:eastAsia="宋体"/>
                <w:b w:val="0"/>
                <w:sz w:val="18"/>
              </w:rPr>
              <w:t>3.课件出示双色复式条形统计图。</w:t>
            </w:r>
          </w:p>
          <w:p>
            <w:pPr>
              <w:spacing w:after="20" w:line="276" w:lineRule="auto"/>
            </w:pPr>
            <w:r>
              <w:rPr>
                <w:rFonts w:ascii="宋体" w:hAnsi="宋体" w:eastAsia="宋体"/>
                <w:b w:val="0"/>
                <w:sz w:val="18"/>
              </w:rPr>
              <w:t>师：复式条形统计图和单式条形统计图有什么区别呢？</w:t>
            </w:r>
          </w:p>
          <w:p>
            <w:pPr>
              <w:spacing w:after="20" w:line="276" w:lineRule="auto"/>
            </w:pPr>
            <w:r>
              <w:rPr>
                <w:rFonts w:ascii="宋体" w:hAnsi="宋体" w:eastAsia="宋体"/>
                <w:b w:val="0"/>
                <w:sz w:val="18"/>
              </w:rPr>
              <w:t>教师适时板书。</w:t>
            </w:r>
          </w:p>
          <w:p>
            <w:pPr>
              <w:spacing w:after="20" w:line="276" w:lineRule="auto"/>
            </w:pPr>
            <w:r>
              <w:rPr>
                <w:rFonts w:ascii="宋体" w:hAnsi="宋体" w:eastAsia="宋体"/>
                <w:b w:val="0"/>
                <w:sz w:val="18"/>
              </w:rPr>
              <w:t>4.解答问题。</w:t>
            </w:r>
          </w:p>
          <w:p>
            <w:pPr>
              <w:spacing w:after="20" w:line="276" w:lineRule="auto"/>
            </w:pPr>
            <w:r>
              <w:rPr>
                <w:rFonts w:ascii="宋体" w:hAnsi="宋体" w:eastAsia="宋体"/>
                <w:b w:val="0"/>
                <w:sz w:val="18"/>
              </w:rPr>
              <w:t>师：观察画好的复式条形统计图，回答教科书上的3个问题。</w:t>
            </w:r>
          </w:p>
          <w:p>
            <w:pPr>
              <w:spacing w:after="20" w:line="276" w:lineRule="auto"/>
            </w:pPr>
            <w:r>
              <w:rPr>
                <w:rFonts w:ascii="宋体" w:hAnsi="宋体" w:eastAsia="宋体"/>
                <w:b w:val="0"/>
                <w:sz w:val="18"/>
              </w:rPr>
              <w:t>师小结：像这样统计两项或者两项以上项目的条形统计图叫作复式条形统计图，简称复式条形图。（板书）根据实际需要，复式条形统计图有不同的呈现形式，例如纵向的、横向的以及两个直条上下叠放在一起的。不论哪种呈现形式，都直观地反映了所统计的数据，方便我们更好地获取有用信息，进行分析和判断。</w:t>
            </w:r>
          </w:p>
        </w:tc>
        <w:tc>
          <w:tcPr>
            <w:tcW w:type="dxa" w:w="3061"/>
          </w:tcPr>
          <w:p>
            <w:pPr>
              <w:spacing w:after="20" w:line="276" w:lineRule="auto"/>
            </w:pPr>
            <w:r/>
            <w:r>
              <w:rPr>
                <w:rFonts w:ascii="宋体" w:hAnsi="宋体" w:eastAsia="宋体"/>
                <w:b w:val="0"/>
                <w:sz w:val="18"/>
              </w:rPr>
              <w:t>1.动手实践，尝试绘制复式条形统计图。</w:t>
            </w:r>
          </w:p>
          <w:p>
            <w:pPr>
              <w:spacing w:after="20" w:line="276" w:lineRule="auto"/>
            </w:pPr>
            <w:r>
              <w:rPr>
                <w:rFonts w:ascii="宋体" w:hAnsi="宋体" w:eastAsia="宋体"/>
                <w:b w:val="0"/>
                <w:sz w:val="18"/>
              </w:rPr>
              <w:t>学生尝试绘制，教师将收集到的有代表性的两幅统计图（单色图、双色图）贴在黑板上。</w:t>
            </w:r>
          </w:p>
          <w:p>
            <w:pPr>
              <w:spacing w:after="20" w:line="276" w:lineRule="auto"/>
            </w:pPr>
            <w:r>
              <w:rPr>
                <w:rFonts w:ascii="宋体" w:hAnsi="宋体" w:eastAsia="宋体"/>
                <w:b w:val="0"/>
                <w:sz w:val="18"/>
              </w:rPr>
              <w:t>预设1：城镇人口数和农村人口数容易混淆。引导学生说出“图例”，初步感受“图例”在复式条形统计图中的重要作用。</w:t>
            </w:r>
          </w:p>
          <w:p>
            <w:pPr>
              <w:spacing w:after="20" w:line="276" w:lineRule="auto"/>
            </w:pPr>
            <w:r>
              <w:rPr>
                <w:rFonts w:ascii="宋体" w:hAnsi="宋体" w:eastAsia="宋体"/>
                <w:b w:val="0"/>
                <w:sz w:val="18"/>
              </w:rPr>
              <w:t>预设2：复式条形统计图没有写统计图名称。</w:t>
            </w:r>
          </w:p>
          <w:p>
            <w:pPr>
              <w:spacing w:after="20" w:line="276" w:lineRule="auto"/>
            </w:pPr>
            <w:r>
              <w:rPr>
                <w:rFonts w:ascii="宋体" w:hAnsi="宋体" w:eastAsia="宋体"/>
                <w:b w:val="0"/>
                <w:sz w:val="18"/>
              </w:rPr>
              <w:t>预设3：不同年份的数据都画在一起了，没有间隔。</w:t>
            </w:r>
          </w:p>
          <w:p>
            <w:pPr>
              <w:spacing w:after="20" w:line="276" w:lineRule="auto"/>
            </w:pPr>
            <w:r>
              <w:rPr>
                <w:rFonts w:ascii="宋体" w:hAnsi="宋体" w:eastAsia="宋体"/>
                <w:b w:val="0"/>
                <w:sz w:val="18"/>
              </w:rPr>
              <w:t>预设1：复式条形统计图与单式条形统计图相比，统计方法基本相同，但统计的数据不再是一组，需要两个（或多个）直条，并且为了区分，两个（或多个）直条用不同的颜色表示。</w:t>
            </w:r>
          </w:p>
          <w:p>
            <w:pPr>
              <w:spacing w:after="20" w:line="276" w:lineRule="auto"/>
            </w:pPr>
            <w:r>
              <w:rPr>
                <w:rFonts w:ascii="宋体" w:hAnsi="宋体" w:eastAsia="宋体"/>
                <w:b w:val="0"/>
                <w:sz w:val="18"/>
              </w:rPr>
              <w:t>预设2：复式条形统计图的特点是不仅能直观、清楚地表示出数量的多少，而且便于比较两组（或多组）的数据。</w:t>
            </w:r>
          </w:p>
          <w:p>
            <w:pPr>
              <w:spacing w:after="20" w:line="276" w:lineRule="auto"/>
            </w:pPr>
            <w:r>
              <w:rPr>
                <w:rFonts w:ascii="宋体" w:hAnsi="宋体" w:eastAsia="宋体"/>
                <w:b w:val="0"/>
                <w:sz w:val="18"/>
              </w:rPr>
              <w:t>预设3：复式条形统计图有图例，而单式条形统计图没有图例。</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设计递进式探究活动，引导学生在动手实践与合作交流中经历知识形成过程，突破本课重难点，核心问题："你觉得还有哪些地方需要进一步完善？"</w:t>
            </w:r>
          </w:p>
        </w:tc>
      </w:tr>
      <w:tr>
        <w:tc>
          <w:tcPr>
            <w:tcW w:type="dxa" w:w="1474"/>
          </w:tcPr>
          <w:p>
            <w:pPr>
              <w:spacing w:after="20" w:line="276" w:lineRule="auto"/>
            </w:pPr>
            <w:r>
              <w:rPr>
                <w:b/>
              </w:rPr>
            </w:r>
            <w:r>
              <w:rPr>
                <w:rFonts w:ascii="宋体" w:hAnsi="宋体" w:eastAsia="宋体"/>
                <w:b/>
                <w:sz w:val="18"/>
              </w:rPr>
              <w:t>及时练习，巩固提高</w:t>
            </w:r>
          </w:p>
        </w:tc>
        <w:tc>
          <w:tcPr>
            <w:tcW w:type="dxa" w:w="3061"/>
          </w:tcPr>
          <w:p>
            <w:pPr>
              <w:spacing w:after="20" w:line="276" w:lineRule="auto"/>
            </w:pPr>
            <w:r/>
            <w:r>
              <w:rPr>
                <w:rFonts w:ascii="宋体" w:hAnsi="宋体" w:eastAsia="宋体"/>
                <w:b w:val="0"/>
                <w:sz w:val="18"/>
              </w:rPr>
              <w:t>完成教科书P97“做一做”。</w:t>
            </w:r>
          </w:p>
          <w:p>
            <w:pPr>
              <w:spacing w:after="20" w:line="276" w:lineRule="auto"/>
            </w:pPr>
            <w:r>
              <w:rPr>
                <w:rFonts w:ascii="宋体" w:hAnsi="宋体" w:eastAsia="宋体"/>
                <w:b w:val="0"/>
                <w:sz w:val="18"/>
              </w:rPr>
              <w:t>（1）想一想：画复式条形统计图的步骤有哪些？</w:t>
            </w:r>
          </w:p>
          <w:p>
            <w:pPr>
              <w:spacing w:after="20" w:line="276" w:lineRule="auto"/>
            </w:pPr>
            <w:r>
              <w:rPr>
                <w:rFonts w:ascii="宋体" w:hAnsi="宋体" w:eastAsia="宋体"/>
                <w:b w:val="0"/>
                <w:sz w:val="18"/>
              </w:rPr>
              <w:t>（2）根据表中的数据，绘制纵向复式条形统计图。</w:t>
            </w:r>
          </w:p>
          <w:p>
            <w:pPr>
              <w:spacing w:after="20" w:line="276" w:lineRule="auto"/>
            </w:pPr>
            <w:r>
              <w:rPr>
                <w:rFonts w:ascii="宋体" w:hAnsi="宋体" w:eastAsia="宋体"/>
                <w:b w:val="0"/>
                <w:sz w:val="18"/>
              </w:rPr>
              <w:t>（3）学生独立解答后面的3个小题。</w:t>
            </w:r>
          </w:p>
          <w:p>
            <w:pPr>
              <w:spacing w:after="20" w:line="276" w:lineRule="auto"/>
            </w:pPr>
            <w:r>
              <w:rPr>
                <w:rFonts w:ascii="宋体" w:hAnsi="宋体" w:eastAsia="宋体"/>
                <w:b w:val="0"/>
                <w:sz w:val="18"/>
              </w:rPr>
              <w:t>（4）集体交流订正。</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四、课堂小结，拓展提升</w:t>
            </w:r>
          </w:p>
        </w:tc>
        <w:tc>
          <w:tcPr>
            <w:tcW w:type="dxa" w:w="3061"/>
          </w:tcPr>
          <w:p>
            <w:pPr>
              <w:spacing w:after="20" w:line="276" w:lineRule="auto"/>
            </w:pPr>
            <w:r/>
            <w:r>
              <w:rPr>
                <w:rFonts w:ascii="宋体" w:hAnsi="宋体" w:eastAsia="宋体"/>
                <w:b w:val="0"/>
                <w:sz w:val="18"/>
              </w:rPr>
              <w:t>师：这节课你学习了什么？有什么收获呢？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完成复式条形统计图的绘制，是本课要完成的技能目标。通过对学生第一次不完善的作品的讨论，既沟通了与旧知识的联系，又在对比中突出了复式条形统计图的绘制要点，便于学生更好地掌握绘制方法，提高学生整理和描述数据的能力。</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复式条形统计图</w:t>
      </w:r>
    </w:p>
    <w:p>
      <w:pPr>
        <w:spacing w:after="40" w:line="300" w:lineRule="auto"/>
      </w:pPr>
      <w:r>
        <w:rPr>
          <w:rFonts w:ascii="宋体" w:hAnsi="宋体" w:eastAsia="宋体"/>
          <w:b w:val="0"/>
          <w:sz w:val="20"/>
        </w:rPr>
        <w:t>含义：统计两项或两项以上项目的条形统计图叫作复式条形统计图。</w:t>
      </w:r>
    </w:p>
    <w:p>
      <w:pPr>
        <w:spacing w:after="40" w:line="300" w:lineRule="auto"/>
      </w:pPr>
      <w:r>
        <w:rPr>
          <w:rFonts w:ascii="宋体" w:hAnsi="宋体" w:eastAsia="宋体"/>
          <w:b w:val="0"/>
          <w:sz w:val="20"/>
        </w:rPr>
        <w:t>特点：不仅能直观、清楚地表示出数量的多少，而且便于比较两组（或多组）数据。</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教科书P96例3。</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为了发展学生的统计观念，培养学生自主探究的学习能力，在设计这节课时，主要突出了以下几个特点：一、在对比分析中培养学生的统计意识，让学生对比单式和复式条形统计图，认识这些统计图各自的特点；二、给学生提供充分的自主探究、自主分析的机会，让学生成为学习的主人；三、巩固应用，培养学生处理信息和解决问题的能力。整体教学情况良好，基本达到了预期效果。</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