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人教版四年级数学上册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1亿有多大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1亿有多大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3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第1课时：通过感受对1亿张纸摞起来有多高的估算与计算的巨大反差，加强对大数的直观感受，进一步认识大数。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第2课时：经历猜想、实验、推理和对比的过程，感受1亿的大小，提升学生的数感。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第3课时：会查阅资料帮助理解与1亿相关的知识。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1亿张纸有多高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通过感受对1亿张纸摞起来有多高的估算与计算的巨大反差，加强对大数的直观感受，进一步认识大数。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1亿有多大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经历猜想、实验、推理和对比的过程，感受1亿的大小，提升学生的数感。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会查阅资料帮助理解与1亿相关的知识。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1亿张纸有多高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1亿张纸有多高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1亿有多大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教学内容：教材P24～25相关内容。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教学准备：1．课件、《1亿张纸有多高》学习单。 2．教具：课件、直尺。学具：不同数量的A4纸(100张、200张、1000张等)、密封袋。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（1）通过感受对1亿张纸摞起来有多高的估算与计算的巨大反差，加强对大数的直观感受，进一步认识大数。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（2）理解和掌握大数计算的方法，学会找可计数或可直观看到的数量为参照，通过推理找到大数的计算方法，培养学生的推理意识、数感和量感。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（3）让学生感受1亿的庞大，体会积少成多的道理，培养节约资源的意识和科学探究精神。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教学重点：通过实验和推理，探究1亿张纸的高度，掌握“由部分推算整体”的方法。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教学难点：引导学生完整经历探究过程，理解部分与整体的关系，准确进行推算。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情境导入，激发兴趣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小丽估计印刷厂里的一摞纸有1亿张，怎样才能知道她的估计是否准确呢？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实验探究，推算高度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如果没有1亿张纸，我们该如何研究？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建立表象，深化认知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1亿张纸比珠穆朗玛峰还高，这说明了什么？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总结提升，拓展延伸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如果1亿张纸铺在地上，占地面积会有多大？1亿张纸的质量是多少？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课堂小结，情感教育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情境导入，激发兴趣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1.展示大数。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课件出示生活中与“亿”相关的数据，如中国人口约14亿、2025年全国粮食总产量约7亿吨等，引导学生感受“亿”是一个很大的计数单位。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2．提出问题。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师：小丽估计印刷厂里的一摞纸有1亿张，怎样才能知道她的估计是否准确呢？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师：今天我们就来研究这个问题。(板书课题：1亿张纸有多高)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创设情境激活学生已有经验，自然引出本课学习内容，激发学习兴趣，核心问题："小丽估计印刷厂里的一摞纸有1亿张，怎样才能知道她的估计是否准确呢？"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实验探究，推算高度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师：猜猜1亿张纸的高度大约是(　　)米。(适时板书)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1．确定研究方法。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引导学生思考如何测量1亿张纸的高度，引出“由部分推算整体”的方法。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师：如果没有1亿张纸，我们该如何研究？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2．分组实验。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(1)学生分组，每组选择100张、200张或1000张纸作为测量基数。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(2)用直尺测量选定数量纸张的高度，记录数据。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3．推算高度。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课件出示学习单。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(1)讨论算法。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(2)完成学习单。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教师鼓励学生用不同方法推算，如倍数关系、单位换算等，小组内互相验证结果。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会提出先测量少量纸张高度再推算的思路。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100张纸高约1 cm，500张纸高约5 cm等。(适时板书)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根据测量数据推算1亿张纸的高度。若100张纸高1 cm，100个一百是一万，10000张纸的高度为1×100＝100(cm)＝1(m)，10000个一万是一亿，那么1亿张纸的高度为1×10000＝10000(m)。(适时板书)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设计递进式探究活动，引导学生在动手实践与合作交流中经历知识形成过程，突破本课重难点，核心问题："如果没有1亿张纸，我们该如何研究？"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建立表象，深化认知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1.对比生活实例。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课件出示珠穆朗玛峰高度(约8848 m)、教学楼高度(每层4 m，5层教学楼高20 m)等数据，引导学生对比1亿张纸的高度(10000 m)，直观感受1亿张纸的高度。(适时板书)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师：1亿张纸比珠穆朗玛峰还高，这说明了什么？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引导学生体会1亿的庞大，以及积少成多的力量。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2．讨论交流。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围绕环节目标组织学习活动，引导学生主动参与、积极思考，核心问题："1亿张纸比珠穆朗玛峰还高，这说明了什么？"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总结提升，拓展延伸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1.回顾过程。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引导学生回顾探究过程，强调“由部分推算整体”的研究方法，鼓励学生在今后的学习和生活中运用这种方法解决类似问题。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2．拓展思考。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师：如果1亿张纸铺在地上，占地面积会有多大？1亿张纸的质量是多少？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引导学生课后继续探究，进一步感受1亿的大小。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引导学生回顾梳理本课所学，完善认知结构，提升归纳与反思能力，核心问题："如果1亿张纸铺在地上，占地面积会有多大？1亿张纸的质量是多少？"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课堂小结，情感教育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结合1亿张纸的高度为实例，教育学生珍惜资源，养成节约的好习惯。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在实践中亲身体验1亿张纸的高度，掌握探究方法，同时培养节约意识和科学探究精神。通过实践活动，让学生经历“猜想—实验—推理—对照”的过程，掌握“由部分推算整体”的研究方法，能准确推算出1亿张纸的高度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1亿张纸有多高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猜想：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1亿张纸的高度大约是(　　)米。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实验：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测量100张纸的高度约为1 cm，500张纸高约5 cm等。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推理：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100个一百是一万，10000张纸的高度为1×100＝100(cm)＝1(m)。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10000个一万是一亿，1亿张纸的高度为1×10000＝10000(m)。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感知：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1亿张纸的高度比珠穆朗玛峰(约8848 m)还高。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教材P24～25相关内容。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巩固了类似问题的研究方法，选择一部分进行测量，再推算出整体是多少，都运用了化繁为简的思想。对于其他可行性方案，也应不予否定，让学生在接下来的活动中发现问题，去感悟、去调整，不断完善自己已有的知识经验，进一步发展学生的数感，学生亲身感受到大数就在身边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1亿有多大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1亿有多大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1亿有多大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教学内容：教科书P25～26相关内容。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教学准备：课件、一把大米、天平、活动单。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（1）经历猜想、实验、推理和对比的过程，感受1亿的大小，提升学生的数感。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（2）经历课题研究、数学建模的简单过程，进一步获得一些解决问题的策略和方法，如由局部推算整体，提高学生解决问题的能力。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（3）在研究过程中，积累数学活动经验，体验与他人合作、交流的快乐，增强学生探索数学的兴趣。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教学重点：经历课题研究、数学建模的简单过程，培养学生对1亿大小的感性认识。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教学难点：感受大数在日常生活中的应用，进一步培养数感。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大胆猜测，引入新课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我们学过了许多大数。看，这个数是多少？；从同学们的猜想中可以感觉出，大家都觉得1亿是个很大的数，确实是这样的。1亿到底有多大呢？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活动实践，加深体会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说说你想解决什么问题？；上节课我们研究了1亿张纸的高度，今天我们来研究一下1亿粒大米有多重。请小组成员商量下，设计好研究方案(先测量多少？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课外拓展，升华认知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课堂小结，畅谈收获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你觉得1亿有多大？通过今天的学习你有什么收获？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大胆猜测，引入新课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1.猜想1亿有多大。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师：我们学过了许多大数。看，这个数是多少？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课件出示数据。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2．引入课题。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师：从同学们的猜想中可以感觉出，大家都觉得1亿是个很大的数，确实是这样的。1亿到底有多大呢？这节课我们就来想办法验证一下。(板书课题：1亿有多大)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学生可能会根据不同的知识基础和生活经验，结合不同的量进行猜想。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创设情境激活学生已有经验，自然引出本课学习内容，激发学习兴趣，核心问题："我们学过了许多大数。看，这个数是多少？"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活动实践，加深体会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1.提出问题。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师：说说你想解决什么问题？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师：上节课我们研究了1亿张纸的高度，今天我们来研究一下1亿粒大米有多重。请小组成员商量下，设计好研究方案(先测量多少？怎样推算？)，然后开展实验，得出结论。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课件出示活动单并以组为单位完成活动单。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4．情感教育。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师：2 t大米有多重呢？如果一个人一天可以吃500 g大米，1亿粒大米大约够一个人吃11年。我国约有14亿人口，如果每人每天节约1粒米，全国1天就可节约大约14亿粒大米，这些大米够一个人吃大约150年。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所以别小看这1粒小小的大米，如果全国每人每天节约1粒米，这些米一个人吃一辈子也吃不完。1亿是一个很大很大的数，积少成多不是说说而已。我们从现在开始，从节约每一张纸、每一粒米做起，养成勤俭节约的好习惯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预设1：1亿粒大米有多重？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预设2：1秒写一个字，写1亿个字要多久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2．学生自主设计方案研究。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预设1：100粒大米约重2 g，1亿里面有1000000个100，所以1亿粒大米约重2000000 g，也就是2 t重。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预设2：1000粒大米约重20 g，1亿里面有100000个1000，所以1亿粒大米约重2000000 g，也就是2 t重。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设计递进式探究活动，引导学生在动手实践与合作交流中经历知识形成过程，突破本课重难点，核心问题："说说你想解决什么问题？"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课外拓展，升华认知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师：我们一起来看看其他的“1亿”有多大。(出示课件)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课堂小结，畅谈收获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师：你觉得1亿有多大？通过今天的学习你有什么收获？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运用已有的知识和生活经验，去想象1亿有多大，不同的想象会产生不同的猜想，从而对“1亿有多大”感到好奇，产生探索、研究的兴趣。让学生在活动中经历课题研究、数学建模的过程，再次体验“由局部推算整体”的研究方法，积累数学活动经验。在活动交流中，学生从不同的具体情境中感受1亿的大小，发展数感。同时，让学生养成勤俭节约的好习惯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1亿有多大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1亿粒大米——重约2 t。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教科书P25～26相关内容。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这是一节综合实践课，引导学生通过实践探究活动，充分体验、感悟“1亿有多大”是这节课的重要目标。教学中，通过引导学生猜测、操作、验证和推理，不断丰富学生的内心体验，促进学生积极思考。让学生做到亲力亲为、主动参与，真正体验和感受所学知识的实质，发展数感和提升数学能力。另外，在这节课中，还从一粒大米的积少成多等方面出发，教育学生勤俭节约，落实了情感教育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小讲堂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小讲堂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1亿有多大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教学内容：教科书P27。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（1）会查阅资料帮助理解与1亿相关的知识。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（2）结合生活、科学素材，感知1亿的“极大”与“极小”双重规模；能通过十进制倍数关系，逐步推算出1亿张纸的厚度。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（3）建立对“1亿”的具象数感，体会大数在生活、科学中的实际意义；养成严谨的测量习惯与主动探究的学习态度，增强小组合作的意识。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教学重点：通过100张纸的厚度，用“以小推大”法推算1亿张纸的规模，感知1亿的实际大小。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教学难点：理解十进制倍数的递进关系，区分1亿在不同情境下的“极大”与“极小”属性。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提到1亿你的第一感觉是什么？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谁能再提出和1亿有关的问题？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成长小档案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你在活动中有哪些收获或感想？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学习情况自评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师：提到1亿你的第一感觉是什么？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师：今天我们继续探究与1亿相关的知识。(板书课题：小讲堂)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感觉很大、很多。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创设情境激活学生已有经验，自然引出本课学习内容，激发学习兴趣，核心问题："提到1亿你的第一感觉是什么？"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学习新知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1.小讲堂素材引入。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课件出示教科书P27主题图。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2．感知1亿的小。(适时板书)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(1)1纳米有多小。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 dm＝10 cm，把10 cm平均分成1亿份，一份是1纳米。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(2)物体对比。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师：DNA链直径约2纳米，流感病毒大小约100纳米，而铅笔芯中的石墨层间距仅为0.34纳米。可见把1 dm平均分成1亿份(也就是1纳米)有多小。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3．感知1亿的大。(适时板书)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1亿名同学手拉手，可以绕地球赤道3圈半。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(1)小组计算。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假设“1名同学伸开手臂，长度约15 dm”。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1亿名同学手拉手总长度＝15×100000000＝1500000000(dm)＝150000(km)。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(2)验证对照。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课件出示：“地球赤道长约40000 km”的示意图。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赤道半圈长大约20000 km，3圈半大约长40000×3＋20000＝140000(km)，所以1亿名同学手拉手可以绕赤道3圈半。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(3)自由提问。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师：谁能再提出和1亿有关的问题？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4．结合生活实际和查阅的资料举例。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(1)人口统计：许多国家和地区的人口数量常以亿为单位统计，如中国人口约14亿，印度人口也超过14亿。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(2)经济领域：大型企业的年营业额、国家的财政预算、股票市场的市值等常以亿元为单位衡量，如某企业年营收超100亿元。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(3)资源统计：自然资源的储量、能源消耗量等也会用到亿，如某地区石油储量达数亿吨，全国每年消耗煤炭超数十亿吨。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(4)生物数量：在生态系统中，某些昆虫、微生物的数量可能达到亿级，如10公顷雨林中的蚂蚁数量可能近亿只。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(5)树木数量：大规模植树造林项目中，种植树木的棵数常以亿计，如某地区计划在未来五年内植树1亿棵。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1亿秒有多久？走1亿步有多远？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围绕环节目标组织学习活动，引导学生主动参与、积极思考，核心问题："谁能再提出和1亿有关的问题？"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成长小档案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师：你在活动中有哪些收获或感想？写一写并和同学交流。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学生自主完成后全班交流。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围绕环节目标组织学习活动，引导学生主动参与、积极思考，核心问题："你在活动中有哪些收获或感想？"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学习情况自评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学生完成教科书P27自评内容。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让学生感知1亿的小和1亿的大，用反差感强的素材制造认知冲突，将抽象的“1亿”与科学场景联结；用“学生熟悉的身体尺度”推算1亿的规模，进一步强化“以小推大”的方法，同时让学生体会大数在生活情境中的应用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小讲堂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1亿的小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 dm＝10 cm，把10 cm平均分成1亿份，一份是1纳米。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1亿的大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1亿名同学手拉手，可以绕地球赤道3圈半。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教科书P27。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【原教学设计反思（供参考）】“人口统计、资源统计”等具象参照，成功将抽象的1亿转化为学生可感知的规模，培养了数感；总结收获和感想与自评环节，让学生的自我反思能力有所提升。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