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line="300" w:lineRule="auto"/>
        <w:jc w:val="center"/>
      </w:pPr>
      <w:r>
        <w:rPr>
          <w:rFonts w:ascii="黑体" w:hAnsi="黑体" w:eastAsia="黑体"/>
          <w:b/>
          <w:sz w:val="30"/>
        </w:rPr>
        <w:t>人教版四年级数学下册</w:t>
      </w:r>
    </w:p>
    <w:p>
      <w:pPr>
        <w:spacing w:after="80" w:line="300" w:lineRule="auto"/>
        <w:jc w:val="center"/>
      </w:pPr>
      <w:r>
        <w:rPr>
          <w:rFonts w:ascii="黑体" w:hAnsi="黑体" w:eastAsia="黑体"/>
          <w:b/>
          <w:sz w:val="26"/>
        </w:rPr>
        <w:t>第10单元 总复习　规范教案</w:t>
      </w:r>
    </w:p>
    <w:p>
      <w:pPr>
        <w:spacing w:after="160" w:line="300" w:lineRule="auto"/>
        <w:jc w:val="center"/>
      </w:pPr>
      <w:r>
        <w:rPr>
          <w:rFonts w:ascii="楷体" w:hAnsi="楷体" w:eastAsia="楷体"/>
          <w:b w:val="0"/>
          <w:color w:val="606060"/>
          <w:sz w:val="18"/>
        </w:rPr>
        <w:t>依据《温州市小学数学教学常规（2025年版）》附件2（单元教学备课参考格式）、附件3（课时教学备课参考格式）编制</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2381"/>
            <w:shd w:val="clear" w:fill="E8EEF7"/>
          </w:tcPr>
          <w:p>
            <w:pPr>
              <w:spacing w:after="20" w:line="276" w:lineRule="auto"/>
              <w:jc w:val="center"/>
            </w:pPr>
            <w:r/>
            <w:r>
              <w:rPr>
                <w:rFonts w:ascii="黑体" w:hAnsi="黑体" w:eastAsia="黑体"/>
                <w:b/>
                <w:sz w:val="18"/>
              </w:rPr>
              <w:t>项目</w:t>
            </w:r>
          </w:p>
        </w:tc>
        <w:tc>
          <w:tcPr>
            <w:tcW w:type="dxa" w:w="7030"/>
            <w:shd w:val="clear" w:fill="E8EEF7"/>
          </w:tcPr>
          <w:p>
            <w:pPr>
              <w:spacing w:after="20" w:line="276" w:lineRule="auto"/>
              <w:jc w:val="center"/>
            </w:pPr>
            <w:r/>
            <w:r>
              <w:rPr>
                <w:rFonts w:ascii="黑体" w:hAnsi="黑体" w:eastAsia="黑体"/>
                <w:b/>
                <w:sz w:val="18"/>
              </w:rPr>
              <w:t>内容</w:t>
            </w:r>
          </w:p>
        </w:tc>
      </w:tr>
      <w:tr>
        <w:tc>
          <w:tcPr>
            <w:tcW w:type="dxa" w:w="2381"/>
          </w:tcPr>
          <w:p>
            <w:pPr>
              <w:spacing w:after="20" w:line="276" w:lineRule="auto"/>
            </w:pPr>
            <w:r/>
            <w:r>
              <w:rPr>
                <w:rFonts w:ascii="宋体" w:hAnsi="宋体" w:eastAsia="宋体"/>
                <w:b/>
                <w:sz w:val="20"/>
              </w:rPr>
              <w:t>单元内容</w:t>
            </w:r>
          </w:p>
        </w:tc>
        <w:tc>
          <w:tcPr>
            <w:tcW w:type="dxa" w:w="7030"/>
          </w:tcPr>
          <w:p>
            <w:pPr>
              <w:spacing w:after="20" w:line="276" w:lineRule="auto"/>
            </w:pPr>
            <w:r/>
            <w:r>
              <w:rPr>
                <w:rFonts w:ascii="宋体" w:hAnsi="宋体" w:eastAsia="宋体"/>
                <w:b w:val="0"/>
                <w:sz w:val="20"/>
              </w:rPr>
              <w:t>第10单元 总复习</w:t>
            </w:r>
          </w:p>
        </w:tc>
      </w:tr>
      <w:tr>
        <w:tc>
          <w:tcPr>
            <w:tcW w:type="dxa" w:w="2381"/>
          </w:tcPr>
          <w:p>
            <w:pPr>
              <w:spacing w:after="20" w:line="276" w:lineRule="auto"/>
            </w:pPr>
            <w:r/>
            <w:r>
              <w:rPr>
                <w:rFonts w:ascii="宋体" w:hAnsi="宋体" w:eastAsia="宋体"/>
                <w:b/>
                <w:sz w:val="20"/>
              </w:rPr>
              <w:t>所属领域</w:t>
            </w:r>
          </w:p>
        </w:tc>
        <w:tc>
          <w:tcPr>
            <w:tcW w:type="dxa" w:w="7030"/>
          </w:tcPr>
          <w:p>
            <w:pPr>
              <w:spacing w:after="20" w:line="276" w:lineRule="auto"/>
            </w:pPr>
            <w:r/>
            <w:r>
              <w:rPr>
                <w:rFonts w:ascii="宋体" w:hAnsi="宋体" w:eastAsia="宋体"/>
                <w:b w:val="0"/>
                <w:sz w:val="20"/>
              </w:rPr>
              <w:t>跨领域（复习）</w:t>
            </w:r>
          </w:p>
        </w:tc>
      </w:tr>
      <w:tr>
        <w:tc>
          <w:tcPr>
            <w:tcW w:type="dxa" w:w="2381"/>
          </w:tcPr>
          <w:p>
            <w:pPr>
              <w:spacing w:after="20" w:line="276" w:lineRule="auto"/>
            </w:pPr>
            <w:r/>
            <w:r>
              <w:rPr>
                <w:rFonts w:ascii="宋体" w:hAnsi="宋体" w:eastAsia="宋体"/>
                <w:b/>
                <w:sz w:val="20"/>
              </w:rPr>
              <w:t>教材版本</w:t>
            </w:r>
          </w:p>
        </w:tc>
        <w:tc>
          <w:tcPr>
            <w:tcW w:type="dxa" w:w="7030"/>
          </w:tcPr>
          <w:p>
            <w:pPr>
              <w:spacing w:after="20" w:line="276" w:lineRule="auto"/>
            </w:pPr>
            <w:r/>
            <w:r>
              <w:rPr>
                <w:rFonts w:ascii="宋体" w:hAnsi="宋体" w:eastAsia="宋体"/>
                <w:b w:val="0"/>
                <w:sz w:val="20"/>
              </w:rPr>
              <w:t>人民教育出版社（人教版）小学数学教科书</w:t>
            </w:r>
          </w:p>
        </w:tc>
      </w:tr>
      <w:tr>
        <w:tc>
          <w:tcPr>
            <w:tcW w:type="dxa" w:w="2381"/>
          </w:tcPr>
          <w:p>
            <w:pPr>
              <w:spacing w:after="20" w:line="276" w:lineRule="auto"/>
            </w:pPr>
            <w:r/>
            <w:r>
              <w:rPr>
                <w:rFonts w:ascii="宋体" w:hAnsi="宋体" w:eastAsia="宋体"/>
                <w:b/>
                <w:sz w:val="20"/>
              </w:rPr>
              <w:t>课时数</w:t>
            </w:r>
          </w:p>
        </w:tc>
        <w:tc>
          <w:tcPr>
            <w:tcW w:type="dxa" w:w="7030"/>
          </w:tcPr>
          <w:p>
            <w:pPr>
              <w:spacing w:after="20" w:line="276" w:lineRule="auto"/>
            </w:pPr>
            <w:r/>
            <w:r>
              <w:rPr>
                <w:rFonts w:ascii="宋体" w:hAnsi="宋体" w:eastAsia="宋体"/>
                <w:b w:val="0"/>
                <w:sz w:val="20"/>
              </w:rPr>
              <w:t>4 课时</w:t>
            </w:r>
          </w:p>
        </w:tc>
      </w:tr>
      <w:tr>
        <w:tc>
          <w:tcPr>
            <w:tcW w:type="dxa" w:w="2381"/>
          </w:tcPr>
          <w:p>
            <w:pPr>
              <w:spacing w:after="20" w:line="276" w:lineRule="auto"/>
            </w:pPr>
            <w:r/>
            <w:r>
              <w:rPr>
                <w:rFonts w:ascii="宋体" w:hAnsi="宋体" w:eastAsia="宋体"/>
                <w:b/>
                <w:sz w:val="20"/>
              </w:rPr>
              <w:t>课型结构</w:t>
            </w:r>
          </w:p>
        </w:tc>
        <w:tc>
          <w:tcPr>
            <w:tcW w:type="dxa" w:w="7030"/>
          </w:tcPr>
          <w:p>
            <w:pPr>
              <w:spacing w:after="20" w:line="276" w:lineRule="auto"/>
            </w:pPr>
            <w:r/>
            <w:r>
              <w:rPr>
                <w:rFonts w:ascii="宋体" w:hAnsi="宋体" w:eastAsia="宋体"/>
                <w:b w:val="0"/>
                <w:sz w:val="20"/>
              </w:rPr>
              <w:t>单元开启课、活动探索课</w:t>
            </w:r>
          </w:p>
        </w:tc>
      </w:tr>
    </w:tbl>
    <w:p>
      <w:pPr>
        <w:spacing w:after="40"/>
      </w:pPr>
    </w:p>
    <w:p>
      <w:pPr>
        <w:spacing w:after="80" w:line="300" w:lineRule="auto"/>
      </w:pPr>
      <w:r>
        <w:rPr>
          <w:rFonts w:ascii="黑体" w:hAnsi="黑体" w:eastAsia="黑体"/>
          <w:b/>
          <w:sz w:val="24"/>
        </w:rPr>
        <w:t>一、单元整体解读</w:t>
      </w:r>
    </w:p>
    <w:p>
      <w:pPr>
        <w:spacing w:after="20" w:line="300" w:lineRule="auto"/>
      </w:pPr>
      <w:r>
        <w:rPr>
          <w:rFonts w:ascii="黑体" w:hAnsi="黑体" w:eastAsia="黑体"/>
          <w:b/>
          <w:sz w:val="21"/>
        </w:rPr>
        <w:t>（一）教材分析</w:t>
      </w:r>
    </w:p>
    <w:p>
      <w:pPr>
        <w:spacing w:after="80" w:line="300" w:lineRule="auto"/>
        <w:ind w:firstLine="400"/>
      </w:pPr>
      <w:r>
        <w:rPr>
          <w:rFonts w:ascii="宋体" w:hAnsi="宋体" w:eastAsia="宋体"/>
          <w:b w:val="0"/>
          <w:sz w:val="20"/>
        </w:rPr>
        <w:t>本单元的复习包括四则运算、观察物体(二)、运算律、小数的意义和性质、三角形、小数的加法和减法、图形的运动(二)、平均数与条形统计图、数学广角——鸡兔同笼这九个单元的内容。其中，四则运算的意义及其关系，运算律，小数的意义、性质和加、减法运算，图形与运动中的轴对称图形的知识，统计知识中的平均数等是本册教科书的重点内容，回顾与整理时要重点处理。在内容的具体安排上，本单元既遵循所学知识的顺序，同时又对相关内容进行集中安排。这样，一方面对已学的知识进行整理和复习，另一方面突出了知识之间的内在联系，便于学生形成知识网络。</w:t>
      </w:r>
    </w:p>
    <w:p>
      <w:pPr>
        <w:spacing w:after="20" w:line="300" w:lineRule="auto"/>
      </w:pPr>
      <w:r>
        <w:rPr>
          <w:rFonts w:ascii="黑体" w:hAnsi="黑体" w:eastAsia="黑体"/>
          <w:b/>
          <w:sz w:val="21"/>
        </w:rPr>
        <w:t>（二）学情分析</w:t>
      </w:r>
    </w:p>
    <w:p>
      <w:pPr>
        <w:spacing w:after="80" w:line="300" w:lineRule="auto"/>
        <w:ind w:firstLine="400"/>
      </w:pPr>
      <w:r>
        <w:rPr>
          <w:rFonts w:ascii="宋体" w:hAnsi="宋体" w:eastAsia="宋体"/>
          <w:b w:val="0"/>
          <w:sz w:val="20"/>
        </w:rPr>
        <w:t>本学期学生理解、分析能力，解决问题的能力都有明显的进步，在学习过程中暴露出来的问题也较多。部分学生做口算题比较容易出错，特别是简单的小数加法和减法口算习题。对于运算律的应用，以及稍微有难度的简便计算，学生也会出现失误。个别学生对三角形的分类和特征掌握不牢。在空间与图形方面，部分学生不能够画出同一物体从不同方向观察所看到的平面图形，不能正确掌握平移的方法等。这些问题都是本单元复习要突破的难点。</w:t>
      </w:r>
    </w:p>
    <w:p>
      <w:pPr>
        <w:spacing w:after="20" w:line="300" w:lineRule="auto"/>
      </w:pPr>
      <w:r>
        <w:rPr>
          <w:rFonts w:ascii="黑体" w:hAnsi="黑体" w:eastAsia="黑体"/>
          <w:b/>
          <w:sz w:val="21"/>
        </w:rPr>
        <w:t>（三）单元教学目标</w:t>
      </w:r>
    </w:p>
    <w:p>
      <w:pPr>
        <w:spacing w:after="20" w:line="300" w:lineRule="auto"/>
      </w:pPr>
      <w:r>
        <w:rPr>
          <w:rFonts w:ascii="黑体" w:hAnsi="黑体" w:eastAsia="黑体"/>
          <w:b/>
          <w:sz w:val="20"/>
        </w:rPr>
        <w:t>单元课时目标：</w:t>
      </w:r>
    </w:p>
    <w:p>
      <w:pPr>
        <w:spacing w:after="20" w:line="300" w:lineRule="auto"/>
        <w:ind w:firstLine="400"/>
      </w:pPr>
      <w:r>
        <w:rPr>
          <w:rFonts w:ascii="宋体" w:hAnsi="宋体" w:eastAsia="宋体"/>
          <w:b w:val="0"/>
          <w:sz w:val="20"/>
        </w:rPr>
        <w:t>第1课时：进一步理解四则运算的意义和算式各部分间的关系，熟练掌握四则运算的运算顺序，会正确进行四则运算及灵活运用运算律进行简便计算。</w:t>
      </w:r>
    </w:p>
    <w:p>
      <w:pPr>
        <w:spacing w:after="20" w:line="300" w:lineRule="auto"/>
        <w:ind w:firstLine="400"/>
      </w:pPr>
      <w:r>
        <w:rPr>
          <w:rFonts w:ascii="宋体" w:hAnsi="宋体" w:eastAsia="宋体"/>
          <w:b w:val="0"/>
          <w:sz w:val="20"/>
        </w:rPr>
        <w:t>第2课时：理解小数的意义和性质，能正确读写小数、改写小数及比较小数的大小，进一步发展学生的数感。掌握小数点移动引起小数大小变化的规律，会改写名数，会正确求一个数的近似数。</w:t>
      </w:r>
    </w:p>
    <w:p>
      <w:pPr>
        <w:spacing w:after="20" w:line="300" w:lineRule="auto"/>
        <w:ind w:firstLine="400"/>
      </w:pPr>
      <w:r>
        <w:rPr>
          <w:rFonts w:ascii="宋体" w:hAnsi="宋体" w:eastAsia="宋体"/>
          <w:b w:val="0"/>
          <w:sz w:val="20"/>
        </w:rPr>
        <w:t>第3课时：通过整理和复习，进一步认识三角形的特征，掌握三角形的三边关系、三角形的分类以及三角形内角和、多边形内角和等知识，加深对等腰、等边三角形的了解，培养学生初步的推理、比较、概括、类比的能力，增强空间观念。</w:t>
      </w:r>
    </w:p>
    <w:p>
      <w:pPr>
        <w:spacing w:after="20" w:line="300" w:lineRule="auto"/>
        <w:ind w:firstLine="400"/>
      </w:pPr>
      <w:r>
        <w:rPr>
          <w:rFonts w:ascii="宋体" w:hAnsi="宋体" w:eastAsia="宋体"/>
          <w:b w:val="0"/>
          <w:sz w:val="20"/>
        </w:rPr>
        <w:t>第4课时：理解平均数的意义，能认识、制作复式条形统计图，了解其特点，会根据统计图和数据进行数据分析，进一步体会统计在现实生活中的作用。</w:t>
      </w:r>
    </w:p>
    <w:p>
      <w:pPr>
        <w:spacing w:after="20" w:line="300" w:lineRule="auto"/>
      </w:pPr>
      <w:r>
        <w:rPr>
          <w:rFonts w:ascii="黑体" w:hAnsi="黑体" w:eastAsia="黑体"/>
          <w:b/>
          <w:sz w:val="21"/>
        </w:rPr>
        <w:t>（四）单元教学建议</w:t>
      </w:r>
    </w:p>
    <w:p>
      <w:pPr>
        <w:spacing w:after="20" w:line="300" w:lineRule="auto"/>
      </w:pPr>
      <w:r>
        <w:rPr>
          <w:rFonts w:ascii="宋体" w:hAnsi="宋体" w:eastAsia="宋体"/>
          <w:b w:val="0"/>
          <w:sz w:val="20"/>
        </w:rPr>
        <w:t>● 在复习前，教师要充分了解学生对本学期知识的掌握情况，如概念的理解水平、对易混淆概念的掌握情况、计算的正确率、普遍容易出错的问题等，从而根据具体情况制定恰当有效的复习计划。</w:t>
      </w:r>
    </w:p>
    <w:p>
      <w:pPr>
        <w:spacing w:after="20" w:line="300" w:lineRule="auto"/>
      </w:pPr>
      <w:r>
        <w:rPr>
          <w:rFonts w:ascii="宋体" w:hAnsi="宋体" w:eastAsia="宋体"/>
          <w:b w:val="0"/>
          <w:sz w:val="20"/>
        </w:rPr>
        <w:t>● 重视知识的融会贯通，引导学生学会梳理知识的方法。复习中应引导学生抓住知识间的联系，将零散的知识点联系起来形成知识网络，将所学知识系统化。实际教学中，一是可采取抓住核心知识，辐射扩展的方式来复习。如小数的意义、性质及大小比较，小数点位置移动引起小数大小变化等知识的复习，以小数的意义为基本出发点，围绕位值思想和十进制计数法，将小数的性质、读写法、大小比较，小数点位置移动引起小数大小变化等知识进行系统整理，使学生更好地理解与掌握。二是可引导学生在不同梳理方式的比较中学会复习。如在运算律等知识内容复习梳理时，有学生可能以直接写文字的方式梳理，也有学生用表格的方式来梳理等。</w:t>
      </w:r>
    </w:p>
    <w:p>
      <w:pPr>
        <w:spacing w:after="20" w:line="300" w:lineRule="auto"/>
      </w:pPr>
      <w:r>
        <w:rPr>
          <w:rFonts w:ascii="宋体" w:hAnsi="宋体" w:eastAsia="宋体"/>
          <w:b w:val="0"/>
          <w:sz w:val="20"/>
        </w:rPr>
        <w:t>● 在“用”中强化认识，形成素养。对小学生而言，知识的复习更多不是纯数学形式的梳理，还需要结合具体问题的解决来达到对相关知识的理解与明确。因此，在教学中应突出知识的应用性，在“用”中引导学生加深对知识的理解，从而内化知识。</w:t>
      </w:r>
    </w:p>
    <w:p>
      <w:pPr>
        <w:spacing w:after="20" w:line="300" w:lineRule="auto"/>
      </w:pPr>
      <w:r>
        <w:rPr>
          <w:rFonts w:ascii="宋体" w:hAnsi="宋体" w:eastAsia="宋体"/>
          <w:b w:val="0"/>
          <w:sz w:val="20"/>
        </w:rPr>
        <w:t>● 开放学习空间，突出学生学习的自主性。复习是一个知识回顾与梳理的过程，也是一个学生进一步体验和积累数学活动经验的过程。因此，我们设计复习活动同样应该具有开放的空间，有放手让学生自主梳理回顾的环节，这样才能帮助学生养成自主复习的好习惯。</w:t>
      </w:r>
    </w:p>
    <w:p>
      <w:pPr>
        <w:spacing w:after="20" w:line="300" w:lineRule="auto"/>
      </w:pPr>
      <w:r>
        <w:rPr>
          <w:rFonts w:ascii="黑体" w:hAnsi="黑体" w:eastAsia="黑体"/>
          <w:b/>
          <w:sz w:val="21"/>
        </w:rPr>
        <w:t>（五）单元课时规划</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020"/>
            <w:shd w:val="clear" w:fill="E8EEF7"/>
          </w:tcPr>
          <w:p>
            <w:pPr>
              <w:spacing w:after="20" w:line="276" w:lineRule="auto"/>
              <w:jc w:val="center"/>
            </w:pPr>
            <w:r/>
            <w:r>
              <w:rPr>
                <w:rFonts w:ascii="黑体" w:hAnsi="黑体" w:eastAsia="黑体"/>
                <w:b/>
                <w:sz w:val="18"/>
              </w:rPr>
              <w:t>课时安排</w:t>
            </w:r>
          </w:p>
        </w:tc>
        <w:tc>
          <w:tcPr>
            <w:tcW w:type="dxa" w:w="3061"/>
            <w:shd w:val="clear" w:fill="E8EEF7"/>
          </w:tcPr>
          <w:p>
            <w:pPr>
              <w:spacing w:after="20" w:line="276" w:lineRule="auto"/>
              <w:jc w:val="center"/>
            </w:pPr>
            <w:r/>
            <w:r>
              <w:rPr>
                <w:rFonts w:ascii="黑体" w:hAnsi="黑体" w:eastAsia="黑体"/>
                <w:b/>
                <w:sz w:val="18"/>
              </w:rPr>
              <w:t>课题</w:t>
            </w:r>
          </w:p>
        </w:tc>
        <w:tc>
          <w:tcPr>
            <w:tcW w:type="dxa" w:w="1814"/>
            <w:shd w:val="clear" w:fill="E8EEF7"/>
          </w:tcPr>
          <w:p>
            <w:pPr>
              <w:spacing w:after="20" w:line="276" w:lineRule="auto"/>
              <w:jc w:val="center"/>
            </w:pPr>
            <w:r/>
            <w:r>
              <w:rPr>
                <w:rFonts w:ascii="黑体" w:hAnsi="黑体" w:eastAsia="黑体"/>
                <w:b/>
                <w:sz w:val="18"/>
              </w:rPr>
              <w:t>课型</w:t>
            </w:r>
          </w:p>
        </w:tc>
        <w:tc>
          <w:tcPr>
            <w:tcW w:type="dxa" w:w="3515"/>
            <w:shd w:val="clear" w:fill="E8EEF7"/>
          </w:tcPr>
          <w:p>
            <w:pPr>
              <w:spacing w:after="20" w:line="276" w:lineRule="auto"/>
              <w:jc w:val="center"/>
            </w:pPr>
            <w:r/>
            <w:r>
              <w:rPr>
                <w:rFonts w:ascii="黑体" w:hAnsi="黑体" w:eastAsia="黑体"/>
                <w:b/>
                <w:sz w:val="18"/>
              </w:rPr>
              <w:t>核心任务</w:t>
            </w:r>
          </w:p>
        </w:tc>
      </w:tr>
      <w:tr>
        <w:tc>
          <w:tcPr>
            <w:tcW w:type="dxa" w:w="1020"/>
          </w:tcPr>
          <w:p>
            <w:pPr>
              <w:spacing w:after="20" w:line="276" w:lineRule="auto"/>
            </w:pPr>
            <w:r/>
            <w:r>
              <w:rPr>
                <w:rFonts w:ascii="宋体" w:hAnsi="宋体" w:eastAsia="宋体"/>
                <w:b w:val="0"/>
                <w:sz w:val="18"/>
              </w:rPr>
              <w:t>第1课时</w:t>
            </w:r>
          </w:p>
        </w:tc>
        <w:tc>
          <w:tcPr>
            <w:tcW w:type="dxa" w:w="3061"/>
          </w:tcPr>
          <w:p>
            <w:pPr>
              <w:spacing w:after="20" w:line="276" w:lineRule="auto"/>
            </w:pPr>
            <w:r/>
            <w:r>
              <w:rPr>
                <w:rFonts w:ascii="宋体" w:hAnsi="宋体" w:eastAsia="宋体"/>
                <w:b w:val="0"/>
                <w:sz w:val="18"/>
              </w:rPr>
              <w:t>数与代数（1）——四则运算及运算律</w:t>
            </w:r>
          </w:p>
        </w:tc>
        <w:tc>
          <w:tcPr>
            <w:tcW w:type="dxa" w:w="1814"/>
          </w:tcPr>
          <w:p>
            <w:pPr>
              <w:spacing w:after="20" w:line="276" w:lineRule="auto"/>
            </w:pPr>
            <w:r/>
            <w:r>
              <w:rPr>
                <w:rFonts w:ascii="宋体" w:hAnsi="宋体" w:eastAsia="宋体"/>
                <w:b w:val="0"/>
                <w:sz w:val="18"/>
              </w:rPr>
              <w:t>单元开启课</w:t>
            </w:r>
          </w:p>
        </w:tc>
        <w:tc>
          <w:tcPr>
            <w:tcW w:type="dxa" w:w="3515"/>
          </w:tcPr>
          <w:p>
            <w:pPr>
              <w:spacing w:after="20" w:line="276" w:lineRule="auto"/>
            </w:pPr>
            <w:r/>
            <w:r>
              <w:rPr>
                <w:rFonts w:ascii="宋体" w:hAnsi="宋体" w:eastAsia="宋体"/>
                <w:b w:val="0"/>
                <w:sz w:val="18"/>
              </w:rPr>
              <w:t>进一步理解四则运算的意义和算式各部分间的关系，熟练掌握四则运算的运算顺序，会正确进行四则运算及灵活运用运算律进行简便计算。</w:t>
            </w:r>
          </w:p>
        </w:tc>
      </w:tr>
      <w:tr>
        <w:tc>
          <w:tcPr>
            <w:tcW w:type="dxa" w:w="1020"/>
          </w:tcPr>
          <w:p>
            <w:pPr>
              <w:spacing w:after="20" w:line="276" w:lineRule="auto"/>
            </w:pPr>
            <w:r/>
            <w:r>
              <w:rPr>
                <w:rFonts w:ascii="宋体" w:hAnsi="宋体" w:eastAsia="宋体"/>
                <w:b w:val="0"/>
                <w:sz w:val="18"/>
              </w:rPr>
              <w:t>第2课时</w:t>
            </w:r>
          </w:p>
        </w:tc>
        <w:tc>
          <w:tcPr>
            <w:tcW w:type="dxa" w:w="3061"/>
          </w:tcPr>
          <w:p>
            <w:pPr>
              <w:spacing w:after="20" w:line="276" w:lineRule="auto"/>
            </w:pPr>
            <w:r/>
            <w:r>
              <w:rPr>
                <w:rFonts w:ascii="宋体" w:hAnsi="宋体" w:eastAsia="宋体"/>
                <w:b w:val="0"/>
                <w:sz w:val="18"/>
              </w:rPr>
              <w:t>数与代数（2）——小数的意义和性质及小数的加减法</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理解小数的意义和性质，能正确读写小数、改写小数及比较小数的大小，进一步发展学生的数感。掌握小数点移动引起小数大小变化的规律，会改写名数，会正确求一个数的近似数。</w:t>
            </w:r>
          </w:p>
        </w:tc>
      </w:tr>
      <w:tr>
        <w:tc>
          <w:tcPr>
            <w:tcW w:type="dxa" w:w="1020"/>
          </w:tcPr>
          <w:p>
            <w:pPr>
              <w:spacing w:after="20" w:line="276" w:lineRule="auto"/>
            </w:pPr>
            <w:r/>
            <w:r>
              <w:rPr>
                <w:rFonts w:ascii="宋体" w:hAnsi="宋体" w:eastAsia="宋体"/>
                <w:b w:val="0"/>
                <w:sz w:val="18"/>
              </w:rPr>
              <w:t>第3课时</w:t>
            </w:r>
          </w:p>
        </w:tc>
        <w:tc>
          <w:tcPr>
            <w:tcW w:type="dxa" w:w="3061"/>
          </w:tcPr>
          <w:p>
            <w:pPr>
              <w:spacing w:after="20" w:line="276" w:lineRule="auto"/>
            </w:pPr>
            <w:r/>
            <w:r>
              <w:rPr>
                <w:rFonts w:ascii="宋体" w:hAnsi="宋体" w:eastAsia="宋体"/>
                <w:b w:val="0"/>
                <w:sz w:val="18"/>
              </w:rPr>
              <w:t>图形与几何</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通过整理和复习，进一步认识三角形的特征，掌握三角形的三边关系、三角形的分类以及三角形内角和、多边形内角和等知识，加深对等腰、等边三角形的了解，培养学生初步的推理、比较、概括、类比的能力，增强空间观念。</w:t>
            </w:r>
          </w:p>
        </w:tc>
      </w:tr>
      <w:tr>
        <w:tc>
          <w:tcPr>
            <w:tcW w:type="dxa" w:w="1020"/>
          </w:tcPr>
          <w:p>
            <w:pPr>
              <w:spacing w:after="20" w:line="276" w:lineRule="auto"/>
            </w:pPr>
            <w:r/>
            <w:r>
              <w:rPr>
                <w:rFonts w:ascii="宋体" w:hAnsi="宋体" w:eastAsia="宋体"/>
                <w:b w:val="0"/>
                <w:sz w:val="18"/>
              </w:rPr>
              <w:t>第4课时</w:t>
            </w:r>
          </w:p>
        </w:tc>
        <w:tc>
          <w:tcPr>
            <w:tcW w:type="dxa" w:w="3061"/>
          </w:tcPr>
          <w:p>
            <w:pPr>
              <w:spacing w:after="20" w:line="276" w:lineRule="auto"/>
            </w:pPr>
            <w:r/>
            <w:r>
              <w:rPr>
                <w:rFonts w:ascii="宋体" w:hAnsi="宋体" w:eastAsia="宋体"/>
                <w:b w:val="0"/>
                <w:sz w:val="18"/>
              </w:rPr>
              <w:t>统计与数学广角</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理解平均数的意义，能认识、制作复式条形统计图，了解其特点，会根据统计图和数据进行数据分析，进一步体会统计在现实生活中的作用。</w:t>
            </w:r>
          </w:p>
        </w:tc>
      </w:tr>
    </w:tbl>
    <w:p>
      <w:pPr>
        <w:spacing w:after="40" w:line="300" w:lineRule="auto"/>
      </w:pPr>
      <w:r>
        <w:rPr>
          <w:rFonts w:ascii="楷体" w:hAnsi="楷体" w:eastAsia="楷体"/>
          <w:b w:val="0"/>
          <w:color w:val="606060"/>
          <w:sz w:val="18"/>
        </w:rPr>
        <w:t>注：课型依据温州市上课常规"单元开启课、活动探索课、专题练习课、自主整理课、主题拓展课"分类。</w:t>
      </w:r>
    </w:p>
    <w:p>
      <w:r>
        <w:br w:type="page"/>
      </w:r>
    </w:p>
    <w:p>
      <w:pPr>
        <w:spacing w:after="80" w:line="300" w:lineRule="auto"/>
      </w:pPr>
      <w:r>
        <w:rPr>
          <w:rFonts w:ascii="黑体" w:hAnsi="黑体" w:eastAsia="黑体"/>
          <w:b/>
          <w:sz w:val="24"/>
        </w:rPr>
        <w:t>二、课时教学方案（第1课时）</w:t>
      </w:r>
    </w:p>
    <w:p>
      <w:pPr>
        <w:spacing w:after="80" w:line="300" w:lineRule="auto"/>
      </w:pPr>
      <w:r>
        <w:rPr>
          <w:rFonts w:ascii="黑体" w:hAnsi="黑体" w:eastAsia="黑体"/>
          <w:b/>
          <w:sz w:val="24"/>
        </w:rPr>
        <w:t>第1课时　数与代数（1）——四则运算及运算律</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第1课时　数与代数（1）——四则运算及运算律</w:t>
            </w:r>
          </w:p>
        </w:tc>
        <w:tc>
          <w:tcPr>
            <w:tcW w:type="dxa" w:w="6009"/>
          </w:tcPr>
          <w:p>
            <w:pPr>
              <w:spacing w:after="20" w:line="276" w:lineRule="auto"/>
            </w:pPr>
            <w:r/>
            <w:r>
              <w:rPr>
                <w:rFonts w:ascii="宋体" w:hAnsi="宋体" w:eastAsia="宋体"/>
                <w:b w:val="0"/>
                <w:sz w:val="20"/>
              </w:rPr>
              <w:t>第10单元 总复习</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本学期学生理解、分析能力，解决问题的能力都有明显的进步，在学习过程中暴露出来的问题也较多。部分学生做口算题比较容易出错，特别是简单的小数加法和减法口算习题。对于运算律的应用，以及稍微有难度的简便计算，学生也会出现失误。个别学生对三角形的分类和特征掌握不牢。在空间与图形方面，部分学生不能够画出同一物体从不同方向观察所看到的平面图形，不能正确掌握平移的方法等。这些问题都是本单元复习要突破的难点。</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教学内容：完成教科书P104第1题，P106～107“练习二十五”第2、3、6题。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（1）进一步理解四则运算的意义和算式各部分间的关系，熟练掌握四则运算的运算顺序，会正确进行四则运算及灵活运用运算律进行简便计算。</w:t>
      </w:r>
    </w:p>
    <w:p>
      <w:pPr>
        <w:spacing w:after="20" w:line="300" w:lineRule="auto"/>
        <w:ind w:firstLine="400"/>
      </w:pPr>
      <w:r>
        <w:rPr>
          <w:rFonts w:ascii="宋体" w:hAnsi="宋体" w:eastAsia="宋体"/>
          <w:b w:val="0"/>
          <w:sz w:val="20"/>
        </w:rPr>
        <w:t>（2）经历四则运算和运算律的归纳整理和练习过程，体验归纳整理的学习方法，提高学生的计算能力。</w:t>
      </w:r>
    </w:p>
    <w:p>
      <w:pPr>
        <w:spacing w:after="20" w:line="300" w:lineRule="auto"/>
        <w:ind w:firstLine="400"/>
      </w:pPr>
      <w:r>
        <w:rPr>
          <w:rFonts w:ascii="宋体" w:hAnsi="宋体" w:eastAsia="宋体"/>
          <w:b w:val="0"/>
          <w:sz w:val="20"/>
        </w:rPr>
        <w:t>（3）激发学生的学习兴趣，感受数学在日常生活中的作用。</w:t>
      </w:r>
    </w:p>
    <w:p>
      <w:pPr>
        <w:spacing w:after="20" w:line="300" w:lineRule="auto"/>
      </w:pPr>
      <w:r>
        <w:rPr>
          <w:rFonts w:ascii="宋体" w:hAnsi="宋体" w:eastAsia="宋体"/>
          <w:b w:val="0"/>
          <w:sz w:val="20"/>
        </w:rPr>
        <w:t>教学重点：回顾整理四则运算的意义、各部分间的关系、顺序、运算律等知识。</w:t>
      </w:r>
    </w:p>
    <w:p>
      <w:pPr>
        <w:spacing w:after="20" w:line="300" w:lineRule="auto"/>
      </w:pPr>
      <w:r>
        <w:rPr>
          <w:rFonts w:ascii="宋体" w:hAnsi="宋体" w:eastAsia="宋体"/>
          <w:b w:val="0"/>
          <w:sz w:val="20"/>
        </w:rPr>
        <w:t>教学难点：灵活运用运算律进行简便计算。</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一、开门见山，揭示课题</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3分钟</w:t>
            </w:r>
          </w:p>
        </w:tc>
      </w:tr>
      <w:tr>
        <w:tc>
          <w:tcPr>
            <w:tcW w:type="dxa" w:w="2835"/>
          </w:tcPr>
          <w:p>
            <w:pPr>
              <w:spacing w:after="20" w:line="276" w:lineRule="auto"/>
            </w:pPr>
            <w:r/>
            <w:r>
              <w:rPr>
                <w:rFonts w:ascii="宋体" w:hAnsi="宋体" w:eastAsia="宋体"/>
                <w:b w:val="0"/>
                <w:sz w:val="18"/>
              </w:rPr>
              <w:t>二、知识梳理，形成网络</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你能从中选择两个信息，提出一个用加法计算的问题吗?减法计算的呢?；从这三个信息中选择两个信息，根据这两个信息你可以提出用什么运算解决的问题？</w:t>
            </w:r>
          </w:p>
        </w:tc>
        <w:tc>
          <w:tcPr>
            <w:tcW w:type="dxa" w:w="1361"/>
          </w:tcPr>
          <w:p>
            <w:pPr>
              <w:spacing w:after="20" w:line="276" w:lineRule="auto"/>
            </w:pPr>
            <w:r/>
            <w:r>
              <w:rPr>
                <w:rFonts w:ascii="宋体" w:hAnsi="宋体" w:eastAsia="宋体"/>
                <w:b w:val="0"/>
                <w:sz w:val="18"/>
              </w:rPr>
              <w:t>29分钟</w:t>
            </w:r>
          </w:p>
        </w:tc>
      </w:tr>
      <w:tr>
        <w:tc>
          <w:tcPr>
            <w:tcW w:type="dxa" w:w="2835"/>
          </w:tcPr>
          <w:p>
            <w:pPr>
              <w:spacing w:after="20" w:line="276" w:lineRule="auto"/>
            </w:pPr>
            <w:r/>
            <w:r>
              <w:rPr>
                <w:rFonts w:ascii="宋体" w:hAnsi="宋体" w:eastAsia="宋体"/>
                <w:b w:val="0"/>
                <w:sz w:val="18"/>
              </w:rPr>
              <w:t>三、知识应用，能力拓展</w:t>
            </w:r>
          </w:p>
        </w:tc>
        <w:tc>
          <w:tcPr>
            <w:tcW w:type="dxa" w:w="1814"/>
          </w:tcPr>
          <w:p>
            <w:pPr>
              <w:spacing w:after="20" w:line="276" w:lineRule="auto"/>
            </w:pPr>
            <w:r/>
            <w:r>
              <w:rPr>
                <w:rFonts w:ascii="宋体" w:hAnsi="宋体" w:eastAsia="宋体"/>
                <w:b w:val="0"/>
                <w:sz w:val="18"/>
              </w:rPr>
              <w:t>教科书、练习本、课件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四、课堂小结，深化认识</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这节课我们复习了四则运算的意义、关系以及运算律等内容。你有什么新的收获？</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一、开门见山，揭示课题</w:t>
            </w:r>
          </w:p>
        </w:tc>
        <w:tc>
          <w:tcPr>
            <w:tcW w:type="dxa" w:w="3061"/>
          </w:tcPr>
          <w:p>
            <w:pPr>
              <w:spacing w:after="20" w:line="276" w:lineRule="auto"/>
            </w:pPr>
            <w:r/>
            <w:r>
              <w:rPr>
                <w:rFonts w:ascii="宋体" w:hAnsi="宋体" w:eastAsia="宋体"/>
                <w:b w:val="0"/>
                <w:sz w:val="18"/>
              </w:rPr>
              <w:t>1.课件出示习题。</w:t>
            </w:r>
          </w:p>
          <w:p>
            <w:pPr>
              <w:spacing w:after="20" w:line="276" w:lineRule="auto"/>
            </w:pPr>
            <w:r>
              <w:rPr>
                <w:rFonts w:ascii="宋体" w:hAnsi="宋体" w:eastAsia="宋体"/>
                <w:b w:val="0"/>
                <w:sz w:val="18"/>
              </w:rPr>
              <w:t>师：想一想，刚才计算时运用到了我们学过的哪些知识。</w:t>
            </w:r>
          </w:p>
          <w:p>
            <w:pPr>
              <w:spacing w:after="20" w:line="276" w:lineRule="auto"/>
            </w:pPr>
            <w:r>
              <w:rPr>
                <w:rFonts w:ascii="宋体" w:hAnsi="宋体" w:eastAsia="宋体"/>
                <w:b w:val="0"/>
                <w:sz w:val="18"/>
              </w:rPr>
              <w:t>2.揭示课题。</w:t>
            </w:r>
          </w:p>
          <w:p>
            <w:pPr>
              <w:spacing w:after="20" w:line="276" w:lineRule="auto"/>
            </w:pPr>
            <w:r>
              <w:rPr>
                <w:rFonts w:ascii="宋体" w:hAnsi="宋体" w:eastAsia="宋体"/>
                <w:b w:val="0"/>
                <w:sz w:val="18"/>
              </w:rPr>
              <w:t>师：今天这节课就让我们一起来复习关于“四则运算”和“运算律”的知识。［板书课题：数与代数（1）——四则运算及运算律］</w:t>
            </w:r>
          </w:p>
        </w:tc>
        <w:tc>
          <w:tcPr>
            <w:tcW w:type="dxa" w:w="3061"/>
          </w:tcPr>
          <w:p>
            <w:pPr>
              <w:spacing w:after="20" w:line="276" w:lineRule="auto"/>
            </w:pPr>
            <w:r/>
            <w:r>
              <w:rPr>
                <w:rFonts w:ascii="宋体" w:hAnsi="宋体" w:eastAsia="宋体"/>
                <w:b w:val="0"/>
                <w:sz w:val="18"/>
              </w:rPr>
              <w:t>预设1：有四则运算。</w:t>
            </w:r>
          </w:p>
          <w:p>
            <w:pPr>
              <w:spacing w:after="20" w:line="276" w:lineRule="auto"/>
            </w:pPr>
            <w:r>
              <w:rPr>
                <w:rFonts w:ascii="宋体" w:hAnsi="宋体" w:eastAsia="宋体"/>
                <w:b w:val="0"/>
                <w:sz w:val="18"/>
              </w:rPr>
              <w:t>预设2：还用到了运算律。</w:t>
            </w:r>
          </w:p>
        </w:tc>
        <w:tc>
          <w:tcPr>
            <w:tcW w:type="dxa" w:w="1814"/>
          </w:tcPr>
          <w:p>
            <w:pPr>
              <w:spacing w:after="20" w:line="276" w:lineRule="auto"/>
            </w:pPr>
            <w:r/>
            <w:r>
              <w:rPr>
                <w:rFonts w:ascii="宋体" w:hAnsi="宋体" w:eastAsia="宋体"/>
                <w:b w:val="0"/>
                <w:sz w:val="18"/>
              </w:rPr>
              <w:t>学以致用，温故知新。通过一组计算，激活学生已有的经验，为后面的整理复习奠定基础。</w:t>
            </w:r>
          </w:p>
        </w:tc>
      </w:tr>
      <w:tr>
        <w:tc>
          <w:tcPr>
            <w:tcW w:type="dxa" w:w="1474"/>
          </w:tcPr>
          <w:p>
            <w:pPr>
              <w:spacing w:after="20" w:line="276" w:lineRule="auto"/>
            </w:pPr>
            <w:r>
              <w:rPr>
                <w:b/>
              </w:rPr>
            </w:r>
            <w:r>
              <w:rPr>
                <w:rFonts w:ascii="宋体" w:hAnsi="宋体" w:eastAsia="宋体"/>
                <w:b/>
                <w:sz w:val="18"/>
              </w:rPr>
              <w:t>二、知识梳理，形成网络</w:t>
            </w:r>
          </w:p>
        </w:tc>
        <w:tc>
          <w:tcPr>
            <w:tcW w:type="dxa" w:w="3061"/>
          </w:tcPr>
          <w:p>
            <w:pPr>
              <w:spacing w:after="20" w:line="276" w:lineRule="auto"/>
            </w:pPr>
            <w:r/>
            <w:r>
              <w:rPr>
                <w:rFonts w:ascii="宋体" w:hAnsi="宋体" w:eastAsia="宋体"/>
                <w:b w:val="0"/>
                <w:sz w:val="18"/>
              </w:rPr>
              <w:t>1.四则运算的复习。</w:t>
            </w:r>
          </w:p>
          <w:p>
            <w:pPr>
              <w:spacing w:after="20" w:line="276" w:lineRule="auto"/>
            </w:pPr>
            <w:r>
              <w:rPr>
                <w:rFonts w:ascii="宋体" w:hAnsi="宋体" w:eastAsia="宋体"/>
                <w:b w:val="0"/>
                <w:sz w:val="18"/>
              </w:rPr>
              <w:t>（1）加法和减法的意义及其关系。</w:t>
            </w:r>
          </w:p>
          <w:p>
            <w:pPr>
              <w:spacing w:after="20" w:line="276" w:lineRule="auto"/>
            </w:pPr>
            <w:r>
              <w:rPr>
                <w:rFonts w:ascii="宋体" w:hAnsi="宋体" w:eastAsia="宋体"/>
                <w:b w:val="0"/>
                <w:sz w:val="18"/>
              </w:rPr>
              <w:t>①加法和减法的意义。</w:t>
            </w:r>
          </w:p>
          <w:p>
            <w:pPr>
              <w:spacing w:after="20" w:line="276" w:lineRule="auto"/>
            </w:pPr>
            <w:r>
              <w:rPr>
                <w:rFonts w:ascii="宋体" w:hAnsi="宋体" w:eastAsia="宋体"/>
                <w:b w:val="0"/>
                <w:sz w:val="18"/>
              </w:rPr>
              <w:t>解决问题导入:课件呈现一组信息。</w:t>
            </w:r>
          </w:p>
          <w:p>
            <w:pPr>
              <w:spacing w:after="20" w:line="276" w:lineRule="auto"/>
            </w:pPr>
            <w:r>
              <w:rPr>
                <w:rFonts w:ascii="宋体" w:hAnsi="宋体" w:eastAsia="宋体"/>
                <w:b w:val="0"/>
                <w:sz w:val="18"/>
              </w:rPr>
              <w:t>师：你能从中选择两个信息，提出一个用加法计算的问题吗?减法计算的呢?</w:t>
            </w:r>
          </w:p>
          <w:p>
            <w:pPr>
              <w:spacing w:after="20" w:line="276" w:lineRule="auto"/>
            </w:pPr>
            <w:r>
              <w:rPr>
                <w:rFonts w:ascii="宋体" w:hAnsi="宋体" w:eastAsia="宋体"/>
                <w:b w:val="0"/>
                <w:sz w:val="18"/>
              </w:rPr>
              <w:t>师：通过这个例题我们知道，加法是把两个数合并成一个数的运算，减法是已知两个数的和与其中的一个加数，求另一个加数的运算。这就是加法和减法的意义。</w:t>
            </w:r>
          </w:p>
          <w:p>
            <w:pPr>
              <w:spacing w:after="20" w:line="276" w:lineRule="auto"/>
            </w:pPr>
            <w:r>
              <w:rPr>
                <w:rFonts w:ascii="宋体" w:hAnsi="宋体" w:eastAsia="宋体"/>
                <w:b w:val="0"/>
                <w:sz w:val="18"/>
              </w:rPr>
              <w:t>②关系梳理。</w:t>
            </w:r>
          </w:p>
          <w:p>
            <w:pPr>
              <w:spacing w:after="20" w:line="276" w:lineRule="auto"/>
            </w:pPr>
            <w:r>
              <w:rPr>
                <w:rFonts w:ascii="宋体" w:hAnsi="宋体" w:eastAsia="宋体"/>
                <w:b w:val="0"/>
                <w:sz w:val="18"/>
              </w:rPr>
              <w:t>师：通过以上问题的讨论，我们回顾了加法和减法的意义，也再次体会了加法和减法的关系。你能结合上面的运算，表示出加法和减法的关系吗?</w:t>
            </w:r>
          </w:p>
          <w:p>
            <w:pPr>
              <w:spacing w:after="20" w:line="276" w:lineRule="auto"/>
            </w:pPr>
            <w:r>
              <w:rPr>
                <w:rFonts w:ascii="宋体" w:hAnsi="宋体" w:eastAsia="宋体"/>
                <w:b w:val="0"/>
                <w:sz w:val="18"/>
              </w:rPr>
              <w:t>加减法之间的关系：减法是加法的逆运算。</w:t>
            </w:r>
          </w:p>
          <w:p>
            <w:pPr>
              <w:spacing w:after="20" w:line="276" w:lineRule="auto"/>
            </w:pPr>
            <w:r>
              <w:rPr>
                <w:rFonts w:ascii="宋体" w:hAnsi="宋体" w:eastAsia="宋体"/>
                <w:b w:val="0"/>
                <w:sz w:val="18"/>
              </w:rPr>
              <w:t>加法各部分间的关系：</w:t>
            </w:r>
          </w:p>
          <w:p>
            <w:pPr>
              <w:spacing w:after="20" w:line="276" w:lineRule="auto"/>
            </w:pPr>
            <w:r>
              <w:rPr>
                <w:rFonts w:ascii="宋体" w:hAnsi="宋体" w:eastAsia="宋体"/>
                <w:b w:val="0"/>
                <w:sz w:val="18"/>
              </w:rPr>
              <w:t>和=加数+加数             加数=和-另一个加数</w:t>
            </w:r>
          </w:p>
          <w:p>
            <w:pPr>
              <w:spacing w:after="20" w:line="276" w:lineRule="auto"/>
            </w:pPr>
            <w:r>
              <w:rPr>
                <w:rFonts w:ascii="宋体" w:hAnsi="宋体" w:eastAsia="宋体"/>
                <w:b w:val="0"/>
                <w:sz w:val="18"/>
              </w:rPr>
              <w:t>减法各部分间的关系：</w:t>
            </w:r>
          </w:p>
          <w:p>
            <w:pPr>
              <w:spacing w:after="20" w:line="276" w:lineRule="auto"/>
            </w:pPr>
            <w:r>
              <w:rPr>
                <w:rFonts w:ascii="宋体" w:hAnsi="宋体" w:eastAsia="宋体"/>
                <w:b w:val="0"/>
                <w:sz w:val="18"/>
              </w:rPr>
              <w:t>差=被减数-减数        减数=被减数-差        被减数=减数+差</w:t>
            </w:r>
          </w:p>
          <w:p>
            <w:pPr>
              <w:spacing w:after="20" w:line="276" w:lineRule="auto"/>
            </w:pPr>
            <w:r>
              <w:rPr>
                <w:rFonts w:ascii="宋体" w:hAnsi="宋体" w:eastAsia="宋体"/>
                <w:b w:val="0"/>
                <w:sz w:val="18"/>
              </w:rPr>
              <w:t>（2）复习乘法和除法的意义及其关系。</w:t>
            </w:r>
          </w:p>
          <w:p>
            <w:pPr>
              <w:spacing w:after="20" w:line="276" w:lineRule="auto"/>
            </w:pPr>
            <w:r>
              <w:rPr>
                <w:rFonts w:ascii="宋体" w:hAnsi="宋体" w:eastAsia="宋体"/>
                <w:b w:val="0"/>
                <w:sz w:val="18"/>
              </w:rPr>
              <w:t>①乘法和除法的意义。</w:t>
            </w:r>
          </w:p>
          <w:p>
            <w:pPr>
              <w:spacing w:after="20" w:line="276" w:lineRule="auto"/>
            </w:pPr>
            <w:r>
              <w:rPr>
                <w:rFonts w:ascii="宋体" w:hAnsi="宋体" w:eastAsia="宋体"/>
                <w:b w:val="0"/>
                <w:sz w:val="18"/>
              </w:rPr>
              <w:t>课件出示信息:</w:t>
            </w:r>
          </w:p>
          <w:p>
            <w:pPr>
              <w:spacing w:after="20" w:line="276" w:lineRule="auto"/>
            </w:pPr>
            <w:r>
              <w:rPr>
                <w:rFonts w:ascii="宋体" w:hAnsi="宋体" w:eastAsia="宋体"/>
                <w:b w:val="0"/>
                <w:sz w:val="18"/>
              </w:rPr>
              <w:t>师：从这三个信息中选择两个信息，根据这两个信息你可以提出用什么运算解决的问题？</w:t>
            </w:r>
          </w:p>
          <w:p>
            <w:pPr>
              <w:spacing w:after="20" w:line="276" w:lineRule="auto"/>
            </w:pPr>
            <w:r>
              <w:rPr>
                <w:rFonts w:ascii="宋体" w:hAnsi="宋体" w:eastAsia="宋体"/>
                <w:b w:val="0"/>
                <w:sz w:val="18"/>
              </w:rPr>
              <w:t>师：同桌讨论这些问题为什么要这样计算。</w:t>
            </w:r>
          </w:p>
          <w:p>
            <w:pPr>
              <w:spacing w:after="20" w:line="276" w:lineRule="auto"/>
            </w:pPr>
            <w:r>
              <w:rPr>
                <w:rFonts w:ascii="宋体" w:hAnsi="宋体" w:eastAsia="宋体"/>
                <w:b w:val="0"/>
                <w:sz w:val="18"/>
              </w:rPr>
              <w:t>师：求几个相同加数的和的简便运算，叫作乘法。这就是乘法的意义。已知两个因数的积与其中一个因数，求另一个因数的运算，叫作除法。这就是除法的意义。</w:t>
            </w:r>
          </w:p>
          <w:p>
            <w:pPr>
              <w:spacing w:after="20" w:line="276" w:lineRule="auto"/>
            </w:pPr>
            <w:r>
              <w:rPr>
                <w:rFonts w:ascii="宋体" w:hAnsi="宋体" w:eastAsia="宋体"/>
                <w:b w:val="0"/>
                <w:sz w:val="18"/>
              </w:rPr>
              <w:t>②关系梳理。</w:t>
            </w:r>
          </w:p>
          <w:p>
            <w:pPr>
              <w:spacing w:after="20" w:line="276" w:lineRule="auto"/>
            </w:pPr>
            <w:r>
              <w:rPr>
                <w:rFonts w:ascii="宋体" w:hAnsi="宋体" w:eastAsia="宋体"/>
                <w:b w:val="0"/>
                <w:sz w:val="18"/>
              </w:rPr>
              <w:t>师：请你结合上面的计算，整理出乘法和除法的关系吧！</w:t>
            </w:r>
          </w:p>
          <w:p>
            <w:pPr>
              <w:spacing w:after="20" w:line="276" w:lineRule="auto"/>
            </w:pPr>
            <w:r>
              <w:rPr>
                <w:rFonts w:ascii="宋体" w:hAnsi="宋体" w:eastAsia="宋体"/>
                <w:b w:val="0"/>
                <w:sz w:val="18"/>
              </w:rPr>
              <w:t>乘除法之间的关系：除法是乘法的逆运算。</w:t>
            </w:r>
          </w:p>
          <w:p>
            <w:pPr>
              <w:spacing w:after="20" w:line="276" w:lineRule="auto"/>
            </w:pPr>
            <w:r>
              <w:rPr>
                <w:rFonts w:ascii="宋体" w:hAnsi="宋体" w:eastAsia="宋体"/>
                <w:b w:val="0"/>
                <w:sz w:val="18"/>
              </w:rPr>
              <w:t>乘法各部分间的关系：</w:t>
            </w:r>
          </w:p>
          <w:p>
            <w:pPr>
              <w:spacing w:after="20" w:line="276" w:lineRule="auto"/>
            </w:pPr>
            <w:r>
              <w:rPr>
                <w:rFonts w:ascii="宋体" w:hAnsi="宋体" w:eastAsia="宋体"/>
                <w:b w:val="0"/>
                <w:sz w:val="18"/>
              </w:rPr>
              <w:t>积=因数×因数         因数=积÷另一个因数</w:t>
            </w:r>
          </w:p>
          <w:p>
            <w:pPr>
              <w:spacing w:after="20" w:line="276" w:lineRule="auto"/>
            </w:pPr>
            <w:r>
              <w:rPr>
                <w:rFonts w:ascii="宋体" w:hAnsi="宋体" w:eastAsia="宋体"/>
                <w:b w:val="0"/>
                <w:sz w:val="18"/>
              </w:rPr>
              <w:t>除法各部分间的关系：</w:t>
            </w:r>
          </w:p>
          <w:p>
            <w:pPr>
              <w:spacing w:after="20" w:line="276" w:lineRule="auto"/>
            </w:pPr>
            <w:r>
              <w:rPr>
                <w:rFonts w:ascii="宋体" w:hAnsi="宋体" w:eastAsia="宋体"/>
                <w:b w:val="0"/>
                <w:sz w:val="18"/>
              </w:rPr>
              <w:t>商=被除数÷除数       除数=被除数÷商       被除数=商×除数</w:t>
            </w:r>
          </w:p>
          <w:p>
            <w:pPr>
              <w:spacing w:after="20" w:line="276" w:lineRule="auto"/>
            </w:pPr>
            <w:r>
              <w:rPr>
                <w:rFonts w:ascii="宋体" w:hAnsi="宋体" w:eastAsia="宋体"/>
                <w:b w:val="0"/>
                <w:sz w:val="18"/>
              </w:rPr>
              <w:t>在整理时，需要引导学生关注四则运算中，加法是基础，减法是加法的逆运算，乘法是加法的简便计算，除法又是乘法的逆运算等关系。</w:t>
            </w:r>
          </w:p>
          <w:p>
            <w:pPr>
              <w:spacing w:after="20" w:line="276" w:lineRule="auto"/>
            </w:pPr>
            <w:r>
              <w:rPr>
                <w:rFonts w:ascii="宋体" w:hAnsi="宋体" w:eastAsia="宋体"/>
                <w:b w:val="0"/>
                <w:sz w:val="18"/>
              </w:rPr>
              <w:t>（3）整理四则运算的知识。</w:t>
            </w:r>
          </w:p>
          <w:p>
            <w:pPr>
              <w:spacing w:after="20" w:line="276" w:lineRule="auto"/>
            </w:pPr>
            <w:r>
              <w:rPr>
                <w:rFonts w:ascii="宋体" w:hAnsi="宋体" w:eastAsia="宋体"/>
                <w:b w:val="0"/>
                <w:sz w:val="18"/>
              </w:rPr>
              <w:t>①四则混合运算的顺序：只有加、减法或者只有乘、除法，都要按从左往右的顺序计算；算式里既有乘、除法，又有加、减法时，先算乘、除法，再算加、减法。有括号的，先算括号里面的。</w:t>
            </w:r>
          </w:p>
          <w:p>
            <w:pPr>
              <w:spacing w:after="20" w:line="276" w:lineRule="auto"/>
            </w:pPr>
            <w:r>
              <w:rPr>
                <w:rFonts w:ascii="宋体" w:hAnsi="宋体" w:eastAsia="宋体"/>
                <w:b w:val="0"/>
                <w:sz w:val="18"/>
              </w:rPr>
              <w:t>②有关0的运算：一个数加上或者减去0，结果得原数；被减数等于减数，差是0；一个数和0相乘，仍得0；0除以一个非0的数，还得0；0不能作除数。</w:t>
            </w:r>
          </w:p>
          <w:p>
            <w:pPr>
              <w:spacing w:after="20" w:line="276" w:lineRule="auto"/>
            </w:pPr>
            <w:r>
              <w:rPr>
                <w:rFonts w:ascii="宋体" w:hAnsi="宋体" w:eastAsia="宋体"/>
                <w:b w:val="0"/>
                <w:sz w:val="18"/>
              </w:rPr>
              <w:t>2.运算律的复习。</w:t>
            </w:r>
          </w:p>
          <w:p>
            <w:pPr>
              <w:spacing w:after="20" w:line="276" w:lineRule="auto"/>
            </w:pPr>
            <w:r>
              <w:rPr>
                <w:rFonts w:ascii="宋体" w:hAnsi="宋体" w:eastAsia="宋体"/>
                <w:b w:val="0"/>
                <w:sz w:val="18"/>
              </w:rPr>
              <w:t>师：我们学习过哪几个运算律和性质?你能用字母表示出来吗？</w:t>
            </w:r>
          </w:p>
          <w:p>
            <w:pPr>
              <w:spacing w:after="20" w:line="276" w:lineRule="auto"/>
            </w:pPr>
            <w:r>
              <w:rPr>
                <w:rFonts w:ascii="宋体" w:hAnsi="宋体" w:eastAsia="宋体"/>
                <w:b w:val="0"/>
                <w:sz w:val="18"/>
              </w:rPr>
              <w:t>师小结：计算时，根据算式的具体特征，灵活运用运算律和性质可以使我们的计算变得简便。</w:t>
            </w:r>
          </w:p>
        </w:tc>
        <w:tc>
          <w:tcPr>
            <w:tcW w:type="dxa" w:w="3061"/>
          </w:tcPr>
          <w:p>
            <w:pPr>
              <w:spacing w:after="20" w:line="276" w:lineRule="auto"/>
            </w:pPr>
            <w:r/>
            <w:r>
              <w:rPr>
                <w:rFonts w:ascii="宋体" w:hAnsi="宋体" w:eastAsia="宋体"/>
                <w:b w:val="0"/>
                <w:sz w:val="18"/>
              </w:rPr>
              <w:t>学生自主活动，完成任务后交流。</w:t>
            </w:r>
          </w:p>
          <w:p>
            <w:pPr>
              <w:spacing w:after="20" w:line="276" w:lineRule="auto"/>
            </w:pPr>
            <w:r>
              <w:rPr>
                <w:rFonts w:ascii="宋体" w:hAnsi="宋体" w:eastAsia="宋体"/>
                <w:b w:val="0"/>
                <w:sz w:val="18"/>
              </w:rPr>
              <w:t>预设1：用加法计算的问题。四(1)班有男生22人，女生18人，这个班一共有学生多少人?教师追问:解决这个问题为什么要用加法计算?(理由:算这个班共有多少人，就是将男生和女生的人数合起来，用加法计算。)</w:t>
            </w:r>
          </w:p>
          <w:p>
            <w:pPr>
              <w:spacing w:after="20" w:line="276" w:lineRule="auto"/>
            </w:pPr>
            <w:r>
              <w:rPr>
                <w:rFonts w:ascii="宋体" w:hAnsi="宋体" w:eastAsia="宋体"/>
                <w:b w:val="0"/>
                <w:sz w:val="18"/>
              </w:rPr>
              <w:t>预设2：用减法计算的问题。四(1)班共有学生40人，男生有22人，女生有多少人?四(1)班共有学生40人，女生有18人，男生有多少人?教师追问:解决这两个问题为什么要用减法计算?［理由:已知四(1)班的总人数和其中一部分的人数，要计算另一部分的人数，用减法计算。］</w:t>
            </w:r>
          </w:p>
          <w:p>
            <w:pPr>
              <w:spacing w:after="20" w:line="276" w:lineRule="auto"/>
            </w:pPr>
            <w:r>
              <w:rPr>
                <w:rFonts w:ascii="宋体" w:hAnsi="宋体" w:eastAsia="宋体"/>
                <w:b w:val="0"/>
                <w:sz w:val="18"/>
              </w:rPr>
              <w:t>学生尝试完成(有困难的可与同桌合作完成)，集体汇报。教师根据学生的汇报板书。</w:t>
            </w:r>
          </w:p>
          <w:p>
            <w:pPr>
              <w:spacing w:after="20" w:line="276" w:lineRule="auto"/>
            </w:pPr>
            <w:r>
              <w:rPr>
                <w:rFonts w:ascii="宋体" w:hAnsi="宋体" w:eastAsia="宋体"/>
                <w:b w:val="0"/>
                <w:sz w:val="18"/>
              </w:rPr>
              <w:t>预设1：四(1)班有40人，上学期每人读了10本课外书，一共读了多少本?(用乘法计算)</w:t>
            </w:r>
          </w:p>
          <w:p>
            <w:pPr>
              <w:spacing w:after="20" w:line="276" w:lineRule="auto"/>
            </w:pPr>
            <w:r>
              <w:rPr>
                <w:rFonts w:ascii="宋体" w:hAnsi="宋体" w:eastAsia="宋体"/>
                <w:b w:val="0"/>
                <w:sz w:val="18"/>
              </w:rPr>
              <w:t>预设2：四(1)班有40人，上学期一共读了400本课外书，平均每人读了多少本?(用除法计算)</w:t>
            </w:r>
          </w:p>
          <w:p>
            <w:pPr>
              <w:spacing w:after="20" w:line="276" w:lineRule="auto"/>
            </w:pPr>
            <w:r>
              <w:rPr>
                <w:rFonts w:ascii="宋体" w:hAnsi="宋体" w:eastAsia="宋体"/>
                <w:b w:val="0"/>
                <w:sz w:val="18"/>
              </w:rPr>
              <w:t>预设3：四(1)班的学生上学期一共读了400本课外书，平均每人读了10本，四（1）班共有多少人？(用除法计算)</w:t>
            </w:r>
          </w:p>
          <w:p>
            <w:pPr>
              <w:spacing w:after="20" w:line="276" w:lineRule="auto"/>
            </w:pPr>
            <w:r>
              <w:rPr>
                <w:rFonts w:ascii="宋体" w:hAnsi="宋体" w:eastAsia="宋体"/>
                <w:b w:val="0"/>
                <w:sz w:val="18"/>
              </w:rPr>
              <w:t>小组交流，集体汇报。教师根据学生的汇报板书。</w:t>
            </w:r>
          </w:p>
          <w:p>
            <w:pPr>
              <w:spacing w:after="20" w:line="276" w:lineRule="auto"/>
            </w:pPr>
            <w:r>
              <w:rPr>
                <w:rFonts w:ascii="宋体" w:hAnsi="宋体" w:eastAsia="宋体"/>
                <w:b w:val="0"/>
                <w:sz w:val="18"/>
              </w:rPr>
              <w:t>学生已经学习并掌握了加、减、乘、除四种运算的计算方法，有了一定的四则运算的基础。但学生的逻辑思维不够强，理解、表达能力有限，注意引导学生理解和帮助学生用准确的语言表达。</w:t>
            </w:r>
          </w:p>
          <w:p>
            <w:pPr>
              <w:spacing w:after="20" w:line="276" w:lineRule="auto"/>
            </w:pPr>
            <w:r>
              <w:rPr>
                <w:rFonts w:ascii="宋体" w:hAnsi="宋体" w:eastAsia="宋体"/>
                <w:b w:val="0"/>
                <w:sz w:val="18"/>
              </w:rPr>
              <w:t>学生自主讨论，回顾整理。</w:t>
            </w:r>
          </w:p>
          <w:p>
            <w:pPr>
              <w:spacing w:after="20" w:line="276" w:lineRule="auto"/>
            </w:pPr>
            <w:r>
              <w:rPr>
                <w:rFonts w:ascii="宋体" w:hAnsi="宋体" w:eastAsia="宋体"/>
                <w:b w:val="0"/>
                <w:sz w:val="18"/>
              </w:rPr>
              <w:t>学生自主完成讨论后交流，教师适时补充整理(如果有学生写得比较完整，可直接用学生写的材料)。组织学生结合字母表达式，说说运算律的含义，逐步完善下表。</w:t>
            </w:r>
          </w:p>
          <w:p>
            <w:pPr>
              <w:spacing w:after="20" w:line="276" w:lineRule="auto"/>
            </w:pPr>
            <w:r>
              <w:rPr>
                <w:rFonts w:ascii="宋体" w:hAnsi="宋体" w:eastAsia="宋体"/>
                <w:b w:val="0"/>
                <w:sz w:val="18"/>
              </w:rPr>
              <w:t>学生对单个的运算律掌握得非常清楚，但一旦这么多的运算律在一起，就容易混淆。另外，学生在运算律的选择上也会出现问题，教师应加以引导。</w:t>
            </w:r>
          </w:p>
        </w:tc>
        <w:tc>
          <w:tcPr>
            <w:tcW w:type="dxa" w:w="1814"/>
          </w:tcPr>
          <w:p>
            <w:pPr>
              <w:spacing w:after="20" w:line="276" w:lineRule="auto"/>
            </w:pPr>
            <w:r/>
            <w:r>
              <w:rPr>
                <w:rFonts w:ascii="宋体" w:hAnsi="宋体" w:eastAsia="宋体"/>
                <w:b w:val="0"/>
                <w:sz w:val="18"/>
              </w:rPr>
              <w:t>在整理、沟通中，梳理所学知识，把分散的知识串成线，条理化，系统化，形成良好的知识网络，这是复习课最鲜明的特征。这个过程放手让学生通过小组间的相互启发、相互讨论合作完成，既有利于知识结构的建立，也能充分发挥学生的主体作用，大大提高了数学学习能力。</w:t>
            </w:r>
          </w:p>
          <w:p>
            <w:pPr>
              <w:spacing w:after="20" w:line="276" w:lineRule="auto"/>
            </w:pPr>
            <w:r>
              <w:rPr>
                <w:rFonts w:ascii="宋体" w:hAnsi="宋体" w:eastAsia="宋体"/>
                <w:b w:val="0"/>
                <w:sz w:val="18"/>
              </w:rPr>
              <w:t>采用边回顾边整理的方式进行，以表格的方式整理知识点比较简洁，同时通过小组探究以及个人的思考与归纳，帮助学生整理和复习所学过的运算律和性质，再现了新知，培养了学生主动获取知识的能力。</w:t>
            </w:r>
          </w:p>
        </w:tc>
      </w:tr>
      <w:tr>
        <w:tc>
          <w:tcPr>
            <w:tcW w:type="dxa" w:w="1474"/>
          </w:tcPr>
          <w:p>
            <w:pPr>
              <w:spacing w:after="20" w:line="276" w:lineRule="auto"/>
            </w:pPr>
            <w:r>
              <w:rPr>
                <w:b/>
              </w:rPr>
            </w:r>
            <w:r>
              <w:rPr>
                <w:rFonts w:ascii="宋体" w:hAnsi="宋体" w:eastAsia="宋体"/>
                <w:b/>
                <w:sz w:val="18"/>
              </w:rPr>
              <w:t>三、知识应用，能力拓展</w:t>
            </w:r>
          </w:p>
        </w:tc>
        <w:tc>
          <w:tcPr>
            <w:tcW w:type="dxa" w:w="3061"/>
          </w:tcPr>
          <w:p>
            <w:pPr>
              <w:spacing w:after="20" w:line="276" w:lineRule="auto"/>
            </w:pPr>
            <w:r/>
            <w:r>
              <w:rPr>
                <w:rFonts w:ascii="宋体" w:hAnsi="宋体" w:eastAsia="宋体"/>
                <w:b w:val="0"/>
                <w:sz w:val="18"/>
              </w:rPr>
              <w:t>1.教科书P104第1题。</w:t>
            </w:r>
          </w:p>
          <w:p>
            <w:pPr>
              <w:spacing w:after="20" w:line="276" w:lineRule="auto"/>
            </w:pPr>
            <w:r>
              <w:rPr>
                <w:rFonts w:ascii="宋体" w:hAnsi="宋体" w:eastAsia="宋体"/>
                <w:b w:val="0"/>
                <w:sz w:val="18"/>
              </w:rPr>
              <w:t>（1）学生独立完成后同桌交流讨论。</w:t>
            </w:r>
          </w:p>
          <w:p>
            <w:pPr>
              <w:spacing w:after="20" w:line="276" w:lineRule="auto"/>
            </w:pPr>
            <w:r>
              <w:rPr>
                <w:rFonts w:ascii="宋体" w:hAnsi="宋体" w:eastAsia="宋体"/>
                <w:b w:val="0"/>
                <w:sz w:val="18"/>
              </w:rPr>
              <w:t>（2）全班交流订正。</w:t>
            </w:r>
          </w:p>
          <w:p>
            <w:pPr>
              <w:spacing w:after="20" w:line="276" w:lineRule="auto"/>
            </w:pPr>
            <w:r>
              <w:rPr>
                <w:rFonts w:ascii="宋体" w:hAnsi="宋体" w:eastAsia="宋体"/>
                <w:b w:val="0"/>
                <w:sz w:val="18"/>
              </w:rPr>
              <w:t>“运算律”的复习，要突出基于运算意义的理解。</w:t>
            </w:r>
          </w:p>
          <w:p>
            <w:pPr>
              <w:spacing w:after="20" w:line="276" w:lineRule="auto"/>
            </w:pPr>
            <w:r>
              <w:rPr>
                <w:rFonts w:ascii="宋体" w:hAnsi="宋体" w:eastAsia="宋体"/>
                <w:b w:val="0"/>
                <w:sz w:val="18"/>
              </w:rPr>
              <w:t>2.教科书P106“练习二十五”第2题。</w:t>
            </w:r>
          </w:p>
          <w:p>
            <w:pPr>
              <w:spacing w:after="20" w:line="276" w:lineRule="auto"/>
            </w:pPr>
            <w:r>
              <w:rPr>
                <w:rFonts w:ascii="宋体" w:hAnsi="宋体" w:eastAsia="宋体"/>
                <w:b w:val="0"/>
                <w:sz w:val="18"/>
              </w:rPr>
              <w:t>（1）学生独立完成。</w:t>
            </w:r>
          </w:p>
          <w:p>
            <w:pPr>
              <w:spacing w:after="20" w:line="276" w:lineRule="auto"/>
            </w:pPr>
            <w:r>
              <w:rPr>
                <w:rFonts w:ascii="宋体" w:hAnsi="宋体" w:eastAsia="宋体"/>
                <w:b w:val="0"/>
                <w:sz w:val="18"/>
              </w:rPr>
              <w:t>（2）指名汇报，说说运用了什么运算律。</w:t>
            </w:r>
          </w:p>
          <w:p>
            <w:pPr>
              <w:spacing w:after="20" w:line="276" w:lineRule="auto"/>
            </w:pPr>
            <w:r>
              <w:rPr>
                <w:rFonts w:ascii="宋体" w:hAnsi="宋体" w:eastAsia="宋体"/>
                <w:b w:val="0"/>
                <w:sz w:val="18"/>
              </w:rPr>
              <w:t>3.教科书P106“练习二十五”第3题。</w:t>
            </w:r>
          </w:p>
          <w:p>
            <w:pPr>
              <w:spacing w:after="20" w:line="276" w:lineRule="auto"/>
            </w:pPr>
            <w:r>
              <w:rPr>
                <w:rFonts w:ascii="宋体" w:hAnsi="宋体" w:eastAsia="宋体"/>
                <w:b w:val="0"/>
                <w:sz w:val="18"/>
              </w:rPr>
              <w:t>（1）学生独立完成。</w:t>
            </w:r>
          </w:p>
          <w:p>
            <w:pPr>
              <w:spacing w:after="20" w:line="276" w:lineRule="auto"/>
            </w:pPr>
            <w:r>
              <w:rPr>
                <w:rFonts w:ascii="宋体" w:hAnsi="宋体" w:eastAsia="宋体"/>
                <w:b w:val="0"/>
                <w:sz w:val="18"/>
              </w:rPr>
              <w:t>（2）同桌交换检查纠错。</w:t>
            </w:r>
          </w:p>
          <w:p>
            <w:pPr>
              <w:spacing w:after="20" w:line="276" w:lineRule="auto"/>
            </w:pPr>
            <w:r>
              <w:rPr>
                <w:rFonts w:ascii="宋体" w:hAnsi="宋体" w:eastAsia="宋体"/>
                <w:b w:val="0"/>
                <w:sz w:val="18"/>
              </w:rPr>
              <w:t>4.教科书P107“练习二十五”第6题。</w:t>
            </w:r>
          </w:p>
          <w:p>
            <w:pPr>
              <w:spacing w:after="20" w:line="276" w:lineRule="auto"/>
            </w:pPr>
            <w:r>
              <w:rPr>
                <w:rFonts w:ascii="宋体" w:hAnsi="宋体" w:eastAsia="宋体"/>
                <w:b w:val="0"/>
                <w:sz w:val="18"/>
              </w:rPr>
              <w:t>（1）指名板演，其余学生在练习本上独立完成。</w:t>
            </w:r>
          </w:p>
          <w:p>
            <w:pPr>
              <w:spacing w:after="20" w:line="276" w:lineRule="auto"/>
            </w:pPr>
            <w:r>
              <w:rPr>
                <w:rFonts w:ascii="宋体" w:hAnsi="宋体" w:eastAsia="宋体"/>
                <w:b w:val="0"/>
                <w:sz w:val="18"/>
              </w:rPr>
              <w:t>（2）集体交流订正，若有典型错误，引导学生及时讨论纠错。</w:t>
            </w:r>
          </w:p>
        </w:tc>
        <w:tc>
          <w:tcPr>
            <w:tcW w:type="dxa" w:w="3061"/>
          </w:tcPr>
          <w:p>
            <w:pPr>
              <w:spacing w:after="20" w:line="276" w:lineRule="auto"/>
            </w:pPr>
            <w:r/>
            <w:r>
              <w:rPr>
                <w:rFonts w:ascii="宋体" w:hAnsi="宋体" w:eastAsia="宋体"/>
                <w:b w:val="0"/>
                <w:sz w:val="18"/>
              </w:rPr>
              <w:t>少数学生可能出现列综合算式时漏掉括号的情况，教师要结合四则混合运算的运算顺序加以引导。</w:t>
            </w:r>
          </w:p>
        </w:tc>
        <w:tc>
          <w:tcPr>
            <w:tcW w:type="dxa" w:w="1814"/>
          </w:tcPr>
          <w:p>
            <w:pPr>
              <w:spacing w:after="20" w:line="276" w:lineRule="auto"/>
            </w:pPr>
            <w:r/>
            <w:r>
              <w:rPr>
                <w:rFonts w:ascii="宋体" w:hAnsi="宋体" w:eastAsia="宋体"/>
                <w:b w:val="0"/>
                <w:sz w:val="18"/>
              </w:rPr>
              <w:t>练习是对学生知识掌握和能力发展的反映，有助于教师进行评价，并通过评价的结果找出学生在知识掌握上存在的问题，真正做到面向全体学生，适应学生个性发展的需要，使得人人都能获得良好的数学教育，不同的人在数学上得到不同的发展。</w:t>
            </w:r>
          </w:p>
        </w:tc>
      </w:tr>
      <w:tr>
        <w:tc>
          <w:tcPr>
            <w:tcW w:type="dxa" w:w="1474"/>
          </w:tcPr>
          <w:p>
            <w:pPr>
              <w:spacing w:after="20" w:line="276" w:lineRule="auto"/>
            </w:pPr>
            <w:r>
              <w:rPr>
                <w:b/>
              </w:rPr>
            </w:r>
            <w:r>
              <w:rPr>
                <w:rFonts w:ascii="宋体" w:hAnsi="宋体" w:eastAsia="宋体"/>
                <w:b/>
                <w:sz w:val="18"/>
              </w:rPr>
              <w:t>四、课堂小结，深化认识</w:t>
            </w:r>
          </w:p>
        </w:tc>
        <w:tc>
          <w:tcPr>
            <w:tcW w:type="dxa" w:w="3061"/>
          </w:tcPr>
          <w:p>
            <w:pPr>
              <w:spacing w:after="20" w:line="276" w:lineRule="auto"/>
            </w:pPr>
            <w:r/>
            <w:r>
              <w:rPr>
                <w:rFonts w:ascii="宋体" w:hAnsi="宋体" w:eastAsia="宋体"/>
                <w:b w:val="0"/>
                <w:sz w:val="18"/>
              </w:rPr>
              <w:t>师：这节课我们复习了四则运算的意义、关系以及运算律等内容。你有什么新的收获？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引导学生回顾梳理本课所学，完善认知结构，提升归纳与反思能力，核心问题："这节课我们复习了四则运算的意义、关系以及运算律等内容。你有什么新的收获？"</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数与代数（1）——四则运算及运算律</w:t>
      </w:r>
    </w:p>
    <w:p>
      <w:pPr>
        <w:spacing w:after="40" w:line="300" w:lineRule="auto"/>
      </w:pPr>
      <w:r>
        <w:rPr>
          <w:rFonts w:ascii="宋体" w:hAnsi="宋体" w:eastAsia="宋体"/>
          <w:b w:val="0"/>
          <w:sz w:val="20"/>
        </w:rPr>
        <w:t>一、四则运算</w:t>
      </w:r>
    </w:p>
    <w:p>
      <w:pPr>
        <w:spacing w:after="40" w:line="300" w:lineRule="auto"/>
      </w:pPr>
      <w:r>
        <w:rPr>
          <w:rFonts w:ascii="宋体" w:hAnsi="宋体" w:eastAsia="宋体"/>
          <w:b w:val="0"/>
          <w:sz w:val="20"/>
        </w:rPr>
        <w:t>1.减法是加法的逆运算。</w:t>
      </w:r>
    </w:p>
    <w:p>
      <w:pPr>
        <w:spacing w:after="40" w:line="300" w:lineRule="auto"/>
      </w:pPr>
      <w:r>
        <w:rPr>
          <w:rFonts w:ascii="宋体" w:hAnsi="宋体" w:eastAsia="宋体"/>
          <w:b w:val="0"/>
          <w:sz w:val="20"/>
        </w:rPr>
        <w:t>和=加数+加数            差=被减数-减数           减数=被减数-差</w:t>
      </w:r>
    </w:p>
    <w:p>
      <w:pPr>
        <w:spacing w:after="40" w:line="300" w:lineRule="auto"/>
      </w:pPr>
      <w:r>
        <w:rPr>
          <w:rFonts w:ascii="宋体" w:hAnsi="宋体" w:eastAsia="宋体"/>
          <w:b w:val="0"/>
          <w:sz w:val="20"/>
        </w:rPr>
        <w:t>加数=和-另一个加数      被减数=减数+差</w:t>
      </w:r>
    </w:p>
    <w:p>
      <w:pPr>
        <w:spacing w:after="40" w:line="300" w:lineRule="auto"/>
      </w:pPr>
      <w:r>
        <w:rPr>
          <w:rFonts w:ascii="宋体" w:hAnsi="宋体" w:eastAsia="宋体"/>
          <w:b w:val="0"/>
          <w:sz w:val="20"/>
        </w:rPr>
        <w:t>2.除法是乘法的逆运算。</w:t>
      </w:r>
    </w:p>
    <w:p>
      <w:pPr>
        <w:spacing w:after="40" w:line="300" w:lineRule="auto"/>
      </w:pPr>
      <w:r>
        <w:rPr>
          <w:rFonts w:ascii="宋体" w:hAnsi="宋体" w:eastAsia="宋体"/>
          <w:b w:val="0"/>
          <w:sz w:val="20"/>
        </w:rPr>
        <w:t>积=因数×因数           商=被除数÷除数          除数=被除数÷商</w:t>
      </w:r>
    </w:p>
    <w:p>
      <w:pPr>
        <w:spacing w:after="40" w:line="300" w:lineRule="auto"/>
      </w:pPr>
      <w:r>
        <w:rPr>
          <w:rFonts w:ascii="宋体" w:hAnsi="宋体" w:eastAsia="宋体"/>
          <w:b w:val="0"/>
          <w:sz w:val="20"/>
        </w:rPr>
        <w:t>因数=积÷另一个因数     被除数=商×除数</w:t>
      </w:r>
    </w:p>
    <w:p>
      <w:pPr>
        <w:spacing w:after="40" w:line="300" w:lineRule="auto"/>
      </w:pPr>
      <w:r>
        <w:rPr>
          <w:rFonts w:ascii="宋体" w:hAnsi="宋体" w:eastAsia="宋体"/>
          <w:b w:val="0"/>
          <w:sz w:val="20"/>
        </w:rPr>
        <w:t>3.四则运算顺序。</w:t>
      </w:r>
    </w:p>
    <w:p>
      <w:pPr>
        <w:spacing w:after="40" w:line="300" w:lineRule="auto"/>
      </w:pPr>
      <w:r>
        <w:rPr>
          <w:rFonts w:ascii="宋体" w:hAnsi="宋体" w:eastAsia="宋体"/>
          <w:b w:val="0"/>
          <w:sz w:val="20"/>
        </w:rPr>
        <w:t>二、运算律</w:t>
      </w:r>
    </w:p>
    <w:p>
      <w:pPr>
        <w:spacing w:after="40" w:line="300" w:lineRule="auto"/>
      </w:pPr>
      <w:r>
        <w:rPr>
          <w:rFonts w:ascii="宋体" w:hAnsi="宋体" w:eastAsia="宋体"/>
          <w:b w:val="0"/>
          <w:sz w:val="20"/>
        </w:rPr>
        <w:t>【教学笔记】</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完成教科书P104第1题，P106～107“练习二十五”第2、3、6题。</w:t>
      </w:r>
    </w:p>
    <w:p>
      <w:pPr>
        <w:spacing w:after="40" w:line="300" w:lineRule="auto"/>
        <w:ind w:firstLine="400"/>
      </w:pPr>
      <w:r>
        <w:rPr>
          <w:rFonts w:ascii="宋体" w:hAnsi="宋体" w:eastAsia="宋体"/>
          <w:b w:val="0"/>
          <w:sz w:val="20"/>
        </w:rPr>
        <w:t>② 原设计安排：见“状元成才路”系列丛书《创优作业100分》或《状元作业本》对应课时作业。</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四则运算律和性质是学生进行简便计算的依据。灵活地运用四则运算的定律和性质，不但能提高计算的速度，还能培养学生思维的灵活性。所以在本次复习中，注重学生对四则运算律和性质的理解、记忆，从而达到培养学生计算能力的目的。因此，在复习中首先让学生弄清所学过的运算律和性质有哪些，分别用字母怎么表示，用语言怎么叙述，达到了全面巩固理解的目的。对于乘法分配律的应用，有部分学生还不是很熟练，需进一步加强训练。</w:t>
      </w:r>
    </w:p>
    <w:p>
      <w:r>
        <w:br w:type="page"/>
      </w:r>
    </w:p>
    <w:p>
      <w:pPr>
        <w:spacing w:after="80" w:line="300" w:lineRule="auto"/>
      </w:pPr>
      <w:r>
        <w:rPr>
          <w:rFonts w:ascii="黑体" w:hAnsi="黑体" w:eastAsia="黑体"/>
          <w:b/>
          <w:sz w:val="24"/>
        </w:rPr>
        <w:t>二、课时教学方案（第2课时）</w:t>
      </w:r>
    </w:p>
    <w:p>
      <w:pPr>
        <w:spacing w:after="80" w:line="300" w:lineRule="auto"/>
      </w:pPr>
      <w:r>
        <w:rPr>
          <w:rFonts w:ascii="黑体" w:hAnsi="黑体" w:eastAsia="黑体"/>
          <w:b/>
          <w:sz w:val="24"/>
        </w:rPr>
        <w:t>第2课时　数与代数（2）——小数的意义和性质及小数的加减法</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第2课时　数与代数（2）——小数的意义和性质及小数的加减法</w:t>
            </w:r>
          </w:p>
        </w:tc>
        <w:tc>
          <w:tcPr>
            <w:tcW w:type="dxa" w:w="6009"/>
          </w:tcPr>
          <w:p>
            <w:pPr>
              <w:spacing w:after="20" w:line="276" w:lineRule="auto"/>
            </w:pPr>
            <w:r/>
            <w:r>
              <w:rPr>
                <w:rFonts w:ascii="宋体" w:hAnsi="宋体" w:eastAsia="宋体"/>
                <w:b w:val="0"/>
                <w:sz w:val="20"/>
              </w:rPr>
              <w:t>第10单元 总复习</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本学期学生理解、分析能力，解决问题的能力都有明显的进步，在学习过程中暴露出来的问题也较多。部分学生做口算题比较容易出错，特别是简单的小数加法和减法口算习题。对于运算律的应用，以及稍微有难度的简便计算，学生也会出现失误。个别学生对三角形的分类和特征掌握不牢。在空间与图形方面，部分学生不能够画出同一物体从不同方向观察所看到的平面图形，不能正确掌握平移的方法等。这些问题都是本单元复习要突破的难点。</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教学内容：完成教科书P104第2题，P106~110“练习二十五”第1、4、5、7、15、18、20题。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（1）理解小数的意义和性质，能正确读写小数、改写小数及比较小数的大小，进一步发展学生的数感。掌握小数点移动引起小数大小变化的规律，会改写名数，会正确求一个数的近似数。</w:t>
      </w:r>
    </w:p>
    <w:p>
      <w:pPr>
        <w:spacing w:after="20" w:line="300" w:lineRule="auto"/>
        <w:ind w:firstLine="400"/>
      </w:pPr>
      <w:r>
        <w:rPr>
          <w:rFonts w:ascii="宋体" w:hAnsi="宋体" w:eastAsia="宋体"/>
          <w:b w:val="0"/>
          <w:sz w:val="20"/>
        </w:rPr>
        <w:t>（2）掌握小数的加、减法的计算方法，能正确地进行计算。</w:t>
      </w:r>
    </w:p>
    <w:p>
      <w:pPr>
        <w:spacing w:after="20" w:line="300" w:lineRule="auto"/>
        <w:ind w:firstLine="400"/>
      </w:pPr>
      <w:r>
        <w:rPr>
          <w:rFonts w:ascii="宋体" w:hAnsi="宋体" w:eastAsia="宋体"/>
          <w:b w:val="0"/>
          <w:sz w:val="20"/>
        </w:rPr>
        <w:t>（3）能积极主动地参与合作、交流等学习活动，培养抽象概括、自主总结归纳的学习能力，养成善于思考的良好习惯。</w:t>
      </w:r>
    </w:p>
    <w:p>
      <w:pPr>
        <w:spacing w:after="20" w:line="300" w:lineRule="auto"/>
      </w:pPr>
      <w:r>
        <w:rPr>
          <w:rFonts w:ascii="宋体" w:hAnsi="宋体" w:eastAsia="宋体"/>
          <w:b w:val="0"/>
          <w:sz w:val="20"/>
        </w:rPr>
        <w:t>教学重点：整理和复习与小数有关的知识。</w:t>
      </w:r>
    </w:p>
    <w:p>
      <w:pPr>
        <w:spacing w:after="20" w:line="300" w:lineRule="auto"/>
      </w:pPr>
      <w:r>
        <w:rPr>
          <w:rFonts w:ascii="宋体" w:hAnsi="宋体" w:eastAsia="宋体"/>
          <w:b w:val="0"/>
          <w:sz w:val="20"/>
        </w:rPr>
        <w:t>教学难点：灵活运用知识解决问题。</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一、复习小数的意义、性质</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同学们，本学期我们学习了小数的意义和性质，哪些知识给你留下了深刻的印象呢?</w:t>
            </w:r>
          </w:p>
        </w:tc>
        <w:tc>
          <w:tcPr>
            <w:tcW w:type="dxa" w:w="1361"/>
          </w:tcPr>
          <w:p>
            <w:pPr>
              <w:spacing w:after="20" w:line="276" w:lineRule="auto"/>
            </w:pPr>
            <w:r/>
            <w:r>
              <w:rPr>
                <w:rFonts w:ascii="宋体" w:hAnsi="宋体" w:eastAsia="宋体"/>
                <w:b w:val="0"/>
                <w:sz w:val="18"/>
              </w:rPr>
              <w:t>13分钟</w:t>
            </w:r>
          </w:p>
        </w:tc>
      </w:tr>
      <w:tr>
        <w:tc>
          <w:tcPr>
            <w:tcW w:type="dxa" w:w="2835"/>
          </w:tcPr>
          <w:p>
            <w:pPr>
              <w:spacing w:after="20" w:line="276" w:lineRule="auto"/>
            </w:pPr>
            <w:r/>
            <w:r>
              <w:rPr>
                <w:rFonts w:ascii="宋体" w:hAnsi="宋体" w:eastAsia="宋体"/>
                <w:b w:val="0"/>
                <w:sz w:val="18"/>
              </w:rPr>
              <w:t>二、复习小数的加法和减法</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你能整理出小数的加法和减法的知识点吗？</w:t>
            </w:r>
          </w:p>
        </w:tc>
        <w:tc>
          <w:tcPr>
            <w:tcW w:type="dxa" w:w="1361"/>
          </w:tcPr>
          <w:p>
            <w:pPr>
              <w:spacing w:after="20" w:line="276" w:lineRule="auto"/>
            </w:pPr>
            <w:r/>
            <w:r>
              <w:rPr>
                <w:rFonts w:ascii="宋体" w:hAnsi="宋体" w:eastAsia="宋体"/>
                <w:b w:val="0"/>
                <w:sz w:val="18"/>
              </w:rPr>
              <w:t>8分钟</w:t>
            </w:r>
          </w:p>
        </w:tc>
      </w:tr>
      <w:tr>
        <w:tc>
          <w:tcPr>
            <w:tcW w:type="dxa" w:w="2835"/>
          </w:tcPr>
          <w:p>
            <w:pPr>
              <w:spacing w:after="20" w:line="276" w:lineRule="auto"/>
            </w:pPr>
            <w:r/>
            <w:r>
              <w:rPr>
                <w:rFonts w:ascii="宋体" w:hAnsi="宋体" w:eastAsia="宋体"/>
                <w:b w:val="0"/>
                <w:sz w:val="18"/>
              </w:rPr>
              <w:t>三、比较小数和整数的异同</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小数和我们以前学习过的整数有什么相同点和不同点呢？</w:t>
            </w:r>
          </w:p>
        </w:tc>
        <w:tc>
          <w:tcPr>
            <w:tcW w:type="dxa" w:w="1361"/>
          </w:tcPr>
          <w:p>
            <w:pPr>
              <w:spacing w:after="20" w:line="276" w:lineRule="auto"/>
            </w:pPr>
            <w:r/>
            <w:r>
              <w:rPr>
                <w:rFonts w:ascii="宋体" w:hAnsi="宋体" w:eastAsia="宋体"/>
                <w:b w:val="0"/>
                <w:sz w:val="18"/>
              </w:rPr>
              <w:t>2分钟</w:t>
            </w:r>
          </w:p>
        </w:tc>
      </w:tr>
      <w:tr>
        <w:tc>
          <w:tcPr>
            <w:tcW w:type="dxa" w:w="2835"/>
          </w:tcPr>
          <w:p>
            <w:pPr>
              <w:spacing w:after="20" w:line="276" w:lineRule="auto"/>
            </w:pPr>
            <w:r/>
            <w:r>
              <w:rPr>
                <w:rFonts w:ascii="宋体" w:hAnsi="宋体" w:eastAsia="宋体"/>
                <w:b w:val="0"/>
                <w:sz w:val="18"/>
              </w:rPr>
              <w:t>四、知识应用，能力拓展</w:t>
            </w:r>
          </w:p>
        </w:tc>
        <w:tc>
          <w:tcPr>
            <w:tcW w:type="dxa" w:w="1814"/>
          </w:tcPr>
          <w:p>
            <w:pPr>
              <w:spacing w:after="20" w:line="276" w:lineRule="auto"/>
            </w:pPr>
            <w:r/>
            <w:r>
              <w:rPr>
                <w:rFonts w:ascii="宋体" w:hAnsi="宋体" w:eastAsia="宋体"/>
                <w:b w:val="0"/>
                <w:sz w:val="18"/>
              </w:rPr>
              <w:t>教科书、练习本、课件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12分钟</w:t>
            </w:r>
          </w:p>
        </w:tc>
      </w:tr>
      <w:tr>
        <w:tc>
          <w:tcPr>
            <w:tcW w:type="dxa" w:w="2835"/>
          </w:tcPr>
          <w:p>
            <w:pPr>
              <w:spacing w:after="20" w:line="276" w:lineRule="auto"/>
            </w:pPr>
            <w:r/>
            <w:r>
              <w:rPr>
                <w:rFonts w:ascii="宋体" w:hAnsi="宋体" w:eastAsia="宋体"/>
                <w:b w:val="0"/>
                <w:sz w:val="18"/>
              </w:rPr>
              <w:t>五、课堂小结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今天的复习课你有什么收获？</w:t>
            </w:r>
          </w:p>
        </w:tc>
        <w:tc>
          <w:tcPr>
            <w:tcW w:type="dxa" w:w="1361"/>
          </w:tcPr>
          <w:p>
            <w:pPr>
              <w:spacing w:after="20" w:line="276" w:lineRule="auto"/>
            </w:pPr>
            <w:r/>
            <w:r>
              <w:rPr>
                <w:rFonts w:ascii="宋体" w:hAnsi="宋体" w:eastAsia="宋体"/>
                <w:b w:val="0"/>
                <w:sz w:val="18"/>
              </w:rPr>
              <w:t>2分钟</w:t>
            </w:r>
          </w:p>
        </w:tc>
      </w:tr>
      <w:tr>
        <w:tc>
          <w:tcPr>
            <w:tcW w:type="dxa" w:w="2835"/>
          </w:tcPr>
          <w:p>
            <w:pPr>
              <w:spacing w:after="20" w:line="276" w:lineRule="auto"/>
            </w:pPr>
            <w:r/>
            <w:r>
              <w:rPr>
                <w:rFonts w:ascii="宋体" w:hAnsi="宋体" w:eastAsia="宋体"/>
                <w:b w:val="0"/>
                <w:sz w:val="18"/>
              </w:rPr>
              <w:t>六、课后作业</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3分钟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一、复习小数的意义、性质</w:t>
            </w:r>
          </w:p>
        </w:tc>
        <w:tc>
          <w:tcPr>
            <w:tcW w:type="dxa" w:w="3061"/>
          </w:tcPr>
          <w:p>
            <w:pPr>
              <w:spacing w:after="20" w:line="276" w:lineRule="auto"/>
            </w:pPr>
            <w:r/>
            <w:r>
              <w:rPr>
                <w:rFonts w:ascii="宋体" w:hAnsi="宋体" w:eastAsia="宋体"/>
                <w:b w:val="0"/>
                <w:sz w:val="18"/>
              </w:rPr>
              <w:t>1.知识导入。</w:t>
            </w:r>
          </w:p>
          <w:p>
            <w:pPr>
              <w:spacing w:after="20" w:line="276" w:lineRule="auto"/>
            </w:pPr>
            <w:r>
              <w:rPr>
                <w:rFonts w:ascii="宋体" w:hAnsi="宋体" w:eastAsia="宋体"/>
                <w:b w:val="0"/>
                <w:sz w:val="18"/>
              </w:rPr>
              <w:t>师：同学们，本学期我们学习了小数的意义和性质，哪些知识给你留下了深刻的印象呢?把你想到的知识和同桌说一说，再打开教科书浏览一下，看还有什么知识是被你给遗漏的。2.学生汇报，师生修改完善，交流纠正，优化再建，形成知识结构图。</w:t>
            </w:r>
          </w:p>
          <w:p>
            <w:pPr>
              <w:spacing w:after="20" w:line="276" w:lineRule="auto"/>
            </w:pPr>
            <w:r>
              <w:rPr>
                <w:rFonts w:ascii="宋体" w:hAnsi="宋体" w:eastAsia="宋体"/>
                <w:b w:val="0"/>
                <w:sz w:val="18"/>
              </w:rPr>
              <w:t>（1）小数的意义:一位小数是十分之几，两位小数是百分之几，三位小数是千分之几……每相邻两个计数单位之间的进率是10。</w:t>
            </w:r>
          </w:p>
          <w:p>
            <w:pPr>
              <w:spacing w:after="20" w:line="276" w:lineRule="auto"/>
            </w:pPr>
            <w:r>
              <w:rPr>
                <w:rFonts w:ascii="宋体" w:hAnsi="宋体" w:eastAsia="宋体"/>
                <w:b w:val="0"/>
                <w:sz w:val="18"/>
              </w:rPr>
              <w:t>（2）小数的数位顺序表：</w:t>
            </w:r>
          </w:p>
          <w:p>
            <w:pPr>
              <w:spacing w:after="20" w:line="276" w:lineRule="auto"/>
            </w:pPr>
            <w:r>
              <w:rPr>
                <w:rFonts w:ascii="宋体" w:hAnsi="宋体" w:eastAsia="宋体"/>
                <w:b w:val="0"/>
                <w:sz w:val="18"/>
              </w:rPr>
              <w:t>（3）小数的性质：小数的末尾添上“0”或去掉“0”，小数的大小不变。注意：化简小数时只能去掉小数末尾的“0”，其他数位上的“0”不能去掉；小数的末尾添上“0”或去掉“0”，虽然不改变小数的大小，但计数单位发生了变化。</w:t>
            </w:r>
          </w:p>
          <w:p>
            <w:pPr>
              <w:spacing w:after="20" w:line="276" w:lineRule="auto"/>
            </w:pPr>
            <w:r>
              <w:rPr>
                <w:rFonts w:ascii="宋体" w:hAnsi="宋体" w:eastAsia="宋体"/>
                <w:b w:val="0"/>
                <w:sz w:val="18"/>
              </w:rPr>
              <w:t>（4）小数的大小比较方法：先比整数部分，整数部分相同的，再比小数部分。</w:t>
            </w:r>
          </w:p>
          <w:p>
            <w:pPr>
              <w:spacing w:after="20" w:line="276" w:lineRule="auto"/>
            </w:pPr>
            <w:r>
              <w:rPr>
                <w:rFonts w:ascii="宋体" w:hAnsi="宋体" w:eastAsia="宋体"/>
                <w:b w:val="0"/>
                <w:sz w:val="18"/>
              </w:rPr>
              <w:t>（5）小数点移动引起小数大小的变化规律。</w:t>
            </w:r>
          </w:p>
          <w:p>
            <w:pPr>
              <w:spacing w:after="20" w:line="276" w:lineRule="auto"/>
            </w:pPr>
            <w:r>
              <w:rPr>
                <w:rFonts w:ascii="宋体" w:hAnsi="宋体" w:eastAsia="宋体"/>
                <w:b w:val="0"/>
                <w:sz w:val="18"/>
              </w:rPr>
              <w:t>（6）单位换算：低级单位换算成高级单位时要除以进率，高级单位换算成低级单位时要乘进率。</w:t>
            </w:r>
          </w:p>
          <w:p>
            <w:pPr>
              <w:spacing w:after="20" w:line="276" w:lineRule="auto"/>
            </w:pPr>
            <w:r>
              <w:rPr>
                <w:rFonts w:ascii="宋体" w:hAnsi="宋体" w:eastAsia="宋体"/>
                <w:b w:val="0"/>
                <w:sz w:val="18"/>
              </w:rPr>
              <w:t>小数内容的复习，要突出数系的扩展与整数学习方法的迁移。</w:t>
            </w:r>
          </w:p>
          <w:p>
            <w:pPr>
              <w:spacing w:after="20" w:line="276" w:lineRule="auto"/>
            </w:pPr>
            <w:r>
              <w:rPr>
                <w:rFonts w:ascii="宋体" w:hAnsi="宋体" w:eastAsia="宋体"/>
                <w:b w:val="0"/>
                <w:sz w:val="18"/>
              </w:rPr>
              <w:t>（7）小数的近似数:用“四舍五入”法求小数的近似数。注意：求近似数用“≈”连接，改写成用“万”或“亿”作单位的数，用“＝”连接。</w:t>
            </w:r>
          </w:p>
          <w:p>
            <w:pPr>
              <w:spacing w:after="20" w:line="276" w:lineRule="auto"/>
            </w:pPr>
            <w:r>
              <w:rPr>
                <w:rFonts w:ascii="宋体" w:hAnsi="宋体" w:eastAsia="宋体"/>
                <w:b w:val="0"/>
                <w:sz w:val="18"/>
              </w:rPr>
              <w:t>教师板书：</w:t>
            </w:r>
          </w:p>
          <w:p>
            <w:pPr>
              <w:spacing w:after="20" w:line="276" w:lineRule="auto"/>
            </w:pPr>
            <w:r>
              <w:rPr>
                <w:rFonts w:ascii="宋体" w:hAnsi="宋体" w:eastAsia="宋体"/>
                <w:b w:val="0"/>
                <w:sz w:val="18"/>
              </w:rPr>
              <w:t>3.巩固练习：教科书P107“练习二十五”第5题。</w:t>
            </w:r>
          </w:p>
          <w:p>
            <w:pPr>
              <w:spacing w:after="20" w:line="276" w:lineRule="auto"/>
            </w:pPr>
            <w:r>
              <w:rPr>
                <w:rFonts w:ascii="宋体" w:hAnsi="宋体" w:eastAsia="宋体"/>
                <w:b w:val="0"/>
                <w:sz w:val="18"/>
              </w:rPr>
              <w:t>（1）学生独立完成填空。</w:t>
            </w:r>
          </w:p>
          <w:p>
            <w:pPr>
              <w:spacing w:after="20" w:line="276" w:lineRule="auto"/>
            </w:pPr>
            <w:r>
              <w:rPr>
                <w:rFonts w:ascii="宋体" w:hAnsi="宋体" w:eastAsia="宋体"/>
                <w:b w:val="0"/>
                <w:sz w:val="18"/>
              </w:rPr>
              <w:t>（2）指名汇报，集体订正。</w:t>
            </w:r>
          </w:p>
          <w:p>
            <w:pPr>
              <w:spacing w:after="20" w:line="276" w:lineRule="auto"/>
            </w:pPr>
            <w:r>
              <w:rPr>
                <w:rFonts w:ascii="宋体" w:hAnsi="宋体" w:eastAsia="宋体"/>
                <w:b w:val="0"/>
                <w:sz w:val="18"/>
              </w:rPr>
              <w:t>（3）课件出示补充练习。</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复习课不是习题解答课，知识的归纳整理是重点，只有形成了知识网络，学生才能够更加熟练掌握小数的相关知识，夯实基础。引导学生学会整理知识点，学会反思，再次向教科书学习，帮助学生构建有关小数的知识体系，同时培养学生的自主学习、归纳整理能力，为今后的学习奠定基础。</w:t>
            </w:r>
          </w:p>
          <w:p>
            <w:pPr>
              <w:spacing w:after="20" w:line="276" w:lineRule="auto"/>
            </w:pPr>
            <w:r>
              <w:rPr>
                <w:rFonts w:ascii="宋体" w:hAnsi="宋体" w:eastAsia="宋体"/>
                <w:b w:val="0"/>
                <w:sz w:val="18"/>
              </w:rPr>
              <w:t>“小数的意义和性质”单元的知识比较零碎，学生遗忘率较高，他们可能会想起小数与分数的关系、性质、大小比较方法等知识；学生在同桌互说后让他们再自主浏览教科书，查漏补缺；小数点的移动引起小数大小的变化及求近似数是难点，练习中适当补充了名数互化的知识，突破难点。</w:t>
            </w:r>
          </w:p>
        </w:tc>
      </w:tr>
      <w:tr>
        <w:tc>
          <w:tcPr>
            <w:tcW w:type="dxa" w:w="1474"/>
          </w:tcPr>
          <w:p>
            <w:pPr>
              <w:spacing w:after="20" w:line="276" w:lineRule="auto"/>
            </w:pPr>
            <w:r>
              <w:rPr>
                <w:b/>
              </w:rPr>
            </w:r>
            <w:r>
              <w:rPr>
                <w:rFonts w:ascii="宋体" w:hAnsi="宋体" w:eastAsia="宋体"/>
                <w:b/>
                <w:sz w:val="18"/>
              </w:rPr>
              <w:t>二、复习小数的加法和减法</w:t>
            </w:r>
          </w:p>
        </w:tc>
        <w:tc>
          <w:tcPr>
            <w:tcW w:type="dxa" w:w="3061"/>
          </w:tcPr>
          <w:p>
            <w:pPr>
              <w:spacing w:after="20" w:line="276" w:lineRule="auto"/>
            </w:pPr>
            <w:r/>
            <w:r>
              <w:rPr>
                <w:rFonts w:ascii="宋体" w:hAnsi="宋体" w:eastAsia="宋体"/>
                <w:b w:val="0"/>
                <w:sz w:val="18"/>
              </w:rPr>
              <w:t>1.整理小数的加法和减法。</w:t>
            </w:r>
          </w:p>
          <w:p>
            <w:pPr>
              <w:spacing w:after="20" w:line="276" w:lineRule="auto"/>
            </w:pPr>
            <w:r>
              <w:rPr>
                <w:rFonts w:ascii="宋体" w:hAnsi="宋体" w:eastAsia="宋体"/>
                <w:b w:val="0"/>
                <w:sz w:val="18"/>
              </w:rPr>
              <w:t>师：你能整理出小数的加法和减法的知识点吗？</w:t>
            </w:r>
          </w:p>
          <w:p>
            <w:pPr>
              <w:spacing w:after="20" w:line="276" w:lineRule="auto"/>
            </w:pPr>
            <w:r>
              <w:rPr>
                <w:rFonts w:ascii="宋体" w:hAnsi="宋体" w:eastAsia="宋体"/>
                <w:b w:val="0"/>
                <w:sz w:val="18"/>
              </w:rPr>
              <w:t>集体汇报，师生一起梳理知识。</w:t>
            </w:r>
          </w:p>
          <w:p>
            <w:pPr>
              <w:spacing w:after="20" w:line="276" w:lineRule="auto"/>
            </w:pPr>
            <w:r>
              <w:rPr>
                <w:rFonts w:ascii="宋体" w:hAnsi="宋体" w:eastAsia="宋体"/>
                <w:b w:val="0"/>
                <w:sz w:val="18"/>
              </w:rPr>
              <w:t>教师板书：</w:t>
            </w:r>
          </w:p>
          <w:p>
            <w:pPr>
              <w:spacing w:after="20" w:line="276" w:lineRule="auto"/>
            </w:pPr>
            <w:r>
              <w:rPr>
                <w:rFonts w:ascii="宋体" w:hAnsi="宋体" w:eastAsia="宋体"/>
                <w:b w:val="0"/>
                <w:sz w:val="18"/>
              </w:rPr>
              <w:t>2.巩固练习：教科书P106“练习二十五”第4题。</w:t>
            </w:r>
          </w:p>
          <w:p>
            <w:pPr>
              <w:spacing w:after="20" w:line="276" w:lineRule="auto"/>
            </w:pPr>
            <w:r>
              <w:rPr>
                <w:rFonts w:ascii="宋体" w:hAnsi="宋体" w:eastAsia="宋体"/>
                <w:b w:val="0"/>
                <w:sz w:val="18"/>
              </w:rPr>
              <w:t>（1）学生独立解答第（1）题。</w:t>
            </w:r>
          </w:p>
          <w:p>
            <w:pPr>
              <w:spacing w:after="20" w:line="276" w:lineRule="auto"/>
            </w:pPr>
            <w:r>
              <w:rPr>
                <w:rFonts w:ascii="宋体" w:hAnsi="宋体" w:eastAsia="宋体"/>
                <w:b w:val="0"/>
                <w:sz w:val="18"/>
              </w:rPr>
              <w:t>（2）同桌互相提问并分别解答出来。</w:t>
            </w:r>
          </w:p>
          <w:p>
            <w:pPr>
              <w:spacing w:after="20" w:line="276" w:lineRule="auto"/>
            </w:pPr>
            <w:r>
              <w:rPr>
                <w:rFonts w:ascii="宋体" w:hAnsi="宋体" w:eastAsia="宋体"/>
                <w:b w:val="0"/>
                <w:sz w:val="18"/>
              </w:rPr>
              <w:t>（3）同桌互相检查计算结果。</w:t>
            </w:r>
          </w:p>
        </w:tc>
        <w:tc>
          <w:tcPr>
            <w:tcW w:type="dxa" w:w="3061"/>
          </w:tcPr>
          <w:p>
            <w:pPr>
              <w:spacing w:after="20" w:line="276" w:lineRule="auto"/>
            </w:pPr>
            <w:r/>
            <w:r>
              <w:rPr>
                <w:rFonts w:ascii="宋体" w:hAnsi="宋体" w:eastAsia="宋体"/>
                <w:b w:val="0"/>
                <w:sz w:val="18"/>
              </w:rPr>
              <w:t>学生小组合作自主整理。</w:t>
            </w:r>
          </w:p>
          <w:p>
            <w:pPr>
              <w:spacing w:after="20" w:line="276" w:lineRule="auto"/>
            </w:pPr>
            <w:r>
              <w:rPr>
                <w:rFonts w:ascii="宋体" w:hAnsi="宋体" w:eastAsia="宋体"/>
                <w:b w:val="0"/>
                <w:sz w:val="18"/>
              </w:rPr>
              <w:t>预设1：小数加、减法的计算法则：（1）小数点要对齐，即相同数位要对齐；（2）从低位算起，按整数加减法的计算方法进行计算；（3）得数的小数部分末尾有“0”时，一般要把末尾的“0”去掉。</w:t>
            </w:r>
          </w:p>
          <w:p>
            <w:pPr>
              <w:spacing w:after="20" w:line="276" w:lineRule="auto"/>
            </w:pPr>
            <w:r>
              <w:rPr>
                <w:rFonts w:ascii="宋体" w:hAnsi="宋体" w:eastAsia="宋体"/>
                <w:b w:val="0"/>
                <w:sz w:val="18"/>
              </w:rPr>
              <w:t>预设2：小数加减混合运算的运算顺序与整数加减混合运算的运算顺序相同。在没有括号的算式里，如果只有加法和减法，就按照从左到右的顺序计算；有括号的，要先算括号里面的。</w:t>
            </w:r>
          </w:p>
          <w:p>
            <w:pPr>
              <w:spacing w:after="20" w:line="276" w:lineRule="auto"/>
            </w:pPr>
            <w:r>
              <w:rPr>
                <w:rFonts w:ascii="宋体" w:hAnsi="宋体" w:eastAsia="宋体"/>
                <w:b w:val="0"/>
                <w:sz w:val="18"/>
              </w:rPr>
              <w:t>预设3：整数加法的运算律对于小数加法同样适用。</w:t>
            </w:r>
          </w:p>
        </w:tc>
        <w:tc>
          <w:tcPr>
            <w:tcW w:type="dxa" w:w="1814"/>
          </w:tcPr>
          <w:p>
            <w:pPr>
              <w:spacing w:after="20" w:line="276" w:lineRule="auto"/>
            </w:pPr>
            <w:r/>
            <w:r>
              <w:rPr>
                <w:rFonts w:ascii="宋体" w:hAnsi="宋体" w:eastAsia="宋体"/>
                <w:b w:val="0"/>
                <w:sz w:val="18"/>
              </w:rPr>
              <w:t>围绕环节目标组织学习活动，引导学生主动参与、积极思考，核心问题："你能整理出小数的加法和减法的知识点吗？"</w:t>
            </w:r>
          </w:p>
        </w:tc>
      </w:tr>
      <w:tr>
        <w:tc>
          <w:tcPr>
            <w:tcW w:type="dxa" w:w="1474"/>
          </w:tcPr>
          <w:p>
            <w:pPr>
              <w:spacing w:after="20" w:line="276" w:lineRule="auto"/>
            </w:pPr>
            <w:r>
              <w:rPr>
                <w:b/>
              </w:rPr>
            </w:r>
            <w:r>
              <w:rPr>
                <w:rFonts w:ascii="宋体" w:hAnsi="宋体" w:eastAsia="宋体"/>
                <w:b/>
                <w:sz w:val="18"/>
              </w:rPr>
              <w:t>三、比较小数和整数的异同</w:t>
            </w:r>
          </w:p>
        </w:tc>
        <w:tc>
          <w:tcPr>
            <w:tcW w:type="dxa" w:w="3061"/>
          </w:tcPr>
          <w:p>
            <w:pPr>
              <w:spacing w:after="20" w:line="276" w:lineRule="auto"/>
            </w:pPr>
            <w:r/>
            <w:r>
              <w:rPr>
                <w:rFonts w:ascii="宋体" w:hAnsi="宋体" w:eastAsia="宋体"/>
                <w:b w:val="0"/>
                <w:sz w:val="18"/>
              </w:rPr>
              <w:t>师：小数和我们以前学习过的整数有什么相同点和不同点呢？师生共同完成教科书P104第2题的表格。</w:t>
            </w:r>
          </w:p>
        </w:tc>
        <w:tc>
          <w:tcPr>
            <w:tcW w:type="dxa" w:w="3061"/>
          </w:tcPr>
          <w:p>
            <w:pPr>
              <w:spacing w:after="20" w:line="276" w:lineRule="auto"/>
            </w:pPr>
            <w:r/>
            <w:r>
              <w:rPr>
                <w:rFonts w:ascii="宋体" w:hAnsi="宋体" w:eastAsia="宋体"/>
                <w:b w:val="0"/>
                <w:sz w:val="18"/>
              </w:rPr>
              <w:t>全班交流，整理完善。</w:t>
            </w:r>
          </w:p>
        </w:tc>
        <w:tc>
          <w:tcPr>
            <w:tcW w:type="dxa" w:w="1814"/>
          </w:tcPr>
          <w:p>
            <w:pPr>
              <w:spacing w:after="20" w:line="276" w:lineRule="auto"/>
            </w:pPr>
            <w:r/>
            <w:r>
              <w:rPr>
                <w:rFonts w:ascii="宋体" w:hAnsi="宋体" w:eastAsia="宋体"/>
                <w:b w:val="0"/>
                <w:sz w:val="18"/>
              </w:rPr>
              <w:t>复习是一个知识回顾与梳理的过程，也是一个学生进一步体验和积累数学活动经验的过程。因此，在小数和整数的相同点和不同点的复习整理中，通过开放空间的设计，放手让学生自主梳理回顾的环节，这样才能帮助学生养成自主复习的好习惯。</w:t>
            </w:r>
          </w:p>
        </w:tc>
      </w:tr>
      <w:tr>
        <w:tc>
          <w:tcPr>
            <w:tcW w:type="dxa" w:w="1474"/>
          </w:tcPr>
          <w:p>
            <w:pPr>
              <w:spacing w:after="20" w:line="276" w:lineRule="auto"/>
            </w:pPr>
            <w:r>
              <w:rPr>
                <w:b/>
              </w:rPr>
            </w:r>
            <w:r>
              <w:rPr>
                <w:rFonts w:ascii="宋体" w:hAnsi="宋体" w:eastAsia="宋体"/>
                <w:b/>
                <w:sz w:val="18"/>
              </w:rPr>
              <w:t>四、知识应用，能力拓展</w:t>
            </w:r>
          </w:p>
        </w:tc>
        <w:tc>
          <w:tcPr>
            <w:tcW w:type="dxa" w:w="3061"/>
          </w:tcPr>
          <w:p>
            <w:pPr>
              <w:spacing w:after="20" w:line="276" w:lineRule="auto"/>
            </w:pPr>
            <w:r/>
            <w:r>
              <w:rPr>
                <w:rFonts w:ascii="宋体" w:hAnsi="宋体" w:eastAsia="宋体"/>
                <w:b w:val="0"/>
                <w:sz w:val="18"/>
              </w:rPr>
              <w:t>1.教科书P106“练习二十五”第1题。</w:t>
            </w:r>
          </w:p>
          <w:p>
            <w:pPr>
              <w:spacing w:after="20" w:line="276" w:lineRule="auto"/>
            </w:pPr>
            <w:r>
              <w:rPr>
                <w:rFonts w:ascii="宋体" w:hAnsi="宋体" w:eastAsia="宋体"/>
                <w:b w:val="0"/>
                <w:sz w:val="18"/>
              </w:rPr>
              <w:t>（1）指名板演，其余学生在练习本上独立完成。</w:t>
            </w:r>
          </w:p>
          <w:p>
            <w:pPr>
              <w:spacing w:after="20" w:line="276" w:lineRule="auto"/>
            </w:pPr>
            <w:r>
              <w:rPr>
                <w:rFonts w:ascii="宋体" w:hAnsi="宋体" w:eastAsia="宋体"/>
                <w:b w:val="0"/>
                <w:sz w:val="18"/>
              </w:rPr>
              <w:t>（2）集中订正，学生说说用了哪两种方法验算。</w:t>
            </w:r>
          </w:p>
          <w:p>
            <w:pPr>
              <w:spacing w:after="20" w:line="276" w:lineRule="auto"/>
            </w:pPr>
            <w:r>
              <w:rPr>
                <w:rFonts w:ascii="宋体" w:hAnsi="宋体" w:eastAsia="宋体"/>
                <w:b w:val="0"/>
                <w:sz w:val="18"/>
              </w:rPr>
              <w:t>2.教科书P107“练习二十五”第7题。</w:t>
            </w:r>
          </w:p>
          <w:p>
            <w:pPr>
              <w:spacing w:after="20" w:line="276" w:lineRule="auto"/>
            </w:pPr>
            <w:r>
              <w:rPr>
                <w:rFonts w:ascii="宋体" w:hAnsi="宋体" w:eastAsia="宋体"/>
                <w:b w:val="0"/>
                <w:sz w:val="18"/>
              </w:rPr>
              <w:t>（1）引导学生说说如何求总成绩。</w:t>
            </w:r>
          </w:p>
          <w:p>
            <w:pPr>
              <w:spacing w:after="20" w:line="276" w:lineRule="auto"/>
            </w:pPr>
            <w:r>
              <w:rPr>
                <w:rFonts w:ascii="宋体" w:hAnsi="宋体" w:eastAsia="宋体"/>
                <w:b w:val="0"/>
                <w:sz w:val="18"/>
              </w:rPr>
              <w:t>（2）学生独立计算填表，并把总成绩排一排。</w:t>
            </w:r>
          </w:p>
          <w:p>
            <w:pPr>
              <w:spacing w:after="20" w:line="276" w:lineRule="auto"/>
            </w:pPr>
            <w:r>
              <w:rPr>
                <w:rFonts w:ascii="宋体" w:hAnsi="宋体" w:eastAsia="宋体"/>
                <w:b w:val="0"/>
                <w:sz w:val="18"/>
              </w:rPr>
              <w:t>（3）集体交流汇报。</w:t>
            </w:r>
          </w:p>
          <w:p>
            <w:pPr>
              <w:spacing w:after="20" w:line="276" w:lineRule="auto"/>
            </w:pPr>
            <w:r>
              <w:rPr>
                <w:rFonts w:ascii="宋体" w:hAnsi="宋体" w:eastAsia="宋体"/>
                <w:b w:val="0"/>
                <w:sz w:val="18"/>
              </w:rPr>
              <w:t>（1）仔细观察，学生说一说从图中获得了哪些信息。</w:t>
            </w:r>
          </w:p>
          <w:p>
            <w:pPr>
              <w:spacing w:after="20" w:line="276" w:lineRule="auto"/>
            </w:pPr>
            <w:r>
              <w:rPr>
                <w:rFonts w:ascii="宋体" w:hAnsi="宋体" w:eastAsia="宋体"/>
                <w:b w:val="0"/>
                <w:sz w:val="18"/>
              </w:rPr>
              <w:t>（2）思考：李逸只有15元，她选择的两本书的总价钱有什么要求？张波付给售货员16元，说明他买的两本书的总价钱与16元有什么关系？与15元呢？</w:t>
            </w:r>
          </w:p>
          <w:p>
            <w:pPr>
              <w:spacing w:after="20" w:line="276" w:lineRule="auto"/>
            </w:pPr>
            <w:r>
              <w:rPr>
                <w:rFonts w:ascii="宋体" w:hAnsi="宋体" w:eastAsia="宋体"/>
                <w:b w:val="0"/>
                <w:sz w:val="18"/>
              </w:rPr>
              <w:t>（3）学生独立完成后集中交流。</w:t>
            </w:r>
          </w:p>
          <w:p>
            <w:pPr>
              <w:spacing w:after="20" w:line="276" w:lineRule="auto"/>
            </w:pPr>
            <w:r>
              <w:rPr>
                <w:rFonts w:ascii="宋体" w:hAnsi="宋体" w:eastAsia="宋体"/>
                <w:b w:val="0"/>
                <w:sz w:val="18"/>
              </w:rPr>
              <w:t>4.教科书P110“练习二十五”第20题。</w:t>
            </w:r>
          </w:p>
          <w:p>
            <w:pPr>
              <w:spacing w:after="20" w:line="276" w:lineRule="auto"/>
            </w:pPr>
            <w:r>
              <w:rPr>
                <w:rFonts w:ascii="宋体" w:hAnsi="宋体" w:eastAsia="宋体"/>
                <w:b w:val="0"/>
                <w:sz w:val="18"/>
              </w:rPr>
              <w:t>（1）学生独立尝试解答。</w:t>
            </w:r>
          </w:p>
          <w:p>
            <w:pPr>
              <w:spacing w:after="20" w:line="276" w:lineRule="auto"/>
            </w:pPr>
            <w:r>
              <w:rPr>
                <w:rFonts w:ascii="宋体" w:hAnsi="宋体" w:eastAsia="宋体"/>
                <w:b w:val="0"/>
                <w:sz w:val="18"/>
              </w:rPr>
              <w:t>（2）交流讨论解题方法。</w:t>
            </w:r>
          </w:p>
          <w:p>
            <w:pPr>
              <w:spacing w:after="20" w:line="276" w:lineRule="auto"/>
            </w:pPr>
            <w:r>
              <w:rPr>
                <w:rFonts w:ascii="宋体" w:hAnsi="宋体" w:eastAsia="宋体"/>
                <w:b w:val="0"/>
                <w:sz w:val="18"/>
              </w:rPr>
              <w:t>在完成小数、整数比较的表格时，可先由学生自己填写，然后交流完善。教学时不出示表格，由学生自创整理方式，再交流完善。</w:t>
            </w:r>
          </w:p>
        </w:tc>
        <w:tc>
          <w:tcPr>
            <w:tcW w:type="dxa" w:w="3061"/>
          </w:tcPr>
          <w:p>
            <w:pPr>
              <w:spacing w:after="20" w:line="276" w:lineRule="auto"/>
            </w:pPr>
            <w:r/>
            <w:r>
              <w:rPr>
                <w:rFonts w:ascii="宋体" w:hAnsi="宋体" w:eastAsia="宋体"/>
                <w:b w:val="0"/>
                <w:sz w:val="18"/>
              </w:rPr>
              <w:t>利用小数加减法解决实际问题是学生的难点，部分学生能正确计算出成绩，但不会根据数据判断，给出正确结论。教师要引导学生明白：时间少的接力赛成绩好。3.教科书P110“练习二十五”第18题。</w:t>
            </w:r>
          </w:p>
          <w:p>
            <w:pPr>
              <w:spacing w:after="20" w:line="276" w:lineRule="auto"/>
            </w:pPr>
            <w:r>
              <w:rPr>
                <w:rFonts w:ascii="宋体" w:hAnsi="宋体" w:eastAsia="宋体"/>
                <w:b w:val="0"/>
                <w:sz w:val="18"/>
              </w:rPr>
              <w:t>李逸选择的两本书的总价钱必须少于或等于15元；张波买的两本书的总价钱不超过16元就可以了，可以多于15元。此题有一定的难度，教师要耐心引导，逐步完善。</w:t>
            </w:r>
          </w:p>
        </w:tc>
        <w:tc>
          <w:tcPr>
            <w:tcW w:type="dxa" w:w="1814"/>
          </w:tcPr>
          <w:p>
            <w:pPr>
              <w:spacing w:after="20" w:line="276" w:lineRule="auto"/>
            </w:pPr>
            <w:r/>
            <w:r>
              <w:rPr>
                <w:rFonts w:ascii="宋体" w:hAnsi="宋体" w:eastAsia="宋体"/>
                <w:b w:val="0"/>
                <w:sz w:val="18"/>
              </w:rPr>
              <w:t>练习既考虑了学生的个体差异、实际接受能力和教学内容，又适当分层，有梯度，满足不同层次学生的学习需求，让他们在训练基本技能的同时发散思维，培养创新能力以及提出问题、解决问题的能力。</w:t>
            </w:r>
          </w:p>
        </w:tc>
      </w:tr>
      <w:tr>
        <w:tc>
          <w:tcPr>
            <w:tcW w:type="dxa" w:w="1474"/>
          </w:tcPr>
          <w:p>
            <w:pPr>
              <w:spacing w:after="20" w:line="276" w:lineRule="auto"/>
            </w:pPr>
            <w:r>
              <w:rPr>
                <w:b/>
              </w:rPr>
            </w:r>
            <w:r>
              <w:rPr>
                <w:rFonts w:ascii="宋体" w:hAnsi="宋体" w:eastAsia="宋体"/>
                <w:b/>
                <w:sz w:val="18"/>
              </w:rPr>
              <w:t>五、课堂小结</w:t>
            </w:r>
          </w:p>
        </w:tc>
        <w:tc>
          <w:tcPr>
            <w:tcW w:type="dxa" w:w="3061"/>
          </w:tcPr>
          <w:p>
            <w:pPr>
              <w:spacing w:after="20" w:line="276" w:lineRule="auto"/>
            </w:pPr>
            <w:r/>
            <w:r>
              <w:rPr>
                <w:rFonts w:ascii="宋体" w:hAnsi="宋体" w:eastAsia="宋体"/>
                <w:b w:val="0"/>
                <w:sz w:val="18"/>
              </w:rPr>
              <w:t>师：今天的复习课你有什么收获？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引导学生回顾梳理本课所学，完善认知结构，提升归纳与反思能力，核心问题："今天的复习课你有什么收获？"</w:t>
            </w:r>
          </w:p>
        </w:tc>
      </w:tr>
      <w:tr>
        <w:tc>
          <w:tcPr>
            <w:tcW w:type="dxa" w:w="1474"/>
          </w:tcPr>
          <w:p>
            <w:pPr>
              <w:spacing w:after="20" w:line="276" w:lineRule="auto"/>
            </w:pPr>
            <w:r>
              <w:rPr>
                <w:b/>
              </w:rPr>
            </w:r>
            <w:r>
              <w:rPr>
                <w:rFonts w:ascii="宋体" w:hAnsi="宋体" w:eastAsia="宋体"/>
                <w:b/>
                <w:sz w:val="18"/>
              </w:rPr>
              <w:t>六、课后作业</w:t>
            </w:r>
          </w:p>
        </w:tc>
        <w:tc>
          <w:tcPr>
            <w:tcW w:type="dxa" w:w="3061"/>
          </w:tcPr>
          <w:p>
            <w:pPr>
              <w:spacing w:after="20" w:line="276" w:lineRule="auto"/>
            </w:pPr>
            <w:r/>
            <w:r>
              <w:rPr>
                <w:rFonts w:ascii="宋体" w:hAnsi="宋体" w:eastAsia="宋体"/>
                <w:b w:val="0"/>
                <w:sz w:val="18"/>
              </w:rPr>
              <w:t>师：请同学们课后用计算器完成教科书P109“练习二十五”第15题。</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围绕环节目标组织学习活动，引导学生主动参与、积极思考。</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数与代数（2）——小数的意义和性质及小数的加减法</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完成教科书P104第2题，P106~110“练习二十五”第1、4、5、7、15、18、20题。</w:t>
      </w:r>
    </w:p>
    <w:p>
      <w:pPr>
        <w:spacing w:after="40" w:line="300" w:lineRule="auto"/>
        <w:ind w:firstLine="400"/>
      </w:pPr>
      <w:r>
        <w:rPr>
          <w:rFonts w:ascii="宋体" w:hAnsi="宋体" w:eastAsia="宋体"/>
          <w:b w:val="0"/>
          <w:sz w:val="20"/>
        </w:rPr>
        <w:t>② 原设计安排：见“状元成才路”系列丛书《创优作业100分》对应课时作业。 1.周末，成成和妈妈去商场购物。 （1）算式“21.69＋61.81－18.7”解决的问题是( )。 （2）成成用零花钱买了一根跳绳和一个滑板，还剩多少零花钱？需要用到的信息是( )。（填序号） 解答： 2.一个空杯的质量及用这个杯子装半杯水时的质量分别如下。这个杯子装满水时重多少千克？ 参考答案 1.（1）篮球的单价是多少元 （2）①②③ 124.5－21.69－（21.69＋61.81）＝19.31（元） 2. 0.75－0.25＝0.5（kg） 0.75＋0.5＝1.25（kg）</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这节课是对前面学习关于小数的知识的全面整理和复习。教学中为了突破难点，对于小数与整数的相同点和不同点的复习整理和利用小数加减法解答较难实际问题花的时间相对多一点。本节课完成了预计的教学目标，让学生体验到复习课的乐趣，学习能力也得到了进一步提高。整节课的复习设计有序、合理，但知识点之间的过渡不是很自然，语言不够精练，探究环节留给学生的时间也不是很充足。</w:t>
      </w:r>
    </w:p>
    <w:p>
      <w:r>
        <w:br w:type="page"/>
      </w:r>
    </w:p>
    <w:p>
      <w:pPr>
        <w:spacing w:after="80" w:line="300" w:lineRule="auto"/>
      </w:pPr>
      <w:r>
        <w:rPr>
          <w:rFonts w:ascii="黑体" w:hAnsi="黑体" w:eastAsia="黑体"/>
          <w:b/>
          <w:sz w:val="24"/>
        </w:rPr>
        <w:t>二、课时教学方案（第3课时）</w:t>
      </w:r>
    </w:p>
    <w:p>
      <w:pPr>
        <w:spacing w:after="80" w:line="300" w:lineRule="auto"/>
      </w:pPr>
      <w:r>
        <w:rPr>
          <w:rFonts w:ascii="黑体" w:hAnsi="黑体" w:eastAsia="黑体"/>
          <w:b/>
          <w:sz w:val="24"/>
        </w:rPr>
        <w:t>第3课时　图形与几何</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第3课时　图形与几何</w:t>
            </w:r>
          </w:p>
        </w:tc>
        <w:tc>
          <w:tcPr>
            <w:tcW w:type="dxa" w:w="6009"/>
          </w:tcPr>
          <w:p>
            <w:pPr>
              <w:spacing w:after="20" w:line="276" w:lineRule="auto"/>
            </w:pPr>
            <w:r/>
            <w:r>
              <w:rPr>
                <w:rFonts w:ascii="宋体" w:hAnsi="宋体" w:eastAsia="宋体"/>
                <w:b w:val="0"/>
                <w:sz w:val="20"/>
              </w:rPr>
              <w:t>第10单元 总复习</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本学期学生理解、分析能力，解决问题的能力都有明显的进步，在学习过程中暴露出来的问题也较多。部分学生做口算题比较容易出错，特别是简单的小数加法和减法口算习题。对于运算律的应用，以及稍微有难度的简便计算，学生也会出现失误。个别学生对三角形的分类和特征掌握不牢。在空间与图形方面，部分学生不能够画出同一物体从不同方向观察所看到的平面图形，不能正确掌握平移的方法等。这些问题都是本单元复习要突破的难点。</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教学内容：完成教科书P105第3题，P107~110“练习二十五”第8、9、10、11、12、13、17题。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通过整理和复习，进一步认识三角形的特征，掌握三角形的三边关系、三角形的分类以及三角形内角和、多边形内角和等知识，加深对等腰、等边三角形的了解，培养学生初步的推理、比较、概括、类比的能力，增强空间观念。</w:t>
      </w:r>
    </w:p>
    <w:p>
      <w:pPr>
        <w:spacing w:after="20" w:line="300" w:lineRule="auto"/>
        <w:ind w:firstLine="400"/>
      </w:pPr>
      <w:r>
        <w:rPr>
          <w:rFonts w:ascii="宋体" w:hAnsi="宋体" w:eastAsia="宋体"/>
          <w:b w:val="0"/>
          <w:sz w:val="20"/>
        </w:rPr>
        <w:t>（2）经历由物体到对应视图，由视图想象物体形状的过程，能够灵活、正确地转换，发展推理、想象的能力和空间观念。进一步认识平移、轴对称图形的特征，识别平移、轴对称图形，能够补全一个轴对称图形，利用平移的方法解决一些简单的实际问题，培养想象能力。</w:t>
      </w:r>
    </w:p>
    <w:p>
      <w:pPr>
        <w:spacing w:after="20" w:line="300" w:lineRule="auto"/>
        <w:ind w:firstLine="400"/>
      </w:pPr>
      <w:r>
        <w:rPr>
          <w:rFonts w:ascii="宋体" w:hAnsi="宋体" w:eastAsia="宋体"/>
          <w:b w:val="0"/>
          <w:sz w:val="20"/>
        </w:rPr>
        <w:t>（3）激发学生的学习兴趣，进一步感受数学思想，积累数学活动经验，提高数学素养。</w:t>
      </w:r>
    </w:p>
    <w:p>
      <w:pPr>
        <w:spacing w:after="20" w:line="300" w:lineRule="auto"/>
      </w:pPr>
      <w:r>
        <w:rPr>
          <w:rFonts w:ascii="宋体" w:hAnsi="宋体" w:eastAsia="宋体"/>
          <w:b w:val="0"/>
          <w:sz w:val="20"/>
        </w:rPr>
        <w:t>教学重点：回顾和整理图形的特征，巩固视图及图形的运动等知识。</w:t>
      </w:r>
    </w:p>
    <w:p>
      <w:pPr>
        <w:spacing w:after="20" w:line="300" w:lineRule="auto"/>
      </w:pPr>
      <w:r>
        <w:rPr>
          <w:rFonts w:ascii="宋体" w:hAnsi="宋体" w:eastAsia="宋体"/>
          <w:b w:val="0"/>
          <w:sz w:val="20"/>
        </w:rPr>
        <w:t>教学难点：正确、灵活地解决与图形相关的问题。</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一、谈话导入</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这学期我们学了哪些和“图形与几何”有关的内容？在哪个单元学的呢？；通过这几个单元的学习，你收获了什么知识呢？</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二、复习三角形</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14分钟</w:t>
            </w:r>
          </w:p>
        </w:tc>
      </w:tr>
      <w:tr>
        <w:tc>
          <w:tcPr>
            <w:tcW w:type="dxa" w:w="2835"/>
          </w:tcPr>
          <w:p>
            <w:pPr>
              <w:spacing w:after="20" w:line="276" w:lineRule="auto"/>
            </w:pPr>
            <w:r/>
            <w:r>
              <w:rPr>
                <w:rFonts w:ascii="宋体" w:hAnsi="宋体" w:eastAsia="宋体"/>
                <w:b w:val="0"/>
                <w:sz w:val="18"/>
              </w:rPr>
              <w:t>三、复习观察物体</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四、复习图形的运动</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什么样的图形是轴对称图形？它有什么性质？你能举例说明吗？；怎样画轴对称图形的对称轴和轴对称图形的另一半呢？</w:t>
            </w:r>
          </w:p>
        </w:tc>
        <w:tc>
          <w:tcPr>
            <w:tcW w:type="dxa" w:w="1361"/>
          </w:tcPr>
          <w:p>
            <w:pPr>
              <w:spacing w:after="20" w:line="276" w:lineRule="auto"/>
            </w:pPr>
            <w:r/>
            <w:r>
              <w:rPr>
                <w:rFonts w:ascii="宋体" w:hAnsi="宋体" w:eastAsia="宋体"/>
                <w:b w:val="0"/>
                <w:sz w:val="18"/>
              </w:rPr>
              <w:t>12分钟</w:t>
            </w:r>
          </w:p>
        </w:tc>
      </w:tr>
      <w:tr>
        <w:tc>
          <w:tcPr>
            <w:tcW w:type="dxa" w:w="2835"/>
          </w:tcPr>
          <w:p>
            <w:pPr>
              <w:spacing w:after="20" w:line="276" w:lineRule="auto"/>
            </w:pPr>
            <w:r/>
            <w:r>
              <w:rPr>
                <w:rFonts w:ascii="宋体" w:hAnsi="宋体" w:eastAsia="宋体"/>
                <w:b w:val="0"/>
                <w:sz w:val="18"/>
              </w:rPr>
              <w:t>五、课堂小结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这节课我们复习和整理了哪些方面的知识？你有什么收获？</w:t>
            </w:r>
          </w:p>
        </w:tc>
        <w:tc>
          <w:tcPr>
            <w:tcW w:type="dxa" w:w="1361"/>
          </w:tcPr>
          <w:p>
            <w:pPr>
              <w:spacing w:after="20" w:line="276" w:lineRule="auto"/>
            </w:pPr>
            <w:r/>
            <w:r>
              <w:rPr>
                <w:rFonts w:ascii="宋体" w:hAnsi="宋体" w:eastAsia="宋体"/>
                <w:b w:val="0"/>
                <w:sz w:val="18"/>
              </w:rPr>
              <w:t>3分钟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一、谈话导入</w:t>
            </w:r>
          </w:p>
        </w:tc>
        <w:tc>
          <w:tcPr>
            <w:tcW w:type="dxa" w:w="3061"/>
          </w:tcPr>
          <w:p>
            <w:pPr>
              <w:spacing w:after="20" w:line="276" w:lineRule="auto"/>
            </w:pPr>
            <w:r/>
            <w:r>
              <w:rPr>
                <w:rFonts w:ascii="宋体" w:hAnsi="宋体" w:eastAsia="宋体"/>
                <w:b w:val="0"/>
                <w:sz w:val="18"/>
              </w:rPr>
              <w:t>1.提出问题。</w:t>
            </w:r>
          </w:p>
          <w:p>
            <w:pPr>
              <w:spacing w:after="20" w:line="276" w:lineRule="auto"/>
            </w:pPr>
            <w:r>
              <w:rPr>
                <w:rFonts w:ascii="宋体" w:hAnsi="宋体" w:eastAsia="宋体"/>
                <w:b w:val="0"/>
                <w:sz w:val="18"/>
              </w:rPr>
              <w:t>师：这学期我们学了哪些和“图形与几何”有关的内容？在哪个单元学的呢？</w:t>
            </w:r>
          </w:p>
          <w:p>
            <w:pPr>
              <w:spacing w:after="20" w:line="276" w:lineRule="auto"/>
            </w:pPr>
            <w:r>
              <w:rPr>
                <w:rFonts w:ascii="宋体" w:hAnsi="宋体" w:eastAsia="宋体"/>
                <w:b w:val="0"/>
                <w:sz w:val="18"/>
              </w:rPr>
              <w:t>师：通过这几个单元的学习，你收获了什么知识呢？</w:t>
            </w:r>
          </w:p>
          <w:p>
            <w:pPr>
              <w:spacing w:after="20" w:line="276" w:lineRule="auto"/>
            </w:pPr>
            <w:r>
              <w:rPr>
                <w:rFonts w:ascii="宋体" w:hAnsi="宋体" w:eastAsia="宋体"/>
                <w:b w:val="0"/>
                <w:sz w:val="18"/>
              </w:rPr>
              <w:t>2.揭示课题。</w:t>
            </w:r>
          </w:p>
          <w:p>
            <w:pPr>
              <w:spacing w:after="20" w:line="276" w:lineRule="auto"/>
            </w:pPr>
            <w:r>
              <w:rPr>
                <w:rFonts w:ascii="宋体" w:hAnsi="宋体" w:eastAsia="宋体"/>
                <w:b w:val="0"/>
                <w:sz w:val="18"/>
              </w:rPr>
              <w:t>师：大家说得不够完善，今天我们就来进行系统的复习。（板书课题：图形与几何）</w:t>
            </w:r>
          </w:p>
        </w:tc>
        <w:tc>
          <w:tcPr>
            <w:tcW w:type="dxa" w:w="3061"/>
          </w:tcPr>
          <w:p>
            <w:pPr>
              <w:spacing w:after="20" w:line="276" w:lineRule="auto"/>
            </w:pPr>
            <w:r/>
            <w:r>
              <w:rPr>
                <w:rFonts w:ascii="宋体" w:hAnsi="宋体" w:eastAsia="宋体"/>
                <w:b w:val="0"/>
                <w:sz w:val="18"/>
              </w:rPr>
              <w:t>第二单元学习了观察物体，第五单元学习了三角形，第七单元学习了图形的运动。</w:t>
            </w:r>
          </w:p>
          <w:p>
            <w:pPr>
              <w:spacing w:after="20" w:line="276" w:lineRule="auto"/>
            </w:pPr>
            <w:r>
              <w:rPr>
                <w:rFonts w:ascii="宋体" w:hAnsi="宋体" w:eastAsia="宋体"/>
                <w:b w:val="0"/>
                <w:sz w:val="18"/>
              </w:rPr>
              <w:t>预设1：我会从不同方向观察立体图形。</w:t>
            </w:r>
          </w:p>
          <w:p>
            <w:pPr>
              <w:spacing w:after="20" w:line="276" w:lineRule="auto"/>
            </w:pPr>
            <w:r>
              <w:rPr>
                <w:rFonts w:ascii="宋体" w:hAnsi="宋体" w:eastAsia="宋体"/>
                <w:b w:val="0"/>
                <w:sz w:val="18"/>
              </w:rPr>
              <w:t>预设2：我会给三角形分类。</w:t>
            </w:r>
          </w:p>
          <w:p>
            <w:pPr>
              <w:spacing w:after="20" w:line="276" w:lineRule="auto"/>
            </w:pPr>
            <w:r>
              <w:rPr>
                <w:rFonts w:ascii="宋体" w:hAnsi="宋体" w:eastAsia="宋体"/>
                <w:b w:val="0"/>
                <w:sz w:val="18"/>
              </w:rPr>
              <w:t>预设3：我会画轴对称图形。</w:t>
            </w:r>
          </w:p>
        </w:tc>
        <w:tc>
          <w:tcPr>
            <w:tcW w:type="dxa" w:w="1814"/>
          </w:tcPr>
          <w:p>
            <w:pPr>
              <w:spacing w:after="20" w:line="276" w:lineRule="auto"/>
            </w:pPr>
            <w:r/>
            <w:r>
              <w:rPr>
                <w:rFonts w:ascii="宋体" w:hAnsi="宋体" w:eastAsia="宋体"/>
                <w:b w:val="0"/>
                <w:sz w:val="18"/>
              </w:rPr>
              <w:t>通过师生谈话，引导学生将本学期学习的“图形与几何”的知识进行了简单的回顾，引发思考，学生眼前和大脑中会出现图形，既能让学生进入复习的状态，又能引出零散的知识。</w:t>
            </w:r>
          </w:p>
        </w:tc>
      </w:tr>
      <w:tr>
        <w:tc>
          <w:tcPr>
            <w:tcW w:type="dxa" w:w="1474"/>
          </w:tcPr>
          <w:p>
            <w:pPr>
              <w:spacing w:after="20" w:line="276" w:lineRule="auto"/>
            </w:pPr>
            <w:r>
              <w:rPr>
                <w:b/>
              </w:rPr>
            </w:r>
            <w:r>
              <w:rPr>
                <w:rFonts w:ascii="宋体" w:hAnsi="宋体" w:eastAsia="宋体"/>
                <w:b/>
                <w:sz w:val="18"/>
              </w:rPr>
              <w:t>二、复习三角形</w:t>
            </w:r>
          </w:p>
        </w:tc>
        <w:tc>
          <w:tcPr>
            <w:tcW w:type="dxa" w:w="3061"/>
          </w:tcPr>
          <w:p>
            <w:pPr>
              <w:spacing w:after="20" w:line="276" w:lineRule="auto"/>
            </w:pPr>
            <w:r/>
            <w:r>
              <w:rPr>
                <w:rFonts w:ascii="宋体" w:hAnsi="宋体" w:eastAsia="宋体"/>
                <w:b w:val="0"/>
                <w:sz w:val="18"/>
              </w:rPr>
              <w:t>1.梳理知识。</w:t>
            </w:r>
          </w:p>
          <w:p>
            <w:pPr>
              <w:spacing w:after="20" w:line="276" w:lineRule="auto"/>
            </w:pPr>
            <w:r>
              <w:rPr>
                <w:rFonts w:ascii="宋体" w:hAnsi="宋体" w:eastAsia="宋体"/>
                <w:b w:val="0"/>
                <w:sz w:val="18"/>
              </w:rPr>
              <w:t>师：回忆一下，三角形这一单元有哪些重要的知识点。</w:t>
            </w:r>
          </w:p>
          <w:p>
            <w:pPr>
              <w:spacing w:after="20" w:line="276" w:lineRule="auto"/>
            </w:pPr>
            <w:r>
              <w:rPr>
                <w:rFonts w:ascii="宋体" w:hAnsi="宋体" w:eastAsia="宋体"/>
                <w:b w:val="0"/>
                <w:sz w:val="18"/>
              </w:rPr>
              <w:t>“图形与几何”的复习，要突出概念的理解与操作技能的形成、强化。</w:t>
            </w:r>
          </w:p>
          <w:p>
            <w:pPr>
              <w:spacing w:after="20" w:line="276" w:lineRule="auto"/>
            </w:pPr>
            <w:r>
              <w:rPr>
                <w:rFonts w:ascii="宋体" w:hAnsi="宋体" w:eastAsia="宋体"/>
                <w:b w:val="0"/>
                <w:sz w:val="18"/>
              </w:rPr>
              <w:t>2.应用知识。</w:t>
            </w:r>
          </w:p>
          <w:p>
            <w:pPr>
              <w:spacing w:after="20" w:line="276" w:lineRule="auto"/>
            </w:pPr>
            <w:r>
              <w:rPr>
                <w:rFonts w:ascii="宋体" w:hAnsi="宋体" w:eastAsia="宋体"/>
                <w:b w:val="0"/>
                <w:sz w:val="18"/>
              </w:rPr>
              <w:t>（1）教科书P105第3题。</w:t>
            </w:r>
          </w:p>
          <w:p>
            <w:pPr>
              <w:spacing w:after="20" w:line="276" w:lineRule="auto"/>
            </w:pPr>
            <w:r>
              <w:rPr>
                <w:rFonts w:ascii="宋体" w:hAnsi="宋体" w:eastAsia="宋体"/>
                <w:b w:val="0"/>
                <w:sz w:val="18"/>
              </w:rPr>
              <w:t>②指名汇报，让5名同学回答，分别说一说它们之间的联系是什么，区别又是什么。</w:t>
            </w:r>
          </w:p>
          <w:p>
            <w:pPr>
              <w:spacing w:after="20" w:line="276" w:lineRule="auto"/>
            </w:pPr>
            <w:r>
              <w:rPr>
                <w:rFonts w:ascii="宋体" w:hAnsi="宋体" w:eastAsia="宋体"/>
                <w:b w:val="0"/>
                <w:sz w:val="18"/>
              </w:rPr>
              <w:t>(2)教科书P107“练习二十五”第8题。</w:t>
            </w:r>
          </w:p>
          <w:p>
            <w:pPr>
              <w:spacing w:after="20" w:line="276" w:lineRule="auto"/>
            </w:pPr>
            <w:r>
              <w:rPr>
                <w:rFonts w:ascii="宋体" w:hAnsi="宋体" w:eastAsia="宋体"/>
                <w:b w:val="0"/>
                <w:sz w:val="18"/>
              </w:rPr>
              <w:t>①引导学生复习平角的概念、长方形内各角的特征等知识。</w:t>
            </w:r>
          </w:p>
          <w:p>
            <w:pPr>
              <w:spacing w:after="20" w:line="276" w:lineRule="auto"/>
            </w:pPr>
            <w:r>
              <w:rPr>
                <w:rFonts w:ascii="宋体" w:hAnsi="宋体" w:eastAsia="宋体"/>
                <w:b w:val="0"/>
                <w:sz w:val="18"/>
              </w:rPr>
              <w:t>③集体交流汇报。</w:t>
            </w:r>
          </w:p>
          <w:p>
            <w:pPr>
              <w:spacing w:after="20" w:line="276" w:lineRule="auto"/>
            </w:pPr>
            <w:r>
              <w:rPr>
                <w:rFonts w:ascii="宋体" w:hAnsi="宋体" w:eastAsia="宋体"/>
                <w:b w:val="0"/>
                <w:sz w:val="18"/>
              </w:rPr>
              <w:t>（3）教科书P107“练习二十五”第9题。</w:t>
            </w:r>
          </w:p>
          <w:p>
            <w:pPr>
              <w:spacing w:after="20" w:line="276" w:lineRule="auto"/>
            </w:pPr>
            <w:r>
              <w:rPr>
                <w:rFonts w:ascii="宋体" w:hAnsi="宋体" w:eastAsia="宋体"/>
                <w:b w:val="0"/>
                <w:sz w:val="18"/>
              </w:rPr>
              <w:t>①提醒学生可以根据三角形的三边关系来推理，若有学生举极端例子来反证，教师也要给予肯定。</w:t>
            </w:r>
          </w:p>
          <w:p>
            <w:pPr>
              <w:spacing w:after="20" w:line="276" w:lineRule="auto"/>
            </w:pPr>
            <w:r>
              <w:rPr>
                <w:rFonts w:ascii="宋体" w:hAnsi="宋体" w:eastAsia="宋体"/>
                <w:b w:val="0"/>
                <w:sz w:val="18"/>
              </w:rPr>
              <w:t>(4)教科书P107“练习二十五”第10题。</w:t>
            </w:r>
          </w:p>
          <w:p>
            <w:pPr>
              <w:spacing w:after="20" w:line="276" w:lineRule="auto"/>
            </w:pPr>
            <w:r>
              <w:rPr>
                <w:rFonts w:ascii="宋体" w:hAnsi="宋体" w:eastAsia="宋体"/>
                <w:b w:val="0"/>
                <w:sz w:val="18"/>
              </w:rPr>
              <w:t>(5)教科书P110“练习二十五”第17题。</w:t>
            </w:r>
          </w:p>
        </w:tc>
        <w:tc>
          <w:tcPr>
            <w:tcW w:type="dxa" w:w="3061"/>
          </w:tcPr>
          <w:p>
            <w:pPr>
              <w:spacing w:after="20" w:line="276" w:lineRule="auto"/>
            </w:pPr>
            <w:r/>
            <w:r>
              <w:rPr>
                <w:rFonts w:ascii="宋体" w:hAnsi="宋体" w:eastAsia="宋体"/>
                <w:b w:val="0"/>
                <w:sz w:val="18"/>
              </w:rPr>
              <w:t>学生先在小组内说一说，再合作，用自己的方法把三角形的知识整理记录下来。教师提示：可以是表格、文字、画图或者其他能够整理出知识结构的方法。</w:t>
            </w:r>
          </w:p>
          <w:p>
            <w:pPr>
              <w:spacing w:after="20" w:line="276" w:lineRule="auto"/>
            </w:pPr>
            <w:r>
              <w:rPr>
                <w:rFonts w:ascii="宋体" w:hAnsi="宋体" w:eastAsia="宋体"/>
                <w:b w:val="0"/>
                <w:sz w:val="18"/>
              </w:rPr>
              <w:t>小组汇报，共同回顾，集体整理。</w:t>
            </w:r>
          </w:p>
          <w:p>
            <w:pPr>
              <w:spacing w:after="20" w:line="276" w:lineRule="auto"/>
            </w:pPr>
            <w:r>
              <w:rPr>
                <w:rFonts w:ascii="宋体" w:hAnsi="宋体" w:eastAsia="宋体"/>
                <w:b w:val="0"/>
                <w:sz w:val="18"/>
              </w:rPr>
              <w:t>学生根据自己记住的知识，可能整理得不够完整，条理也可能不够清晰。另外，各个小组的整理方式、架构水平、表述能力也可能存在较大差异，这些参差不齐的学习现状，要注意，更要利用。</w:t>
            </w:r>
          </w:p>
          <w:p>
            <w:pPr>
              <w:spacing w:after="20" w:line="276" w:lineRule="auto"/>
            </w:pPr>
            <w:r>
              <w:rPr>
                <w:rFonts w:ascii="宋体" w:hAnsi="宋体" w:eastAsia="宋体"/>
                <w:b w:val="0"/>
                <w:sz w:val="18"/>
              </w:rPr>
              <w:t>①学生独立完成表格。</w:t>
            </w:r>
          </w:p>
          <w:p>
            <w:pPr>
              <w:spacing w:after="20" w:line="276" w:lineRule="auto"/>
            </w:pPr>
            <w:r>
              <w:rPr>
                <w:rFonts w:ascii="宋体" w:hAnsi="宋体" w:eastAsia="宋体"/>
                <w:b w:val="0"/>
                <w:sz w:val="18"/>
              </w:rPr>
              <w:t>②学生独立完成。</w:t>
            </w:r>
          </w:p>
          <w:p>
            <w:pPr>
              <w:spacing w:after="20" w:line="276" w:lineRule="auto"/>
            </w:pPr>
            <w:r>
              <w:rPr>
                <w:rFonts w:ascii="宋体" w:hAnsi="宋体" w:eastAsia="宋体"/>
                <w:b w:val="0"/>
                <w:sz w:val="18"/>
              </w:rPr>
              <w:t>②学生独立完成后汇报。</w:t>
            </w:r>
          </w:p>
          <w:p>
            <w:pPr>
              <w:spacing w:after="20" w:line="276" w:lineRule="auto"/>
            </w:pPr>
            <w:r>
              <w:rPr>
                <w:rFonts w:ascii="宋体" w:hAnsi="宋体" w:eastAsia="宋体"/>
                <w:b w:val="0"/>
                <w:sz w:val="18"/>
              </w:rPr>
              <w:t>①小组合作数一数，注意数的时候要有序，不重复、不遗漏，将锐角、直角、钝角分别用不同的标记记上，再填空。</w:t>
            </w:r>
          </w:p>
          <w:p>
            <w:pPr>
              <w:spacing w:after="20" w:line="276" w:lineRule="auto"/>
            </w:pPr>
            <w:r>
              <w:rPr>
                <w:rFonts w:ascii="宋体" w:hAnsi="宋体" w:eastAsia="宋体"/>
                <w:b w:val="0"/>
                <w:sz w:val="18"/>
              </w:rPr>
              <w:t>②小组汇报，全班交流，边用展示台展示，边描出相应的角和三角形。</w:t>
            </w:r>
          </w:p>
          <w:p>
            <w:pPr>
              <w:spacing w:after="20" w:line="276" w:lineRule="auto"/>
            </w:pPr>
            <w:r>
              <w:rPr>
                <w:rFonts w:ascii="宋体" w:hAnsi="宋体" w:eastAsia="宋体"/>
                <w:b w:val="0"/>
                <w:sz w:val="18"/>
              </w:rPr>
              <w:t>①学生动手画一画。</w:t>
            </w:r>
          </w:p>
          <w:p>
            <w:pPr>
              <w:spacing w:after="20" w:line="276" w:lineRule="auto"/>
            </w:pPr>
            <w:r>
              <w:rPr>
                <w:rFonts w:ascii="宋体" w:hAnsi="宋体" w:eastAsia="宋体"/>
                <w:b w:val="0"/>
                <w:sz w:val="18"/>
              </w:rPr>
              <w:t>②同桌交换检查订正。</w:t>
            </w:r>
          </w:p>
        </w:tc>
        <w:tc>
          <w:tcPr>
            <w:tcW w:type="dxa" w:w="1814"/>
          </w:tcPr>
          <w:p>
            <w:pPr>
              <w:spacing w:after="20" w:line="276" w:lineRule="auto"/>
            </w:pPr>
            <w:r/>
            <w:r>
              <w:rPr>
                <w:rFonts w:ascii="宋体" w:hAnsi="宋体" w:eastAsia="宋体"/>
                <w:b w:val="0"/>
                <w:sz w:val="18"/>
              </w:rPr>
              <w:t>数学知识假如不加以归纳整理，那么将是一盘散沙。巧理结构，就像把一把散乱的珍珠，按照顺序穿上线，串成一根美丽的项链。为此，本环节让学生先说后整理，小组共同完成，互相取长补短，最后让学生展示出让人一目了然的结构图、结构表。</w:t>
            </w:r>
          </w:p>
          <w:p>
            <w:pPr>
              <w:spacing w:after="20" w:line="276" w:lineRule="auto"/>
            </w:pPr>
            <w:r>
              <w:rPr>
                <w:rFonts w:ascii="宋体" w:hAnsi="宋体" w:eastAsia="宋体"/>
                <w:b w:val="0"/>
                <w:sz w:val="18"/>
              </w:rPr>
              <w:t>回忆学过的有关图形与几何的知识，结合本册教科书学习的重点，使学生形成完整的认知结构。通过练习，了解学生对相关知识的掌握情况。</w:t>
            </w:r>
          </w:p>
        </w:tc>
      </w:tr>
      <w:tr>
        <w:tc>
          <w:tcPr>
            <w:tcW w:type="dxa" w:w="1474"/>
          </w:tcPr>
          <w:p>
            <w:pPr>
              <w:spacing w:after="20" w:line="276" w:lineRule="auto"/>
            </w:pPr>
            <w:r>
              <w:rPr>
                <w:b/>
              </w:rPr>
            </w:r>
            <w:r>
              <w:rPr>
                <w:rFonts w:ascii="宋体" w:hAnsi="宋体" w:eastAsia="宋体"/>
                <w:b/>
                <w:sz w:val="18"/>
              </w:rPr>
              <w:t>三、复习观察物体</w:t>
            </w:r>
          </w:p>
        </w:tc>
        <w:tc>
          <w:tcPr>
            <w:tcW w:type="dxa" w:w="3061"/>
          </w:tcPr>
          <w:p>
            <w:pPr>
              <w:spacing w:after="20" w:line="276" w:lineRule="auto"/>
            </w:pPr>
            <w:r/>
            <w:r>
              <w:rPr>
                <w:rFonts w:ascii="宋体" w:hAnsi="宋体" w:eastAsia="宋体"/>
                <w:b w:val="0"/>
                <w:sz w:val="18"/>
              </w:rPr>
              <w:t>师：同学们，苏轼写过名句：“横看成岭侧成峰，远近高低各不同。”有人知道是什么意思吗？</w:t>
            </w:r>
          </w:p>
          <w:p>
            <w:pPr>
              <w:spacing w:after="20" w:line="276" w:lineRule="auto"/>
            </w:pPr>
            <w:r>
              <w:rPr>
                <w:rFonts w:ascii="宋体" w:hAnsi="宋体" w:eastAsia="宋体"/>
                <w:b w:val="0"/>
                <w:sz w:val="18"/>
              </w:rPr>
              <w:t>师：是的，同一个物体从不同的位置看，常常呈现不同的形象。在数学上也是一样，看这幅图。(完成教科书P108“练习二十五”第11题)你会根据要求连一连吗？</w:t>
            </w:r>
          </w:p>
          <w:p>
            <w:pPr>
              <w:spacing w:after="20" w:line="276" w:lineRule="auto"/>
            </w:pPr>
            <w:r>
              <w:rPr>
                <w:rFonts w:ascii="宋体" w:hAnsi="宋体" w:eastAsia="宋体"/>
                <w:b w:val="0"/>
                <w:sz w:val="18"/>
              </w:rPr>
              <w:t>（1）全班讨论，指名回答怎样连线，是怎么知道的。</w:t>
            </w:r>
          </w:p>
          <w:p>
            <w:pPr>
              <w:spacing w:after="20" w:line="276" w:lineRule="auto"/>
            </w:pPr>
            <w:r>
              <w:rPr>
                <w:rFonts w:ascii="宋体" w:hAnsi="宋体" w:eastAsia="宋体"/>
                <w:b w:val="0"/>
                <w:sz w:val="18"/>
              </w:rPr>
              <w:t>（2）小结：根据物体能画出从三个方向观察得到的图形，根据三个方向的观察到的图形能摆出物体。</w:t>
            </w:r>
          </w:p>
          <w:p>
            <w:pPr>
              <w:spacing w:after="20" w:line="276" w:lineRule="auto"/>
            </w:pPr>
            <w:r>
              <w:rPr>
                <w:rFonts w:ascii="宋体" w:hAnsi="宋体" w:eastAsia="宋体"/>
                <w:b w:val="0"/>
                <w:sz w:val="18"/>
              </w:rPr>
              <w:t>在对三角形的整理回顾中，抓住边与角两种图形的要素，引导学生回顾梳理。</w:t>
            </w:r>
          </w:p>
        </w:tc>
        <w:tc>
          <w:tcPr>
            <w:tcW w:type="dxa" w:w="3061"/>
          </w:tcPr>
          <w:p>
            <w:pPr>
              <w:spacing w:after="20" w:line="276" w:lineRule="auto"/>
            </w:pPr>
            <w:r/>
            <w:r>
              <w:rPr>
                <w:rFonts w:ascii="宋体" w:hAnsi="宋体" w:eastAsia="宋体"/>
                <w:b w:val="0"/>
                <w:sz w:val="18"/>
              </w:rPr>
              <w:t>学生讲出大意就行，教师也可补充解释。</w:t>
            </w:r>
          </w:p>
        </w:tc>
        <w:tc>
          <w:tcPr>
            <w:tcW w:type="dxa" w:w="1814"/>
          </w:tcPr>
          <w:p>
            <w:pPr>
              <w:spacing w:after="20" w:line="276" w:lineRule="auto"/>
            </w:pPr>
            <w:r/>
            <w:r>
              <w:rPr>
                <w:rFonts w:ascii="宋体" w:hAnsi="宋体" w:eastAsia="宋体"/>
                <w:b w:val="0"/>
                <w:sz w:val="18"/>
              </w:rPr>
              <w:t>围绕环节目标组织学习活动，引导学生主动参与、积极思考。</w:t>
            </w:r>
          </w:p>
        </w:tc>
      </w:tr>
      <w:tr>
        <w:tc>
          <w:tcPr>
            <w:tcW w:type="dxa" w:w="1474"/>
          </w:tcPr>
          <w:p>
            <w:pPr>
              <w:spacing w:after="20" w:line="276" w:lineRule="auto"/>
            </w:pPr>
            <w:r>
              <w:rPr>
                <w:b/>
              </w:rPr>
            </w:r>
            <w:r>
              <w:rPr>
                <w:rFonts w:ascii="宋体" w:hAnsi="宋体" w:eastAsia="宋体"/>
                <w:b/>
                <w:sz w:val="18"/>
              </w:rPr>
              <w:t>四、复习图形的运动</w:t>
            </w:r>
          </w:p>
        </w:tc>
        <w:tc>
          <w:tcPr>
            <w:tcW w:type="dxa" w:w="3061"/>
          </w:tcPr>
          <w:p>
            <w:pPr>
              <w:spacing w:after="20" w:line="276" w:lineRule="auto"/>
            </w:pPr>
            <w:r/>
            <w:r>
              <w:rPr>
                <w:rFonts w:ascii="宋体" w:hAnsi="宋体" w:eastAsia="宋体"/>
                <w:b w:val="0"/>
                <w:sz w:val="18"/>
              </w:rPr>
              <w:t>1.梳理知识。</w:t>
            </w:r>
          </w:p>
          <w:p>
            <w:pPr>
              <w:spacing w:after="20" w:line="276" w:lineRule="auto"/>
            </w:pPr>
            <w:r>
              <w:rPr>
                <w:rFonts w:ascii="宋体" w:hAnsi="宋体" w:eastAsia="宋体"/>
                <w:b w:val="0"/>
                <w:sz w:val="18"/>
              </w:rPr>
              <w:t>（1）师：什么样的图形是轴对称图形？它有什么性质？你能举例说明吗？</w:t>
            </w:r>
          </w:p>
          <w:p>
            <w:pPr>
              <w:spacing w:after="20" w:line="276" w:lineRule="auto"/>
            </w:pPr>
            <w:r>
              <w:rPr>
                <w:rFonts w:ascii="宋体" w:hAnsi="宋体" w:eastAsia="宋体"/>
                <w:b w:val="0"/>
                <w:sz w:val="18"/>
              </w:rPr>
              <w:t>（2）师：怎样画轴对称图形的对称轴和轴对称图形的另一半呢？</w:t>
            </w:r>
          </w:p>
          <w:p>
            <w:pPr>
              <w:spacing w:after="20" w:line="276" w:lineRule="auto"/>
            </w:pPr>
            <w:r>
              <w:rPr>
                <w:rFonts w:ascii="宋体" w:hAnsi="宋体" w:eastAsia="宋体"/>
                <w:b w:val="0"/>
                <w:sz w:val="18"/>
              </w:rPr>
              <w:t>（3）师：你能说说生活中的平移现象吗？平移有什么特点？</w:t>
            </w:r>
          </w:p>
          <w:p>
            <w:pPr>
              <w:spacing w:after="20" w:line="276" w:lineRule="auto"/>
            </w:pPr>
            <w:r>
              <w:rPr>
                <w:rFonts w:ascii="宋体" w:hAnsi="宋体" w:eastAsia="宋体"/>
                <w:b w:val="0"/>
                <w:sz w:val="18"/>
              </w:rPr>
              <w:t>2.应用知识。</w:t>
            </w:r>
          </w:p>
          <w:p>
            <w:pPr>
              <w:spacing w:after="20" w:line="276" w:lineRule="auto"/>
            </w:pPr>
            <w:r>
              <w:rPr>
                <w:rFonts w:ascii="宋体" w:hAnsi="宋体" w:eastAsia="宋体"/>
                <w:b w:val="0"/>
                <w:sz w:val="18"/>
              </w:rPr>
              <w:t>（1）教科书P108“练习二十五”第12题。</w:t>
            </w:r>
          </w:p>
          <w:p>
            <w:pPr>
              <w:spacing w:after="20" w:line="276" w:lineRule="auto"/>
            </w:pPr>
            <w:r>
              <w:rPr>
                <w:rFonts w:ascii="宋体" w:hAnsi="宋体" w:eastAsia="宋体"/>
                <w:b w:val="0"/>
                <w:sz w:val="18"/>
              </w:rPr>
              <w:t>②教师巡视，发现问题，讨论时先展示不对的图形，引导大家一起观察、思考，请其他同学指出错误的原因，随后呈现正确的结果。</w:t>
            </w:r>
          </w:p>
          <w:p>
            <w:pPr>
              <w:spacing w:after="20" w:line="276" w:lineRule="auto"/>
            </w:pPr>
            <w:r>
              <w:rPr>
                <w:rFonts w:ascii="宋体" w:hAnsi="宋体" w:eastAsia="宋体"/>
                <w:b w:val="0"/>
                <w:sz w:val="18"/>
              </w:rPr>
              <w:t>③师：画平移的图形有什么好的方法？需要注意什么问题？</w:t>
            </w:r>
          </w:p>
          <w:p>
            <w:pPr>
              <w:spacing w:after="20" w:line="276" w:lineRule="auto"/>
            </w:pPr>
            <w:r>
              <w:rPr>
                <w:rFonts w:ascii="宋体" w:hAnsi="宋体" w:eastAsia="宋体"/>
                <w:b w:val="0"/>
                <w:sz w:val="18"/>
              </w:rPr>
              <w:t>(2)教科书P108“练习二十五”第13题。</w:t>
            </w:r>
          </w:p>
        </w:tc>
        <w:tc>
          <w:tcPr>
            <w:tcW w:type="dxa" w:w="3061"/>
          </w:tcPr>
          <w:p>
            <w:pPr>
              <w:spacing w:after="20" w:line="276" w:lineRule="auto"/>
            </w:pPr>
            <w:r/>
            <w:r>
              <w:rPr>
                <w:rFonts w:ascii="宋体" w:hAnsi="宋体" w:eastAsia="宋体"/>
                <w:b w:val="0"/>
                <w:sz w:val="18"/>
              </w:rPr>
              <w:t>预设1：如果一个图形沿着一条直线对折，两侧的图形能够完全重合，这个图形就是轴对称图形。</w:t>
            </w:r>
          </w:p>
          <w:p>
            <w:pPr>
              <w:spacing w:after="20" w:line="276" w:lineRule="auto"/>
            </w:pPr>
            <w:r>
              <w:rPr>
                <w:rFonts w:ascii="宋体" w:hAnsi="宋体" w:eastAsia="宋体"/>
                <w:b w:val="0"/>
                <w:sz w:val="18"/>
              </w:rPr>
              <w:t>预设2：对应点到对称轴的距离相等，对应点的连线垂直于对称轴。</w:t>
            </w:r>
          </w:p>
          <w:p>
            <w:pPr>
              <w:spacing w:after="20" w:line="276" w:lineRule="auto"/>
            </w:pPr>
            <w:r>
              <w:rPr>
                <w:rFonts w:ascii="宋体" w:hAnsi="宋体" w:eastAsia="宋体"/>
                <w:b w:val="0"/>
                <w:sz w:val="18"/>
              </w:rPr>
              <w:t>预设3：比如圆、正方形、等腰三角形等都是轴对称图形。</w:t>
            </w:r>
          </w:p>
          <w:p>
            <w:pPr>
              <w:spacing w:after="20" w:line="276" w:lineRule="auto"/>
            </w:pPr>
            <w:r>
              <w:rPr>
                <w:rFonts w:ascii="宋体" w:hAnsi="宋体" w:eastAsia="宋体"/>
                <w:b w:val="0"/>
                <w:sz w:val="18"/>
              </w:rPr>
              <w:t>找点——量距离——找对应点——连接。</w:t>
            </w:r>
          </w:p>
          <w:p>
            <w:pPr>
              <w:spacing w:after="20" w:line="276" w:lineRule="auto"/>
            </w:pPr>
            <w:r>
              <w:rPr>
                <w:rFonts w:ascii="宋体" w:hAnsi="宋体" w:eastAsia="宋体"/>
                <w:b w:val="0"/>
                <w:sz w:val="18"/>
              </w:rPr>
              <w:t>预设1：升国旗、拉抽屉、电梯升降等都是生活中的平移现象。</w:t>
            </w:r>
          </w:p>
          <w:p>
            <w:pPr>
              <w:spacing w:after="20" w:line="276" w:lineRule="auto"/>
            </w:pPr>
            <w:r>
              <w:rPr>
                <w:rFonts w:ascii="宋体" w:hAnsi="宋体" w:eastAsia="宋体"/>
                <w:b w:val="0"/>
                <w:sz w:val="18"/>
              </w:rPr>
              <w:t>预设2：平移只改变图形的位置，不改变图形的形状和大小。</w:t>
            </w:r>
          </w:p>
          <w:p>
            <w:pPr>
              <w:spacing w:after="20" w:line="276" w:lineRule="auto"/>
            </w:pPr>
            <w:r>
              <w:rPr>
                <w:rFonts w:ascii="宋体" w:hAnsi="宋体" w:eastAsia="宋体"/>
                <w:b w:val="0"/>
                <w:sz w:val="18"/>
              </w:rPr>
              <w:t>①学生自主完成。</w:t>
            </w:r>
          </w:p>
          <w:p>
            <w:pPr>
              <w:spacing w:after="20" w:line="276" w:lineRule="auto"/>
            </w:pPr>
            <w:r>
              <w:rPr>
                <w:rFonts w:ascii="宋体" w:hAnsi="宋体" w:eastAsia="宋体"/>
                <w:b w:val="0"/>
                <w:sz w:val="18"/>
              </w:rPr>
              <w:t>选点——移点——连点成形。注意平移的距离是对应点之间的距离，不是图形间的距离。</w:t>
            </w:r>
          </w:p>
          <w:p>
            <w:pPr>
              <w:spacing w:after="20" w:line="276" w:lineRule="auto"/>
            </w:pPr>
            <w:r>
              <w:rPr>
                <w:rFonts w:ascii="宋体" w:hAnsi="宋体" w:eastAsia="宋体"/>
                <w:b w:val="0"/>
                <w:sz w:val="18"/>
              </w:rPr>
              <w:t>①小组讨论后独立解答。</w:t>
            </w:r>
          </w:p>
          <w:p>
            <w:pPr>
              <w:spacing w:after="20" w:line="276" w:lineRule="auto"/>
            </w:pPr>
            <w:r>
              <w:rPr>
                <w:rFonts w:ascii="宋体" w:hAnsi="宋体" w:eastAsia="宋体"/>
                <w:b w:val="0"/>
                <w:sz w:val="18"/>
              </w:rPr>
              <w:t>②汇报面积是多少，用了什么方法。</w:t>
            </w:r>
          </w:p>
        </w:tc>
        <w:tc>
          <w:tcPr>
            <w:tcW w:type="dxa" w:w="1814"/>
          </w:tcPr>
          <w:p>
            <w:pPr>
              <w:spacing w:after="20" w:line="276" w:lineRule="auto"/>
            </w:pPr>
            <w:r/>
            <w:r>
              <w:rPr>
                <w:rFonts w:ascii="宋体" w:hAnsi="宋体" w:eastAsia="宋体"/>
                <w:b w:val="0"/>
                <w:sz w:val="18"/>
              </w:rPr>
              <w:t>复习课是对所学知识全面地整理与复习，系统地整理和应用，达到知识再现和再利用的要求。本环节讲练结合，有的放矢，让学生在练习中进一步形成知识结构，发展学生的思维能力。</w:t>
            </w:r>
          </w:p>
        </w:tc>
      </w:tr>
      <w:tr>
        <w:tc>
          <w:tcPr>
            <w:tcW w:type="dxa" w:w="1474"/>
          </w:tcPr>
          <w:p>
            <w:pPr>
              <w:spacing w:after="20" w:line="276" w:lineRule="auto"/>
            </w:pPr>
            <w:r>
              <w:rPr>
                <w:b/>
              </w:rPr>
            </w:r>
            <w:r>
              <w:rPr>
                <w:rFonts w:ascii="宋体" w:hAnsi="宋体" w:eastAsia="宋体"/>
                <w:b/>
                <w:sz w:val="18"/>
              </w:rPr>
              <w:t>五、课堂小结</w:t>
            </w:r>
          </w:p>
        </w:tc>
        <w:tc>
          <w:tcPr>
            <w:tcW w:type="dxa" w:w="3061"/>
          </w:tcPr>
          <w:p>
            <w:pPr>
              <w:spacing w:after="20" w:line="276" w:lineRule="auto"/>
            </w:pPr>
            <w:r/>
            <w:r>
              <w:rPr>
                <w:rFonts w:ascii="宋体" w:hAnsi="宋体" w:eastAsia="宋体"/>
                <w:b w:val="0"/>
                <w:sz w:val="18"/>
              </w:rPr>
              <w:t>师：这节课我们复习和整理了哪些方面的知识？你有什么收获？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引导学生回顾梳理本课所学，完善认知结构，提升归纳与反思能力，核心问题："这节课我们复习和整理了哪些方面的知识？你有什么收获？"</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图形与几何</w:t>
      </w:r>
    </w:p>
    <w:p>
      <w:pPr>
        <w:spacing w:after="40" w:line="300" w:lineRule="auto"/>
      </w:pPr>
      <w:r>
        <w:rPr>
          <w:rFonts w:ascii="宋体" w:hAnsi="宋体" w:eastAsia="宋体"/>
          <w:b w:val="0"/>
          <w:sz w:val="20"/>
        </w:rPr>
        <w:t>一、三角形：定义、高和底、特性、三边关系、分类、内角和</w:t>
      </w:r>
    </w:p>
    <w:p>
      <w:pPr>
        <w:spacing w:after="40" w:line="300" w:lineRule="auto"/>
      </w:pPr>
      <w:r>
        <w:rPr>
          <w:rFonts w:ascii="宋体" w:hAnsi="宋体" w:eastAsia="宋体"/>
          <w:b w:val="0"/>
          <w:sz w:val="20"/>
        </w:rPr>
        <w:t>二、观察物体</w:t>
      </w:r>
    </w:p>
    <w:p>
      <w:pPr>
        <w:spacing w:after="40" w:line="300" w:lineRule="auto"/>
      </w:pPr>
      <w:r>
        <w:rPr>
          <w:rFonts w:ascii="宋体" w:hAnsi="宋体" w:eastAsia="宋体"/>
          <w:b w:val="0"/>
          <w:sz w:val="20"/>
        </w:rPr>
        <w:t>三、图形的运动：轴对称图形、平移</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完成教科书P105第3题，P107~110“练习二十五”第8、9、10、11、12、13、17题。</w:t>
      </w:r>
    </w:p>
    <w:p>
      <w:pPr>
        <w:spacing w:after="40" w:line="300" w:lineRule="auto"/>
        <w:ind w:firstLine="400"/>
      </w:pPr>
      <w:r>
        <w:rPr>
          <w:rFonts w:ascii="宋体" w:hAnsi="宋体" w:eastAsia="宋体"/>
          <w:b w:val="0"/>
          <w:sz w:val="20"/>
        </w:rPr>
        <w:t>② 原设计安排：见“状元成才路”系列丛书《创优作业100分》或《状元作业本》对应课时作业。 【教学笔记】 【教学提示】 在复习“图形的运动”时，应注意利用操作活动，借助直观，从而引导学生进一步理解和掌握相关知识。</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复习的图形与几何知识涉及三部分，即三角形、观察物体、图形的运动，它们较难在一个树状图或结构表中呈现。教学中教师采取各个击破、分板块整理、讲练结合的方法，有效降低了整理难度。每个板块都是让学生先说，再在小组中交流，随后按照自己的方式进行整理，最后集中汇报。整节课充分发挥团队的力量，小组内互帮，小组间互补，最终得到完整的知识结构，达到复习的目的。</w:t>
      </w:r>
    </w:p>
    <w:p>
      <w:r>
        <w:br w:type="page"/>
      </w:r>
    </w:p>
    <w:p>
      <w:pPr>
        <w:spacing w:after="80" w:line="300" w:lineRule="auto"/>
      </w:pPr>
      <w:r>
        <w:rPr>
          <w:rFonts w:ascii="黑体" w:hAnsi="黑体" w:eastAsia="黑体"/>
          <w:b/>
          <w:sz w:val="24"/>
        </w:rPr>
        <w:t>二、课时教学方案（第4课时）</w:t>
      </w:r>
    </w:p>
    <w:p>
      <w:pPr>
        <w:spacing w:after="80" w:line="300" w:lineRule="auto"/>
      </w:pPr>
      <w:r>
        <w:rPr>
          <w:rFonts w:ascii="黑体" w:hAnsi="黑体" w:eastAsia="黑体"/>
          <w:b/>
          <w:sz w:val="24"/>
        </w:rPr>
        <w:t>第4课时　统计与数学广角</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第4课时　统计与数学广角</w:t>
            </w:r>
          </w:p>
        </w:tc>
        <w:tc>
          <w:tcPr>
            <w:tcW w:type="dxa" w:w="6009"/>
          </w:tcPr>
          <w:p>
            <w:pPr>
              <w:spacing w:after="20" w:line="276" w:lineRule="auto"/>
            </w:pPr>
            <w:r/>
            <w:r>
              <w:rPr>
                <w:rFonts w:ascii="宋体" w:hAnsi="宋体" w:eastAsia="宋体"/>
                <w:b w:val="0"/>
                <w:sz w:val="20"/>
              </w:rPr>
              <w:t>第10单元 总复习</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本学期学生理解、分析能力，解决问题的能力都有明显的进步，在学习过程中暴露出来的问题也较多。部分学生做口算题比较容易出错，特别是简单的小数加法和减法口算习题。对于运算律的应用，以及稍微有难度的简便计算，学生也会出现失误。个别学生对三角形的分类和特征掌握不牢。在空间与图形方面，部分学生不能够画出同一物体从不同方向观察所看到的平面图形，不能正确掌握平移的方法等。这些问题都是本单元复习要突破的难点。</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教学内容：完成教科书P105第4题，P109～110“练习二十五”第14、16、19题。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（1）理解平均数的意义，能认识、制作复式条形统计图，了解其特点，会根据统计图和数据进行数据分析，进一步体会统计在现实生活中的作用。</w:t>
      </w:r>
    </w:p>
    <w:p>
      <w:pPr>
        <w:spacing w:after="20" w:line="300" w:lineRule="auto"/>
        <w:ind w:firstLine="400"/>
      </w:pPr>
      <w:r>
        <w:rPr>
          <w:rFonts w:ascii="宋体" w:hAnsi="宋体" w:eastAsia="宋体"/>
          <w:b w:val="0"/>
          <w:sz w:val="20"/>
        </w:rPr>
        <w:t>（2）进一步掌握“鸡兔同笼”问题的解决方法，体验解决问题策略的多样化，增强应用意识。</w:t>
      </w:r>
    </w:p>
    <w:p>
      <w:pPr>
        <w:spacing w:after="20" w:line="300" w:lineRule="auto"/>
        <w:ind w:firstLine="400"/>
      </w:pPr>
      <w:r>
        <w:rPr>
          <w:rFonts w:ascii="宋体" w:hAnsi="宋体" w:eastAsia="宋体"/>
          <w:b w:val="0"/>
          <w:sz w:val="20"/>
        </w:rPr>
        <w:t>（3）经历整理知识、反思学习、自我评价的过程，沟通知识的内在联系，形成合理的认知结构，激发强烈的学习兴趣和信心。</w:t>
      </w:r>
    </w:p>
    <w:p>
      <w:pPr>
        <w:spacing w:after="20" w:line="300" w:lineRule="auto"/>
      </w:pPr>
      <w:r>
        <w:rPr>
          <w:rFonts w:ascii="宋体" w:hAnsi="宋体" w:eastAsia="宋体"/>
          <w:b w:val="0"/>
          <w:sz w:val="20"/>
        </w:rPr>
        <w:t>教学重点：深刻理解平均数，能根据复式条形统计图进行数据分析。</w:t>
      </w:r>
    </w:p>
    <w:p>
      <w:pPr>
        <w:spacing w:after="20" w:line="300" w:lineRule="auto"/>
      </w:pPr>
      <w:r>
        <w:rPr>
          <w:rFonts w:ascii="宋体" w:hAnsi="宋体" w:eastAsia="宋体"/>
          <w:b w:val="0"/>
          <w:sz w:val="20"/>
        </w:rPr>
        <w:t>教学难点：掌握“鸡兔同笼”问题的解答方法。</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一、开门见山，导入复习</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这学期“统计与概率”和“数学广角”部分你们都学到了哪些知识呢?</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二、复习平均数</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怎样求平均数?；平均数有什么特点?有什么作用?</w:t>
            </w:r>
          </w:p>
        </w:tc>
        <w:tc>
          <w:tcPr>
            <w:tcW w:type="dxa" w:w="1361"/>
          </w:tcPr>
          <w:p>
            <w:pPr>
              <w:spacing w:after="20" w:line="276" w:lineRule="auto"/>
            </w:pPr>
            <w:r/>
            <w:r>
              <w:rPr>
                <w:rFonts w:ascii="宋体" w:hAnsi="宋体" w:eastAsia="宋体"/>
                <w:b w:val="0"/>
                <w:sz w:val="18"/>
              </w:rPr>
              <w:t>8分钟</w:t>
            </w:r>
          </w:p>
        </w:tc>
      </w:tr>
      <w:tr>
        <w:tc>
          <w:tcPr>
            <w:tcW w:type="dxa" w:w="2835"/>
          </w:tcPr>
          <w:p>
            <w:pPr>
              <w:spacing w:after="20" w:line="276" w:lineRule="auto"/>
            </w:pPr>
            <w:r/>
            <w:r>
              <w:rPr>
                <w:rFonts w:ascii="宋体" w:hAnsi="宋体" w:eastAsia="宋体"/>
                <w:b w:val="0"/>
                <w:sz w:val="18"/>
              </w:rPr>
              <w:t>三、复习复式条形统计图</w:t>
            </w:r>
          </w:p>
        </w:tc>
        <w:tc>
          <w:tcPr>
            <w:tcW w:type="dxa" w:w="1814"/>
          </w:tcPr>
          <w:p>
            <w:pPr>
              <w:spacing w:after="20" w:line="276" w:lineRule="auto"/>
            </w:pPr>
            <w:r/>
            <w:r>
              <w:rPr>
                <w:rFonts w:ascii="宋体" w:hAnsi="宋体" w:eastAsia="宋体"/>
                <w:b w:val="0"/>
                <w:sz w:val="18"/>
              </w:rPr>
              <w:t>教科书、统计表、课件</w:t>
            </w:r>
          </w:p>
        </w:tc>
        <w:tc>
          <w:tcPr>
            <w:tcW w:type="dxa" w:w="3402"/>
          </w:tcPr>
          <w:p>
            <w:pPr>
              <w:spacing w:after="20" w:line="276" w:lineRule="auto"/>
            </w:pPr>
            <w:r/>
            <w:r>
              <w:rPr>
                <w:rFonts w:ascii="宋体" w:hAnsi="宋体" w:eastAsia="宋体"/>
                <w:b w:val="0"/>
                <w:sz w:val="18"/>
              </w:rPr>
              <w:t>这个学期我们还学习了复式条形统计图，你知道哪些知识呢?</w:t>
            </w:r>
          </w:p>
        </w:tc>
        <w:tc>
          <w:tcPr>
            <w:tcW w:type="dxa" w:w="1361"/>
          </w:tcPr>
          <w:p>
            <w:pPr>
              <w:spacing w:after="20" w:line="276" w:lineRule="auto"/>
            </w:pPr>
            <w:r/>
            <w:r>
              <w:rPr>
                <w:rFonts w:ascii="宋体" w:hAnsi="宋体" w:eastAsia="宋体"/>
                <w:b w:val="0"/>
                <w:sz w:val="18"/>
              </w:rPr>
              <w:t>12分钟</w:t>
            </w:r>
          </w:p>
        </w:tc>
      </w:tr>
      <w:tr>
        <w:tc>
          <w:tcPr>
            <w:tcW w:type="dxa" w:w="2835"/>
          </w:tcPr>
          <w:p>
            <w:pPr>
              <w:spacing w:after="20" w:line="276" w:lineRule="auto"/>
            </w:pPr>
            <w:r/>
            <w:r>
              <w:rPr>
                <w:rFonts w:ascii="宋体" w:hAnsi="宋体" w:eastAsia="宋体"/>
                <w:b w:val="0"/>
                <w:sz w:val="18"/>
              </w:rPr>
              <w:t>四、复习“鸡兔同笼”</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还记得怎样解答“鸡兔同笼”问题吗?</w:t>
            </w:r>
          </w:p>
        </w:tc>
        <w:tc>
          <w:tcPr>
            <w:tcW w:type="dxa" w:w="1361"/>
          </w:tcPr>
          <w:p>
            <w:pPr>
              <w:spacing w:after="20" w:line="276" w:lineRule="auto"/>
            </w:pPr>
            <w:r/>
            <w:r>
              <w:rPr>
                <w:rFonts w:ascii="宋体" w:hAnsi="宋体" w:eastAsia="宋体"/>
                <w:b w:val="0"/>
                <w:sz w:val="18"/>
              </w:rPr>
              <w:t>12分钟</w:t>
            </w:r>
          </w:p>
        </w:tc>
      </w:tr>
      <w:tr>
        <w:tc>
          <w:tcPr>
            <w:tcW w:type="dxa" w:w="2835"/>
          </w:tcPr>
          <w:p>
            <w:pPr>
              <w:spacing w:after="20" w:line="276" w:lineRule="auto"/>
            </w:pPr>
            <w:r/>
            <w:r>
              <w:rPr>
                <w:rFonts w:ascii="宋体" w:hAnsi="宋体" w:eastAsia="宋体"/>
                <w:b w:val="0"/>
                <w:sz w:val="18"/>
              </w:rPr>
              <w:t>五、客观评价，自我激励</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3分钟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一、开门见山，导入复习</w:t>
            </w:r>
          </w:p>
        </w:tc>
        <w:tc>
          <w:tcPr>
            <w:tcW w:type="dxa" w:w="3061"/>
          </w:tcPr>
          <w:p>
            <w:pPr>
              <w:spacing w:after="20" w:line="276" w:lineRule="auto"/>
            </w:pPr>
            <w:r/>
            <w:r>
              <w:rPr>
                <w:rFonts w:ascii="宋体" w:hAnsi="宋体" w:eastAsia="宋体"/>
                <w:b w:val="0"/>
                <w:sz w:val="18"/>
              </w:rPr>
              <w:t>师：这学期“统计与概率”和“数学广角”部分你们都学到了哪些知识呢?说说你的收获。</w:t>
            </w:r>
          </w:p>
          <w:p>
            <w:pPr>
              <w:spacing w:after="20" w:line="276" w:lineRule="auto"/>
            </w:pPr>
            <w:r>
              <w:rPr>
                <w:rFonts w:ascii="宋体" w:hAnsi="宋体" w:eastAsia="宋体"/>
                <w:b w:val="0"/>
                <w:sz w:val="18"/>
              </w:rPr>
              <w:t>师：今天我们一起来复习与它们有关的知识。（板书课题：统计与数学广角）</w:t>
            </w:r>
          </w:p>
        </w:tc>
        <w:tc>
          <w:tcPr>
            <w:tcW w:type="dxa" w:w="3061"/>
          </w:tcPr>
          <w:p>
            <w:pPr>
              <w:spacing w:after="20" w:line="276" w:lineRule="auto"/>
            </w:pPr>
            <w:r/>
            <w:r>
              <w:rPr>
                <w:rFonts w:ascii="宋体" w:hAnsi="宋体" w:eastAsia="宋体"/>
                <w:b w:val="0"/>
                <w:sz w:val="18"/>
              </w:rPr>
              <w:t>学生可能说出：“统计与概率”部分学习了平均数和复式条形统计图，“数学广角”解决了“鸡兔同笼”问题。</w:t>
            </w:r>
          </w:p>
        </w:tc>
        <w:tc>
          <w:tcPr>
            <w:tcW w:type="dxa" w:w="1814"/>
          </w:tcPr>
          <w:p>
            <w:pPr>
              <w:spacing w:after="20" w:line="276" w:lineRule="auto"/>
            </w:pPr>
            <w:r/>
            <w:r>
              <w:rPr>
                <w:rFonts w:ascii="宋体" w:hAnsi="宋体" w:eastAsia="宋体"/>
                <w:b w:val="0"/>
                <w:sz w:val="18"/>
              </w:rPr>
              <w:t>开门见山直接进入主题，既唤醒了学生对旧知识的回忆，又让他们明确了本节课复习的任务。</w:t>
            </w:r>
          </w:p>
        </w:tc>
      </w:tr>
      <w:tr>
        <w:tc>
          <w:tcPr>
            <w:tcW w:type="dxa" w:w="1474"/>
          </w:tcPr>
          <w:p>
            <w:pPr>
              <w:spacing w:after="20" w:line="276" w:lineRule="auto"/>
            </w:pPr>
            <w:r>
              <w:rPr>
                <w:b/>
              </w:rPr>
            </w:r>
            <w:r>
              <w:rPr>
                <w:rFonts w:ascii="宋体" w:hAnsi="宋体" w:eastAsia="宋体"/>
                <w:b/>
                <w:sz w:val="18"/>
              </w:rPr>
              <w:t>二、复习平均数</w:t>
            </w:r>
          </w:p>
        </w:tc>
        <w:tc>
          <w:tcPr>
            <w:tcW w:type="dxa" w:w="3061"/>
          </w:tcPr>
          <w:p>
            <w:pPr>
              <w:spacing w:after="20" w:line="276" w:lineRule="auto"/>
            </w:pPr>
            <w:r/>
            <w:r>
              <w:rPr>
                <w:rFonts w:ascii="宋体" w:hAnsi="宋体" w:eastAsia="宋体"/>
                <w:b w:val="0"/>
                <w:sz w:val="18"/>
              </w:rPr>
              <w:t>1.回顾平均数的相关知识。</w:t>
            </w:r>
          </w:p>
          <w:p>
            <w:pPr>
              <w:spacing w:after="20" w:line="276" w:lineRule="auto"/>
            </w:pPr>
            <w:r>
              <w:rPr>
                <w:rFonts w:ascii="宋体" w:hAnsi="宋体" w:eastAsia="宋体"/>
                <w:b w:val="0"/>
                <w:sz w:val="18"/>
              </w:rPr>
              <w:t>师：怎样求平均数?</w:t>
            </w:r>
          </w:p>
          <w:p>
            <w:pPr>
              <w:spacing w:after="20" w:line="276" w:lineRule="auto"/>
            </w:pPr>
            <w:r>
              <w:rPr>
                <w:rFonts w:ascii="宋体" w:hAnsi="宋体" w:eastAsia="宋体"/>
                <w:b w:val="0"/>
                <w:sz w:val="18"/>
              </w:rPr>
              <w:t>师：平均数有什么特点?有什么作用?</w:t>
            </w:r>
          </w:p>
          <w:p>
            <w:pPr>
              <w:spacing w:after="20" w:line="276" w:lineRule="auto"/>
            </w:pPr>
            <w:r>
              <w:rPr>
                <w:rFonts w:ascii="宋体" w:hAnsi="宋体" w:eastAsia="宋体"/>
                <w:b w:val="0"/>
                <w:sz w:val="18"/>
              </w:rPr>
              <w:t>2.教科书P110“练习二十五”第16题。</w:t>
            </w:r>
          </w:p>
          <w:p>
            <w:pPr>
              <w:spacing w:after="20" w:line="276" w:lineRule="auto"/>
            </w:pPr>
            <w:r>
              <w:rPr>
                <w:rFonts w:ascii="宋体" w:hAnsi="宋体" w:eastAsia="宋体"/>
                <w:b w:val="0"/>
                <w:sz w:val="18"/>
              </w:rPr>
              <w:t>（1）小组讨论后组内交流。</w:t>
            </w:r>
          </w:p>
          <w:p>
            <w:pPr>
              <w:spacing w:after="20" w:line="276" w:lineRule="auto"/>
            </w:pPr>
            <w:r>
              <w:rPr>
                <w:rFonts w:ascii="宋体" w:hAnsi="宋体" w:eastAsia="宋体"/>
                <w:b w:val="0"/>
                <w:sz w:val="18"/>
              </w:rPr>
              <w:t>（2）指名汇报，说说你的理由。</w:t>
            </w:r>
          </w:p>
          <w:p>
            <w:pPr>
              <w:spacing w:after="20" w:line="276" w:lineRule="auto"/>
            </w:pPr>
            <w:r>
              <w:rPr>
                <w:rFonts w:ascii="宋体" w:hAnsi="宋体" w:eastAsia="宋体"/>
                <w:b w:val="0"/>
                <w:sz w:val="18"/>
              </w:rPr>
              <w:t>“统计”内容的复习，要突出统计量的意义及统计图中相关信息的理解。</w:t>
            </w:r>
          </w:p>
        </w:tc>
        <w:tc>
          <w:tcPr>
            <w:tcW w:type="dxa" w:w="3061"/>
          </w:tcPr>
          <w:p>
            <w:pPr>
              <w:spacing w:after="20" w:line="276" w:lineRule="auto"/>
            </w:pPr>
            <w:r/>
            <w:r>
              <w:rPr>
                <w:rFonts w:ascii="宋体" w:hAnsi="宋体" w:eastAsia="宋体"/>
                <w:b w:val="0"/>
                <w:sz w:val="18"/>
              </w:rPr>
              <w:t>学生会说到“移多补少”“先合后分”：总数量÷总份数=平均数。</w:t>
            </w:r>
          </w:p>
          <w:p>
            <w:pPr>
              <w:spacing w:after="20" w:line="276" w:lineRule="auto"/>
            </w:pPr>
            <w:r>
              <w:rPr>
                <w:rFonts w:ascii="宋体" w:hAnsi="宋体" w:eastAsia="宋体"/>
                <w:b w:val="0"/>
                <w:sz w:val="18"/>
              </w:rPr>
              <w:t>平均数反映的是一组数据的总体情况，也可以区分不同组数据的总体情况，在生活中应用非常广泛。</w:t>
            </w:r>
          </w:p>
          <w:p>
            <w:pPr>
              <w:spacing w:after="20" w:line="276" w:lineRule="auto"/>
            </w:pPr>
            <w:r>
              <w:rPr>
                <w:rFonts w:ascii="宋体" w:hAnsi="宋体" w:eastAsia="宋体"/>
                <w:b w:val="0"/>
                <w:sz w:val="18"/>
              </w:rPr>
              <w:t>她的比赛成绩应是171cm，用5次的平均成绩不合适，因为跳远成绩是取跳得最好的那一跳成绩。</w:t>
            </w:r>
          </w:p>
        </w:tc>
        <w:tc>
          <w:tcPr>
            <w:tcW w:type="dxa" w:w="1814"/>
          </w:tcPr>
          <w:p>
            <w:pPr>
              <w:spacing w:after="20" w:line="276" w:lineRule="auto"/>
            </w:pPr>
            <w:r/>
            <w:r>
              <w:rPr>
                <w:rFonts w:ascii="宋体" w:hAnsi="宋体" w:eastAsia="宋体"/>
                <w:b w:val="0"/>
                <w:sz w:val="18"/>
              </w:rPr>
              <w:t>复习中突出平均数的统计学意义，让学生不仅学会求简单的平均数，更要引导学生从数据处理分析的角度把握求平均数的方法，体会平均数的含义，用平均数比较、描述、分析一组数据的状况和特征，感受平均数的应用价值，体会平均数在统计学中的地位。</w:t>
            </w:r>
          </w:p>
        </w:tc>
      </w:tr>
      <w:tr>
        <w:tc>
          <w:tcPr>
            <w:tcW w:type="dxa" w:w="1474"/>
          </w:tcPr>
          <w:p>
            <w:pPr>
              <w:spacing w:after="20" w:line="276" w:lineRule="auto"/>
            </w:pPr>
            <w:r>
              <w:rPr>
                <w:b/>
              </w:rPr>
            </w:r>
            <w:r>
              <w:rPr>
                <w:rFonts w:ascii="宋体" w:hAnsi="宋体" w:eastAsia="宋体"/>
                <w:b/>
                <w:sz w:val="18"/>
              </w:rPr>
              <w:t>三、复习复式条形统计图</w:t>
            </w:r>
          </w:p>
        </w:tc>
        <w:tc>
          <w:tcPr>
            <w:tcW w:type="dxa" w:w="3061"/>
          </w:tcPr>
          <w:p>
            <w:pPr>
              <w:spacing w:after="20" w:line="276" w:lineRule="auto"/>
            </w:pPr>
            <w:r/>
            <w:r>
              <w:rPr>
                <w:rFonts w:ascii="宋体" w:hAnsi="宋体" w:eastAsia="宋体"/>
                <w:b w:val="0"/>
                <w:sz w:val="18"/>
              </w:rPr>
              <w:t>1.回顾复式条形统计图的相关知识。</w:t>
            </w:r>
          </w:p>
          <w:p>
            <w:pPr>
              <w:spacing w:after="20" w:line="276" w:lineRule="auto"/>
            </w:pPr>
            <w:r>
              <w:rPr>
                <w:rFonts w:ascii="宋体" w:hAnsi="宋体" w:eastAsia="宋体"/>
                <w:b w:val="0"/>
                <w:sz w:val="18"/>
              </w:rPr>
              <w:t>师：这个学期我们还学习了复式条形统计图，你知道哪些知识呢?</w:t>
            </w:r>
          </w:p>
          <w:p>
            <w:pPr>
              <w:spacing w:after="20" w:line="276" w:lineRule="auto"/>
            </w:pPr>
            <w:r>
              <w:rPr>
                <w:rFonts w:ascii="宋体" w:hAnsi="宋体" w:eastAsia="宋体"/>
                <w:b w:val="0"/>
                <w:sz w:val="18"/>
              </w:rPr>
              <w:t>2.教科书P109“练习二十五”第14题。</w:t>
            </w:r>
          </w:p>
          <w:p>
            <w:pPr>
              <w:spacing w:after="20" w:line="276" w:lineRule="auto"/>
            </w:pPr>
            <w:r>
              <w:rPr>
                <w:rFonts w:ascii="宋体" w:hAnsi="宋体" w:eastAsia="宋体"/>
                <w:b w:val="0"/>
                <w:sz w:val="18"/>
              </w:rPr>
              <w:t>（1）指名说说从统计表中可以知道哪些信息。</w:t>
            </w:r>
          </w:p>
          <w:p>
            <w:pPr>
              <w:spacing w:after="20" w:line="276" w:lineRule="auto"/>
            </w:pPr>
            <w:r>
              <w:rPr>
                <w:rFonts w:ascii="宋体" w:hAnsi="宋体" w:eastAsia="宋体"/>
                <w:b w:val="0"/>
                <w:sz w:val="18"/>
              </w:rPr>
              <w:t>（2）学生在教科书上绘制复式条形统计图。</w:t>
            </w:r>
          </w:p>
          <w:p>
            <w:pPr>
              <w:spacing w:after="20" w:line="276" w:lineRule="auto"/>
            </w:pPr>
            <w:r>
              <w:rPr>
                <w:rFonts w:ascii="宋体" w:hAnsi="宋体" w:eastAsia="宋体"/>
                <w:b w:val="0"/>
                <w:sz w:val="18"/>
              </w:rPr>
              <w:t>（3）指名回答题目中的2个问题。特别是第（2）题，尽可能多地让不同学生发表意见。</w:t>
            </w:r>
          </w:p>
          <w:p>
            <w:pPr>
              <w:spacing w:after="20" w:line="276" w:lineRule="auto"/>
            </w:pPr>
            <w:r>
              <w:rPr>
                <w:rFonts w:ascii="宋体" w:hAnsi="宋体" w:eastAsia="宋体"/>
                <w:b w:val="0"/>
                <w:sz w:val="18"/>
              </w:rPr>
              <w:t>3.比较统计图与统计表的差异。</w:t>
            </w:r>
          </w:p>
          <w:p>
            <w:pPr>
              <w:spacing w:after="20" w:line="276" w:lineRule="auto"/>
            </w:pPr>
            <w:r>
              <w:rPr>
                <w:rFonts w:ascii="宋体" w:hAnsi="宋体" w:eastAsia="宋体"/>
                <w:b w:val="0"/>
                <w:sz w:val="18"/>
              </w:rPr>
              <w:t>师：结合上题说说制作复式条形统计图有哪些注意点，和统计表比有什么好处。</w:t>
            </w:r>
          </w:p>
          <w:p>
            <w:pPr>
              <w:spacing w:after="20" w:line="276" w:lineRule="auto"/>
            </w:pPr>
            <w:r>
              <w:rPr>
                <w:rFonts w:ascii="宋体" w:hAnsi="宋体" w:eastAsia="宋体"/>
                <w:b w:val="0"/>
                <w:sz w:val="18"/>
              </w:rPr>
              <w:t>4.教科书P105第4题。</w:t>
            </w:r>
          </w:p>
          <w:p>
            <w:pPr>
              <w:spacing w:after="20" w:line="276" w:lineRule="auto"/>
            </w:pPr>
            <w:r>
              <w:rPr>
                <w:rFonts w:ascii="宋体" w:hAnsi="宋体" w:eastAsia="宋体"/>
                <w:b w:val="0"/>
                <w:sz w:val="18"/>
              </w:rPr>
              <w:t>（1）学生独立完成。</w:t>
            </w:r>
          </w:p>
          <w:p>
            <w:pPr>
              <w:spacing w:after="20" w:line="276" w:lineRule="auto"/>
            </w:pPr>
            <w:r>
              <w:rPr>
                <w:rFonts w:ascii="宋体" w:hAnsi="宋体" w:eastAsia="宋体"/>
                <w:b w:val="0"/>
                <w:sz w:val="18"/>
              </w:rPr>
              <w:t>（2）集体交流订正。</w:t>
            </w:r>
          </w:p>
        </w:tc>
        <w:tc>
          <w:tcPr>
            <w:tcW w:type="dxa" w:w="3061"/>
          </w:tcPr>
          <w:p>
            <w:pPr>
              <w:spacing w:after="20" w:line="276" w:lineRule="auto"/>
            </w:pPr>
            <w:r/>
            <w:r>
              <w:rPr>
                <w:rFonts w:ascii="宋体" w:hAnsi="宋体" w:eastAsia="宋体"/>
                <w:b w:val="0"/>
                <w:sz w:val="18"/>
              </w:rPr>
              <w:t>学生会说到认识了复式条形统计图，会制作复式条形统计图等。</w:t>
            </w:r>
          </w:p>
          <w:p>
            <w:pPr>
              <w:spacing w:after="20" w:line="276" w:lineRule="auto"/>
            </w:pPr>
            <w:r>
              <w:rPr>
                <w:rFonts w:ascii="宋体" w:hAnsi="宋体" w:eastAsia="宋体"/>
                <w:b w:val="0"/>
                <w:sz w:val="18"/>
              </w:rPr>
              <w:t>制作复式条形统计图要注意图例，画出的直条要与图例一致。和统计表比，“复式条形统计图”的优点是更直观、清楚，易于比较。“统计”在本册教科书中的主要内容是复式条形统计图，一幅复式条形统计图往往是两幅相关联的单式条形图的“合并”，看似容易，实际并不容易，特别是教科书中要求学生完整绘图，教师要及时指导。</w:t>
            </w:r>
          </w:p>
        </w:tc>
        <w:tc>
          <w:tcPr>
            <w:tcW w:type="dxa" w:w="1814"/>
          </w:tcPr>
          <w:p>
            <w:pPr>
              <w:spacing w:after="20" w:line="276" w:lineRule="auto"/>
            </w:pPr>
            <w:r/>
            <w:r>
              <w:rPr>
                <w:rFonts w:ascii="宋体" w:hAnsi="宋体" w:eastAsia="宋体"/>
                <w:b w:val="0"/>
                <w:sz w:val="18"/>
              </w:rPr>
              <w:t>复习的重点是让学生体会这种统计图的特殊作用，在复式条形统计图中，既可看出每组样本中不同类数据的差异，也可以看出不同组样本的数据差异，还可以看出数据变化的整体趋势。除此之外，让学生分析统计图中的数据，根据统计图中的信息开放性地提出问题，也是这部分复习的重点。</w:t>
            </w:r>
          </w:p>
        </w:tc>
      </w:tr>
      <w:tr>
        <w:tc>
          <w:tcPr>
            <w:tcW w:type="dxa" w:w="1474"/>
          </w:tcPr>
          <w:p>
            <w:pPr>
              <w:spacing w:after="20" w:line="276" w:lineRule="auto"/>
            </w:pPr>
            <w:r>
              <w:rPr>
                <w:b/>
              </w:rPr>
            </w:r>
            <w:r>
              <w:rPr>
                <w:rFonts w:ascii="宋体" w:hAnsi="宋体" w:eastAsia="宋体"/>
                <w:b/>
                <w:sz w:val="18"/>
              </w:rPr>
              <w:t>四、复习“鸡兔同笼”</w:t>
            </w:r>
          </w:p>
        </w:tc>
        <w:tc>
          <w:tcPr>
            <w:tcW w:type="dxa" w:w="3061"/>
          </w:tcPr>
          <w:p>
            <w:pPr>
              <w:spacing w:after="20" w:line="276" w:lineRule="auto"/>
            </w:pPr>
            <w:r/>
            <w:r>
              <w:rPr>
                <w:rFonts w:ascii="宋体" w:hAnsi="宋体" w:eastAsia="宋体"/>
                <w:b w:val="0"/>
                <w:sz w:val="18"/>
              </w:rPr>
              <w:t>1.回顾解决“鸡兔同笼”问题的方法。</w:t>
            </w:r>
          </w:p>
          <w:p>
            <w:pPr>
              <w:spacing w:after="20" w:line="276" w:lineRule="auto"/>
            </w:pPr>
            <w:r>
              <w:rPr>
                <w:rFonts w:ascii="宋体" w:hAnsi="宋体" w:eastAsia="宋体"/>
                <w:b w:val="0"/>
                <w:sz w:val="18"/>
              </w:rPr>
              <w:t>师：还记得怎样解答“鸡兔同笼”问题吗?</w:t>
            </w:r>
          </w:p>
          <w:p>
            <w:pPr>
              <w:spacing w:after="20" w:line="276" w:lineRule="auto"/>
            </w:pPr>
            <w:r>
              <w:rPr>
                <w:rFonts w:ascii="宋体" w:hAnsi="宋体" w:eastAsia="宋体"/>
                <w:b w:val="0"/>
                <w:sz w:val="18"/>
              </w:rPr>
              <w:t>2.教科书P110“练习二十五”第19题。</w:t>
            </w:r>
          </w:p>
          <w:p>
            <w:pPr>
              <w:spacing w:after="20" w:line="276" w:lineRule="auto"/>
            </w:pPr>
            <w:r>
              <w:rPr>
                <w:rFonts w:ascii="宋体" w:hAnsi="宋体" w:eastAsia="宋体"/>
                <w:b w:val="0"/>
                <w:sz w:val="18"/>
              </w:rPr>
              <w:t>（1）学生独立完成。</w:t>
            </w:r>
          </w:p>
          <w:p>
            <w:pPr>
              <w:spacing w:after="20" w:line="276" w:lineRule="auto"/>
            </w:pPr>
            <w:r>
              <w:rPr>
                <w:rFonts w:ascii="宋体" w:hAnsi="宋体" w:eastAsia="宋体"/>
                <w:b w:val="0"/>
                <w:sz w:val="18"/>
              </w:rPr>
              <w:t>（2）小组内交流，说说自己的想法。</w:t>
            </w:r>
          </w:p>
          <w:p>
            <w:pPr>
              <w:spacing w:after="20" w:line="276" w:lineRule="auto"/>
            </w:pPr>
            <w:r>
              <w:rPr>
                <w:rFonts w:ascii="宋体" w:hAnsi="宋体" w:eastAsia="宋体"/>
                <w:b w:val="0"/>
                <w:sz w:val="18"/>
              </w:rPr>
              <w:t>（3）指名汇报方法。</w:t>
            </w:r>
          </w:p>
          <w:p>
            <w:pPr>
              <w:spacing w:after="20" w:line="276" w:lineRule="auto"/>
            </w:pPr>
            <w:r>
              <w:rPr>
                <w:rFonts w:ascii="宋体" w:hAnsi="宋体" w:eastAsia="宋体"/>
                <w:b w:val="0"/>
                <w:sz w:val="18"/>
              </w:rPr>
              <w:t>3.课件出示习题。</w:t>
            </w:r>
          </w:p>
          <w:p>
            <w:pPr>
              <w:spacing w:after="20" w:line="276" w:lineRule="auto"/>
            </w:pPr>
            <w:r>
              <w:rPr>
                <w:rFonts w:ascii="宋体" w:hAnsi="宋体" w:eastAsia="宋体"/>
                <w:b w:val="0"/>
                <w:sz w:val="18"/>
              </w:rPr>
              <w:t>第19题是一道“鸡兔同笼”问题。科技类可以看作兔子，艺术类可以看作鸡，9个组可以看作头数，37名学生可以看作脚数，可以用假设法，也可以用列表法进行解答。</w:t>
            </w:r>
          </w:p>
          <w:p>
            <w:pPr>
              <w:spacing w:after="20" w:line="276" w:lineRule="auto"/>
            </w:pPr>
            <w:r>
              <w:rPr>
                <w:rFonts w:ascii="宋体" w:hAnsi="宋体" w:eastAsia="宋体"/>
                <w:b w:val="0"/>
                <w:sz w:val="18"/>
              </w:rPr>
              <w:t>短尾猴：（5×80-276）÷（5-3）</w:t>
            </w:r>
          </w:p>
          <w:p>
            <w:pPr>
              <w:spacing w:after="20" w:line="276" w:lineRule="auto"/>
            </w:pPr>
            <w:r>
              <w:rPr>
                <w:rFonts w:ascii="宋体" w:hAnsi="宋体" w:eastAsia="宋体"/>
                <w:b w:val="0"/>
                <w:sz w:val="18"/>
              </w:rPr>
              <w:t>＝（400-276）÷2</w:t>
            </w:r>
          </w:p>
          <w:p>
            <w:pPr>
              <w:spacing w:after="20" w:line="276" w:lineRule="auto"/>
            </w:pPr>
            <w:r>
              <w:rPr>
                <w:rFonts w:ascii="宋体" w:hAnsi="宋体" w:eastAsia="宋体"/>
                <w:b w:val="0"/>
                <w:sz w:val="18"/>
              </w:rPr>
              <w:t>＝124÷2</w:t>
            </w:r>
          </w:p>
          <w:p>
            <w:pPr>
              <w:spacing w:after="20" w:line="276" w:lineRule="auto"/>
            </w:pPr>
            <w:r>
              <w:rPr>
                <w:rFonts w:ascii="宋体" w:hAnsi="宋体" w:eastAsia="宋体"/>
                <w:b w:val="0"/>
                <w:sz w:val="18"/>
              </w:rPr>
              <w:t>＝62（只）</w:t>
            </w:r>
          </w:p>
          <w:p>
            <w:pPr>
              <w:spacing w:after="20" w:line="276" w:lineRule="auto"/>
            </w:pPr>
            <w:r>
              <w:rPr>
                <w:rFonts w:ascii="宋体" w:hAnsi="宋体" w:eastAsia="宋体"/>
                <w:b w:val="0"/>
                <w:sz w:val="18"/>
              </w:rPr>
              <w:t>长尾猴：80-62＝18（只）</w:t>
            </w:r>
          </w:p>
        </w:tc>
        <w:tc>
          <w:tcPr>
            <w:tcW w:type="dxa" w:w="3061"/>
          </w:tcPr>
          <w:p>
            <w:pPr>
              <w:spacing w:after="20" w:line="276" w:lineRule="auto"/>
            </w:pPr>
            <w:r/>
            <w:r>
              <w:rPr>
                <w:rFonts w:ascii="宋体" w:hAnsi="宋体" w:eastAsia="宋体"/>
                <w:b w:val="0"/>
                <w:sz w:val="18"/>
              </w:rPr>
              <w:t>我会用列表法、假设法、抬脚法等多种方法解决“鸡兔同笼”问题。</w:t>
            </w:r>
          </w:p>
          <w:p>
            <w:pPr>
              <w:spacing w:after="20" w:line="276" w:lineRule="auto"/>
            </w:pPr>
            <w:r>
              <w:rPr>
                <w:rFonts w:ascii="宋体" w:hAnsi="宋体" w:eastAsia="宋体"/>
                <w:b w:val="0"/>
                <w:sz w:val="18"/>
              </w:rPr>
              <w:t>假设报名同学参加的都是艺术类。①总人数：3×9＝27（人） ②总人数差：37-27＝10（人）③一组人数差：5-3＝2（人）④科技类组数：10÷2＝5（组）⑤科技类人数：5×5＝25（人）⑥艺术类人数：37-25＝12（人）</w:t>
            </w:r>
          </w:p>
          <w:p>
            <w:pPr>
              <w:spacing w:after="20" w:line="276" w:lineRule="auto"/>
            </w:pPr>
            <w:r>
              <w:rPr>
                <w:rFonts w:ascii="宋体" w:hAnsi="宋体" w:eastAsia="宋体"/>
                <w:b w:val="0"/>
                <w:sz w:val="18"/>
              </w:rPr>
              <w:t>学生独立完成后集中交流。</w:t>
            </w:r>
          </w:p>
          <w:p>
            <w:pPr>
              <w:spacing w:after="20" w:line="276" w:lineRule="auto"/>
            </w:pPr>
            <w:r>
              <w:rPr>
                <w:rFonts w:ascii="宋体" w:hAnsi="宋体" w:eastAsia="宋体"/>
                <w:b w:val="0"/>
                <w:sz w:val="18"/>
              </w:rPr>
              <w:t>假设全都是长尾猴。</w:t>
            </w:r>
          </w:p>
        </w:tc>
        <w:tc>
          <w:tcPr>
            <w:tcW w:type="dxa" w:w="1814"/>
          </w:tcPr>
          <w:p>
            <w:pPr>
              <w:spacing w:after="20" w:line="276" w:lineRule="auto"/>
            </w:pPr>
            <w:r/>
            <w:r>
              <w:rPr>
                <w:rFonts w:ascii="宋体" w:hAnsi="宋体" w:eastAsia="宋体"/>
                <w:b w:val="0"/>
                <w:sz w:val="18"/>
              </w:rPr>
              <w:t>教学资源本环节教师不是空洞地让学生回忆“鸡兔同笼”问题，而是让学生独立完成一道典型题之后，在做题中回顾，讨论中整理，帮助学生体验策略的价值，增强使用策略的意识。</w:t>
            </w:r>
          </w:p>
        </w:tc>
      </w:tr>
      <w:tr>
        <w:tc>
          <w:tcPr>
            <w:tcW w:type="dxa" w:w="1474"/>
          </w:tcPr>
          <w:p>
            <w:pPr>
              <w:spacing w:after="20" w:line="276" w:lineRule="auto"/>
            </w:pPr>
            <w:r>
              <w:rPr>
                <w:b/>
              </w:rPr>
            </w:r>
            <w:r>
              <w:rPr>
                <w:rFonts w:ascii="宋体" w:hAnsi="宋体" w:eastAsia="宋体"/>
                <w:b/>
                <w:sz w:val="18"/>
              </w:rPr>
              <w:t>五、客观评价，自我激励</w:t>
            </w:r>
          </w:p>
        </w:tc>
        <w:tc>
          <w:tcPr>
            <w:tcW w:type="dxa" w:w="3061"/>
          </w:tcPr>
          <w:p>
            <w:pPr>
              <w:spacing w:after="20" w:line="276" w:lineRule="auto"/>
            </w:pPr>
            <w:r/>
            <w:r>
              <w:rPr>
                <w:rFonts w:ascii="宋体" w:hAnsi="宋体" w:eastAsia="宋体"/>
                <w:b w:val="0"/>
                <w:sz w:val="18"/>
              </w:rPr>
              <w:t>师：同学们，一学期的学习内容到这节课就要结束了，来给自己的表现画上小红花吧!完成教科书P111自我评价。再说说你画的理由，记得客观评价自己哟!</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作为一学期的学习情况的综合评价，要实事求是，不抬高，不贬低。通过小红花画得多与少，让学生了解自己的收获与不足；给学生阐述得到小红花朵数的理由，帮助学生肯定自己的进步，同时发现问题，明确努力方向，从而达到“增强数学学习的情感，树立信心，提高数学学习的效率”的目的。</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统计与数学广角</w:t>
      </w:r>
    </w:p>
    <w:p>
      <w:pPr>
        <w:spacing w:after="40" w:line="300" w:lineRule="auto"/>
      </w:pPr>
      <w:r>
        <w:rPr>
          <w:rFonts w:ascii="宋体" w:hAnsi="宋体" w:eastAsia="宋体"/>
          <w:b w:val="0"/>
          <w:sz w:val="20"/>
        </w:rPr>
        <w:t>一、平均数</w:t>
      </w:r>
    </w:p>
    <w:p>
      <w:pPr>
        <w:spacing w:after="40" w:line="300" w:lineRule="auto"/>
      </w:pPr>
      <w:r>
        <w:rPr>
          <w:rFonts w:ascii="宋体" w:hAnsi="宋体" w:eastAsia="宋体"/>
          <w:b w:val="0"/>
          <w:sz w:val="20"/>
        </w:rPr>
        <w:t>二、复式条形统计图</w:t>
      </w:r>
    </w:p>
    <w:p>
      <w:pPr>
        <w:spacing w:after="40" w:line="300" w:lineRule="auto"/>
      </w:pPr>
      <w:r>
        <w:rPr>
          <w:rFonts w:ascii="宋体" w:hAnsi="宋体" w:eastAsia="宋体"/>
          <w:b w:val="0"/>
          <w:sz w:val="20"/>
        </w:rPr>
        <w:t>三、鸡兔同笼</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完成教科书P105第4题，P109～110“练习二十五”第14、16、19题。</w:t>
      </w:r>
    </w:p>
    <w:p>
      <w:pPr>
        <w:spacing w:after="40" w:line="300" w:lineRule="auto"/>
        <w:ind w:firstLine="400"/>
      </w:pPr>
      <w:r>
        <w:rPr>
          <w:rFonts w:ascii="宋体" w:hAnsi="宋体" w:eastAsia="宋体"/>
          <w:b w:val="0"/>
          <w:sz w:val="20"/>
        </w:rPr>
        <w:t>② 原设计安排：见“状元成才路”系列丛书《创优作业100分》对应课时作业。 1.某天甲、乙停车场停放车辆情况如右图。 （1）甲停车场的大客车数量是它里面轿车数量的一半，乙停车场的大客车数量比它里面面包车的数量少9辆。据此完成右边的条形统计图。 （2）甲停车场停放最多的是（ ）车，乙停车场停放最少的是（ ）车。 （3）请你提出一个数学问题并解答。 2.鸡和兔共有150只，鸡的脚数比兔的脚数多66只，鸡和兔各有多少只？ 【教学笔记】 参考答案 1.（1）图略 （2）轿 货 （3）甲停车场一共停放了多少辆车？ 4＋9＋13＋18＝44（辆） （答案不唯一） 兔：（150－66÷2）÷（2＋1）＝39（只） 鸡：150－39＝111（只）</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是这学期的最后一节复习课了，我一直在思考这样的问题:首先，复习课究竟要教给孩子什么?如果只是将学过的知识过一遍，是不是过于简单?其次，数学复习课究竟要怎样教?仅仅是学生一题一题地练，教师一遍一遍地讲，学生能有多少收获?复习的目标能否实现?显然，漏洞要查，题目要练，但不能是简单的机械重复，学生也不是被动的操作工。要关注知识结构的有序整理，注重学生自主合作的参与需求，注意练习题目的精巧设计，重视练习形式的不断变化，才能通过复习真正实现知识的再现、梳理、架构、补缺和深化。边教学边思考，任重而道远！</w:t>
      </w:r>
    </w:p>
    <w:sectPr w:rsidR="00FC693F" w:rsidRPr="0006063C" w:rsidSect="00034616">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