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人教版四年级数学下册</w:t>
      </w:r>
    </w:p>
    <w:p>
      <w:pPr>
        <w:spacing w:after="80" w:line="300" w:lineRule="auto"/>
        <w:jc w:val="center"/>
      </w:pPr>
      <w:r>
        <w:rPr>
          <w:rFonts w:ascii="黑体" w:hAnsi="黑体" w:eastAsia="黑体"/>
          <w:b/>
          <w:sz w:val="26"/>
        </w:rPr>
        <w:t>第6单元 小数的加法和减法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第6单元 小数的加法和减法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6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在人类生产和生活中,诸多问题的解决,离不开小数加减法。它是数的运算中不可缺少的内容,是形成良好的计算能力的重要组成部分。本单元的主要教学是小数加法和减法。学生在三年级上册已经掌握了整数加减法的竖式计算方法,在三年级下册学习了一位小数的加减法,在本册的第一单元和第三单元又分别学习了整数的四则运算、整数加法的运算律、减法的性质及其简便运算,第四单元又进一步学习了小数的意义和性质,在此基础上再学习本单元的内容就顺理成章了。这部分内容又是今后学习小数乘除法竖式计算、小数四则混合运算等知识的重要基础。</w:t>
      </w:r>
    </w:p>
    <w:p>
      <w:pPr>
        <w:spacing w:after="80" w:line="300" w:lineRule="auto"/>
        <w:ind w:firstLine="400"/>
      </w:pPr>
      <w:r>
        <w:rPr>
          <w:rFonts w:ascii="宋体" w:hAnsi="宋体" w:eastAsia="宋体"/>
          <w:b w:val="0"/>
          <w:sz w:val="20"/>
        </w:rPr>
        <w:t>本单元内容包括小数加减法、小数加减混合运算以及整数加法运算律推广到小数这三部分。其中教学重点是理解小数加减法的竖式计算方法,能正确地进行小数加减法竖式计算和加减混合运算；教学难点是能将整数加法运算律中的加法交换律和加法结合律运用到小数中灵活进行简便计算。</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以往的学习中已经掌握了整数加减法及一位小数加减法的计算方法,理解了整数加减法的算理,并且已积累了大量关于元、角、分的知识。在本册教科书中学生还掌握了小数的意义和性质,这些都为学生理解小数加减法的算理打下了扎实有效的知识基础。本单元内容与学生日常生活紧密相关，为进一步学习、研究后面的知识打下基础。理解和掌握小数加减法的算理和算法是小学生应具备的基本知识经验,而且是必备的数学知识、技能与方法。教学中会出现小数的位数不同的加减法竖式计算的情况,由于新知识与学生已有的认识存在矛盾冲突,受学习负迁移的影响,学生容易出现将小数的末尾对齐等错误,这也是小数加减计算中的难点所在，在学习新课时要加强引导。</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第1课时：在具体情境中经历探索位数相同的小数加减法计算方法的过程,理解小数加减法的算理,掌握竖式计算的方法,并能正确计算。</w:t>
      </w:r>
    </w:p>
    <w:p>
      <w:pPr>
        <w:spacing w:after="20" w:line="300" w:lineRule="auto"/>
        <w:ind w:firstLine="400"/>
      </w:pPr>
      <w:r>
        <w:rPr>
          <w:rFonts w:ascii="宋体" w:hAnsi="宋体" w:eastAsia="宋体"/>
          <w:b w:val="0"/>
          <w:sz w:val="20"/>
        </w:rPr>
        <w:t>第2课时：在具体情境中，经历探索位数不同的小数加减法计算方法的过程，理解小数加减法的算理，掌握竖式计算的方法，并能正确计算。</w:t>
      </w:r>
    </w:p>
    <w:p>
      <w:pPr>
        <w:spacing w:after="20" w:line="300" w:lineRule="auto"/>
        <w:ind w:firstLine="400"/>
      </w:pPr>
      <w:r>
        <w:rPr>
          <w:rFonts w:ascii="宋体" w:hAnsi="宋体" w:eastAsia="宋体"/>
          <w:b w:val="0"/>
          <w:sz w:val="20"/>
        </w:rPr>
        <w:t>第3课时：结合具体情境，能正确进行小数加减混合运算，并能选择合适的算法进行计算。</w:t>
      </w:r>
    </w:p>
    <w:p>
      <w:pPr>
        <w:spacing w:after="20" w:line="300" w:lineRule="auto"/>
        <w:ind w:firstLine="400"/>
      </w:pPr>
      <w:r>
        <w:rPr>
          <w:rFonts w:ascii="宋体" w:hAnsi="宋体" w:eastAsia="宋体"/>
          <w:b w:val="0"/>
          <w:sz w:val="20"/>
        </w:rPr>
        <w:t>第4课时：理解整数加法运算律对小数同样适用，会运用运算律进行简便计算。</w:t>
      </w:r>
    </w:p>
    <w:p>
      <w:pPr>
        <w:spacing w:after="20" w:line="300" w:lineRule="auto"/>
        <w:ind w:firstLine="400"/>
      </w:pPr>
      <w:r>
        <w:rPr>
          <w:rFonts w:ascii="宋体" w:hAnsi="宋体" w:eastAsia="宋体"/>
          <w:b w:val="0"/>
          <w:sz w:val="20"/>
        </w:rPr>
        <w:t>第5课时：进一步巩固小数加减法的计算方法，会正确地进行小数加减混合运算。</w:t>
      </w:r>
    </w:p>
    <w:p>
      <w:pPr>
        <w:spacing w:after="20" w:line="300" w:lineRule="auto"/>
        <w:ind w:firstLine="400"/>
      </w:pPr>
      <w:r>
        <w:rPr>
          <w:rFonts w:ascii="宋体" w:hAnsi="宋体" w:eastAsia="宋体"/>
          <w:b w:val="0"/>
          <w:sz w:val="20"/>
        </w:rPr>
        <w:t>第6课时：进一步理解加法运算律并会用加法运算律进行简便计算。</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注意选择学生熟悉的现实生活素材。教学时既可根据教科书提供的买书情境为素材,引入小数加减法,也可以选择与日常生活、生产实际联系紧密的素材开展学习活动,如日常用水、用电、用燃气的数量与价钱，购买生活、学习用品的价钱等。通过将学生置于相关的生活情境中,让学生自然地实现由生活到数学的转化,使学生初步体验到小数加减计算在生活中的应用,培养应用意识。</w:t>
      </w:r>
    </w:p>
    <w:p>
      <w:pPr>
        <w:spacing w:after="20" w:line="300" w:lineRule="auto"/>
      </w:pPr>
      <w:r>
        <w:rPr>
          <w:rFonts w:ascii="宋体" w:hAnsi="宋体" w:eastAsia="宋体"/>
          <w:b w:val="0"/>
          <w:sz w:val="20"/>
        </w:rPr>
        <w:t>● 注重知识间的内在联系,促进学生自主学习。小数加减法和整数加减法之间有着密切的联系。学生通过整数加减法的学习掌握了相同数位上的数才能直接相加减及进退位的规则。因此,教师应对学生的原有认知结构和知识经验进行分析,引导学生将整数加减法知识迁移到小数加减法的学习中，在具体情境中自主探索小数加减法的竖式计算方法。</w:t>
      </w:r>
    </w:p>
    <w:p>
      <w:pPr>
        <w:spacing w:after="20" w:line="300" w:lineRule="auto"/>
      </w:pPr>
      <w:r>
        <w:rPr>
          <w:rFonts w:ascii="宋体" w:hAnsi="宋体" w:eastAsia="宋体"/>
          <w:b w:val="0"/>
          <w:sz w:val="20"/>
        </w:rPr>
        <w:t>● 使学生经历不完全归纳推理的过程。教学时要沟通整数加法与小数加法的联系,让学生充分经历探究规律的过程。可以通过几组典型例子的呈现,引导学生观察这几组算式有什么特点,唤起学生已有的知识经验,并通过观察、计算、猜想、验证、推理等活动,使学生经历由特殊到一般的举例验证的过程,通过不完全归纳发现整数加法的运算律对于小数也同样适用,完善对加法运算律的认知。</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小数加减法（1）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在具体情境中经历探索位数相同的小数加减法计算方法的过程,理解小数加减法的算理,掌握竖式计算的方法,并能正确计算。</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小数加减法（2）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在具体情境中，经历探索位数不同的小数加减法计算方法的过程，理解小数加减法的算理，掌握竖式计算的方法，并能正确计算。</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小数加减混合运算</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结合具体情境，能正确进行小数加减混合运算，并能选择合适的算法进行计算。</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整数加法运算律推广到小数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理解整数加法运算律对小数同样适用，会运用运算律进行简便计算。</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练习课(小数加减法和小数加减混合运算)</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进一步巩固小数加减法的计算方法，会正确地进行小数加减混合运算。</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练习课(整数加法运算律推广到小数)</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进一步理解加法运算律并会用加法运算律进行简便计算。</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小数加减法（1）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小数加减法（1）</w:t>
            </w:r>
          </w:p>
        </w:tc>
        <w:tc>
          <w:tcPr>
            <w:tcW w:type="dxa" w:w="6009"/>
          </w:tcPr>
          <w:p>
            <w:pPr>
              <w:spacing w:after="20" w:line="276" w:lineRule="auto"/>
            </w:pPr>
            <w:r/>
            <w:r>
              <w:rPr>
                <w:rFonts w:ascii="宋体" w:hAnsi="宋体" w:eastAsia="宋体"/>
                <w:b w:val="0"/>
                <w:sz w:val="20"/>
              </w:rPr>
              <w:t>第6单元 小数的加法和减法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以往的学习中已经掌握了整数加减法及一位小数加减法的计算方法,理解了整数加减法的算理,并且已积累了大量关于元、角、分的知识。在本册教科书中学生还掌握了小数的意义和性质,这些都为学生理解小数加减法的算理打下了扎实有效的知识基础。本单元内容与学生日常生活紧密相关，为进一步学习、研究后面的知识打下基础。理解和掌握小数加减法的算理和算法是小学生应具备的基本知识经验,而且是必备的数学知识、技能与方法。教学中会出现小数的位数不同的加减法竖式计算的情况,由于新知识与学生已有的认识存在矛盾冲突,受学习负迁移的影响,学生容易出现将小数的末尾对齐等错误,这也是小数加减计算中的难点所在，在学习新课时要加强引导。</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教学内容：教科书P69例1，完成P69“做一做”，P71~72“练习十七”第1、2、3、4、8题。</w:t>
      </w:r>
    </w:p>
    <w:p>
      <w:pPr>
        <w:spacing w:after="80" w:line="300" w:lineRule="auto"/>
        <w:ind w:firstLine="400"/>
      </w:pPr>
      <w:r>
        <w:rPr>
          <w:rFonts w:ascii="宋体" w:hAnsi="宋体" w:eastAsia="宋体"/>
          <w:b w:val="0"/>
          <w:sz w:val="20"/>
        </w:rPr>
        <w:t>教学准备：课件，卡片。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（1）在具体情境中经历探索位数相同的小数加减法计算方法的过程,理解小数加减法的算理,掌握竖式计算的方法,并能正确计算。</w:t>
      </w:r>
    </w:p>
    <w:p>
      <w:pPr>
        <w:spacing w:after="20" w:line="300" w:lineRule="auto"/>
        <w:ind w:firstLine="400"/>
      </w:pPr>
      <w:r>
        <w:rPr>
          <w:rFonts w:ascii="宋体" w:hAnsi="宋体" w:eastAsia="宋体"/>
          <w:b w:val="0"/>
          <w:sz w:val="20"/>
        </w:rPr>
        <w:t>（2）通过计算、比较等活动使学生经历把整数加减法计算经验迁移到小数加减法计算中的过程,发展学生运用迁移规律的意识,培养学生的运算能力。</w:t>
      </w:r>
    </w:p>
    <w:p>
      <w:pPr>
        <w:spacing w:after="20" w:line="300" w:lineRule="auto"/>
        <w:ind w:firstLine="400"/>
      </w:pPr>
      <w:r>
        <w:rPr>
          <w:rFonts w:ascii="宋体" w:hAnsi="宋体" w:eastAsia="宋体"/>
          <w:b w:val="0"/>
          <w:sz w:val="20"/>
        </w:rPr>
        <w:t>（3）感受小数加减法在生活中的广泛应用,培养学生的应用意识,增强学习数学的信心。</w:t>
      </w:r>
    </w:p>
    <w:p>
      <w:pPr>
        <w:spacing w:after="20" w:line="300" w:lineRule="auto"/>
      </w:pPr>
      <w:r>
        <w:rPr>
          <w:rFonts w:ascii="宋体" w:hAnsi="宋体" w:eastAsia="宋体"/>
          <w:b w:val="0"/>
          <w:sz w:val="20"/>
        </w:rPr>
        <w:t>教学重点：理解小数加减法的算理,掌握竖式计算的方法,并能正确计算。</w:t>
      </w:r>
    </w:p>
    <w:p>
      <w:pPr>
        <w:spacing w:after="20" w:line="300" w:lineRule="auto"/>
      </w:pPr>
      <w:r>
        <w:rPr>
          <w:rFonts w:ascii="宋体" w:hAnsi="宋体" w:eastAsia="宋体"/>
          <w:b w:val="0"/>
          <w:sz w:val="20"/>
        </w:rPr>
        <w:t>教学难点：理解“小数点对齐就是相同数位对齐”。</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一、激活经验，导入新课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二、创设情境，自主探究</w:t>
            </w:r>
          </w:p>
        </w:tc>
        <w:tc>
          <w:tcPr>
            <w:tcW w:type="dxa" w:w="1814"/>
          </w:tcPr>
          <w:p>
            <w:pPr>
              <w:spacing w:after="20" w:line="276" w:lineRule="auto"/>
            </w:pPr>
            <w:r/>
            <w:r>
              <w:rPr>
                <w:rFonts w:ascii="宋体" w:hAnsi="宋体" w:eastAsia="宋体"/>
                <w:b w:val="0"/>
                <w:sz w:val="18"/>
              </w:rPr>
              <w:t>课件、练习本、教科书</w:t>
            </w:r>
          </w:p>
        </w:tc>
        <w:tc>
          <w:tcPr>
            <w:tcW w:type="dxa" w:w="3402"/>
          </w:tcPr>
          <w:p>
            <w:pPr>
              <w:spacing w:after="20" w:line="276" w:lineRule="auto"/>
            </w:pPr>
            <w:r/>
            <w:r>
              <w:rPr>
                <w:rFonts w:ascii="宋体" w:hAnsi="宋体" w:eastAsia="宋体"/>
                <w:b w:val="0"/>
                <w:sz w:val="18"/>
              </w:rPr>
              <w:t>从图中你们知道了哪些数学信息?你们能提出哪些数学问题?；要解答你们提出的这两个问题，该怎样列式呢？</w:t>
            </w:r>
          </w:p>
        </w:tc>
        <w:tc>
          <w:tcPr>
            <w:tcW w:type="dxa" w:w="1361"/>
          </w:tcPr>
          <w:p>
            <w:pPr>
              <w:spacing w:after="20" w:line="276" w:lineRule="auto"/>
            </w:pPr>
            <w:r/>
            <w:r>
              <w:rPr>
                <w:rFonts w:ascii="宋体" w:hAnsi="宋体" w:eastAsia="宋体"/>
                <w:b w:val="0"/>
                <w:sz w:val="18"/>
              </w:rPr>
              <w:t>30分钟</w:t>
            </w:r>
          </w:p>
        </w:tc>
      </w:tr>
      <w:tr>
        <w:tc>
          <w:tcPr>
            <w:tcW w:type="dxa" w:w="2835"/>
          </w:tcPr>
          <w:p>
            <w:pPr>
              <w:spacing w:after="20" w:line="276" w:lineRule="auto"/>
            </w:pPr>
            <w:r/>
            <w:r>
              <w:rPr>
                <w:rFonts w:ascii="宋体" w:hAnsi="宋体" w:eastAsia="宋体"/>
                <w:b w:val="0"/>
                <w:sz w:val="18"/>
              </w:rPr>
              <w:t>三、练习巩固，提高能力</w:t>
            </w:r>
          </w:p>
        </w:tc>
        <w:tc>
          <w:tcPr>
            <w:tcW w:type="dxa" w:w="1814"/>
          </w:tcPr>
          <w:p>
            <w:pPr>
              <w:spacing w:after="20" w:line="276" w:lineRule="auto"/>
            </w:pPr>
            <w:r/>
            <w:r>
              <w:rPr>
                <w:rFonts w:ascii="宋体" w:hAnsi="宋体" w:eastAsia="宋体"/>
                <w:b w:val="0"/>
                <w:sz w:val="18"/>
              </w:rPr>
              <w:t>教科书、课件、统计表、练习本</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四、课堂小结，反思评价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今天这节课你有什么收获?你觉得计算小数加减法时要注意什么呢？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一、激活经验，导入新课</w:t>
            </w:r>
          </w:p>
        </w:tc>
        <w:tc>
          <w:tcPr>
            <w:tcW w:type="dxa" w:w="3061"/>
          </w:tcPr>
          <w:p>
            <w:pPr>
              <w:spacing w:after="20" w:line="276" w:lineRule="auto"/>
            </w:pPr>
            <w:r/>
            <w:r>
              <w:rPr>
                <w:rFonts w:ascii="宋体" w:hAnsi="宋体" w:eastAsia="宋体"/>
                <w:b w:val="0"/>
                <w:sz w:val="18"/>
              </w:rPr>
              <w:t>师：最近同学们学习了小数的知识，相信大家对小数一定有了深刻的认识。想一想生活中哪些地方会用到小数。</w:t>
            </w:r>
          </w:p>
          <w:p>
            <w:pPr>
              <w:spacing w:after="20" w:line="276" w:lineRule="auto"/>
            </w:pPr>
            <w:r>
              <w:rPr>
                <w:rFonts w:ascii="宋体" w:hAnsi="宋体" w:eastAsia="宋体"/>
                <w:b w:val="0"/>
                <w:sz w:val="18"/>
              </w:rPr>
              <w:t>师：小数在生活中的应用真广泛哪！看，在买东西的时候不但会遇到小数，还会遇到用小数计算的问题呢!</w:t>
            </w:r>
          </w:p>
        </w:tc>
        <w:tc>
          <w:tcPr>
            <w:tcW w:type="dxa" w:w="3061"/>
          </w:tcPr>
          <w:p>
            <w:pPr>
              <w:spacing w:after="20" w:line="276" w:lineRule="auto"/>
            </w:pPr>
            <w:r/>
            <w:r>
              <w:rPr>
                <w:rFonts w:ascii="宋体" w:hAnsi="宋体" w:eastAsia="宋体"/>
                <w:b w:val="0"/>
                <w:sz w:val="18"/>
              </w:rPr>
              <w:t>商店和超市里商品的价格用到小数；测量身高的时候用到小数……</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二、创设情境，自主探究</w:t>
            </w:r>
          </w:p>
        </w:tc>
        <w:tc>
          <w:tcPr>
            <w:tcW w:type="dxa" w:w="3061"/>
          </w:tcPr>
          <w:p>
            <w:pPr>
              <w:spacing w:after="20" w:line="276" w:lineRule="auto"/>
            </w:pPr>
            <w:r/>
            <w:r>
              <w:rPr>
                <w:rFonts w:ascii="宋体" w:hAnsi="宋体" w:eastAsia="宋体"/>
                <w:b w:val="0"/>
                <w:sz w:val="18"/>
              </w:rPr>
              <w:t>1.观察发现，提出问题。</w:t>
            </w:r>
          </w:p>
          <w:p>
            <w:pPr>
              <w:spacing w:after="20" w:line="276" w:lineRule="auto"/>
            </w:pPr>
            <w:r>
              <w:rPr>
                <w:rFonts w:ascii="宋体" w:hAnsi="宋体" w:eastAsia="宋体"/>
                <w:b w:val="0"/>
                <w:sz w:val="18"/>
              </w:rPr>
              <w:t>师：看，小丽买了下面两本书。（课件出示图书）</w:t>
            </w:r>
          </w:p>
          <w:p>
            <w:pPr>
              <w:spacing w:after="20" w:line="276" w:lineRule="auto"/>
            </w:pPr>
            <w:r>
              <w:rPr>
                <w:rFonts w:ascii="宋体" w:hAnsi="宋体" w:eastAsia="宋体"/>
                <w:b w:val="0"/>
                <w:sz w:val="18"/>
              </w:rPr>
              <w:t>师：从图中你们知道了哪些数学信息?你们能提出哪些数学问题?</w:t>
            </w:r>
          </w:p>
          <w:p>
            <w:pPr>
              <w:spacing w:after="20" w:line="276" w:lineRule="auto"/>
            </w:pPr>
            <w:r>
              <w:rPr>
                <w:rFonts w:ascii="宋体" w:hAnsi="宋体" w:eastAsia="宋体"/>
                <w:b w:val="0"/>
                <w:sz w:val="18"/>
              </w:rPr>
              <w:t>2.迁移经验，探究小数加法的算法。</w:t>
            </w:r>
          </w:p>
          <w:p>
            <w:pPr>
              <w:spacing w:after="20" w:line="276" w:lineRule="auto"/>
            </w:pPr>
            <w:r>
              <w:rPr>
                <w:rFonts w:ascii="宋体" w:hAnsi="宋体" w:eastAsia="宋体"/>
                <w:b w:val="0"/>
                <w:sz w:val="18"/>
              </w:rPr>
              <w:t>（1）列出算式。</w:t>
            </w:r>
          </w:p>
          <w:p>
            <w:pPr>
              <w:spacing w:after="20" w:line="276" w:lineRule="auto"/>
            </w:pPr>
            <w:r>
              <w:rPr>
                <w:rFonts w:ascii="宋体" w:hAnsi="宋体" w:eastAsia="宋体"/>
                <w:b w:val="0"/>
                <w:sz w:val="18"/>
              </w:rPr>
              <w:t>师：要解答你们提出的这两个问题，该怎样列式呢？</w:t>
            </w:r>
          </w:p>
          <w:p>
            <w:pPr>
              <w:spacing w:after="20" w:line="276" w:lineRule="auto"/>
            </w:pPr>
            <w:r>
              <w:rPr>
                <w:rFonts w:ascii="宋体" w:hAnsi="宋体" w:eastAsia="宋体"/>
                <w:b w:val="0"/>
                <w:sz w:val="18"/>
              </w:rPr>
              <w:t>师：这是小数的加法和减法，今天这节课我们就来学习有关小数加减法的计算。［板书课题：小数加减法（1）］</w:t>
            </w:r>
          </w:p>
          <w:p>
            <w:pPr>
              <w:spacing w:after="20" w:line="276" w:lineRule="auto"/>
            </w:pPr>
            <w:r>
              <w:rPr>
                <w:rFonts w:ascii="宋体" w:hAnsi="宋体" w:eastAsia="宋体"/>
                <w:b w:val="0"/>
                <w:sz w:val="18"/>
              </w:rPr>
              <w:t>（2）尝试计算。</w:t>
            </w:r>
          </w:p>
          <w:p>
            <w:pPr>
              <w:spacing w:after="20" w:line="276" w:lineRule="auto"/>
            </w:pPr>
            <w:r>
              <w:rPr>
                <w:rFonts w:ascii="宋体" w:hAnsi="宋体" w:eastAsia="宋体"/>
                <w:b w:val="0"/>
                <w:sz w:val="18"/>
              </w:rPr>
              <w:t>①师：先来看16.45+14.29，大家先估算一下，买这两本书一共花了多少钱。</w:t>
            </w:r>
          </w:p>
          <w:p>
            <w:pPr>
              <w:spacing w:after="20" w:line="276" w:lineRule="auto"/>
            </w:pPr>
            <w:r>
              <w:rPr>
                <w:rFonts w:ascii="宋体" w:hAnsi="宋体" w:eastAsia="宋体"/>
                <w:b w:val="0"/>
                <w:sz w:val="18"/>
              </w:rPr>
              <w:t>②师：这是两位小数的加法，用竖式该怎么算呢？先独立思考，再在练习本上尝试计算，最后与小组的同学交流一下你的计算方法。</w:t>
            </w:r>
          </w:p>
          <w:p>
            <w:pPr>
              <w:spacing w:after="20" w:line="276" w:lineRule="auto"/>
            </w:pPr>
            <w:r>
              <w:rPr>
                <w:rFonts w:ascii="宋体" w:hAnsi="宋体" w:eastAsia="宋体"/>
                <w:b w:val="0"/>
                <w:sz w:val="18"/>
              </w:rPr>
              <w:t>教师巡视指导。</w:t>
            </w:r>
          </w:p>
          <w:p>
            <w:pPr>
              <w:spacing w:after="20" w:line="276" w:lineRule="auto"/>
            </w:pPr>
            <w:r>
              <w:rPr>
                <w:rFonts w:ascii="宋体" w:hAnsi="宋体" w:eastAsia="宋体"/>
                <w:b w:val="0"/>
                <w:sz w:val="18"/>
              </w:rPr>
              <w:t>（3）交流汇报，说清算理。</w:t>
            </w:r>
          </w:p>
          <w:p>
            <w:pPr>
              <w:spacing w:after="20" w:line="276" w:lineRule="auto"/>
            </w:pPr>
            <w:r>
              <w:rPr>
                <w:rFonts w:ascii="宋体" w:hAnsi="宋体" w:eastAsia="宋体"/>
                <w:b w:val="0"/>
                <w:sz w:val="18"/>
              </w:rPr>
              <w:t>①指名板演，呈现不同算法。</w:t>
            </w:r>
          </w:p>
          <w:p>
            <w:pPr>
              <w:spacing w:after="20" w:line="276" w:lineRule="auto"/>
            </w:pPr>
            <w:r>
              <w:rPr>
                <w:rFonts w:ascii="宋体" w:hAnsi="宋体" w:eastAsia="宋体"/>
                <w:b w:val="0"/>
                <w:sz w:val="18"/>
              </w:rPr>
              <w:t>16.45元=16元4角5分                   16.45元=1645分</w:t>
            </w:r>
          </w:p>
          <w:p>
            <w:pPr>
              <w:spacing w:after="20" w:line="276" w:lineRule="auto"/>
            </w:pPr>
            <w:r>
              <w:rPr>
                <w:rFonts w:ascii="宋体" w:hAnsi="宋体" w:eastAsia="宋体"/>
                <w:b w:val="0"/>
                <w:sz w:val="18"/>
              </w:rPr>
              <w:t>14.29元=14元2角9分                   14.29元=1429分</w:t>
            </w:r>
          </w:p>
          <w:p>
            <w:pPr>
              <w:spacing w:after="20" w:line="276" w:lineRule="auto"/>
            </w:pPr>
            <w:r>
              <w:rPr>
                <w:rFonts w:ascii="宋体" w:hAnsi="宋体" w:eastAsia="宋体"/>
                <w:b w:val="0"/>
                <w:sz w:val="18"/>
              </w:rPr>
              <w:t>30元7角4分=30.74元                  3074分=30.74元</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②师：请同学们比较这几名同学的方法，它们有什么相同点和不同点?</w:t>
            </w:r>
          </w:p>
          <w:p>
            <w:pPr>
              <w:spacing w:after="20" w:line="276" w:lineRule="auto"/>
            </w:pPr>
            <w:r>
              <w:rPr>
                <w:rFonts w:ascii="宋体" w:hAnsi="宋体" w:eastAsia="宋体"/>
                <w:b w:val="0"/>
                <w:sz w:val="18"/>
              </w:rPr>
              <w:t>③师：有的同学借助我们学过的旧知识，将新知识进行转化，从而把问题解决了；有的同学是用小数进行竖式计算的。谁能来具体说说小数加法该如何计算呢?</w:t>
            </w:r>
          </w:p>
          <w:p>
            <w:pPr>
              <w:spacing w:after="20" w:line="276" w:lineRule="auto"/>
            </w:pPr>
            <w:r>
              <w:rPr>
                <w:rFonts w:ascii="宋体" w:hAnsi="宋体" w:eastAsia="宋体"/>
                <w:b w:val="0"/>
                <w:sz w:val="18"/>
              </w:rPr>
              <w:t>(4)师：列竖式时，为什么要把小数点对齐呢?</w:t>
            </w:r>
          </w:p>
          <w:p>
            <w:pPr>
              <w:spacing w:after="20" w:line="276" w:lineRule="auto"/>
            </w:pPr>
            <w:r>
              <w:rPr>
                <w:rFonts w:ascii="宋体" w:hAnsi="宋体" w:eastAsia="宋体"/>
                <w:b w:val="0"/>
                <w:sz w:val="18"/>
              </w:rPr>
              <w:t>例题虽以解决问题的方式呈现，但这里重点不是解决问题，而是如何计算小数加减法。</w:t>
            </w:r>
          </w:p>
          <w:p>
            <w:pPr>
              <w:spacing w:after="20" w:line="276" w:lineRule="auto"/>
            </w:pPr>
            <w:r>
              <w:rPr>
                <w:rFonts w:ascii="宋体" w:hAnsi="宋体" w:eastAsia="宋体"/>
                <w:b w:val="0"/>
                <w:sz w:val="18"/>
              </w:rPr>
              <w:t>教师结合课件进行演示：</w:t>
            </w:r>
          </w:p>
          <w:p>
            <w:pPr>
              <w:spacing w:after="20" w:line="276" w:lineRule="auto"/>
            </w:pPr>
            <w:r>
              <w:rPr>
                <w:rFonts w:ascii="宋体" w:hAnsi="宋体" w:eastAsia="宋体"/>
                <w:b w:val="0"/>
                <w:sz w:val="18"/>
              </w:rPr>
              <w:t>(5)讨论比较，优化算法。</w:t>
            </w:r>
          </w:p>
          <w:p>
            <w:pPr>
              <w:spacing w:after="20" w:line="276" w:lineRule="auto"/>
            </w:pPr>
            <w:r>
              <w:rPr>
                <w:rFonts w:ascii="宋体" w:hAnsi="宋体" w:eastAsia="宋体"/>
                <w:b w:val="0"/>
                <w:sz w:val="18"/>
              </w:rPr>
              <w:t>师：在计算小数加法时，你更喜欢哪种方法？为什么呢？</w:t>
            </w:r>
          </w:p>
          <w:p>
            <w:pPr>
              <w:spacing w:after="20" w:line="276" w:lineRule="auto"/>
            </w:pPr>
            <w:r>
              <w:rPr>
                <w:rFonts w:ascii="宋体" w:hAnsi="宋体" w:eastAsia="宋体"/>
                <w:b w:val="0"/>
                <w:sz w:val="18"/>
              </w:rPr>
              <w:t>教师再次强调:在计算小数加法时，小数点对齐，实际上就是相同数位对齐。</w:t>
            </w:r>
          </w:p>
          <w:p>
            <w:pPr>
              <w:spacing w:after="20" w:line="276" w:lineRule="auto"/>
            </w:pPr>
            <w:r>
              <w:rPr>
                <w:rFonts w:ascii="宋体" w:hAnsi="宋体" w:eastAsia="宋体"/>
                <w:b w:val="0"/>
                <w:sz w:val="18"/>
              </w:rPr>
              <w:t>教师用一张卡片盖住小数点，引导学生发现小数加法与整数加法的联系。</w:t>
            </w:r>
          </w:p>
          <w:p>
            <w:pPr>
              <w:spacing w:after="20" w:line="276" w:lineRule="auto"/>
            </w:pPr>
            <w:r>
              <w:rPr>
                <w:rFonts w:ascii="宋体" w:hAnsi="宋体" w:eastAsia="宋体"/>
                <w:b w:val="0"/>
                <w:sz w:val="18"/>
              </w:rPr>
              <w:t>（6）强化练习，巩固算法。</w:t>
            </w:r>
          </w:p>
          <w:p>
            <w:pPr>
              <w:spacing w:after="20" w:line="276" w:lineRule="auto"/>
            </w:pPr>
            <w:r>
              <w:rPr>
                <w:rFonts w:ascii="宋体" w:hAnsi="宋体" w:eastAsia="宋体"/>
                <w:b w:val="0"/>
                <w:sz w:val="18"/>
              </w:rPr>
              <w:t>②各组派代表展示计算过程，并说一说是怎样算的。</w:t>
            </w:r>
          </w:p>
          <w:p>
            <w:pPr>
              <w:spacing w:after="20" w:line="276" w:lineRule="auto"/>
            </w:pPr>
            <w:r>
              <w:rPr>
                <w:rFonts w:ascii="宋体" w:hAnsi="宋体" w:eastAsia="宋体"/>
                <w:b w:val="0"/>
                <w:sz w:val="18"/>
              </w:rPr>
              <w:t>③重点引导学生讨论、比较：12.53+4.67和6.07+4.89。</w:t>
            </w:r>
          </w:p>
          <w:p>
            <w:pPr>
              <w:spacing w:after="20" w:line="276" w:lineRule="auto"/>
            </w:pPr>
            <w:r>
              <w:rPr>
                <w:rFonts w:ascii="宋体" w:hAnsi="宋体" w:eastAsia="宋体"/>
                <w:b w:val="0"/>
                <w:sz w:val="18"/>
              </w:rPr>
              <w:t>师：刚才在计算小数加法时除了小数点要对齐以外，还有什么是需要大家注意的？</w:t>
            </w:r>
          </w:p>
          <w:p>
            <w:pPr>
              <w:spacing w:after="20" w:line="276" w:lineRule="auto"/>
            </w:pPr>
            <w:r>
              <w:rPr>
                <w:rFonts w:ascii="宋体" w:hAnsi="宋体" w:eastAsia="宋体"/>
                <w:b w:val="0"/>
                <w:sz w:val="18"/>
              </w:rPr>
              <w:t>3.自主迁移，探究小数减法的算法。</w:t>
            </w:r>
          </w:p>
          <w:p>
            <w:pPr>
              <w:spacing w:after="20" w:line="276" w:lineRule="auto"/>
            </w:pPr>
            <w:r>
              <w:rPr>
                <w:rFonts w:ascii="宋体" w:hAnsi="宋体" w:eastAsia="宋体"/>
                <w:b w:val="0"/>
                <w:sz w:val="18"/>
              </w:rPr>
              <w:t>（1）师：小数加法同学们会做了，那小数减法你们会做吗?拿出练习本，自己算一算《数学家的故事》比《童话选》贵多少钱。</w:t>
            </w:r>
          </w:p>
          <w:p>
            <w:pPr>
              <w:spacing w:after="20" w:line="276" w:lineRule="auto"/>
            </w:pPr>
            <w:r>
              <w:rPr>
                <w:rFonts w:ascii="宋体" w:hAnsi="宋体" w:eastAsia="宋体"/>
                <w:b w:val="0"/>
                <w:sz w:val="18"/>
              </w:rPr>
              <w:t>①指名板演，其余学生独立计算。</w:t>
            </w:r>
          </w:p>
          <w:p>
            <w:pPr>
              <w:spacing w:after="20" w:line="276" w:lineRule="auto"/>
            </w:pPr>
            <w:r>
              <w:rPr>
                <w:rFonts w:ascii="宋体" w:hAnsi="宋体" w:eastAsia="宋体"/>
                <w:b w:val="0"/>
                <w:sz w:val="18"/>
              </w:rPr>
              <w:t>为了突出重点，突破难点，本环节重在引导学生在具体情境中经历探索位数相同的小数加法计算方法的过程，理解小数加法的算理，掌握竖式计算的方法，并能正确计算。</w:t>
            </w:r>
          </w:p>
          <w:p>
            <w:pPr>
              <w:spacing w:after="20" w:line="276" w:lineRule="auto"/>
            </w:pPr>
            <w:r>
              <w:rPr>
                <w:rFonts w:ascii="宋体" w:hAnsi="宋体" w:eastAsia="宋体"/>
                <w:b w:val="0"/>
                <w:sz w:val="18"/>
              </w:rPr>
              <w:t>板演的学生汇报算法：小数点对齐。从百分位减起，5减9不够减，就从十分位退1当10再减，15-9=6，得到6个百分之一，在百分位上写6；十分位上4退1是3，3-2=1，得到1个十分之一，在十分位上写1；个位上6-4=2，得到2个一，在个位上写2；十位上1-1=0，十位上的0省略不写。</w:t>
            </w:r>
          </w:p>
          <w:p>
            <w:pPr>
              <w:spacing w:after="20" w:line="276" w:lineRule="auto"/>
            </w:pPr>
            <w:r>
              <w:rPr>
                <w:rFonts w:ascii="宋体" w:hAnsi="宋体" w:eastAsia="宋体"/>
                <w:b w:val="0"/>
                <w:sz w:val="18"/>
              </w:rPr>
              <w:t>(2)师：在计算过程中，你有什么发现?</w:t>
            </w:r>
          </w:p>
          <w:p>
            <w:pPr>
              <w:spacing w:after="20" w:line="276" w:lineRule="auto"/>
            </w:pPr>
            <w:r>
              <w:rPr>
                <w:rFonts w:ascii="宋体" w:hAnsi="宋体" w:eastAsia="宋体"/>
                <w:b w:val="0"/>
                <w:sz w:val="18"/>
              </w:rPr>
              <w:t>（3）师：在计算过程中，有什么需要我们注意的吗?</w:t>
            </w:r>
          </w:p>
          <w:p>
            <w:pPr>
              <w:spacing w:after="20" w:line="276" w:lineRule="auto"/>
            </w:pPr>
            <w:r>
              <w:rPr>
                <w:rFonts w:ascii="宋体" w:hAnsi="宋体" w:eastAsia="宋体"/>
                <w:b w:val="0"/>
                <w:sz w:val="18"/>
              </w:rPr>
              <w:t>（4）学生完成教科书P69“做一做”第1题的3道减法题，并验算。</w:t>
            </w:r>
          </w:p>
          <w:p>
            <w:pPr>
              <w:spacing w:after="20" w:line="276" w:lineRule="auto"/>
            </w:pPr>
            <w:r>
              <w:rPr>
                <w:rFonts w:ascii="宋体" w:hAnsi="宋体" w:eastAsia="宋体"/>
                <w:b w:val="0"/>
                <w:sz w:val="18"/>
              </w:rPr>
              <w:t>4.引导比较，深化算理。</w:t>
            </w:r>
          </w:p>
          <w:p>
            <w:pPr>
              <w:spacing w:after="20" w:line="276" w:lineRule="auto"/>
            </w:pPr>
            <w:r>
              <w:rPr>
                <w:rFonts w:ascii="宋体" w:hAnsi="宋体" w:eastAsia="宋体"/>
                <w:b w:val="0"/>
                <w:sz w:val="18"/>
              </w:rPr>
              <w:t>（1）师：回顾刚才我们研究小数加减法的过程，谁来说说我们是怎样计算的？</w:t>
            </w:r>
          </w:p>
          <w:p>
            <w:pPr>
              <w:spacing w:after="20" w:line="276" w:lineRule="auto"/>
            </w:pPr>
            <w:r>
              <w:rPr>
                <w:rFonts w:ascii="宋体" w:hAnsi="宋体" w:eastAsia="宋体"/>
                <w:b w:val="0"/>
                <w:sz w:val="18"/>
              </w:rPr>
              <w:t>（2）师：那小数加减法和整数加减法比较，你们有什么发现?</w:t>
            </w:r>
          </w:p>
          <w:p>
            <w:pPr>
              <w:spacing w:after="20" w:line="276" w:lineRule="auto"/>
            </w:pPr>
            <w:r>
              <w:rPr>
                <w:rFonts w:ascii="宋体" w:hAnsi="宋体" w:eastAsia="宋体"/>
                <w:b w:val="0"/>
                <w:sz w:val="18"/>
              </w:rPr>
              <w:t>师小结：计算小数加减法时，先把小数点对齐，然后按照整数加减法的计算方法进行计算。（板书）</w:t>
            </w:r>
          </w:p>
        </w:tc>
        <w:tc>
          <w:tcPr>
            <w:tcW w:type="dxa" w:w="3061"/>
          </w:tcPr>
          <w:p>
            <w:pPr>
              <w:spacing w:after="20" w:line="276" w:lineRule="auto"/>
            </w:pPr>
            <w:r/>
            <w:r>
              <w:rPr>
                <w:rFonts w:ascii="宋体" w:hAnsi="宋体" w:eastAsia="宋体"/>
                <w:b w:val="0"/>
                <w:sz w:val="18"/>
              </w:rPr>
              <w:t>预设1：《数学家的故事》的价格是16.45元，《童话选》的价格是14.29元。</w:t>
            </w:r>
          </w:p>
          <w:p>
            <w:pPr>
              <w:spacing w:after="20" w:line="276" w:lineRule="auto"/>
            </w:pPr>
            <w:r>
              <w:rPr>
                <w:rFonts w:ascii="宋体" w:hAnsi="宋体" w:eastAsia="宋体"/>
                <w:b w:val="0"/>
                <w:sz w:val="18"/>
              </w:rPr>
              <w:t>预设2：提出的问题：小丽买《数学家的故事》和《童话选》一共花了多少钱?《数学家的故事》比《童话选》贵多少钱?</w:t>
            </w:r>
          </w:p>
          <w:p>
            <w:pPr>
              <w:spacing w:after="20" w:line="276" w:lineRule="auto"/>
            </w:pPr>
            <w:r>
              <w:rPr>
                <w:rFonts w:ascii="宋体" w:hAnsi="宋体" w:eastAsia="宋体"/>
                <w:b w:val="0"/>
                <w:sz w:val="18"/>
              </w:rPr>
              <w:t>学生分别列出16.45+14.29和16.45-14.29这两个式子。（教师板书）</w:t>
            </w:r>
          </w:p>
          <w:p>
            <w:pPr>
              <w:spacing w:after="20" w:line="276" w:lineRule="auto"/>
            </w:pPr>
            <w:r>
              <w:rPr>
                <w:rFonts w:ascii="宋体" w:hAnsi="宋体" w:eastAsia="宋体"/>
                <w:b w:val="0"/>
                <w:sz w:val="18"/>
              </w:rPr>
              <w:t>学生可能会出现下面几种思考方法：</w:t>
            </w:r>
          </w:p>
          <w:p>
            <w:pPr>
              <w:spacing w:after="20" w:line="276" w:lineRule="auto"/>
            </w:pPr>
            <w:r>
              <w:rPr>
                <w:rFonts w:ascii="宋体" w:hAnsi="宋体" w:eastAsia="宋体"/>
                <w:b w:val="0"/>
                <w:sz w:val="18"/>
              </w:rPr>
              <w:t>预设1：16.45+14.29=30.74                预设2：16.45+14.29=30.74</w:t>
            </w:r>
          </w:p>
          <w:p>
            <w:pPr>
              <w:spacing w:after="20" w:line="276" w:lineRule="auto"/>
            </w:pPr>
            <w:r>
              <w:rPr>
                <w:rFonts w:ascii="宋体" w:hAnsi="宋体" w:eastAsia="宋体"/>
                <w:b w:val="0"/>
                <w:sz w:val="18"/>
              </w:rPr>
              <w:t>预设3：16.45+14.29=30.74(元)</w:t>
            </w:r>
          </w:p>
          <w:p>
            <w:pPr>
              <w:spacing w:after="20" w:line="276" w:lineRule="auto"/>
            </w:pPr>
            <w:r>
              <w:rPr>
                <w:rFonts w:ascii="宋体" w:hAnsi="宋体" w:eastAsia="宋体"/>
                <w:b w:val="0"/>
                <w:sz w:val="18"/>
              </w:rPr>
              <w:t>有的学生可能会说“都是用加法解决的，结果相同，都是30.74元”；也有学生可能会说“前两种方法是把小数加法转化成整数加法进行计算的，第三种方法是直接用小数进行计算的”。</w:t>
            </w:r>
          </w:p>
          <w:p>
            <w:pPr>
              <w:spacing w:after="20" w:line="276" w:lineRule="auto"/>
            </w:pPr>
            <w:r>
              <w:rPr>
                <w:rFonts w:ascii="宋体" w:hAnsi="宋体" w:eastAsia="宋体"/>
                <w:b w:val="0"/>
                <w:sz w:val="18"/>
              </w:rPr>
              <w:t>学生可能会说到“先把小数点对齐，然后按照整数加法的计算方法进行计算”。</w:t>
            </w:r>
          </w:p>
          <w:p>
            <w:pPr>
              <w:spacing w:after="20" w:line="276" w:lineRule="auto"/>
            </w:pPr>
            <w:r>
              <w:rPr>
                <w:rFonts w:ascii="宋体" w:hAnsi="宋体" w:eastAsia="宋体"/>
                <w:b w:val="0"/>
                <w:sz w:val="18"/>
              </w:rPr>
              <w:t>预设1：在学习一位小数的加法时，就是把小数点对齐，即相同数位对齐，也就是整数部分相同数位对齐，小数部分的十分位上的数要对齐。当两个两位小数相加时，百分位上的数也要对齐。</w:t>
            </w:r>
          </w:p>
          <w:p>
            <w:pPr>
              <w:spacing w:after="20" w:line="276" w:lineRule="auto"/>
            </w:pPr>
            <w:r>
              <w:rPr>
                <w:rFonts w:ascii="宋体" w:hAnsi="宋体" w:eastAsia="宋体"/>
                <w:b w:val="0"/>
                <w:sz w:val="18"/>
              </w:rPr>
              <w:t>预设2：16.45表示1个十，6个一，4个十分之一，5个百分之一；14.29表示1个十，4个一，2个十分之一，9个百分之一。当小数点对齐时，相同数位就对齐了。先从百分位加起，5加9得到14个百分之一，百分位满十要向十分位进一，在百分位上写4；十分位上4加2加1得到7个十分之一，在十分位上写7；个位上6加4得到10个一，个位满十要向十位进一，在个位上写0；十位上1加1加1得到3个十，在十位上写3。因为只有计数单位相同的两个数才能直接相加，所以要把相同数位对齐，即小数点对齐。</w:t>
            </w:r>
          </w:p>
          <w:p>
            <w:pPr>
              <w:spacing w:after="20" w:line="276" w:lineRule="auto"/>
            </w:pPr>
            <w:r>
              <w:rPr>
                <w:rFonts w:ascii="宋体" w:hAnsi="宋体" w:eastAsia="宋体"/>
                <w:b w:val="0"/>
                <w:sz w:val="18"/>
              </w:rPr>
              <w:t>学生小组内讨论后全班交流。</w:t>
            </w:r>
          </w:p>
          <w:p>
            <w:pPr>
              <w:spacing w:after="20" w:line="276" w:lineRule="auto"/>
            </w:pPr>
            <w:r>
              <w:rPr>
                <w:rFonts w:ascii="宋体" w:hAnsi="宋体" w:eastAsia="宋体"/>
                <w:b w:val="0"/>
                <w:sz w:val="18"/>
              </w:rPr>
              <w:t>学生可能会说到“喜欢第三种方法。因为这种方法简单，并且所有小数加法都可以这样计算”。</w:t>
            </w:r>
          </w:p>
          <w:p>
            <w:pPr>
              <w:spacing w:after="20" w:line="276" w:lineRule="auto"/>
            </w:pPr>
            <w:r>
              <w:rPr>
                <w:rFonts w:ascii="宋体" w:hAnsi="宋体" w:eastAsia="宋体"/>
                <w:b w:val="0"/>
                <w:sz w:val="18"/>
              </w:rPr>
              <w:t>学生完成教科书P69“做一做”第1题的3道加法题，并验算。</w:t>
            </w:r>
          </w:p>
          <w:p>
            <w:pPr>
              <w:spacing w:after="20" w:line="276" w:lineRule="auto"/>
            </w:pPr>
            <w:r>
              <w:rPr>
                <w:rFonts w:ascii="宋体" w:hAnsi="宋体" w:eastAsia="宋体"/>
                <w:b w:val="0"/>
                <w:sz w:val="18"/>
              </w:rPr>
              <w:t>①学生独立完成后小组内交流。</w:t>
            </w:r>
          </w:p>
          <w:p>
            <w:pPr>
              <w:spacing w:after="20" w:line="276" w:lineRule="auto"/>
            </w:pPr>
            <w:r>
              <w:rPr>
                <w:rFonts w:ascii="宋体" w:hAnsi="宋体" w:eastAsia="宋体"/>
                <w:b w:val="0"/>
                <w:sz w:val="18"/>
              </w:rPr>
              <w:t>预设1：12.53+4.67=17.20（得数的末尾是“0”，这个“0”可以省略吗？）</w:t>
            </w:r>
          </w:p>
          <w:p>
            <w:pPr>
              <w:spacing w:after="20" w:line="276" w:lineRule="auto"/>
            </w:pPr>
            <w:r>
              <w:rPr>
                <w:rFonts w:ascii="宋体" w:hAnsi="宋体" w:eastAsia="宋体"/>
                <w:b w:val="0"/>
                <w:sz w:val="18"/>
              </w:rPr>
              <w:t>预设2：6.07+4.89=10.96（得数整数部分的个位上也是“0”，这个“0”可以省略吗？为什么？）</w:t>
            </w:r>
          </w:p>
          <w:p>
            <w:pPr>
              <w:spacing w:after="20" w:line="276" w:lineRule="auto"/>
            </w:pPr>
            <w:r>
              <w:rPr>
                <w:rFonts w:ascii="宋体" w:hAnsi="宋体" w:eastAsia="宋体"/>
                <w:b w:val="0"/>
                <w:sz w:val="18"/>
              </w:rPr>
              <w:t>得数是小数时，小数部分末尾的“0”可以去掉，中间的“0”不能去掉。</w:t>
            </w:r>
          </w:p>
          <w:p>
            <w:pPr>
              <w:spacing w:after="20" w:line="276" w:lineRule="auto"/>
            </w:pPr>
            <w:r>
              <w:rPr>
                <w:rFonts w:ascii="宋体" w:hAnsi="宋体" w:eastAsia="宋体"/>
                <w:b w:val="0"/>
                <w:sz w:val="18"/>
              </w:rPr>
              <w:t>16.45-14.29=2.16</w:t>
            </w:r>
          </w:p>
          <w:p>
            <w:pPr>
              <w:spacing w:after="20" w:line="276" w:lineRule="auto"/>
            </w:pPr>
            <w:r>
              <w:rPr>
                <w:rFonts w:ascii="宋体" w:hAnsi="宋体" w:eastAsia="宋体"/>
                <w:b w:val="0"/>
                <w:sz w:val="18"/>
              </w:rPr>
              <w:t>②全班交流分享。教师课件演示：</w:t>
            </w:r>
          </w:p>
          <w:p>
            <w:pPr>
              <w:spacing w:after="20" w:line="276" w:lineRule="auto"/>
            </w:pPr>
            <w:r>
              <w:rPr>
                <w:rFonts w:ascii="宋体" w:hAnsi="宋体" w:eastAsia="宋体"/>
                <w:b w:val="0"/>
                <w:sz w:val="18"/>
              </w:rPr>
              <w:t>预设1：小数减法和小数加法用竖式计算时都要将小数点对齐。</w:t>
            </w:r>
          </w:p>
          <w:p>
            <w:pPr>
              <w:spacing w:after="20" w:line="276" w:lineRule="auto"/>
            </w:pPr>
            <w:r>
              <w:rPr>
                <w:rFonts w:ascii="宋体" w:hAnsi="宋体" w:eastAsia="宋体"/>
                <w:b w:val="0"/>
                <w:sz w:val="18"/>
              </w:rPr>
              <w:t>预设2：小数减法的计算方法和整数减法的计算方法相同。</w:t>
            </w:r>
          </w:p>
          <w:p>
            <w:pPr>
              <w:spacing w:after="20" w:line="276" w:lineRule="auto"/>
            </w:pPr>
            <w:r>
              <w:rPr>
                <w:rFonts w:ascii="宋体" w:hAnsi="宋体" w:eastAsia="宋体"/>
                <w:b w:val="0"/>
                <w:sz w:val="18"/>
              </w:rPr>
              <w:t>预设1：小数点对齐，就是相同数位对齐，即每一位都是在求相同计数单位个数的差。</w:t>
            </w:r>
          </w:p>
          <w:p>
            <w:pPr>
              <w:spacing w:after="20" w:line="276" w:lineRule="auto"/>
            </w:pPr>
            <w:r>
              <w:rPr>
                <w:rFonts w:ascii="宋体" w:hAnsi="宋体" w:eastAsia="宋体"/>
                <w:b w:val="0"/>
                <w:sz w:val="18"/>
              </w:rPr>
              <w:t>预设2：按照整数减法的计算方法计算，哪一位上的数不够减，就从它的前一位退一当十，和本位上的数合并在一起，再减。</w:t>
            </w:r>
          </w:p>
          <w:p>
            <w:pPr>
              <w:spacing w:after="20" w:line="276" w:lineRule="auto"/>
            </w:pPr>
            <w:r>
              <w:rPr>
                <w:rFonts w:ascii="宋体" w:hAnsi="宋体" w:eastAsia="宋体"/>
                <w:b w:val="0"/>
                <w:sz w:val="18"/>
              </w:rPr>
              <w:t>我们将小数加法转化为整数加法，并借助学习整数加法计算的经验来探究小数加法的计算方法，然后又借助学习小数加法与整数减法的经验来探究小数的减法。</w:t>
            </w:r>
          </w:p>
          <w:p>
            <w:pPr>
              <w:spacing w:after="20" w:line="276" w:lineRule="auto"/>
            </w:pPr>
            <w:r>
              <w:rPr>
                <w:rFonts w:ascii="宋体" w:hAnsi="宋体" w:eastAsia="宋体"/>
                <w:b w:val="0"/>
                <w:sz w:val="18"/>
              </w:rPr>
              <w:t>小数加减法和整数加减法都是要把相同数位对齐；小数加减法的计算方法和整数加减法的计算方法相同……</w:t>
            </w:r>
          </w:p>
        </w:tc>
        <w:tc>
          <w:tcPr>
            <w:tcW w:type="dxa" w:w="1814"/>
          </w:tcPr>
          <w:p>
            <w:pPr>
              <w:spacing w:after="20" w:line="276" w:lineRule="auto"/>
            </w:pPr>
            <w:r/>
            <w:r>
              <w:rPr>
                <w:rFonts w:ascii="宋体" w:hAnsi="宋体" w:eastAsia="宋体"/>
                <w:b w:val="0"/>
                <w:sz w:val="18"/>
              </w:rPr>
              <w:t>因为小学生都有实际购物的经验，教师把握教学的起点，先引导学生收集信息，再提出数学问题，使学生经历“从头到尾”思考问题的过程。</w:t>
            </w:r>
          </w:p>
          <w:p>
            <w:pPr>
              <w:spacing w:after="20" w:line="276" w:lineRule="auto"/>
            </w:pPr>
            <w:r>
              <w:rPr>
                <w:rFonts w:ascii="宋体" w:hAnsi="宋体" w:eastAsia="宋体"/>
                <w:b w:val="0"/>
                <w:sz w:val="18"/>
              </w:rPr>
              <w:t>通过观察、比较，找到各方法间的内在联系与不同；借助课件的演示和小卡片的遮挡，引导学生理解“小数点对齐就是相同数位对齐”这一本质，培养学生的迁移类推能力。</w:t>
            </w:r>
          </w:p>
          <w:p>
            <w:pPr>
              <w:spacing w:after="20" w:line="276" w:lineRule="auto"/>
            </w:pPr>
            <w:r>
              <w:rPr>
                <w:rFonts w:ascii="宋体" w:hAnsi="宋体" w:eastAsia="宋体"/>
                <w:b w:val="0"/>
                <w:sz w:val="18"/>
              </w:rPr>
              <w:t>利用知识的迁移规律，教师要充分相信学生的学习能力。有了前面学习小数加法的基础，小数减法的教学应彻底放手。教师只需引导学生将小数加法的笔算经验和整数减法的计算方法迁移到小数减法中即可。</w:t>
            </w:r>
          </w:p>
          <w:p>
            <w:pPr>
              <w:spacing w:after="20" w:line="276" w:lineRule="auto"/>
            </w:pPr>
            <w:r>
              <w:rPr>
                <w:rFonts w:ascii="宋体" w:hAnsi="宋体" w:eastAsia="宋体"/>
                <w:b w:val="0"/>
                <w:sz w:val="18"/>
              </w:rPr>
              <w:t>通过小数减法与小数加法的对比、小数减法与整数减法的对比，帮助学生厘清所学知识间的联系与区别，促进学生在头脑中完善与计算有关的知识网络。</w:t>
            </w:r>
          </w:p>
        </w:tc>
      </w:tr>
      <w:tr>
        <w:tc>
          <w:tcPr>
            <w:tcW w:type="dxa" w:w="1474"/>
          </w:tcPr>
          <w:p>
            <w:pPr>
              <w:spacing w:after="20" w:line="276" w:lineRule="auto"/>
            </w:pPr>
            <w:r>
              <w:rPr>
                <w:b/>
              </w:rPr>
            </w:r>
            <w:r>
              <w:rPr>
                <w:rFonts w:ascii="宋体" w:hAnsi="宋体" w:eastAsia="宋体"/>
                <w:b/>
                <w:sz w:val="18"/>
              </w:rPr>
              <w:t>三、练习巩固，提高能力</w:t>
            </w:r>
          </w:p>
        </w:tc>
        <w:tc>
          <w:tcPr>
            <w:tcW w:type="dxa" w:w="3061"/>
          </w:tcPr>
          <w:p>
            <w:pPr>
              <w:spacing w:after="20" w:line="276" w:lineRule="auto"/>
            </w:pPr>
            <w:r/>
            <w:r>
              <w:rPr>
                <w:rFonts w:ascii="宋体" w:hAnsi="宋体" w:eastAsia="宋体"/>
                <w:b w:val="0"/>
                <w:sz w:val="18"/>
              </w:rPr>
              <w:t>1.教科书P69“做一做”第2题。</w:t>
            </w:r>
          </w:p>
          <w:p>
            <w:pPr>
              <w:spacing w:after="20" w:line="276" w:lineRule="auto"/>
            </w:pPr>
            <w:r>
              <w:rPr>
                <w:rFonts w:ascii="宋体" w:hAnsi="宋体" w:eastAsia="宋体"/>
                <w:b w:val="0"/>
                <w:sz w:val="18"/>
              </w:rPr>
              <w:t>（1）课件出示题目，教师提问：从统计表中你们发现了哪些数学信息？能解决提出的这两个数学问题吗？</w:t>
            </w:r>
          </w:p>
          <w:p>
            <w:pPr>
              <w:spacing w:after="20" w:line="276" w:lineRule="auto"/>
            </w:pPr>
            <w:r>
              <w:rPr>
                <w:rFonts w:ascii="宋体" w:hAnsi="宋体" w:eastAsia="宋体"/>
                <w:b w:val="0"/>
                <w:sz w:val="18"/>
              </w:rPr>
              <w:t>（2）学生独立完成后交流汇报，全班形成共识。</w:t>
            </w:r>
          </w:p>
          <w:p>
            <w:pPr>
              <w:spacing w:after="20" w:line="276" w:lineRule="auto"/>
            </w:pPr>
            <w:r>
              <w:rPr>
                <w:rFonts w:ascii="宋体" w:hAnsi="宋体" w:eastAsia="宋体"/>
                <w:b w:val="0"/>
                <w:sz w:val="18"/>
              </w:rPr>
              <w:t>2.教科书P71“练习十七”第1题。</w:t>
            </w:r>
          </w:p>
          <w:p>
            <w:pPr>
              <w:spacing w:after="20" w:line="276" w:lineRule="auto"/>
            </w:pPr>
            <w:r>
              <w:rPr>
                <w:rFonts w:ascii="宋体" w:hAnsi="宋体" w:eastAsia="宋体"/>
                <w:b w:val="0"/>
                <w:sz w:val="18"/>
              </w:rPr>
              <w:t>3.教科书P71“练习十七”第2题。</w:t>
            </w:r>
          </w:p>
          <w:p>
            <w:pPr>
              <w:spacing w:after="20" w:line="276" w:lineRule="auto"/>
            </w:pPr>
            <w:r>
              <w:rPr>
                <w:rFonts w:ascii="宋体" w:hAnsi="宋体" w:eastAsia="宋体"/>
                <w:b w:val="0"/>
                <w:sz w:val="18"/>
              </w:rPr>
              <w:t>（1）学生在练习本上独立完成。</w:t>
            </w:r>
          </w:p>
          <w:p>
            <w:pPr>
              <w:spacing w:after="20" w:line="276" w:lineRule="auto"/>
            </w:pPr>
            <w:r>
              <w:rPr>
                <w:rFonts w:ascii="宋体" w:hAnsi="宋体" w:eastAsia="宋体"/>
                <w:b w:val="0"/>
                <w:sz w:val="18"/>
              </w:rPr>
              <w:t>（2）集体交流汇报，说说是怎样计算的，用什么方法来检验的。</w:t>
            </w:r>
          </w:p>
          <w:p>
            <w:pPr>
              <w:spacing w:after="20" w:line="276" w:lineRule="auto"/>
            </w:pPr>
            <w:r>
              <w:rPr>
                <w:rFonts w:ascii="宋体" w:hAnsi="宋体" w:eastAsia="宋体"/>
                <w:b w:val="0"/>
                <w:sz w:val="18"/>
              </w:rPr>
              <w:t>4.教科书P71“练习十七”第3题。</w:t>
            </w:r>
          </w:p>
          <w:p>
            <w:pPr>
              <w:spacing w:after="20" w:line="276" w:lineRule="auto"/>
            </w:pPr>
            <w:r>
              <w:rPr>
                <w:rFonts w:ascii="宋体" w:hAnsi="宋体" w:eastAsia="宋体"/>
                <w:b w:val="0"/>
                <w:sz w:val="18"/>
              </w:rPr>
              <w:t>（1）学生仔细观察指针读数。</w:t>
            </w:r>
          </w:p>
          <w:p>
            <w:pPr>
              <w:spacing w:after="20" w:line="276" w:lineRule="auto"/>
            </w:pPr>
            <w:r>
              <w:rPr>
                <w:rFonts w:ascii="宋体" w:hAnsi="宋体" w:eastAsia="宋体"/>
                <w:b w:val="0"/>
                <w:sz w:val="18"/>
              </w:rPr>
              <w:t>（2）指名学生看指针来读出倒水前后的质量。</w:t>
            </w:r>
          </w:p>
          <w:p>
            <w:pPr>
              <w:spacing w:after="20" w:line="276" w:lineRule="auto"/>
            </w:pPr>
            <w:r>
              <w:rPr>
                <w:rFonts w:ascii="宋体" w:hAnsi="宋体" w:eastAsia="宋体"/>
                <w:b w:val="0"/>
                <w:sz w:val="18"/>
              </w:rPr>
              <w:t>（3）学生独立解决问题后全班交流订正。</w:t>
            </w:r>
          </w:p>
          <w:p>
            <w:pPr>
              <w:spacing w:after="20" w:line="276" w:lineRule="auto"/>
            </w:pPr>
            <w:r>
              <w:rPr>
                <w:rFonts w:ascii="宋体" w:hAnsi="宋体" w:eastAsia="宋体"/>
                <w:b w:val="0"/>
                <w:sz w:val="18"/>
              </w:rPr>
              <w:t>5.教科书P71“练习十七”第4题。</w:t>
            </w:r>
          </w:p>
          <w:p>
            <w:pPr>
              <w:spacing w:after="20" w:line="276" w:lineRule="auto"/>
            </w:pPr>
            <w:r>
              <w:rPr>
                <w:rFonts w:ascii="宋体" w:hAnsi="宋体" w:eastAsia="宋体"/>
                <w:b w:val="0"/>
                <w:sz w:val="18"/>
              </w:rPr>
              <w:t>（1）学生自主阅读，认真审题，说说从统计表中获得了哪些信息。</w:t>
            </w:r>
          </w:p>
          <w:p>
            <w:pPr>
              <w:spacing w:after="20" w:line="276" w:lineRule="auto"/>
            </w:pPr>
            <w:r>
              <w:rPr>
                <w:rFonts w:ascii="宋体" w:hAnsi="宋体" w:eastAsia="宋体"/>
                <w:b w:val="0"/>
                <w:sz w:val="18"/>
              </w:rPr>
              <w:t>（2）放手让学生独立计算、填表。</w:t>
            </w:r>
          </w:p>
          <w:p>
            <w:pPr>
              <w:spacing w:after="20" w:line="276" w:lineRule="auto"/>
            </w:pPr>
            <w:r>
              <w:rPr>
                <w:rFonts w:ascii="宋体" w:hAnsi="宋体" w:eastAsia="宋体"/>
                <w:b w:val="0"/>
                <w:sz w:val="18"/>
              </w:rPr>
              <w:t>（3）指名汇报，并说说自己的感受。</w:t>
            </w:r>
          </w:p>
          <w:p>
            <w:pPr>
              <w:spacing w:after="20" w:line="276" w:lineRule="auto"/>
            </w:pPr>
            <w:r>
              <w:rPr>
                <w:rFonts w:ascii="宋体" w:hAnsi="宋体" w:eastAsia="宋体"/>
                <w:b w:val="0"/>
                <w:sz w:val="18"/>
              </w:rPr>
              <w:t>6.教科书P72“练习十七”第8题。</w:t>
            </w:r>
          </w:p>
          <w:p>
            <w:pPr>
              <w:spacing w:after="20" w:line="276" w:lineRule="auto"/>
            </w:pPr>
            <w:r>
              <w:rPr>
                <w:rFonts w:ascii="宋体" w:hAnsi="宋体" w:eastAsia="宋体"/>
                <w:b w:val="0"/>
                <w:sz w:val="18"/>
              </w:rPr>
              <w:t>（1）学生独立审题并根据问题设计购买方案。</w:t>
            </w:r>
          </w:p>
          <w:p>
            <w:pPr>
              <w:spacing w:after="20" w:line="276" w:lineRule="auto"/>
            </w:pPr>
            <w:r>
              <w:rPr>
                <w:rFonts w:ascii="宋体" w:hAnsi="宋体" w:eastAsia="宋体"/>
                <w:b w:val="0"/>
                <w:sz w:val="18"/>
              </w:rPr>
              <w:t>（2）小组内交流，探索解决问题的不同方法。</w:t>
            </w:r>
          </w:p>
        </w:tc>
        <w:tc>
          <w:tcPr>
            <w:tcW w:type="dxa" w:w="3061"/>
          </w:tcPr>
          <w:p>
            <w:pPr>
              <w:spacing w:after="20" w:line="276" w:lineRule="auto"/>
            </w:pPr>
            <w:r/>
            <w:r>
              <w:rPr>
                <w:rFonts w:ascii="宋体" w:hAnsi="宋体" w:eastAsia="宋体"/>
                <w:b w:val="0"/>
                <w:sz w:val="18"/>
              </w:rPr>
              <w:t>学生小组内口算，有错误及时订正。</w:t>
            </w:r>
          </w:p>
          <w:p>
            <w:pPr>
              <w:spacing w:after="20" w:line="276" w:lineRule="auto"/>
            </w:pPr>
            <w:r>
              <w:rPr>
                <w:rFonts w:ascii="宋体" w:hAnsi="宋体" w:eastAsia="宋体"/>
                <w:b w:val="0"/>
                <w:sz w:val="18"/>
              </w:rPr>
              <w:t>学生基本都能独立完成，教师需重点关注连续进位或退位的情况。如：3.64+0.48和8.24-3.56这两道题，引导学生对比、反思，说说计算时应该注意什么。</w:t>
            </w:r>
          </w:p>
        </w:tc>
        <w:tc>
          <w:tcPr>
            <w:tcW w:type="dxa" w:w="1814"/>
          </w:tcPr>
          <w:p>
            <w:pPr>
              <w:spacing w:after="20" w:line="276" w:lineRule="auto"/>
            </w:pPr>
            <w:r/>
            <w:r>
              <w:rPr>
                <w:rFonts w:ascii="宋体" w:hAnsi="宋体" w:eastAsia="宋体"/>
                <w:b w:val="0"/>
                <w:sz w:val="18"/>
              </w:rPr>
              <w:t>进一步巩固小数加减法的算理和算法，使学生熟练计算，掌握验算的方法，提高计算的正确性。</w:t>
            </w:r>
          </w:p>
          <w:p>
            <w:pPr>
              <w:spacing w:after="20" w:line="276" w:lineRule="auto"/>
            </w:pPr>
            <w:r>
              <w:rPr>
                <w:rFonts w:ascii="宋体" w:hAnsi="宋体" w:eastAsia="宋体"/>
                <w:b w:val="0"/>
                <w:sz w:val="18"/>
              </w:rPr>
              <w:t>本题是小数计算在实际生活中的应用。让学生通过观察、读数，获得相关的数据，并运用小数计算来解决问题，培养学生的应用意识。</w:t>
            </w:r>
          </w:p>
          <w:p>
            <w:pPr>
              <w:spacing w:after="20" w:line="276" w:lineRule="auto"/>
            </w:pPr>
            <w:r>
              <w:rPr>
                <w:rFonts w:ascii="宋体" w:hAnsi="宋体" w:eastAsia="宋体"/>
                <w:b w:val="0"/>
                <w:sz w:val="18"/>
              </w:rPr>
              <w:t>通过计算、填表等活动，将统计知识和小数的计算联系起来，使学生感受到小数计算在日常生活中的应用，进一步加深学生对复式统计表的认识，为后面学习统计知识做好准备。</w:t>
            </w:r>
          </w:p>
        </w:tc>
      </w:tr>
      <w:tr>
        <w:tc>
          <w:tcPr>
            <w:tcW w:type="dxa" w:w="1474"/>
          </w:tcPr>
          <w:p>
            <w:pPr>
              <w:spacing w:after="20" w:line="276" w:lineRule="auto"/>
            </w:pPr>
            <w:r>
              <w:rPr>
                <w:b/>
              </w:rPr>
            </w:r>
            <w:r>
              <w:rPr>
                <w:rFonts w:ascii="宋体" w:hAnsi="宋体" w:eastAsia="宋体"/>
                <w:b/>
                <w:sz w:val="18"/>
              </w:rPr>
              <w:t>四、课堂小结，反思评价</w:t>
            </w:r>
          </w:p>
        </w:tc>
        <w:tc>
          <w:tcPr>
            <w:tcW w:type="dxa" w:w="3061"/>
          </w:tcPr>
          <w:p>
            <w:pPr>
              <w:spacing w:after="20" w:line="276" w:lineRule="auto"/>
            </w:pPr>
            <w:r/>
            <w:r>
              <w:rPr>
                <w:rFonts w:ascii="宋体" w:hAnsi="宋体" w:eastAsia="宋体"/>
                <w:b w:val="0"/>
                <w:sz w:val="18"/>
              </w:rPr>
              <w:t>师：今天这节课你有什么收获?你觉得计算小数加减法时要注意什么呢？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引导学生回顾梳理本课所学，完善认知结构，提升归纳与反思能力，核心问题："今天这节课你有什么收获?你觉得计算小数加减法时要注意什么呢？"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小数加减法（1）</w:t>
      </w:r>
    </w:p>
    <w:p>
      <w:pPr>
        <w:spacing w:after="40" w:line="300" w:lineRule="auto"/>
      </w:pPr>
      <w:r>
        <w:rPr>
          <w:rFonts w:ascii="宋体" w:hAnsi="宋体" w:eastAsia="宋体"/>
          <w:b w:val="0"/>
          <w:sz w:val="20"/>
        </w:rPr>
        <w:t>计算小数加减法时，先把小数点对齐，然后按照整数加减法的计算方法进行计算。</w:t>
      </w:r>
    </w:p>
    <w:p>
      <w:pPr>
        <w:spacing w:after="40" w:line="300" w:lineRule="auto"/>
      </w:pPr>
      <w:r>
        <w:rPr>
          <w:rFonts w:ascii="宋体" w:hAnsi="宋体" w:eastAsia="宋体"/>
          <w:b w:val="0"/>
          <w:sz w:val="20"/>
        </w:rPr>
        <w:t>【教学笔记】</w:t>
      </w:r>
    </w:p>
    <w:p>
      <w:pPr>
        <w:spacing w:after="40" w:line="300" w:lineRule="auto"/>
      </w:pPr>
      <w:r>
        <w:rPr>
          <w:rFonts w:ascii="宋体" w:hAnsi="宋体" w:eastAsia="宋体"/>
          <w:b w:val="0"/>
          <w:sz w:val="20"/>
        </w:rPr>
        <w:t>【教学提示】</w:t>
      </w:r>
    </w:p>
    <w:p>
      <w:pPr>
        <w:spacing w:after="40" w:line="300" w:lineRule="auto"/>
      </w:pPr>
      <w:r>
        <w:rPr>
          <w:rFonts w:ascii="宋体" w:hAnsi="宋体" w:eastAsia="宋体"/>
          <w:b w:val="0"/>
          <w:sz w:val="20"/>
        </w:rPr>
        <w:t>第2题可先让学生说说笔算时应注意哪些问题，使学生明确不仅要仔细计算，还要自觉验算。</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教科书P69例1，完成P69“做一做”，P71~72“练习十七”第1、2、3、4、8题。</w:t>
      </w:r>
    </w:p>
    <w:p>
      <w:pPr>
        <w:spacing w:after="40" w:line="300" w:lineRule="auto"/>
        <w:ind w:firstLine="400"/>
      </w:pPr>
      <w:r>
        <w:rPr>
          <w:rFonts w:ascii="宋体" w:hAnsi="宋体" w:eastAsia="宋体"/>
          <w:b w:val="0"/>
          <w:sz w:val="20"/>
        </w:rPr>
        <w:t>② 原设计安排：见“状元成才路”系列丛书《创优作业100分》对应课时作业。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学习的小数加减法与整数加减法的算理是相同的，都是相同计数单位的数才能相加减。所以本节课的教学教师充分发挥了知识的正迁移作用，引导学生利用旧知识学习新知识，从而建立清晰的认知结构，深化对算理的理解。在讨论16.45+14.29和16.45-14.29时，学生会出现不同的思考方法，教师在巡视过程中，要注意发现学生的典型解法，在“对话分享”环节把这些解法一一展示给学生，让学生对每一种解法充分发表意见。学生只有通过发言、思考、总结，才能真正明白算理。</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小数加减法（2）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小数加减法（2）</w:t>
            </w:r>
          </w:p>
        </w:tc>
        <w:tc>
          <w:tcPr>
            <w:tcW w:type="dxa" w:w="6009"/>
          </w:tcPr>
          <w:p>
            <w:pPr>
              <w:spacing w:after="20" w:line="276" w:lineRule="auto"/>
            </w:pPr>
            <w:r/>
            <w:r>
              <w:rPr>
                <w:rFonts w:ascii="宋体" w:hAnsi="宋体" w:eastAsia="宋体"/>
                <w:b w:val="0"/>
                <w:sz w:val="20"/>
              </w:rPr>
              <w:t>第6单元 小数的加法和减法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以往的学习中已经掌握了整数加减法及一位小数加减法的计算方法,理解了整数加减法的算理,并且已积累了大量关于元、角、分的知识。在本册教科书中学生还掌握了小数的意义和性质,这些都为学生理解小数加减法的算理打下了扎实有效的知识基础。本单元内容与学生日常生活紧密相关，为进一步学习、研究后面的知识打下基础。理解和掌握小数加减法的算理和算法是小学生应具备的基本知识经验,而且是必备的数学知识、技能与方法。教学中会出现小数的位数不同的加减法竖式计算的情况,由于新知识与学生已有的认识存在矛盾冲突,受学习负迁移的影响,学生容易出现将小数的末尾对齐等错误,这也是小数加减计算中的难点所在，在学习新课时要加强引导。</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教学内容：教科书P70例2，完成P70“做一做”，P71～72“练习十七”第5、6、7、9题。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（1）在具体情境中，经历探索位数不同的小数加减法计算方法的过程，理解小数加减法的算理，掌握竖式计算的方法，并能正确计算。</w:t>
      </w:r>
    </w:p>
    <w:p>
      <w:pPr>
        <w:spacing w:after="20" w:line="300" w:lineRule="auto"/>
        <w:ind w:firstLine="400"/>
      </w:pPr>
      <w:r>
        <w:rPr>
          <w:rFonts w:ascii="宋体" w:hAnsi="宋体" w:eastAsia="宋体"/>
          <w:b w:val="0"/>
          <w:sz w:val="20"/>
        </w:rPr>
        <w:t>（2）通过自主探索、合作交流等活动，提高学生的合作意识，养成良好的计算习惯，培养学生的运算能力。</w:t>
      </w:r>
    </w:p>
    <w:p>
      <w:pPr>
        <w:spacing w:after="20" w:line="300" w:lineRule="auto"/>
        <w:ind w:firstLine="400"/>
      </w:pPr>
      <w:r>
        <w:rPr>
          <w:rFonts w:ascii="宋体" w:hAnsi="宋体" w:eastAsia="宋体"/>
          <w:b w:val="0"/>
          <w:sz w:val="20"/>
        </w:rPr>
        <w:t>（3）通过解决有关小数的实际问题，体会小数加减法在生活中的广泛应用，感受数学与生活的密切联系。</w:t>
      </w:r>
    </w:p>
    <w:p>
      <w:pPr>
        <w:spacing w:after="20" w:line="300" w:lineRule="auto"/>
      </w:pPr>
      <w:r>
        <w:rPr>
          <w:rFonts w:ascii="宋体" w:hAnsi="宋体" w:eastAsia="宋体"/>
          <w:b w:val="0"/>
          <w:sz w:val="20"/>
        </w:rPr>
        <w:t>教学重点：探究并掌握位数不同的小数加减法的计算方法。</w:t>
      </w:r>
    </w:p>
    <w:p>
      <w:pPr>
        <w:spacing w:after="20" w:line="300" w:lineRule="auto"/>
      </w:pPr>
      <w:r>
        <w:rPr>
          <w:rFonts w:ascii="宋体" w:hAnsi="宋体" w:eastAsia="宋体"/>
          <w:b w:val="0"/>
          <w:sz w:val="20"/>
        </w:rPr>
        <w:t>教学难点：小数部分位数不同的小数减法的计算。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一、激活经验，导入新课</w:t>
            </w:r>
          </w:p>
        </w:tc>
        <w:tc>
          <w:tcPr>
            <w:tcW w:type="dxa" w:w="1814"/>
          </w:tcPr>
          <w:p>
            <w:pPr>
              <w:spacing w:after="20" w:line="276" w:lineRule="auto"/>
            </w:pPr>
            <w:r/>
            <w:r>
              <w:rPr>
                <w:rFonts w:ascii="宋体" w:hAnsi="宋体" w:eastAsia="宋体"/>
                <w:b w:val="0"/>
                <w:sz w:val="18"/>
              </w:rPr>
              <w:t>课件、练习本</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二、创设情境，自主探究</w:t>
            </w:r>
          </w:p>
        </w:tc>
        <w:tc>
          <w:tcPr>
            <w:tcW w:type="dxa" w:w="1814"/>
          </w:tcPr>
          <w:p>
            <w:pPr>
              <w:spacing w:after="20" w:line="276" w:lineRule="auto"/>
            </w:pPr>
            <w:r/>
            <w:r>
              <w:rPr>
                <w:rFonts w:ascii="宋体" w:hAnsi="宋体" w:eastAsia="宋体"/>
                <w:b w:val="0"/>
                <w:sz w:val="18"/>
              </w:rPr>
              <w:t>课件、练习本</w:t>
            </w:r>
          </w:p>
        </w:tc>
        <w:tc>
          <w:tcPr>
            <w:tcW w:type="dxa" w:w="3402"/>
          </w:tcPr>
          <w:p>
            <w:pPr>
              <w:spacing w:after="20" w:line="276" w:lineRule="auto"/>
            </w:pPr>
            <w:r/>
            <w:r>
              <w:rPr>
                <w:rFonts w:ascii="宋体" w:hAnsi="宋体" w:eastAsia="宋体"/>
                <w:b w:val="0"/>
                <w:sz w:val="18"/>
              </w:rPr>
              <w:t>从图中你们知道了哪些数学信息？你们能提出哪些数学问题？；位数不同的小数加法同学们会做了，那位数不同的小数减法你们会做吗?</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三、巩固练习，提高能力</w:t>
            </w:r>
          </w:p>
        </w:tc>
        <w:tc>
          <w:tcPr>
            <w:tcW w:type="dxa" w:w="1814"/>
          </w:tcPr>
          <w:p>
            <w:pPr>
              <w:spacing w:after="20" w:line="276" w:lineRule="auto"/>
            </w:pPr>
            <w:r/>
            <w:r>
              <w:rPr>
                <w:rFonts w:ascii="宋体" w:hAnsi="宋体" w:eastAsia="宋体"/>
                <w:b w:val="0"/>
                <w:sz w:val="18"/>
              </w:rPr>
              <w:t>教科书、练习本、统计表、课件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一、激活经验，导入新课</w:t>
            </w:r>
          </w:p>
        </w:tc>
        <w:tc>
          <w:tcPr>
            <w:tcW w:type="dxa" w:w="3061"/>
          </w:tcPr>
          <w:p>
            <w:pPr>
              <w:spacing w:after="20" w:line="276" w:lineRule="auto"/>
            </w:pPr>
            <w:r/>
            <w:r>
              <w:rPr>
                <w:rFonts w:ascii="宋体" w:hAnsi="宋体" w:eastAsia="宋体"/>
                <w:b w:val="0"/>
                <w:sz w:val="18"/>
              </w:rPr>
              <w:t>1.复习位数相同的小数加减法的计算方法。</w:t>
            </w:r>
          </w:p>
          <w:p>
            <w:pPr>
              <w:spacing w:after="20" w:line="276" w:lineRule="auto"/>
            </w:pPr>
            <w:r>
              <w:rPr>
                <w:rFonts w:ascii="宋体" w:hAnsi="宋体" w:eastAsia="宋体"/>
                <w:b w:val="0"/>
                <w:sz w:val="18"/>
              </w:rPr>
              <w:t>师：前面我们探究了位数相同的小数加减法的计算方法，请大家动手算一算，想一想：你是怎样算的？在计算时应注意什么？（课件出示习题）</w:t>
            </w:r>
          </w:p>
          <w:p>
            <w:pPr>
              <w:spacing w:after="20" w:line="276" w:lineRule="auto"/>
            </w:pPr>
            <w:r>
              <w:rPr>
                <w:rFonts w:ascii="宋体" w:hAnsi="宋体" w:eastAsia="宋体"/>
                <w:b w:val="0"/>
                <w:sz w:val="18"/>
              </w:rPr>
              <w:t>（1）请4名学生上台板演，其余学生在练习本上独立完成。</w:t>
            </w:r>
          </w:p>
          <w:p>
            <w:pPr>
              <w:spacing w:after="20" w:line="276" w:lineRule="auto"/>
            </w:pPr>
            <w:r>
              <w:rPr>
                <w:rFonts w:ascii="宋体" w:hAnsi="宋体" w:eastAsia="宋体"/>
                <w:b w:val="0"/>
                <w:sz w:val="18"/>
              </w:rPr>
              <w:t>（2）集体汇报交流。</w:t>
            </w:r>
          </w:p>
          <w:p>
            <w:pPr>
              <w:spacing w:after="20" w:line="276" w:lineRule="auto"/>
            </w:pPr>
            <w:r>
              <w:rPr>
                <w:rFonts w:ascii="宋体" w:hAnsi="宋体" w:eastAsia="宋体"/>
                <w:b w:val="0"/>
                <w:sz w:val="18"/>
              </w:rPr>
              <w:t>2.导入新课。</w:t>
            </w:r>
          </w:p>
          <w:p>
            <w:pPr>
              <w:spacing w:after="20" w:line="276" w:lineRule="auto"/>
            </w:pPr>
            <w:r>
              <w:rPr>
                <w:rFonts w:ascii="宋体" w:hAnsi="宋体" w:eastAsia="宋体"/>
                <w:b w:val="0"/>
                <w:sz w:val="18"/>
              </w:rPr>
              <w:t>师：这节课我们继续学习有关小数加减法的问题。［板书课题：小数加减法（2）］</w:t>
            </w:r>
          </w:p>
        </w:tc>
        <w:tc>
          <w:tcPr>
            <w:tcW w:type="dxa" w:w="3061"/>
          </w:tcPr>
          <w:p>
            <w:pPr>
              <w:spacing w:after="20" w:line="276" w:lineRule="auto"/>
            </w:pPr>
            <w:r/>
            <w:r>
              <w:rPr>
                <w:rFonts w:ascii="宋体" w:hAnsi="宋体" w:eastAsia="宋体"/>
                <w:b w:val="0"/>
                <w:sz w:val="18"/>
              </w:rPr>
              <w:t>预设1：先把小数点对齐，然后按照整数加减法的计算方法进行计算。</w:t>
            </w:r>
          </w:p>
          <w:p>
            <w:pPr>
              <w:spacing w:after="20" w:line="276" w:lineRule="auto"/>
            </w:pPr>
            <w:r>
              <w:rPr>
                <w:rFonts w:ascii="宋体" w:hAnsi="宋体" w:eastAsia="宋体"/>
                <w:b w:val="0"/>
                <w:sz w:val="18"/>
              </w:rPr>
              <w:t>预设2：计算时要将小数点对齐，得数的小数部分末尾如果有“0”，可以根据小数的性质将“0”去掉。</w:t>
            </w:r>
          </w:p>
        </w:tc>
        <w:tc>
          <w:tcPr>
            <w:tcW w:type="dxa" w:w="1814"/>
          </w:tcPr>
          <w:p>
            <w:pPr>
              <w:spacing w:after="20" w:line="276" w:lineRule="auto"/>
            </w:pPr>
            <w:r/>
            <w:r>
              <w:rPr>
                <w:rFonts w:ascii="宋体" w:hAnsi="宋体" w:eastAsia="宋体"/>
                <w:b w:val="0"/>
                <w:sz w:val="18"/>
              </w:rPr>
              <w:t>通过计算，既复习了旧知识，激活了经验，又为学习新知识奠定了基础。</w:t>
            </w:r>
          </w:p>
        </w:tc>
      </w:tr>
      <w:tr>
        <w:tc>
          <w:tcPr>
            <w:tcW w:type="dxa" w:w="1474"/>
          </w:tcPr>
          <w:p>
            <w:pPr>
              <w:spacing w:after="20" w:line="276" w:lineRule="auto"/>
            </w:pPr>
            <w:r>
              <w:rPr>
                <w:b/>
              </w:rPr>
            </w:r>
            <w:r>
              <w:rPr>
                <w:rFonts w:ascii="宋体" w:hAnsi="宋体" w:eastAsia="宋体"/>
                <w:b/>
                <w:sz w:val="18"/>
              </w:rPr>
              <w:t>二、创设情境，自主探究</w:t>
            </w:r>
          </w:p>
        </w:tc>
        <w:tc>
          <w:tcPr>
            <w:tcW w:type="dxa" w:w="3061"/>
          </w:tcPr>
          <w:p>
            <w:pPr>
              <w:spacing w:after="20" w:line="276" w:lineRule="auto"/>
            </w:pPr>
            <w:r/>
            <w:r>
              <w:rPr>
                <w:rFonts w:ascii="宋体" w:hAnsi="宋体" w:eastAsia="宋体"/>
                <w:b w:val="0"/>
                <w:sz w:val="18"/>
              </w:rPr>
              <w:t>1.观察发现，提出问题。</w:t>
            </w:r>
          </w:p>
          <w:p>
            <w:pPr>
              <w:spacing w:after="20" w:line="276" w:lineRule="auto"/>
            </w:pPr>
            <w:r>
              <w:rPr>
                <w:rFonts w:ascii="宋体" w:hAnsi="宋体" w:eastAsia="宋体"/>
                <w:b w:val="0"/>
                <w:sz w:val="18"/>
              </w:rPr>
              <w:t>师：上节课我们解决了小丽买书的问题，今天我们再来解决小林买书的问题。看，小林也买了两本书。（课件出示）</w:t>
            </w:r>
          </w:p>
          <w:p>
            <w:pPr>
              <w:spacing w:after="20" w:line="276" w:lineRule="auto"/>
            </w:pPr>
            <w:r>
              <w:rPr>
                <w:rFonts w:ascii="宋体" w:hAnsi="宋体" w:eastAsia="宋体"/>
                <w:b w:val="0"/>
                <w:sz w:val="18"/>
              </w:rPr>
              <w:t>可组织学生讨论“为什么要把小数点对齐”，从而理解“小数点对齐就是相同数位对齐”这一本质，突出小数点对齐的必要性。</w:t>
            </w:r>
          </w:p>
          <w:p>
            <w:pPr>
              <w:spacing w:after="20" w:line="276" w:lineRule="auto"/>
            </w:pPr>
            <w:r>
              <w:rPr>
                <w:rFonts w:ascii="宋体" w:hAnsi="宋体" w:eastAsia="宋体"/>
                <w:b w:val="0"/>
                <w:sz w:val="18"/>
              </w:rPr>
              <w:t>师：从图中你们知道了哪些数学信息？你们能提出哪些数学问题？</w:t>
            </w:r>
          </w:p>
          <w:p>
            <w:pPr>
              <w:spacing w:after="20" w:line="276" w:lineRule="auto"/>
            </w:pPr>
            <w:r>
              <w:rPr>
                <w:rFonts w:ascii="宋体" w:hAnsi="宋体" w:eastAsia="宋体"/>
                <w:b w:val="0"/>
                <w:sz w:val="18"/>
              </w:rPr>
              <w:t>2.列式计算，解决问题。</w:t>
            </w:r>
          </w:p>
          <w:p>
            <w:pPr>
              <w:spacing w:after="20" w:line="276" w:lineRule="auto"/>
            </w:pPr>
            <w:r>
              <w:rPr>
                <w:rFonts w:ascii="宋体" w:hAnsi="宋体" w:eastAsia="宋体"/>
                <w:b w:val="0"/>
                <w:sz w:val="18"/>
              </w:rPr>
              <w:t>(1)师：我们来解决大家提出的两个问题。</w:t>
            </w:r>
          </w:p>
          <w:p>
            <w:pPr>
              <w:spacing w:after="20" w:line="276" w:lineRule="auto"/>
            </w:pPr>
            <w:r>
              <w:rPr>
                <w:rFonts w:ascii="宋体" w:hAnsi="宋体" w:eastAsia="宋体"/>
                <w:b w:val="0"/>
                <w:sz w:val="18"/>
              </w:rPr>
              <w:t>①小林买《数学家的故事》和《神奇的大自然》一共花了多少钱?</w:t>
            </w:r>
          </w:p>
          <w:p>
            <w:pPr>
              <w:spacing w:after="20" w:line="276" w:lineRule="auto"/>
            </w:pPr>
            <w:r>
              <w:rPr>
                <w:rFonts w:ascii="宋体" w:hAnsi="宋体" w:eastAsia="宋体"/>
                <w:b w:val="0"/>
                <w:sz w:val="18"/>
              </w:rPr>
              <w:t>②《数学家的故事》比《神奇的大自然》便宜多少钱?</w:t>
            </w:r>
          </w:p>
          <w:p>
            <w:pPr>
              <w:spacing w:after="20" w:line="276" w:lineRule="auto"/>
            </w:pPr>
            <w:r>
              <w:rPr>
                <w:rFonts w:ascii="宋体" w:hAnsi="宋体" w:eastAsia="宋体"/>
                <w:b w:val="0"/>
                <w:sz w:val="18"/>
              </w:rPr>
              <w:t>(2)学生先独立思考，在自己的练习本上列出算式，并尝试计算，教师再指名板演。</w:t>
            </w:r>
          </w:p>
          <w:p>
            <w:pPr>
              <w:spacing w:after="20" w:line="276" w:lineRule="auto"/>
            </w:pPr>
            <w:r>
              <w:rPr>
                <w:rFonts w:ascii="宋体" w:hAnsi="宋体" w:eastAsia="宋体"/>
                <w:b w:val="0"/>
                <w:sz w:val="18"/>
              </w:rPr>
              <w:t>在小组内进行交流，跟同伴说一说自己是怎样想的。</w:t>
            </w:r>
          </w:p>
          <w:p>
            <w:pPr>
              <w:spacing w:after="20" w:line="276" w:lineRule="auto"/>
            </w:pPr>
            <w:r>
              <w:rPr>
                <w:rFonts w:ascii="宋体" w:hAnsi="宋体" w:eastAsia="宋体"/>
                <w:b w:val="0"/>
                <w:sz w:val="18"/>
              </w:rPr>
              <w:t>3.集中交流，探究计算方法。</w:t>
            </w:r>
          </w:p>
          <w:p>
            <w:pPr>
              <w:spacing w:after="20" w:line="276" w:lineRule="auto"/>
            </w:pPr>
            <w:r>
              <w:rPr>
                <w:rFonts w:ascii="宋体" w:hAnsi="宋体" w:eastAsia="宋体"/>
                <w:b w:val="0"/>
                <w:sz w:val="18"/>
              </w:rPr>
              <w:t>（1）探究位数不同的小数加法的算法。</w:t>
            </w:r>
          </w:p>
          <w:p>
            <w:pPr>
              <w:spacing w:after="20" w:line="276" w:lineRule="auto"/>
            </w:pPr>
            <w:r>
              <w:rPr>
                <w:rFonts w:ascii="宋体" w:hAnsi="宋体" w:eastAsia="宋体"/>
                <w:b w:val="0"/>
                <w:sz w:val="18"/>
              </w:rPr>
              <w:t>②出现小数点没有对齐，而末位对齐的情况，教师组织学生讨论：这样做对吗？为什么？</w:t>
            </w:r>
          </w:p>
          <w:p>
            <w:pPr>
              <w:spacing w:after="20" w:line="276" w:lineRule="auto"/>
            </w:pPr>
            <w:r>
              <w:rPr>
                <w:rFonts w:ascii="宋体" w:hAnsi="宋体" w:eastAsia="宋体"/>
                <w:b w:val="0"/>
                <w:sz w:val="18"/>
              </w:rPr>
              <w:t>④教师指出：两个加数的小数位数不同时，只要把小数点对齐就可以了。</w:t>
            </w:r>
          </w:p>
          <w:p>
            <w:pPr>
              <w:spacing w:after="20" w:line="276" w:lineRule="auto"/>
            </w:pPr>
            <w:r>
              <w:rPr>
                <w:rFonts w:ascii="宋体" w:hAnsi="宋体" w:eastAsia="宋体"/>
                <w:b w:val="0"/>
                <w:sz w:val="18"/>
              </w:rPr>
              <w:t>(2)探究位数不同的小数减法的算法。</w:t>
            </w:r>
          </w:p>
          <w:p>
            <w:pPr>
              <w:spacing w:after="20" w:line="276" w:lineRule="auto"/>
            </w:pPr>
            <w:r>
              <w:rPr>
                <w:rFonts w:ascii="宋体" w:hAnsi="宋体" w:eastAsia="宋体"/>
                <w:b w:val="0"/>
                <w:sz w:val="18"/>
              </w:rPr>
              <w:t>①师：位数不同的小数加法同学们会做了，那位数不同的小数减法你们会做吗?小组推选代表到前面来讲一讲自己是怎样解决第②个问题的。</w:t>
            </w:r>
          </w:p>
          <w:p>
            <w:pPr>
              <w:spacing w:after="20" w:line="276" w:lineRule="auto"/>
            </w:pPr>
            <w:r>
              <w:rPr>
                <w:rFonts w:ascii="宋体" w:hAnsi="宋体" w:eastAsia="宋体"/>
                <w:b w:val="0"/>
                <w:sz w:val="18"/>
              </w:rPr>
              <w:t>②教师引导学生思考:百分位上一个单位也没有，应该如何列竖式计算?</w:t>
            </w:r>
          </w:p>
          <w:p>
            <w:pPr>
              <w:spacing w:after="20" w:line="276" w:lineRule="auto"/>
            </w:pPr>
            <w:r>
              <w:rPr>
                <w:rFonts w:ascii="宋体" w:hAnsi="宋体" w:eastAsia="宋体"/>
                <w:b w:val="0"/>
                <w:sz w:val="18"/>
              </w:rPr>
              <w:t>教师指出:当被减数的小数位数比减数的小数位数少时，被减数的末位可用“0”补足。</w:t>
            </w:r>
          </w:p>
          <w:p>
            <w:pPr>
              <w:spacing w:after="20" w:line="276" w:lineRule="auto"/>
            </w:pPr>
            <w:r>
              <w:rPr>
                <w:rFonts w:ascii="宋体" w:hAnsi="宋体" w:eastAsia="宋体"/>
                <w:b w:val="0"/>
                <w:sz w:val="18"/>
              </w:rPr>
              <w:t>18.3-16.45=1.85（元）</w:t>
            </w:r>
          </w:p>
          <w:p>
            <w:pPr>
              <w:spacing w:after="20" w:line="276" w:lineRule="auto"/>
            </w:pPr>
            <w:r>
              <w:rPr>
                <w:rFonts w:ascii="宋体" w:hAnsi="宋体" w:eastAsia="宋体"/>
                <w:b w:val="0"/>
                <w:sz w:val="18"/>
              </w:rPr>
              <w:t>由于被减数小数位数比减数少，与学生的认知发生冲突，因此教学时可以引导学生讨论：百分位上该怎样减？被减数的百分位上为什么添“0”？从而根据小数的性质来突破这一难点。</w:t>
            </w:r>
          </w:p>
          <w:p>
            <w:pPr>
              <w:spacing w:after="20" w:line="276" w:lineRule="auto"/>
            </w:pPr>
            <w:r>
              <w:rPr>
                <w:rFonts w:ascii="宋体" w:hAnsi="宋体" w:eastAsia="宋体"/>
                <w:b w:val="0"/>
                <w:sz w:val="18"/>
              </w:rPr>
              <w:t>4.归纳概括计算小数加减法的一般方法。</w:t>
            </w:r>
          </w:p>
          <w:p>
            <w:pPr>
              <w:spacing w:after="20" w:line="276" w:lineRule="auto"/>
            </w:pPr>
            <w:r>
              <w:rPr>
                <w:rFonts w:ascii="宋体" w:hAnsi="宋体" w:eastAsia="宋体"/>
                <w:b w:val="0"/>
                <w:sz w:val="18"/>
              </w:rPr>
              <w:t>（1）师：结合我们昨天和今天的学习，同学们能总结下小数加减法的计算方法吗？</w:t>
            </w:r>
          </w:p>
          <w:p>
            <w:pPr>
              <w:spacing w:after="20" w:line="276" w:lineRule="auto"/>
            </w:pPr>
            <w:r>
              <w:rPr>
                <w:rFonts w:ascii="宋体" w:hAnsi="宋体" w:eastAsia="宋体"/>
                <w:b w:val="0"/>
                <w:sz w:val="18"/>
              </w:rPr>
              <w:t>（2）在学生充分发言的基础上，教师小结并板书。</w:t>
            </w:r>
          </w:p>
          <w:p>
            <w:pPr>
              <w:spacing w:after="20" w:line="276" w:lineRule="auto"/>
            </w:pPr>
            <w:r>
              <w:rPr>
                <w:rFonts w:ascii="宋体" w:hAnsi="宋体" w:eastAsia="宋体"/>
                <w:b w:val="0"/>
                <w:sz w:val="18"/>
              </w:rPr>
              <w:t>师小结：计算小数加减法时，先把各数的小数点对齐（也就是把相同数位对齐），再按照整数加减法的法则进行计算，最后在得数里点上小数点。如果得数的小数部分末尾有0，可以把0去掉。</w:t>
            </w:r>
          </w:p>
        </w:tc>
        <w:tc>
          <w:tcPr>
            <w:tcW w:type="dxa" w:w="3061"/>
          </w:tcPr>
          <w:p>
            <w:pPr>
              <w:spacing w:after="20" w:line="276" w:lineRule="auto"/>
            </w:pPr>
            <w:r/>
            <w:r>
              <w:rPr>
                <w:rFonts w:ascii="宋体" w:hAnsi="宋体" w:eastAsia="宋体"/>
                <w:b w:val="0"/>
                <w:sz w:val="18"/>
              </w:rPr>
              <w:t>预设1：《数学家的故事》的价格是16.45元，《神奇的大自然》的价格是18.3元。</w:t>
            </w:r>
          </w:p>
          <w:p>
            <w:pPr>
              <w:spacing w:after="20" w:line="276" w:lineRule="auto"/>
            </w:pPr>
            <w:r>
              <w:rPr>
                <w:rFonts w:ascii="宋体" w:hAnsi="宋体" w:eastAsia="宋体"/>
                <w:b w:val="0"/>
                <w:sz w:val="18"/>
              </w:rPr>
              <w:t>预设2：提出的问题有:小林买《数学家的故事》和《神奇的大自然》一共花了多少钱?《数学家的故事》比《神奇的大自然》便宜多少钱？</w:t>
            </w:r>
          </w:p>
          <w:p>
            <w:pPr>
              <w:spacing w:after="20" w:line="276" w:lineRule="auto"/>
            </w:pPr>
            <w:r>
              <w:rPr>
                <w:rFonts w:ascii="宋体" w:hAnsi="宋体" w:eastAsia="宋体"/>
                <w:b w:val="0"/>
                <w:sz w:val="18"/>
              </w:rPr>
              <w:t>学生有了上节课学习的经验，大部分同学能够正确列式解答。</w:t>
            </w:r>
          </w:p>
          <w:p>
            <w:pPr>
              <w:spacing w:after="20" w:line="276" w:lineRule="auto"/>
            </w:pPr>
            <w:r>
              <w:rPr>
                <w:rFonts w:ascii="宋体" w:hAnsi="宋体" w:eastAsia="宋体"/>
                <w:b w:val="0"/>
                <w:sz w:val="18"/>
              </w:rPr>
              <w:t>①小组推选代表到前面来讲一讲自己是怎样解决第①个问题的。</w:t>
            </w:r>
          </w:p>
          <w:p>
            <w:pPr>
              <w:spacing w:after="20" w:line="276" w:lineRule="auto"/>
            </w:pPr>
            <w:r>
              <w:rPr>
                <w:rFonts w:ascii="宋体" w:hAnsi="宋体" w:eastAsia="宋体"/>
                <w:b w:val="0"/>
                <w:sz w:val="18"/>
              </w:rPr>
              <w:t>预设1：16.45+18.3=18.28              预设2：16.45+18.3=34.75</w:t>
            </w:r>
          </w:p>
          <w:p>
            <w:pPr>
              <w:spacing w:after="20" w:line="276" w:lineRule="auto"/>
            </w:pPr>
            <w:r>
              <w:rPr>
                <w:rFonts w:ascii="宋体" w:hAnsi="宋体" w:eastAsia="宋体"/>
                <w:b w:val="0"/>
                <w:sz w:val="18"/>
              </w:rPr>
              <w:t>不对，小数点必须对齐，相同数位上的数才能相加。</w:t>
            </w:r>
          </w:p>
          <w:p>
            <w:pPr>
              <w:spacing w:after="20" w:line="276" w:lineRule="auto"/>
            </w:pPr>
            <w:r>
              <w:rPr>
                <w:rFonts w:ascii="宋体" w:hAnsi="宋体" w:eastAsia="宋体"/>
                <w:b w:val="0"/>
                <w:sz w:val="18"/>
              </w:rPr>
              <w:t>③学生口述计算过程。（教师根据学生的口述板书问题①的正确答案）</w:t>
            </w:r>
          </w:p>
          <w:p>
            <w:pPr>
              <w:spacing w:after="20" w:line="276" w:lineRule="auto"/>
            </w:pPr>
            <w:r>
              <w:rPr>
                <w:rFonts w:ascii="宋体" w:hAnsi="宋体" w:eastAsia="宋体"/>
                <w:b w:val="0"/>
                <w:sz w:val="18"/>
              </w:rPr>
              <w:t>18.3的百分位上一个计数单位也没有，可根据小数的性质，在百分位上添“0”再计算。先从百分位加起，5加0得到5个百分之一，在百分位上写5；十分位上4加3得到7个十分之一，在十分位上写7；个位上6加8得到14个一，个位满十要向十位进一，在个位上写4；十位上1加1加1得到3个十，在十位上写3。</w:t>
            </w:r>
          </w:p>
          <w:p>
            <w:pPr>
              <w:spacing w:after="20" w:line="276" w:lineRule="auto"/>
            </w:pPr>
            <w:r>
              <w:rPr>
                <w:rFonts w:ascii="宋体" w:hAnsi="宋体" w:eastAsia="宋体"/>
                <w:b w:val="0"/>
                <w:sz w:val="18"/>
              </w:rPr>
              <w:t>学生有可能出现小数点对齐和小数末位对齐两种竖式计算过程。</w:t>
            </w:r>
          </w:p>
          <w:p>
            <w:pPr>
              <w:spacing w:after="20" w:line="276" w:lineRule="auto"/>
            </w:pPr>
            <w:r>
              <w:rPr>
                <w:rFonts w:ascii="宋体" w:hAnsi="宋体" w:eastAsia="宋体"/>
                <w:b w:val="0"/>
                <w:sz w:val="18"/>
              </w:rPr>
              <w:t>学生会说：可根据小数的性质，在百分位上添“0”再计算。</w:t>
            </w:r>
          </w:p>
          <w:p>
            <w:pPr>
              <w:spacing w:after="20" w:line="276" w:lineRule="auto"/>
            </w:pPr>
            <w:r>
              <w:rPr>
                <w:rFonts w:ascii="宋体" w:hAnsi="宋体" w:eastAsia="宋体"/>
                <w:b w:val="0"/>
                <w:sz w:val="18"/>
              </w:rPr>
              <w:t>③学生汇报计算过程。（教师板书）</w:t>
            </w:r>
          </w:p>
          <w:p>
            <w:pPr>
              <w:spacing w:after="20" w:line="276" w:lineRule="auto"/>
            </w:pPr>
            <w:r>
              <w:rPr>
                <w:rFonts w:ascii="宋体" w:hAnsi="宋体" w:eastAsia="宋体"/>
                <w:b w:val="0"/>
                <w:sz w:val="18"/>
              </w:rPr>
              <w:t>被减数的百分位上没有一个计数单位，就添上0，0减5不够减，从十分位上退1当作10，即10-5=5；十分位上退1后还剩2，2减4不够减，再从个位上退1，在十分位上加10，即12-4=8；个位上退1后还剩7，7-6=1；十位上1-1=0，十位上的0省略不写。</w:t>
            </w:r>
          </w:p>
        </w:tc>
        <w:tc>
          <w:tcPr>
            <w:tcW w:type="dxa" w:w="1814"/>
          </w:tcPr>
          <w:p>
            <w:pPr>
              <w:spacing w:after="20" w:line="276" w:lineRule="auto"/>
            </w:pPr>
            <w:r/>
            <w:r>
              <w:rPr>
                <w:rFonts w:ascii="宋体" w:hAnsi="宋体" w:eastAsia="宋体"/>
                <w:b w:val="0"/>
                <w:sz w:val="18"/>
              </w:rPr>
              <w:t>通过引导学生收集信息并提出数学问题，使学生经历“从头到尾”思考问题的过程。</w:t>
            </w:r>
          </w:p>
          <w:p>
            <w:pPr>
              <w:spacing w:after="20" w:line="276" w:lineRule="auto"/>
            </w:pPr>
            <w:r>
              <w:rPr>
                <w:rFonts w:ascii="宋体" w:hAnsi="宋体" w:eastAsia="宋体"/>
                <w:b w:val="0"/>
                <w:sz w:val="18"/>
              </w:rPr>
              <w:t>学生自己能做的教师不做，学生自己能说的教师不说。本节课因为学生已经学过了“一位小数加、减一位小数”和“两位小数加、减两位小数”的小数加减法，所以对于位数不同的小数加减法，教师应完全放手让学生根据已有的知识经验自己探索。</w:t>
            </w:r>
          </w:p>
        </w:tc>
      </w:tr>
      <w:tr>
        <w:tc>
          <w:tcPr>
            <w:tcW w:type="dxa" w:w="1474"/>
          </w:tcPr>
          <w:p>
            <w:pPr>
              <w:spacing w:after="20" w:line="276" w:lineRule="auto"/>
            </w:pPr>
            <w:r>
              <w:rPr>
                <w:b/>
              </w:rPr>
            </w:r>
            <w:r>
              <w:rPr>
                <w:rFonts w:ascii="宋体" w:hAnsi="宋体" w:eastAsia="宋体"/>
                <w:b/>
                <w:sz w:val="18"/>
              </w:rPr>
              <w:t>三、巩固练习，提高能力</w:t>
            </w:r>
          </w:p>
        </w:tc>
        <w:tc>
          <w:tcPr>
            <w:tcW w:type="dxa" w:w="3061"/>
          </w:tcPr>
          <w:p>
            <w:pPr>
              <w:spacing w:after="20" w:line="276" w:lineRule="auto"/>
            </w:pPr>
            <w:r/>
            <w:r>
              <w:rPr>
                <w:rFonts w:ascii="宋体" w:hAnsi="宋体" w:eastAsia="宋体"/>
                <w:b w:val="0"/>
                <w:sz w:val="18"/>
              </w:rPr>
              <w:t>1.教科书P70“做一做”。</w:t>
            </w:r>
          </w:p>
          <w:p>
            <w:pPr>
              <w:spacing w:after="20" w:line="276" w:lineRule="auto"/>
            </w:pPr>
            <w:r>
              <w:rPr>
                <w:rFonts w:ascii="宋体" w:hAnsi="宋体" w:eastAsia="宋体"/>
                <w:b w:val="0"/>
                <w:sz w:val="18"/>
              </w:rPr>
              <w:t>（1）请6名同学板演，其余学生在练习本上独立完成。</w:t>
            </w:r>
          </w:p>
          <w:p>
            <w:pPr>
              <w:spacing w:after="20" w:line="276" w:lineRule="auto"/>
            </w:pPr>
            <w:r>
              <w:rPr>
                <w:rFonts w:ascii="宋体" w:hAnsi="宋体" w:eastAsia="宋体"/>
                <w:b w:val="0"/>
                <w:sz w:val="18"/>
              </w:rPr>
              <w:t>（2）全班交流订正。</w:t>
            </w:r>
          </w:p>
          <w:p>
            <w:pPr>
              <w:spacing w:after="20" w:line="276" w:lineRule="auto"/>
            </w:pPr>
            <w:r>
              <w:rPr>
                <w:rFonts w:ascii="宋体" w:hAnsi="宋体" w:eastAsia="宋体"/>
                <w:b w:val="0"/>
                <w:sz w:val="18"/>
              </w:rPr>
              <w:t>2.教科书P71“练习十七”第5题。</w:t>
            </w:r>
          </w:p>
          <w:p>
            <w:pPr>
              <w:spacing w:after="20" w:line="276" w:lineRule="auto"/>
            </w:pPr>
            <w:r>
              <w:rPr>
                <w:rFonts w:ascii="宋体" w:hAnsi="宋体" w:eastAsia="宋体"/>
                <w:b w:val="0"/>
                <w:sz w:val="18"/>
              </w:rPr>
              <w:t>（1）学生独立填空。</w:t>
            </w:r>
          </w:p>
          <w:p>
            <w:pPr>
              <w:spacing w:after="20" w:line="276" w:lineRule="auto"/>
            </w:pPr>
            <w:r>
              <w:rPr>
                <w:rFonts w:ascii="宋体" w:hAnsi="宋体" w:eastAsia="宋体"/>
                <w:b w:val="0"/>
                <w:sz w:val="18"/>
              </w:rPr>
              <w:t>（2）小组内交流订正，相互监督及时纠错。</w:t>
            </w:r>
          </w:p>
          <w:p>
            <w:pPr>
              <w:spacing w:after="20" w:line="276" w:lineRule="auto"/>
            </w:pPr>
            <w:r>
              <w:rPr>
                <w:rFonts w:ascii="宋体" w:hAnsi="宋体" w:eastAsia="宋体"/>
                <w:b w:val="0"/>
                <w:sz w:val="18"/>
              </w:rPr>
              <w:t>3.教科书P72“练习十七”第6题。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（2）指名汇报，让学生说出每道题的错误所在。</w:t>
            </w:r>
          </w:p>
          <w:p>
            <w:pPr>
              <w:spacing w:after="20" w:line="276" w:lineRule="auto"/>
            </w:pPr>
            <w:r>
              <w:rPr>
                <w:rFonts w:ascii="宋体" w:hAnsi="宋体" w:eastAsia="宋体"/>
                <w:b w:val="0"/>
                <w:sz w:val="18"/>
              </w:rPr>
              <w:t>（3）引导学生讨论：列竖式计算时该注意什么？</w:t>
            </w:r>
          </w:p>
          <w:p>
            <w:pPr>
              <w:spacing w:after="20" w:line="276" w:lineRule="auto"/>
            </w:pPr>
            <w:r>
              <w:rPr>
                <w:rFonts w:ascii="宋体" w:hAnsi="宋体" w:eastAsia="宋体"/>
                <w:b w:val="0"/>
                <w:sz w:val="18"/>
              </w:rPr>
              <w:t>4.教科书P72“练习十七”第7题。</w:t>
            </w:r>
          </w:p>
          <w:p>
            <w:pPr>
              <w:spacing w:after="20" w:line="276" w:lineRule="auto"/>
            </w:pPr>
            <w:r>
              <w:rPr>
                <w:rFonts w:ascii="宋体" w:hAnsi="宋体" w:eastAsia="宋体"/>
                <w:b w:val="0"/>
                <w:sz w:val="18"/>
              </w:rPr>
              <w:t>（1）引导学生先想想不同计量单位之间的进率分别是多少，然后改写成小数再计算。</w:t>
            </w:r>
          </w:p>
          <w:p>
            <w:pPr>
              <w:spacing w:after="20" w:line="276" w:lineRule="auto"/>
            </w:pPr>
            <w:r>
              <w:rPr>
                <w:rFonts w:ascii="宋体" w:hAnsi="宋体" w:eastAsia="宋体"/>
                <w:b w:val="0"/>
                <w:sz w:val="18"/>
              </w:rPr>
              <w:t>（2）集体交流时，让学生说说是怎样计算的，为什么这样计算，从而体会到改写复名数的必要性。</w:t>
            </w:r>
          </w:p>
          <w:p>
            <w:pPr>
              <w:spacing w:after="20" w:line="276" w:lineRule="auto"/>
            </w:pPr>
            <w:r>
              <w:rPr>
                <w:rFonts w:ascii="宋体" w:hAnsi="宋体" w:eastAsia="宋体"/>
                <w:b w:val="0"/>
                <w:sz w:val="18"/>
              </w:rPr>
              <w:t>5.教科书P72“练习十七”第9题。</w:t>
            </w:r>
          </w:p>
          <w:p>
            <w:pPr>
              <w:spacing w:after="20" w:line="276" w:lineRule="auto"/>
            </w:pPr>
            <w:r>
              <w:rPr>
                <w:rFonts w:ascii="宋体" w:hAnsi="宋体" w:eastAsia="宋体"/>
                <w:b w:val="0"/>
                <w:sz w:val="18"/>
              </w:rPr>
              <w:t>（1）学生观察统计表，说说从表中获得了哪些数学信息，然后审清题意，独立解答。</w:t>
            </w:r>
          </w:p>
          <w:p>
            <w:pPr>
              <w:spacing w:after="20" w:line="276" w:lineRule="auto"/>
            </w:pPr>
            <w:r>
              <w:rPr>
                <w:rFonts w:ascii="宋体" w:hAnsi="宋体" w:eastAsia="宋体"/>
                <w:b w:val="0"/>
                <w:sz w:val="18"/>
              </w:rPr>
              <w:t>（2）全班交流，让学生说说计算这组数据时该注意什么，有什么体会，其间渗透爱国主义教育。</w:t>
            </w:r>
          </w:p>
          <w:p>
            <w:pPr>
              <w:spacing w:after="20" w:line="276" w:lineRule="auto"/>
            </w:pPr>
            <w:r>
              <w:rPr>
                <w:rFonts w:ascii="宋体" w:hAnsi="宋体" w:eastAsia="宋体"/>
                <w:b w:val="0"/>
                <w:sz w:val="18"/>
              </w:rPr>
              <w:t>本环节是这节课的重难点，一定要引导学生利用已有的知识经验和负迁移出现的错例，理解小数加减法的算理，掌握竖式计算的方法，并能正确计算。</w:t>
            </w:r>
          </w:p>
        </w:tc>
        <w:tc>
          <w:tcPr>
            <w:tcW w:type="dxa" w:w="3061"/>
          </w:tcPr>
          <w:p>
            <w:pPr>
              <w:spacing w:after="20" w:line="276" w:lineRule="auto"/>
            </w:pPr>
            <w:r/>
            <w:r>
              <w:rPr>
                <w:rFonts w:ascii="宋体" w:hAnsi="宋体" w:eastAsia="宋体"/>
                <w:b w:val="0"/>
                <w:sz w:val="18"/>
              </w:rPr>
              <w:t>这里改写是计算的易错点，可结合错例，引导学生反思错误原因，提高计算的准确性。如1t30kg的改写，学生可能会出现1t30kg=1.3t的错误，教师要引导学生发现因为1t=1000kg，所以1t30kg=1.03t。</w:t>
            </w:r>
          </w:p>
        </w:tc>
        <w:tc>
          <w:tcPr>
            <w:tcW w:type="dxa" w:w="1814"/>
          </w:tcPr>
          <w:p>
            <w:pPr>
              <w:spacing w:after="20" w:line="276" w:lineRule="auto"/>
            </w:pPr>
            <w:r/>
            <w:r>
              <w:rPr>
                <w:rFonts w:ascii="宋体" w:hAnsi="宋体" w:eastAsia="宋体"/>
                <w:b w:val="0"/>
                <w:sz w:val="18"/>
              </w:rPr>
              <w:t>“做一做”呈现了不同情况的小数加减法练习，意在巩固小数加减法的竖式计算方法，并提高计算的灵活性和准确性。</w:t>
            </w:r>
          </w:p>
          <w:p>
            <w:pPr>
              <w:spacing w:after="20" w:line="276" w:lineRule="auto"/>
            </w:pPr>
            <w:r>
              <w:rPr>
                <w:rFonts w:ascii="宋体" w:hAnsi="宋体" w:eastAsia="宋体"/>
                <w:b w:val="0"/>
                <w:sz w:val="18"/>
              </w:rPr>
              <w:t>本题有针对性地解决学生计算中的易错之处，使学生在判断改错的过程中，内化对算理的理解和对算法的掌握，养成认真计算的好习惯。</w:t>
            </w:r>
          </w:p>
          <w:p>
            <w:pPr>
              <w:spacing w:after="20" w:line="276" w:lineRule="auto"/>
            </w:pPr>
            <w:r>
              <w:rPr>
                <w:rFonts w:ascii="宋体" w:hAnsi="宋体" w:eastAsia="宋体"/>
                <w:b w:val="0"/>
                <w:sz w:val="18"/>
              </w:rPr>
              <w:t>本题结合人民币、质量单位和长度单位进行小数加减法的计算。借助计量单位的进率关系，将复名数改写成小数的形式，运用转化的思想解决问题。</w:t>
            </w:r>
          </w:p>
          <w:p>
            <w:pPr>
              <w:spacing w:after="20" w:line="276" w:lineRule="auto"/>
            </w:pPr>
            <w:r>
              <w:rPr>
                <w:rFonts w:ascii="宋体" w:hAnsi="宋体" w:eastAsia="宋体"/>
                <w:b w:val="0"/>
                <w:sz w:val="18"/>
              </w:rPr>
              <w:t>本题将统计知识与小数知识结合起来，通过计算、比较等活动，培养学生综合应用所学知识解决实际问题的能力。</w:t>
            </w:r>
          </w:p>
        </w:tc>
      </w:tr>
      <w:tr>
        <w:tc>
          <w:tcPr>
            <w:tcW w:type="dxa" w:w="1474"/>
          </w:tcPr>
          <w:p>
            <w:pPr>
              <w:spacing w:after="20" w:line="276" w:lineRule="auto"/>
            </w:pPr>
            <w:r>
              <w:rPr>
                <w:b/>
              </w:rPr>
            </w:r>
            <w:r>
              <w:rPr>
                <w:rFonts w:ascii="宋体" w:hAnsi="宋体" w:eastAsia="宋体"/>
                <w:b/>
                <w:sz w:val="18"/>
              </w:rPr>
              <w:t>四、课堂小结，畅谈收获</w:t>
            </w:r>
          </w:p>
        </w:tc>
        <w:tc>
          <w:tcPr>
            <w:tcW w:type="dxa" w:w="3061"/>
          </w:tcPr>
          <w:p>
            <w:pPr>
              <w:spacing w:after="20" w:line="276" w:lineRule="auto"/>
            </w:pPr>
            <w:r/>
            <w:r>
              <w:rPr>
                <w:rFonts w:ascii="宋体" w:hAnsi="宋体" w:eastAsia="宋体"/>
                <w:b w:val="0"/>
                <w:sz w:val="18"/>
              </w:rPr>
              <w:t>师：通过这节课的学习，你有什么收获？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小数加减法（2）</w:t>
      </w:r>
    </w:p>
    <w:p>
      <w:pPr>
        <w:spacing w:after="40" w:line="300" w:lineRule="auto"/>
      </w:pPr>
      <w:r>
        <w:rPr>
          <w:rFonts w:ascii="宋体" w:hAnsi="宋体" w:eastAsia="宋体"/>
          <w:b w:val="0"/>
          <w:sz w:val="20"/>
        </w:rPr>
        <w:t>计算小数加减法时，先把各数的小数点对齐（也就是把相同数位对齐），再按照整数加减法的法则进行计算，最后在得数里点上小数点。如果得数的小数部分末尾有0，可以把0去掉。</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教科书P70例2，完成P70“做一做”，P71～72“练习十七”第5、6、7、9题。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在上一节课的基础之上学习位数不同的小数加减法。位数不同的小数加减法可以通过小数的性质转化成已学过的位数相同的小数加减法，两者算法、算理相同，对于学生来说并不困难。教学时，鼓励学生通过自主探究掌握算法，理解算理，并紧扣教科书，通过生动有趣的练习形式，有针对性地解决学生计算中的易错之处，提高计算的准确性。整节课学生思维活跃，教学效果不错。</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小数加减混合运算</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小数加减混合运算</w:t>
            </w:r>
          </w:p>
        </w:tc>
        <w:tc>
          <w:tcPr>
            <w:tcW w:type="dxa" w:w="6009"/>
          </w:tcPr>
          <w:p>
            <w:pPr>
              <w:spacing w:after="20" w:line="276" w:lineRule="auto"/>
            </w:pPr>
            <w:r/>
            <w:r>
              <w:rPr>
                <w:rFonts w:ascii="宋体" w:hAnsi="宋体" w:eastAsia="宋体"/>
                <w:b w:val="0"/>
                <w:sz w:val="20"/>
              </w:rPr>
              <w:t>第6单元 小数的加法和减法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以往的学习中已经掌握了整数加减法及一位小数加减法的计算方法,理解了整数加减法的算理,并且已积累了大量关于元、角、分的知识。在本册教科书中学生还掌握了小数的意义和性质,这些都为学生理解小数加减法的算理打下了扎实有效的知识基础。本单元内容与学生日常生活紧密相关，为进一步学习、研究后面的知识打下基础。理解和掌握小数加减法的算理和算法是小学生应具备的基本知识经验,而且是必备的数学知识、技能与方法。教学中会出现小数的位数不同的加减法竖式计算的情况,由于新知识与学生已有的认识存在矛盾冲突,受学习负迁移的影响,学生容易出现将小数的末尾对齐等错误,这也是小数加减计算中的难点所在，在学习新课时要加强引导。</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教学内容：教科书P73例3，完成P73“做一做”，P74“练习十八”第1~6题。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（1）结合具体情境，能正确进行小数加减混合运算，并能选择合适的算法进行计算。</w:t>
      </w:r>
    </w:p>
    <w:p>
      <w:pPr>
        <w:spacing w:after="20" w:line="300" w:lineRule="auto"/>
        <w:ind w:firstLine="400"/>
      </w:pPr>
      <w:r>
        <w:rPr>
          <w:rFonts w:ascii="宋体" w:hAnsi="宋体" w:eastAsia="宋体"/>
          <w:b w:val="0"/>
          <w:sz w:val="20"/>
        </w:rPr>
        <w:t>（2）能解决简单的小数加减混合运算的实际问题，提高数学思考能力、语言表达能力和运算能力。</w:t>
      </w:r>
    </w:p>
    <w:p>
      <w:pPr>
        <w:spacing w:after="20" w:line="300" w:lineRule="auto"/>
        <w:ind w:firstLine="400"/>
      </w:pPr>
      <w:r>
        <w:rPr>
          <w:rFonts w:ascii="宋体" w:hAnsi="宋体" w:eastAsia="宋体"/>
          <w:b w:val="0"/>
          <w:sz w:val="20"/>
        </w:rPr>
        <w:t>（3）增强数学应用意识，养成良好的计算习惯。</w:t>
      </w:r>
    </w:p>
    <w:p>
      <w:pPr>
        <w:spacing w:after="20" w:line="300" w:lineRule="auto"/>
      </w:pPr>
      <w:r>
        <w:rPr>
          <w:rFonts w:ascii="宋体" w:hAnsi="宋体" w:eastAsia="宋体"/>
          <w:b w:val="0"/>
          <w:sz w:val="20"/>
        </w:rPr>
        <w:t>教学重点：探讨小数加减混合运算的不同算法。</w:t>
      </w:r>
    </w:p>
    <w:p>
      <w:pPr>
        <w:spacing w:after="20" w:line="300" w:lineRule="auto"/>
      </w:pPr>
      <w:r>
        <w:rPr>
          <w:rFonts w:ascii="宋体" w:hAnsi="宋体" w:eastAsia="宋体"/>
          <w:b w:val="0"/>
          <w:sz w:val="20"/>
        </w:rPr>
        <w:t>教学难点：让学生感受解题策略的多样性和灵活性，提高数学思考能力和运算能力。</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一、激活经验，导入新课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小数加减混合运算的顺序又是怎样的呢？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二、创设情境，探究新知识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从题中你们知道了哪些数学信息？要解决的问题是什么？；怎样解决这个问题呢？</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三、练习运用，体验成功</w:t>
            </w:r>
          </w:p>
        </w:tc>
        <w:tc>
          <w:tcPr>
            <w:tcW w:type="dxa" w:w="1814"/>
          </w:tcPr>
          <w:p>
            <w:pPr>
              <w:spacing w:after="20" w:line="276" w:lineRule="auto"/>
            </w:pPr>
            <w:r/>
            <w:r>
              <w:rPr>
                <w:rFonts w:ascii="宋体" w:hAnsi="宋体" w:eastAsia="宋体"/>
                <w:b w:val="0"/>
                <w:sz w:val="18"/>
              </w:rPr>
              <w:t>教科书、练习本、课件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一、激活经验，导入新课</w:t>
            </w:r>
          </w:p>
        </w:tc>
        <w:tc>
          <w:tcPr>
            <w:tcW w:type="dxa" w:w="3061"/>
          </w:tcPr>
          <w:p>
            <w:pPr>
              <w:spacing w:after="20" w:line="276" w:lineRule="auto"/>
            </w:pPr>
            <w:r/>
            <w:r>
              <w:rPr>
                <w:rFonts w:ascii="宋体" w:hAnsi="宋体" w:eastAsia="宋体"/>
                <w:b w:val="0"/>
                <w:sz w:val="18"/>
              </w:rPr>
              <w:t>1.小数加减法的口算训练。（课件出示习题）</w:t>
            </w:r>
          </w:p>
          <w:p>
            <w:pPr>
              <w:spacing w:after="20" w:line="276" w:lineRule="auto"/>
            </w:pPr>
            <w:r>
              <w:rPr>
                <w:rFonts w:ascii="宋体" w:hAnsi="宋体" w:eastAsia="宋体"/>
                <w:b w:val="0"/>
                <w:sz w:val="18"/>
              </w:rPr>
              <w:t>师：请同学们看算式，说得数。</w:t>
            </w:r>
          </w:p>
          <w:p>
            <w:pPr>
              <w:spacing w:after="20" w:line="276" w:lineRule="auto"/>
            </w:pPr>
            <w:r>
              <w:rPr>
                <w:rFonts w:ascii="宋体" w:hAnsi="宋体" w:eastAsia="宋体"/>
                <w:b w:val="0"/>
                <w:sz w:val="18"/>
              </w:rPr>
              <w:t>2.整数混合运算训练。（课件出示习题）</w:t>
            </w:r>
          </w:p>
          <w:p>
            <w:pPr>
              <w:spacing w:after="20" w:line="276" w:lineRule="auto"/>
            </w:pPr>
            <w:r>
              <w:rPr>
                <w:rFonts w:ascii="宋体" w:hAnsi="宋体" w:eastAsia="宋体"/>
                <w:b w:val="0"/>
                <w:sz w:val="18"/>
              </w:rPr>
              <w:t>3.导入新课。</w:t>
            </w:r>
          </w:p>
          <w:p>
            <w:pPr>
              <w:spacing w:after="20" w:line="276" w:lineRule="auto"/>
            </w:pPr>
            <w:r>
              <w:rPr>
                <w:rFonts w:ascii="宋体" w:hAnsi="宋体" w:eastAsia="宋体"/>
                <w:b w:val="0"/>
                <w:sz w:val="18"/>
              </w:rPr>
              <w:t>师：小数加减混合运算的顺序又是怎样的呢？今天这节课我们来学习小数加减混合运算。（板书课题：小数加减混合运算）</w:t>
            </w:r>
          </w:p>
        </w:tc>
        <w:tc>
          <w:tcPr>
            <w:tcW w:type="dxa" w:w="3061"/>
          </w:tcPr>
          <w:p>
            <w:pPr>
              <w:spacing w:after="20" w:line="276" w:lineRule="auto"/>
            </w:pPr>
            <w:r/>
            <w:r>
              <w:rPr>
                <w:rFonts w:ascii="宋体" w:hAnsi="宋体" w:eastAsia="宋体"/>
                <w:b w:val="0"/>
                <w:sz w:val="18"/>
              </w:rPr>
              <w:t>大部分学生能够正确口算出结果，个别学生可能出现错误。</w:t>
            </w:r>
          </w:p>
          <w:p>
            <w:pPr>
              <w:spacing w:after="20" w:line="276" w:lineRule="auto"/>
            </w:pPr>
            <w:r>
              <w:rPr>
                <w:rFonts w:ascii="宋体" w:hAnsi="宋体" w:eastAsia="宋体"/>
                <w:b w:val="0"/>
                <w:sz w:val="18"/>
              </w:rPr>
              <w:t>整数加减混合运算，一般从左往右算，有括号的就先算括号里面的。</w:t>
            </w:r>
          </w:p>
        </w:tc>
        <w:tc>
          <w:tcPr>
            <w:tcW w:type="dxa" w:w="1814"/>
          </w:tcPr>
          <w:p>
            <w:pPr>
              <w:spacing w:after="20" w:line="276" w:lineRule="auto"/>
            </w:pPr>
            <w:r/>
            <w:r>
              <w:rPr>
                <w:rFonts w:ascii="宋体" w:hAnsi="宋体" w:eastAsia="宋体"/>
                <w:b w:val="0"/>
                <w:sz w:val="18"/>
              </w:rPr>
              <w:t>设计两个层次的练习题，意在帮助学生利用旧知识的迁移来解决新的问题，更好地掌握学习知识的技巧，为学习新课奠定基础。</w:t>
            </w:r>
          </w:p>
        </w:tc>
      </w:tr>
      <w:tr>
        <w:tc>
          <w:tcPr>
            <w:tcW w:type="dxa" w:w="1474"/>
          </w:tcPr>
          <w:p>
            <w:pPr>
              <w:spacing w:after="20" w:line="276" w:lineRule="auto"/>
            </w:pPr>
            <w:r>
              <w:rPr>
                <w:b/>
              </w:rPr>
            </w:r>
            <w:r>
              <w:rPr>
                <w:rFonts w:ascii="宋体" w:hAnsi="宋体" w:eastAsia="宋体"/>
                <w:b/>
                <w:sz w:val="18"/>
              </w:rPr>
              <w:t>二、创设情境，探究新知识</w:t>
            </w:r>
          </w:p>
        </w:tc>
        <w:tc>
          <w:tcPr>
            <w:tcW w:type="dxa" w:w="3061"/>
          </w:tcPr>
          <w:p>
            <w:pPr>
              <w:spacing w:after="20" w:line="276" w:lineRule="auto"/>
            </w:pPr>
            <w:r/>
            <w:r>
              <w:rPr>
                <w:rFonts w:ascii="宋体" w:hAnsi="宋体" w:eastAsia="宋体"/>
                <w:b w:val="0"/>
                <w:sz w:val="18"/>
              </w:rPr>
              <w:t>1.探究小数连加的计算方法。</w:t>
            </w:r>
          </w:p>
          <w:p>
            <w:pPr>
              <w:spacing w:after="20" w:line="276" w:lineRule="auto"/>
            </w:pPr>
            <w:r>
              <w:rPr>
                <w:rFonts w:ascii="宋体" w:hAnsi="宋体" w:eastAsia="宋体"/>
                <w:b w:val="0"/>
                <w:sz w:val="18"/>
              </w:rPr>
              <w:t>（1）课件出示教科书P73例3第（1）题。</w:t>
            </w:r>
          </w:p>
          <w:p>
            <w:pPr>
              <w:spacing w:after="20" w:line="276" w:lineRule="auto"/>
            </w:pPr>
            <w:r>
              <w:rPr>
                <w:rFonts w:ascii="宋体" w:hAnsi="宋体" w:eastAsia="宋体"/>
                <w:b w:val="0"/>
                <w:sz w:val="18"/>
              </w:rPr>
              <w:t>（2）师：从题中你们知道了哪些数学信息？要解决的问题是什么？</w:t>
            </w:r>
          </w:p>
          <w:p>
            <w:pPr>
              <w:spacing w:after="20" w:line="276" w:lineRule="auto"/>
            </w:pPr>
            <w:r>
              <w:rPr>
                <w:rFonts w:ascii="宋体" w:hAnsi="宋体" w:eastAsia="宋体"/>
                <w:b w:val="0"/>
                <w:sz w:val="18"/>
              </w:rPr>
              <w:t>（3）师：怎样解决这个问题呢？</w:t>
            </w:r>
          </w:p>
          <w:p>
            <w:pPr>
              <w:spacing w:after="20" w:line="276" w:lineRule="auto"/>
            </w:pPr>
            <w:r>
              <w:rPr>
                <w:rFonts w:ascii="宋体" w:hAnsi="宋体" w:eastAsia="宋体"/>
                <w:b w:val="0"/>
                <w:sz w:val="18"/>
              </w:rPr>
              <w:t>（4）师：同学们会计算17.45+15.8+14.69吗？</w:t>
            </w:r>
          </w:p>
          <w:p>
            <w:pPr>
              <w:spacing w:after="20" w:line="276" w:lineRule="auto"/>
            </w:pPr>
            <w:r>
              <w:rPr>
                <w:rFonts w:ascii="宋体" w:hAnsi="宋体" w:eastAsia="宋体"/>
                <w:b w:val="0"/>
                <w:sz w:val="18"/>
              </w:rPr>
              <w:t>17.45+15.8+14.69</w:t>
            </w:r>
          </w:p>
          <w:p>
            <w:pPr>
              <w:spacing w:after="20" w:line="276" w:lineRule="auto"/>
            </w:pPr>
            <w:r>
              <w:rPr>
                <w:rFonts w:ascii="宋体" w:hAnsi="宋体" w:eastAsia="宋体"/>
                <w:b w:val="0"/>
                <w:sz w:val="18"/>
              </w:rPr>
              <w:t>=33.25+14.69  ……先算17.45+15.8</w:t>
            </w:r>
          </w:p>
          <w:p>
            <w:pPr>
              <w:spacing w:after="20" w:line="276" w:lineRule="auto"/>
            </w:pPr>
            <w:r>
              <w:rPr>
                <w:rFonts w:ascii="宋体" w:hAnsi="宋体" w:eastAsia="宋体"/>
                <w:b w:val="0"/>
                <w:sz w:val="18"/>
              </w:rPr>
              <w:t>=47.94        ……再算33.25+4.69</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教师强调:三个数连加时要注意，如果哪一位上相加满十，就要向前一位进1，满几十就进几。</w:t>
            </w:r>
          </w:p>
          <w:p>
            <w:pPr>
              <w:spacing w:after="20" w:line="276" w:lineRule="auto"/>
            </w:pPr>
            <w:r>
              <w:rPr>
                <w:rFonts w:ascii="宋体" w:hAnsi="宋体" w:eastAsia="宋体"/>
                <w:b w:val="0"/>
                <w:sz w:val="18"/>
              </w:rPr>
              <w:t>2.探究小数连减的计算方法。</w:t>
            </w:r>
          </w:p>
          <w:p>
            <w:pPr>
              <w:spacing w:after="20" w:line="276" w:lineRule="auto"/>
            </w:pPr>
            <w:r>
              <w:rPr>
                <w:rFonts w:ascii="宋体" w:hAnsi="宋体" w:eastAsia="宋体"/>
                <w:b w:val="0"/>
                <w:sz w:val="18"/>
              </w:rPr>
              <w:t>（1）课件出示教科书P73例3第（2）题。</w:t>
            </w:r>
          </w:p>
          <w:p>
            <w:pPr>
              <w:spacing w:after="20" w:line="276" w:lineRule="auto"/>
            </w:pPr>
            <w:r>
              <w:rPr>
                <w:rFonts w:ascii="宋体" w:hAnsi="宋体" w:eastAsia="宋体"/>
                <w:b w:val="0"/>
                <w:sz w:val="18"/>
              </w:rPr>
              <w:t>第（1）题教学的重点是小数连加的竖式计算，引导学生迁移两个小数相加和三个整数连加的经验，探究小数连加的竖式计算方法，进一步理解为什么要把小数点对齐，强化算理。</w:t>
            </w:r>
          </w:p>
          <w:p>
            <w:pPr>
              <w:spacing w:after="20" w:line="276" w:lineRule="auto"/>
            </w:pPr>
            <w:r>
              <w:rPr>
                <w:rFonts w:ascii="宋体" w:hAnsi="宋体" w:eastAsia="宋体"/>
                <w:b w:val="0"/>
                <w:sz w:val="18"/>
              </w:rPr>
              <w:t>（2）师：从题中你们知道了哪些数学信息？要解决的问题是什么？</w:t>
            </w:r>
          </w:p>
          <w:p>
            <w:pPr>
              <w:spacing w:after="20" w:line="276" w:lineRule="auto"/>
            </w:pPr>
            <w:r>
              <w:rPr>
                <w:rFonts w:ascii="宋体" w:hAnsi="宋体" w:eastAsia="宋体"/>
                <w:b w:val="0"/>
                <w:sz w:val="18"/>
              </w:rPr>
              <w:t>（3）师：你是怎样列式计算的？</w:t>
            </w:r>
          </w:p>
          <w:p>
            <w:pPr>
              <w:spacing w:after="20" w:line="276" w:lineRule="auto"/>
            </w:pPr>
            <w:r>
              <w:rPr>
                <w:rFonts w:ascii="宋体" w:hAnsi="宋体" w:eastAsia="宋体"/>
                <w:b w:val="0"/>
                <w:sz w:val="18"/>
              </w:rPr>
              <w:t>（4）集体交流汇报。</w:t>
            </w:r>
          </w:p>
          <w:p>
            <w:pPr>
              <w:spacing w:after="20" w:line="276" w:lineRule="auto"/>
            </w:pPr>
            <w:r>
              <w:rPr>
                <w:rFonts w:ascii="宋体" w:hAnsi="宋体" w:eastAsia="宋体"/>
                <w:b w:val="0"/>
                <w:sz w:val="18"/>
              </w:rPr>
              <w:t>50-16.45-18.3</w:t>
            </w:r>
          </w:p>
          <w:p>
            <w:pPr>
              <w:spacing w:after="20" w:line="276" w:lineRule="auto"/>
            </w:pPr>
            <w:r>
              <w:rPr>
                <w:rFonts w:ascii="宋体" w:hAnsi="宋体" w:eastAsia="宋体"/>
                <w:b w:val="0"/>
                <w:sz w:val="18"/>
              </w:rPr>
              <w:t>=33.55-18.3  ……先算50-16.45</w:t>
            </w:r>
          </w:p>
          <w:p>
            <w:pPr>
              <w:spacing w:after="20" w:line="276" w:lineRule="auto"/>
            </w:pPr>
            <w:r>
              <w:rPr>
                <w:rFonts w:ascii="宋体" w:hAnsi="宋体" w:eastAsia="宋体"/>
                <w:b w:val="0"/>
                <w:sz w:val="18"/>
              </w:rPr>
              <w:t>=15.25      ……再算33.55-18.3</w:t>
            </w:r>
          </w:p>
          <w:p>
            <w:pPr>
              <w:spacing w:after="20" w:line="276" w:lineRule="auto"/>
            </w:pPr>
            <w:r>
              <w:rPr>
                <w:rFonts w:ascii="宋体" w:hAnsi="宋体" w:eastAsia="宋体"/>
                <w:b w:val="0"/>
                <w:sz w:val="18"/>
              </w:rPr>
              <w:t>50-（16.45+18.3）</w:t>
            </w:r>
          </w:p>
          <w:p>
            <w:pPr>
              <w:spacing w:after="20" w:line="276" w:lineRule="auto"/>
            </w:pPr>
            <w:r>
              <w:rPr>
                <w:rFonts w:ascii="宋体" w:hAnsi="宋体" w:eastAsia="宋体"/>
                <w:b w:val="0"/>
                <w:sz w:val="18"/>
              </w:rPr>
              <w:t>=50-34.75     ……先算16.45+18.3</w:t>
            </w:r>
          </w:p>
          <w:p>
            <w:pPr>
              <w:spacing w:after="20" w:line="276" w:lineRule="auto"/>
            </w:pPr>
            <w:r>
              <w:rPr>
                <w:rFonts w:ascii="宋体" w:hAnsi="宋体" w:eastAsia="宋体"/>
                <w:b w:val="0"/>
                <w:sz w:val="18"/>
              </w:rPr>
              <w:t>=15.25        ……再算50-34.75</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（5）师：观察上面两种解法，你有什么发现?</w:t>
            </w:r>
          </w:p>
          <w:p>
            <w:pPr>
              <w:spacing w:after="20" w:line="276" w:lineRule="auto"/>
            </w:pPr>
            <w:r>
              <w:rPr>
                <w:rFonts w:ascii="宋体" w:hAnsi="宋体" w:eastAsia="宋体"/>
                <w:b w:val="0"/>
                <w:sz w:val="18"/>
              </w:rPr>
              <w:t>（6）师：自己再想两个这样的算式算一算，整数减法的性质对于小数减法是否同样适用?</w:t>
            </w:r>
          </w:p>
          <w:p>
            <w:pPr>
              <w:spacing w:after="20" w:line="276" w:lineRule="auto"/>
            </w:pPr>
            <w:r>
              <w:rPr>
                <w:rFonts w:ascii="宋体" w:hAnsi="宋体" w:eastAsia="宋体"/>
                <w:b w:val="0"/>
                <w:sz w:val="18"/>
              </w:rPr>
              <w:t>3.练习巩固。</w:t>
            </w:r>
          </w:p>
          <w:p>
            <w:pPr>
              <w:spacing w:after="20" w:line="276" w:lineRule="auto"/>
            </w:pPr>
            <w:r>
              <w:rPr>
                <w:rFonts w:ascii="宋体" w:hAnsi="宋体" w:eastAsia="宋体"/>
                <w:b w:val="0"/>
                <w:sz w:val="18"/>
              </w:rPr>
              <w:t>完成教科书P73“做一做”。</w:t>
            </w:r>
          </w:p>
          <w:p>
            <w:pPr>
              <w:spacing w:after="20" w:line="276" w:lineRule="auto"/>
            </w:pPr>
            <w:r>
              <w:rPr>
                <w:rFonts w:ascii="宋体" w:hAnsi="宋体" w:eastAsia="宋体"/>
                <w:b w:val="0"/>
                <w:sz w:val="18"/>
              </w:rPr>
              <w:t>②集体订正，及时纠错。</w:t>
            </w:r>
          </w:p>
          <w:p>
            <w:pPr>
              <w:spacing w:after="20" w:line="276" w:lineRule="auto"/>
            </w:pPr>
            <w:r>
              <w:rPr>
                <w:rFonts w:ascii="宋体" w:hAnsi="宋体" w:eastAsia="宋体"/>
                <w:b w:val="0"/>
                <w:sz w:val="18"/>
              </w:rPr>
              <w:t>4.归纳小结。</w:t>
            </w:r>
          </w:p>
          <w:p>
            <w:pPr>
              <w:spacing w:after="20" w:line="276" w:lineRule="auto"/>
            </w:pPr>
            <w:r>
              <w:rPr>
                <w:rFonts w:ascii="宋体" w:hAnsi="宋体" w:eastAsia="宋体"/>
                <w:b w:val="0"/>
                <w:sz w:val="18"/>
              </w:rPr>
              <w:t>师：小数加减混合运算应该怎样计算?</w:t>
            </w:r>
          </w:p>
          <w:p>
            <w:pPr>
              <w:spacing w:after="20" w:line="276" w:lineRule="auto"/>
            </w:pPr>
            <w:r>
              <w:rPr>
                <w:rFonts w:ascii="宋体" w:hAnsi="宋体" w:eastAsia="宋体"/>
                <w:b w:val="0"/>
                <w:sz w:val="18"/>
              </w:rPr>
              <w:t>引导学生总结，教师板书：小数加减混合运算的运算顺序与整数加减混合运算的运算顺序相同。在没有括号的算式里，如果只有加法和减法，就按照从左往右的顺序计算；算式里有括号的，要先算括号里面的。</w:t>
            </w:r>
          </w:p>
        </w:tc>
        <w:tc>
          <w:tcPr>
            <w:tcW w:type="dxa" w:w="3061"/>
          </w:tcPr>
          <w:p>
            <w:pPr>
              <w:spacing w:after="20" w:line="276" w:lineRule="auto"/>
            </w:pPr>
            <w:r/>
            <w:r>
              <w:rPr>
                <w:rFonts w:ascii="宋体" w:hAnsi="宋体" w:eastAsia="宋体"/>
                <w:b w:val="0"/>
                <w:sz w:val="18"/>
              </w:rPr>
              <w:t>《少儿绘画》的价格是17.45元，《太空漫步》的价格是15.8元，《海洋世界》的价格是14.69元，要求买这3本书一共花了多少钱。</w:t>
            </w:r>
          </w:p>
          <w:p>
            <w:pPr>
              <w:spacing w:after="20" w:line="276" w:lineRule="auto"/>
            </w:pPr>
            <w:r>
              <w:rPr>
                <w:rFonts w:ascii="宋体" w:hAnsi="宋体" w:eastAsia="宋体"/>
                <w:b w:val="0"/>
                <w:sz w:val="18"/>
              </w:rPr>
              <w:t>要求买这3本书一共花了多少钱，就是求17.45、15.8与14.69的和，用加法计算，列式为17.45+15.8+14.69。</w:t>
            </w:r>
          </w:p>
          <w:p>
            <w:pPr>
              <w:spacing w:after="20" w:line="276" w:lineRule="auto"/>
            </w:pPr>
            <w:r>
              <w:rPr>
                <w:rFonts w:ascii="宋体" w:hAnsi="宋体" w:eastAsia="宋体"/>
                <w:b w:val="0"/>
                <w:sz w:val="18"/>
              </w:rPr>
              <w:t>有了前面学习的基础，大部分学生能够将三个整数相加的计算经验迁移到三个小数相加中。</w:t>
            </w:r>
          </w:p>
          <w:p>
            <w:pPr>
              <w:spacing w:after="20" w:line="276" w:lineRule="auto"/>
            </w:pPr>
            <w:r>
              <w:rPr>
                <w:rFonts w:ascii="宋体" w:hAnsi="宋体" w:eastAsia="宋体"/>
                <w:b w:val="0"/>
                <w:sz w:val="18"/>
              </w:rPr>
              <w:t>预设1：列竖式计算。</w:t>
            </w:r>
          </w:p>
          <w:p>
            <w:pPr>
              <w:spacing w:after="20" w:line="276" w:lineRule="auto"/>
            </w:pPr>
            <w:r>
              <w:rPr>
                <w:rFonts w:ascii="宋体" w:hAnsi="宋体" w:eastAsia="宋体"/>
                <w:b w:val="0"/>
                <w:sz w:val="18"/>
              </w:rPr>
              <w:t>预设2：脱式计算。</w:t>
            </w:r>
          </w:p>
          <w:p>
            <w:pPr>
              <w:spacing w:after="20" w:line="276" w:lineRule="auto"/>
            </w:pPr>
            <w:r>
              <w:rPr>
                <w:rFonts w:ascii="宋体" w:hAnsi="宋体" w:eastAsia="宋体"/>
                <w:b w:val="0"/>
                <w:sz w:val="18"/>
              </w:rPr>
              <w:t>小林买了《数学家的故事》和《神奇的大自然》这2本书，付给售货员50元，《数学家的故事》的价格是16.45元，《神奇的大自然》的价格是18.3元，要求应找回多少钱。</w:t>
            </w:r>
          </w:p>
          <w:p>
            <w:pPr>
              <w:spacing w:after="20" w:line="276" w:lineRule="auto"/>
            </w:pPr>
            <w:r>
              <w:rPr>
                <w:rFonts w:ascii="宋体" w:hAnsi="宋体" w:eastAsia="宋体"/>
                <w:b w:val="0"/>
                <w:sz w:val="18"/>
              </w:rPr>
              <w:t>学生列式计算后小组内交流解题思路和算法。</w:t>
            </w:r>
          </w:p>
          <w:p>
            <w:pPr>
              <w:spacing w:after="20" w:line="276" w:lineRule="auto"/>
            </w:pPr>
            <w:r>
              <w:rPr>
                <w:rFonts w:ascii="宋体" w:hAnsi="宋体" w:eastAsia="宋体"/>
                <w:b w:val="0"/>
                <w:sz w:val="18"/>
              </w:rPr>
              <w:t>预设1：用50元依次减去《数学家的故事》和《神奇的大自然》这2本书的价钱，就是应找回的钱。</w:t>
            </w:r>
          </w:p>
          <w:p>
            <w:pPr>
              <w:spacing w:after="20" w:line="276" w:lineRule="auto"/>
            </w:pPr>
            <w:r>
              <w:rPr>
                <w:rFonts w:ascii="宋体" w:hAnsi="宋体" w:eastAsia="宋体"/>
                <w:b w:val="0"/>
                <w:sz w:val="18"/>
              </w:rPr>
              <w:t>预设2：买《数学家的故事》和《神奇的大自然》一共花了(16.45+18.3)元，用付的钱数减去花掉的钱数，就是应找回的钱数。</w:t>
            </w:r>
          </w:p>
          <w:p>
            <w:pPr>
              <w:spacing w:after="20" w:line="276" w:lineRule="auto"/>
            </w:pPr>
            <w:r>
              <w:rPr>
                <w:rFonts w:ascii="宋体" w:hAnsi="宋体" w:eastAsia="宋体"/>
                <w:b w:val="0"/>
                <w:sz w:val="18"/>
              </w:rPr>
              <w:t>两个算式的结果是相等的。和整数加减混合运算的方法一样……</w:t>
            </w:r>
          </w:p>
          <w:p>
            <w:pPr>
              <w:spacing w:after="20" w:line="276" w:lineRule="auto"/>
            </w:pPr>
            <w:r>
              <w:rPr>
                <w:rFonts w:ascii="宋体" w:hAnsi="宋体" w:eastAsia="宋体"/>
                <w:b w:val="0"/>
                <w:sz w:val="18"/>
              </w:rPr>
              <w:t>整数减法的性质对于小数减法同样适用：减去两个小数等于减去这两个小数的和。</w:t>
            </w:r>
          </w:p>
          <w:p>
            <w:pPr>
              <w:spacing w:after="20" w:line="276" w:lineRule="auto"/>
            </w:pPr>
            <w:r>
              <w:rPr>
                <w:rFonts w:ascii="宋体" w:hAnsi="宋体" w:eastAsia="宋体"/>
                <w:b w:val="0"/>
                <w:sz w:val="18"/>
              </w:rPr>
              <w:t>①学生独立完成。</w:t>
            </w:r>
          </w:p>
        </w:tc>
        <w:tc>
          <w:tcPr>
            <w:tcW w:type="dxa" w:w="1814"/>
          </w:tcPr>
          <w:p>
            <w:pPr>
              <w:spacing w:after="20" w:line="276" w:lineRule="auto"/>
            </w:pPr>
            <w:r/>
            <w:r>
              <w:rPr>
                <w:rFonts w:ascii="宋体" w:hAnsi="宋体" w:eastAsia="宋体"/>
                <w:b w:val="0"/>
                <w:sz w:val="18"/>
              </w:rPr>
              <w:t>教师完全放手，充分相信学生，利用知识的迁移规律，引导学生利用整数连加的经验来解决小数连加问题。</w:t>
            </w:r>
          </w:p>
          <w:p>
            <w:pPr>
              <w:spacing w:after="20" w:line="276" w:lineRule="auto"/>
            </w:pPr>
            <w:r>
              <w:rPr>
                <w:rFonts w:ascii="宋体" w:hAnsi="宋体" w:eastAsia="宋体"/>
                <w:b w:val="0"/>
                <w:sz w:val="18"/>
              </w:rPr>
              <w:t>引导学生学会审题，知道怎么“从头到尾”想问题。</w:t>
            </w:r>
          </w:p>
          <w:p>
            <w:pPr>
              <w:spacing w:after="20" w:line="276" w:lineRule="auto"/>
            </w:pPr>
            <w:r>
              <w:rPr>
                <w:rFonts w:ascii="宋体" w:hAnsi="宋体" w:eastAsia="宋体"/>
                <w:b w:val="0"/>
                <w:sz w:val="18"/>
              </w:rPr>
              <w:t>联系生活实际，为学生创设情境。教师充分相信学生，给学生充分思考的时间和空间，引导学生自己获取知识。让学生通过合作学习，自主探索解决问题的方法，培养他们的观察、分析、概括等能力。</w:t>
            </w:r>
          </w:p>
        </w:tc>
      </w:tr>
      <w:tr>
        <w:tc>
          <w:tcPr>
            <w:tcW w:type="dxa" w:w="1474"/>
          </w:tcPr>
          <w:p>
            <w:pPr>
              <w:spacing w:after="20" w:line="276" w:lineRule="auto"/>
            </w:pPr>
            <w:r>
              <w:rPr>
                <w:b/>
              </w:rPr>
            </w:r>
            <w:r>
              <w:rPr>
                <w:rFonts w:ascii="宋体" w:hAnsi="宋体" w:eastAsia="宋体"/>
                <w:b/>
                <w:sz w:val="18"/>
              </w:rPr>
              <w:t>三、练习运用，体验成功</w:t>
            </w:r>
          </w:p>
        </w:tc>
        <w:tc>
          <w:tcPr>
            <w:tcW w:type="dxa" w:w="3061"/>
          </w:tcPr>
          <w:p>
            <w:pPr>
              <w:spacing w:after="20" w:line="276" w:lineRule="auto"/>
            </w:pPr>
            <w:r/>
            <w:r>
              <w:rPr>
                <w:rFonts w:ascii="宋体" w:hAnsi="宋体" w:eastAsia="宋体"/>
                <w:b w:val="0"/>
                <w:sz w:val="18"/>
              </w:rPr>
              <w:t>1.教科书P74“练习十八”第1题。</w:t>
            </w:r>
          </w:p>
          <w:p>
            <w:pPr>
              <w:spacing w:after="20" w:line="276" w:lineRule="auto"/>
            </w:pPr>
            <w:r>
              <w:rPr>
                <w:rFonts w:ascii="宋体" w:hAnsi="宋体" w:eastAsia="宋体"/>
                <w:b w:val="0"/>
                <w:sz w:val="18"/>
              </w:rPr>
              <w:t>口算比赛，学生抢答。</w:t>
            </w:r>
          </w:p>
          <w:p>
            <w:pPr>
              <w:spacing w:after="20" w:line="276" w:lineRule="auto"/>
            </w:pPr>
            <w:r>
              <w:rPr>
                <w:rFonts w:ascii="宋体" w:hAnsi="宋体" w:eastAsia="宋体"/>
                <w:b w:val="0"/>
                <w:sz w:val="18"/>
              </w:rPr>
              <w:t>2.教科书P74“练习十八”第2题。</w:t>
            </w:r>
          </w:p>
          <w:p>
            <w:pPr>
              <w:spacing w:after="20" w:line="276" w:lineRule="auto"/>
            </w:pPr>
            <w:r>
              <w:rPr>
                <w:rFonts w:ascii="宋体" w:hAnsi="宋体" w:eastAsia="宋体"/>
                <w:b w:val="0"/>
                <w:sz w:val="18"/>
              </w:rPr>
              <w:t>（1）引导学生发现此题就是小数的加减混合运算，只是换了一种呈现形式。</w:t>
            </w:r>
          </w:p>
          <w:p>
            <w:pPr>
              <w:spacing w:after="20" w:line="276" w:lineRule="auto"/>
            </w:pPr>
            <w:r>
              <w:rPr>
                <w:rFonts w:ascii="宋体" w:hAnsi="宋体" w:eastAsia="宋体"/>
                <w:b w:val="0"/>
                <w:sz w:val="18"/>
              </w:rPr>
              <w:t>本环节是这节课的重难点，一定要引导学生结合具体情境，体会到小数加减混合运算的运算顺序与整数加减混合运算的运算顺序相同，并能正确选择合适的算法进行小数加减混合运算。</w:t>
            </w:r>
          </w:p>
          <w:p>
            <w:pPr>
              <w:spacing w:after="20" w:line="276" w:lineRule="auto"/>
            </w:pPr>
            <w:r>
              <w:rPr>
                <w:rFonts w:ascii="宋体" w:hAnsi="宋体" w:eastAsia="宋体"/>
                <w:b w:val="0"/>
                <w:sz w:val="18"/>
              </w:rPr>
              <w:t>（2）学生独立完成后指名汇报，说说计算的顺序。</w:t>
            </w:r>
          </w:p>
          <w:p>
            <w:pPr>
              <w:spacing w:after="20" w:line="276" w:lineRule="auto"/>
            </w:pPr>
            <w:r>
              <w:rPr>
                <w:rFonts w:ascii="宋体" w:hAnsi="宋体" w:eastAsia="宋体"/>
                <w:b w:val="0"/>
                <w:sz w:val="18"/>
              </w:rPr>
              <w:t>（3）引导学生纵向观察、比较：这几组算式什么变了，什么没变?当一个加数(或减数)不变时，和(或差)是怎样变化的?</w:t>
            </w:r>
          </w:p>
          <w:p>
            <w:pPr>
              <w:spacing w:after="20" w:line="276" w:lineRule="auto"/>
            </w:pPr>
            <w:r>
              <w:rPr>
                <w:rFonts w:ascii="宋体" w:hAnsi="宋体" w:eastAsia="宋体"/>
                <w:b w:val="0"/>
                <w:sz w:val="18"/>
              </w:rPr>
              <w:t>3.教科书P74“练习十八”第3题。</w:t>
            </w:r>
          </w:p>
          <w:p>
            <w:pPr>
              <w:spacing w:after="20" w:line="276" w:lineRule="auto"/>
            </w:pPr>
            <w:r>
              <w:rPr>
                <w:rFonts w:ascii="宋体" w:hAnsi="宋体" w:eastAsia="宋体"/>
                <w:b w:val="0"/>
                <w:sz w:val="18"/>
              </w:rPr>
              <w:t>（1）请6名同学板演，其余学生在练习本上独立完成。</w:t>
            </w:r>
          </w:p>
          <w:p>
            <w:pPr>
              <w:spacing w:after="20" w:line="276" w:lineRule="auto"/>
            </w:pPr>
            <w:r>
              <w:rPr>
                <w:rFonts w:ascii="宋体" w:hAnsi="宋体" w:eastAsia="宋体"/>
                <w:b w:val="0"/>
                <w:sz w:val="18"/>
              </w:rPr>
              <w:t>（2）全班交流订正。重点让学生说说计算小数加减混合运算应该注意些什么。</w:t>
            </w:r>
          </w:p>
          <w:p>
            <w:pPr>
              <w:spacing w:after="20" w:line="276" w:lineRule="auto"/>
            </w:pPr>
            <w:r>
              <w:rPr>
                <w:rFonts w:ascii="宋体" w:hAnsi="宋体" w:eastAsia="宋体"/>
                <w:b w:val="0"/>
                <w:sz w:val="18"/>
              </w:rPr>
              <w:t>4.教科书P74“练习十八”第4题。</w:t>
            </w:r>
          </w:p>
          <w:p>
            <w:pPr>
              <w:spacing w:after="20" w:line="276" w:lineRule="auto"/>
            </w:pPr>
            <w:r>
              <w:rPr>
                <w:rFonts w:ascii="宋体" w:hAnsi="宋体" w:eastAsia="宋体"/>
                <w:b w:val="0"/>
                <w:sz w:val="18"/>
              </w:rPr>
              <w:t>（1）学生自主阅读，理解题意。</w:t>
            </w:r>
          </w:p>
          <w:p>
            <w:pPr>
              <w:spacing w:after="20" w:line="276" w:lineRule="auto"/>
            </w:pPr>
            <w:r>
              <w:rPr>
                <w:rFonts w:ascii="宋体" w:hAnsi="宋体" w:eastAsia="宋体"/>
                <w:b w:val="0"/>
                <w:sz w:val="18"/>
              </w:rPr>
              <w:t>（2）学生独立完成后集体交流。</w:t>
            </w:r>
          </w:p>
          <w:p>
            <w:pPr>
              <w:spacing w:after="20" w:line="276" w:lineRule="auto"/>
            </w:pPr>
            <w:r>
              <w:rPr>
                <w:rFonts w:ascii="宋体" w:hAnsi="宋体" w:eastAsia="宋体"/>
                <w:b w:val="0"/>
                <w:sz w:val="18"/>
              </w:rPr>
              <w:t>题目中的数量关系并不复杂，有的学生很快列一个减法算式就认为他算完了，教师要引导学生看清楚要解决的问题是：海洋面积比陆地面积大多少亿平方千米？</w:t>
            </w:r>
          </w:p>
          <w:p>
            <w:pPr>
              <w:spacing w:after="20" w:line="276" w:lineRule="auto"/>
            </w:pPr>
            <w:r>
              <w:rPr>
                <w:rFonts w:ascii="宋体" w:hAnsi="宋体" w:eastAsia="宋体"/>
                <w:b w:val="0"/>
                <w:sz w:val="18"/>
              </w:rPr>
              <w:t>5.教科书P74“练习十八”第5题。</w:t>
            </w:r>
          </w:p>
          <w:p>
            <w:pPr>
              <w:spacing w:after="20" w:line="276" w:lineRule="auto"/>
            </w:pPr>
            <w:r>
              <w:rPr>
                <w:rFonts w:ascii="宋体" w:hAnsi="宋体" w:eastAsia="宋体"/>
                <w:b w:val="0"/>
                <w:sz w:val="18"/>
              </w:rPr>
              <w:t>（1）学生自主阅读，理解题意。</w:t>
            </w:r>
          </w:p>
          <w:p>
            <w:pPr>
              <w:spacing w:after="20" w:line="276" w:lineRule="auto"/>
            </w:pPr>
            <w:r>
              <w:rPr>
                <w:rFonts w:ascii="宋体" w:hAnsi="宋体" w:eastAsia="宋体"/>
                <w:b w:val="0"/>
                <w:sz w:val="18"/>
              </w:rPr>
              <w:t>（2）学生独立完成后集体交流。</w:t>
            </w:r>
          </w:p>
          <w:p>
            <w:pPr>
              <w:spacing w:after="20" w:line="276" w:lineRule="auto"/>
            </w:pPr>
            <w:r>
              <w:rPr>
                <w:rFonts w:ascii="宋体" w:hAnsi="宋体" w:eastAsia="宋体"/>
                <w:b w:val="0"/>
                <w:sz w:val="18"/>
              </w:rPr>
              <w:t>通过生活中的情境，加深学生对小数加减混合运算在实际应用中的感受。</w:t>
            </w:r>
          </w:p>
          <w:p>
            <w:pPr>
              <w:spacing w:after="20" w:line="276" w:lineRule="auto"/>
            </w:pPr>
            <w:r>
              <w:rPr>
                <w:rFonts w:ascii="宋体" w:hAnsi="宋体" w:eastAsia="宋体"/>
                <w:b w:val="0"/>
                <w:sz w:val="18"/>
              </w:rPr>
              <w:t>6.教科书P74“练习十八”第6题。</w:t>
            </w:r>
          </w:p>
          <w:p>
            <w:pPr>
              <w:spacing w:after="20" w:line="276" w:lineRule="auto"/>
            </w:pPr>
            <w:r>
              <w:rPr>
                <w:rFonts w:ascii="宋体" w:hAnsi="宋体" w:eastAsia="宋体"/>
                <w:b w:val="0"/>
                <w:sz w:val="18"/>
              </w:rPr>
              <w:t>（1）学生认真读题，通过3人跳高的高度之间的关系来独立解决问题。</w:t>
            </w:r>
          </w:p>
          <w:p>
            <w:pPr>
              <w:spacing w:after="20" w:line="276" w:lineRule="auto"/>
            </w:pPr>
            <w:r>
              <w:rPr>
                <w:rFonts w:ascii="宋体" w:hAnsi="宋体" w:eastAsia="宋体"/>
                <w:b w:val="0"/>
                <w:sz w:val="18"/>
              </w:rPr>
              <w:t>（2）全班交流汇报。</w:t>
            </w:r>
          </w:p>
          <w:p>
            <w:pPr>
              <w:spacing w:after="20" w:line="276" w:lineRule="auto"/>
            </w:pPr>
            <w:r>
              <w:rPr>
                <w:rFonts w:ascii="宋体" w:hAnsi="宋体" w:eastAsia="宋体"/>
                <w:b w:val="0"/>
                <w:sz w:val="18"/>
              </w:rPr>
              <w:t>（3）引导学生根据题目中呈现的信息，提出不同的数学问题并进行解答。</w:t>
            </w:r>
          </w:p>
        </w:tc>
        <w:tc>
          <w:tcPr>
            <w:tcW w:type="dxa" w:w="3061"/>
          </w:tcPr>
          <w:p>
            <w:pPr>
              <w:spacing w:after="20" w:line="276" w:lineRule="auto"/>
            </w:pPr>
            <w:r/>
            <w:r>
              <w:rPr>
                <w:rFonts w:ascii="宋体" w:hAnsi="宋体" w:eastAsia="宋体"/>
                <w:b w:val="0"/>
                <w:sz w:val="18"/>
              </w:rPr>
              <w:t>学生能独立解决问题，教师可以引导他们用计算器检验运算的结果，养成自觉验算的习惯。</w:t>
            </w:r>
          </w:p>
        </w:tc>
        <w:tc>
          <w:tcPr>
            <w:tcW w:type="dxa" w:w="1814"/>
          </w:tcPr>
          <w:p>
            <w:pPr>
              <w:spacing w:after="20" w:line="276" w:lineRule="auto"/>
            </w:pPr>
            <w:r/>
            <w:r>
              <w:rPr>
                <w:rFonts w:ascii="宋体" w:hAnsi="宋体" w:eastAsia="宋体"/>
                <w:b w:val="0"/>
                <w:sz w:val="18"/>
              </w:rPr>
              <w:t>通过丰富的练习形式，使学生进一步掌握小数加减混合运算的运算顺序，提高计算的准确性。</w:t>
            </w:r>
          </w:p>
          <w:p>
            <w:pPr>
              <w:spacing w:after="20" w:line="276" w:lineRule="auto"/>
            </w:pPr>
            <w:r>
              <w:rPr>
                <w:rFonts w:ascii="宋体" w:hAnsi="宋体" w:eastAsia="宋体"/>
                <w:b w:val="0"/>
                <w:sz w:val="18"/>
              </w:rPr>
              <w:t>此题通过开放的情境，培养学生发现问题、提出问题、分析问题和解决问题的能力。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师：通过这节课的学习，你有什么收获？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小数加减混合运算</w:t>
      </w:r>
    </w:p>
    <w:p>
      <w:pPr>
        <w:spacing w:after="40" w:line="300" w:lineRule="auto"/>
      </w:pPr>
      <w:r>
        <w:rPr>
          <w:rFonts w:ascii="宋体" w:hAnsi="宋体" w:eastAsia="宋体"/>
          <w:b w:val="0"/>
          <w:sz w:val="20"/>
        </w:rPr>
        <w:t>小数加减混合运算的运算顺序与整数加减混合运算的运算顺序相同。在没有括号的算式里，如果只有加法和减法，就按照从左往右的顺序计算；算式里有括号的，要先算括号里面的。</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教科书P73例3，完成P73“做一做”，P74“练习十八”第1~6题。</w:t>
      </w:r>
    </w:p>
    <w:p>
      <w:pPr>
        <w:spacing w:after="40" w:line="300" w:lineRule="auto"/>
        <w:ind w:firstLine="400"/>
      </w:pPr>
      <w:r>
        <w:rPr>
          <w:rFonts w:ascii="宋体" w:hAnsi="宋体" w:eastAsia="宋体"/>
          <w:b w:val="0"/>
          <w:sz w:val="20"/>
        </w:rPr>
        <w:t>② 原设计安排：见“状元成才路”系列丛书《创优作业100分》对应课时作业。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【原教学设计反思（供参考）】本节课的教学中，教师放手让学生利用迁移规律，自己列竖式或用脱式进行计算，发现小数加减混合运算的运算顺序与整数加减混合运算的运算顺序相同。通过对不同算法进行比 【教学笔记】 【教学提示】 练习的形式丰富多样，教师要采取趣味竞答、分组竞赛等形式调动学生的计算兴趣，提高计算的准确性。 较，发现计算结果的一致性，进而引导学生根据整数连减的经验，推想减法的性质对小数减法是否适用，并通过举例来验证，运用不完全归纳法发现整数减法的性质对小数减法同样适用。</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整数加法运算律推广到小数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整数加法运算律推广到小数</w:t>
            </w:r>
          </w:p>
        </w:tc>
        <w:tc>
          <w:tcPr>
            <w:tcW w:type="dxa" w:w="6009"/>
          </w:tcPr>
          <w:p>
            <w:pPr>
              <w:spacing w:after="20" w:line="276" w:lineRule="auto"/>
            </w:pPr>
            <w:r/>
            <w:r>
              <w:rPr>
                <w:rFonts w:ascii="宋体" w:hAnsi="宋体" w:eastAsia="宋体"/>
                <w:b w:val="0"/>
                <w:sz w:val="20"/>
              </w:rPr>
              <w:t>第6单元 小数的加法和减法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以往的学习中已经掌握了整数加减法及一位小数加减法的计算方法,理解了整数加减法的算理,并且已积累了大量关于元、角、分的知识。在本册教科书中学生还掌握了小数的意义和性质,这些都为学生理解小数加减法的算理打下了扎实有效的知识基础。本单元内容与学生日常生活紧密相关，为进一步学习、研究后面的知识打下基础。理解和掌握小数加减法的算理和算法是小学生应具备的基本知识经验,而且是必备的数学知识、技能与方法。教学中会出现小数的位数不同的加减法竖式计算的情况,由于新知识与学生已有的认识存在矛盾冲突,受学习负迁移的影响,学生容易出现将小数的末尾对齐等错误,这也是小数加减计算中的难点所在，在学习新课时要加强引导。</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教学内容：教科书P76例4，完成P76“做一做”，P77“练习十九”第2~4题。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（1）理解整数加法运算律对小数同样适用，会运用运算律进行简便计算。</w:t>
      </w:r>
    </w:p>
    <w:p>
      <w:pPr>
        <w:spacing w:after="20" w:line="300" w:lineRule="auto"/>
        <w:ind w:firstLine="400"/>
      </w:pPr>
      <w:r>
        <w:rPr>
          <w:rFonts w:ascii="宋体" w:hAnsi="宋体" w:eastAsia="宋体"/>
          <w:b w:val="0"/>
          <w:sz w:val="20"/>
        </w:rPr>
        <w:t>（2）能用运算律解决相关的实际问题，培养学生的运算能力。</w:t>
      </w:r>
    </w:p>
    <w:p>
      <w:pPr>
        <w:spacing w:after="20" w:line="300" w:lineRule="auto"/>
        <w:ind w:firstLine="400"/>
      </w:pPr>
      <w:r>
        <w:rPr>
          <w:rFonts w:ascii="宋体" w:hAnsi="宋体" w:eastAsia="宋体"/>
          <w:b w:val="0"/>
          <w:sz w:val="20"/>
        </w:rPr>
        <w:t>（3）在不同算法的比较中体会运算律在运算中的简化作用，培养学生的简化意识。</w:t>
      </w:r>
    </w:p>
    <w:p>
      <w:pPr>
        <w:spacing w:after="20" w:line="300" w:lineRule="auto"/>
      </w:pPr>
      <w:r>
        <w:rPr>
          <w:rFonts w:ascii="宋体" w:hAnsi="宋体" w:eastAsia="宋体"/>
          <w:b w:val="0"/>
          <w:sz w:val="20"/>
        </w:rPr>
        <w:t>教学重点：理解整数加法运算律对于小数同样适用，并会运用运算律进行简便计算。</w:t>
      </w:r>
    </w:p>
    <w:p>
      <w:pPr>
        <w:spacing w:after="20" w:line="300" w:lineRule="auto"/>
      </w:pPr>
      <w:r>
        <w:rPr>
          <w:rFonts w:ascii="宋体" w:hAnsi="宋体" w:eastAsia="宋体"/>
          <w:b w:val="0"/>
          <w:sz w:val="20"/>
        </w:rPr>
        <w:t>教学难点：能根据数据特点应用加法的运算律合理、灵活地解决实际生活中的一些简单问题。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一、激发兴趣，复习导入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你怎么算得这么快啊?；那小数的加减混合运算能不能想办法做得又对又快呢？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二、观察比较，探究新知识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观察、比较上面的两组算式，你发现了什么?；两种方法有什么相同点和不同点？哪种方法简便?</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三、巩固练习，提高能力</w:t>
            </w:r>
          </w:p>
        </w:tc>
        <w:tc>
          <w:tcPr>
            <w:tcW w:type="dxa" w:w="1814"/>
          </w:tcPr>
          <w:p>
            <w:pPr>
              <w:spacing w:after="20" w:line="276" w:lineRule="auto"/>
            </w:pPr>
            <w:r/>
            <w:r>
              <w:rPr>
                <w:rFonts w:ascii="宋体" w:hAnsi="宋体" w:eastAsia="宋体"/>
                <w:b w:val="0"/>
                <w:sz w:val="18"/>
              </w:rPr>
              <w:t>教科书、练习本、课件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四、课堂小结，提升认识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通过这节课的学习，你对“加法运算律”有了哪些新的认识？</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一、激发兴趣，复习导入</w:t>
            </w:r>
          </w:p>
        </w:tc>
        <w:tc>
          <w:tcPr>
            <w:tcW w:type="dxa" w:w="3061"/>
          </w:tcPr>
          <w:p>
            <w:pPr>
              <w:spacing w:after="20" w:line="276" w:lineRule="auto"/>
            </w:pPr>
            <w:r/>
            <w:r>
              <w:rPr>
                <w:rFonts w:ascii="宋体" w:hAnsi="宋体" w:eastAsia="宋体"/>
                <w:b w:val="0"/>
                <w:sz w:val="18"/>
              </w:rPr>
              <w:t>师：同学们，请口算下面这些题，看谁算得又对又快。(指名学生口答)</w:t>
            </w:r>
          </w:p>
          <w:p>
            <w:pPr>
              <w:spacing w:after="20" w:line="276" w:lineRule="auto"/>
            </w:pPr>
            <w:r>
              <w:rPr>
                <w:rFonts w:ascii="宋体" w:hAnsi="宋体" w:eastAsia="宋体"/>
                <w:b w:val="0"/>
                <w:sz w:val="18"/>
              </w:rPr>
              <w:t>师：你怎么算得这么快啊?说说看你是怎么算的。</w:t>
            </w:r>
          </w:p>
          <w:p>
            <w:pPr>
              <w:spacing w:after="20" w:line="276" w:lineRule="auto"/>
            </w:pPr>
            <w:r>
              <w:rPr>
                <w:rFonts w:ascii="宋体" w:hAnsi="宋体" w:eastAsia="宋体"/>
                <w:b w:val="0"/>
                <w:sz w:val="18"/>
              </w:rPr>
              <w:t>师：那小数的加减混合运算能不能想办法做得又对又快呢？今天这节课我们来研究这个问题。（板书课题：整数加法运算律推广到小数）</w:t>
            </w:r>
          </w:p>
        </w:tc>
        <w:tc>
          <w:tcPr>
            <w:tcW w:type="dxa" w:w="3061"/>
          </w:tcPr>
          <w:p>
            <w:pPr>
              <w:spacing w:after="20" w:line="276" w:lineRule="auto"/>
            </w:pPr>
            <w:r/>
            <w:r>
              <w:rPr>
                <w:rFonts w:ascii="宋体" w:hAnsi="宋体" w:eastAsia="宋体"/>
                <w:b w:val="0"/>
                <w:sz w:val="18"/>
              </w:rPr>
              <w:t>因为数据比较特殊，学生能很快说出计算结果。</w:t>
            </w:r>
          </w:p>
          <w:p>
            <w:pPr>
              <w:spacing w:after="20" w:line="276" w:lineRule="auto"/>
            </w:pPr>
            <w:r>
              <w:rPr>
                <w:rFonts w:ascii="宋体" w:hAnsi="宋体" w:eastAsia="宋体"/>
                <w:b w:val="0"/>
                <w:sz w:val="18"/>
              </w:rPr>
              <w:t>学生会说出因为运用了加法的运算律将结果凑整，所以又对又快。</w:t>
            </w:r>
          </w:p>
        </w:tc>
        <w:tc>
          <w:tcPr>
            <w:tcW w:type="dxa" w:w="1814"/>
          </w:tcPr>
          <w:p>
            <w:pPr>
              <w:spacing w:after="20" w:line="276" w:lineRule="auto"/>
            </w:pPr>
            <w:r/>
            <w:r>
              <w:rPr>
                <w:rFonts w:ascii="宋体" w:hAnsi="宋体" w:eastAsia="宋体"/>
                <w:b w:val="0"/>
                <w:sz w:val="18"/>
              </w:rPr>
              <w:t>基本口算需要天天练，既有助于提高学生的计算能力，又能培养学生对数学的兴趣，调动了学生学习数学的积极性、自觉性和主动性。</w:t>
            </w:r>
          </w:p>
        </w:tc>
      </w:tr>
      <w:tr>
        <w:tc>
          <w:tcPr>
            <w:tcW w:type="dxa" w:w="1474"/>
          </w:tcPr>
          <w:p>
            <w:pPr>
              <w:spacing w:after="20" w:line="276" w:lineRule="auto"/>
            </w:pPr>
            <w:r>
              <w:rPr>
                <w:b/>
              </w:rPr>
            </w:r>
            <w:r>
              <w:rPr>
                <w:rFonts w:ascii="宋体" w:hAnsi="宋体" w:eastAsia="宋体"/>
                <w:b/>
                <w:sz w:val="18"/>
              </w:rPr>
              <w:t>二、观察比较，探究新知识</w:t>
            </w:r>
          </w:p>
        </w:tc>
        <w:tc>
          <w:tcPr>
            <w:tcW w:type="dxa" w:w="3061"/>
          </w:tcPr>
          <w:p>
            <w:pPr>
              <w:spacing w:after="20" w:line="276" w:lineRule="auto"/>
            </w:pPr>
            <w:r/>
            <w:r>
              <w:rPr>
                <w:rFonts w:ascii="宋体" w:hAnsi="宋体" w:eastAsia="宋体"/>
                <w:b w:val="0"/>
                <w:sz w:val="18"/>
              </w:rPr>
              <w:t>1.探究规律。</w:t>
            </w:r>
          </w:p>
          <w:p>
            <w:pPr>
              <w:spacing w:after="20" w:line="276" w:lineRule="auto"/>
            </w:pPr>
            <w:r>
              <w:rPr>
                <w:rFonts w:ascii="宋体" w:hAnsi="宋体" w:eastAsia="宋体"/>
                <w:b w:val="0"/>
                <w:sz w:val="18"/>
              </w:rPr>
              <w:t>课件出示教科书P76上方例题。</w:t>
            </w:r>
          </w:p>
          <w:p>
            <w:pPr>
              <w:spacing w:after="20" w:line="276" w:lineRule="auto"/>
            </w:pPr>
            <w:r>
              <w:rPr>
                <w:rFonts w:ascii="宋体" w:hAnsi="宋体" w:eastAsia="宋体"/>
                <w:b w:val="0"/>
                <w:sz w:val="18"/>
              </w:rPr>
              <w:t>（1）师：观察、比较上面的两组算式，你发现了什么?把你的发现与同桌交流一下。</w:t>
            </w:r>
          </w:p>
          <w:p>
            <w:pPr>
              <w:spacing w:after="20" w:line="276" w:lineRule="auto"/>
            </w:pPr>
            <w:r>
              <w:rPr>
                <w:rFonts w:ascii="宋体" w:hAnsi="宋体" w:eastAsia="宋体"/>
                <w:b w:val="0"/>
                <w:sz w:val="18"/>
              </w:rPr>
              <w:t>教师要引导学生经历“引发猜想——举例验证——抽象建模”的过程，发现整数加法运算律对小数加法仍然适</w:t>
            </w:r>
          </w:p>
          <w:p>
            <w:pPr>
              <w:spacing w:after="20" w:line="276" w:lineRule="auto"/>
            </w:pPr>
            <w:r>
              <w:rPr>
                <w:rFonts w:ascii="宋体" w:hAnsi="宋体" w:eastAsia="宋体"/>
                <w:b w:val="0"/>
                <w:sz w:val="18"/>
              </w:rPr>
              <w:t>用。</w:t>
            </w:r>
          </w:p>
          <w:p>
            <w:pPr>
              <w:spacing w:after="20" w:line="276" w:lineRule="auto"/>
            </w:pPr>
            <w:r>
              <w:rPr>
                <w:rFonts w:ascii="宋体" w:hAnsi="宋体" w:eastAsia="宋体"/>
                <w:b w:val="0"/>
                <w:sz w:val="18"/>
              </w:rPr>
              <w:t>（2）全班交流汇报。</w:t>
            </w:r>
          </w:p>
          <w:p>
            <w:pPr>
              <w:spacing w:after="20" w:line="276" w:lineRule="auto"/>
            </w:pPr>
            <w:r>
              <w:rPr>
                <w:rFonts w:ascii="宋体" w:hAnsi="宋体" w:eastAsia="宋体"/>
                <w:b w:val="0"/>
                <w:sz w:val="18"/>
              </w:rPr>
              <w:t>（3）学生举例进行验证。</w:t>
            </w:r>
          </w:p>
          <w:p>
            <w:pPr>
              <w:spacing w:after="20" w:line="276" w:lineRule="auto"/>
            </w:pPr>
            <w:r>
              <w:rPr>
                <w:rFonts w:ascii="宋体" w:hAnsi="宋体" w:eastAsia="宋体"/>
                <w:b w:val="0"/>
                <w:sz w:val="18"/>
              </w:rPr>
              <w:t>（4）引导学生发现:整数加法的交换律、结合律对小数加法同样适用。</w:t>
            </w:r>
          </w:p>
          <w:p>
            <w:pPr>
              <w:spacing w:after="20" w:line="276" w:lineRule="auto"/>
            </w:pPr>
            <w:r>
              <w:rPr>
                <w:rFonts w:ascii="宋体" w:hAnsi="宋体" w:eastAsia="宋体"/>
                <w:b w:val="0"/>
                <w:sz w:val="18"/>
              </w:rPr>
              <w:t>师：应用运算律，可以使一些小数计算更简便。</w:t>
            </w:r>
          </w:p>
          <w:p>
            <w:pPr>
              <w:spacing w:after="20" w:line="276" w:lineRule="auto"/>
            </w:pPr>
            <w:r>
              <w:rPr>
                <w:rFonts w:ascii="宋体" w:hAnsi="宋体" w:eastAsia="宋体"/>
                <w:b w:val="0"/>
                <w:sz w:val="18"/>
              </w:rPr>
              <w:t>2.应用规律。</w:t>
            </w:r>
          </w:p>
          <w:p>
            <w:pPr>
              <w:spacing w:after="20" w:line="276" w:lineRule="auto"/>
            </w:pPr>
            <w:r>
              <w:rPr>
                <w:rFonts w:ascii="宋体" w:hAnsi="宋体" w:eastAsia="宋体"/>
                <w:b w:val="0"/>
                <w:sz w:val="18"/>
              </w:rPr>
              <w:t>（1）课件出示教科书P76例4。</w:t>
            </w:r>
          </w:p>
          <w:p>
            <w:pPr>
              <w:spacing w:after="20" w:line="276" w:lineRule="auto"/>
            </w:pPr>
            <w:r>
              <w:rPr>
                <w:rFonts w:ascii="宋体" w:hAnsi="宋体" w:eastAsia="宋体"/>
                <w:b w:val="0"/>
                <w:sz w:val="18"/>
              </w:rPr>
              <w:t>（2）学生小组活动：探究算法。</w:t>
            </w:r>
          </w:p>
          <w:p>
            <w:pPr>
              <w:spacing w:after="20" w:line="276" w:lineRule="auto"/>
            </w:pPr>
            <w:r>
              <w:rPr>
                <w:rFonts w:ascii="宋体" w:hAnsi="宋体" w:eastAsia="宋体"/>
                <w:b w:val="0"/>
                <w:sz w:val="18"/>
              </w:rPr>
              <w:t>（3）全班交流算法。（指名板演）</w:t>
            </w:r>
          </w:p>
          <w:p>
            <w:pPr>
              <w:spacing w:after="20" w:line="276" w:lineRule="auto"/>
            </w:pPr>
            <w:r>
              <w:rPr>
                <w:rFonts w:ascii="宋体" w:hAnsi="宋体" w:eastAsia="宋体"/>
                <w:b w:val="0"/>
                <w:sz w:val="18"/>
              </w:rPr>
              <w:t>方法一：0.6+7.91+3.4+0.09       方法二：0.6+7.91+3.4+0.09</w:t>
            </w:r>
          </w:p>
          <w:p>
            <w:pPr>
              <w:spacing w:after="20" w:line="276" w:lineRule="auto"/>
            </w:pPr>
            <w:r>
              <w:rPr>
                <w:rFonts w:ascii="宋体" w:hAnsi="宋体" w:eastAsia="宋体"/>
                <w:b w:val="0"/>
                <w:sz w:val="18"/>
              </w:rPr>
              <w:t>=8.51+3.4+0.09                 =(0.6+3.4)+(7.91+0.09)</w:t>
            </w:r>
          </w:p>
          <w:p>
            <w:pPr>
              <w:spacing w:after="20" w:line="276" w:lineRule="auto"/>
            </w:pPr>
            <w:r>
              <w:rPr>
                <w:rFonts w:ascii="宋体" w:hAnsi="宋体" w:eastAsia="宋体"/>
                <w:b w:val="0"/>
                <w:sz w:val="18"/>
              </w:rPr>
              <w:t>=11.91+0.09                    =4+8</w:t>
            </w:r>
          </w:p>
          <w:p>
            <w:pPr>
              <w:spacing w:after="20" w:line="276" w:lineRule="auto"/>
            </w:pPr>
            <w:r>
              <w:rPr>
                <w:rFonts w:ascii="宋体" w:hAnsi="宋体" w:eastAsia="宋体"/>
                <w:b w:val="0"/>
                <w:sz w:val="18"/>
              </w:rPr>
              <w:t>=12                           =12</w:t>
            </w:r>
          </w:p>
          <w:p>
            <w:pPr>
              <w:spacing w:after="20" w:line="276" w:lineRule="auto"/>
            </w:pPr>
            <w:r>
              <w:rPr>
                <w:rFonts w:ascii="宋体" w:hAnsi="宋体" w:eastAsia="宋体"/>
                <w:b w:val="0"/>
                <w:sz w:val="18"/>
              </w:rPr>
              <w:t>（4）观察比较，优化算法。</w:t>
            </w:r>
          </w:p>
          <w:p>
            <w:pPr>
              <w:spacing w:after="20" w:line="276" w:lineRule="auto"/>
            </w:pPr>
            <w:r>
              <w:rPr>
                <w:rFonts w:ascii="宋体" w:hAnsi="宋体" w:eastAsia="宋体"/>
                <w:b w:val="0"/>
                <w:sz w:val="18"/>
              </w:rPr>
              <w:t>师：两种方法有什么相同点和不同点？哪种方法简便?</w:t>
            </w:r>
          </w:p>
          <w:p>
            <w:pPr>
              <w:spacing w:after="20" w:line="276" w:lineRule="auto"/>
            </w:pPr>
            <w:r>
              <w:rPr>
                <w:rFonts w:ascii="宋体" w:hAnsi="宋体" w:eastAsia="宋体"/>
                <w:b w:val="0"/>
                <w:sz w:val="18"/>
              </w:rPr>
              <w:t>3.补充例题。</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（1）师：请同学们仔细观察，这道题有什么特点？怎样计算比较简便？</w:t>
            </w:r>
          </w:p>
          <w:p>
            <w:pPr>
              <w:spacing w:after="20" w:line="276" w:lineRule="auto"/>
            </w:pPr>
            <w:r>
              <w:rPr>
                <w:rFonts w:ascii="宋体" w:hAnsi="宋体" w:eastAsia="宋体"/>
                <w:b w:val="0"/>
                <w:sz w:val="18"/>
              </w:rPr>
              <w:t>（2）学生独立完成后集中汇报。</w:t>
            </w:r>
          </w:p>
          <w:p>
            <w:pPr>
              <w:spacing w:after="20" w:line="276" w:lineRule="auto"/>
            </w:pPr>
            <w:r>
              <w:rPr>
                <w:rFonts w:ascii="宋体" w:hAnsi="宋体" w:eastAsia="宋体"/>
                <w:b w:val="0"/>
                <w:sz w:val="18"/>
              </w:rPr>
              <w:t>教师板书：                 19.87-2.34-6.66</w:t>
            </w:r>
          </w:p>
          <w:p>
            <w:pPr>
              <w:spacing w:after="20" w:line="276" w:lineRule="auto"/>
            </w:pPr>
            <w:r>
              <w:rPr>
                <w:rFonts w:ascii="宋体" w:hAnsi="宋体" w:eastAsia="宋体"/>
                <w:b w:val="0"/>
                <w:sz w:val="18"/>
              </w:rPr>
              <w:t>=19.87-（2.34+6.66）</w:t>
            </w:r>
          </w:p>
          <w:p>
            <w:pPr>
              <w:spacing w:after="20" w:line="276" w:lineRule="auto"/>
            </w:pPr>
            <w:r>
              <w:rPr>
                <w:rFonts w:ascii="宋体" w:hAnsi="宋体" w:eastAsia="宋体"/>
                <w:b w:val="0"/>
                <w:sz w:val="18"/>
              </w:rPr>
              <w:t>=19.87-9</w:t>
            </w:r>
          </w:p>
          <w:p>
            <w:pPr>
              <w:spacing w:after="20" w:line="276" w:lineRule="auto"/>
            </w:pPr>
            <w:r>
              <w:rPr>
                <w:rFonts w:ascii="宋体" w:hAnsi="宋体" w:eastAsia="宋体"/>
                <w:b w:val="0"/>
                <w:sz w:val="18"/>
              </w:rPr>
              <w:t>=10.87</w:t>
            </w:r>
          </w:p>
          <w:p>
            <w:pPr>
              <w:spacing w:after="20" w:line="276" w:lineRule="auto"/>
            </w:pPr>
            <w:r>
              <w:rPr>
                <w:rFonts w:ascii="宋体" w:hAnsi="宋体" w:eastAsia="宋体"/>
                <w:b w:val="0"/>
                <w:sz w:val="18"/>
              </w:rPr>
              <w:t>4.归纳小结。</w:t>
            </w:r>
          </w:p>
          <w:p>
            <w:pPr>
              <w:spacing w:after="20" w:line="276" w:lineRule="auto"/>
            </w:pPr>
            <w:r>
              <w:rPr>
                <w:rFonts w:ascii="宋体" w:hAnsi="宋体" w:eastAsia="宋体"/>
                <w:b w:val="0"/>
                <w:sz w:val="18"/>
              </w:rPr>
              <w:t>师：谁来说说加法的交换律和结合律用字母怎么表示？</w:t>
            </w:r>
          </w:p>
          <w:p>
            <w:pPr>
              <w:spacing w:after="20" w:line="276" w:lineRule="auto"/>
            </w:pPr>
            <w:r>
              <w:rPr>
                <w:rFonts w:ascii="宋体" w:hAnsi="宋体" w:eastAsia="宋体"/>
                <w:b w:val="0"/>
                <w:sz w:val="18"/>
              </w:rPr>
              <w:t>本环节是这节课的重难点，一定要引导学生在计算中体会到整数加法的运算律对于小数加法同样适用，能根据数据特点应用加法的运算律合理、灵活地计算。</w:t>
            </w:r>
          </w:p>
        </w:tc>
        <w:tc>
          <w:tcPr>
            <w:tcW w:type="dxa" w:w="3061"/>
          </w:tcPr>
          <w:p>
            <w:pPr>
              <w:spacing w:after="20" w:line="276" w:lineRule="auto"/>
            </w:pPr>
            <w:r/>
            <w:r>
              <w:rPr>
                <w:rFonts w:ascii="宋体" w:hAnsi="宋体" w:eastAsia="宋体"/>
                <w:b w:val="0"/>
                <w:sz w:val="18"/>
              </w:rPr>
              <w:t>预设1：第一组算式，交换两个加数的位置，和不变。</w:t>
            </w:r>
          </w:p>
          <w:p>
            <w:pPr>
              <w:spacing w:after="20" w:line="276" w:lineRule="auto"/>
            </w:pPr>
            <w:r>
              <w:rPr>
                <w:rFonts w:ascii="宋体" w:hAnsi="宋体" w:eastAsia="宋体"/>
                <w:b w:val="0"/>
                <w:sz w:val="18"/>
              </w:rPr>
              <w:t>预设2：第二组算式，三个数相加，先把前两个数相加，或者先把后两个数相加，和不变。</w:t>
            </w:r>
          </w:p>
          <w:p>
            <w:pPr>
              <w:spacing w:after="20" w:line="276" w:lineRule="auto"/>
            </w:pPr>
            <w:r>
              <w:rPr>
                <w:rFonts w:ascii="宋体" w:hAnsi="宋体" w:eastAsia="宋体"/>
                <w:b w:val="0"/>
                <w:sz w:val="18"/>
              </w:rPr>
              <w:t>学生利用已有的经验，很容易想到下面两种计算方法。</w:t>
            </w:r>
          </w:p>
          <w:p>
            <w:pPr>
              <w:spacing w:after="20" w:line="276" w:lineRule="auto"/>
            </w:pPr>
            <w:r>
              <w:rPr>
                <w:rFonts w:ascii="宋体" w:hAnsi="宋体" w:eastAsia="宋体"/>
                <w:b w:val="0"/>
                <w:sz w:val="18"/>
              </w:rPr>
              <w:t>相同点：结果相同；不同点：方法一是按从左往右的顺序依次计算的，方法二是运用了加法交换律和结合律。第二种方法简便，运用了加法的交换律和结合律，刚好可以凑整，使计算简便。</w:t>
            </w:r>
          </w:p>
          <w:p>
            <w:pPr>
              <w:spacing w:after="20" w:line="276" w:lineRule="auto"/>
            </w:pPr>
            <w:r>
              <w:rPr>
                <w:rFonts w:ascii="宋体" w:hAnsi="宋体" w:eastAsia="宋体"/>
                <w:b w:val="0"/>
                <w:sz w:val="18"/>
              </w:rPr>
              <w:t>这里可以应用减法的性质：一个数连续减去两个数，等于减去这两个数的和。</w:t>
            </w:r>
          </w:p>
          <w:p>
            <w:pPr>
              <w:spacing w:after="20" w:line="276" w:lineRule="auto"/>
            </w:pPr>
            <w:r>
              <w:rPr>
                <w:rFonts w:ascii="宋体" w:hAnsi="宋体" w:eastAsia="宋体"/>
                <w:b w:val="0"/>
                <w:sz w:val="18"/>
              </w:rPr>
              <w:t>加法交换律：a+b=b+a；加法结合律：(a+b)+c=a+(b+c)。</w:t>
            </w:r>
          </w:p>
        </w:tc>
        <w:tc>
          <w:tcPr>
            <w:tcW w:type="dxa" w:w="1814"/>
          </w:tcPr>
          <w:p>
            <w:pPr>
              <w:spacing w:after="20" w:line="276" w:lineRule="auto"/>
            </w:pPr>
            <w:r/>
            <w:r>
              <w:rPr>
                <w:rFonts w:ascii="宋体" w:hAnsi="宋体" w:eastAsia="宋体"/>
                <w:b w:val="0"/>
                <w:sz w:val="18"/>
              </w:rPr>
              <w:t>开门见山，直接切入研究的主题，目标集中，重点突出。</w:t>
            </w:r>
          </w:p>
          <w:p>
            <w:pPr>
              <w:spacing w:after="20" w:line="276" w:lineRule="auto"/>
            </w:pPr>
            <w:r>
              <w:rPr>
                <w:rFonts w:ascii="宋体" w:hAnsi="宋体" w:eastAsia="宋体"/>
                <w:b w:val="0"/>
                <w:sz w:val="18"/>
              </w:rPr>
              <w:t>从不同角度呈现题目，训练学生具体问题具体分析的能力。</w:t>
            </w:r>
          </w:p>
        </w:tc>
      </w:tr>
      <w:tr>
        <w:tc>
          <w:tcPr>
            <w:tcW w:type="dxa" w:w="1474"/>
          </w:tcPr>
          <w:p>
            <w:pPr>
              <w:spacing w:after="20" w:line="276" w:lineRule="auto"/>
            </w:pPr>
            <w:r>
              <w:rPr>
                <w:b/>
              </w:rPr>
            </w:r>
            <w:r>
              <w:rPr>
                <w:rFonts w:ascii="宋体" w:hAnsi="宋体" w:eastAsia="宋体"/>
                <w:b/>
                <w:sz w:val="18"/>
              </w:rPr>
              <w:t>三、巩固练习，提高能力</w:t>
            </w:r>
          </w:p>
        </w:tc>
        <w:tc>
          <w:tcPr>
            <w:tcW w:type="dxa" w:w="3061"/>
          </w:tcPr>
          <w:p>
            <w:pPr>
              <w:spacing w:after="20" w:line="276" w:lineRule="auto"/>
            </w:pPr>
            <w:r/>
            <w:r>
              <w:rPr>
                <w:rFonts w:ascii="宋体" w:hAnsi="宋体" w:eastAsia="宋体"/>
                <w:b w:val="0"/>
                <w:sz w:val="18"/>
              </w:rPr>
              <w:t>1.教科书P76“做一做”第1题。</w:t>
            </w:r>
          </w:p>
          <w:p>
            <w:pPr>
              <w:spacing w:after="20" w:line="276" w:lineRule="auto"/>
            </w:pPr>
            <w:r>
              <w:rPr>
                <w:rFonts w:ascii="宋体" w:hAnsi="宋体" w:eastAsia="宋体"/>
                <w:b w:val="0"/>
                <w:sz w:val="18"/>
              </w:rPr>
              <w:t>（1）学生独立完成填空。</w:t>
            </w:r>
          </w:p>
          <w:p>
            <w:pPr>
              <w:spacing w:after="20" w:line="276" w:lineRule="auto"/>
            </w:pPr>
            <w:r>
              <w:rPr>
                <w:rFonts w:ascii="宋体" w:hAnsi="宋体" w:eastAsia="宋体"/>
                <w:b w:val="0"/>
                <w:sz w:val="18"/>
              </w:rPr>
              <w:t>（2）指名汇报，说说为什么这样填。</w:t>
            </w:r>
          </w:p>
          <w:p>
            <w:pPr>
              <w:spacing w:after="20" w:line="276" w:lineRule="auto"/>
            </w:pPr>
            <w:r>
              <w:rPr>
                <w:rFonts w:ascii="宋体" w:hAnsi="宋体" w:eastAsia="宋体"/>
                <w:b w:val="0"/>
                <w:sz w:val="18"/>
              </w:rPr>
              <w:t>2.教科书P76“做一做”第2题。</w:t>
            </w:r>
          </w:p>
          <w:p>
            <w:pPr>
              <w:spacing w:after="20" w:line="276" w:lineRule="auto"/>
            </w:pPr>
            <w:r>
              <w:rPr>
                <w:rFonts w:ascii="宋体" w:hAnsi="宋体" w:eastAsia="宋体"/>
                <w:b w:val="0"/>
                <w:sz w:val="18"/>
              </w:rPr>
              <w:t>（1）请4名同学板演，其余学生在练习本上独立完成。</w:t>
            </w:r>
          </w:p>
          <w:p>
            <w:pPr>
              <w:spacing w:after="20" w:line="276" w:lineRule="auto"/>
            </w:pPr>
            <w:r>
              <w:rPr>
                <w:rFonts w:ascii="宋体" w:hAnsi="宋体" w:eastAsia="宋体"/>
                <w:b w:val="0"/>
                <w:sz w:val="18"/>
              </w:rPr>
              <w:t>（2）集体交流订正。</w:t>
            </w:r>
          </w:p>
          <w:p>
            <w:pPr>
              <w:spacing w:after="20" w:line="276" w:lineRule="auto"/>
            </w:pPr>
            <w:r>
              <w:rPr>
                <w:rFonts w:ascii="宋体" w:hAnsi="宋体" w:eastAsia="宋体"/>
                <w:b w:val="0"/>
                <w:sz w:val="18"/>
              </w:rPr>
              <w:t>3.教科书P77“练习十九”第2题。</w:t>
            </w:r>
          </w:p>
          <w:p>
            <w:pPr>
              <w:spacing w:after="20" w:line="276" w:lineRule="auto"/>
            </w:pPr>
            <w:r>
              <w:rPr>
                <w:rFonts w:ascii="宋体" w:hAnsi="宋体" w:eastAsia="宋体"/>
                <w:b w:val="0"/>
                <w:sz w:val="18"/>
              </w:rPr>
              <w:t>（1）学生观察两张购物小票，说说获得了哪些数学信息。</w:t>
            </w:r>
          </w:p>
          <w:p>
            <w:pPr>
              <w:spacing w:after="20" w:line="276" w:lineRule="auto"/>
            </w:pPr>
            <w:r>
              <w:rPr>
                <w:rFonts w:ascii="宋体" w:hAnsi="宋体" w:eastAsia="宋体"/>
                <w:b w:val="0"/>
                <w:sz w:val="18"/>
              </w:rPr>
              <w:t>（2）除了文字、数据提供的相关信息外，还要引导学生想一想:购物小票中应收金额和交易找零分别表示什么?方框里要填什么?怎样列式?</w:t>
            </w:r>
          </w:p>
          <w:p>
            <w:pPr>
              <w:spacing w:after="20" w:line="276" w:lineRule="auto"/>
            </w:pPr>
            <w:r>
              <w:rPr>
                <w:rFonts w:ascii="宋体" w:hAnsi="宋体" w:eastAsia="宋体"/>
                <w:b w:val="0"/>
                <w:sz w:val="18"/>
              </w:rPr>
              <w:t>（3）学生独立计算，做完后再用计算器检验。</w:t>
            </w:r>
          </w:p>
          <w:p>
            <w:pPr>
              <w:spacing w:after="20" w:line="276" w:lineRule="auto"/>
            </w:pPr>
            <w:r>
              <w:rPr>
                <w:rFonts w:ascii="宋体" w:hAnsi="宋体" w:eastAsia="宋体"/>
                <w:b w:val="0"/>
                <w:sz w:val="18"/>
              </w:rPr>
              <w:t>（4）集体交流时引导学生反思：通过刚才的计算和填写购物小票的过程，有什么感受?小票在购物中有什么作用?</w:t>
            </w:r>
          </w:p>
          <w:p>
            <w:pPr>
              <w:spacing w:after="20" w:line="276" w:lineRule="auto"/>
            </w:pPr>
            <w:r>
              <w:rPr>
                <w:rFonts w:ascii="宋体" w:hAnsi="宋体" w:eastAsia="宋体"/>
                <w:b w:val="0"/>
                <w:sz w:val="18"/>
              </w:rPr>
              <w:t>4.教科书P77“练习十九”第3题。</w:t>
            </w:r>
          </w:p>
          <w:p>
            <w:pPr>
              <w:spacing w:after="20" w:line="276" w:lineRule="auto"/>
            </w:pPr>
            <w:r>
              <w:rPr>
                <w:rFonts w:ascii="宋体" w:hAnsi="宋体" w:eastAsia="宋体"/>
                <w:b w:val="0"/>
                <w:sz w:val="18"/>
              </w:rPr>
              <w:t>（1）先让学生找出李老师从家出发，经过学校到公园的所有路线，再让学生独立完成。</w:t>
            </w:r>
          </w:p>
          <w:p>
            <w:pPr>
              <w:spacing w:after="20" w:line="276" w:lineRule="auto"/>
            </w:pPr>
            <w:r>
              <w:rPr>
                <w:rFonts w:ascii="宋体" w:hAnsi="宋体" w:eastAsia="宋体"/>
                <w:b w:val="0"/>
                <w:sz w:val="18"/>
              </w:rPr>
              <w:t>（2）全班集体交流订正。</w:t>
            </w:r>
          </w:p>
          <w:p>
            <w:pPr>
              <w:spacing w:after="20" w:line="276" w:lineRule="auto"/>
            </w:pPr>
            <w:r>
              <w:rPr>
                <w:rFonts w:ascii="宋体" w:hAnsi="宋体" w:eastAsia="宋体"/>
                <w:b w:val="0"/>
                <w:sz w:val="18"/>
              </w:rPr>
              <w:t>5.教科书P77“练习十九”第4题。</w:t>
            </w:r>
          </w:p>
          <w:p>
            <w:pPr>
              <w:spacing w:after="20" w:line="276" w:lineRule="auto"/>
            </w:pPr>
            <w:r>
              <w:rPr>
                <w:rFonts w:ascii="宋体" w:hAnsi="宋体" w:eastAsia="宋体"/>
                <w:b w:val="0"/>
                <w:sz w:val="18"/>
              </w:rPr>
              <w:t>（1）学生先将分母为10、100的分数改写成小数，再进行计算。</w:t>
            </w:r>
          </w:p>
          <w:p>
            <w:pPr>
              <w:spacing w:after="20" w:line="276" w:lineRule="auto"/>
            </w:pPr>
            <w:r>
              <w:rPr>
                <w:rFonts w:ascii="宋体" w:hAnsi="宋体" w:eastAsia="宋体"/>
                <w:b w:val="0"/>
                <w:sz w:val="18"/>
              </w:rPr>
              <w:t>（2）同桌交流订正。</w:t>
            </w:r>
          </w:p>
        </w:tc>
        <w:tc>
          <w:tcPr>
            <w:tcW w:type="dxa" w:w="3061"/>
          </w:tcPr>
          <w:p>
            <w:pPr>
              <w:spacing w:after="20" w:line="276" w:lineRule="auto"/>
            </w:pPr>
            <w:r/>
            <w:r>
              <w:rPr>
                <w:rFonts w:ascii="宋体" w:hAnsi="宋体" w:eastAsia="宋体"/>
                <w:b w:val="0"/>
                <w:sz w:val="18"/>
              </w:rPr>
              <w:t>有的要运用到加法的运算律，有的要运用到减法的运算性质，学生需要根据自己的经验判断，教师要适时引导。</w:t>
            </w:r>
          </w:p>
        </w:tc>
        <w:tc>
          <w:tcPr>
            <w:tcW w:type="dxa" w:w="1814"/>
          </w:tcPr>
          <w:p>
            <w:pPr>
              <w:spacing w:after="20" w:line="276" w:lineRule="auto"/>
            </w:pPr>
            <w:r/>
            <w:r>
              <w:rPr>
                <w:rFonts w:ascii="宋体" w:hAnsi="宋体" w:eastAsia="宋体"/>
                <w:b w:val="0"/>
                <w:sz w:val="18"/>
              </w:rPr>
              <w:t>让学生通过加法运算律的练习，进一步加深对加法运算律的理解。</w:t>
            </w:r>
          </w:p>
          <w:p>
            <w:pPr>
              <w:spacing w:after="20" w:line="276" w:lineRule="auto"/>
            </w:pPr>
            <w:r>
              <w:rPr>
                <w:rFonts w:ascii="宋体" w:hAnsi="宋体" w:eastAsia="宋体"/>
                <w:b w:val="0"/>
                <w:sz w:val="18"/>
              </w:rPr>
              <w:t>通过计算购物的总价和交易找零的余款，使学生学会看懂购物小票的内容，理解应收金额和交易找零的意思。通过计算和填写小票，初步体会小票在实际购物中的意义和作用，发展学生的数学应用意识。</w:t>
            </w:r>
          </w:p>
          <w:p>
            <w:pPr>
              <w:spacing w:after="20" w:line="276" w:lineRule="auto"/>
            </w:pPr>
            <w:r>
              <w:rPr>
                <w:rFonts w:ascii="宋体" w:hAnsi="宋体" w:eastAsia="宋体"/>
                <w:b w:val="0"/>
                <w:sz w:val="18"/>
              </w:rPr>
              <w:t>通过练习，关注学生已有的知识经验，提高计算能力。</w:t>
            </w:r>
          </w:p>
        </w:tc>
      </w:tr>
      <w:tr>
        <w:tc>
          <w:tcPr>
            <w:tcW w:type="dxa" w:w="1474"/>
          </w:tcPr>
          <w:p>
            <w:pPr>
              <w:spacing w:after="20" w:line="276" w:lineRule="auto"/>
            </w:pPr>
            <w:r>
              <w:rPr>
                <w:b/>
              </w:rPr>
            </w:r>
            <w:r>
              <w:rPr>
                <w:rFonts w:ascii="宋体" w:hAnsi="宋体" w:eastAsia="宋体"/>
                <w:b/>
                <w:sz w:val="18"/>
              </w:rPr>
              <w:t>四、课堂小结，提升认识</w:t>
            </w:r>
          </w:p>
        </w:tc>
        <w:tc>
          <w:tcPr>
            <w:tcW w:type="dxa" w:w="3061"/>
          </w:tcPr>
          <w:p>
            <w:pPr>
              <w:spacing w:after="20" w:line="276" w:lineRule="auto"/>
            </w:pPr>
            <w:r/>
            <w:r>
              <w:rPr>
                <w:rFonts w:ascii="宋体" w:hAnsi="宋体" w:eastAsia="宋体"/>
                <w:b w:val="0"/>
                <w:sz w:val="18"/>
              </w:rPr>
              <w:t>师：通过这节课的学习，你对“加法运算律”有了哪些新的认识？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引导学生回顾梳理本课所学，完善认知结构，提升归纳与反思能力，核心问题："通过这节课的学习，你对“加法运算律”有了哪些新的认识？"</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整数加法运算律推广到小数</w:t>
      </w:r>
    </w:p>
    <w:p>
      <w:pPr>
        <w:spacing w:after="40" w:line="300" w:lineRule="auto"/>
      </w:pPr>
      <w:r>
        <w:rPr>
          <w:rFonts w:ascii="宋体" w:hAnsi="宋体" w:eastAsia="宋体"/>
          <w:b w:val="0"/>
          <w:sz w:val="20"/>
        </w:rPr>
        <w:t>0.6+7.91+3.4+0.09       0.6+7.91+3.4+0.09         19.87-2.34-6.66</w:t>
      </w:r>
    </w:p>
    <w:p>
      <w:pPr>
        <w:spacing w:after="40" w:line="300" w:lineRule="auto"/>
      </w:pPr>
      <w:r>
        <w:rPr>
          <w:rFonts w:ascii="宋体" w:hAnsi="宋体" w:eastAsia="宋体"/>
          <w:b w:val="0"/>
          <w:sz w:val="20"/>
        </w:rPr>
        <w:t>=8.51+3.4+0.09         =(0.6+3.4)+(7.91+0.09)      =19.87-（2.34+6.66）</w:t>
      </w:r>
    </w:p>
    <w:p>
      <w:pPr>
        <w:spacing w:after="40" w:line="300" w:lineRule="auto"/>
      </w:pPr>
      <w:r>
        <w:rPr>
          <w:rFonts w:ascii="宋体" w:hAnsi="宋体" w:eastAsia="宋体"/>
          <w:b w:val="0"/>
          <w:sz w:val="20"/>
        </w:rPr>
        <w:t>=11.91+0.09            =4+8                     =19.87-9</w:t>
      </w:r>
    </w:p>
    <w:p>
      <w:pPr>
        <w:spacing w:after="40" w:line="300" w:lineRule="auto"/>
      </w:pPr>
      <w:r>
        <w:rPr>
          <w:rFonts w:ascii="宋体" w:hAnsi="宋体" w:eastAsia="宋体"/>
          <w:b w:val="0"/>
          <w:sz w:val="20"/>
        </w:rPr>
        <w:t>=12                   =12                      =10.87</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教科书P76例4，完成P76“做一做”，P77“练习十九”第2~4题。</w:t>
      </w:r>
    </w:p>
    <w:p>
      <w:pPr>
        <w:spacing w:after="40" w:line="300" w:lineRule="auto"/>
        <w:ind w:firstLine="400"/>
      </w:pPr>
      <w:r>
        <w:rPr>
          <w:rFonts w:ascii="宋体" w:hAnsi="宋体" w:eastAsia="宋体"/>
          <w:b w:val="0"/>
          <w:sz w:val="20"/>
        </w:rPr>
        <w:t>② 原设计安排：见“状元成才路”系列丛书《创优作业100分》对应课时作业。 【教学笔记】 才才将一根2 m长的铁丝弯折刚好围成了一个三角形,测量得到其中两条边的长度分别是89.6 cm、70.4 cm。围成这个三角形的第三条边的长度是多少厘米? 参考答案 2 m =200 cm 200- ( 89.6+70.4)= 40( cm)</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为了让学生更好地理解所学知识，我们把教学内容放到一个学生非常熟悉的情境中，学生通过尝试计算，自觉地将整数加法运算律迁移到小数加法运算当中，从而得出简便计算方法。学生在实践中发现并总结出整数加法的运算律在小数加法中同样适用。从整节课的教学情况看，学生掌握得不错。</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练习课(小数加减法和小数加减混合运算)</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练习课(小数加减法和小数加减混合运算)</w:t>
            </w:r>
          </w:p>
        </w:tc>
        <w:tc>
          <w:tcPr>
            <w:tcW w:type="dxa" w:w="6009"/>
          </w:tcPr>
          <w:p>
            <w:pPr>
              <w:spacing w:after="20" w:line="276" w:lineRule="auto"/>
            </w:pPr>
            <w:r/>
            <w:r>
              <w:rPr>
                <w:rFonts w:ascii="宋体" w:hAnsi="宋体" w:eastAsia="宋体"/>
                <w:b w:val="0"/>
                <w:sz w:val="20"/>
              </w:rPr>
              <w:t>第6单元 小数的加法和减法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以往的学习中已经掌握了整数加减法及一位小数加减法的计算方法,理解了整数加减法的算理,并且已积累了大量关于元、角、分的知识。在本册教科书中学生还掌握了小数的意义和性质,这些都为学生理解小数加减法的算理打下了扎实有效的知识基础。本单元内容与学生日常生活紧密相关，为进一步学习、研究后面的知识打下基础。理解和掌握小数加减法的算理和算法是小学生应具备的基本知识经验,而且是必备的数学知识、技能与方法。教学中会出现小数的位数不同的加减法竖式计算的情况,由于新知识与学生已有的认识存在矛盾冲突,受学习负迁移的影响,学生容易出现将小数的末尾对齐等错误,这也是小数加减计算中的难点所在，在学习新课时要加强引导。</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教学内容：完成教科书P75“练习十八”第7～9题。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（1）进一步巩固小数加减法的计算方法，会正确地进行小数加减混合运算。</w:t>
      </w:r>
    </w:p>
    <w:p>
      <w:pPr>
        <w:spacing w:after="20" w:line="300" w:lineRule="auto"/>
        <w:ind w:firstLine="400"/>
      </w:pPr>
      <w:r>
        <w:rPr>
          <w:rFonts w:ascii="宋体" w:hAnsi="宋体" w:eastAsia="宋体"/>
          <w:b w:val="0"/>
          <w:sz w:val="20"/>
        </w:rPr>
        <w:t>（2）进一步提高运用小数加减混合运算解决实际问题的能力。</w:t>
      </w:r>
    </w:p>
    <w:p>
      <w:pPr>
        <w:spacing w:after="20" w:line="300" w:lineRule="auto"/>
        <w:ind w:firstLine="400"/>
      </w:pPr>
      <w:r>
        <w:rPr>
          <w:rFonts w:ascii="宋体" w:hAnsi="宋体" w:eastAsia="宋体"/>
          <w:b w:val="0"/>
          <w:sz w:val="20"/>
        </w:rPr>
        <w:t>（3）通过解决有关小数的实际问题，体会小数加减混合运算在生活中的广泛应用，感受数学与生活的密切联系。</w:t>
      </w:r>
    </w:p>
    <w:p>
      <w:pPr>
        <w:spacing w:after="20" w:line="300" w:lineRule="auto"/>
      </w:pPr>
      <w:r>
        <w:rPr>
          <w:rFonts w:ascii="宋体" w:hAnsi="宋体" w:eastAsia="宋体"/>
          <w:b w:val="0"/>
          <w:sz w:val="20"/>
        </w:rPr>
        <w:t>教学重点：熟练地进行小数加减混合运算。</w:t>
      </w:r>
    </w:p>
    <w:p>
      <w:pPr>
        <w:spacing w:after="20" w:line="300" w:lineRule="auto"/>
      </w:pPr>
      <w:r>
        <w:rPr>
          <w:rFonts w:ascii="宋体" w:hAnsi="宋体" w:eastAsia="宋体"/>
          <w:b w:val="0"/>
          <w:sz w:val="20"/>
        </w:rPr>
        <w:t>教学难点：运用小数加减混合运算解决实际问题。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关于小数的加减法，你知道了什么？</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二、基础练习</w:t>
            </w:r>
          </w:p>
        </w:tc>
        <w:tc>
          <w:tcPr>
            <w:tcW w:type="dxa" w:w="1814"/>
          </w:tcPr>
          <w:p>
            <w:pPr>
              <w:spacing w:after="20" w:line="276" w:lineRule="auto"/>
            </w:pPr>
            <w:r/>
            <w:r>
              <w:rPr>
                <w:rFonts w:ascii="宋体" w:hAnsi="宋体" w:eastAsia="宋体"/>
                <w:b w:val="0"/>
                <w:sz w:val="18"/>
              </w:rPr>
              <w:t>课件、练习本</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三、综合练习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四、拓展练习</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w:t>
            </w:r>
          </w:p>
        </w:tc>
        <w:tc>
          <w:tcPr>
            <w:tcW w:type="dxa" w:w="3061"/>
          </w:tcPr>
          <w:p>
            <w:pPr>
              <w:spacing w:after="20" w:line="276" w:lineRule="auto"/>
            </w:pPr>
            <w:r/>
            <w:r>
              <w:rPr>
                <w:rFonts w:ascii="宋体" w:hAnsi="宋体" w:eastAsia="宋体"/>
                <w:b w:val="0"/>
                <w:sz w:val="18"/>
              </w:rPr>
              <w:t>1.提出问题，回顾旧知识。</w:t>
            </w:r>
          </w:p>
          <w:p>
            <w:pPr>
              <w:spacing w:after="20" w:line="276" w:lineRule="auto"/>
            </w:pPr>
            <w:r>
              <w:rPr>
                <w:rFonts w:ascii="宋体" w:hAnsi="宋体" w:eastAsia="宋体"/>
                <w:b w:val="0"/>
                <w:sz w:val="18"/>
              </w:rPr>
              <w:t>师：关于小数的加减法，你知道了什么？</w:t>
            </w:r>
          </w:p>
          <w:p>
            <w:pPr>
              <w:spacing w:after="20" w:line="276" w:lineRule="auto"/>
            </w:pPr>
            <w:r>
              <w:rPr>
                <w:rFonts w:ascii="宋体" w:hAnsi="宋体" w:eastAsia="宋体"/>
                <w:b w:val="0"/>
                <w:sz w:val="18"/>
              </w:rPr>
              <w:t>2.引出课题。</w:t>
            </w:r>
          </w:p>
          <w:p>
            <w:pPr>
              <w:spacing w:after="20" w:line="276" w:lineRule="auto"/>
            </w:pPr>
            <w:r>
              <w:rPr>
                <w:rFonts w:ascii="宋体" w:hAnsi="宋体" w:eastAsia="宋体"/>
                <w:b w:val="0"/>
                <w:sz w:val="18"/>
              </w:rPr>
              <w:t>师：同学们真棒！不仅知道了小数加减法的算法，会进行小数加减混合运算，还能运用所学的知识解决问题。今天这节课我们来进行有关小数加减法和小数加减混合运算的练习。</w:t>
            </w:r>
          </w:p>
        </w:tc>
        <w:tc>
          <w:tcPr>
            <w:tcW w:type="dxa" w:w="3061"/>
          </w:tcPr>
          <w:p>
            <w:pPr>
              <w:spacing w:after="20" w:line="276" w:lineRule="auto"/>
            </w:pPr>
            <w:r/>
            <w:r>
              <w:rPr>
                <w:rFonts w:ascii="宋体" w:hAnsi="宋体" w:eastAsia="宋体"/>
                <w:b w:val="0"/>
                <w:sz w:val="18"/>
              </w:rPr>
              <w:t>预设1：小数加减法的计算方法：先把各数的小数点对齐，再按照整数加减法的法则进行计算，最后在得数里点上小数点，与横线上方的小数点对齐。</w:t>
            </w:r>
          </w:p>
          <w:p>
            <w:pPr>
              <w:spacing w:after="20" w:line="276" w:lineRule="auto"/>
            </w:pPr>
            <w:r>
              <w:rPr>
                <w:rFonts w:ascii="宋体" w:hAnsi="宋体" w:eastAsia="宋体"/>
                <w:b w:val="0"/>
                <w:sz w:val="18"/>
              </w:rPr>
              <w:t>预设2：计算时注意：一定要把小数点对齐，得数的小数部分末尾有0的，一般要根据小数的性质把0去掉。</w:t>
            </w:r>
          </w:p>
          <w:p>
            <w:pPr>
              <w:spacing w:after="20" w:line="276" w:lineRule="auto"/>
            </w:pPr>
            <w:r>
              <w:rPr>
                <w:rFonts w:ascii="宋体" w:hAnsi="宋体" w:eastAsia="宋体"/>
                <w:b w:val="0"/>
                <w:sz w:val="18"/>
              </w:rPr>
              <w:t>预设3：小数加减混合运算的顺序：没有括号的，按从左往右的顺序计算；有括号的，先算括号里面的，再算括号外面的。</w:t>
            </w:r>
          </w:p>
        </w:tc>
        <w:tc>
          <w:tcPr>
            <w:tcW w:type="dxa" w:w="1814"/>
          </w:tcPr>
          <w:p>
            <w:pPr>
              <w:spacing w:after="20" w:line="276" w:lineRule="auto"/>
            </w:pPr>
            <w:r/>
            <w:r>
              <w:rPr>
                <w:rFonts w:ascii="宋体" w:hAnsi="宋体" w:eastAsia="宋体"/>
                <w:b w:val="0"/>
                <w:sz w:val="18"/>
              </w:rPr>
              <w:t>通过谈话引导学生回顾前面学过的小数加减法的知识，既复习了旧知识，又为学习这节练习课打下了基础。</w:t>
            </w:r>
          </w:p>
        </w:tc>
      </w:tr>
      <w:tr>
        <w:tc>
          <w:tcPr>
            <w:tcW w:type="dxa" w:w="1474"/>
          </w:tcPr>
          <w:p>
            <w:pPr>
              <w:spacing w:after="20" w:line="276" w:lineRule="auto"/>
            </w:pPr>
            <w:r>
              <w:rPr>
                <w:b/>
              </w:rPr>
            </w:r>
            <w:r>
              <w:rPr>
                <w:rFonts w:ascii="宋体" w:hAnsi="宋体" w:eastAsia="宋体"/>
                <w:b/>
                <w:sz w:val="18"/>
              </w:rPr>
              <w:t>二、基础练习</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师：同学们，我们来看看下面两道习题。</w:t>
            </w:r>
          </w:p>
          <w:p>
            <w:pPr>
              <w:spacing w:after="20" w:line="276" w:lineRule="auto"/>
            </w:pPr>
            <w:r>
              <w:rPr>
                <w:rFonts w:ascii="宋体" w:hAnsi="宋体" w:eastAsia="宋体"/>
                <w:b w:val="0"/>
                <w:sz w:val="18"/>
              </w:rPr>
              <w:t>练习过程中要求学生列竖式的格式要规范。</w:t>
            </w:r>
          </w:p>
          <w:p>
            <w:pPr>
              <w:spacing w:after="20" w:line="276" w:lineRule="auto"/>
            </w:pPr>
            <w:r>
              <w:rPr>
                <w:rFonts w:ascii="宋体" w:hAnsi="宋体" w:eastAsia="宋体"/>
                <w:b w:val="0"/>
                <w:sz w:val="18"/>
              </w:rPr>
              <w:t>（1）请4名同学板演，其余学生在练习本上独立完成。</w:t>
            </w:r>
          </w:p>
          <w:p>
            <w:pPr>
              <w:spacing w:after="20" w:line="276" w:lineRule="auto"/>
            </w:pPr>
            <w:r>
              <w:rPr>
                <w:rFonts w:ascii="宋体" w:hAnsi="宋体" w:eastAsia="宋体"/>
                <w:b w:val="0"/>
                <w:sz w:val="18"/>
              </w:rPr>
              <w:t>（2）指名汇报，结合错因引导学生讨论列竖式计算时该注意什么。</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（1）指名板演，其余学生在练习本上独立完成。</w:t>
            </w:r>
          </w:p>
          <w:p>
            <w:pPr>
              <w:spacing w:after="20" w:line="276" w:lineRule="auto"/>
            </w:pPr>
            <w:r>
              <w:rPr>
                <w:rFonts w:ascii="宋体" w:hAnsi="宋体" w:eastAsia="宋体"/>
                <w:b w:val="0"/>
                <w:sz w:val="18"/>
              </w:rPr>
              <w:t>（2）集体交流订正，说说你是按怎样的顺序计算的。</w:t>
            </w:r>
          </w:p>
          <w:p>
            <w:pPr>
              <w:spacing w:after="20" w:line="276" w:lineRule="auto"/>
            </w:pPr>
            <w:r>
              <w:rPr>
                <w:rFonts w:ascii="宋体" w:hAnsi="宋体" w:eastAsia="宋体"/>
                <w:b w:val="0"/>
                <w:sz w:val="18"/>
              </w:rPr>
              <w:t>3.课件出示习题。</w:t>
            </w:r>
          </w:p>
          <w:p>
            <w:pPr>
              <w:spacing w:after="20" w:line="276" w:lineRule="auto"/>
            </w:pPr>
            <w:r>
              <w:rPr>
                <w:rFonts w:ascii="宋体" w:hAnsi="宋体" w:eastAsia="宋体"/>
                <w:b w:val="0"/>
                <w:sz w:val="18"/>
              </w:rPr>
              <w:t>4.课件出示习题。</w:t>
            </w:r>
          </w:p>
          <w:p>
            <w:pPr>
              <w:spacing w:after="20" w:line="276" w:lineRule="auto"/>
            </w:pPr>
            <w:r>
              <w:rPr>
                <w:rFonts w:ascii="宋体" w:hAnsi="宋体" w:eastAsia="宋体"/>
                <w:b w:val="0"/>
                <w:sz w:val="18"/>
              </w:rPr>
              <w:t>（1）学生读题，理解题意，独立完成。</w:t>
            </w:r>
          </w:p>
          <w:p>
            <w:pPr>
              <w:spacing w:after="20" w:line="276" w:lineRule="auto"/>
            </w:pPr>
            <w:r>
              <w:rPr>
                <w:rFonts w:ascii="宋体" w:hAnsi="宋体" w:eastAsia="宋体"/>
                <w:b w:val="0"/>
                <w:sz w:val="18"/>
              </w:rPr>
              <w:t>（2）指名汇报，说说你是怎样想的。</w:t>
            </w:r>
          </w:p>
        </w:tc>
        <w:tc>
          <w:tcPr>
            <w:tcW w:type="dxa" w:w="3061"/>
          </w:tcPr>
          <w:p>
            <w:pPr>
              <w:spacing w:after="20" w:line="276" w:lineRule="auto"/>
            </w:pPr>
            <w:r/>
            <w:r>
              <w:rPr>
                <w:rFonts w:ascii="宋体" w:hAnsi="宋体" w:eastAsia="宋体"/>
                <w:b w:val="0"/>
                <w:sz w:val="18"/>
              </w:rPr>
              <w:t>计算练习一般学生都会做，少数学生仍会出现类似第2题中的各种错误，教师要引导学生找准错误的原因，内化对算理的理解和对算法的掌握。</w:t>
            </w:r>
          </w:p>
          <w:p>
            <w:pPr>
              <w:spacing w:after="20" w:line="276" w:lineRule="auto"/>
            </w:pPr>
            <w:r>
              <w:rPr>
                <w:rFonts w:ascii="宋体" w:hAnsi="宋体" w:eastAsia="宋体"/>
                <w:b w:val="0"/>
                <w:sz w:val="18"/>
              </w:rPr>
              <w:t>学生独立解答后集体交流。</w:t>
            </w:r>
          </w:p>
        </w:tc>
        <w:tc>
          <w:tcPr>
            <w:tcW w:type="dxa" w:w="1814"/>
          </w:tcPr>
          <w:p>
            <w:pPr>
              <w:spacing w:after="20" w:line="276" w:lineRule="auto"/>
            </w:pPr>
            <w:r/>
            <w:r>
              <w:rPr>
                <w:rFonts w:ascii="宋体" w:hAnsi="宋体" w:eastAsia="宋体"/>
                <w:b w:val="0"/>
                <w:sz w:val="18"/>
              </w:rPr>
              <w:t>通过第1题的计算练习，进一步巩固小数加减法的算理和算法，掌握验算的方法，提高计算的准确性。第2题利用错误资源，让学生在改错中学会反思，进一步明确算理，养成认真计算的好习惯。第3题重在训练学生的小数加减混合运算，强调一定要按正确的运算顺序计算。</w:t>
            </w:r>
          </w:p>
        </w:tc>
      </w:tr>
      <w:tr>
        <w:tc>
          <w:tcPr>
            <w:tcW w:type="dxa" w:w="1474"/>
          </w:tcPr>
          <w:p>
            <w:pPr>
              <w:spacing w:after="20" w:line="276" w:lineRule="auto"/>
            </w:pPr>
            <w:r>
              <w:rPr>
                <w:b/>
              </w:rPr>
            </w:r>
            <w:r>
              <w:rPr>
                <w:rFonts w:ascii="宋体" w:hAnsi="宋体" w:eastAsia="宋体"/>
                <w:b/>
                <w:sz w:val="18"/>
              </w:rPr>
              <w:t>三、综合练习</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（1）引导学生想想不同计量单位之间的进率分别是多少，将名数改写成小数再计算。</w:t>
            </w:r>
          </w:p>
          <w:p>
            <w:pPr>
              <w:spacing w:after="20" w:line="276" w:lineRule="auto"/>
            </w:pPr>
            <w:r>
              <w:rPr>
                <w:rFonts w:ascii="宋体" w:hAnsi="宋体" w:eastAsia="宋体"/>
                <w:b w:val="0"/>
                <w:sz w:val="18"/>
              </w:rPr>
              <w:t>（2）全班交流订正。</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由于被减数与减数的小数位数不同，需要将整数100先改写成两位小数再计算。</w:t>
            </w:r>
          </w:p>
          <w:p>
            <w:pPr>
              <w:spacing w:after="20" w:line="276" w:lineRule="auto"/>
            </w:pPr>
            <w:r>
              <w:rPr>
                <w:rFonts w:ascii="宋体" w:hAnsi="宋体" w:eastAsia="宋体"/>
                <w:b w:val="0"/>
                <w:sz w:val="18"/>
              </w:rPr>
              <w:t>教师强调：这里先要将100改写成100.00，再计算。</w:t>
            </w:r>
          </w:p>
          <w:p>
            <w:pPr>
              <w:spacing w:after="20" w:line="276" w:lineRule="auto"/>
            </w:pPr>
            <w:r>
              <w:rPr>
                <w:rFonts w:ascii="宋体" w:hAnsi="宋体" w:eastAsia="宋体"/>
                <w:b w:val="0"/>
                <w:sz w:val="18"/>
              </w:rPr>
              <w:t>3.教科书P75“练习十八”第7题。</w:t>
            </w:r>
          </w:p>
          <w:p>
            <w:pPr>
              <w:spacing w:after="20" w:line="276" w:lineRule="auto"/>
            </w:pPr>
            <w:r>
              <w:rPr>
                <w:rFonts w:ascii="宋体" w:hAnsi="宋体" w:eastAsia="宋体"/>
                <w:b w:val="0"/>
                <w:sz w:val="18"/>
              </w:rPr>
              <w:t>（1）学生独立完成教科书中的表格，并说一说每轮动作后，这3对选手的得分和排名情况。</w:t>
            </w:r>
          </w:p>
          <w:p>
            <w:pPr>
              <w:spacing w:after="20" w:line="276" w:lineRule="auto"/>
            </w:pPr>
            <w:r>
              <w:rPr>
                <w:rFonts w:ascii="宋体" w:hAnsi="宋体" w:eastAsia="宋体"/>
                <w:b w:val="0"/>
                <w:sz w:val="18"/>
              </w:rPr>
              <w:t>（2）学生独立完成后用计算器检验结果。</w:t>
            </w:r>
          </w:p>
          <w:p>
            <w:pPr>
              <w:spacing w:after="20" w:line="276" w:lineRule="auto"/>
            </w:pPr>
            <w:r>
              <w:rPr>
                <w:rFonts w:ascii="宋体" w:hAnsi="宋体" w:eastAsia="宋体"/>
                <w:b w:val="0"/>
                <w:sz w:val="18"/>
              </w:rPr>
              <w:t>4.教科书P75“练习十八”第8题。</w:t>
            </w:r>
          </w:p>
          <w:p>
            <w:pPr>
              <w:spacing w:after="20" w:line="276" w:lineRule="auto"/>
            </w:pPr>
            <w:r>
              <w:rPr>
                <w:rFonts w:ascii="宋体" w:hAnsi="宋体" w:eastAsia="宋体"/>
                <w:b w:val="0"/>
                <w:sz w:val="18"/>
              </w:rPr>
              <w:t>（1）学生自主阅读，说说读懂了什么或提出不懂的问题。</w:t>
            </w:r>
          </w:p>
          <w:p>
            <w:pPr>
              <w:spacing w:after="20" w:line="276" w:lineRule="auto"/>
            </w:pPr>
            <w:r>
              <w:rPr>
                <w:rFonts w:ascii="宋体" w:hAnsi="宋体" w:eastAsia="宋体"/>
                <w:b w:val="0"/>
                <w:sz w:val="18"/>
              </w:rPr>
              <w:t>（2）引导学生借助生活经验理解“每满100元减20元”的意思。</w:t>
            </w:r>
          </w:p>
          <w:p>
            <w:pPr>
              <w:spacing w:after="20" w:line="276" w:lineRule="auto"/>
            </w:pPr>
            <w:r>
              <w:rPr>
                <w:rFonts w:ascii="宋体" w:hAnsi="宋体" w:eastAsia="宋体"/>
                <w:b w:val="0"/>
                <w:sz w:val="18"/>
              </w:rPr>
              <w:t>（3）学生独立解题。</w:t>
            </w:r>
          </w:p>
          <w:p>
            <w:pPr>
              <w:spacing w:after="20" w:line="276" w:lineRule="auto"/>
            </w:pPr>
            <w:r>
              <w:rPr>
                <w:rFonts w:ascii="宋体" w:hAnsi="宋体" w:eastAsia="宋体"/>
                <w:b w:val="0"/>
                <w:sz w:val="18"/>
              </w:rPr>
              <w:t>（4）集体交流订正。</w:t>
            </w:r>
          </w:p>
          <w:p>
            <w:pPr>
              <w:spacing w:after="20" w:line="276" w:lineRule="auto"/>
            </w:pPr>
            <w:r>
              <w:rPr>
                <w:rFonts w:ascii="宋体" w:hAnsi="宋体" w:eastAsia="宋体"/>
                <w:b w:val="0"/>
                <w:sz w:val="18"/>
              </w:rPr>
              <w:t>5.教科书P75“练习十八”第9题。</w:t>
            </w:r>
          </w:p>
          <w:p>
            <w:pPr>
              <w:spacing w:after="20" w:line="276" w:lineRule="auto"/>
            </w:pPr>
            <w:r>
              <w:rPr>
                <w:rFonts w:ascii="宋体" w:hAnsi="宋体" w:eastAsia="宋体"/>
                <w:b w:val="0"/>
                <w:sz w:val="18"/>
              </w:rPr>
              <w:t>（1）学生自主读题，同桌之间相互说说准备怎么做。</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（3）指名汇报，说清楚自己的解题思路。</w:t>
            </w:r>
          </w:p>
        </w:tc>
        <w:tc>
          <w:tcPr>
            <w:tcW w:type="dxa" w:w="3061"/>
          </w:tcPr>
          <w:p>
            <w:pPr>
              <w:spacing w:after="20" w:line="276" w:lineRule="auto"/>
            </w:pPr>
            <w:r/>
            <w:r>
              <w:rPr>
                <w:rFonts w:ascii="宋体" w:hAnsi="宋体" w:eastAsia="宋体"/>
                <w:b w:val="0"/>
                <w:sz w:val="18"/>
              </w:rPr>
              <w:t>学生独立列式计算，再指名汇报。</w:t>
            </w:r>
          </w:p>
          <w:p>
            <w:pPr>
              <w:spacing w:after="20" w:line="276" w:lineRule="auto"/>
            </w:pPr>
            <w:r>
              <w:rPr>
                <w:rFonts w:ascii="宋体" w:hAnsi="宋体" w:eastAsia="宋体"/>
                <w:b w:val="0"/>
                <w:sz w:val="18"/>
              </w:rPr>
              <w:t>引导学生通过比较总成绩和排名进行简单的数据分析，让学生用数据来说一说中国选手取得冠军的过程和自己的感受，因势利导渗透思想教育，以激发学生奋发拼搏的精神。</w:t>
            </w:r>
          </w:p>
          <w:p>
            <w:pPr>
              <w:spacing w:after="20" w:line="276" w:lineRule="auto"/>
            </w:pPr>
            <w:r>
              <w:rPr>
                <w:rFonts w:ascii="宋体" w:hAnsi="宋体" w:eastAsia="宋体"/>
                <w:b w:val="0"/>
                <w:sz w:val="18"/>
              </w:rPr>
              <w:t>这道题需要先进行单位换算，有的学生可能把吨改写成千克，教师要引导学生发现：为了便于与桥的限重比较，最好是把千克改写成吨。</w:t>
            </w:r>
          </w:p>
        </w:tc>
        <w:tc>
          <w:tcPr>
            <w:tcW w:type="dxa" w:w="1814"/>
          </w:tcPr>
          <w:p>
            <w:pPr>
              <w:spacing w:after="20" w:line="276" w:lineRule="auto"/>
            </w:pPr>
            <w:r/>
            <w:r>
              <w:rPr>
                <w:rFonts w:ascii="宋体" w:hAnsi="宋体" w:eastAsia="宋体"/>
                <w:b w:val="0"/>
                <w:sz w:val="18"/>
              </w:rPr>
              <w:t>本环节主要是综合运用所学知识解决生活中的实际问题，意在让学生经历解决问题的过程，渗透思想教育，培养学生发现问题、提出问题、解决问题的能力。</w:t>
            </w:r>
          </w:p>
        </w:tc>
      </w:tr>
      <w:tr>
        <w:tc>
          <w:tcPr>
            <w:tcW w:type="dxa" w:w="1474"/>
          </w:tcPr>
          <w:p>
            <w:pPr>
              <w:spacing w:after="20" w:line="276" w:lineRule="auto"/>
            </w:pPr>
            <w:r>
              <w:rPr>
                <w:b/>
              </w:rPr>
            </w:r>
            <w:r>
              <w:rPr>
                <w:rFonts w:ascii="宋体" w:hAnsi="宋体" w:eastAsia="宋体"/>
                <w:b/>
                <w:sz w:val="18"/>
              </w:rPr>
              <w:t>四、拓展练习</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11.40＋6.80＋1.20＋0.60</w:t>
            </w:r>
          </w:p>
          <w:p>
            <w:pPr>
              <w:spacing w:after="20" w:line="276" w:lineRule="auto"/>
            </w:pPr>
            <w:r>
              <w:rPr>
                <w:rFonts w:ascii="宋体" w:hAnsi="宋体" w:eastAsia="宋体"/>
                <w:b w:val="0"/>
                <w:sz w:val="18"/>
              </w:rPr>
              <w:t>=(11.40＋0.60)＋(6.80＋1.20)</w:t>
            </w:r>
          </w:p>
          <w:p>
            <w:pPr>
              <w:spacing w:after="20" w:line="276" w:lineRule="auto"/>
            </w:pPr>
            <w:r>
              <w:rPr>
                <w:rFonts w:ascii="宋体" w:hAnsi="宋体" w:eastAsia="宋体"/>
                <w:b w:val="0"/>
                <w:sz w:val="18"/>
              </w:rPr>
              <w:t>=12＋8</w:t>
            </w:r>
          </w:p>
          <w:p>
            <w:pPr>
              <w:spacing w:after="20" w:line="276" w:lineRule="auto"/>
            </w:pPr>
            <w:r>
              <w:rPr>
                <w:rFonts w:ascii="宋体" w:hAnsi="宋体" w:eastAsia="宋体"/>
                <w:b w:val="0"/>
                <w:sz w:val="18"/>
              </w:rPr>
              <w:t>=20（元）</w:t>
            </w:r>
          </w:p>
          <w:p>
            <w:pPr>
              <w:spacing w:after="20" w:line="276" w:lineRule="auto"/>
            </w:pPr>
            <w:r>
              <w:rPr>
                <w:rFonts w:ascii="宋体" w:hAnsi="宋体" w:eastAsia="宋体"/>
                <w:b w:val="0"/>
                <w:sz w:val="18"/>
              </w:rPr>
              <w:t>第8题可以鼓励学生自己选择购买的物品并提出问题，以培养发现问题、提出问题的能力。</w:t>
            </w:r>
          </w:p>
        </w:tc>
        <w:tc>
          <w:tcPr>
            <w:tcW w:type="dxa" w:w="3061"/>
          </w:tcPr>
          <w:p>
            <w:pPr>
              <w:spacing w:after="20" w:line="276" w:lineRule="auto"/>
            </w:pPr>
            <w:r/>
            <w:r>
              <w:rPr>
                <w:rFonts w:ascii="宋体" w:hAnsi="宋体" w:eastAsia="宋体"/>
                <w:b w:val="0"/>
                <w:sz w:val="18"/>
              </w:rPr>
              <w:t>学生独立完成后全班交流。</w:t>
            </w:r>
          </w:p>
          <w:p>
            <w:pPr>
              <w:spacing w:after="20" w:line="276" w:lineRule="auto"/>
            </w:pPr>
            <w:r>
              <w:rPr>
                <w:rFonts w:ascii="宋体" w:hAnsi="宋体" w:eastAsia="宋体"/>
                <w:b w:val="0"/>
                <w:sz w:val="18"/>
              </w:rPr>
              <w:t>学生在做第（2）题时可能出现以下做法，教师要及时鼓励。</w:t>
            </w:r>
          </w:p>
        </w:tc>
        <w:tc>
          <w:tcPr>
            <w:tcW w:type="dxa" w:w="1814"/>
          </w:tcPr>
          <w:p>
            <w:pPr>
              <w:spacing w:after="20" w:line="276" w:lineRule="auto"/>
            </w:pPr>
            <w:r/>
            <w:r>
              <w:rPr>
                <w:rFonts w:ascii="宋体" w:hAnsi="宋体" w:eastAsia="宋体"/>
                <w:b w:val="0"/>
                <w:sz w:val="18"/>
              </w:rPr>
              <w:t>本题是一道综合性很强的练习题，既可以提高学生综合运用所学知识解决实际问题的能力，又为下节课学习小数加法运算律埋下了伏笔。</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完成教科书P75“练习十八”第7～9题。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次练习课涉及小数加减混合运算及其在生活中的应用。通过不同题型的练习，巩固加深了对小数加减法计算和小数加减混合运算顺序的理解，提高了计算速度和准确性，培养了学生综合应用所学知识解决问题的能力。一节课下来，仍有少数学生有计算错误，后面还需加强训练。</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练习课(整数加法运算律推广到小数)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练习课(整数加法运算律推广到小数)</w:t>
            </w:r>
          </w:p>
        </w:tc>
        <w:tc>
          <w:tcPr>
            <w:tcW w:type="dxa" w:w="6009"/>
          </w:tcPr>
          <w:p>
            <w:pPr>
              <w:spacing w:after="20" w:line="276" w:lineRule="auto"/>
            </w:pPr>
            <w:r/>
            <w:r>
              <w:rPr>
                <w:rFonts w:ascii="宋体" w:hAnsi="宋体" w:eastAsia="宋体"/>
                <w:b w:val="0"/>
                <w:sz w:val="20"/>
              </w:rPr>
              <w:t>第6单元 小数的加法和减法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以往的学习中已经掌握了整数加减法及一位小数加减法的计算方法,理解了整数加减法的算理,并且已积累了大量关于元、角、分的知识。在本册教科书中学生还掌握了小数的意义和性质,这些都为学生理解小数加减法的算理打下了扎实有效的知识基础。本单元内容与学生日常生活紧密相关，为进一步学习、研究后面的知识打下基础。理解和掌握小数加减法的算理和算法是小学生应具备的基本知识经验,而且是必备的数学知识、技能与方法。教学中会出现小数的位数不同的加减法竖式计算的情况,由于新知识与学生已有的认识存在矛盾冲突,受学习负迁移的影响,学生容易出现将小数的末尾对齐等错误,这也是小数加减计算中的难点所在，在学习新课时要加强引导。</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教学内容：完成教科书P77～78“练习十九”第1、5、6、7、8*题。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（1）进一步理解加法运算律并会用加法运算律进行简便计算。</w:t>
      </w:r>
    </w:p>
    <w:p>
      <w:pPr>
        <w:spacing w:after="20" w:line="300" w:lineRule="auto"/>
        <w:ind w:firstLine="400"/>
      </w:pPr>
      <w:r>
        <w:rPr>
          <w:rFonts w:ascii="宋体" w:hAnsi="宋体" w:eastAsia="宋体"/>
          <w:b w:val="0"/>
          <w:sz w:val="20"/>
        </w:rPr>
        <w:t>（2）通过练习，让学生体验算法多样化的过程，培养迁移、类推的能力。</w:t>
      </w:r>
    </w:p>
    <w:p>
      <w:pPr>
        <w:spacing w:after="20" w:line="300" w:lineRule="auto"/>
        <w:ind w:firstLine="400"/>
      </w:pPr>
      <w:r>
        <w:rPr>
          <w:rFonts w:ascii="宋体" w:hAnsi="宋体" w:eastAsia="宋体"/>
          <w:b w:val="0"/>
          <w:sz w:val="20"/>
        </w:rPr>
        <w:t>（3）进一步培养学生解决问题的能力，增强他们的应用意识。</w:t>
      </w:r>
    </w:p>
    <w:p>
      <w:pPr>
        <w:spacing w:after="20" w:line="300" w:lineRule="auto"/>
      </w:pPr>
      <w:r>
        <w:rPr>
          <w:rFonts w:ascii="宋体" w:hAnsi="宋体" w:eastAsia="宋体"/>
          <w:b w:val="0"/>
          <w:sz w:val="20"/>
        </w:rPr>
        <w:t>教学重点：巩固小数加减混合运算，能准确地进行计算并将之应用在解决问题中。</w:t>
      </w:r>
    </w:p>
    <w:p>
      <w:pPr>
        <w:spacing w:after="20" w:line="300" w:lineRule="auto"/>
      </w:pPr>
      <w:r>
        <w:rPr>
          <w:rFonts w:ascii="宋体" w:hAnsi="宋体" w:eastAsia="宋体"/>
          <w:b w:val="0"/>
          <w:sz w:val="20"/>
        </w:rPr>
        <w:t>教学难点：会运用运算律和性质灵活地进行简便计算并能在解决问题中熟练运用。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一、激活经验，谈话导入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同学们，谁能回顾一下上节课我们学习的知识？</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二、基础练习，夯实基础</w:t>
            </w:r>
          </w:p>
        </w:tc>
        <w:tc>
          <w:tcPr>
            <w:tcW w:type="dxa" w:w="1814"/>
          </w:tcPr>
          <w:p>
            <w:pPr>
              <w:spacing w:after="20" w:line="276" w:lineRule="auto"/>
            </w:pPr>
            <w:r/>
            <w:r>
              <w:rPr>
                <w:rFonts w:ascii="宋体" w:hAnsi="宋体" w:eastAsia="宋体"/>
                <w:b w:val="0"/>
                <w:sz w:val="18"/>
              </w:rPr>
              <w:t>课件、教科书、练习本</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三、综合练习，巩固提高</w:t>
            </w:r>
          </w:p>
        </w:tc>
        <w:tc>
          <w:tcPr>
            <w:tcW w:type="dxa" w:w="1814"/>
          </w:tcPr>
          <w:p>
            <w:pPr>
              <w:spacing w:after="20" w:line="276" w:lineRule="auto"/>
            </w:pPr>
            <w:r/>
            <w:r>
              <w:rPr>
                <w:rFonts w:ascii="宋体" w:hAnsi="宋体" w:eastAsia="宋体"/>
                <w:b w:val="0"/>
                <w:sz w:val="18"/>
              </w:rPr>
              <w:t>教科书、图片、课件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四、课堂小结，提升认识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今天的练习课你有什么收获？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一、激活经验，谈话导入</w:t>
            </w:r>
          </w:p>
        </w:tc>
        <w:tc>
          <w:tcPr>
            <w:tcW w:type="dxa" w:w="3061"/>
          </w:tcPr>
          <w:p>
            <w:pPr>
              <w:spacing w:after="20" w:line="276" w:lineRule="auto"/>
            </w:pPr>
            <w:r/>
            <w:r>
              <w:rPr>
                <w:rFonts w:ascii="宋体" w:hAnsi="宋体" w:eastAsia="宋体"/>
                <w:b w:val="0"/>
                <w:sz w:val="18"/>
              </w:rPr>
              <w:t>师：同学们，谁能回顾一下上节课我们学习的知识？</w:t>
            </w:r>
          </w:p>
          <w:p>
            <w:pPr>
              <w:spacing w:after="20" w:line="276" w:lineRule="auto"/>
            </w:pPr>
            <w:r>
              <w:rPr>
                <w:rFonts w:ascii="宋体" w:hAnsi="宋体" w:eastAsia="宋体"/>
                <w:b w:val="0"/>
                <w:sz w:val="18"/>
              </w:rPr>
              <w:t>师：同学们真棒！今天这节课我们就来运用所学知识处理有关的练习题。</w:t>
            </w:r>
          </w:p>
        </w:tc>
        <w:tc>
          <w:tcPr>
            <w:tcW w:type="dxa" w:w="3061"/>
          </w:tcPr>
          <w:p>
            <w:pPr>
              <w:spacing w:after="20" w:line="276" w:lineRule="auto"/>
            </w:pPr>
            <w:r/>
            <w:r>
              <w:rPr>
                <w:rFonts w:ascii="宋体" w:hAnsi="宋体" w:eastAsia="宋体"/>
                <w:b w:val="0"/>
                <w:sz w:val="18"/>
              </w:rPr>
              <w:t>预设1：整数加法的运算律和减法的性质对于小数加减法同样适用。我们在进行小数加减混合运算的时候，要仔细观察每个数的特点，注意数与数之间的关系及每个数前面的运算符号，灵活运用运算律和运算性质进行简便计算。</w:t>
            </w:r>
          </w:p>
          <w:p>
            <w:pPr>
              <w:spacing w:after="20" w:line="276" w:lineRule="auto"/>
            </w:pPr>
            <w:r>
              <w:rPr>
                <w:rFonts w:ascii="宋体" w:hAnsi="宋体" w:eastAsia="宋体"/>
                <w:b w:val="0"/>
                <w:sz w:val="18"/>
              </w:rPr>
              <w:t>预设2：运用运算性质进行简便计算时，要注意数前面的运算符号。</w:t>
            </w:r>
          </w:p>
        </w:tc>
        <w:tc>
          <w:tcPr>
            <w:tcW w:type="dxa" w:w="1814"/>
          </w:tcPr>
          <w:p>
            <w:pPr>
              <w:spacing w:after="20" w:line="276" w:lineRule="auto"/>
            </w:pPr>
            <w:r/>
            <w:r>
              <w:rPr>
                <w:rFonts w:ascii="宋体" w:hAnsi="宋体" w:eastAsia="宋体"/>
                <w:b w:val="0"/>
                <w:sz w:val="18"/>
              </w:rPr>
              <w:t>通过谈话引导学生回顾前面学过的知识，既复习了旧知识，激活了经验，又为学习这节练习课奠定了基础。</w:t>
            </w:r>
          </w:p>
        </w:tc>
      </w:tr>
      <w:tr>
        <w:tc>
          <w:tcPr>
            <w:tcW w:type="dxa" w:w="1474"/>
          </w:tcPr>
          <w:p>
            <w:pPr>
              <w:spacing w:after="20" w:line="276" w:lineRule="auto"/>
            </w:pPr>
            <w:r>
              <w:rPr>
                <w:b/>
              </w:rPr>
            </w:r>
            <w:r>
              <w:rPr>
                <w:rFonts w:ascii="宋体" w:hAnsi="宋体" w:eastAsia="宋体"/>
                <w:b/>
                <w:sz w:val="18"/>
              </w:rPr>
              <w:t>二、基础练习，夯实基础</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（1）指名口算，全班订正。</w:t>
            </w:r>
          </w:p>
          <w:p>
            <w:pPr>
              <w:spacing w:after="20" w:line="276" w:lineRule="auto"/>
            </w:pPr>
            <w:r>
              <w:rPr>
                <w:rFonts w:ascii="宋体" w:hAnsi="宋体" w:eastAsia="宋体"/>
                <w:b w:val="0"/>
                <w:sz w:val="18"/>
              </w:rPr>
              <w:t>（2）引导学生总结算得又对又快的方法。</w:t>
            </w:r>
          </w:p>
          <w:p>
            <w:pPr>
              <w:spacing w:after="20" w:line="276" w:lineRule="auto"/>
            </w:pPr>
            <w:r>
              <w:rPr>
                <w:rFonts w:ascii="宋体" w:hAnsi="宋体" w:eastAsia="宋体"/>
                <w:b w:val="0"/>
                <w:sz w:val="18"/>
              </w:rPr>
              <w:t>2.教科书P77“练习十九”第1题。</w:t>
            </w:r>
          </w:p>
          <w:p>
            <w:pPr>
              <w:spacing w:after="20" w:line="276" w:lineRule="auto"/>
            </w:pPr>
            <w:r>
              <w:rPr>
                <w:rFonts w:ascii="宋体" w:hAnsi="宋体" w:eastAsia="宋体"/>
                <w:b w:val="0"/>
                <w:sz w:val="18"/>
              </w:rPr>
              <w:t>（1）学生在练习本上独立完成。</w:t>
            </w:r>
          </w:p>
          <w:p>
            <w:pPr>
              <w:spacing w:after="20" w:line="276" w:lineRule="auto"/>
            </w:pPr>
            <w:r>
              <w:rPr>
                <w:rFonts w:ascii="宋体" w:hAnsi="宋体" w:eastAsia="宋体"/>
                <w:b w:val="0"/>
                <w:sz w:val="18"/>
              </w:rPr>
              <w:t>（2）集体订正，同桌交换批改。</w:t>
            </w:r>
          </w:p>
          <w:p>
            <w:pPr>
              <w:spacing w:after="20" w:line="276" w:lineRule="auto"/>
            </w:pPr>
            <w:r>
              <w:rPr>
                <w:rFonts w:ascii="宋体" w:hAnsi="宋体" w:eastAsia="宋体"/>
                <w:b w:val="0"/>
                <w:sz w:val="18"/>
              </w:rPr>
              <w:t>（3）指名汇报，要求学生回答：这些题能否简算？简算过程是怎样的？简算的依据是什么？</w:t>
            </w:r>
          </w:p>
          <w:p>
            <w:pPr>
              <w:spacing w:after="20" w:line="276" w:lineRule="auto"/>
            </w:pPr>
            <w:r>
              <w:rPr>
                <w:rFonts w:ascii="宋体" w:hAnsi="宋体" w:eastAsia="宋体"/>
                <w:b w:val="0"/>
                <w:sz w:val="18"/>
              </w:rPr>
              <w:t>第1题也可要求学生先根据题中数据特点判断能否简算，再进行计算。</w:t>
            </w:r>
          </w:p>
          <w:p>
            <w:pPr>
              <w:spacing w:after="20" w:line="276" w:lineRule="auto"/>
            </w:pPr>
            <w:r>
              <w:rPr>
                <w:rFonts w:ascii="宋体" w:hAnsi="宋体" w:eastAsia="宋体"/>
                <w:b w:val="0"/>
                <w:sz w:val="18"/>
              </w:rPr>
              <w:t>3.教科书P78“练习十九”第5题。</w:t>
            </w:r>
          </w:p>
          <w:p>
            <w:pPr>
              <w:spacing w:after="20" w:line="276" w:lineRule="auto"/>
            </w:pPr>
            <w:r>
              <w:rPr>
                <w:rFonts w:ascii="宋体" w:hAnsi="宋体" w:eastAsia="宋体"/>
                <w:b w:val="0"/>
                <w:sz w:val="18"/>
              </w:rPr>
              <w:t>（1）将全班学生分成两大组进行挑战赛。</w:t>
            </w:r>
          </w:p>
          <w:p>
            <w:pPr>
              <w:spacing w:after="20" w:line="276" w:lineRule="auto"/>
            </w:pPr>
            <w:r>
              <w:rPr>
                <w:rFonts w:ascii="宋体" w:hAnsi="宋体" w:eastAsia="宋体"/>
                <w:b w:val="0"/>
                <w:sz w:val="18"/>
              </w:rPr>
              <w:t>（2）宣布比赛结果，集中订正答案。</w:t>
            </w:r>
          </w:p>
          <w:p>
            <w:pPr>
              <w:spacing w:after="20" w:line="276" w:lineRule="auto"/>
            </w:pPr>
            <w:r>
              <w:rPr>
                <w:rFonts w:ascii="宋体" w:hAnsi="宋体" w:eastAsia="宋体"/>
                <w:b w:val="0"/>
                <w:sz w:val="18"/>
              </w:rPr>
              <w:t>（3）通过计算引导学生反思“计算时应注意什么”。</w:t>
            </w:r>
          </w:p>
          <w:p>
            <w:pPr>
              <w:spacing w:after="20" w:line="276" w:lineRule="auto"/>
            </w:pPr>
            <w:r>
              <w:rPr>
                <w:rFonts w:ascii="宋体" w:hAnsi="宋体" w:eastAsia="宋体"/>
                <w:b w:val="0"/>
                <w:sz w:val="18"/>
              </w:rPr>
              <w:t>4.课件出示习题。开心超市。</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（2）同桌交换检查。</w:t>
            </w:r>
          </w:p>
        </w:tc>
        <w:tc>
          <w:tcPr>
            <w:tcW w:type="dxa" w:w="3061"/>
          </w:tcPr>
          <w:p>
            <w:pPr>
              <w:spacing w:after="20" w:line="276" w:lineRule="auto"/>
            </w:pPr>
            <w:r/>
            <w:r>
              <w:rPr>
                <w:rFonts w:ascii="宋体" w:hAnsi="宋体" w:eastAsia="宋体"/>
                <w:b w:val="0"/>
                <w:sz w:val="18"/>
              </w:rPr>
              <w:t>学生基本上都能算出正确结果，部分学生个别题目可能没有简便计算，教师要抓住机会引导学生把按运算顺序算和简算的方法进行对比，使学生体会到简算的优越性，并自觉应用运算律或运算性质进行简算。</w:t>
            </w:r>
          </w:p>
        </w:tc>
        <w:tc>
          <w:tcPr>
            <w:tcW w:type="dxa" w:w="1814"/>
          </w:tcPr>
          <w:p>
            <w:pPr>
              <w:spacing w:after="20" w:line="276" w:lineRule="auto"/>
            </w:pPr>
            <w:r/>
            <w:r>
              <w:rPr>
                <w:rFonts w:ascii="宋体" w:hAnsi="宋体" w:eastAsia="宋体"/>
                <w:b w:val="0"/>
                <w:sz w:val="18"/>
              </w:rPr>
              <w:t>本题呈现的小数连加、连减、加减混合的运算都是不带小括号的，只需按从左到右的顺序算。意在通过本组练习激发学生计算的兴趣，巩固运算的技能。</w:t>
            </w:r>
          </w:p>
        </w:tc>
      </w:tr>
      <w:tr>
        <w:tc>
          <w:tcPr>
            <w:tcW w:type="dxa" w:w="1474"/>
          </w:tcPr>
          <w:p>
            <w:pPr>
              <w:spacing w:after="20" w:line="276" w:lineRule="auto"/>
            </w:pPr>
            <w:r>
              <w:rPr>
                <w:b/>
              </w:rPr>
            </w:r>
            <w:r>
              <w:rPr>
                <w:rFonts w:ascii="宋体" w:hAnsi="宋体" w:eastAsia="宋体"/>
                <w:b/>
                <w:sz w:val="18"/>
              </w:rPr>
              <w:t>三、综合练习，巩固提高</w:t>
            </w:r>
          </w:p>
        </w:tc>
        <w:tc>
          <w:tcPr>
            <w:tcW w:type="dxa" w:w="3061"/>
          </w:tcPr>
          <w:p>
            <w:pPr>
              <w:spacing w:after="20" w:line="276" w:lineRule="auto"/>
            </w:pPr>
            <w:r/>
            <w:r>
              <w:rPr>
                <w:rFonts w:ascii="宋体" w:hAnsi="宋体" w:eastAsia="宋体"/>
                <w:b w:val="0"/>
                <w:sz w:val="18"/>
              </w:rPr>
              <w:t>1.教科书P78“练习十九”第6题。</w:t>
            </w:r>
          </w:p>
          <w:p>
            <w:pPr>
              <w:spacing w:after="20" w:line="276" w:lineRule="auto"/>
            </w:pPr>
            <w:r>
              <w:rPr>
                <w:rFonts w:ascii="宋体" w:hAnsi="宋体" w:eastAsia="宋体"/>
                <w:b w:val="0"/>
                <w:sz w:val="18"/>
              </w:rPr>
              <w:t>（1）教师引导学生结合太阳系各大行星与太阳的平均距离的图片和表格，说说获得了哪些数学信息。</w:t>
            </w:r>
          </w:p>
          <w:p>
            <w:pPr>
              <w:spacing w:after="20" w:line="276" w:lineRule="auto"/>
            </w:pPr>
            <w:r>
              <w:rPr>
                <w:rFonts w:ascii="宋体" w:hAnsi="宋体" w:eastAsia="宋体"/>
                <w:b w:val="0"/>
                <w:sz w:val="18"/>
              </w:rPr>
              <w:t>（2）小组活动：4个同学为一组进行交流，每人至少提一个问题并解答出来。</w:t>
            </w:r>
          </w:p>
          <w:p>
            <w:pPr>
              <w:spacing w:after="20" w:line="276" w:lineRule="auto"/>
            </w:pPr>
            <w:r>
              <w:rPr>
                <w:rFonts w:ascii="宋体" w:hAnsi="宋体" w:eastAsia="宋体"/>
                <w:b w:val="0"/>
                <w:sz w:val="18"/>
              </w:rPr>
              <w:t>（3）推选代表汇报。</w:t>
            </w:r>
          </w:p>
          <w:p>
            <w:pPr>
              <w:spacing w:after="20" w:line="276" w:lineRule="auto"/>
            </w:pPr>
            <w:r>
              <w:rPr>
                <w:rFonts w:ascii="宋体" w:hAnsi="宋体" w:eastAsia="宋体"/>
                <w:b w:val="0"/>
                <w:sz w:val="18"/>
              </w:rPr>
              <w:t>2.教科书P78“练习十九”第7题。</w:t>
            </w:r>
          </w:p>
          <w:p>
            <w:pPr>
              <w:spacing w:after="20" w:line="276" w:lineRule="auto"/>
            </w:pPr>
            <w:r>
              <w:rPr>
                <w:rFonts w:ascii="宋体" w:hAnsi="宋体" w:eastAsia="宋体"/>
                <w:b w:val="0"/>
                <w:sz w:val="18"/>
              </w:rPr>
              <w:t>（1）学生自主读题。</w:t>
            </w:r>
          </w:p>
          <w:p>
            <w:pPr>
              <w:spacing w:after="20" w:line="276" w:lineRule="auto"/>
            </w:pPr>
            <w:r>
              <w:rPr>
                <w:rFonts w:ascii="宋体" w:hAnsi="宋体" w:eastAsia="宋体"/>
                <w:b w:val="0"/>
                <w:sz w:val="18"/>
              </w:rPr>
              <w:t>（2）引导学生理解“买5双送1双”的含义。</w:t>
            </w:r>
          </w:p>
          <w:p>
            <w:pPr>
              <w:spacing w:after="20" w:line="276" w:lineRule="auto"/>
            </w:pPr>
            <w:r>
              <w:rPr>
                <w:rFonts w:ascii="宋体" w:hAnsi="宋体" w:eastAsia="宋体"/>
                <w:b w:val="0"/>
                <w:sz w:val="18"/>
              </w:rPr>
              <w:t>（3）学生独立解答后全班交流。</w:t>
            </w:r>
          </w:p>
          <w:p>
            <w:pPr>
              <w:spacing w:after="20" w:line="276" w:lineRule="auto"/>
            </w:pPr>
            <w:r>
              <w:rPr>
                <w:rFonts w:ascii="宋体" w:hAnsi="宋体" w:eastAsia="宋体"/>
                <w:b w:val="0"/>
                <w:sz w:val="18"/>
              </w:rPr>
              <w:t>3.课件出示习题。</w:t>
            </w:r>
          </w:p>
          <w:p>
            <w:pPr>
              <w:spacing w:after="20" w:line="276" w:lineRule="auto"/>
            </w:pPr>
            <w:r>
              <w:rPr>
                <w:rFonts w:ascii="宋体" w:hAnsi="宋体" w:eastAsia="宋体"/>
                <w:b w:val="0"/>
                <w:sz w:val="18"/>
              </w:rPr>
              <w:t>第5题可以创设竞赛的情境，激发学生挑战的欲望和热情。</w:t>
            </w:r>
          </w:p>
          <w:p>
            <w:pPr>
              <w:spacing w:after="20" w:line="276" w:lineRule="auto"/>
            </w:pPr>
            <w:r>
              <w:rPr>
                <w:rFonts w:ascii="宋体" w:hAnsi="宋体" w:eastAsia="宋体"/>
                <w:b w:val="0"/>
                <w:sz w:val="18"/>
              </w:rPr>
              <w:t>2）集体交流订正，鼓励用不同的方法计算。</w:t>
            </w:r>
          </w:p>
          <w:p>
            <w:pPr>
              <w:spacing w:after="20" w:line="276" w:lineRule="auto"/>
            </w:pPr>
            <w:r>
              <w:rPr>
                <w:rFonts w:ascii="宋体" w:hAnsi="宋体" w:eastAsia="宋体"/>
                <w:b w:val="0"/>
                <w:sz w:val="18"/>
              </w:rPr>
              <w:t>4.教科书P78“练习十九”第8*题。</w:t>
            </w:r>
          </w:p>
          <w:p>
            <w:pPr>
              <w:spacing w:after="20" w:line="276" w:lineRule="auto"/>
            </w:pPr>
            <w:r>
              <w:rPr>
                <w:rFonts w:ascii="宋体" w:hAnsi="宋体" w:eastAsia="宋体"/>
                <w:b w:val="0"/>
                <w:sz w:val="18"/>
              </w:rPr>
              <w:t>（1）学生小组讨论后根据题意画出示意图，把每一秒下落的距离标出来。</w:t>
            </w:r>
          </w:p>
          <w:p>
            <w:pPr>
              <w:spacing w:after="20" w:line="276" w:lineRule="auto"/>
            </w:pPr>
            <w:r>
              <w:rPr>
                <w:rFonts w:ascii="宋体" w:hAnsi="宋体" w:eastAsia="宋体"/>
                <w:b w:val="0"/>
                <w:sz w:val="18"/>
              </w:rPr>
              <w:t>（2）学生根据示意图独立完成。</w:t>
            </w:r>
          </w:p>
          <w:p>
            <w:pPr>
              <w:spacing w:after="20" w:line="276" w:lineRule="auto"/>
            </w:pPr>
            <w:r>
              <w:rPr>
                <w:rFonts w:ascii="宋体" w:hAnsi="宋体" w:eastAsia="宋体"/>
                <w:b w:val="0"/>
                <w:sz w:val="18"/>
              </w:rPr>
              <w:t>（3）集体交流订正。</w:t>
            </w:r>
          </w:p>
        </w:tc>
        <w:tc>
          <w:tcPr>
            <w:tcW w:type="dxa" w:w="3061"/>
          </w:tcPr>
          <w:p>
            <w:pPr>
              <w:spacing w:after="20" w:line="276" w:lineRule="auto"/>
            </w:pPr>
            <w:r/>
            <w:r>
              <w:rPr>
                <w:rFonts w:ascii="宋体" w:hAnsi="宋体" w:eastAsia="宋体"/>
                <w:b w:val="0"/>
                <w:sz w:val="18"/>
              </w:rPr>
              <w:t>本题是一道开放题，让学生广泛交流并解答，提出的问题只要合理即可。</w:t>
            </w:r>
          </w:p>
          <w:p>
            <w:pPr>
              <w:spacing w:after="20" w:line="276" w:lineRule="auto"/>
            </w:pPr>
            <w:r>
              <w:rPr>
                <w:rFonts w:ascii="宋体" w:hAnsi="宋体" w:eastAsia="宋体"/>
                <w:b w:val="0"/>
                <w:sz w:val="18"/>
              </w:rPr>
              <w:t>学生独立完成。</w:t>
            </w:r>
          </w:p>
          <w:p>
            <w:pPr>
              <w:spacing w:after="20" w:line="276" w:lineRule="auto"/>
            </w:pPr>
            <w:r>
              <w:rPr>
                <w:rFonts w:ascii="宋体" w:hAnsi="宋体" w:eastAsia="宋体"/>
                <w:b w:val="0"/>
                <w:sz w:val="18"/>
              </w:rPr>
              <w:t>这道题有的同学列式后直接从左往右算，有的同学会用简便方法计算，教师要引导学生将两种方法进行对比，感受简算的优越性，让学生养成能简算就简算的习惯。</w:t>
            </w:r>
          </w:p>
        </w:tc>
        <w:tc>
          <w:tcPr>
            <w:tcW w:type="dxa" w:w="1814"/>
          </w:tcPr>
          <w:p>
            <w:pPr>
              <w:spacing w:after="20" w:line="276" w:lineRule="auto"/>
            </w:pPr>
            <w:r/>
            <w:r>
              <w:rPr>
                <w:rFonts w:ascii="宋体" w:hAnsi="宋体" w:eastAsia="宋体"/>
                <w:b w:val="0"/>
                <w:sz w:val="18"/>
              </w:rPr>
              <w:t>综合练习主要是综合运用所学知识解决生活中的实际问题，意在让学生经历解决问题的过程，培养学生发现问题、提出问题、解决问题的能力。</w:t>
            </w:r>
          </w:p>
          <w:p>
            <w:pPr>
              <w:spacing w:after="20" w:line="276" w:lineRule="auto"/>
            </w:pPr>
            <w:r>
              <w:rPr>
                <w:rFonts w:ascii="宋体" w:hAnsi="宋体" w:eastAsia="宋体"/>
                <w:b w:val="0"/>
                <w:sz w:val="18"/>
              </w:rPr>
              <w:t>按教科书安排，本题是选做题。由于题中的物体每一秒下落的距离都在改变，理解题中动态变化的数量关系是难点。因此这里的拓展练习意在教会学生利用简单的示意图理解题中复杂的数量关系，拓宽他们的视野。</w:t>
            </w:r>
          </w:p>
        </w:tc>
      </w:tr>
      <w:tr>
        <w:tc>
          <w:tcPr>
            <w:tcW w:type="dxa" w:w="1474"/>
          </w:tcPr>
          <w:p>
            <w:pPr>
              <w:spacing w:after="20" w:line="276" w:lineRule="auto"/>
            </w:pPr>
            <w:r>
              <w:rPr>
                <w:b/>
              </w:rPr>
            </w:r>
            <w:r>
              <w:rPr>
                <w:rFonts w:ascii="宋体" w:hAnsi="宋体" w:eastAsia="宋体"/>
                <w:b/>
                <w:sz w:val="18"/>
              </w:rPr>
              <w:t>四、课堂小结，提升认识</w:t>
            </w:r>
          </w:p>
        </w:tc>
        <w:tc>
          <w:tcPr>
            <w:tcW w:type="dxa" w:w="3061"/>
          </w:tcPr>
          <w:p>
            <w:pPr>
              <w:spacing w:after="20" w:line="276" w:lineRule="auto"/>
            </w:pPr>
            <w:r/>
            <w:r>
              <w:rPr>
                <w:rFonts w:ascii="宋体" w:hAnsi="宋体" w:eastAsia="宋体"/>
                <w:b w:val="0"/>
                <w:sz w:val="18"/>
              </w:rPr>
              <w:t>师：今天的练习课你有什么收获？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引导学生回顾梳理本课所学，完善认知结构，提升归纳与反思能力，核心问题："今天的练习课你有什么收获？"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完成教科书P77～78“练习十九”第1、5、6、7、8*题。</w:t>
      </w:r>
    </w:p>
    <w:p>
      <w:pPr>
        <w:spacing w:after="40" w:line="300" w:lineRule="auto"/>
        <w:ind w:firstLine="400"/>
      </w:pPr>
      <w:r>
        <w:rPr>
          <w:rFonts w:ascii="宋体" w:hAnsi="宋体" w:eastAsia="宋体"/>
          <w:b w:val="0"/>
          <w:sz w:val="20"/>
        </w:rPr>
        <w:t>② 原设计安排：见“状元成才路”系列丛书《创优作业100分》对应课时作业。 1.在下面的横线上填上适当的数。 5.23＋3.6＋4.77＝5.23＋ ＋3.6 7.84＋3.6＋4.4＝7.84＋（ ＋ ） 24.57－（14.57＋1.23）＝24.57－ － 34.9－4.32－8.68＝34.9－（ ＋ ） 2.计算下面各题，怎样简便就怎样计算。 67.87－（37.87＋1.3） 7.34＋2.66－1.23－3.77 16.36－4.2＋0.64－3.8 3.在绿城南宁，火红的朱槿花随处可见，一年四季都是朱槿花盛开的季节。一家文创商店推出了一些带有朱槿花元素的文创商品。 （1）徽章、冰箱贴、书签、杯垫的售价分别是19.28元、26.32元、15.72元、13.68元。状状买这四样商品各一件需要多少钱？ 因为含有朱槿花元素的线圈本受到大家的喜欢，该商店推出特别活动：线圈本“买5送2”（不与其他优惠同享），每本线圈本5.58元。菲菲想买14本送给朋友们，一共需要多少钱？ 【教学笔记】 参考答案 1.4.77 3.6 4.4 14.57 1.23 4.32 8.68 2. 67.87－（37.87＋1.3） ＝67.87－37.87－1.3 ＝30－1.3 ＝28.7 7.34＋2.66－1.23－3.77 ＝（7.34＋2.66）－（1.23＋3.77） ＝10－5 ＝5 16.36－4.2＋0.64－3.8 ＝（16.36＋0.64）－（4.2＋3.8） ＝17－8 ＝9 3.（1）19.28＋26.32＋15.72＋13.68＝75（元） 75＞60 75－16.88＝58.12（元） （2）14÷（5＋2）＝2（组） 2×5＝10（本） 5.58×10＝55.8（元）</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练习采用的是讲练结合的方式，力求做到题型丰富，方法多样。从教学效果看，大部分学生对于简便计算知识掌握得不错，但仍有少数学生还需要加大计算训练力度，提高解决问题的能力。</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