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第7单元 图形的运动（二）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第7单元 图形的运动（二）</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小学阶段“图形的运动”共安排了三次。二年级安排了一次，侧重于整体感受现象，帮助学生直观认识平移、旋转和轴对称图形，在活动中积累图形运动的活动经验。四、五年级各安排了一次，侧重于通过画图等方式，体会平移、旋转和轴对称的特点。本单元是第二次学习“图形的运动”，主要内容有轴对称、平移和解决实际问题。要求学生能在方格纸上画出简单的轴对称图形的对称轴及补全简单的轴对称图形，能在方格纸上画出一个简单图形沿水平方向、竖直方向平移后的图形，会运用平移知识解决简单的实际问题。在观察、操作活动中，帮助学生积累图形运动经验，描述或画出图形的运动和变化，促使学生在探索和理解“运动”的过程中，认识图形之间的关系，发展学生的空间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四年级的学生生性活泼、富有好胜心理，并且大部分学生已养成良好的学习习惯，能在课堂上大胆地表达自己的见解。学生在之前的学习中已经初步感知了生活中的轴对称、平移和旋转现象，初步认识了轴对称图形，了解了对称轴和轴对称图形的一些基本特征，并能根据轴对称图形的特征，在一组图形中识别出轴对称图形。在此基础上，本单元让学生进一步认识轴对称图形，探索轴对称图形的特征和性质，并能在方格纸上画出轴对称图形和简单图形沿水平或竖直方向平移后的图形，让学生在已有知识的基础上探究新知识。</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第1课时：在观察、操作等活动中，进一步认识轴对称图形及其对称轴，体会轴对称图形的特征和性质，并能在方格纸上补全一个轴对称图形。</w:t>
      </w:r>
    </w:p>
    <w:p>
      <w:pPr>
        <w:spacing w:after="20" w:line="300" w:lineRule="auto"/>
        <w:ind w:firstLine="400"/>
      </w:pPr>
      <w:r>
        <w:rPr>
          <w:rFonts w:ascii="宋体" w:hAnsi="宋体" w:eastAsia="宋体"/>
          <w:b w:val="0"/>
          <w:sz w:val="20"/>
        </w:rPr>
        <w:t>第2课时：通过移一移的活动了解平移的两个参量——移动的方向和移动的距离，理解平移的距离与图形间的距离。</w:t>
      </w:r>
    </w:p>
    <w:p>
      <w:pPr>
        <w:spacing w:after="20" w:line="300" w:lineRule="auto"/>
        <w:ind w:firstLine="400"/>
      </w:pPr>
      <w:r>
        <w:rPr>
          <w:rFonts w:ascii="宋体" w:hAnsi="宋体" w:eastAsia="宋体"/>
          <w:b w:val="0"/>
          <w:sz w:val="20"/>
        </w:rPr>
        <w:t>第3课时：经历自主探究的过程，运用平移的方法解决简单不规则图形的面积问题，加深对“平移”这种图形变换方式的理解。</w:t>
      </w:r>
    </w:p>
    <w:p>
      <w:pPr>
        <w:spacing w:after="20" w:line="300" w:lineRule="auto"/>
        <w:ind w:firstLine="400"/>
      </w:pPr>
      <w:r>
        <w:rPr>
          <w:rFonts w:ascii="宋体" w:hAnsi="宋体" w:eastAsia="宋体"/>
          <w:b w:val="0"/>
          <w:sz w:val="20"/>
        </w:rPr>
        <w:t>第4课时：在练习中进一步体会轴对称图形的特征和性质，会判断图形平移的方向和距离，能在方格纸上补全一个轴对称图形的另一半，会在方格纸上画出一个简单图形沿水平方向、竖直方向平移后的图形。</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关注知识的形成过程，把握核心问题。教科书结合学生熟悉的生活、学习情境，关注了知识的形成过程，既有数学知识的认识深化，更有数学思想方法的渗透与应用。教学时要全面分析教科书，重视教科书的修改变化，确定好教学目标，把握核心问题，落实课标核心理念，为学生指明解决问题的思考方向。</w:t>
      </w:r>
    </w:p>
    <w:p>
      <w:pPr>
        <w:spacing w:after="20" w:line="300" w:lineRule="auto"/>
      </w:pPr>
      <w:r>
        <w:rPr>
          <w:rFonts w:ascii="宋体" w:hAnsi="宋体" w:eastAsia="宋体"/>
          <w:b w:val="0"/>
          <w:sz w:val="20"/>
        </w:rPr>
        <w:t>● 设计活动，重视数学思考。教科书不仅设计了看一看、画一画、找一找、数一数、填一填等操作活动，而且注意设计需要学生分析、猜测和推理的探究活动，不断引发学生的数学思考，培养学生的空间观念和思维能力。教学中，教师要切实组织好课堂活动，为学生提供时间和空间，让学生根据操作过程或已有的知识经验不断思考，合作研讨，动手尝试探究。不要让教师的演示或少数学生的活动和回答代替每一名学生的亲自动手、亲自体验和独立思考。这样学生思维才能得以锻炼，解决问题的意识、策略方法才能得到发展。</w:t>
      </w:r>
    </w:p>
    <w:p>
      <w:pPr>
        <w:spacing w:after="20" w:line="300" w:lineRule="auto"/>
      </w:pPr>
      <w:r>
        <w:rPr>
          <w:rFonts w:ascii="宋体" w:hAnsi="宋体" w:eastAsia="宋体"/>
          <w:b w:val="0"/>
          <w:sz w:val="20"/>
        </w:rPr>
        <w:t>● 用好方格图，培养学生的空间观念。本单元的4个例题全部使用了方格图。方格图发挥了测量标准的重要作用，除了帮助学生发现和总结计算方法，更为学生理解和感受图形之间的联系起到了重要的作用。同时，方格图为学生提供实践的空间，使学生有了“做”数学、体验数学、经历数学的机会，有助于学生更好地学习数学知识，掌握数学学习方法。学生在这样的活动中，不仅收获了知识，也积累了测量的意识和方法，发展了空间观念。</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轴对称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在观察、操作等活动中，进一步认识轴对称图形及其对称轴，体会轴对称图形的特征和性质，并能在方格纸上补全一个轴对称图形。</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平移（1）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通过移一移的活动了解平移的两个参量——移动的方向和移动的距离，理解平移的距离与图形间的距离。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平移（2）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经历自主探究的过程，运用平移的方法解决简单不规则图形的面积问题，加深对“平移”这种图形变换方式的理解。</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练习课（轴对称与平移）</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在练习中进一步体会轴对称图形的特征和性质，会判断图形平移的方向和距离，能在方格纸上补全一个轴对称图形的另一半，会在方格纸上画出一个简单图形沿水平方向、竖直方向平移后的图形。</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轴对称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轴对称</w:t>
            </w:r>
          </w:p>
        </w:tc>
        <w:tc>
          <w:tcPr>
            <w:tcW w:type="dxa" w:w="6009"/>
          </w:tcPr>
          <w:p>
            <w:pPr>
              <w:spacing w:after="20" w:line="276" w:lineRule="auto"/>
            </w:pPr>
            <w:r/>
            <w:r>
              <w:rPr>
                <w:rFonts w:ascii="宋体" w:hAnsi="宋体" w:eastAsia="宋体"/>
                <w:b w:val="0"/>
                <w:sz w:val="20"/>
              </w:rPr>
              <w:t>第7单元 图形的运动（二）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生性活泼、富有好胜心理，并且大部分学生已养成良好的学习习惯，能在课堂上大胆地表达自己的见解。学生在之前的学习中已经初步感知了生活中的轴对称、平移和旋转现象，初步认识了轴对称图形，了解了对称轴和轴对称图形的一些基本特征，并能根据轴对称图形的特征，在一组图形中识别出轴对称图形。在此基础上，本单元让学生进一步认识轴对称图形，探索轴对称图形的特征和性质，并能在方格纸上画出轴对称图形和简单图形沿水平或竖直方向平移后的图形，让学生在已有知识的基础上探究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教学内容：教科书P79～80例1、例2，完成P80“做一做”，P81～82“练习二十”第1～6题。</w:t>
      </w:r>
    </w:p>
    <w:p>
      <w:pPr>
        <w:spacing w:after="80" w:line="300" w:lineRule="auto"/>
        <w:ind w:firstLine="400"/>
      </w:pPr>
      <w:r>
        <w:rPr>
          <w:rFonts w:ascii="宋体" w:hAnsi="宋体" w:eastAsia="宋体"/>
          <w:b w:val="0"/>
          <w:sz w:val="20"/>
        </w:rPr>
        <w:t>教学准备：课件，学生剪下的教科书P113附页1的图形。</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（1）在观察、操作等活动中，进一步认识轴对称图形及其对称轴，体会轴对称图形的特征和性质，并能在方格纸上补全一个轴对称图形。</w:t>
      </w:r>
    </w:p>
    <w:p>
      <w:pPr>
        <w:spacing w:after="20" w:line="300" w:lineRule="auto"/>
        <w:ind w:firstLine="400"/>
      </w:pPr>
      <w:r>
        <w:rPr>
          <w:rFonts w:ascii="宋体" w:hAnsi="宋体" w:eastAsia="宋体"/>
          <w:b w:val="0"/>
          <w:sz w:val="20"/>
        </w:rPr>
        <w:t>（2）在探究轴对称图形性质的过程中体会对应思想，在总结画法的过程中提高学生的抽象、概括能力，发展空间观念。</w:t>
      </w:r>
    </w:p>
    <w:p>
      <w:pPr>
        <w:spacing w:after="20" w:line="300" w:lineRule="auto"/>
        <w:ind w:firstLine="400"/>
      </w:pPr>
      <w:r>
        <w:rPr>
          <w:rFonts w:ascii="宋体" w:hAnsi="宋体" w:eastAsia="宋体"/>
          <w:b w:val="0"/>
          <w:sz w:val="20"/>
        </w:rPr>
        <w:t>（3）让学生在活动中欣赏图形的变换美，进一步感受轴对称在生活中的应用，体会学习数学的价值。</w:t>
      </w:r>
    </w:p>
    <w:p>
      <w:pPr>
        <w:spacing w:after="20" w:line="300" w:lineRule="auto"/>
      </w:pPr>
      <w:r>
        <w:rPr>
          <w:rFonts w:ascii="宋体" w:hAnsi="宋体" w:eastAsia="宋体"/>
          <w:b w:val="0"/>
          <w:sz w:val="20"/>
        </w:rPr>
        <w:t>教学重点：掌握轴对称图形的特征和性质。</w:t>
      </w:r>
    </w:p>
    <w:p>
      <w:pPr>
        <w:spacing w:after="20" w:line="300" w:lineRule="auto"/>
      </w:pPr>
      <w:r>
        <w:rPr>
          <w:rFonts w:ascii="宋体" w:hAnsi="宋体" w:eastAsia="宋体"/>
          <w:b w:val="0"/>
          <w:sz w:val="20"/>
        </w:rPr>
        <w:t>教学难点：能在方格纸上画出轴对称图形的另一半。</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w:t>
            </w:r>
          </w:p>
        </w:tc>
        <w:tc>
          <w:tcPr>
            <w:tcW w:type="dxa" w:w="1814"/>
          </w:tcPr>
          <w:p>
            <w:pPr>
              <w:spacing w:after="20" w:line="276" w:lineRule="auto"/>
            </w:pPr>
            <w:r/>
            <w:r>
              <w:rPr>
                <w:rFonts w:ascii="宋体" w:hAnsi="宋体" w:eastAsia="宋体"/>
                <w:b w:val="0"/>
                <w:sz w:val="18"/>
              </w:rPr>
              <w:t>课件、图片、教科书</w:t>
            </w:r>
          </w:p>
        </w:tc>
        <w:tc>
          <w:tcPr>
            <w:tcW w:type="dxa" w:w="3402"/>
          </w:tcPr>
          <w:p>
            <w:pPr>
              <w:spacing w:after="20" w:line="276" w:lineRule="auto"/>
            </w:pPr>
            <w:r/>
            <w:r>
              <w:rPr>
                <w:rFonts w:ascii="宋体" w:hAnsi="宋体" w:eastAsia="宋体"/>
                <w:b w:val="0"/>
                <w:sz w:val="18"/>
              </w:rPr>
              <w:t>观察这些图片，你能发现它们有什么共同特征吗？</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二、进一步认识轴对称图形及其对称轴</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观察教科书P79的主题图，它们是轴对称图形吗？；你还见过哪些轴对称图形？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三、探究轴对称图形的性质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这幅松树图是轴对称图形吗？为什么？中间的一条直线表示什么？；你还能找到这样的对应点吗？能用字母表示吗？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四、运用性质解决问题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乐乐想画一个五角星，她现在在方格图上画出了五角星的一半，你能帮乐乐补全这个五角星吗?；要想顺利地画出另一半图形，你有什么办法?依据是什么？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五、巩固练习，加强运用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通过今天的学习，你对轴对称图形有哪些新的认识？又有什么收获？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w:t>
            </w:r>
          </w:p>
        </w:tc>
        <w:tc>
          <w:tcPr>
            <w:tcW w:type="dxa" w:w="3061"/>
          </w:tcPr>
          <w:p>
            <w:pPr>
              <w:spacing w:after="20" w:line="276" w:lineRule="auto"/>
            </w:pPr>
            <w:r/>
            <w:r>
              <w:rPr>
                <w:rFonts w:ascii="宋体" w:hAnsi="宋体" w:eastAsia="宋体"/>
                <w:b w:val="0"/>
                <w:sz w:val="18"/>
              </w:rPr>
              <w:t>1.课件出示图片。</w:t>
            </w:r>
          </w:p>
          <w:p>
            <w:pPr>
              <w:spacing w:after="20" w:line="276" w:lineRule="auto"/>
            </w:pPr>
            <w:r>
              <w:rPr>
                <w:rFonts w:ascii="宋体" w:hAnsi="宋体" w:eastAsia="宋体"/>
                <w:b w:val="0"/>
                <w:sz w:val="18"/>
              </w:rPr>
              <w:t>师：观察这些图片，你能发现它们有什么共同特征吗？</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师：对，二年级时，我们已经初步认识了生活中的轴对称现象，今天我们继续学习轴对称。（板书课题：轴对称）</w:t>
            </w:r>
          </w:p>
        </w:tc>
        <w:tc>
          <w:tcPr>
            <w:tcW w:type="dxa" w:w="3061"/>
          </w:tcPr>
          <w:p>
            <w:pPr>
              <w:spacing w:after="20" w:line="276" w:lineRule="auto"/>
            </w:pPr>
            <w:r/>
            <w:r>
              <w:rPr>
                <w:rFonts w:ascii="宋体" w:hAnsi="宋体" w:eastAsia="宋体"/>
                <w:b w:val="0"/>
                <w:sz w:val="18"/>
              </w:rPr>
              <w:t>它们都是轴对称图形。</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创设情境激活学生已有经验，自然引出本课学习内容，激发学习兴趣，核心问题："观察这些图片，你能发现它们有什么共同特征吗？"</w:t>
            </w:r>
          </w:p>
        </w:tc>
      </w:tr>
      <w:tr>
        <w:tc>
          <w:tcPr>
            <w:tcW w:type="dxa" w:w="1474"/>
          </w:tcPr>
          <w:p>
            <w:pPr>
              <w:spacing w:after="20" w:line="276" w:lineRule="auto"/>
            </w:pPr>
            <w:r>
              <w:rPr>
                <w:b/>
              </w:rPr>
            </w:r>
            <w:r>
              <w:rPr>
                <w:rFonts w:ascii="宋体" w:hAnsi="宋体" w:eastAsia="宋体"/>
                <w:b/>
                <w:sz w:val="18"/>
              </w:rPr>
              <w:t>二、进一步认识轴对称图形及其对称轴</w:t>
            </w:r>
          </w:p>
        </w:tc>
        <w:tc>
          <w:tcPr>
            <w:tcW w:type="dxa" w:w="3061"/>
          </w:tcPr>
          <w:p>
            <w:pPr>
              <w:spacing w:after="20" w:line="276" w:lineRule="auto"/>
            </w:pPr>
            <w:r/>
            <w:r>
              <w:rPr>
                <w:rFonts w:ascii="宋体" w:hAnsi="宋体" w:eastAsia="宋体"/>
                <w:b w:val="0"/>
                <w:sz w:val="18"/>
              </w:rPr>
              <w:t>1.教师课件演示对折的过程，学生回顾轴对称图形和对称轴的概念。</w:t>
            </w:r>
          </w:p>
          <w:p>
            <w:pPr>
              <w:spacing w:after="20" w:line="276" w:lineRule="auto"/>
            </w:pPr>
            <w:r>
              <w:rPr>
                <w:rFonts w:ascii="宋体" w:hAnsi="宋体" w:eastAsia="宋体"/>
                <w:b w:val="0"/>
                <w:sz w:val="18"/>
              </w:rPr>
              <w:t>教学过程中教师要引导学生规范表述轴对称图形和对称轴的概念。</w:t>
            </w:r>
          </w:p>
          <w:p>
            <w:pPr>
              <w:spacing w:after="20" w:line="276" w:lineRule="auto"/>
            </w:pPr>
            <w:r>
              <w:rPr>
                <w:rFonts w:ascii="宋体" w:hAnsi="宋体" w:eastAsia="宋体"/>
                <w:b w:val="0"/>
                <w:sz w:val="18"/>
              </w:rPr>
              <w:t>操作等活动，激活已有经验，并进一步理解轴对称图形及其对称轴的知识。</w:t>
            </w:r>
          </w:p>
          <w:p>
            <w:pPr>
              <w:spacing w:after="20" w:line="276" w:lineRule="auto"/>
            </w:pPr>
            <w:r>
              <w:rPr>
                <w:rFonts w:ascii="宋体" w:hAnsi="宋体" w:eastAsia="宋体"/>
                <w:b w:val="0"/>
                <w:sz w:val="18"/>
              </w:rPr>
              <w:t>2.尝试画对称轴。</w:t>
            </w:r>
          </w:p>
          <w:p>
            <w:pPr>
              <w:spacing w:after="20" w:line="276" w:lineRule="auto"/>
            </w:pPr>
            <w:r>
              <w:rPr>
                <w:rFonts w:ascii="宋体" w:hAnsi="宋体" w:eastAsia="宋体"/>
                <w:b w:val="0"/>
                <w:sz w:val="18"/>
              </w:rPr>
              <w:t>师：观察教科书P79的主题图，它们是轴对称图形吗？如果是，请尝试画出对称轴。</w:t>
            </w:r>
          </w:p>
          <w:p>
            <w:pPr>
              <w:spacing w:after="20" w:line="276" w:lineRule="auto"/>
            </w:pPr>
            <w:r>
              <w:rPr>
                <w:rFonts w:ascii="宋体" w:hAnsi="宋体" w:eastAsia="宋体"/>
                <w:b w:val="0"/>
                <w:sz w:val="18"/>
              </w:rPr>
              <w:t>3.在生活中找轴对称图形。</w:t>
            </w:r>
          </w:p>
          <w:p>
            <w:pPr>
              <w:spacing w:after="20" w:line="276" w:lineRule="auto"/>
            </w:pPr>
            <w:r>
              <w:rPr>
                <w:rFonts w:ascii="宋体" w:hAnsi="宋体" w:eastAsia="宋体"/>
                <w:b w:val="0"/>
                <w:sz w:val="18"/>
              </w:rPr>
              <w:t>师：你还见过哪些轴对称图形？</w:t>
            </w:r>
          </w:p>
        </w:tc>
        <w:tc>
          <w:tcPr>
            <w:tcW w:type="dxa" w:w="3061"/>
          </w:tcPr>
          <w:p>
            <w:pPr>
              <w:spacing w:after="20" w:line="276" w:lineRule="auto"/>
            </w:pPr>
            <w:r/>
            <w:r>
              <w:rPr>
                <w:rFonts w:ascii="宋体" w:hAnsi="宋体" w:eastAsia="宋体"/>
                <w:b w:val="0"/>
                <w:sz w:val="18"/>
              </w:rPr>
              <w:t>像这样，对折后两边能够完全重合的图形就是轴对称图形，折痕所在的这条直线就是对称轴。</w:t>
            </w:r>
          </w:p>
          <w:p>
            <w:pPr>
              <w:spacing w:after="20" w:line="276" w:lineRule="auto"/>
            </w:pPr>
            <w:r>
              <w:rPr>
                <w:rFonts w:ascii="宋体" w:hAnsi="宋体" w:eastAsia="宋体"/>
                <w:b w:val="0"/>
                <w:sz w:val="18"/>
              </w:rPr>
              <w:t>学生自主绘图，教师巡查。</w:t>
            </w:r>
          </w:p>
          <w:p>
            <w:pPr>
              <w:spacing w:after="20" w:line="276" w:lineRule="auto"/>
            </w:pPr>
            <w:r>
              <w:rPr>
                <w:rFonts w:ascii="宋体" w:hAnsi="宋体" w:eastAsia="宋体"/>
                <w:b w:val="0"/>
                <w:sz w:val="18"/>
              </w:rPr>
              <w:t>雪花、正方形、等腰三角形……</w:t>
            </w:r>
          </w:p>
        </w:tc>
        <w:tc>
          <w:tcPr>
            <w:tcW w:type="dxa" w:w="1814"/>
          </w:tcPr>
          <w:p>
            <w:pPr>
              <w:spacing w:after="20" w:line="276" w:lineRule="auto"/>
            </w:pPr>
            <w:r/>
            <w:r>
              <w:rPr>
                <w:rFonts w:ascii="宋体" w:hAnsi="宋体" w:eastAsia="宋体"/>
                <w:b w:val="0"/>
                <w:sz w:val="18"/>
              </w:rPr>
              <w:t>轴对称图形的知识是学生在二年级下册学习的内容，这里让学生通过观察、</w:t>
            </w:r>
          </w:p>
        </w:tc>
      </w:tr>
      <w:tr>
        <w:tc>
          <w:tcPr>
            <w:tcW w:type="dxa" w:w="1474"/>
          </w:tcPr>
          <w:p>
            <w:pPr>
              <w:spacing w:after="20" w:line="276" w:lineRule="auto"/>
            </w:pPr>
            <w:r>
              <w:rPr>
                <w:b/>
              </w:rPr>
            </w:r>
            <w:r>
              <w:rPr>
                <w:rFonts w:ascii="宋体" w:hAnsi="宋体" w:eastAsia="宋体"/>
                <w:b/>
                <w:sz w:val="18"/>
              </w:rPr>
              <w:t>三、探究轴对称图形的性质</w:t>
            </w:r>
          </w:p>
        </w:tc>
        <w:tc>
          <w:tcPr>
            <w:tcW w:type="dxa" w:w="3061"/>
          </w:tcPr>
          <w:p>
            <w:pPr>
              <w:spacing w:after="20" w:line="276" w:lineRule="auto"/>
            </w:pPr>
            <w:r/>
            <w:r>
              <w:rPr>
                <w:rFonts w:ascii="宋体" w:hAnsi="宋体" w:eastAsia="宋体"/>
                <w:b w:val="0"/>
                <w:sz w:val="18"/>
              </w:rPr>
              <w:t>1.理解对应点。</w:t>
            </w:r>
          </w:p>
          <w:p>
            <w:pPr>
              <w:spacing w:after="20" w:line="276" w:lineRule="auto"/>
            </w:pPr>
            <w:r>
              <w:rPr>
                <w:rFonts w:ascii="宋体" w:hAnsi="宋体" w:eastAsia="宋体"/>
                <w:b w:val="0"/>
                <w:sz w:val="18"/>
              </w:rPr>
              <w:t>(1)课件出示教科书P79例1主题图。（先不显示点B和点B′）</w:t>
            </w:r>
          </w:p>
          <w:p>
            <w:pPr>
              <w:spacing w:after="20" w:line="276" w:lineRule="auto"/>
            </w:pPr>
            <w:r>
              <w:rPr>
                <w:rFonts w:ascii="宋体" w:hAnsi="宋体" w:eastAsia="宋体"/>
                <w:b w:val="0"/>
                <w:sz w:val="18"/>
              </w:rPr>
              <w:t>师：这幅松树图是轴对称图形吗？为什么？中间的一条直线表示什么？</w:t>
            </w:r>
          </w:p>
          <w:p>
            <w:pPr>
              <w:spacing w:after="20" w:line="276" w:lineRule="auto"/>
            </w:pPr>
            <w:r>
              <w:rPr>
                <w:rFonts w:ascii="宋体" w:hAnsi="宋体" w:eastAsia="宋体"/>
                <w:b w:val="0"/>
                <w:sz w:val="18"/>
              </w:rPr>
              <w:t>（2）认识对应点。</w:t>
            </w:r>
          </w:p>
          <w:p>
            <w:pPr>
              <w:spacing w:after="20" w:line="276" w:lineRule="auto"/>
            </w:pPr>
            <w:r>
              <w:rPr>
                <w:rFonts w:ascii="宋体" w:hAnsi="宋体" w:eastAsia="宋体"/>
                <w:b w:val="0"/>
                <w:sz w:val="18"/>
              </w:rPr>
              <w:t>教师引导学生观察并说明：沿对称轴对折能完全重合的点，我们称它们是一组对应点。为了表示它们亲密的关系，通常用同一个字母表示，其中一个字母右上角加一小撇区分，在图中点A和点A′就是一组对应点。</w:t>
            </w:r>
          </w:p>
          <w:p>
            <w:pPr>
              <w:spacing w:after="20" w:line="276" w:lineRule="auto"/>
            </w:pPr>
            <w:r>
              <w:rPr>
                <w:rFonts w:ascii="宋体" w:hAnsi="宋体" w:eastAsia="宋体"/>
                <w:b w:val="0"/>
                <w:sz w:val="18"/>
              </w:rPr>
              <w:t>（3）找对应点。</w:t>
            </w:r>
          </w:p>
          <w:p>
            <w:pPr>
              <w:spacing w:after="20" w:line="276" w:lineRule="auto"/>
            </w:pPr>
            <w:r>
              <w:rPr>
                <w:rFonts w:ascii="宋体" w:hAnsi="宋体" w:eastAsia="宋体"/>
                <w:b w:val="0"/>
                <w:sz w:val="18"/>
              </w:rPr>
              <w:t>师：你还能找到这样的对应点吗？能用字母表示吗？</w:t>
            </w:r>
          </w:p>
          <w:p>
            <w:pPr>
              <w:spacing w:after="20" w:line="276" w:lineRule="auto"/>
            </w:pPr>
            <w:r>
              <w:rPr>
                <w:rFonts w:ascii="宋体" w:hAnsi="宋体" w:eastAsia="宋体"/>
                <w:b w:val="0"/>
                <w:sz w:val="18"/>
              </w:rPr>
              <w:t>指名学生上台汇报。</w:t>
            </w:r>
          </w:p>
          <w:p>
            <w:pPr>
              <w:spacing w:after="20" w:line="276" w:lineRule="auto"/>
            </w:pPr>
            <w:r>
              <w:rPr>
                <w:rFonts w:ascii="宋体" w:hAnsi="宋体" w:eastAsia="宋体"/>
                <w:b w:val="0"/>
                <w:sz w:val="18"/>
              </w:rPr>
              <w:t>2.在操作中理解轴对称图形的对应点到对称轴的距离相等。</w:t>
            </w:r>
          </w:p>
          <w:p>
            <w:pPr>
              <w:spacing w:after="20" w:line="276" w:lineRule="auto"/>
            </w:pPr>
            <w:r>
              <w:rPr>
                <w:rFonts w:ascii="宋体" w:hAnsi="宋体" w:eastAsia="宋体"/>
                <w:b w:val="0"/>
                <w:sz w:val="18"/>
              </w:rPr>
              <w:t>（1）师：点A和点A′在这幅图中是两个对应点，将这两个对应点连接起来，对应点的连线与对称轴有什么关系？</w:t>
            </w:r>
          </w:p>
          <w:p>
            <w:pPr>
              <w:spacing w:after="20" w:line="276" w:lineRule="auto"/>
            </w:pPr>
            <w:r>
              <w:rPr>
                <w:rFonts w:ascii="宋体" w:hAnsi="宋体" w:eastAsia="宋体"/>
                <w:b w:val="0"/>
                <w:sz w:val="18"/>
              </w:rPr>
              <w:t>（2）小组研究。</w:t>
            </w:r>
          </w:p>
          <w:p>
            <w:pPr>
              <w:spacing w:after="20" w:line="276" w:lineRule="auto"/>
            </w:pPr>
            <w:r>
              <w:rPr>
                <w:rFonts w:ascii="宋体" w:hAnsi="宋体" w:eastAsia="宋体"/>
                <w:b w:val="0"/>
                <w:sz w:val="18"/>
              </w:rPr>
              <w:t>师：（例1主题图课件显示点B和点B′）仔细观察这个图形，数一数，填一填，你发现了什么？</w:t>
            </w:r>
          </w:p>
          <w:p>
            <w:pPr>
              <w:spacing w:after="20" w:line="276" w:lineRule="auto"/>
            </w:pPr>
            <w:r>
              <w:rPr>
                <w:rFonts w:ascii="宋体" w:hAnsi="宋体" w:eastAsia="宋体"/>
                <w:b w:val="0"/>
                <w:sz w:val="18"/>
              </w:rPr>
              <w:t>课件出示以下问题，学生分小组讨论完成。</w:t>
            </w:r>
          </w:p>
          <w:p>
            <w:pPr>
              <w:spacing w:after="20" w:line="276" w:lineRule="auto"/>
            </w:pPr>
            <w:r>
              <w:rPr>
                <w:rFonts w:ascii="宋体" w:hAnsi="宋体" w:eastAsia="宋体"/>
                <w:b w:val="0"/>
                <w:sz w:val="18"/>
              </w:rPr>
              <w:t>（3）验证推广。</w:t>
            </w:r>
          </w:p>
          <w:p>
            <w:pPr>
              <w:spacing w:after="20" w:line="276" w:lineRule="auto"/>
            </w:pPr>
            <w:r>
              <w:rPr>
                <w:rFonts w:ascii="宋体" w:hAnsi="宋体" w:eastAsia="宋体"/>
                <w:b w:val="0"/>
                <w:sz w:val="18"/>
              </w:rPr>
              <w:t>师：刚才同学们通过认真观察，发现这个轴对称图形上的两个对应点到对称轴的方格数是相等的，是不是所有的轴对称图形都有这个特征呢?</w:t>
            </w:r>
          </w:p>
          <w:p>
            <w:pPr>
              <w:spacing w:after="20" w:line="276" w:lineRule="auto"/>
            </w:pPr>
            <w:r>
              <w:rPr>
                <w:rFonts w:ascii="宋体" w:hAnsi="宋体" w:eastAsia="宋体"/>
                <w:b w:val="0"/>
                <w:sz w:val="18"/>
              </w:rPr>
              <w:t>（4）师小结：轴对称图形的对应点到对称轴的方格数(距离)相等。（板书）</w:t>
            </w:r>
          </w:p>
        </w:tc>
        <w:tc>
          <w:tcPr>
            <w:tcW w:type="dxa" w:w="3061"/>
          </w:tcPr>
          <w:p>
            <w:pPr>
              <w:spacing w:after="20" w:line="276" w:lineRule="auto"/>
            </w:pPr>
            <w:r/>
            <w:r>
              <w:rPr>
                <w:rFonts w:ascii="宋体" w:hAnsi="宋体" w:eastAsia="宋体"/>
                <w:b w:val="0"/>
                <w:sz w:val="18"/>
              </w:rPr>
              <w:t>是轴对称图形，因为它沿着中间的直线对折后左右两边能够完全重合，中间的那条直线就是对称轴。</w:t>
            </w:r>
          </w:p>
          <w:p>
            <w:pPr>
              <w:spacing w:after="20" w:line="276" w:lineRule="auto"/>
            </w:pPr>
            <w:r>
              <w:rPr>
                <w:rFonts w:ascii="宋体" w:hAnsi="宋体" w:eastAsia="宋体"/>
                <w:b w:val="0"/>
                <w:sz w:val="18"/>
              </w:rPr>
              <w:t>对应点的连线与对称轴互相垂直。（教师引导学生明确对应点到对称轴“距离”的含义，适时板书。）</w:t>
            </w:r>
          </w:p>
          <w:p>
            <w:pPr>
              <w:spacing w:after="20" w:line="276" w:lineRule="auto"/>
            </w:pPr>
            <w:r>
              <w:rPr>
                <w:rFonts w:ascii="宋体" w:hAnsi="宋体" w:eastAsia="宋体"/>
                <w:b w:val="0"/>
                <w:sz w:val="18"/>
              </w:rPr>
              <w:t>点A和点A′到对称轴的距离都是3小格。点B和点B′到对称轴的距离都是2小格，距离相等。发现轴对称图形上两个对应点到对称轴的方格数（距离）是相等的。</w:t>
            </w:r>
          </w:p>
          <w:p>
            <w:pPr>
              <w:spacing w:after="20" w:line="276" w:lineRule="auto"/>
            </w:pPr>
            <w:r>
              <w:rPr>
                <w:rFonts w:ascii="宋体" w:hAnsi="宋体" w:eastAsia="宋体"/>
                <w:b w:val="0"/>
                <w:sz w:val="18"/>
              </w:rPr>
              <w:t>学生选一个自己喜欢的图形，先画出对称轴，再用字母标出对应点，像刚才一样继续研究验证。</w:t>
            </w:r>
          </w:p>
        </w:tc>
        <w:tc>
          <w:tcPr>
            <w:tcW w:type="dxa" w:w="1814"/>
          </w:tcPr>
          <w:p>
            <w:pPr>
              <w:spacing w:after="20" w:line="276" w:lineRule="auto"/>
            </w:pPr>
            <w:r/>
            <w:r>
              <w:rPr>
                <w:rFonts w:ascii="宋体" w:hAnsi="宋体" w:eastAsia="宋体"/>
                <w:b w:val="0"/>
                <w:sz w:val="18"/>
              </w:rPr>
              <w:t>借助方格图，让学生通过看一看、数一数的活动探索轴对称图形的对应点与对称轴之间的关系，对应点到对称轴的“距离”自然而然地被学生接受和认可，既尊重了学生的认知基础，又培养了学生的空间观念。</w:t>
            </w:r>
          </w:p>
        </w:tc>
      </w:tr>
      <w:tr>
        <w:tc>
          <w:tcPr>
            <w:tcW w:type="dxa" w:w="1474"/>
          </w:tcPr>
          <w:p>
            <w:pPr>
              <w:spacing w:after="20" w:line="276" w:lineRule="auto"/>
            </w:pPr>
            <w:r>
              <w:rPr>
                <w:b/>
              </w:rPr>
            </w:r>
            <w:r>
              <w:rPr>
                <w:rFonts w:ascii="宋体" w:hAnsi="宋体" w:eastAsia="宋体"/>
                <w:b/>
                <w:sz w:val="18"/>
              </w:rPr>
              <w:t>四、运用性质解决问题</w:t>
            </w:r>
          </w:p>
        </w:tc>
        <w:tc>
          <w:tcPr>
            <w:tcW w:type="dxa" w:w="3061"/>
          </w:tcPr>
          <w:p>
            <w:pPr>
              <w:spacing w:after="20" w:line="276" w:lineRule="auto"/>
            </w:pPr>
            <w:r/>
            <w:r>
              <w:rPr>
                <w:rFonts w:ascii="宋体" w:hAnsi="宋体" w:eastAsia="宋体"/>
                <w:b w:val="0"/>
                <w:sz w:val="18"/>
              </w:rPr>
              <w:t>1.情境设置。</w:t>
            </w:r>
          </w:p>
          <w:p>
            <w:pPr>
              <w:spacing w:after="20" w:line="276" w:lineRule="auto"/>
            </w:pPr>
            <w:r>
              <w:rPr>
                <w:rFonts w:ascii="宋体" w:hAnsi="宋体" w:eastAsia="宋体"/>
                <w:b w:val="0"/>
                <w:sz w:val="18"/>
              </w:rPr>
              <w:t>师：乐乐想画一个五角星，她现在在方格图上画出了五角星的一半，你能帮乐乐补全这个五角星吗?</w:t>
            </w:r>
          </w:p>
          <w:p>
            <w:pPr>
              <w:spacing w:after="20" w:line="276" w:lineRule="auto"/>
            </w:pPr>
            <w:r>
              <w:rPr>
                <w:rFonts w:ascii="宋体" w:hAnsi="宋体" w:eastAsia="宋体"/>
                <w:b w:val="0"/>
                <w:sz w:val="18"/>
              </w:rPr>
              <w:t>课件出示教科书P80例2主题图。</w:t>
            </w:r>
          </w:p>
          <w:p>
            <w:pPr>
              <w:spacing w:after="20" w:line="276" w:lineRule="auto"/>
            </w:pPr>
            <w:r>
              <w:rPr>
                <w:rFonts w:ascii="宋体" w:hAnsi="宋体" w:eastAsia="宋体"/>
                <w:b w:val="0"/>
                <w:sz w:val="18"/>
              </w:rPr>
              <w:t>2.操作尝试。</w:t>
            </w:r>
          </w:p>
          <w:p>
            <w:pPr>
              <w:spacing w:after="20" w:line="276" w:lineRule="auto"/>
            </w:pPr>
            <w:r>
              <w:rPr>
                <w:rFonts w:ascii="宋体" w:hAnsi="宋体" w:eastAsia="宋体"/>
                <w:b w:val="0"/>
                <w:sz w:val="18"/>
              </w:rPr>
              <w:t>师:要想顺利地画出另一半图形，你有什么办法?依据是什么？</w:t>
            </w:r>
          </w:p>
          <w:p>
            <w:pPr>
              <w:spacing w:after="20" w:line="276" w:lineRule="auto"/>
            </w:pPr>
            <w:r>
              <w:rPr>
                <w:rFonts w:ascii="宋体" w:hAnsi="宋体" w:eastAsia="宋体"/>
                <w:b w:val="0"/>
                <w:sz w:val="18"/>
              </w:rPr>
              <w:t>3.作品展示。</w:t>
            </w:r>
          </w:p>
          <w:p>
            <w:pPr>
              <w:spacing w:after="20" w:line="276" w:lineRule="auto"/>
            </w:pPr>
            <w:r>
              <w:rPr>
                <w:rFonts w:ascii="宋体" w:hAnsi="宋体" w:eastAsia="宋体"/>
                <w:b w:val="0"/>
                <w:sz w:val="18"/>
              </w:rPr>
              <w:t>师：谁能来展示一下画出的轴对称图形的另一半？说说你是怎样画得又对又快的。</w:t>
            </w:r>
          </w:p>
          <w:p>
            <w:pPr>
              <w:spacing w:after="20" w:line="276" w:lineRule="auto"/>
            </w:pPr>
            <w:r>
              <w:rPr>
                <w:rFonts w:ascii="宋体" w:hAnsi="宋体" w:eastAsia="宋体"/>
                <w:b w:val="0"/>
                <w:sz w:val="18"/>
              </w:rPr>
              <w:t>课堂上可以通过同学间的交流，让他们自己总结画轴对称图形的经验，得出较为合理的步骤。</w:t>
            </w:r>
          </w:p>
          <w:p>
            <w:pPr>
              <w:spacing w:after="20" w:line="276" w:lineRule="auto"/>
            </w:pPr>
            <w:r>
              <w:rPr>
                <w:rFonts w:ascii="宋体" w:hAnsi="宋体" w:eastAsia="宋体"/>
                <w:b w:val="0"/>
                <w:sz w:val="18"/>
              </w:rPr>
              <w:t>4.梳理补全轴对称图形的方法。</w:t>
            </w:r>
          </w:p>
          <w:p>
            <w:pPr>
              <w:spacing w:after="20" w:line="276" w:lineRule="auto"/>
            </w:pPr>
            <w:r>
              <w:rPr>
                <w:rFonts w:ascii="宋体" w:hAnsi="宋体" w:eastAsia="宋体"/>
                <w:b w:val="0"/>
                <w:sz w:val="18"/>
              </w:rPr>
              <w:t>师小结：利用对称轴补全轴对称图形的方法:一“找”，找出图形上每条线段的端点；二“定”，根据对称轴确定每一个端点的对应点；三“连”，依次连接这些对应点。(板书)</w:t>
            </w:r>
          </w:p>
        </w:tc>
        <w:tc>
          <w:tcPr>
            <w:tcW w:type="dxa" w:w="3061"/>
          </w:tcPr>
          <w:p>
            <w:pPr>
              <w:spacing w:after="20" w:line="276" w:lineRule="auto"/>
            </w:pPr>
            <w:r/>
            <w:r>
              <w:rPr>
                <w:rFonts w:ascii="宋体" w:hAnsi="宋体" w:eastAsia="宋体"/>
                <w:b w:val="0"/>
                <w:sz w:val="18"/>
              </w:rPr>
              <w:t>学生知道了用刚刚学习的轴对称图形的对应点的特点来画图。教师追问：怎样找对应点呢？是不是所有的对应点都要找?找哪些点的对应点来补全图形既快又准确?针对这些问题，教师要适时予以启发、引导。</w:t>
            </w:r>
          </w:p>
          <w:p>
            <w:pPr>
              <w:spacing w:after="20" w:line="276" w:lineRule="auto"/>
            </w:pPr>
            <w:r>
              <w:rPr>
                <w:rFonts w:ascii="宋体" w:hAnsi="宋体" w:eastAsia="宋体"/>
                <w:b w:val="0"/>
                <w:sz w:val="18"/>
              </w:rPr>
              <w:t>预设1：画图时必须先找出端点的对应点。（真不错，通过前面的研究，你已经知道要找端点的对应点，那么你是怎样找到这些对应点的呢？）</w:t>
            </w:r>
          </w:p>
          <w:p>
            <w:pPr>
              <w:spacing w:after="20" w:line="276" w:lineRule="auto"/>
            </w:pPr>
            <w:r>
              <w:rPr>
                <w:rFonts w:ascii="宋体" w:hAnsi="宋体" w:eastAsia="宋体"/>
                <w:b w:val="0"/>
                <w:sz w:val="18"/>
              </w:rPr>
              <w:t>预设2：找决定图形大小和形状的关键点——每条线段的端点的对应点。（了不起，你一下子找到了问题的关键。）</w:t>
            </w:r>
          </w:p>
          <w:p>
            <w:pPr>
              <w:spacing w:after="20" w:line="276" w:lineRule="auto"/>
            </w:pPr>
            <w:r>
              <w:rPr>
                <w:rFonts w:ascii="宋体" w:hAnsi="宋体" w:eastAsia="宋体"/>
                <w:b w:val="0"/>
                <w:sz w:val="18"/>
              </w:rPr>
              <w:t>预设3：在作图时，我们只有找全关键点的对应点，作出的图才准确。</w:t>
            </w:r>
          </w:p>
          <w:p>
            <w:pPr>
              <w:spacing w:after="20" w:line="276" w:lineRule="auto"/>
            </w:pPr>
            <w:r>
              <w:rPr>
                <w:rFonts w:ascii="宋体" w:hAnsi="宋体" w:eastAsia="宋体"/>
                <w:b w:val="0"/>
                <w:sz w:val="18"/>
              </w:rPr>
              <w:t>预设4：作图时，要先找到图上每条线段的端点，再借助对称轴，找到这些端点的对应点，最后依次连接各个对应点，从而得到轴对称图形的另一半。</w:t>
            </w:r>
          </w:p>
        </w:tc>
        <w:tc>
          <w:tcPr>
            <w:tcW w:type="dxa" w:w="1814"/>
          </w:tcPr>
          <w:p>
            <w:pPr>
              <w:spacing w:after="20" w:line="276" w:lineRule="auto"/>
            </w:pPr>
            <w:r/>
            <w:r>
              <w:rPr>
                <w:rFonts w:ascii="宋体" w:hAnsi="宋体" w:eastAsia="宋体"/>
                <w:b w:val="0"/>
                <w:sz w:val="18"/>
              </w:rPr>
              <w:t>本环节以活动为依托，让学生充分经历“做”数学的过程，建立以学生为中心的课堂、对话的课堂，促进学生的探索精神的可持续发展。</w:t>
            </w:r>
          </w:p>
        </w:tc>
      </w:tr>
      <w:tr>
        <w:tc>
          <w:tcPr>
            <w:tcW w:type="dxa" w:w="1474"/>
          </w:tcPr>
          <w:p>
            <w:pPr>
              <w:spacing w:after="20" w:line="276" w:lineRule="auto"/>
            </w:pPr>
            <w:r>
              <w:rPr>
                <w:b/>
              </w:rPr>
            </w:r>
            <w:r>
              <w:rPr>
                <w:rFonts w:ascii="宋体" w:hAnsi="宋体" w:eastAsia="宋体"/>
                <w:b/>
                <w:sz w:val="18"/>
              </w:rPr>
              <w:t>五、巩固练习，加强运用</w:t>
            </w:r>
          </w:p>
        </w:tc>
        <w:tc>
          <w:tcPr>
            <w:tcW w:type="dxa" w:w="3061"/>
          </w:tcPr>
          <w:p>
            <w:pPr>
              <w:spacing w:after="20" w:line="276" w:lineRule="auto"/>
            </w:pPr>
            <w:r/>
            <w:r>
              <w:rPr>
                <w:rFonts w:ascii="宋体" w:hAnsi="宋体" w:eastAsia="宋体"/>
                <w:b w:val="0"/>
                <w:sz w:val="18"/>
              </w:rPr>
              <w:t>1.教科书P80“做一做”第1题。</w:t>
            </w:r>
          </w:p>
          <w:p>
            <w:pPr>
              <w:spacing w:after="20" w:line="276" w:lineRule="auto"/>
            </w:pPr>
            <w:r>
              <w:rPr>
                <w:rFonts w:ascii="宋体" w:hAnsi="宋体" w:eastAsia="宋体"/>
                <w:b w:val="0"/>
                <w:sz w:val="18"/>
              </w:rPr>
              <w:t>（1）同桌间相互说一说后集体汇报。</w:t>
            </w:r>
          </w:p>
          <w:p>
            <w:pPr>
              <w:spacing w:after="20" w:line="276" w:lineRule="auto"/>
            </w:pPr>
            <w:r>
              <w:rPr>
                <w:rFonts w:ascii="宋体" w:hAnsi="宋体" w:eastAsia="宋体"/>
                <w:b w:val="0"/>
                <w:sz w:val="18"/>
              </w:rPr>
              <w:t>（2）教师引导总结：对称轴两侧的图形完全重合；对应点到对称轴的距离相等；对应点之间的连线与对称轴互相垂直。</w:t>
            </w:r>
          </w:p>
          <w:p>
            <w:pPr>
              <w:spacing w:after="20" w:line="276" w:lineRule="auto"/>
            </w:pPr>
            <w:r>
              <w:rPr>
                <w:rFonts w:ascii="宋体" w:hAnsi="宋体" w:eastAsia="宋体"/>
                <w:b w:val="0"/>
                <w:sz w:val="18"/>
              </w:rPr>
              <w:t>2.教科书P80“做一做”第2题。</w:t>
            </w:r>
          </w:p>
          <w:p>
            <w:pPr>
              <w:spacing w:after="20" w:line="276" w:lineRule="auto"/>
            </w:pPr>
            <w:r>
              <w:rPr>
                <w:rFonts w:ascii="宋体" w:hAnsi="宋体" w:eastAsia="宋体"/>
                <w:b w:val="0"/>
                <w:sz w:val="18"/>
              </w:rPr>
              <w:t>（1）学生独立画图。</w:t>
            </w:r>
          </w:p>
          <w:p>
            <w:pPr>
              <w:spacing w:after="20" w:line="276" w:lineRule="auto"/>
            </w:pPr>
            <w:r>
              <w:rPr>
                <w:rFonts w:ascii="宋体" w:hAnsi="宋体" w:eastAsia="宋体"/>
                <w:b w:val="0"/>
                <w:sz w:val="18"/>
              </w:rPr>
              <w:t>（2）同桌交换检查订正。</w:t>
            </w:r>
          </w:p>
          <w:p>
            <w:pPr>
              <w:spacing w:after="20" w:line="276" w:lineRule="auto"/>
            </w:pPr>
            <w:r>
              <w:rPr>
                <w:rFonts w:ascii="宋体" w:hAnsi="宋体" w:eastAsia="宋体"/>
                <w:b w:val="0"/>
                <w:sz w:val="18"/>
              </w:rPr>
              <w:t>3.教科书P81“练习二十”第1题。</w:t>
            </w:r>
          </w:p>
          <w:p>
            <w:pPr>
              <w:spacing w:after="20" w:line="276" w:lineRule="auto"/>
            </w:pPr>
            <w:r>
              <w:rPr>
                <w:rFonts w:ascii="宋体" w:hAnsi="宋体" w:eastAsia="宋体"/>
                <w:b w:val="0"/>
                <w:sz w:val="18"/>
              </w:rPr>
              <w:t>（1）折一折：学生将课前剪下的教科书P113附页1上第1题的图形折一折，数出每个轴对称图形对称轴的条数。</w:t>
            </w:r>
          </w:p>
          <w:p>
            <w:pPr>
              <w:spacing w:after="20" w:line="276" w:lineRule="auto"/>
            </w:pPr>
            <w:r>
              <w:rPr>
                <w:rFonts w:ascii="宋体" w:hAnsi="宋体" w:eastAsia="宋体"/>
                <w:b w:val="0"/>
                <w:sz w:val="18"/>
              </w:rPr>
              <w:t>（2）画一画：学生动手画出它们的对称轴。</w:t>
            </w:r>
          </w:p>
          <w:p>
            <w:pPr>
              <w:spacing w:after="20" w:line="276" w:lineRule="auto"/>
            </w:pPr>
            <w:r>
              <w:rPr>
                <w:rFonts w:ascii="宋体" w:hAnsi="宋体" w:eastAsia="宋体"/>
                <w:b w:val="0"/>
                <w:sz w:val="18"/>
              </w:rPr>
              <w:t>（3）课件演示，集中交流。</w:t>
            </w:r>
          </w:p>
          <w:p>
            <w:pPr>
              <w:spacing w:after="20" w:line="276" w:lineRule="auto"/>
            </w:pPr>
            <w:r>
              <w:rPr>
                <w:rFonts w:ascii="宋体" w:hAnsi="宋体" w:eastAsia="宋体"/>
                <w:b w:val="0"/>
                <w:sz w:val="18"/>
              </w:rPr>
              <w:t>4.教科书P81“练习二十”第2题。</w:t>
            </w:r>
          </w:p>
          <w:p>
            <w:pPr>
              <w:spacing w:after="20" w:line="276" w:lineRule="auto"/>
            </w:pPr>
            <w:r>
              <w:rPr>
                <w:rFonts w:ascii="宋体" w:hAnsi="宋体" w:eastAsia="宋体"/>
                <w:b w:val="0"/>
                <w:sz w:val="18"/>
              </w:rPr>
              <w:t>（1）补一补：将课前剪下的教科书P113附页1上的脸谱，补到教科书P81第2题空白处。</w:t>
            </w:r>
          </w:p>
          <w:p>
            <w:pPr>
              <w:spacing w:after="20" w:line="276" w:lineRule="auto"/>
            </w:pPr>
            <w:r>
              <w:rPr>
                <w:rFonts w:ascii="宋体" w:hAnsi="宋体" w:eastAsia="宋体"/>
                <w:b w:val="0"/>
                <w:sz w:val="18"/>
              </w:rPr>
              <w:t>（2）评一评：小组内交流。</w:t>
            </w:r>
          </w:p>
          <w:p>
            <w:pPr>
              <w:spacing w:after="20" w:line="276" w:lineRule="auto"/>
            </w:pPr>
            <w:r>
              <w:rPr>
                <w:rFonts w:ascii="宋体" w:hAnsi="宋体" w:eastAsia="宋体"/>
                <w:b w:val="0"/>
                <w:sz w:val="18"/>
              </w:rPr>
              <w:t>5.教科书P81“练习二十”第3题。</w:t>
            </w:r>
          </w:p>
          <w:p>
            <w:pPr>
              <w:spacing w:after="20" w:line="276" w:lineRule="auto"/>
            </w:pPr>
            <w:r>
              <w:rPr>
                <w:rFonts w:ascii="宋体" w:hAnsi="宋体" w:eastAsia="宋体"/>
                <w:b w:val="0"/>
                <w:sz w:val="18"/>
              </w:rPr>
              <w:t>（1）画一画，学生动手画出它们的对称轴。</w:t>
            </w:r>
          </w:p>
          <w:p>
            <w:pPr>
              <w:spacing w:after="20" w:line="276" w:lineRule="auto"/>
            </w:pPr>
            <w:r>
              <w:rPr>
                <w:rFonts w:ascii="宋体" w:hAnsi="宋体" w:eastAsia="宋体"/>
                <w:b w:val="0"/>
                <w:sz w:val="18"/>
              </w:rPr>
              <w:t>（2）说一说，同桌之间相互交流。</w:t>
            </w:r>
          </w:p>
          <w:p>
            <w:pPr>
              <w:spacing w:after="20" w:line="276" w:lineRule="auto"/>
            </w:pPr>
            <w:r>
              <w:rPr>
                <w:rFonts w:ascii="宋体" w:hAnsi="宋体" w:eastAsia="宋体"/>
                <w:b w:val="0"/>
                <w:sz w:val="18"/>
              </w:rPr>
              <w:t>6.教科书P81“练习二十”第4题。</w:t>
            </w:r>
          </w:p>
          <w:p>
            <w:pPr>
              <w:spacing w:after="20" w:line="276" w:lineRule="auto"/>
            </w:pPr>
            <w:r>
              <w:rPr>
                <w:rFonts w:ascii="宋体" w:hAnsi="宋体" w:eastAsia="宋体"/>
                <w:b w:val="0"/>
                <w:sz w:val="18"/>
              </w:rPr>
              <w:t>（1）学生自主猜想。</w:t>
            </w:r>
          </w:p>
          <w:p>
            <w:pPr>
              <w:spacing w:after="20" w:line="276" w:lineRule="auto"/>
            </w:pPr>
            <w:r>
              <w:rPr>
                <w:rFonts w:ascii="宋体" w:hAnsi="宋体" w:eastAsia="宋体"/>
                <w:b w:val="0"/>
                <w:sz w:val="18"/>
              </w:rPr>
              <w:t>（2）学生动手操作进行验证。</w:t>
            </w:r>
          </w:p>
          <w:p>
            <w:pPr>
              <w:spacing w:after="20" w:line="276" w:lineRule="auto"/>
            </w:pPr>
            <w:r>
              <w:rPr>
                <w:rFonts w:ascii="宋体" w:hAnsi="宋体" w:eastAsia="宋体"/>
                <w:b w:val="0"/>
                <w:sz w:val="18"/>
              </w:rPr>
              <w:t>（3）回顾总结画图方法。</w:t>
            </w:r>
          </w:p>
          <w:p>
            <w:pPr>
              <w:spacing w:after="20" w:line="276" w:lineRule="auto"/>
            </w:pPr>
            <w:r>
              <w:rPr>
                <w:rFonts w:ascii="宋体" w:hAnsi="宋体" w:eastAsia="宋体"/>
                <w:b w:val="0"/>
                <w:sz w:val="18"/>
              </w:rPr>
              <w:t>7.教科书P82“练习二十”第5题。</w:t>
            </w:r>
          </w:p>
          <w:p>
            <w:pPr>
              <w:spacing w:after="20" w:line="276" w:lineRule="auto"/>
            </w:pPr>
            <w:r>
              <w:rPr>
                <w:rFonts w:ascii="宋体" w:hAnsi="宋体" w:eastAsia="宋体"/>
                <w:b w:val="0"/>
                <w:sz w:val="18"/>
              </w:rPr>
              <w:t>（1）学生独立按要求画图。</w:t>
            </w:r>
          </w:p>
          <w:p>
            <w:pPr>
              <w:spacing w:after="20" w:line="276" w:lineRule="auto"/>
            </w:pPr>
            <w:r>
              <w:rPr>
                <w:rFonts w:ascii="宋体" w:hAnsi="宋体" w:eastAsia="宋体"/>
                <w:b w:val="0"/>
                <w:sz w:val="18"/>
              </w:rPr>
              <w:t>（2）集体订正：教师课件展示画图过程，同桌之间交换检查。</w:t>
            </w:r>
          </w:p>
          <w:p>
            <w:pPr>
              <w:spacing w:after="20" w:line="276" w:lineRule="auto"/>
            </w:pPr>
            <w:r>
              <w:rPr>
                <w:rFonts w:ascii="宋体" w:hAnsi="宋体" w:eastAsia="宋体"/>
                <w:b w:val="0"/>
                <w:sz w:val="18"/>
              </w:rPr>
              <w:t>（3）回顾总结画图方法。</w:t>
            </w:r>
          </w:p>
          <w:p>
            <w:pPr>
              <w:spacing w:after="20" w:line="276" w:lineRule="auto"/>
            </w:pPr>
            <w:r>
              <w:rPr>
                <w:rFonts w:ascii="宋体" w:hAnsi="宋体" w:eastAsia="宋体"/>
                <w:b w:val="0"/>
                <w:sz w:val="18"/>
              </w:rPr>
              <w:t>8.教科书P82“练习二十”第6题。</w:t>
            </w:r>
          </w:p>
          <w:p>
            <w:pPr>
              <w:spacing w:after="20" w:line="276" w:lineRule="auto"/>
            </w:pPr>
            <w:r>
              <w:rPr>
                <w:rFonts w:ascii="宋体" w:hAnsi="宋体" w:eastAsia="宋体"/>
                <w:b w:val="0"/>
                <w:sz w:val="18"/>
              </w:rPr>
              <w:t>（1）学生根据图案的特征大胆想象，同桌之间可以相互交流一下。</w:t>
            </w:r>
          </w:p>
          <w:p>
            <w:pPr>
              <w:spacing w:after="20" w:line="276" w:lineRule="auto"/>
            </w:pPr>
            <w:r>
              <w:rPr>
                <w:rFonts w:ascii="宋体" w:hAnsi="宋体" w:eastAsia="宋体"/>
                <w:b w:val="0"/>
                <w:sz w:val="18"/>
              </w:rPr>
              <w:t>（2）学生独立练习。</w:t>
            </w:r>
          </w:p>
          <w:p>
            <w:pPr>
              <w:spacing w:after="20" w:line="276" w:lineRule="auto"/>
            </w:pPr>
            <w:r>
              <w:rPr>
                <w:rFonts w:ascii="宋体" w:hAnsi="宋体" w:eastAsia="宋体"/>
                <w:b w:val="0"/>
                <w:sz w:val="18"/>
              </w:rPr>
              <w:t>（3）指名学生汇报。</w:t>
            </w:r>
          </w:p>
          <w:p>
            <w:pPr>
              <w:spacing w:after="20" w:line="276" w:lineRule="auto"/>
            </w:pPr>
            <w:r>
              <w:rPr>
                <w:rFonts w:ascii="宋体" w:hAnsi="宋体" w:eastAsia="宋体"/>
                <w:b w:val="0"/>
                <w:sz w:val="18"/>
              </w:rPr>
              <w:t>第1题要鼓励但不强制要求学生画出每个图形的所有对称轴，对学习有困难的学生，应及时启发和指导。</w:t>
            </w:r>
          </w:p>
        </w:tc>
        <w:tc>
          <w:tcPr>
            <w:tcW w:type="dxa" w:w="3061"/>
          </w:tcPr>
          <w:p>
            <w:pPr>
              <w:spacing w:after="20" w:line="276" w:lineRule="auto"/>
            </w:pPr>
            <w:r/>
            <w:r>
              <w:rPr>
                <w:rFonts w:ascii="宋体" w:hAnsi="宋体" w:eastAsia="宋体"/>
                <w:b w:val="0"/>
                <w:sz w:val="18"/>
              </w:rPr>
              <w:t>本题需要学生根据图案的特征在头脑中对各个图案进行“折叠”“重合”，再将最后的结果与下面的剪法对应起来，而且还要让学生思考“还有什么剪法”。这个活动比判断两个图形是不是成轴对称要求更高。如果学生有困难，教师可以调整题目的设计，反过来让学生根据剪法去选择剪出的结果。</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师：通过今天的学习，你对轴对称图形有哪些新的认识？又有什么收获？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引导学生回顾梳理本课所学，完善认知结构，提升归纳与反思能力，核心问题："通过今天的学习，你对轴对称图形有哪些新的认识？又有什么收获？"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轴对称</w:t>
      </w:r>
    </w:p>
    <w:p>
      <w:pPr>
        <w:spacing w:after="40" w:line="300" w:lineRule="auto"/>
      </w:pPr>
      <w:r>
        <w:rPr>
          <w:rFonts w:ascii="宋体" w:hAnsi="宋体" w:eastAsia="宋体"/>
          <w:b w:val="0"/>
          <w:sz w:val="20"/>
        </w:rPr>
        <w:t>对应点的连线与对称轴互相垂直。</w:t>
      </w:r>
    </w:p>
    <w:p>
      <w:pPr>
        <w:spacing w:after="40" w:line="300" w:lineRule="auto"/>
      </w:pPr>
      <w:r>
        <w:rPr>
          <w:rFonts w:ascii="宋体" w:hAnsi="宋体" w:eastAsia="宋体"/>
          <w:b w:val="0"/>
          <w:sz w:val="20"/>
        </w:rPr>
        <w:t>轴对称图形的对应点到对称轴的方格数(距离)相等。</w:t>
      </w:r>
    </w:p>
    <w:p>
      <w:pPr>
        <w:spacing w:after="40" w:line="300" w:lineRule="auto"/>
      </w:pPr>
      <w:r>
        <w:rPr>
          <w:rFonts w:ascii="宋体" w:hAnsi="宋体" w:eastAsia="宋体"/>
          <w:b w:val="0"/>
          <w:sz w:val="20"/>
        </w:rPr>
        <w:t>利用对称轴补全轴对称图形的方法:</w:t>
      </w:r>
    </w:p>
    <w:p>
      <w:pPr>
        <w:spacing w:after="40" w:line="300" w:lineRule="auto"/>
      </w:pPr>
      <w:r>
        <w:rPr>
          <w:rFonts w:ascii="宋体" w:hAnsi="宋体" w:eastAsia="宋体"/>
          <w:b w:val="0"/>
          <w:sz w:val="20"/>
        </w:rPr>
        <w:t>一“找”，找出图形上每条线段的端点；</w:t>
      </w:r>
    </w:p>
    <w:p>
      <w:pPr>
        <w:spacing w:after="40" w:line="300" w:lineRule="auto"/>
      </w:pPr>
      <w:r>
        <w:rPr>
          <w:rFonts w:ascii="宋体" w:hAnsi="宋体" w:eastAsia="宋体"/>
          <w:b w:val="0"/>
          <w:sz w:val="20"/>
        </w:rPr>
        <w:t>二“定”，根据对称轴确定每一个端点的对应点；</w:t>
      </w:r>
    </w:p>
    <w:p>
      <w:pPr>
        <w:spacing w:after="40" w:line="300" w:lineRule="auto"/>
      </w:pPr>
      <w:r>
        <w:rPr>
          <w:rFonts w:ascii="宋体" w:hAnsi="宋体" w:eastAsia="宋体"/>
          <w:b w:val="0"/>
          <w:sz w:val="20"/>
        </w:rPr>
        <w:t>三“连”，依次连接这些对应点。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教科书P79～80例1、例2，完成P80“做一做”，P81～82“练习二十”第1～6题。</w:t>
      </w:r>
    </w:p>
    <w:p>
      <w:pPr>
        <w:spacing w:after="40" w:line="300" w:lineRule="auto"/>
        <w:ind w:firstLine="400"/>
      </w:pPr>
      <w:r>
        <w:rPr>
          <w:rFonts w:ascii="宋体" w:hAnsi="宋体" w:eastAsia="宋体"/>
          <w:b w:val="0"/>
          <w:sz w:val="20"/>
        </w:rPr>
        <w:t>② 原设计安排：见“状元成才路”系列丛书《创优作业100分》对应课时作业。 选一选。（将正确答案的序号填在括号里） 数字“0”有（ ）条对称轴。 A.1 B.2 C.3 D.4 如图，以虚线为对称轴，点N的对应点是点（ ）。 A B.B C.C D.D （3）如图，将一张正方形纸对折1次，剪去空白部分，那么剩余部分展开后的图形是（ ）。 B. C. D. 参考答案 （1）B （2）B （3）A</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发挥学生的主体作用，借助方格图，让学生动手操作，在操作中发现“轴对称图形的对应点到对称轴的距离相等”这一特征，并让学生根据这一特征尝试探索补全轴对称图形的方法，使学生进一步理解这一特征。在整个活动中，让学生经历“做”数学的过程，在操作中理解规律，感受知识间的联系，寻找补全轴对称图形的方法，使学生体验了数学学习的乐趣，极大地激发了学生学习数学的主动性，同时培养了学生良好的数学学习习惯。</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平移（1）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平移（1）</w:t>
            </w:r>
          </w:p>
        </w:tc>
        <w:tc>
          <w:tcPr>
            <w:tcW w:type="dxa" w:w="6009"/>
          </w:tcPr>
          <w:p>
            <w:pPr>
              <w:spacing w:after="20" w:line="276" w:lineRule="auto"/>
            </w:pPr>
            <w:r/>
            <w:r>
              <w:rPr>
                <w:rFonts w:ascii="宋体" w:hAnsi="宋体" w:eastAsia="宋体"/>
                <w:b w:val="0"/>
                <w:sz w:val="20"/>
              </w:rPr>
              <w:t>第7单元 图形的运动（二）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生性活泼、富有好胜心理，并且大部分学生已养成良好的学习习惯，能在课堂上大胆地表达自己的见解。学生在之前的学习中已经初步感知了生活中的轴对称、平移和旋转现象，初步认识了轴对称图形，了解了对称轴和轴对称图形的一些基本特征，并能根据轴对称图形的特征，在一组图形中识别出轴对称图形。在此基础上，本单元让学生进一步认识轴对称图形，探索轴对称图形的特征和性质，并能在方格纸上画出轴对称图形和简单图形沿水平或竖直方向平移后的图形，让学生在已有知识的基础上探究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教学内容：教科书P83例3，完成P83“做一做”，P85“练习二十一”第1、2题。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（1）通过移一移的活动了解平移的两个参量——移动的方向和移动的距离，理解平移的距离与图形间的距离。</w:t>
      </w:r>
    </w:p>
    <w:p>
      <w:pPr>
        <w:spacing w:after="20" w:line="300" w:lineRule="auto"/>
        <w:ind w:firstLine="400"/>
      </w:pPr>
      <w:r>
        <w:rPr>
          <w:rFonts w:ascii="宋体" w:hAnsi="宋体" w:eastAsia="宋体"/>
          <w:b w:val="0"/>
          <w:sz w:val="20"/>
        </w:rPr>
        <w:t>（2）在探索的过程中感受平移运动的特点，会在方格纸上画出一个简单图形沿水平方向、竖直方向平移后的图形，发展空间观念。</w:t>
      </w:r>
    </w:p>
    <w:p>
      <w:pPr>
        <w:spacing w:after="20" w:line="300" w:lineRule="auto"/>
        <w:ind w:firstLine="400"/>
      </w:pPr>
      <w:r>
        <w:rPr>
          <w:rFonts w:ascii="宋体" w:hAnsi="宋体" w:eastAsia="宋体"/>
          <w:b w:val="0"/>
          <w:sz w:val="20"/>
        </w:rPr>
        <w:t>（3）在学习活动中培养学生的审美观念和学习数学的兴趣。</w:t>
      </w:r>
    </w:p>
    <w:p>
      <w:pPr>
        <w:spacing w:after="20" w:line="300" w:lineRule="auto"/>
      </w:pPr>
      <w:r>
        <w:rPr>
          <w:rFonts w:ascii="宋体" w:hAnsi="宋体" w:eastAsia="宋体"/>
          <w:b w:val="0"/>
          <w:sz w:val="20"/>
        </w:rPr>
        <w:t>教学重点：探索图形平移的画法。</w:t>
      </w:r>
    </w:p>
    <w:p>
      <w:pPr>
        <w:spacing w:after="20" w:line="300" w:lineRule="auto"/>
      </w:pPr>
      <w:r>
        <w:rPr>
          <w:rFonts w:ascii="宋体" w:hAnsi="宋体" w:eastAsia="宋体"/>
          <w:b w:val="0"/>
          <w:sz w:val="20"/>
        </w:rPr>
        <w:t>教学难点：理解图形平移的距离。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这是我们学过的什么现象?（平移）什么是平移？图形的平移有什么特点?</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二、动手实践，探索新知识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这样数不对，那到底该怎样数呢？</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三、操作深化，巩固新知识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刚才我们已经学会确定图形平移的方向和距离，如果请你画出一个图形平移后的图形，你会画吗？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今天我们在活动中进一步学习了平移的知识，你愿意和大家一起分享这节课中的收获吗？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师：同学们，生活中事物的运动真是千变万化，现在我们来看一看这些物体的运动现象。</w:t>
            </w:r>
          </w:p>
          <w:p>
            <w:pPr>
              <w:spacing w:after="20" w:line="276" w:lineRule="auto"/>
            </w:pPr>
            <w:r>
              <w:rPr>
                <w:rFonts w:ascii="宋体" w:hAnsi="宋体" w:eastAsia="宋体"/>
                <w:b w:val="0"/>
                <w:sz w:val="18"/>
              </w:rPr>
              <w:t>课件动态演示生活中的平移现象。（如升国旗、电梯升降、推拉门等）</w:t>
            </w:r>
          </w:p>
          <w:p>
            <w:pPr>
              <w:spacing w:after="20" w:line="276" w:lineRule="auto"/>
            </w:pPr>
            <w:r>
              <w:rPr>
                <w:rFonts w:ascii="宋体" w:hAnsi="宋体" w:eastAsia="宋体"/>
                <w:b w:val="0"/>
                <w:sz w:val="18"/>
              </w:rPr>
              <w:t>师：这是我们学过的什么现象?（平移）什么是平移？图形的平移有什么特点?</w:t>
            </w:r>
          </w:p>
          <w:p>
            <w:pPr>
              <w:spacing w:after="20" w:line="276" w:lineRule="auto"/>
            </w:pPr>
            <w:r>
              <w:rPr>
                <w:rFonts w:ascii="宋体" w:hAnsi="宋体" w:eastAsia="宋体"/>
                <w:b w:val="0"/>
                <w:sz w:val="18"/>
              </w:rPr>
              <w:t>师：今天我们继续来学习关于平移的知识。［板书课题：平移（1）］</w:t>
            </w:r>
          </w:p>
        </w:tc>
        <w:tc>
          <w:tcPr>
            <w:tcW w:type="dxa" w:w="3061"/>
          </w:tcPr>
          <w:p>
            <w:pPr>
              <w:spacing w:after="20" w:line="276" w:lineRule="auto"/>
            </w:pPr>
            <w:r/>
            <w:r>
              <w:rPr>
                <w:rFonts w:ascii="宋体" w:hAnsi="宋体" w:eastAsia="宋体"/>
                <w:b w:val="0"/>
                <w:sz w:val="18"/>
              </w:rPr>
              <w:t>预设1：平移是指整个图形平行移动，包括图形的每一条线段、每一个点。</w:t>
            </w:r>
          </w:p>
          <w:p>
            <w:pPr>
              <w:spacing w:after="20" w:line="276" w:lineRule="auto"/>
            </w:pPr>
            <w:r>
              <w:rPr>
                <w:rFonts w:ascii="宋体" w:hAnsi="宋体" w:eastAsia="宋体"/>
                <w:b w:val="0"/>
                <w:sz w:val="18"/>
              </w:rPr>
              <w:t>预设2：平移时图形的大小和形状没有变化，只是位置发生了变化。</w:t>
            </w:r>
          </w:p>
          <w:p>
            <w:pPr>
              <w:spacing w:after="20" w:line="276" w:lineRule="auto"/>
            </w:pPr>
            <w:r>
              <w:rPr>
                <w:rFonts w:ascii="宋体" w:hAnsi="宋体" w:eastAsia="宋体"/>
                <w:b w:val="0"/>
                <w:sz w:val="18"/>
              </w:rPr>
              <w:t>预设3：平移可以沿水平方向和竖直方向。</w:t>
            </w:r>
          </w:p>
        </w:tc>
        <w:tc>
          <w:tcPr>
            <w:tcW w:type="dxa" w:w="1814"/>
          </w:tcPr>
          <w:p>
            <w:pPr>
              <w:spacing w:after="20" w:line="276" w:lineRule="auto"/>
            </w:pPr>
            <w:r/>
            <w:r>
              <w:rPr>
                <w:rFonts w:ascii="宋体" w:hAnsi="宋体" w:eastAsia="宋体"/>
                <w:b w:val="0"/>
                <w:sz w:val="18"/>
              </w:rPr>
              <w:t>通过生活中的平移现象及教师的提问，既复习了旧知识，又为新课的学习打下了基础。</w:t>
            </w:r>
          </w:p>
        </w:tc>
      </w:tr>
      <w:tr>
        <w:tc>
          <w:tcPr>
            <w:tcW w:type="dxa" w:w="1474"/>
          </w:tcPr>
          <w:p>
            <w:pPr>
              <w:spacing w:after="20" w:line="276" w:lineRule="auto"/>
            </w:pPr>
            <w:r>
              <w:rPr>
                <w:b/>
              </w:rPr>
            </w:r>
            <w:r>
              <w:rPr>
                <w:rFonts w:ascii="宋体" w:hAnsi="宋体" w:eastAsia="宋体"/>
                <w:b/>
                <w:sz w:val="18"/>
              </w:rPr>
              <w:t>二、动手实践，探索新知识</w:t>
            </w:r>
          </w:p>
        </w:tc>
        <w:tc>
          <w:tcPr>
            <w:tcW w:type="dxa" w:w="3061"/>
          </w:tcPr>
          <w:p>
            <w:pPr>
              <w:spacing w:after="20" w:line="276" w:lineRule="auto"/>
            </w:pPr>
            <w:r/>
            <w:r>
              <w:rPr>
                <w:rFonts w:ascii="宋体" w:hAnsi="宋体" w:eastAsia="宋体"/>
                <w:b w:val="0"/>
                <w:sz w:val="18"/>
              </w:rPr>
              <w:t>1.理解平移的距离。</w:t>
            </w:r>
          </w:p>
          <w:p>
            <w:pPr>
              <w:spacing w:after="20" w:line="276" w:lineRule="auto"/>
            </w:pPr>
            <w:r>
              <w:rPr>
                <w:rFonts w:ascii="宋体" w:hAnsi="宋体" w:eastAsia="宋体"/>
                <w:b w:val="0"/>
                <w:sz w:val="18"/>
              </w:rPr>
              <w:t>课件出示教科书P83例3。</w:t>
            </w:r>
          </w:p>
          <w:p>
            <w:pPr>
              <w:spacing w:after="20" w:line="276" w:lineRule="auto"/>
            </w:pPr>
            <w:r>
              <w:rPr>
                <w:rFonts w:ascii="宋体" w:hAnsi="宋体" w:eastAsia="宋体"/>
                <w:b w:val="0"/>
                <w:sz w:val="18"/>
              </w:rPr>
              <w:t>为了突出重点，突破难点，本环节重在引导学生通过看一看、移一移等活动，探索图形平移的画法并理解图形平移的距离。</w:t>
            </w:r>
          </w:p>
          <w:p>
            <w:pPr>
              <w:spacing w:after="20" w:line="276" w:lineRule="auto"/>
            </w:pPr>
            <w:r>
              <w:rPr>
                <w:rFonts w:ascii="宋体" w:hAnsi="宋体" w:eastAsia="宋体"/>
                <w:b w:val="0"/>
                <w:sz w:val="18"/>
              </w:rPr>
              <w:t>（1）教师用课件分别动态展示向上平移5格和向右平移7格的过程，引导学生仔细观察后明确：这里的“向上”和“向右”表示平移的方向，“5格”和“7格”表示平移的距离。</w:t>
            </w:r>
          </w:p>
          <w:p>
            <w:pPr>
              <w:spacing w:after="20" w:line="276" w:lineRule="auto"/>
            </w:pPr>
            <w:r>
              <w:rPr>
                <w:rFonts w:ascii="宋体" w:hAnsi="宋体" w:eastAsia="宋体"/>
                <w:b w:val="0"/>
                <w:sz w:val="18"/>
              </w:rPr>
              <w:t>（2）师：同学们动手数一数“5格”和“7格”。小组内讨论：你是怎么数的？你认为怎样才能数准平移的方格数？</w:t>
            </w:r>
          </w:p>
          <w:p>
            <w:pPr>
              <w:spacing w:after="20" w:line="276" w:lineRule="auto"/>
            </w:pPr>
            <w:r>
              <w:rPr>
                <w:rFonts w:ascii="宋体" w:hAnsi="宋体" w:eastAsia="宋体"/>
                <w:b w:val="0"/>
                <w:sz w:val="18"/>
              </w:rPr>
              <w:t>（3）各小组推选代表汇报。教师根据学生的汇报，用课件进行相应的动态展示。</w:t>
            </w:r>
          </w:p>
          <w:p>
            <w:pPr>
              <w:spacing w:after="20" w:line="276" w:lineRule="auto"/>
            </w:pPr>
            <w:r>
              <w:rPr>
                <w:rFonts w:ascii="宋体" w:hAnsi="宋体" w:eastAsia="宋体"/>
                <w:b w:val="0"/>
                <w:sz w:val="18"/>
              </w:rPr>
              <w:t>师：这样数不对，那到底该怎样数呢？</w:t>
            </w:r>
          </w:p>
          <w:p>
            <w:pPr>
              <w:spacing w:after="20" w:line="276" w:lineRule="auto"/>
            </w:pPr>
            <w:r>
              <w:rPr>
                <w:rFonts w:ascii="宋体" w:hAnsi="宋体" w:eastAsia="宋体"/>
                <w:b w:val="0"/>
                <w:sz w:val="18"/>
              </w:rPr>
              <w:t>（4）教师小结：同学们能在独立思考的基础上，借助团队的力量发现图形平移的距离是对应点之间的方格数，还知道了要判断一个图形平移了几格，关键看对应点平移了几格。你们真的很棒！老师为你们点赞！同时也请大家注意：图形平移时每个点平移的方向相同，每个点移动的距离也相同。</w:t>
            </w:r>
          </w:p>
          <w:p>
            <w:pPr>
              <w:spacing w:after="20" w:line="276" w:lineRule="auto"/>
            </w:pPr>
            <w:r>
              <w:rPr>
                <w:rFonts w:ascii="宋体" w:hAnsi="宋体" w:eastAsia="宋体"/>
                <w:b w:val="0"/>
                <w:sz w:val="18"/>
              </w:rPr>
              <w:t>2.确定图形移动的方向和移动的距离。</w:t>
            </w:r>
          </w:p>
          <w:p>
            <w:pPr>
              <w:spacing w:after="20" w:line="276" w:lineRule="auto"/>
            </w:pPr>
            <w:r>
              <w:rPr>
                <w:rFonts w:ascii="宋体" w:hAnsi="宋体" w:eastAsia="宋体"/>
                <w:b w:val="0"/>
                <w:sz w:val="18"/>
              </w:rPr>
              <w:t>（1）课件出示习题，学生观察后按要求填空。</w:t>
            </w:r>
          </w:p>
          <w:p>
            <w:pPr>
              <w:spacing w:after="20" w:line="276" w:lineRule="auto"/>
            </w:pPr>
            <w:r>
              <w:rPr>
                <w:rFonts w:ascii="宋体" w:hAnsi="宋体" w:eastAsia="宋体"/>
                <w:b w:val="0"/>
                <w:sz w:val="18"/>
              </w:rPr>
              <w:t>（2）集体交流订正。教师根据学生的回答动态展示平移过程。</w:t>
            </w:r>
          </w:p>
          <w:p>
            <w:pPr>
              <w:spacing w:after="20" w:line="276" w:lineRule="auto"/>
            </w:pPr>
            <w:r>
              <w:rPr>
                <w:rFonts w:ascii="宋体" w:hAnsi="宋体" w:eastAsia="宋体"/>
                <w:b w:val="0"/>
                <w:sz w:val="18"/>
              </w:rPr>
              <w:t>（3）归纳总结。</w:t>
            </w:r>
          </w:p>
          <w:p>
            <w:pPr>
              <w:spacing w:after="20" w:line="276" w:lineRule="auto"/>
            </w:pPr>
            <w:r>
              <w:rPr>
                <w:rFonts w:ascii="宋体" w:hAnsi="宋体" w:eastAsia="宋体"/>
                <w:b w:val="0"/>
                <w:sz w:val="18"/>
              </w:rPr>
              <w:t>师：现在我们一起来总结一下确定图形移动的方向和移动的距离的方法和步骤。</w:t>
            </w:r>
          </w:p>
          <w:p>
            <w:pPr>
              <w:spacing w:after="20" w:line="276" w:lineRule="auto"/>
            </w:pPr>
            <w:r>
              <w:rPr>
                <w:rFonts w:ascii="宋体" w:hAnsi="宋体" w:eastAsia="宋体"/>
                <w:b w:val="0"/>
                <w:sz w:val="18"/>
              </w:rPr>
              <w:t>①定向：以原图为标准判断平移后图形移动的方向。</w:t>
            </w:r>
          </w:p>
          <w:p>
            <w:pPr>
              <w:spacing w:after="20" w:line="276" w:lineRule="auto"/>
            </w:pPr>
            <w:r>
              <w:rPr>
                <w:rFonts w:ascii="宋体" w:hAnsi="宋体" w:eastAsia="宋体"/>
                <w:b w:val="0"/>
                <w:sz w:val="18"/>
              </w:rPr>
              <w:t>②数格：在平移前后的图上任意找一组对应点，并数出两个对应点之间的方格数。</w:t>
            </w:r>
          </w:p>
          <w:p>
            <w:pPr>
              <w:spacing w:after="20" w:line="276" w:lineRule="auto"/>
            </w:pPr>
            <w:r>
              <w:rPr>
                <w:rFonts w:ascii="宋体" w:hAnsi="宋体" w:eastAsia="宋体"/>
                <w:b w:val="0"/>
                <w:sz w:val="18"/>
              </w:rPr>
              <w:t>（4）验证。</w:t>
            </w:r>
          </w:p>
          <w:p>
            <w:pPr>
              <w:spacing w:after="20" w:line="276" w:lineRule="auto"/>
            </w:pPr>
            <w:r>
              <w:rPr>
                <w:rFonts w:ascii="宋体" w:hAnsi="宋体" w:eastAsia="宋体"/>
                <w:b w:val="0"/>
                <w:sz w:val="18"/>
              </w:rPr>
              <w:t>师：用刚才同学们总结出的方法多找几组对应点数一数。</w:t>
            </w:r>
          </w:p>
          <w:p>
            <w:pPr>
              <w:spacing w:after="20" w:line="276" w:lineRule="auto"/>
            </w:pPr>
            <w:r>
              <w:rPr>
                <w:rFonts w:ascii="宋体" w:hAnsi="宋体" w:eastAsia="宋体"/>
                <w:b w:val="0"/>
                <w:sz w:val="18"/>
              </w:rPr>
              <w:t>也可以利用实物模型，按平移的要求实际操作，让学生体会平移的过程是整个图形按要求平移，平移的距离是对应点之间的方格数。</w:t>
            </w:r>
          </w:p>
        </w:tc>
        <w:tc>
          <w:tcPr>
            <w:tcW w:type="dxa" w:w="3061"/>
          </w:tcPr>
          <w:p>
            <w:pPr>
              <w:spacing w:after="20" w:line="276" w:lineRule="auto"/>
            </w:pPr>
            <w:r/>
            <w:r>
              <w:rPr>
                <w:rFonts w:ascii="宋体" w:hAnsi="宋体" w:eastAsia="宋体"/>
                <w:b w:val="0"/>
                <w:sz w:val="18"/>
              </w:rPr>
              <w:t>预设1：数原图和平移后得到的图形之间的方格数就行了。（你是这样数的，大家同意吗？）</w:t>
            </w:r>
          </w:p>
          <w:p>
            <w:pPr>
              <w:spacing w:after="20" w:line="276" w:lineRule="auto"/>
            </w:pPr>
            <w:r>
              <w:rPr>
                <w:rFonts w:ascii="宋体" w:hAnsi="宋体" w:eastAsia="宋体"/>
                <w:b w:val="0"/>
                <w:sz w:val="18"/>
              </w:rPr>
              <w:t>预设2：不同意，那样数不出来“5格”和“7格”。（其他同学纷纷点头）</w:t>
            </w:r>
          </w:p>
          <w:p>
            <w:pPr>
              <w:spacing w:after="20" w:line="276" w:lineRule="auto"/>
            </w:pPr>
            <w:r>
              <w:rPr>
                <w:rFonts w:ascii="宋体" w:hAnsi="宋体" w:eastAsia="宋体"/>
                <w:b w:val="0"/>
                <w:sz w:val="18"/>
              </w:rPr>
              <w:t>预设1：通过数一数，我发现图形在平移的过程中，对应点平移了几格，这个图形就平移了几格。</w:t>
            </w:r>
          </w:p>
          <w:p>
            <w:pPr>
              <w:spacing w:after="20" w:line="276" w:lineRule="auto"/>
            </w:pPr>
            <w:r>
              <w:rPr>
                <w:rFonts w:ascii="宋体" w:hAnsi="宋体" w:eastAsia="宋体"/>
                <w:b w:val="0"/>
                <w:sz w:val="18"/>
              </w:rPr>
              <w:t>预设2：我们觉得判断图形平移几格的关键是看对应点，数准对应点移动的方格数就好了。（你们真聪明，一下子就抓住了关键。）</w:t>
            </w:r>
          </w:p>
          <w:p>
            <w:pPr>
              <w:spacing w:after="20" w:line="276" w:lineRule="auto"/>
            </w:pPr>
            <w:r>
              <w:rPr>
                <w:rFonts w:ascii="宋体" w:hAnsi="宋体" w:eastAsia="宋体"/>
                <w:b w:val="0"/>
                <w:sz w:val="18"/>
              </w:rPr>
              <w:t>有了前面的经验，学生都能正确填出答案为：向下平移5格，向左平移6格。</w:t>
            </w:r>
          </w:p>
          <w:p>
            <w:pPr>
              <w:spacing w:after="20" w:line="276" w:lineRule="auto"/>
            </w:pPr>
            <w:r>
              <w:rPr>
                <w:rFonts w:ascii="宋体" w:hAnsi="宋体" w:eastAsia="宋体"/>
                <w:b w:val="0"/>
                <w:sz w:val="18"/>
              </w:rPr>
              <w:t>学生找对应点容易出错，所以要多找几个点进行验证，让学生明白：平移前后两个图形相同部位的点才是对应点。</w:t>
            </w:r>
          </w:p>
        </w:tc>
        <w:tc>
          <w:tcPr>
            <w:tcW w:type="dxa" w:w="1814"/>
          </w:tcPr>
          <w:p>
            <w:pPr>
              <w:spacing w:after="20" w:line="276" w:lineRule="auto"/>
            </w:pPr>
            <w:r/>
            <w:r>
              <w:rPr>
                <w:rFonts w:ascii="宋体" w:hAnsi="宋体" w:eastAsia="宋体"/>
                <w:b w:val="0"/>
                <w:sz w:val="18"/>
              </w:rPr>
              <w:t>学生通过观察图形动态的平移过程、数一数、小组讨论交流、归纳总结等活动体会到平移的距离是对应点之间的方格数，而不是平移前后两个图形之间的方格数，既突破了本节课的难点，又为画出平移后的图形奠定了基础。</w:t>
            </w:r>
          </w:p>
          <w:p>
            <w:pPr>
              <w:spacing w:after="20" w:line="276" w:lineRule="auto"/>
            </w:pPr>
            <w:r>
              <w:rPr>
                <w:rFonts w:ascii="宋体" w:hAnsi="宋体" w:eastAsia="宋体"/>
                <w:b w:val="0"/>
                <w:sz w:val="18"/>
              </w:rPr>
              <w:t>学生经历观察、归纳、验证等过程，了解了平移的两个参量——移动的方向、移动的距离，明确了确定图形移动的方向和移动的距离的方法和步骤。</w:t>
            </w:r>
          </w:p>
        </w:tc>
      </w:tr>
      <w:tr>
        <w:tc>
          <w:tcPr>
            <w:tcW w:type="dxa" w:w="1474"/>
          </w:tcPr>
          <w:p>
            <w:pPr>
              <w:spacing w:after="20" w:line="276" w:lineRule="auto"/>
            </w:pPr>
            <w:r>
              <w:rPr>
                <w:b/>
              </w:rPr>
            </w:r>
            <w:r>
              <w:rPr>
                <w:rFonts w:ascii="宋体" w:hAnsi="宋体" w:eastAsia="宋体"/>
                <w:b/>
                <w:sz w:val="18"/>
              </w:rPr>
              <w:t>三、操作深化，巩固新知识</w:t>
            </w:r>
          </w:p>
        </w:tc>
        <w:tc>
          <w:tcPr>
            <w:tcW w:type="dxa" w:w="3061"/>
          </w:tcPr>
          <w:p>
            <w:pPr>
              <w:spacing w:after="20" w:line="276" w:lineRule="auto"/>
            </w:pPr>
            <w:r/>
            <w:r>
              <w:rPr>
                <w:rFonts w:ascii="宋体" w:hAnsi="宋体" w:eastAsia="宋体"/>
                <w:b w:val="0"/>
                <w:sz w:val="18"/>
              </w:rPr>
              <w:t>1.教科书P83“做一做”。</w:t>
            </w:r>
          </w:p>
          <w:p>
            <w:pPr>
              <w:spacing w:after="20" w:line="276" w:lineRule="auto"/>
            </w:pPr>
            <w:r>
              <w:rPr>
                <w:rFonts w:ascii="宋体" w:hAnsi="宋体" w:eastAsia="宋体"/>
                <w:b w:val="0"/>
                <w:sz w:val="18"/>
              </w:rPr>
              <w:t>师：刚才我们已经学会确定图形平移的方向和距离，如果请你画出一个图形平移后的图形，你会画吗？</w:t>
            </w:r>
          </w:p>
          <w:p>
            <w:pPr>
              <w:spacing w:after="20" w:line="276" w:lineRule="auto"/>
            </w:pPr>
            <w:r>
              <w:rPr>
                <w:rFonts w:ascii="宋体" w:hAnsi="宋体" w:eastAsia="宋体"/>
                <w:b w:val="0"/>
                <w:sz w:val="18"/>
              </w:rPr>
              <w:t>（1）引导学生思考：怎样画？先做什么，再做什么，最后做什么，同桌之间讨论后画一画。</w:t>
            </w:r>
          </w:p>
          <w:p>
            <w:pPr>
              <w:spacing w:after="20" w:line="276" w:lineRule="auto"/>
            </w:pPr>
            <w:r>
              <w:rPr>
                <w:rFonts w:ascii="宋体" w:hAnsi="宋体" w:eastAsia="宋体"/>
                <w:b w:val="0"/>
                <w:sz w:val="18"/>
              </w:rPr>
              <w:t>（2）课件演示画图的全过程，帮助学生纠正不足。</w:t>
            </w:r>
          </w:p>
          <w:p>
            <w:pPr>
              <w:spacing w:after="20" w:line="276" w:lineRule="auto"/>
            </w:pPr>
            <w:r>
              <w:rPr>
                <w:rFonts w:ascii="宋体" w:hAnsi="宋体" w:eastAsia="宋体"/>
                <w:b w:val="0"/>
                <w:sz w:val="18"/>
              </w:rPr>
              <w:t>（3）总结画法。</w:t>
            </w:r>
          </w:p>
          <w:p>
            <w:pPr>
              <w:spacing w:after="20" w:line="276" w:lineRule="auto"/>
            </w:pPr>
            <w:r>
              <w:rPr>
                <w:rFonts w:ascii="宋体" w:hAnsi="宋体" w:eastAsia="宋体"/>
                <w:b w:val="0"/>
                <w:sz w:val="18"/>
              </w:rPr>
              <w:t>画一个图形平移后的图形的方法：①选关键点：确定所给图形的关键点(如图形的顶点、相交点、端点等)。②移点：按要求把选择的点向规定的方向平移规定的格数。③连点成形：按照所给图形的形状顺次连接各对应点，就画出了所给图形平移后的图形。</w:t>
            </w:r>
          </w:p>
          <w:p>
            <w:pPr>
              <w:spacing w:after="20" w:line="276" w:lineRule="auto"/>
            </w:pPr>
            <w:r>
              <w:rPr>
                <w:rFonts w:ascii="宋体" w:hAnsi="宋体" w:eastAsia="宋体"/>
                <w:b w:val="0"/>
                <w:sz w:val="18"/>
              </w:rPr>
              <w:t>板书：画平移后的图形的方法：①选关键点，②移点，③连点成形。</w:t>
            </w:r>
          </w:p>
          <w:p>
            <w:pPr>
              <w:spacing w:after="20" w:line="276" w:lineRule="auto"/>
            </w:pPr>
            <w:r>
              <w:rPr>
                <w:rFonts w:ascii="宋体" w:hAnsi="宋体" w:eastAsia="宋体"/>
                <w:b w:val="0"/>
                <w:sz w:val="18"/>
              </w:rPr>
              <w:t>2.教科书P85“练习二十一”第1题。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（2）指名汇报：说说是怎么选择要涂色的小船的。</w:t>
            </w:r>
          </w:p>
          <w:p>
            <w:pPr>
              <w:spacing w:after="20" w:line="276" w:lineRule="auto"/>
            </w:pPr>
            <w:r>
              <w:rPr>
                <w:rFonts w:ascii="宋体" w:hAnsi="宋体" w:eastAsia="宋体"/>
                <w:b w:val="0"/>
                <w:sz w:val="18"/>
              </w:rPr>
              <w:t>3.教科书P85“练习二十一”第2题。</w:t>
            </w:r>
          </w:p>
          <w:p>
            <w:pPr>
              <w:spacing w:after="20" w:line="276" w:lineRule="auto"/>
            </w:pPr>
            <w:r>
              <w:rPr>
                <w:rFonts w:ascii="宋体" w:hAnsi="宋体" w:eastAsia="宋体"/>
                <w:b w:val="0"/>
                <w:sz w:val="18"/>
              </w:rPr>
              <w:t>（1）引导学生在原图上找出关键点（即梯形的4个顶点）。</w:t>
            </w:r>
          </w:p>
          <w:p>
            <w:pPr>
              <w:spacing w:after="20" w:line="276" w:lineRule="auto"/>
            </w:pPr>
            <w:r>
              <w:rPr>
                <w:rFonts w:ascii="宋体" w:hAnsi="宋体" w:eastAsia="宋体"/>
                <w:b w:val="0"/>
                <w:sz w:val="18"/>
              </w:rPr>
              <w:t>（2）学生独立按要求画图。</w:t>
            </w:r>
          </w:p>
          <w:p>
            <w:pPr>
              <w:spacing w:after="20" w:line="276" w:lineRule="auto"/>
            </w:pPr>
            <w:r>
              <w:rPr>
                <w:rFonts w:ascii="宋体" w:hAnsi="宋体" w:eastAsia="宋体"/>
                <w:b w:val="0"/>
                <w:sz w:val="18"/>
              </w:rPr>
              <w:t>（3）全班订正：课件演示画图过程，学生自主纠错。</w:t>
            </w:r>
          </w:p>
          <w:p>
            <w:pPr>
              <w:spacing w:after="20" w:line="276" w:lineRule="auto"/>
            </w:pPr>
            <w:r>
              <w:rPr>
                <w:rFonts w:ascii="宋体" w:hAnsi="宋体" w:eastAsia="宋体"/>
                <w:b w:val="0"/>
                <w:sz w:val="18"/>
              </w:rPr>
              <w:t>（4）同桌互相交换检查纠错情况。</w:t>
            </w:r>
          </w:p>
        </w:tc>
        <w:tc>
          <w:tcPr>
            <w:tcW w:type="dxa" w:w="3061"/>
          </w:tcPr>
          <w:p>
            <w:pPr>
              <w:spacing w:after="20" w:line="276" w:lineRule="auto"/>
            </w:pPr>
            <w:r/>
            <w:r>
              <w:rPr>
                <w:rFonts w:ascii="宋体" w:hAnsi="宋体" w:eastAsia="宋体"/>
                <w:b w:val="0"/>
                <w:sz w:val="18"/>
              </w:rPr>
              <w:t>可能有少数学生误以为向右平移4格的意思是两个小船之间的方格数为4格，教师要及时引导学生找准对应点，再数方格数。</w:t>
            </w:r>
          </w:p>
        </w:tc>
        <w:tc>
          <w:tcPr>
            <w:tcW w:type="dxa" w:w="1814"/>
          </w:tcPr>
          <w:p>
            <w:pPr>
              <w:spacing w:after="20" w:line="276" w:lineRule="auto"/>
            </w:pPr>
            <w:r/>
            <w:r>
              <w:rPr>
                <w:rFonts w:ascii="宋体" w:hAnsi="宋体" w:eastAsia="宋体"/>
                <w:b w:val="0"/>
                <w:sz w:val="18"/>
              </w:rPr>
              <w:t>教科书P83“做一做”的设计意在引导学生探究图形平移的画法，发展学生在方格纸上画平移图形的能力；教科书P85“练习二十一”的两道习题，则是在巩固新知识的基础上，加深学生对“平移几格”的理解。</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师：今天我们在活动中进一步学习了平移的知识，你愿意和大家一起分享这节课中的收获吗？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引导学生回顾梳理本课所学，完善认知结构，提升归纳与反思能力，核心问题："今天我们在活动中进一步学习了平移的知识，你愿意和大家一起分享这节课中的收获吗？"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平移（1）</w:t>
      </w:r>
    </w:p>
    <w:p>
      <w:pPr>
        <w:spacing w:after="40" w:line="300" w:lineRule="auto"/>
      </w:pPr>
      <w:r>
        <w:rPr>
          <w:rFonts w:ascii="宋体" w:hAnsi="宋体" w:eastAsia="宋体"/>
          <w:b w:val="0"/>
          <w:sz w:val="20"/>
        </w:rPr>
        <w:t>画平移后的图形的方法：①选关键点，②移点，③连点成形。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教科书P83例3，完成P83“做一做”，P85“练习二十一”第1、2题。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教学时，应启发学生先主动尝试，在积累了一些操作经验后，再逐步归纳出操作的步骤和要领。</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的教学重点是让学生把握平移的距离，并且能够掌握找对应点的方法，但这也是学生不容易理解的地方。为此，教师在本节课的教学中，充分利用方格图，动态呈现平移过程，再通过数一数、填一填、小组讨论交流、归纳总结等活动，让学生体会平移的过程是整个图形按要求平移，平移的距离是对应点之间的方格数，而不是平移前后两个图形之间的方格数。有了这个基础，学生再确定平移图形的位置，进而准确地画出平移后的图形就比较容易了。</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平移（2）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平移（2）</w:t>
            </w:r>
          </w:p>
        </w:tc>
        <w:tc>
          <w:tcPr>
            <w:tcW w:type="dxa" w:w="6009"/>
          </w:tcPr>
          <w:p>
            <w:pPr>
              <w:spacing w:after="20" w:line="276" w:lineRule="auto"/>
            </w:pPr>
            <w:r/>
            <w:r>
              <w:rPr>
                <w:rFonts w:ascii="宋体" w:hAnsi="宋体" w:eastAsia="宋体"/>
                <w:b w:val="0"/>
                <w:sz w:val="20"/>
              </w:rPr>
              <w:t>第7单元 图形的运动（二）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生性活泼、富有好胜心理，并且大部分学生已养成良好的学习习惯，能在课堂上大胆地表达自己的见解。学生在之前的学习中已经初步感知了生活中的轴对称、平移和旋转现象，初步认识了轴对称图形，了解了对称轴和轴对称图形的一些基本特征，并能根据轴对称图形的特征，在一组图形中识别出轴对称图形。在此基础上，本单元让学生进一步认识轴对称图形，探索轴对称图形的特征和性质，并能在方格纸上画出轴对称图形和简单图形沿水平或竖直方向平移后的图形，让学生在已有知识的基础上探究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教学内容：教科书P84例4，完成P84“做一做”，P85“练习二十一”第3、4题。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（1）经历自主探究的过程，运用平移的方法解决简单不规则图形的面积问题，加深对“平移”这种图形变换方式的理解。</w:t>
      </w:r>
    </w:p>
    <w:p>
      <w:pPr>
        <w:spacing w:after="20" w:line="300" w:lineRule="auto"/>
        <w:ind w:firstLine="400"/>
      </w:pPr>
      <w:r>
        <w:rPr>
          <w:rFonts w:ascii="宋体" w:hAnsi="宋体" w:eastAsia="宋体"/>
          <w:b w:val="0"/>
          <w:sz w:val="20"/>
        </w:rPr>
        <w:t>（2）在解决简单不规则图形面积问题的过程中，体会转化的数学思想，发展空间观念。</w:t>
      </w:r>
    </w:p>
    <w:p>
      <w:pPr>
        <w:spacing w:after="20" w:line="300" w:lineRule="auto"/>
        <w:ind w:firstLine="400"/>
      </w:pPr>
      <w:r>
        <w:rPr>
          <w:rFonts w:ascii="宋体" w:hAnsi="宋体" w:eastAsia="宋体"/>
          <w:b w:val="0"/>
          <w:sz w:val="20"/>
        </w:rPr>
        <w:t>（3）体会数学知识之间的密切联系，感受数学的魅力。</w:t>
      </w:r>
    </w:p>
    <w:p>
      <w:pPr>
        <w:spacing w:after="20" w:line="300" w:lineRule="auto"/>
      </w:pPr>
      <w:r>
        <w:rPr>
          <w:rFonts w:ascii="宋体" w:hAnsi="宋体" w:eastAsia="宋体"/>
          <w:b w:val="0"/>
          <w:sz w:val="20"/>
        </w:rPr>
        <w:t>教学重点：运用平移的方法解决简单不规则图形的面积问题。</w:t>
      </w:r>
    </w:p>
    <w:p>
      <w:pPr>
        <w:spacing w:after="20" w:line="300" w:lineRule="auto"/>
      </w:pPr>
      <w:r>
        <w:rPr>
          <w:rFonts w:ascii="宋体" w:hAnsi="宋体" w:eastAsia="宋体"/>
          <w:b w:val="0"/>
          <w:sz w:val="20"/>
        </w:rPr>
        <w:t>教学难点：在解决问题的过程中，加深对平移的理解。</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一、温故设疑</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下面两个图形是我们学过的长方形和正方形，现在将它们移入方格纸中，你能很快地知道它们的面积吗?你是怎样想的?</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二、自主探究</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请你们仔细观察，这个图形有什么特点？；说得对，这的确是一个不规则的图形。要求这个不规则图形的面积，应该怎么办呢?</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一、温故设疑</w:t>
            </w:r>
          </w:p>
        </w:tc>
        <w:tc>
          <w:tcPr>
            <w:tcW w:type="dxa" w:w="3061"/>
          </w:tcPr>
          <w:p>
            <w:pPr>
              <w:spacing w:after="20" w:line="276" w:lineRule="auto"/>
            </w:pPr>
            <w:r/>
            <w:r>
              <w:rPr>
                <w:rFonts w:ascii="宋体" w:hAnsi="宋体" w:eastAsia="宋体"/>
                <w:b w:val="0"/>
                <w:sz w:val="18"/>
              </w:rPr>
              <w:t>1.复习“平移”。</w:t>
            </w:r>
          </w:p>
          <w:p>
            <w:pPr>
              <w:spacing w:after="20" w:line="276" w:lineRule="auto"/>
            </w:pPr>
            <w:r>
              <w:rPr>
                <w:rFonts w:ascii="宋体" w:hAnsi="宋体" w:eastAsia="宋体"/>
                <w:b w:val="0"/>
                <w:sz w:val="18"/>
              </w:rPr>
              <w:t>师：上节课我们学习了平移，现在我来考考大家。（出示课件）</w:t>
            </w:r>
          </w:p>
          <w:p>
            <w:pPr>
              <w:spacing w:after="20" w:line="276" w:lineRule="auto"/>
            </w:pPr>
            <w:r>
              <w:rPr>
                <w:rFonts w:ascii="宋体" w:hAnsi="宋体" w:eastAsia="宋体"/>
                <w:b w:val="0"/>
                <w:sz w:val="18"/>
              </w:rPr>
              <w:t>2.复习“面积”。</w:t>
            </w:r>
          </w:p>
          <w:p>
            <w:pPr>
              <w:spacing w:after="20" w:line="276" w:lineRule="auto"/>
            </w:pPr>
            <w:r>
              <w:rPr>
                <w:rFonts w:ascii="宋体" w:hAnsi="宋体" w:eastAsia="宋体"/>
                <w:b w:val="0"/>
                <w:sz w:val="18"/>
              </w:rPr>
              <w:t>师：下面两个图形是我们学过的长方形和正方形，现在将它们移入方格纸中，你能很快地知道它们的面积吗?你是怎样想的?（课件出示习题）</w:t>
            </w:r>
          </w:p>
          <w:p>
            <w:pPr>
              <w:spacing w:after="20" w:line="276" w:lineRule="auto"/>
            </w:pPr>
            <w:r>
              <w:rPr>
                <w:rFonts w:ascii="宋体" w:hAnsi="宋体" w:eastAsia="宋体"/>
                <w:b w:val="0"/>
                <w:sz w:val="18"/>
              </w:rPr>
              <w:t>师：今天我们来继续学习平移的知识。[板书课题：平移（2）]</w:t>
            </w:r>
          </w:p>
          <w:p>
            <w:pPr>
              <w:spacing w:after="20" w:line="276" w:lineRule="auto"/>
            </w:pPr>
            <w:r>
              <w:rPr>
                <w:rFonts w:ascii="宋体" w:hAnsi="宋体" w:eastAsia="宋体"/>
                <w:b w:val="0"/>
                <w:sz w:val="18"/>
              </w:rPr>
              <w:t>3.设疑。</w:t>
            </w:r>
          </w:p>
          <w:p>
            <w:pPr>
              <w:spacing w:after="20" w:line="276" w:lineRule="auto"/>
            </w:pPr>
            <w:r>
              <w:rPr>
                <w:rFonts w:ascii="宋体" w:hAnsi="宋体" w:eastAsia="宋体"/>
                <w:b w:val="0"/>
                <w:sz w:val="18"/>
              </w:rPr>
              <w:t>课件出示教科书P84例4。</w:t>
            </w:r>
          </w:p>
        </w:tc>
        <w:tc>
          <w:tcPr>
            <w:tcW w:type="dxa" w:w="3061"/>
          </w:tcPr>
          <w:p>
            <w:pPr>
              <w:spacing w:after="20" w:line="276" w:lineRule="auto"/>
            </w:pPr>
            <w:r/>
            <w:r>
              <w:rPr>
                <w:rFonts w:ascii="宋体" w:hAnsi="宋体" w:eastAsia="宋体"/>
                <w:b w:val="0"/>
                <w:sz w:val="18"/>
              </w:rPr>
              <w:t>图形A向右平移9格得到图形B，图形B向下平移5格得到图形C。平移改变了图形的位置，不改变图形的形状和大小。</w:t>
            </w:r>
          </w:p>
          <w:p>
            <w:pPr>
              <w:spacing w:after="20" w:line="276" w:lineRule="auto"/>
            </w:pPr>
            <w:r>
              <w:rPr>
                <w:rFonts w:ascii="宋体" w:hAnsi="宋体" w:eastAsia="宋体"/>
                <w:b w:val="0"/>
                <w:sz w:val="18"/>
              </w:rPr>
              <w:t>先在方格图中分别找出长方形的长和宽、正方形的边长，再计算它们的面积。长方形的面积：6×3＝18(cm2)；正方形的面积：4×4＝16(cm2)。</w:t>
            </w:r>
          </w:p>
        </w:tc>
        <w:tc>
          <w:tcPr>
            <w:tcW w:type="dxa" w:w="1814"/>
          </w:tcPr>
          <w:p>
            <w:pPr>
              <w:spacing w:after="20" w:line="276" w:lineRule="auto"/>
            </w:pPr>
            <w:r/>
            <w:r>
              <w:rPr>
                <w:rFonts w:ascii="宋体" w:hAnsi="宋体" w:eastAsia="宋体"/>
                <w:b w:val="0"/>
                <w:sz w:val="18"/>
              </w:rPr>
              <w:t>“转化”的前提是学生必须要有将新问题转化成能解决问题的已有知识储备，而长方形和正方形面积的计算就是这节课新知识生长的基础，通过激活学生的已有经验，为后面新知识的探究奠定基础。</w:t>
            </w:r>
          </w:p>
        </w:tc>
      </w:tr>
      <w:tr>
        <w:tc>
          <w:tcPr>
            <w:tcW w:type="dxa" w:w="1474"/>
          </w:tcPr>
          <w:p>
            <w:pPr>
              <w:spacing w:after="20" w:line="276" w:lineRule="auto"/>
            </w:pPr>
            <w:r>
              <w:rPr>
                <w:b/>
              </w:rPr>
            </w:r>
            <w:r>
              <w:rPr>
                <w:rFonts w:ascii="宋体" w:hAnsi="宋体" w:eastAsia="宋体"/>
                <w:b/>
                <w:sz w:val="18"/>
              </w:rPr>
              <w:t>二、自主探究</w:t>
            </w:r>
          </w:p>
        </w:tc>
        <w:tc>
          <w:tcPr>
            <w:tcW w:type="dxa" w:w="3061"/>
          </w:tcPr>
          <w:p>
            <w:pPr>
              <w:spacing w:after="20" w:line="276" w:lineRule="auto"/>
            </w:pPr>
            <w:r/>
            <w:r>
              <w:rPr>
                <w:rFonts w:ascii="宋体" w:hAnsi="宋体" w:eastAsia="宋体"/>
                <w:b w:val="0"/>
                <w:sz w:val="18"/>
              </w:rPr>
              <w:t>1.探究解法。</w:t>
            </w:r>
          </w:p>
          <w:p>
            <w:pPr>
              <w:spacing w:after="20" w:line="276" w:lineRule="auto"/>
            </w:pPr>
            <w:r>
              <w:rPr>
                <w:rFonts w:ascii="宋体" w:hAnsi="宋体" w:eastAsia="宋体"/>
                <w:b w:val="0"/>
                <w:sz w:val="18"/>
              </w:rPr>
              <w:t>（1）师：请你们仔细观察，这个图形有什么特点？</w:t>
            </w:r>
          </w:p>
          <w:p>
            <w:pPr>
              <w:spacing w:after="20" w:line="276" w:lineRule="auto"/>
            </w:pPr>
            <w:r>
              <w:rPr>
                <w:rFonts w:ascii="宋体" w:hAnsi="宋体" w:eastAsia="宋体"/>
                <w:b w:val="0"/>
                <w:sz w:val="18"/>
              </w:rPr>
              <w:t>（2）师：说得对，这的确是一个不规则的图形。要求这个不规则图形的面积，应该怎么办呢?请大家仔细观察图形，在头脑中思考、想象，可以在图上标一标、写一写、画一画，并在小组内讨论。</w:t>
            </w:r>
          </w:p>
          <w:p>
            <w:pPr>
              <w:spacing w:after="20" w:line="276" w:lineRule="auto"/>
            </w:pPr>
            <w:r>
              <w:rPr>
                <w:rFonts w:ascii="宋体" w:hAnsi="宋体" w:eastAsia="宋体"/>
                <w:b w:val="0"/>
                <w:sz w:val="18"/>
              </w:rPr>
              <w:t>（3）学生分小组探究。</w:t>
            </w:r>
          </w:p>
          <w:p>
            <w:pPr>
              <w:spacing w:after="20" w:line="276" w:lineRule="auto"/>
            </w:pPr>
            <w:r>
              <w:rPr>
                <w:rFonts w:ascii="宋体" w:hAnsi="宋体" w:eastAsia="宋体"/>
                <w:b w:val="0"/>
                <w:sz w:val="18"/>
              </w:rPr>
              <w:t>（1）各组在讲台上讲解自己的思路，教师适时组织学生理解各种方法。</w:t>
            </w:r>
          </w:p>
          <w:p>
            <w:pPr>
              <w:spacing w:after="20" w:line="276" w:lineRule="auto"/>
            </w:pPr>
            <w:r>
              <w:rPr>
                <w:rFonts w:ascii="宋体" w:hAnsi="宋体" w:eastAsia="宋体"/>
                <w:b w:val="0"/>
                <w:sz w:val="18"/>
              </w:rPr>
              <w:t>①“数”的方法:这种方法你读懂了吗?他们是怎样求出图形的面积的?你觉得这种方法怎么样？</w:t>
            </w:r>
          </w:p>
          <w:p>
            <w:pPr>
              <w:spacing w:after="20" w:line="276" w:lineRule="auto"/>
            </w:pPr>
            <w:r>
              <w:rPr>
                <w:rFonts w:ascii="宋体" w:hAnsi="宋体" w:eastAsia="宋体"/>
                <w:b w:val="0"/>
                <w:sz w:val="18"/>
              </w:rPr>
              <w:t>②“补”的方法：他们是怎样将右边的不足整格的小方格补到左边去的？这种方法可行吗?这个长方形的面积是原图形的面积吗?为什么?</w:t>
            </w:r>
          </w:p>
          <w:p>
            <w:pPr>
              <w:spacing w:after="20" w:line="276" w:lineRule="auto"/>
            </w:pPr>
            <w:r>
              <w:rPr>
                <w:rFonts w:ascii="宋体" w:hAnsi="宋体" w:eastAsia="宋体"/>
                <w:b w:val="0"/>
                <w:sz w:val="18"/>
              </w:rPr>
              <w:t>本环节是这节课的重难点，一定要让学生通过小组合作交流、动手操作等活动，掌握运用平移的方法解决简单不规则图形的面积问题，并在解决问题的过程中，加深对平移的理解。</w:t>
            </w:r>
          </w:p>
          <w:p>
            <w:pPr>
              <w:spacing w:after="20" w:line="276" w:lineRule="auto"/>
            </w:pPr>
            <w:r>
              <w:rPr>
                <w:rFonts w:ascii="宋体" w:hAnsi="宋体" w:eastAsia="宋体"/>
                <w:b w:val="0"/>
                <w:sz w:val="18"/>
              </w:rPr>
              <w:t>③“移”的方法：这种方法与刚才“补”的方法有哪些不同?怎么只平移一次就行了?这个长方形的面积是原图形的面积吗?</w:t>
            </w:r>
          </w:p>
          <w:p>
            <w:pPr>
              <w:spacing w:after="20" w:line="276" w:lineRule="auto"/>
            </w:pPr>
            <w:r>
              <w:rPr>
                <w:rFonts w:ascii="宋体" w:hAnsi="宋体" w:eastAsia="宋体"/>
                <w:b w:val="0"/>
                <w:sz w:val="18"/>
              </w:rPr>
              <w:t>（2）师：现在你会算它的面积了吗？</w:t>
            </w:r>
          </w:p>
          <w:p>
            <w:pPr>
              <w:spacing w:after="20" w:line="276" w:lineRule="auto"/>
            </w:pPr>
            <w:r>
              <w:rPr>
                <w:rFonts w:ascii="宋体" w:hAnsi="宋体" w:eastAsia="宋体"/>
                <w:b w:val="0"/>
                <w:sz w:val="18"/>
              </w:rPr>
              <w:t>3.集体辨析。</w:t>
            </w:r>
          </w:p>
          <w:p>
            <w:pPr>
              <w:spacing w:after="20" w:line="276" w:lineRule="auto"/>
            </w:pPr>
            <w:r>
              <w:rPr>
                <w:rFonts w:ascii="宋体" w:hAnsi="宋体" w:eastAsia="宋体"/>
                <w:b w:val="0"/>
                <w:sz w:val="18"/>
              </w:rPr>
              <w:t>（1）师：在解决这个问题的时候，你最喜欢哪种方法?为什么?</w:t>
            </w:r>
          </w:p>
          <w:p>
            <w:pPr>
              <w:spacing w:after="20" w:line="276" w:lineRule="auto"/>
            </w:pPr>
            <w:r>
              <w:rPr>
                <w:rFonts w:ascii="宋体" w:hAnsi="宋体" w:eastAsia="宋体"/>
                <w:b w:val="0"/>
                <w:sz w:val="18"/>
              </w:rPr>
              <w:t>（2）学生讨论辨析后指名汇报。</w:t>
            </w:r>
          </w:p>
          <w:p>
            <w:pPr>
              <w:spacing w:after="20" w:line="276" w:lineRule="auto"/>
            </w:pPr>
            <w:r>
              <w:rPr>
                <w:rFonts w:ascii="宋体" w:hAnsi="宋体" w:eastAsia="宋体"/>
                <w:b w:val="0"/>
                <w:sz w:val="18"/>
              </w:rPr>
              <w:t>（3）师：你能给这种方法起个名字吗?（割补法）“割补”前后的图形都不一样，怎么还能求出原来图形的面积呢？</w:t>
            </w:r>
          </w:p>
          <w:p>
            <w:pPr>
              <w:spacing w:after="20" w:line="276" w:lineRule="auto"/>
            </w:pPr>
            <w:r>
              <w:rPr>
                <w:rFonts w:ascii="宋体" w:hAnsi="宋体" w:eastAsia="宋体"/>
                <w:b w:val="0"/>
                <w:sz w:val="18"/>
              </w:rPr>
              <w:t>（4）教师引导学生小结：正是由于图形在平移的过程中，形状和大小都不发生改变，只是位置发生了变化，所以我们就利用平移的这个特征，用“割补”的方法，将不规则的图形先分割，后平移，最后补成规则图形。化难为易，化新为旧，从而用我们已有的知识求出了图形的面积。</w:t>
            </w:r>
          </w:p>
          <w:p>
            <w:pPr>
              <w:spacing w:after="20" w:line="276" w:lineRule="auto"/>
            </w:pPr>
            <w:r>
              <w:rPr>
                <w:rFonts w:ascii="宋体" w:hAnsi="宋体" w:eastAsia="宋体"/>
                <w:b w:val="0"/>
                <w:sz w:val="18"/>
              </w:rPr>
              <w:t>4.总结提升。</w:t>
            </w:r>
          </w:p>
          <w:p>
            <w:pPr>
              <w:spacing w:after="20" w:line="276" w:lineRule="auto"/>
            </w:pPr>
            <w:r>
              <w:rPr>
                <w:rFonts w:ascii="宋体" w:hAnsi="宋体" w:eastAsia="宋体"/>
                <w:b w:val="0"/>
                <w:sz w:val="18"/>
              </w:rPr>
              <w:t>师：有些不规则的图形，我们可以运用平移的方法，将图形转化成已学过的规则图形，从而求得图形的面积。那么在什么情况下才能用平移的方法求简单的不规则图形的面积呢?</w:t>
            </w:r>
          </w:p>
          <w:p>
            <w:pPr>
              <w:spacing w:after="20" w:line="276" w:lineRule="auto"/>
            </w:pPr>
            <w:r>
              <w:rPr>
                <w:rFonts w:ascii="宋体" w:hAnsi="宋体" w:eastAsia="宋体"/>
                <w:b w:val="0"/>
                <w:sz w:val="18"/>
              </w:rPr>
              <w:t>教师板书：不规则图形规则图形</w:t>
            </w:r>
          </w:p>
        </w:tc>
        <w:tc>
          <w:tcPr>
            <w:tcW w:type="dxa" w:w="3061"/>
          </w:tcPr>
          <w:p>
            <w:pPr>
              <w:spacing w:after="20" w:line="276" w:lineRule="auto"/>
            </w:pPr>
            <w:r/>
            <w:r>
              <w:rPr>
                <w:rFonts w:ascii="宋体" w:hAnsi="宋体" w:eastAsia="宋体"/>
                <w:b w:val="0"/>
                <w:sz w:val="18"/>
              </w:rPr>
              <w:t>预设1：这个图形有两条边是曲线。</w:t>
            </w:r>
          </w:p>
          <w:p>
            <w:pPr>
              <w:spacing w:after="20" w:line="276" w:lineRule="auto"/>
            </w:pPr>
            <w:r>
              <w:rPr>
                <w:rFonts w:ascii="宋体" w:hAnsi="宋体" w:eastAsia="宋体"/>
                <w:b w:val="0"/>
                <w:sz w:val="18"/>
              </w:rPr>
              <w:t>预设2：这个图形和我们以前学习过的图形不同。我们以前学习过的图形除了圆是由一条曲线围成的以外，其他图形都是由线段围成的。</w:t>
            </w:r>
          </w:p>
          <w:p>
            <w:pPr>
              <w:spacing w:after="20" w:line="276" w:lineRule="auto"/>
            </w:pPr>
            <w:r>
              <w:rPr>
                <w:rFonts w:ascii="宋体" w:hAnsi="宋体" w:eastAsia="宋体"/>
                <w:b w:val="0"/>
                <w:sz w:val="18"/>
              </w:rPr>
              <w:t>预设3：这是一个不规则的图形。</w:t>
            </w:r>
          </w:p>
          <w:p>
            <w:pPr>
              <w:spacing w:after="20" w:line="276" w:lineRule="auto"/>
            </w:pPr>
            <w:r>
              <w:rPr>
                <w:rFonts w:ascii="宋体" w:hAnsi="宋体" w:eastAsia="宋体"/>
                <w:b w:val="0"/>
                <w:sz w:val="18"/>
              </w:rPr>
              <w:t>预设1：“数”的方法：数一数这个图形占多少个方格，当数到不是整格时当作半格计算。</w:t>
            </w:r>
          </w:p>
          <w:p>
            <w:pPr>
              <w:spacing w:after="20" w:line="276" w:lineRule="auto"/>
            </w:pPr>
            <w:r>
              <w:rPr>
                <w:rFonts w:ascii="宋体" w:hAnsi="宋体" w:eastAsia="宋体"/>
                <w:b w:val="0"/>
                <w:sz w:val="18"/>
              </w:rPr>
              <w:t>预设2：“补”的方法：将左右不足一整格的补成一整格后再算。通过仔细观察方格和图形，学生很容易发现左边不足整格的小方格与右边的不足整格的小方格可以刚好拼成一整个小方格，所以可以将左边的不足整格的小方格与右边相应的不足整格的小方格进行割补，使原图形拼成一个长方形，从而求出原图形的面积。</w:t>
            </w:r>
          </w:p>
          <w:p>
            <w:pPr>
              <w:spacing w:after="20" w:line="276" w:lineRule="auto"/>
            </w:pPr>
            <w:r>
              <w:rPr>
                <w:rFonts w:ascii="宋体" w:hAnsi="宋体" w:eastAsia="宋体"/>
                <w:b w:val="0"/>
                <w:sz w:val="18"/>
              </w:rPr>
              <w:t>预设3：“移”的方法：将左边的半圆平移到右边使整个图形成为一个长方形后再算。通过观察图形两边的两条曲线，学生不难发现，两边两条曲线是一样的，都是半圆的一部分，可以将左边的半圆剪下来，移到右边空白的半圆处，刚好就将原图形拼成了一个长方形，这样就可以按长方形进行面积计算了。</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学生独立计算后指名汇报。</w:t>
            </w:r>
          </w:p>
          <w:p>
            <w:pPr>
              <w:spacing w:after="20" w:line="276" w:lineRule="auto"/>
            </w:pPr>
            <w:r>
              <w:rPr>
                <w:rFonts w:ascii="宋体" w:hAnsi="宋体" w:eastAsia="宋体"/>
                <w:b w:val="0"/>
                <w:sz w:val="18"/>
              </w:rPr>
              <w:t>预设1：“数”的方法虽然直接，但会受到很大的局限，例如必须要有方格纸，而且原图形的面积也要刚好是整数格才好数准确，不然就会不准确。</w:t>
            </w:r>
          </w:p>
          <w:p>
            <w:pPr>
              <w:spacing w:after="20" w:line="276" w:lineRule="auto"/>
            </w:pPr>
            <w:r>
              <w:rPr>
                <w:rFonts w:ascii="宋体" w:hAnsi="宋体" w:eastAsia="宋体"/>
                <w:b w:val="0"/>
                <w:sz w:val="18"/>
              </w:rPr>
              <w:t>预设2：“补”的方法与“移”的方法都能通过计算长方形的面积来计算原图形的面积，但“移”的方法更好，因为它只需平移一次就行了。</w:t>
            </w:r>
          </w:p>
          <w:p>
            <w:pPr>
              <w:spacing w:after="20" w:line="276" w:lineRule="auto"/>
            </w:pPr>
            <w:r>
              <w:rPr>
                <w:rFonts w:ascii="宋体" w:hAnsi="宋体" w:eastAsia="宋体"/>
                <w:b w:val="0"/>
                <w:sz w:val="18"/>
              </w:rPr>
              <w:t>学生可能会说:通过平移刚好能补成我们学过的长方形或正方形。</w:t>
            </w:r>
          </w:p>
        </w:tc>
        <w:tc>
          <w:tcPr>
            <w:tcW w:type="dxa" w:w="1814"/>
          </w:tcPr>
          <w:p>
            <w:pPr>
              <w:spacing w:after="20" w:line="276" w:lineRule="auto"/>
            </w:pPr>
            <w:r/>
            <w:r>
              <w:rPr>
                <w:rFonts w:ascii="宋体" w:hAnsi="宋体" w:eastAsia="宋体"/>
                <w:b w:val="0"/>
                <w:sz w:val="18"/>
              </w:rPr>
              <w:t>引导学生关注转化前后图形的特征，感悟知识间的联系，渗透通过割补法进行等积变形的策略，既加深了对“平移”这种图形变换方式的理解，又为后续学习平面图形的面积奠定了基础。</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1.教科书P84“做一做”。</w:t>
            </w:r>
          </w:p>
          <w:p>
            <w:pPr>
              <w:spacing w:after="20" w:line="276" w:lineRule="auto"/>
            </w:pPr>
            <w:r>
              <w:rPr>
                <w:rFonts w:ascii="宋体" w:hAnsi="宋体" w:eastAsia="宋体"/>
                <w:b w:val="0"/>
                <w:sz w:val="18"/>
              </w:rPr>
              <w:t>（1）学生观察思考：平移哪部分？补成了什么图形？能算面积吗？</w:t>
            </w:r>
          </w:p>
          <w:p>
            <w:pPr>
              <w:spacing w:after="20" w:line="276" w:lineRule="auto"/>
            </w:pPr>
            <w:r>
              <w:rPr>
                <w:rFonts w:ascii="宋体" w:hAnsi="宋体" w:eastAsia="宋体"/>
                <w:b w:val="0"/>
                <w:sz w:val="18"/>
              </w:rPr>
              <w:t>（2）学生量出相关数据，再独立计算。</w:t>
            </w:r>
          </w:p>
          <w:p>
            <w:pPr>
              <w:spacing w:after="20" w:line="276" w:lineRule="auto"/>
            </w:pPr>
            <w:r>
              <w:rPr>
                <w:rFonts w:ascii="宋体" w:hAnsi="宋体" w:eastAsia="宋体"/>
                <w:b w:val="0"/>
                <w:sz w:val="18"/>
              </w:rPr>
              <w:t>（3）集体交流订正。</w:t>
            </w:r>
          </w:p>
          <w:p>
            <w:pPr>
              <w:spacing w:after="20" w:line="276" w:lineRule="auto"/>
            </w:pPr>
            <w:r>
              <w:rPr>
                <w:rFonts w:ascii="宋体" w:hAnsi="宋体" w:eastAsia="宋体"/>
                <w:b w:val="0"/>
                <w:sz w:val="18"/>
              </w:rPr>
              <w:t>2.教科书P85“练习二十一”第3题。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（2）指名汇报，说说你是怎样想的。</w:t>
            </w:r>
          </w:p>
          <w:p>
            <w:pPr>
              <w:spacing w:after="20" w:line="276" w:lineRule="auto"/>
            </w:pPr>
            <w:r>
              <w:rPr>
                <w:rFonts w:ascii="宋体" w:hAnsi="宋体" w:eastAsia="宋体"/>
                <w:b w:val="0"/>
                <w:sz w:val="18"/>
              </w:rPr>
              <w:t>3.教科书P85“练习二十一”第4题。</w:t>
            </w:r>
          </w:p>
          <w:p>
            <w:pPr>
              <w:spacing w:after="20" w:line="276" w:lineRule="auto"/>
            </w:pPr>
            <w:r>
              <w:rPr>
                <w:rFonts w:ascii="宋体" w:hAnsi="宋体" w:eastAsia="宋体"/>
                <w:b w:val="0"/>
                <w:sz w:val="18"/>
              </w:rPr>
              <w:t>（1）学生小组讨论:有什么好办法能准确、快速地算出这个图形的周长?</w:t>
            </w:r>
          </w:p>
          <w:p>
            <w:pPr>
              <w:spacing w:after="20" w:line="276" w:lineRule="auto"/>
            </w:pPr>
            <w:r>
              <w:rPr>
                <w:rFonts w:ascii="宋体" w:hAnsi="宋体" w:eastAsia="宋体"/>
                <w:b w:val="0"/>
                <w:sz w:val="18"/>
              </w:rPr>
              <w:t>教学中，应结合题目特点，注意引导学生思考如何将不规则图形转化为规则图形，如何将新知识转化为已学知识来解决问题。</w:t>
            </w:r>
          </w:p>
          <w:p>
            <w:pPr>
              <w:spacing w:after="20" w:line="276" w:lineRule="auto"/>
            </w:pPr>
            <w:r>
              <w:rPr>
                <w:rFonts w:ascii="宋体" w:hAnsi="宋体" w:eastAsia="宋体"/>
                <w:b w:val="0"/>
                <w:sz w:val="18"/>
              </w:rPr>
              <w:t>（2）全班交流:你是怎样把这个图形转化成长方形的?</w:t>
            </w:r>
          </w:p>
        </w:tc>
        <w:tc>
          <w:tcPr>
            <w:tcW w:type="dxa" w:w="3061"/>
          </w:tcPr>
          <w:p>
            <w:pPr>
              <w:spacing w:after="20" w:line="276" w:lineRule="auto"/>
            </w:pPr>
            <w:r/>
            <w:r>
              <w:rPr>
                <w:rFonts w:ascii="宋体" w:hAnsi="宋体" w:eastAsia="宋体"/>
                <w:b w:val="0"/>
                <w:sz w:val="18"/>
              </w:rPr>
              <w:t>学生根据之前的经验，很容易想到将不规则图形通过平移相关线段转化为长方形来计算。</w:t>
            </w:r>
          </w:p>
        </w:tc>
        <w:tc>
          <w:tcPr>
            <w:tcW w:type="dxa" w:w="1814"/>
          </w:tcPr>
          <w:p>
            <w:pPr>
              <w:spacing w:after="20" w:line="276" w:lineRule="auto"/>
            </w:pPr>
            <w:r/>
            <w:r>
              <w:rPr>
                <w:rFonts w:ascii="宋体" w:hAnsi="宋体" w:eastAsia="宋体"/>
                <w:b w:val="0"/>
                <w:sz w:val="18"/>
              </w:rPr>
              <w:t>让学生在解决实际问题的过程中，用自己探究的方法求出“火箭”的面积，进一步体会将不规则图形的面积计算转化为长方形面积计算的方法，进一步体会转化思想。</w:t>
            </w:r>
          </w:p>
          <w:p>
            <w:pPr>
              <w:spacing w:after="20" w:line="276" w:lineRule="auto"/>
            </w:pPr>
            <w:r>
              <w:rPr>
                <w:rFonts w:ascii="宋体" w:hAnsi="宋体" w:eastAsia="宋体"/>
                <w:b w:val="0"/>
                <w:sz w:val="18"/>
              </w:rPr>
              <w:t>巩固利用平移知识将不规则图形转化成规则图形的方法，培养学生的空间想象力，进一步渗透转化思想。</w:t>
            </w:r>
          </w:p>
          <w:p>
            <w:pPr>
              <w:spacing w:after="20" w:line="276" w:lineRule="auto"/>
            </w:pPr>
            <w:r>
              <w:rPr>
                <w:rFonts w:ascii="宋体" w:hAnsi="宋体" w:eastAsia="宋体"/>
                <w:b w:val="0"/>
                <w:sz w:val="18"/>
              </w:rPr>
              <w:t>运用平移的知识不仅可以求不规则图形的面积，还可以求不规则图形的周长，通过练习，让学生进一步体会转化思想的作用，获得解决问题的基本方法。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平移（2）</w:t>
      </w:r>
    </w:p>
    <w:p>
      <w:pPr>
        <w:spacing w:after="40" w:line="300" w:lineRule="auto"/>
      </w:pPr>
      <w:r>
        <w:rPr>
          <w:rFonts w:ascii="宋体" w:hAnsi="宋体" w:eastAsia="宋体"/>
          <w:b w:val="0"/>
          <w:sz w:val="20"/>
        </w:rPr>
        <w:t>不规则图形规则图形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教科书P84例4，完成P84“做一做”，P85“练习二十一”第3、4题。</w:t>
      </w:r>
    </w:p>
    <w:p>
      <w:pPr>
        <w:spacing w:after="40" w:line="300" w:lineRule="auto"/>
        <w:ind w:firstLine="400"/>
      </w:pPr>
      <w:r>
        <w:rPr>
          <w:rFonts w:ascii="宋体" w:hAnsi="宋体" w:eastAsia="宋体"/>
          <w:b w:val="0"/>
          <w:sz w:val="20"/>
        </w:rPr>
        <w:t>② 原设计安排：见“状元成才路”系列丛书《创优作业100分》对应课时作业。 1涂色部分占整个图形的几分之几？ 2某公司为举办三十周年庆制作了一块展板（如图），它的外围要安装一圈灯带，一共要安装多长的灯带？, 3物业人员准备用鲜花摆下面的图案（涂色部分），已知每平方米要摆9盆鲜花，则摆这个图案需要多少盆鲜花？, 参考答案</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小组讨论、标一标、写一写、画一画等探究活动，调动了学生的积极性，再根据探究结果引导学生进行比较、辨析，使学生学会了运用平移将不规则图形转化为规则图形，从而正确地解决问题。特别是教科书P85“练习二十一”的第3、4题，大部分学生能发挥空间想象力，又对又快地完成练习。</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练习课（轴对称与平移）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练习课（轴对称与平移）</w:t>
            </w:r>
          </w:p>
        </w:tc>
        <w:tc>
          <w:tcPr>
            <w:tcW w:type="dxa" w:w="6009"/>
          </w:tcPr>
          <w:p>
            <w:pPr>
              <w:spacing w:after="20" w:line="276" w:lineRule="auto"/>
            </w:pPr>
            <w:r/>
            <w:r>
              <w:rPr>
                <w:rFonts w:ascii="宋体" w:hAnsi="宋体" w:eastAsia="宋体"/>
                <w:b w:val="0"/>
                <w:sz w:val="20"/>
              </w:rPr>
              <w:t>第7单元 图形的运动（二）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生性活泼、富有好胜心理，并且大部分学生已养成良好的学习习惯，能在课堂上大胆地表达自己的见解。学生在之前的学习中已经初步感知了生活中的轴对称、平移和旋转现象，初步认识了轴对称图形，了解了对称轴和轴对称图形的一些基本特征，并能根据轴对称图形的特征，在一组图形中识别出轴对称图形。在此基础上，本单元让学生进一步认识轴对称图形，探索轴对称图形的特征和性质，并能在方格纸上画出轴对称图形和简单图形沿水平或竖直方向平移后的图形，让学生在已有知识的基础上探究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教学内容：教科书P82“练习二十”第7*题，P86“练习二十一”第5、6题。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（1）在练习中进一步体会轴对称图形的特征和性质，会判断图形平移的方向和距离，能在方格纸上补全一个轴对称图形的另一半，会在方格纸上画出一个简单图形沿水平方向、竖直方向平移后的图形。</w:t>
      </w:r>
    </w:p>
    <w:p>
      <w:pPr>
        <w:spacing w:after="20" w:line="300" w:lineRule="auto"/>
        <w:ind w:firstLine="400"/>
      </w:pPr>
      <w:r>
        <w:rPr>
          <w:rFonts w:ascii="宋体" w:hAnsi="宋体" w:eastAsia="宋体"/>
          <w:b w:val="0"/>
          <w:sz w:val="20"/>
        </w:rPr>
        <w:t>（2）在解决简单的不规则图形的周长或面积问题的过程中，体验转化的数学思想，发展空间观念。</w:t>
      </w:r>
    </w:p>
    <w:p>
      <w:pPr>
        <w:spacing w:after="20" w:line="300" w:lineRule="auto"/>
        <w:ind w:firstLine="400"/>
      </w:pPr>
      <w:r>
        <w:rPr>
          <w:rFonts w:ascii="宋体" w:hAnsi="宋体" w:eastAsia="宋体"/>
          <w:b w:val="0"/>
          <w:sz w:val="20"/>
        </w:rPr>
        <w:t>（3）培养学生运用所学知识灵活解决实际问题的能力，体会数学的价值。</w:t>
      </w:r>
    </w:p>
    <w:p>
      <w:pPr>
        <w:spacing w:after="20" w:line="300" w:lineRule="auto"/>
      </w:pPr>
      <w:r>
        <w:rPr>
          <w:rFonts w:ascii="宋体" w:hAnsi="宋体" w:eastAsia="宋体"/>
          <w:b w:val="0"/>
          <w:sz w:val="20"/>
        </w:rPr>
        <w:t>教学重点：会按要求画出相应的图形。</w:t>
      </w:r>
    </w:p>
    <w:p>
      <w:pPr>
        <w:spacing w:after="20" w:line="300" w:lineRule="auto"/>
      </w:pPr>
      <w:r>
        <w:rPr>
          <w:rFonts w:ascii="宋体" w:hAnsi="宋体" w:eastAsia="宋体"/>
          <w:b w:val="0"/>
          <w:sz w:val="20"/>
        </w:rPr>
        <w:t>教学难点：运用平移的方法解决简单不规则图形的面积问题。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一、基础练习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二、综合练习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三、拓展练习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通过这节课的练习，你有什么收获？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一、基础练习</w:t>
            </w:r>
          </w:p>
        </w:tc>
        <w:tc>
          <w:tcPr>
            <w:tcW w:type="dxa" w:w="3061"/>
          </w:tcPr>
          <w:p>
            <w:pPr>
              <w:spacing w:after="20" w:line="276" w:lineRule="auto"/>
            </w:pPr>
            <w:r/>
            <w:r>
              <w:rPr>
                <w:rFonts w:ascii="宋体" w:hAnsi="宋体" w:eastAsia="宋体"/>
                <w:b w:val="0"/>
                <w:sz w:val="18"/>
              </w:rPr>
              <w:t>1.课件出示习题。在轴对称图形下面画“√”，并画出对称轴。</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（1）学生独立按要求画图。</w:t>
            </w:r>
          </w:p>
          <w:p>
            <w:pPr>
              <w:spacing w:after="20" w:line="276" w:lineRule="auto"/>
            </w:pPr>
            <w:r>
              <w:rPr>
                <w:rFonts w:ascii="宋体" w:hAnsi="宋体" w:eastAsia="宋体"/>
                <w:b w:val="0"/>
                <w:sz w:val="18"/>
              </w:rPr>
              <w:t>（2）集体订正：课件展示画图过程，学生自查自纠。</w:t>
            </w:r>
          </w:p>
          <w:p>
            <w:pPr>
              <w:spacing w:after="20" w:line="276" w:lineRule="auto"/>
            </w:pPr>
            <w:r>
              <w:rPr>
                <w:rFonts w:ascii="宋体" w:hAnsi="宋体" w:eastAsia="宋体"/>
                <w:b w:val="0"/>
                <w:sz w:val="18"/>
              </w:rPr>
              <w:t>4.教科书P86“练习二十一”第5题。</w:t>
            </w:r>
          </w:p>
          <w:p>
            <w:pPr>
              <w:spacing w:after="20" w:line="276" w:lineRule="auto"/>
            </w:pPr>
            <w:r>
              <w:rPr>
                <w:rFonts w:ascii="宋体" w:hAnsi="宋体" w:eastAsia="宋体"/>
                <w:b w:val="0"/>
                <w:sz w:val="18"/>
              </w:rPr>
              <w:t>（1）同桌两人相互说一说。</w:t>
            </w:r>
          </w:p>
          <w:p>
            <w:pPr>
              <w:spacing w:after="20" w:line="276" w:lineRule="auto"/>
            </w:pPr>
            <w:r>
              <w:rPr>
                <w:rFonts w:ascii="宋体" w:hAnsi="宋体" w:eastAsia="宋体"/>
                <w:b w:val="0"/>
                <w:sz w:val="18"/>
              </w:rPr>
              <w:t>（2）全班交流：指名汇报，其余学生判断。</w:t>
            </w:r>
          </w:p>
        </w:tc>
        <w:tc>
          <w:tcPr>
            <w:tcW w:type="dxa" w:w="3061"/>
          </w:tcPr>
          <w:p>
            <w:pPr>
              <w:spacing w:after="20" w:line="276" w:lineRule="auto"/>
            </w:pPr>
            <w:r/>
            <w:r>
              <w:rPr>
                <w:rFonts w:ascii="宋体" w:hAnsi="宋体" w:eastAsia="宋体"/>
                <w:b w:val="0"/>
                <w:sz w:val="18"/>
              </w:rPr>
              <w:t>学生独立完成后集体交流订正。</w:t>
            </w:r>
          </w:p>
          <w:p>
            <w:pPr>
              <w:spacing w:after="20" w:line="276" w:lineRule="auto"/>
            </w:pPr>
            <w:r>
              <w:rPr>
                <w:rFonts w:ascii="宋体" w:hAnsi="宋体" w:eastAsia="宋体"/>
                <w:b w:val="0"/>
                <w:sz w:val="18"/>
              </w:rPr>
              <w:t>学生很容易判断图形是不是轴对称图形及画出对称轴，需要注意的是圆有无数条对称轴，只需画出几条即可。</w:t>
            </w:r>
          </w:p>
          <w:p>
            <w:pPr>
              <w:spacing w:after="20" w:line="276" w:lineRule="auto"/>
            </w:pPr>
            <w:r>
              <w:rPr>
                <w:rFonts w:ascii="宋体" w:hAnsi="宋体" w:eastAsia="宋体"/>
                <w:b w:val="0"/>
                <w:sz w:val="18"/>
              </w:rPr>
              <w:t>“电灯”先向下平移了6格，又向右平移了8格。</w:t>
            </w:r>
          </w:p>
          <w:p>
            <w:pPr>
              <w:spacing w:after="20" w:line="276" w:lineRule="auto"/>
            </w:pPr>
            <w:r>
              <w:rPr>
                <w:rFonts w:ascii="宋体" w:hAnsi="宋体" w:eastAsia="宋体"/>
                <w:b w:val="0"/>
                <w:sz w:val="18"/>
              </w:rPr>
              <w:t>小狗应先向右平移9格，再向下平移4格（或小狗应先向下平移4格，再向右平移9格）才能吃到骨头；松鼠应先向左平移10格，再向下平移7格（或松鼠应先向下平移7格，再向左平移10格）才能吃到松果；熊猫应先向左平移8格，再向上平移9格（或熊猫应先向上平移9格，再向左平移8格）才能吃到竹子。</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二、综合练习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（1）指名板演，其余学生独立完成。</w:t>
            </w:r>
          </w:p>
          <w:p>
            <w:pPr>
              <w:spacing w:after="20" w:line="276" w:lineRule="auto"/>
            </w:pPr>
            <w:r>
              <w:rPr>
                <w:rFonts w:ascii="宋体" w:hAnsi="宋体" w:eastAsia="宋体"/>
                <w:b w:val="0"/>
                <w:sz w:val="18"/>
              </w:rPr>
              <w:t>（2）集体交流订正。说说你是怎么想的。</w:t>
            </w:r>
          </w:p>
          <w:p>
            <w:pPr>
              <w:spacing w:after="20" w:line="276" w:lineRule="auto"/>
            </w:pPr>
            <w:r>
              <w:rPr>
                <w:rFonts w:ascii="宋体" w:hAnsi="宋体" w:eastAsia="宋体"/>
                <w:b w:val="0"/>
                <w:sz w:val="18"/>
              </w:rPr>
              <w:t>周长：（5＋4）×2＝18(cm)       面积：（5＋2）×2＝14（cm2）</w:t>
            </w:r>
          </w:p>
          <w:p>
            <w:pPr>
              <w:spacing w:after="20" w:line="276" w:lineRule="auto"/>
            </w:pPr>
            <w:r>
              <w:rPr>
                <w:rFonts w:ascii="宋体" w:hAnsi="宋体" w:eastAsia="宋体"/>
                <w:b w:val="0"/>
                <w:sz w:val="18"/>
              </w:rPr>
              <w:t>教师要借助课件的直观演示帮助少数学生理解题意。</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第5题可以通过直观、具体的动手操作帮助学生进一步理解所学内容，发现知识的内在联系，培养学生的空间观念。</w:t>
            </w:r>
          </w:p>
          <w:p>
            <w:pPr>
              <w:spacing w:after="20" w:line="276" w:lineRule="auto"/>
            </w:pPr>
            <w:r>
              <w:rPr>
                <w:rFonts w:ascii="宋体" w:hAnsi="宋体" w:eastAsia="宋体"/>
                <w:b w:val="0"/>
                <w:sz w:val="18"/>
              </w:rPr>
              <w:t>练习时，让学生独立思考，自主解答，培养学生解决问题的能力。学生独立填空，指名汇报。</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（2）指名汇报，说清楚解题思路，课件同步演示。</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（2）全班交流。学生汇报解题思路，教师课件同步演示。</w:t>
            </w:r>
          </w:p>
          <w:p>
            <w:pPr>
              <w:spacing w:after="20" w:line="276" w:lineRule="auto"/>
            </w:pPr>
            <w:r>
              <w:rPr>
                <w:rFonts w:ascii="宋体" w:hAnsi="宋体" w:eastAsia="宋体"/>
                <w:b w:val="0"/>
                <w:sz w:val="18"/>
              </w:rPr>
              <w:t>4.教科书P86“练习二十一”第6题。</w:t>
            </w:r>
          </w:p>
          <w:p>
            <w:pPr>
              <w:spacing w:after="20" w:line="276" w:lineRule="auto"/>
            </w:pPr>
            <w:r>
              <w:rPr>
                <w:rFonts w:ascii="宋体" w:hAnsi="宋体" w:eastAsia="宋体"/>
                <w:b w:val="0"/>
                <w:sz w:val="18"/>
              </w:rPr>
              <w:t>（1）学生在教科书上按要求独立画图。</w:t>
            </w:r>
          </w:p>
          <w:p>
            <w:pPr>
              <w:spacing w:after="20" w:line="276" w:lineRule="auto"/>
            </w:pPr>
            <w:r>
              <w:rPr>
                <w:rFonts w:ascii="宋体" w:hAnsi="宋体" w:eastAsia="宋体"/>
                <w:b w:val="0"/>
                <w:sz w:val="18"/>
              </w:rPr>
              <w:t>（2）四人小组互查互评。</w:t>
            </w:r>
          </w:p>
          <w:p>
            <w:pPr>
              <w:spacing w:after="20" w:line="276" w:lineRule="auto"/>
            </w:pPr>
            <w:r>
              <w:rPr>
                <w:rFonts w:ascii="宋体" w:hAnsi="宋体" w:eastAsia="宋体"/>
                <w:b w:val="0"/>
                <w:sz w:val="18"/>
              </w:rPr>
              <w:t>（3）教师用课件展示画图过程，学生对照纠错。</w:t>
            </w:r>
          </w:p>
        </w:tc>
        <w:tc>
          <w:tcPr>
            <w:tcW w:type="dxa" w:w="3061"/>
          </w:tcPr>
          <w:p>
            <w:pPr>
              <w:spacing w:after="20" w:line="276" w:lineRule="auto"/>
            </w:pPr>
            <w:r/>
            <w:r>
              <w:rPr>
                <w:rFonts w:ascii="宋体" w:hAnsi="宋体" w:eastAsia="宋体"/>
                <w:b w:val="0"/>
                <w:sz w:val="18"/>
              </w:rPr>
              <w:t>大部分学生能通过平移将不规则的图形转化为长方形来计算。</w:t>
            </w:r>
          </w:p>
          <w:p>
            <w:pPr>
              <w:spacing w:after="20" w:line="276" w:lineRule="auto"/>
            </w:pPr>
            <w:r>
              <w:rPr>
                <w:rFonts w:ascii="宋体" w:hAnsi="宋体" w:eastAsia="宋体"/>
                <w:b w:val="0"/>
                <w:sz w:val="18"/>
              </w:rPr>
              <w:t>先通过平移将不规则图形转化为一个长方形，再计算面积：4×3＝12（cm2）。</w:t>
            </w:r>
          </w:p>
          <w:p>
            <w:pPr>
              <w:spacing w:after="20" w:line="276" w:lineRule="auto"/>
            </w:pPr>
            <w:r>
              <w:rPr>
                <w:rFonts w:ascii="宋体" w:hAnsi="宋体" w:eastAsia="宋体"/>
                <w:b w:val="0"/>
                <w:sz w:val="18"/>
              </w:rPr>
              <w:t>先将风车平移转化为一个长方形，再计算面积：4×2＝8（m2）。</w:t>
            </w:r>
          </w:p>
        </w:tc>
        <w:tc>
          <w:tcPr>
            <w:tcW w:type="dxa" w:w="1814"/>
          </w:tcPr>
          <w:p>
            <w:pPr>
              <w:spacing w:after="20" w:line="276" w:lineRule="auto"/>
            </w:pPr>
            <w:r/>
            <w:r>
              <w:rPr>
                <w:rFonts w:ascii="宋体" w:hAnsi="宋体" w:eastAsia="宋体"/>
                <w:b w:val="0"/>
                <w:sz w:val="18"/>
              </w:rPr>
              <w:t>综合练习意在让学生在解决简单不规则图形周长和面积问题的过程中，体验转化的数学思想，发展空间观念；在综合画图过程中进一步巩固轴对称和平移的知识，培养学生解决问题的能力。</w:t>
            </w:r>
          </w:p>
        </w:tc>
      </w:tr>
      <w:tr>
        <w:tc>
          <w:tcPr>
            <w:tcW w:type="dxa" w:w="1474"/>
          </w:tcPr>
          <w:p>
            <w:pPr>
              <w:spacing w:after="20" w:line="276" w:lineRule="auto"/>
            </w:pPr>
            <w:r>
              <w:rPr>
                <w:b/>
              </w:rPr>
            </w:r>
            <w:r>
              <w:rPr>
                <w:rFonts w:ascii="宋体" w:hAnsi="宋体" w:eastAsia="宋体"/>
                <w:b/>
                <w:sz w:val="18"/>
              </w:rPr>
              <w:t>三、拓展练习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2.教科书P82“练习二十”第7*题。</w:t>
            </w:r>
          </w:p>
          <w:p>
            <w:pPr>
              <w:spacing w:after="20" w:line="276" w:lineRule="auto"/>
            </w:pPr>
            <w:r>
              <w:rPr>
                <w:rFonts w:ascii="宋体" w:hAnsi="宋体" w:eastAsia="宋体"/>
                <w:b w:val="0"/>
                <w:sz w:val="18"/>
              </w:rPr>
              <w:t>（1）学生独立思考后小组讨论：怎样画出这些图形的另一半呢？</w:t>
            </w:r>
          </w:p>
          <w:p>
            <w:pPr>
              <w:spacing w:after="20" w:line="276" w:lineRule="auto"/>
            </w:pPr>
            <w:r>
              <w:rPr>
                <w:rFonts w:ascii="宋体" w:hAnsi="宋体" w:eastAsia="宋体"/>
                <w:b w:val="0"/>
                <w:sz w:val="18"/>
              </w:rPr>
              <w:t>（2）学生动手试一试。</w:t>
            </w:r>
          </w:p>
          <w:p>
            <w:pPr>
              <w:spacing w:after="20" w:line="276" w:lineRule="auto"/>
            </w:pPr>
            <w:r>
              <w:rPr>
                <w:rFonts w:ascii="宋体" w:hAnsi="宋体" w:eastAsia="宋体"/>
                <w:b w:val="0"/>
                <w:sz w:val="18"/>
              </w:rPr>
              <w:t>（3）集体交流画法。</w:t>
            </w:r>
          </w:p>
        </w:tc>
        <w:tc>
          <w:tcPr>
            <w:tcW w:type="dxa" w:w="3061"/>
          </w:tcPr>
          <w:p>
            <w:pPr>
              <w:spacing w:after="20" w:line="276" w:lineRule="auto"/>
            </w:pPr>
            <w:r/>
            <w:r>
              <w:rPr>
                <w:rFonts w:ascii="宋体" w:hAnsi="宋体" w:eastAsia="宋体"/>
                <w:b w:val="0"/>
                <w:sz w:val="18"/>
              </w:rPr>
              <w:t>学生独立填表后集中汇报整理。</w:t>
            </w:r>
          </w:p>
        </w:tc>
        <w:tc>
          <w:tcPr>
            <w:tcW w:type="dxa" w:w="1814"/>
          </w:tcPr>
          <w:p>
            <w:pPr>
              <w:spacing w:after="20" w:line="276" w:lineRule="auto"/>
            </w:pPr>
            <w:r/>
            <w:r>
              <w:rPr>
                <w:rFonts w:ascii="宋体" w:hAnsi="宋体" w:eastAsia="宋体"/>
                <w:b w:val="0"/>
                <w:sz w:val="18"/>
              </w:rPr>
              <w:t>让学生跳出数方格的思维定式，真正认识“轴对称图形上的两个对应点到对称轴的距离相等”的本质特征。</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师：通过这节课的练习，你有什么收获？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引导学生回顾梳理本课所学，完善认知结构，提升归纳与反思能力，核心问题："通过这节课的练习，你有什么收获？"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教科书P82“练习二十”第7*题，P86“练习二十一”第5、6题。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练习课的教学任务是进一步巩固知识，帮助一些基础薄弱的学生更好地突破重难点，为学有余力的学生搭建知识拓展的平台，让不同的人在数学上得到不同的发展。教学中，练习的设计由易到难，层层递进，便于学生掌握；练习的处理尽量完整、具体，让学生知其然的同时知其所以然。一节课下来，教学效果不错，基本完成任务。</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