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人教版四年级数学下册</w:t>
      </w:r>
    </w:p>
    <w:p>
      <w:pPr>
        <w:spacing w:after="80" w:line="300" w:lineRule="auto"/>
        <w:jc w:val="center"/>
      </w:pPr>
      <w:r>
        <w:rPr>
          <w:rFonts w:ascii="黑体" w:hAnsi="黑体" w:eastAsia="黑体"/>
          <w:b/>
          <w:sz w:val="26"/>
        </w:rPr>
        <w:t>第8单元 平均数与条形统计图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第8单元 平均数与条形统计图</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统计与概率</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5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单元开启课、活动探索课、专题练习课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的主要内容有认识平均数、用平均数解决实际问题和复式条形统计图。它们是在学生掌握了平均分及除法运算的含义，初步体验了数据的收集、整理、描述和分析过程，会用简单的统计图表示统计的结果，能够根据统计图表提出一些简单问题的基础上进行教学的。平均数是统计中的一种重要的统计量，由于学生已经具备了平均分的能力，所以应着重让学生理解平均数的意义，并在此基础上能列出算式并进行计算。认识复式条形统计图时，要继续结合实际问题，进一步根据统计图进行简单的类推分析，给出合理的判断和决策。这样就把数据分析与解决问题结合在一起，使学生更好地理解统计在解决问题中的作用，逐步形成数据分析观念。</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平均数对于四年级学生来说是一个非常抽象的概念，尽管之前他们已经掌握了平均分及除法运算的含义，但要真正理解平均数的含义还是有一定的困难。学生在前面已经掌握了复式统计表和单式条形统计图，在此基础上再来研究复式条形统计图，引导他们从更高的角度来分析数据、解决问题，可以提升学生对统计知识的认识，让学生更好地理解统计在解决问题中的作用，逐步形成数据分析观念。</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第1课时：在具体的问题情境中，感受求平均数是解决一些实际问题的需要，通过操作体会平均数的意义，能计算简单数据的平均数。</w:t>
      </w:r>
    </w:p>
    <w:p>
      <w:pPr>
        <w:spacing w:after="20" w:line="300" w:lineRule="auto"/>
        <w:ind w:firstLine="400"/>
      </w:pPr>
      <w:r>
        <w:rPr>
          <w:rFonts w:ascii="宋体" w:hAnsi="宋体" w:eastAsia="宋体"/>
          <w:b w:val="0"/>
          <w:sz w:val="20"/>
        </w:rPr>
        <w:t>第2课时：让学生体会到平均数能较好地反映一组数据的总体情况和区别不同组数据的总体情况。</w:t>
      </w:r>
    </w:p>
    <w:p>
      <w:pPr>
        <w:spacing w:after="20" w:line="300" w:lineRule="auto"/>
        <w:ind w:firstLine="400"/>
      </w:pPr>
      <w:r>
        <w:rPr>
          <w:rFonts w:ascii="宋体" w:hAnsi="宋体" w:eastAsia="宋体"/>
          <w:b w:val="0"/>
          <w:sz w:val="20"/>
        </w:rPr>
        <w:t>第3课时：认识复式条形统计图，了解其特点，能够根据收集的数据在提供的图样中完成相应的复式条形统计图。</w:t>
      </w:r>
    </w:p>
    <w:p>
      <w:pPr>
        <w:spacing w:after="20" w:line="300" w:lineRule="auto"/>
        <w:ind w:firstLine="400"/>
      </w:pPr>
      <w:r>
        <w:rPr>
          <w:rFonts w:ascii="宋体" w:hAnsi="宋体" w:eastAsia="宋体"/>
          <w:b w:val="0"/>
          <w:sz w:val="20"/>
        </w:rPr>
        <w:t>第4课时：根据营养午餐的一些基本指标，运用简单的排列组合、统计等相关知识了解怎样的搭配才是合理的营养午餐。</w:t>
      </w:r>
    </w:p>
    <w:p>
      <w:pPr>
        <w:spacing w:after="20" w:line="300" w:lineRule="auto"/>
        <w:ind w:firstLine="400"/>
      </w:pPr>
      <w:r>
        <w:rPr>
          <w:rFonts w:ascii="宋体" w:hAnsi="宋体" w:eastAsia="宋体"/>
          <w:b w:val="0"/>
          <w:sz w:val="20"/>
        </w:rPr>
        <w:t>第5课时：通过练习，进一步理解和掌握平均数的意义以及求平均数的方法，会用所学知识解决有关平均数的实际问题。</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在学生已有知识和经验的基础上让学生主动地去建构新的认知结构。在此之前，学生已经掌握了简单平均分、复式统计表、横向单式条形统计图、纵向单式条形统计图等知识，这些知识是学生学习本单元内容的重要基础。另外，教师要引导学生认识到在现实生活中有些事物需要成对出现进行比较，如男生和女生、城市和乡村、工业和农业等。教师要很好地在复习已有知识，激活学生已有的生活经验的基础上把握好教学的起点。同时，对于这部分内容的教学，教师应充分发挥学生的主体作用，让学生通过自主绘制统计图，与同伴交流发现复式条形统计图与单式条形统计图的区别与联系。培养学生的实践能力、合作精神以及创新意识。教师除了利用教科书提供的素材外，还可以根据本地以及本班学生的实际情况，灵活选取素材进行教学。</w:t>
      </w:r>
    </w:p>
    <w:p>
      <w:pPr>
        <w:spacing w:after="20" w:line="300" w:lineRule="auto"/>
      </w:pPr>
      <w:r>
        <w:rPr>
          <w:rFonts w:ascii="宋体" w:hAnsi="宋体" w:eastAsia="宋体"/>
          <w:b w:val="0"/>
          <w:sz w:val="20"/>
        </w:rPr>
        <w:t>● 注重理解平均数在统计学上的意义。在教授教科书P87例1时，使学生在学习平均数计算方法的过程中，体会到平均数与以前学习的“平均分”是不一样的。教授教科书P88例2时，使学生认识到：在人数不等的情况下，用平均数表示各队的成绩更合适，进一步体会平均数的意义。使学生逐步体会到:平均数是刻画一组数据的集中趋势的统计量，是统计中最常用的一个指标，它既可以描述一组数据本身的总体情况，也可以作为不同组数据比较的一个指标。教学时要注意体现这一点。</w:t>
      </w:r>
    </w:p>
    <w:p>
      <w:pPr>
        <w:spacing w:after="20" w:line="300" w:lineRule="auto"/>
      </w:pPr>
      <w:r>
        <w:rPr>
          <w:rFonts w:ascii="宋体" w:hAnsi="宋体" w:eastAsia="宋体"/>
          <w:b w:val="0"/>
          <w:sz w:val="20"/>
        </w:rPr>
        <w:t>● 注意帮助学生进一步认识平均数和统计图，体会统计的意义和作用。学生在第一学段已经学会利用统计结果进行合理的判断、预测和决策，能初步理解统计在实际生活中的作用。在本单元的教学中，要注意结合实际情境，使学生理解在日常生活中为什么要运用复式条形统计图，进一步体会统计的意义和作用。</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平均数（1）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在具体的问题情境中，感受求平均数是解决一些实际问题的需要，通过操作体会平均数的意义，能计算简单数据的平均数。</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平均数（2）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让学生体会到平均数能较好地反映一组数据的总体情况和区别不同组数据的总体情况。</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复式条形统计图</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认识复式条形统计图，了解其特点，能够根据收集的数据在提供的图样中完成相应的复式条形统计图。</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综合与实践 营养午餐</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根据营养午餐的一些基本指标，运用简单的排列组合、统计等相关知识了解怎样的搭配才是合理的营养午餐。</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练习课（平均数与复式条形统计图）</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通过练习，进一步理解和掌握平均数的意义以及求平均数的方法，会用所学知识解决有关平均数的实际问题。</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平均数（1）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平均数（1）</w:t>
            </w:r>
          </w:p>
        </w:tc>
        <w:tc>
          <w:tcPr>
            <w:tcW w:type="dxa" w:w="6009"/>
          </w:tcPr>
          <w:p>
            <w:pPr>
              <w:spacing w:after="20" w:line="276" w:lineRule="auto"/>
            </w:pPr>
            <w:r/>
            <w:r>
              <w:rPr>
                <w:rFonts w:ascii="宋体" w:hAnsi="宋体" w:eastAsia="宋体"/>
                <w:b w:val="0"/>
                <w:sz w:val="20"/>
              </w:rPr>
              <w:t>第8单元 平均数与条形统计图</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平均数对于四年级学生来说是一个非常抽象的概念，尽管之前他们已经掌握了平均分及除法运算的含义，但要真正理解平均数的含义还是有一定的困难。学生在前面已经掌握了复式统计表和单式条形统计图，在此基础上再来研究复式条形统计图，引导他们从更高的角度来分析数据、解决问题，可以提升学生对统计知识的认识，让学生更好地理解统计在解决问题中的作用，逐步形成数据分析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教学内容：教科书P87例1，完成P88“做一做”，P89“练习二十二”第1、2题。</w:t>
      </w:r>
    </w:p>
    <w:p>
      <w:pPr>
        <w:spacing w:after="80" w:line="300" w:lineRule="auto"/>
        <w:ind w:firstLine="400"/>
      </w:pPr>
      <w:r>
        <w:rPr>
          <w:rFonts w:ascii="宋体" w:hAnsi="宋体" w:eastAsia="宋体"/>
          <w:b w:val="0"/>
          <w:sz w:val="20"/>
        </w:rPr>
        <w:t>教学准备：课件，两个一模一样的杯子（分别装水400g和600g）。</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（1）在具体的问题情境中，感受求平均数是解决一些实际问题的需要，通过操作体会平均数的意义，能计算简单数据的平均数。</w:t>
      </w:r>
    </w:p>
    <w:p>
      <w:pPr>
        <w:spacing w:after="20" w:line="300" w:lineRule="auto"/>
        <w:ind w:firstLine="400"/>
      </w:pPr>
      <w:r>
        <w:rPr>
          <w:rFonts w:ascii="宋体" w:hAnsi="宋体" w:eastAsia="宋体"/>
          <w:b w:val="0"/>
          <w:sz w:val="20"/>
        </w:rPr>
        <w:t>（2）经历用平均数解决简单生活问题的过程，进一步积累分析和处理数据的方法，发展统计观念，初步感知“移多补少”的数学思想。</w:t>
      </w:r>
    </w:p>
    <w:p>
      <w:pPr>
        <w:spacing w:after="20" w:line="300" w:lineRule="auto"/>
        <w:ind w:firstLine="400"/>
      </w:pPr>
      <w:r>
        <w:rPr>
          <w:rFonts w:ascii="宋体" w:hAnsi="宋体" w:eastAsia="宋体"/>
          <w:b w:val="0"/>
          <w:sz w:val="20"/>
        </w:rPr>
        <w:t>（3）增强与同伴交流的意识及体验运用所学知识解决问题的乐趣，增强学好数学的信心。</w:t>
      </w:r>
    </w:p>
    <w:p>
      <w:pPr>
        <w:spacing w:after="20" w:line="300" w:lineRule="auto"/>
      </w:pPr>
      <w:r>
        <w:rPr>
          <w:rFonts w:ascii="宋体" w:hAnsi="宋体" w:eastAsia="宋体"/>
          <w:b w:val="0"/>
          <w:sz w:val="20"/>
        </w:rPr>
        <w:t>教学重点：理解平均数的意义，掌握求平均数的方法。</w:t>
      </w:r>
    </w:p>
    <w:p>
      <w:pPr>
        <w:spacing w:after="20" w:line="300" w:lineRule="auto"/>
      </w:pPr>
      <w:r>
        <w:rPr>
          <w:rFonts w:ascii="宋体" w:hAnsi="宋体" w:eastAsia="宋体"/>
          <w:b w:val="0"/>
          <w:sz w:val="20"/>
        </w:rPr>
        <w:t>教学难点：理解平均数的意义。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二、探究交流，认识平均数</w:t>
            </w:r>
          </w:p>
        </w:tc>
        <w:tc>
          <w:tcPr>
            <w:tcW w:type="dxa" w:w="1814"/>
          </w:tcPr>
          <w:p>
            <w:pPr>
              <w:spacing w:after="20" w:line="276" w:lineRule="auto"/>
            </w:pPr>
            <w:r/>
            <w:r>
              <w:rPr>
                <w:rFonts w:ascii="宋体" w:hAnsi="宋体" w:eastAsia="宋体"/>
                <w:b w:val="0"/>
                <w:sz w:val="18"/>
              </w:rPr>
              <w:t>课件、教科书、练习本</w:t>
            </w:r>
          </w:p>
        </w:tc>
        <w:tc>
          <w:tcPr>
            <w:tcW w:type="dxa" w:w="3402"/>
          </w:tcPr>
          <w:p>
            <w:pPr>
              <w:spacing w:after="20" w:line="276" w:lineRule="auto"/>
            </w:pPr>
            <w:r/>
            <w:r>
              <w:rPr>
                <w:rFonts w:ascii="宋体" w:hAnsi="宋体" w:eastAsia="宋体"/>
                <w:b w:val="0"/>
                <w:sz w:val="18"/>
              </w:rPr>
              <w:t>为了保护环境，环保小队的同学们利用周末收集了很多空水瓶，请大家仔细观察，你知道哪些数学信息?；你们观察得真仔细，他们每个人收集的空水瓶数量同样多吗？</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三、联系实际，巩固新知识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四、课堂小结，深化认识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一、创设情境，导入新课</w:t>
            </w:r>
          </w:p>
        </w:tc>
        <w:tc>
          <w:tcPr>
            <w:tcW w:type="dxa" w:w="3061"/>
          </w:tcPr>
          <w:p>
            <w:pPr>
              <w:spacing w:after="20" w:line="276" w:lineRule="auto"/>
            </w:pPr>
            <w:r/>
            <w:r>
              <w:rPr>
                <w:rFonts w:ascii="宋体" w:hAnsi="宋体" w:eastAsia="宋体"/>
                <w:b w:val="0"/>
                <w:sz w:val="18"/>
              </w:rPr>
              <w:t>1.提出问题。</w:t>
            </w:r>
          </w:p>
          <w:p>
            <w:pPr>
              <w:spacing w:after="20" w:line="276" w:lineRule="auto"/>
            </w:pPr>
            <w:r>
              <w:rPr>
                <w:rFonts w:ascii="宋体" w:hAnsi="宋体" w:eastAsia="宋体"/>
                <w:b w:val="0"/>
                <w:sz w:val="18"/>
              </w:rPr>
              <w:t>师：(出示两杯水)大家看，这里有两杯水，这个杯子里的水是400g，另一个杯子里的水是600g，你能想办法在水的总量不变的情况下让两个杯子里的水变得同样多吗？</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师：像这样把几个不同的数，通过“移多补少”“先合并再平分”等方法，得到的相同数，叫作这几个数的平均数。今天我们一起来认识平均数。［板书课题：平均数（1）］</w:t>
            </w:r>
          </w:p>
        </w:tc>
        <w:tc>
          <w:tcPr>
            <w:tcW w:type="dxa" w:w="3061"/>
          </w:tcPr>
          <w:p>
            <w:pPr>
              <w:spacing w:after="20" w:line="276" w:lineRule="auto"/>
            </w:pPr>
            <w:r/>
            <w:r>
              <w:rPr>
                <w:rFonts w:ascii="宋体" w:hAnsi="宋体" w:eastAsia="宋体"/>
                <w:b w:val="0"/>
                <w:sz w:val="18"/>
              </w:rPr>
              <w:t>学生根据生活经验能想到以下两种办法：</w:t>
            </w:r>
          </w:p>
          <w:p>
            <w:pPr>
              <w:spacing w:after="20" w:line="276" w:lineRule="auto"/>
            </w:pPr>
            <w:r>
              <w:rPr>
                <w:rFonts w:ascii="宋体" w:hAnsi="宋体" w:eastAsia="宋体"/>
                <w:b w:val="0"/>
                <w:sz w:val="18"/>
              </w:rPr>
              <w:t>预设1：将装600g水的杯子里的水倒100g到装400g水的杯子里。</w:t>
            </w:r>
          </w:p>
          <w:p>
            <w:pPr>
              <w:spacing w:after="20" w:line="276" w:lineRule="auto"/>
            </w:pPr>
            <w:r>
              <w:rPr>
                <w:rFonts w:ascii="宋体" w:hAnsi="宋体" w:eastAsia="宋体"/>
                <w:b w:val="0"/>
                <w:sz w:val="18"/>
              </w:rPr>
              <w:t>预设2：先将水合起来再平均分。</w:t>
            </w:r>
          </w:p>
        </w:tc>
        <w:tc>
          <w:tcPr>
            <w:tcW w:type="dxa" w:w="1814"/>
          </w:tcPr>
          <w:p>
            <w:pPr>
              <w:spacing w:after="20" w:line="276" w:lineRule="auto"/>
            </w:pPr>
            <w:r/>
            <w:r>
              <w:rPr>
                <w:rFonts w:ascii="宋体" w:hAnsi="宋体" w:eastAsia="宋体"/>
                <w:b w:val="0"/>
                <w:sz w:val="18"/>
              </w:rPr>
              <w:t>通过创设学生熟悉的生活情境提出问题，让学生在解决问题的过程中，激活已有的经验，从而引入新课的学习。</w:t>
            </w:r>
          </w:p>
        </w:tc>
      </w:tr>
      <w:tr>
        <w:tc>
          <w:tcPr>
            <w:tcW w:type="dxa" w:w="1474"/>
          </w:tcPr>
          <w:p>
            <w:pPr>
              <w:spacing w:after="20" w:line="276" w:lineRule="auto"/>
            </w:pPr>
            <w:r>
              <w:rPr>
                <w:b/>
              </w:rPr>
            </w:r>
            <w:r>
              <w:rPr>
                <w:rFonts w:ascii="宋体" w:hAnsi="宋体" w:eastAsia="宋体"/>
                <w:b/>
                <w:sz w:val="18"/>
              </w:rPr>
              <w:t>二、探究交流，认识平均数</w:t>
            </w:r>
          </w:p>
        </w:tc>
        <w:tc>
          <w:tcPr>
            <w:tcW w:type="dxa" w:w="3061"/>
          </w:tcPr>
          <w:p>
            <w:pPr>
              <w:spacing w:after="20" w:line="276" w:lineRule="auto"/>
            </w:pPr>
            <w:r/>
            <w:r>
              <w:rPr>
                <w:rFonts w:ascii="宋体" w:hAnsi="宋体" w:eastAsia="宋体"/>
                <w:b w:val="0"/>
                <w:sz w:val="18"/>
              </w:rPr>
              <w:t>1.出示主题图，提出问题。</w:t>
            </w:r>
          </w:p>
          <w:p>
            <w:pPr>
              <w:spacing w:after="20" w:line="276" w:lineRule="auto"/>
            </w:pPr>
            <w:r>
              <w:rPr>
                <w:rFonts w:ascii="宋体" w:hAnsi="宋体" w:eastAsia="宋体"/>
                <w:b w:val="0"/>
                <w:sz w:val="18"/>
              </w:rPr>
              <w:t>（1）课件出示教科书P87例1的主题图。</w:t>
            </w:r>
          </w:p>
          <w:p>
            <w:pPr>
              <w:spacing w:after="20" w:line="276" w:lineRule="auto"/>
            </w:pPr>
            <w:r>
              <w:rPr>
                <w:rFonts w:ascii="宋体" w:hAnsi="宋体" w:eastAsia="宋体"/>
                <w:b w:val="0"/>
                <w:sz w:val="18"/>
              </w:rPr>
              <w:t>导入新课时也可以让学生说说生活中常见的平均数（如平均成绩、平均速度等）。</w:t>
            </w:r>
          </w:p>
          <w:p>
            <w:pPr>
              <w:spacing w:after="20" w:line="276" w:lineRule="auto"/>
            </w:pPr>
            <w:r>
              <w:rPr>
                <w:rFonts w:ascii="宋体" w:hAnsi="宋体" w:eastAsia="宋体"/>
                <w:b w:val="0"/>
                <w:sz w:val="18"/>
              </w:rPr>
              <w:t>师：为了保护环境，环保小队的同学们利用周末收集了很多空水瓶，请大家仔细观察，你知道哪些数学信息?</w:t>
            </w:r>
          </w:p>
          <w:p>
            <w:pPr>
              <w:spacing w:after="20" w:line="276" w:lineRule="auto"/>
            </w:pPr>
            <w:r>
              <w:rPr>
                <w:rFonts w:ascii="宋体" w:hAnsi="宋体" w:eastAsia="宋体"/>
                <w:b w:val="0"/>
                <w:sz w:val="18"/>
              </w:rPr>
              <w:t>（2）引导学生观察、比较图中的数据，厘清横轴和纵轴分别表示什么，每个人收集的数量是多少，谁最多，谁最少，请学生汇报。</w:t>
            </w:r>
          </w:p>
          <w:p>
            <w:pPr>
              <w:spacing w:after="20" w:line="276" w:lineRule="auto"/>
            </w:pPr>
            <w:r>
              <w:rPr>
                <w:rFonts w:ascii="宋体" w:hAnsi="宋体" w:eastAsia="宋体"/>
                <w:b w:val="0"/>
                <w:sz w:val="18"/>
              </w:rPr>
              <w:t>（3）师：你们观察得真仔细，他们每个人收集的空水瓶数量同样多吗？（不一样多）</w:t>
            </w:r>
          </w:p>
          <w:p>
            <w:pPr>
              <w:spacing w:after="20" w:line="276" w:lineRule="auto"/>
            </w:pPr>
            <w:r>
              <w:rPr>
                <w:rFonts w:ascii="宋体" w:hAnsi="宋体" w:eastAsia="宋体"/>
                <w:b w:val="0"/>
                <w:sz w:val="18"/>
              </w:rPr>
              <w:t>（4）师：你能想办法让每个人收集的空水瓶一样多吗？</w:t>
            </w:r>
          </w:p>
          <w:p>
            <w:pPr>
              <w:spacing w:after="20" w:line="276" w:lineRule="auto"/>
            </w:pPr>
            <w:r>
              <w:rPr>
                <w:rFonts w:ascii="宋体" w:hAnsi="宋体" w:eastAsia="宋体"/>
                <w:b w:val="0"/>
                <w:sz w:val="18"/>
              </w:rPr>
              <w:t>（1）师：下面请4人小组合作，画一画、想一想、算一算。</w:t>
            </w:r>
          </w:p>
          <w:p>
            <w:pPr>
              <w:spacing w:after="20" w:line="276" w:lineRule="auto"/>
            </w:pPr>
            <w:r>
              <w:rPr>
                <w:rFonts w:ascii="宋体" w:hAnsi="宋体" w:eastAsia="宋体"/>
                <w:b w:val="0"/>
                <w:sz w:val="18"/>
              </w:rPr>
              <w:t>（2）把你的想法和小组里的成员说一说。</w:t>
            </w:r>
          </w:p>
          <w:p>
            <w:pPr>
              <w:spacing w:after="20" w:line="276" w:lineRule="auto"/>
            </w:pPr>
            <w:r>
              <w:rPr>
                <w:rFonts w:ascii="宋体" w:hAnsi="宋体" w:eastAsia="宋体"/>
                <w:b w:val="0"/>
                <w:sz w:val="18"/>
              </w:rPr>
              <w:t>（1）“移多补少”求平均数。</w:t>
            </w:r>
          </w:p>
          <w:p>
            <w:pPr>
              <w:spacing w:after="20" w:line="276" w:lineRule="auto"/>
            </w:pPr>
            <w:r>
              <w:rPr>
                <w:rFonts w:ascii="宋体" w:hAnsi="宋体" w:eastAsia="宋体"/>
                <w:b w:val="0"/>
                <w:sz w:val="18"/>
              </w:rPr>
              <w:t>①师：平均每人收集了多少个呢？</w:t>
            </w:r>
          </w:p>
          <w:p>
            <w:pPr>
              <w:spacing w:after="20" w:line="276" w:lineRule="auto"/>
            </w:pPr>
            <w:r>
              <w:rPr>
                <w:rFonts w:ascii="宋体" w:hAnsi="宋体" w:eastAsia="宋体"/>
                <w:b w:val="0"/>
                <w:sz w:val="18"/>
              </w:rPr>
              <w:t>②师：为什么要把小红的空水瓶给小兰？这样做的目的是什么？</w:t>
            </w:r>
          </w:p>
          <w:p>
            <w:pPr>
              <w:spacing w:after="20" w:line="276" w:lineRule="auto"/>
            </w:pPr>
            <w:r>
              <w:rPr>
                <w:rFonts w:ascii="宋体" w:hAnsi="宋体" w:eastAsia="宋体"/>
                <w:b w:val="0"/>
                <w:sz w:val="18"/>
              </w:rPr>
              <w:t>师：把多的给了少的，使得每个人收集的空水瓶数量同样多。我们把这样的方法叫作“移多补少”。</w:t>
            </w:r>
          </w:p>
          <w:p>
            <w:pPr>
              <w:spacing w:after="20" w:line="276" w:lineRule="auto"/>
            </w:pPr>
            <w:r>
              <w:rPr>
                <w:rFonts w:ascii="宋体" w:hAnsi="宋体" w:eastAsia="宋体"/>
                <w:b w:val="0"/>
                <w:sz w:val="18"/>
              </w:rPr>
              <w:t>课件演示“移多补少”的动态过程。（板书:“移多补少”）</w:t>
            </w:r>
          </w:p>
          <w:p>
            <w:pPr>
              <w:spacing w:after="20" w:line="276" w:lineRule="auto"/>
            </w:pPr>
            <w:r>
              <w:rPr>
                <w:rFonts w:ascii="宋体" w:hAnsi="宋体" w:eastAsia="宋体"/>
                <w:b w:val="0"/>
                <w:sz w:val="18"/>
              </w:rPr>
              <w:t>③师：现在每个人的空水瓶同样多吗？是多少个？</w:t>
            </w:r>
          </w:p>
          <w:p>
            <w:pPr>
              <w:spacing w:after="20" w:line="276" w:lineRule="auto"/>
            </w:pPr>
            <w:r>
              <w:rPr>
                <w:rFonts w:ascii="宋体" w:hAnsi="宋体" w:eastAsia="宋体"/>
                <w:b w:val="0"/>
                <w:sz w:val="18"/>
              </w:rPr>
              <w:t>师小结：13就是他们收集空水瓶数量的平均数。</w:t>
            </w:r>
          </w:p>
          <w:p>
            <w:pPr>
              <w:spacing w:after="20" w:line="276" w:lineRule="auto"/>
            </w:pPr>
            <w:r>
              <w:rPr>
                <w:rFonts w:ascii="宋体" w:hAnsi="宋体" w:eastAsia="宋体"/>
                <w:b w:val="0"/>
                <w:sz w:val="18"/>
              </w:rPr>
              <w:t>（2）“先合后分”求平均数。</w:t>
            </w:r>
          </w:p>
          <w:p>
            <w:pPr>
              <w:spacing w:after="20" w:line="276" w:lineRule="auto"/>
            </w:pPr>
            <w:r>
              <w:rPr>
                <w:rFonts w:ascii="宋体" w:hAnsi="宋体" w:eastAsia="宋体"/>
                <w:b w:val="0"/>
                <w:sz w:val="18"/>
              </w:rPr>
              <w:t>①师：还有不同的方法吗？</w:t>
            </w:r>
          </w:p>
          <w:p>
            <w:pPr>
              <w:spacing w:after="20" w:line="276" w:lineRule="auto"/>
            </w:pPr>
            <w:r>
              <w:rPr>
                <w:rFonts w:ascii="宋体" w:hAnsi="宋体" w:eastAsia="宋体"/>
                <w:b w:val="0"/>
                <w:sz w:val="18"/>
              </w:rPr>
              <w:t>=52÷4</w:t>
            </w:r>
          </w:p>
          <w:p>
            <w:pPr>
              <w:spacing w:after="20" w:line="276" w:lineRule="auto"/>
            </w:pPr>
            <w:r>
              <w:rPr>
                <w:rFonts w:ascii="宋体" w:hAnsi="宋体" w:eastAsia="宋体"/>
                <w:b w:val="0"/>
                <w:sz w:val="18"/>
              </w:rPr>
              <w:t>=13</w:t>
            </w:r>
          </w:p>
          <w:p>
            <w:pPr>
              <w:spacing w:after="20" w:line="276" w:lineRule="auto"/>
            </w:pPr>
            <w:r>
              <w:rPr>
                <w:rFonts w:ascii="宋体" w:hAnsi="宋体" w:eastAsia="宋体"/>
                <w:b w:val="0"/>
                <w:sz w:val="18"/>
              </w:rPr>
              <w:t>教师根据学生的回答板书。</w:t>
            </w:r>
          </w:p>
          <w:p>
            <w:pPr>
              <w:spacing w:after="20" w:line="276" w:lineRule="auto"/>
            </w:pPr>
            <w:r>
              <w:rPr>
                <w:rFonts w:ascii="宋体" w:hAnsi="宋体" w:eastAsia="宋体"/>
                <w:b w:val="0"/>
                <w:sz w:val="18"/>
              </w:rPr>
              <w:t>②师追问：“52”表示什么？为什么要除以“4”？</w:t>
            </w:r>
          </w:p>
          <w:p>
            <w:pPr>
              <w:spacing w:after="20" w:line="276" w:lineRule="auto"/>
            </w:pPr>
            <w:r>
              <w:rPr>
                <w:rFonts w:ascii="宋体" w:hAnsi="宋体" w:eastAsia="宋体"/>
                <w:b w:val="0"/>
                <w:sz w:val="18"/>
              </w:rPr>
              <w:t>本环节是这节课的重难点，一定要结合具体情境，通过观察、操作、小组合作交流等活动，理解平均数的意义，掌握求平均数的方法。</w:t>
            </w:r>
          </w:p>
          <w:p>
            <w:pPr>
              <w:spacing w:after="20" w:line="276" w:lineRule="auto"/>
            </w:pPr>
            <w:r>
              <w:rPr>
                <w:rFonts w:ascii="宋体" w:hAnsi="宋体" w:eastAsia="宋体"/>
                <w:b w:val="0"/>
                <w:sz w:val="18"/>
              </w:rPr>
              <w:t>③师：先把4人收集的空水瓶的总数量求出来，是52个。4是总份数，除以4表示平均分成4份，13就是每个人收集空水瓶数量的平均数。这种方法叫作“先合后分”。（板书：“先合后分”：总数量÷总份数=平均数）</w:t>
            </w:r>
          </w:p>
          <w:p>
            <w:pPr>
              <w:spacing w:after="20" w:line="276" w:lineRule="auto"/>
            </w:pPr>
            <w:r>
              <w:rPr>
                <w:rFonts w:ascii="宋体" w:hAnsi="宋体" w:eastAsia="宋体"/>
                <w:b w:val="0"/>
                <w:sz w:val="18"/>
              </w:rPr>
              <w:t>(3)师小结:我们用“移多补少”的方法和“先合后分”的方法都得到了这4个数的平均数是13。</w:t>
            </w:r>
          </w:p>
          <w:p>
            <w:pPr>
              <w:spacing w:after="20" w:line="276" w:lineRule="auto"/>
            </w:pPr>
            <w:r>
              <w:rPr>
                <w:rFonts w:ascii="宋体" w:hAnsi="宋体" w:eastAsia="宋体"/>
                <w:b w:val="0"/>
                <w:sz w:val="18"/>
              </w:rPr>
              <w:t>4.理解平均数的意义。</w:t>
            </w:r>
          </w:p>
          <w:p>
            <w:pPr>
              <w:spacing w:after="20" w:line="276" w:lineRule="auto"/>
            </w:pPr>
            <w:r>
              <w:rPr>
                <w:rFonts w:ascii="宋体" w:hAnsi="宋体" w:eastAsia="宋体"/>
                <w:b w:val="0"/>
                <w:sz w:val="18"/>
              </w:rPr>
              <w:t>师：在例题中，我们求出平均每人收集了13个空水瓶，是表示他们4人中每一个人实际收集了13个空水瓶吗？</w:t>
            </w:r>
          </w:p>
          <w:p>
            <w:pPr>
              <w:spacing w:after="20" w:line="276" w:lineRule="auto"/>
            </w:pPr>
            <w:r>
              <w:rPr>
                <w:rFonts w:ascii="宋体" w:hAnsi="宋体" w:eastAsia="宋体"/>
                <w:b w:val="0"/>
                <w:sz w:val="18"/>
              </w:rPr>
              <w:t>师：“13”是这一组数据的平均数，平均数并不是每个学生收集到的空水瓶的实际数量，而是代表这4个同学收集空水瓶数量的一种平均水平。可能有的同学收集到的比这个数量多，有的比这个数量少。平均数是为了代表这组数据的总体水平而创造出来的一个“虚拟”的数。</w:t>
            </w:r>
          </w:p>
          <w:p>
            <w:pPr>
              <w:spacing w:after="20" w:line="276" w:lineRule="auto"/>
            </w:pPr>
            <w:r>
              <w:rPr>
                <w:rFonts w:ascii="宋体" w:hAnsi="宋体" w:eastAsia="宋体"/>
                <w:b w:val="0"/>
                <w:sz w:val="18"/>
              </w:rPr>
              <w:t>5.区分“平均分”和“平均数”。</w:t>
            </w:r>
          </w:p>
          <w:p>
            <w:pPr>
              <w:spacing w:after="20" w:line="276" w:lineRule="auto"/>
            </w:pPr>
            <w:r>
              <w:rPr>
                <w:rFonts w:ascii="宋体" w:hAnsi="宋体" w:eastAsia="宋体"/>
                <w:b w:val="0"/>
                <w:sz w:val="18"/>
              </w:rPr>
              <w:t>师：前面我们学习了“平均分”，它和我们今天学习的“平均数”有区别吗？请举例说明，并在小组中讨论交流。</w:t>
            </w:r>
          </w:p>
        </w:tc>
        <w:tc>
          <w:tcPr>
            <w:tcW w:type="dxa" w:w="3061"/>
          </w:tcPr>
          <w:p>
            <w:pPr>
              <w:spacing w:after="20" w:line="276" w:lineRule="auto"/>
            </w:pPr>
            <w:r/>
            <w:r>
              <w:rPr>
                <w:rFonts w:ascii="宋体" w:hAnsi="宋体" w:eastAsia="宋体"/>
                <w:b w:val="0"/>
                <w:sz w:val="18"/>
              </w:rPr>
              <w:t>预设1：横轴表示数量，纵轴表示姓名。</w:t>
            </w:r>
          </w:p>
          <w:p>
            <w:pPr>
              <w:spacing w:after="20" w:line="276" w:lineRule="auto"/>
            </w:pPr>
            <w:r>
              <w:rPr>
                <w:rFonts w:ascii="宋体" w:hAnsi="宋体" w:eastAsia="宋体"/>
                <w:b w:val="0"/>
                <w:sz w:val="18"/>
              </w:rPr>
              <w:t>预设2：学生可能会说出每人收集的个数，也可能会说出小明收集得最多，小亮收集得最少。</w:t>
            </w:r>
          </w:p>
          <w:p>
            <w:pPr>
              <w:spacing w:after="20" w:line="276" w:lineRule="auto"/>
            </w:pPr>
            <w:r>
              <w:rPr>
                <w:rFonts w:ascii="宋体" w:hAnsi="宋体" w:eastAsia="宋体"/>
                <w:b w:val="0"/>
                <w:sz w:val="18"/>
              </w:rPr>
              <w:t>2.小组合作，探究方法。</w:t>
            </w:r>
          </w:p>
          <w:p>
            <w:pPr>
              <w:spacing w:after="20" w:line="276" w:lineRule="auto"/>
            </w:pPr>
            <w:r>
              <w:rPr>
                <w:rFonts w:ascii="宋体" w:hAnsi="宋体" w:eastAsia="宋体"/>
                <w:b w:val="0"/>
                <w:sz w:val="18"/>
              </w:rPr>
              <w:t>3.小组汇报，交流算法。</w:t>
            </w:r>
          </w:p>
          <w:p>
            <w:pPr>
              <w:spacing w:after="20" w:line="276" w:lineRule="auto"/>
            </w:pPr>
            <w:r>
              <w:rPr>
                <w:rFonts w:ascii="宋体" w:hAnsi="宋体" w:eastAsia="宋体"/>
                <w:b w:val="0"/>
                <w:sz w:val="18"/>
              </w:rPr>
              <w:t>学生在练习本上画一画、移一移，直观地看出平均数。</w:t>
            </w:r>
          </w:p>
          <w:p>
            <w:pPr>
              <w:spacing w:after="20" w:line="276" w:lineRule="auto"/>
            </w:pPr>
            <w:r>
              <w:rPr>
                <w:rFonts w:ascii="宋体" w:hAnsi="宋体" w:eastAsia="宋体"/>
                <w:b w:val="0"/>
                <w:sz w:val="18"/>
              </w:rPr>
              <w:t>学生可能会边操作边说“小红给小兰1个，小明给小亮2个，这时候他们4人的空水瓶的数量就一样多了，都是13个”。</w:t>
            </w:r>
          </w:p>
          <w:p>
            <w:pPr>
              <w:spacing w:after="20" w:line="276" w:lineRule="auto"/>
            </w:pPr>
            <w:r>
              <w:rPr>
                <w:rFonts w:ascii="宋体" w:hAnsi="宋体" w:eastAsia="宋体"/>
                <w:b w:val="0"/>
                <w:sz w:val="18"/>
              </w:rPr>
              <w:t>因为小红的多，小兰的少。这样做能使她们的空水瓶同样多。</w:t>
            </w:r>
          </w:p>
          <w:p>
            <w:pPr>
              <w:spacing w:after="20" w:line="276" w:lineRule="auto"/>
            </w:pPr>
            <w:r>
              <w:rPr>
                <w:rFonts w:ascii="宋体" w:hAnsi="宋体" w:eastAsia="宋体"/>
                <w:b w:val="0"/>
                <w:sz w:val="18"/>
              </w:rPr>
              <w:t>同样多，是13个。</w:t>
            </w:r>
          </w:p>
          <w:p>
            <w:pPr>
              <w:spacing w:after="20" w:line="276" w:lineRule="auto"/>
            </w:pPr>
            <w:r>
              <w:rPr>
                <w:rFonts w:ascii="宋体" w:hAnsi="宋体" w:eastAsia="宋体"/>
                <w:b w:val="0"/>
                <w:sz w:val="18"/>
              </w:rPr>
              <w:t>预设1：要使每人收集的空水瓶数量同样多，还可以先把该小队收集的空水瓶的总数量求出来，再平均分成4份，看1份是多少。</w:t>
            </w:r>
          </w:p>
          <w:p>
            <w:pPr>
              <w:spacing w:after="20" w:line="276" w:lineRule="auto"/>
            </w:pPr>
            <w:r>
              <w:rPr>
                <w:rFonts w:ascii="宋体" w:hAnsi="宋体" w:eastAsia="宋体"/>
                <w:b w:val="0"/>
                <w:sz w:val="18"/>
              </w:rPr>
              <w:t>预设2：算式可以这样列：（14+12+11+15）÷4</w:t>
            </w:r>
          </w:p>
          <w:p>
            <w:pPr>
              <w:spacing w:after="20" w:line="276" w:lineRule="auto"/>
            </w:pPr>
            <w:r>
              <w:rPr>
                <w:rFonts w:ascii="宋体" w:hAnsi="宋体" w:eastAsia="宋体"/>
                <w:b w:val="0"/>
                <w:sz w:val="18"/>
              </w:rPr>
              <w:t>“52”表示4人收集的空水瓶的总数量，把总数平均分给4人，就是平均分成4份，4表示总份数。</w:t>
            </w:r>
          </w:p>
          <w:p>
            <w:pPr>
              <w:spacing w:after="20" w:line="276" w:lineRule="auto"/>
            </w:pPr>
            <w:r>
              <w:rPr>
                <w:rFonts w:ascii="宋体" w:hAnsi="宋体" w:eastAsia="宋体"/>
                <w:b w:val="0"/>
                <w:sz w:val="18"/>
              </w:rPr>
              <w:t>不是，每个人实际收集的数量比13个多或比13个少。</w:t>
            </w:r>
          </w:p>
          <w:p>
            <w:pPr>
              <w:spacing w:after="20" w:line="276" w:lineRule="auto"/>
            </w:pPr>
            <w:r>
              <w:rPr>
                <w:rFonts w:ascii="宋体" w:hAnsi="宋体" w:eastAsia="宋体"/>
                <w:b w:val="0"/>
                <w:sz w:val="18"/>
              </w:rPr>
              <w:t>预设1：把12块糖平均分给4个孩子，每个孩子分得3块糖。这里的3块表示平均分的结果，是每个孩子实际分得的块数。</w:t>
            </w:r>
          </w:p>
          <w:p>
            <w:pPr>
              <w:spacing w:after="20" w:line="276" w:lineRule="auto"/>
            </w:pPr>
            <w:r>
              <w:rPr>
                <w:rFonts w:ascii="宋体" w:hAnsi="宋体" w:eastAsia="宋体"/>
                <w:b w:val="0"/>
                <w:sz w:val="18"/>
              </w:rPr>
              <w:t>预设2：4个小孩一共有12块糖，平均每个孩子有3块糖。这里的3块就是平均数，它并不代表每人一定有3块糖。</w:t>
            </w:r>
          </w:p>
        </w:tc>
        <w:tc>
          <w:tcPr>
            <w:tcW w:type="dxa" w:w="1814"/>
          </w:tcPr>
          <w:p>
            <w:pPr>
              <w:spacing w:after="20" w:line="276" w:lineRule="auto"/>
            </w:pPr>
            <w:r/>
            <w:r>
              <w:rPr>
                <w:rFonts w:ascii="宋体" w:hAnsi="宋体" w:eastAsia="宋体"/>
                <w:b w:val="0"/>
                <w:sz w:val="18"/>
              </w:rPr>
              <w:t>这一环节让学生动手操作演示“移多补少”的过程。这样的互动交流可以激发学生学习的兴趣。</w:t>
            </w:r>
          </w:p>
          <w:p>
            <w:pPr>
              <w:spacing w:after="20" w:line="276" w:lineRule="auto"/>
            </w:pPr>
            <w:r>
              <w:rPr>
                <w:rFonts w:ascii="宋体" w:hAnsi="宋体" w:eastAsia="宋体"/>
                <w:b w:val="0"/>
                <w:sz w:val="18"/>
              </w:rPr>
              <w:t>“先合后分”这一环节的设计，让学生清楚地认识到了在计算平均数的时候要先把收集的个数都合起来，再平均分。这样有助于学生理解平均数的意义和掌握求平均数的方法。</w:t>
            </w:r>
          </w:p>
          <w:p>
            <w:pPr>
              <w:spacing w:after="20" w:line="276" w:lineRule="auto"/>
            </w:pPr>
            <w:r>
              <w:rPr>
                <w:rFonts w:ascii="宋体" w:hAnsi="宋体" w:eastAsia="宋体"/>
                <w:b w:val="0"/>
                <w:sz w:val="18"/>
              </w:rPr>
              <w:t>在这一环节中，教师注重让学生自主探索、合作交流，让学生理解平均数这一概念，掌握“平均分”与“平均数”的区别。</w:t>
            </w:r>
          </w:p>
        </w:tc>
      </w:tr>
      <w:tr>
        <w:tc>
          <w:tcPr>
            <w:tcW w:type="dxa" w:w="1474"/>
          </w:tcPr>
          <w:p>
            <w:pPr>
              <w:spacing w:after="20" w:line="276" w:lineRule="auto"/>
            </w:pPr>
            <w:r>
              <w:rPr>
                <w:b/>
              </w:rPr>
            </w:r>
            <w:r>
              <w:rPr>
                <w:rFonts w:ascii="宋体" w:hAnsi="宋体" w:eastAsia="宋体"/>
                <w:b/>
                <w:sz w:val="18"/>
              </w:rPr>
              <w:t>三、联系实际，巩固新知识</w:t>
            </w:r>
          </w:p>
        </w:tc>
        <w:tc>
          <w:tcPr>
            <w:tcW w:type="dxa" w:w="3061"/>
          </w:tcPr>
          <w:p>
            <w:pPr>
              <w:spacing w:after="20" w:line="276" w:lineRule="auto"/>
            </w:pPr>
            <w:r/>
            <w:r>
              <w:rPr>
                <w:rFonts w:ascii="宋体" w:hAnsi="宋体" w:eastAsia="宋体"/>
                <w:b w:val="0"/>
                <w:sz w:val="18"/>
              </w:rPr>
              <w:t>1.教科书P88“做一做”。</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（2）集体交流订正，说说你是怎样算的。</w:t>
            </w:r>
          </w:p>
          <w:p>
            <w:pPr>
              <w:spacing w:after="20" w:line="276" w:lineRule="auto"/>
            </w:pPr>
            <w:r>
              <w:rPr>
                <w:rFonts w:ascii="宋体" w:hAnsi="宋体" w:eastAsia="宋体"/>
                <w:b w:val="0"/>
                <w:sz w:val="18"/>
              </w:rPr>
              <w:t>2.教科书P89“练习二十二”第1题。</w:t>
            </w:r>
          </w:p>
          <w:p>
            <w:pPr>
              <w:spacing w:after="20" w:line="276" w:lineRule="auto"/>
            </w:pPr>
            <w:r>
              <w:rPr>
                <w:rFonts w:ascii="宋体" w:hAnsi="宋体" w:eastAsia="宋体"/>
                <w:b w:val="0"/>
                <w:sz w:val="18"/>
              </w:rPr>
              <w:t>（1）学生整理数据后独立填表。</w:t>
            </w:r>
          </w:p>
          <w:p>
            <w:pPr>
              <w:spacing w:after="20" w:line="276" w:lineRule="auto"/>
            </w:pPr>
            <w:r>
              <w:rPr>
                <w:rFonts w:ascii="宋体" w:hAnsi="宋体" w:eastAsia="宋体"/>
                <w:b w:val="0"/>
                <w:sz w:val="18"/>
              </w:rPr>
              <w:t>（2）分组计算：学生分成男生和女生两个组进行比赛，看看哪个组做得又对又快。</w:t>
            </w:r>
          </w:p>
          <w:p>
            <w:pPr>
              <w:spacing w:after="20" w:line="276" w:lineRule="auto"/>
            </w:pPr>
            <w:r>
              <w:rPr>
                <w:rFonts w:ascii="宋体" w:hAnsi="宋体" w:eastAsia="宋体"/>
                <w:b w:val="0"/>
                <w:sz w:val="18"/>
              </w:rPr>
              <w:t>（3）集体交流订正，教师宣布比赛结果，学生自主纠错。</w:t>
            </w:r>
          </w:p>
          <w:p>
            <w:pPr>
              <w:spacing w:after="20" w:line="276" w:lineRule="auto"/>
            </w:pPr>
            <w:r>
              <w:rPr>
                <w:rFonts w:ascii="宋体" w:hAnsi="宋体" w:eastAsia="宋体"/>
                <w:b w:val="0"/>
                <w:sz w:val="18"/>
              </w:rPr>
              <w:t>（4）课下收集、整理数据并计算。</w:t>
            </w:r>
          </w:p>
          <w:p>
            <w:pPr>
              <w:spacing w:after="20" w:line="276" w:lineRule="auto"/>
            </w:pPr>
            <w:r>
              <w:rPr>
                <w:rFonts w:ascii="宋体" w:hAnsi="宋体" w:eastAsia="宋体"/>
                <w:b w:val="0"/>
                <w:sz w:val="18"/>
              </w:rPr>
              <w:t>3.教科书P89“练习二十二”第2题。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（2）同桌交换检查，订正。</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本题意在强化求平均数的有关计算，并进一步培养学生收集、整理数据的能力，同时渗透关爱他人、互助等情感教育，发展学生的数据分析观念。</w:t>
            </w:r>
          </w:p>
          <w:p>
            <w:pPr>
              <w:spacing w:after="20" w:line="276" w:lineRule="auto"/>
            </w:pPr>
            <w:r>
              <w:rPr>
                <w:rFonts w:ascii="宋体" w:hAnsi="宋体" w:eastAsia="宋体"/>
                <w:b w:val="0"/>
                <w:sz w:val="18"/>
              </w:rPr>
              <w:t>这一作业的设计紧扣教科书的重点，有助于让学生进一步理解平均数的意义和计算方法，获得数学活动经验。</w:t>
            </w:r>
          </w:p>
        </w:tc>
      </w:tr>
      <w:tr>
        <w:tc>
          <w:tcPr>
            <w:tcW w:type="dxa" w:w="1474"/>
          </w:tcPr>
          <w:p>
            <w:pPr>
              <w:spacing w:after="20" w:line="276" w:lineRule="auto"/>
            </w:pPr>
            <w:r>
              <w:rPr>
                <w:b/>
              </w:rPr>
            </w:r>
            <w:r>
              <w:rPr>
                <w:rFonts w:ascii="宋体" w:hAnsi="宋体" w:eastAsia="宋体"/>
                <w:b/>
                <w:sz w:val="18"/>
              </w:rPr>
              <w:t>四、课堂小结，深化认识</w:t>
            </w:r>
          </w:p>
        </w:tc>
        <w:tc>
          <w:tcPr>
            <w:tcW w:type="dxa" w:w="3061"/>
          </w:tcPr>
          <w:p>
            <w:pPr>
              <w:spacing w:after="20" w:line="276" w:lineRule="auto"/>
            </w:pPr>
            <w:r/>
            <w:r>
              <w:rPr>
                <w:rFonts w:ascii="宋体" w:hAnsi="宋体" w:eastAsia="宋体"/>
                <w:b w:val="0"/>
                <w:sz w:val="18"/>
              </w:rPr>
              <w:t>师：同学们回顾一下本节课学习的内容，说说你学到了哪些知识。</w:t>
            </w:r>
          </w:p>
          <w:p>
            <w:pPr>
              <w:spacing w:after="20" w:line="276" w:lineRule="auto"/>
            </w:pPr>
            <w:r>
              <w:rPr>
                <w:rFonts w:ascii="宋体" w:hAnsi="宋体" w:eastAsia="宋体"/>
                <w:b w:val="0"/>
                <w:sz w:val="18"/>
              </w:rPr>
              <w:t>教科书P89“练习二十二”第1题中的数据来源有两种。第一问呈现的是现成的数据，第二问需要学生自己收集数据并计算。教师要引导学生掌握收集数据、整理数据、描述数据和分析数据的方法。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平均数（1）</w:t>
      </w:r>
    </w:p>
    <w:p>
      <w:pPr>
        <w:spacing w:after="40" w:line="300" w:lineRule="auto"/>
      </w:pPr>
      <w:r>
        <w:rPr>
          <w:rFonts w:ascii="宋体" w:hAnsi="宋体" w:eastAsia="宋体"/>
          <w:b w:val="0"/>
          <w:sz w:val="20"/>
        </w:rPr>
        <w:t>“移多补少”</w:t>
      </w:r>
    </w:p>
    <w:p>
      <w:pPr>
        <w:spacing w:after="40" w:line="300" w:lineRule="auto"/>
      </w:pPr>
      <w:r>
        <w:rPr>
          <w:rFonts w:ascii="宋体" w:hAnsi="宋体" w:eastAsia="宋体"/>
          <w:b w:val="0"/>
          <w:sz w:val="20"/>
        </w:rPr>
        <w:t>“先合后分”：总数量÷总份数=平均数</w:t>
      </w:r>
    </w:p>
    <w:p>
      <w:pPr>
        <w:spacing w:after="40" w:line="300" w:lineRule="auto"/>
      </w:pPr>
      <w:r>
        <w:rPr>
          <w:rFonts w:ascii="宋体" w:hAnsi="宋体" w:eastAsia="宋体"/>
          <w:b w:val="0"/>
          <w:sz w:val="20"/>
        </w:rPr>
        <w:t>（14+12+11+15）÷4</w:t>
      </w:r>
    </w:p>
    <w:p>
      <w:pPr>
        <w:spacing w:after="40" w:line="300" w:lineRule="auto"/>
      </w:pPr>
      <w:r>
        <w:rPr>
          <w:rFonts w:ascii="宋体" w:hAnsi="宋体" w:eastAsia="宋体"/>
          <w:b w:val="0"/>
          <w:sz w:val="20"/>
        </w:rPr>
        <w:t>=52÷4</w:t>
      </w:r>
    </w:p>
    <w:p>
      <w:pPr>
        <w:spacing w:after="40" w:line="300" w:lineRule="auto"/>
      </w:pPr>
      <w:r>
        <w:rPr>
          <w:rFonts w:ascii="宋体" w:hAnsi="宋体" w:eastAsia="宋体"/>
          <w:b w:val="0"/>
          <w:sz w:val="20"/>
        </w:rPr>
        <w:t>=13</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教科书P87例1，完成P88“做一做”，P89“练习二十二”第1、2题。</w:t>
      </w:r>
    </w:p>
    <w:p>
      <w:pPr>
        <w:spacing w:after="40" w:line="300" w:lineRule="auto"/>
        <w:ind w:firstLine="400"/>
      </w:pPr>
      <w:r>
        <w:rPr>
          <w:rFonts w:ascii="宋体" w:hAnsi="宋体" w:eastAsia="宋体"/>
          <w:b w:val="0"/>
          <w:sz w:val="20"/>
        </w:rPr>
        <w:t>② 原设计安排：见“状元成才路”系列丛书《创优作业100分》对应课时作业。 下面是四个小组在手工课上折的纸鹤数量的统计图，虚线所在位置能表示各小组折的纸鹤数量的平均数的是（ ）。（填序号） A. B. C. D. 2.2024年“世界水日”主题为“以水促和平”。元元参加以“以水促和平”为主题的演讲比赛，7名评委的打分为（单位：分）：93、90、89、85、86、88、87。如果去掉一个最高分和一个最低分，元元的平均得分是多少分？ 3.冬季树木养护的一个重要环节是给树干刷上石灰浆，可有效防御冻害，防止病虫在树干上越冬。下表是东风村各组给大树树干刷石灰浆的情况，但是不小心撕破了一部分，你能算出三组和四组各刷了多少棵树吗？, 参考答案 D （90＋89＋86＋88＋87）÷5＝88（分） 80×5－74－81－89－60－8＝88（棵） 88＝80＋8,三组刷了68棵树，四组刷了88棵树。</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在设计时，教师充分考虑了不同的学生有哪些不同的思考方法，可能会出现哪些解决问题的方案，从而设计出不同的教学策略。让学生在学会知识的同时，经历情感体验，提高学习能力，生成学习经验，使整个课堂充满活力。</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平均数（2）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平均数（2）</w:t>
            </w:r>
          </w:p>
        </w:tc>
        <w:tc>
          <w:tcPr>
            <w:tcW w:type="dxa" w:w="6009"/>
          </w:tcPr>
          <w:p>
            <w:pPr>
              <w:spacing w:after="20" w:line="276" w:lineRule="auto"/>
            </w:pPr>
            <w:r/>
            <w:r>
              <w:rPr>
                <w:rFonts w:ascii="宋体" w:hAnsi="宋体" w:eastAsia="宋体"/>
                <w:b w:val="0"/>
                <w:sz w:val="20"/>
              </w:rPr>
              <w:t>第8单元 平均数与条形统计图</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平均数对于四年级学生来说是一个非常抽象的概念，尽管之前他们已经掌握了平均分及除法运算的含义，但要真正理解平均数的含义还是有一定的困难。学生在前面已经掌握了复式统计表和单式条形统计图，在此基础上再来研究复式条形统计图，引导他们从更高的角度来分析数据、解决问题，可以提升学生对统计知识的认识，让学生更好地理解统计在解决问题中的作用，逐步形成数据分析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教学内容：教科书P88例2，完成P89～90“练习二十二”第3～6题。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（1）让学生体会到平均数能较好地反映一组数据的总体情况和区别不同组数据的总体情况。</w:t>
      </w:r>
    </w:p>
    <w:p>
      <w:pPr>
        <w:spacing w:after="20" w:line="300" w:lineRule="auto"/>
        <w:ind w:firstLine="400"/>
      </w:pPr>
      <w:r>
        <w:rPr>
          <w:rFonts w:ascii="宋体" w:hAnsi="宋体" w:eastAsia="宋体"/>
          <w:b w:val="0"/>
          <w:sz w:val="20"/>
        </w:rPr>
        <w:t>（2）使学生认识到统计与生活的联系，灵活应用所学知识，用求平均数的方法解决简单的实际问题，发展学生的实践能力。</w:t>
      </w:r>
    </w:p>
    <w:p>
      <w:pPr>
        <w:spacing w:after="20" w:line="300" w:lineRule="auto"/>
        <w:ind w:firstLine="400"/>
      </w:pPr>
      <w:r>
        <w:rPr>
          <w:rFonts w:ascii="宋体" w:hAnsi="宋体" w:eastAsia="宋体"/>
          <w:b w:val="0"/>
          <w:sz w:val="20"/>
        </w:rPr>
        <w:t>（3）巩固求平均数的计算方法，使学生体会“平均数”在现实生活中的实际意义及广泛应用，逐步养成自主探索与合作交流的意识和能力。</w:t>
      </w:r>
    </w:p>
    <w:p>
      <w:pPr>
        <w:spacing w:after="20" w:line="300" w:lineRule="auto"/>
      </w:pPr>
      <w:r>
        <w:rPr>
          <w:rFonts w:ascii="宋体" w:hAnsi="宋体" w:eastAsia="宋体"/>
          <w:b w:val="0"/>
          <w:sz w:val="20"/>
        </w:rPr>
        <w:t>教学重点：学会用平均数解决有关的实际问题，提高解决实际问题的能力。</w:t>
      </w:r>
    </w:p>
    <w:p>
      <w:pPr>
        <w:spacing w:after="20" w:line="300" w:lineRule="auto"/>
      </w:pPr>
      <w:r>
        <w:rPr>
          <w:rFonts w:ascii="宋体" w:hAnsi="宋体" w:eastAsia="宋体"/>
          <w:b w:val="0"/>
          <w:sz w:val="20"/>
        </w:rPr>
        <w:t>教学难点：使学生体会到平均数能较好地反映一组数据的总体情况。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一、情境导入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同学们，学校正在进行踢毽比赛。下面是第3小组男生队和女生队踢毽比赛的成绩。你知道哪个队的成绩更好吗？</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二、探究新知识</w:t>
            </w:r>
          </w:p>
        </w:tc>
        <w:tc>
          <w:tcPr>
            <w:tcW w:type="dxa" w:w="1814"/>
          </w:tcPr>
          <w:p>
            <w:pPr>
              <w:spacing w:after="20" w:line="276" w:lineRule="auto"/>
            </w:pPr>
            <w:r/>
            <w:r>
              <w:rPr>
                <w:rFonts w:ascii="宋体" w:hAnsi="宋体" w:eastAsia="宋体"/>
                <w:b w:val="0"/>
                <w:sz w:val="18"/>
              </w:rPr>
              <w:t>课件、教科书、练习本</w:t>
            </w:r>
          </w:p>
        </w:tc>
        <w:tc>
          <w:tcPr>
            <w:tcW w:type="dxa" w:w="3402"/>
          </w:tcPr>
          <w:p>
            <w:pPr>
              <w:spacing w:after="20" w:line="276" w:lineRule="auto"/>
            </w:pPr>
            <w:r/>
            <w:r>
              <w:rPr>
                <w:rFonts w:ascii="宋体" w:hAnsi="宋体" w:eastAsia="宋体"/>
                <w:b w:val="0"/>
                <w:sz w:val="18"/>
              </w:rPr>
              <w:t>现在看第4小组男生队和女生队踢毽比赛的成绩，哪个队的成绩更好？；“平均”是什么意思？</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一、情境导入</w:t>
            </w:r>
          </w:p>
        </w:tc>
        <w:tc>
          <w:tcPr>
            <w:tcW w:type="dxa" w:w="3061"/>
          </w:tcPr>
          <w:p>
            <w:pPr>
              <w:spacing w:after="20" w:line="276" w:lineRule="auto"/>
            </w:pPr>
            <w:r/>
            <w:r>
              <w:rPr>
                <w:rFonts w:ascii="宋体" w:hAnsi="宋体" w:eastAsia="宋体"/>
                <w:b w:val="0"/>
                <w:sz w:val="18"/>
              </w:rPr>
              <w:t>1.创设情境，复习旧知识。</w:t>
            </w:r>
          </w:p>
          <w:p>
            <w:pPr>
              <w:spacing w:after="20" w:line="276" w:lineRule="auto"/>
            </w:pPr>
            <w:r>
              <w:rPr>
                <w:rFonts w:ascii="宋体" w:hAnsi="宋体" w:eastAsia="宋体"/>
                <w:b w:val="0"/>
                <w:sz w:val="18"/>
              </w:rPr>
              <w:t>师：同学们，学校正在进行踢毽比赛。下面是第3小组男生队和女生队踢毽比赛的成绩。你知道哪个队的成绩更好吗？（出示课件）</w:t>
            </w:r>
          </w:p>
          <w:p>
            <w:pPr>
              <w:spacing w:after="20" w:line="276" w:lineRule="auto"/>
            </w:pPr>
            <w:r>
              <w:rPr>
                <w:rFonts w:ascii="宋体" w:hAnsi="宋体" w:eastAsia="宋体"/>
                <w:b w:val="0"/>
                <w:sz w:val="18"/>
              </w:rPr>
              <w:t>因为72＜76，所以女生队成绩更好。</w:t>
            </w:r>
          </w:p>
          <w:p>
            <w:pPr>
              <w:spacing w:after="20" w:line="276" w:lineRule="auto"/>
            </w:pPr>
            <w:r>
              <w:rPr>
                <w:rFonts w:ascii="宋体" w:hAnsi="宋体" w:eastAsia="宋体"/>
                <w:b w:val="0"/>
                <w:sz w:val="18"/>
              </w:rPr>
              <w:t>因为18＜19，所以女生队成绩更好。</w:t>
            </w:r>
          </w:p>
          <w:p>
            <w:pPr>
              <w:spacing w:after="20" w:line="276" w:lineRule="auto"/>
            </w:pPr>
            <w:r>
              <w:rPr>
                <w:rFonts w:ascii="宋体" w:hAnsi="宋体" w:eastAsia="宋体"/>
                <w:b w:val="0"/>
                <w:sz w:val="18"/>
              </w:rPr>
              <w:t>2.揭示课题，引出新知识。</w:t>
            </w:r>
          </w:p>
          <w:p>
            <w:pPr>
              <w:spacing w:after="20" w:line="276" w:lineRule="auto"/>
            </w:pPr>
            <w:r>
              <w:rPr>
                <w:rFonts w:ascii="宋体" w:hAnsi="宋体" w:eastAsia="宋体"/>
                <w:b w:val="0"/>
                <w:sz w:val="18"/>
              </w:rPr>
              <w:t>师：同学们真棒！能很快地用两种不同的方法正确解决问题，不少同学还用到了上节课学习的求平均数的方法，真正做到了活学活用。今天这节课我们就来学习用平均数解决实际问题。［板书课题：平均数（2）］</w:t>
            </w:r>
          </w:p>
          <w:p>
            <w:pPr>
              <w:spacing w:after="20" w:line="276" w:lineRule="auto"/>
            </w:pPr>
            <w:r>
              <w:rPr>
                <w:rFonts w:ascii="宋体" w:hAnsi="宋体" w:eastAsia="宋体"/>
                <w:b w:val="0"/>
                <w:sz w:val="18"/>
              </w:rPr>
              <w:t>教学时也可选择学生熟悉的、感兴趣的活动作为教学素材，例如跳绳、拍球等，由学生生活中的实例引入，激发学生学习的兴趣，提高参与的积极性。</w:t>
            </w:r>
          </w:p>
        </w:tc>
        <w:tc>
          <w:tcPr>
            <w:tcW w:type="dxa" w:w="3061"/>
          </w:tcPr>
          <w:p>
            <w:pPr>
              <w:spacing w:after="20" w:line="276" w:lineRule="auto"/>
            </w:pPr>
            <w:r/>
            <w:r>
              <w:rPr>
                <w:rFonts w:ascii="宋体" w:hAnsi="宋体" w:eastAsia="宋体"/>
                <w:b w:val="0"/>
                <w:sz w:val="18"/>
              </w:rPr>
              <w:t>预设1：算出哪个队踢毽个数多就行了。男生队：19+17+16+20=72（个）；女生队：17+21+20+18=76（个）。</w:t>
            </w:r>
          </w:p>
          <w:p>
            <w:pPr>
              <w:spacing w:after="20" w:line="276" w:lineRule="auto"/>
            </w:pPr>
            <w:r>
              <w:rPr>
                <w:rFonts w:ascii="宋体" w:hAnsi="宋体" w:eastAsia="宋体"/>
                <w:b w:val="0"/>
                <w:sz w:val="18"/>
              </w:rPr>
              <w:t>预设2：还可以用平均数来比较。男生队的平均成绩是72÷4=18（个），女生队的平均成绩是76÷4=19（个）。</w:t>
            </w:r>
          </w:p>
        </w:tc>
        <w:tc>
          <w:tcPr>
            <w:tcW w:type="dxa" w:w="1814"/>
          </w:tcPr>
          <w:p>
            <w:pPr>
              <w:spacing w:after="20" w:line="276" w:lineRule="auto"/>
            </w:pPr>
            <w:r/>
            <w:r>
              <w:rPr>
                <w:rFonts w:ascii="宋体" w:hAnsi="宋体" w:eastAsia="宋体"/>
                <w:b w:val="0"/>
                <w:sz w:val="18"/>
              </w:rPr>
              <w:t>通过创设第3小组男生队和女生队比赛踢毽的情境，让学生在判断哪个队成绩更好的过程中，既复习了旧知识，又引入了新课的学习。</w:t>
            </w:r>
          </w:p>
        </w:tc>
      </w:tr>
      <w:tr>
        <w:tc>
          <w:tcPr>
            <w:tcW w:type="dxa" w:w="1474"/>
          </w:tcPr>
          <w:p>
            <w:pPr>
              <w:spacing w:after="20" w:line="276" w:lineRule="auto"/>
            </w:pPr>
            <w:r>
              <w:rPr>
                <w:b/>
              </w:rPr>
            </w:r>
            <w:r>
              <w:rPr>
                <w:rFonts w:ascii="宋体" w:hAnsi="宋体" w:eastAsia="宋体"/>
                <w:b/>
                <w:sz w:val="18"/>
              </w:rPr>
              <w:t>二、探究新知识</w:t>
            </w:r>
          </w:p>
        </w:tc>
        <w:tc>
          <w:tcPr>
            <w:tcW w:type="dxa" w:w="3061"/>
          </w:tcPr>
          <w:p>
            <w:pPr>
              <w:spacing w:after="20" w:line="276" w:lineRule="auto"/>
            </w:pPr>
            <w:r/>
            <w:r>
              <w:rPr>
                <w:rFonts w:ascii="宋体" w:hAnsi="宋体" w:eastAsia="宋体"/>
                <w:b w:val="0"/>
                <w:sz w:val="18"/>
              </w:rPr>
              <w:t>1.产生冲突。</w:t>
            </w:r>
          </w:p>
          <w:p>
            <w:pPr>
              <w:spacing w:after="20" w:line="276" w:lineRule="auto"/>
            </w:pPr>
            <w:r>
              <w:rPr>
                <w:rFonts w:ascii="宋体" w:hAnsi="宋体" w:eastAsia="宋体"/>
                <w:b w:val="0"/>
                <w:sz w:val="18"/>
              </w:rPr>
              <w:t>课件出示教科书P88例2中的表格。</w:t>
            </w:r>
          </w:p>
          <w:p>
            <w:pPr>
              <w:spacing w:after="20" w:line="276" w:lineRule="auto"/>
            </w:pPr>
            <w:r>
              <w:rPr>
                <w:rFonts w:ascii="宋体" w:hAnsi="宋体" w:eastAsia="宋体"/>
                <w:b w:val="0"/>
                <w:sz w:val="18"/>
              </w:rPr>
              <w:t>师：现在看第4小组男生队和女生队踢毽比赛的成绩，哪个队的成绩更好？</w:t>
            </w:r>
          </w:p>
          <w:p>
            <w:pPr>
              <w:spacing w:after="20" w:line="276" w:lineRule="auto"/>
            </w:pPr>
            <w:r>
              <w:rPr>
                <w:rFonts w:ascii="宋体" w:hAnsi="宋体" w:eastAsia="宋体"/>
                <w:b w:val="0"/>
                <w:sz w:val="18"/>
              </w:rPr>
              <w:t>2.达成共识。</w:t>
            </w:r>
          </w:p>
          <w:p>
            <w:pPr>
              <w:spacing w:after="20" w:line="276" w:lineRule="auto"/>
            </w:pPr>
            <w:r>
              <w:rPr>
                <w:rFonts w:ascii="宋体" w:hAnsi="宋体" w:eastAsia="宋体"/>
                <w:b w:val="0"/>
                <w:sz w:val="18"/>
              </w:rPr>
              <w:t>（1）师：“平均”是什么意思？谁来说一说。</w:t>
            </w:r>
          </w:p>
          <w:p>
            <w:pPr>
              <w:spacing w:after="20" w:line="276" w:lineRule="auto"/>
            </w:pPr>
            <w:r>
              <w:rPr>
                <w:rFonts w:ascii="宋体" w:hAnsi="宋体" w:eastAsia="宋体"/>
                <w:b w:val="0"/>
                <w:sz w:val="18"/>
              </w:rPr>
              <w:t>（2）师：对，在人数不等的情况下，平均数可以代表这个队踢毽的总体水平。</w:t>
            </w:r>
          </w:p>
          <w:p>
            <w:pPr>
              <w:spacing w:after="20" w:line="276" w:lineRule="auto"/>
            </w:pPr>
            <w:r>
              <w:rPr>
                <w:rFonts w:ascii="宋体" w:hAnsi="宋体" w:eastAsia="宋体"/>
                <w:b w:val="0"/>
                <w:sz w:val="18"/>
              </w:rPr>
              <w:t>3.自主计算，解决问题。</w:t>
            </w:r>
          </w:p>
          <w:p>
            <w:pPr>
              <w:spacing w:after="20" w:line="276" w:lineRule="auto"/>
            </w:pPr>
            <w:r>
              <w:rPr>
                <w:rFonts w:ascii="宋体" w:hAnsi="宋体" w:eastAsia="宋体"/>
                <w:b w:val="0"/>
                <w:sz w:val="18"/>
              </w:rPr>
              <w:t>（1）求女生队的平均成绩。</w:t>
            </w:r>
          </w:p>
          <w:p>
            <w:pPr>
              <w:spacing w:after="20" w:line="276" w:lineRule="auto"/>
            </w:pPr>
            <w:r>
              <w:rPr>
                <w:rFonts w:ascii="宋体" w:hAnsi="宋体" w:eastAsia="宋体"/>
                <w:b w:val="0"/>
                <w:sz w:val="18"/>
              </w:rPr>
              <w:t>师：下面请同学们算一算，女生队平均每人踢了多少个。</w:t>
            </w:r>
          </w:p>
          <w:p>
            <w:pPr>
              <w:spacing w:after="20" w:line="276" w:lineRule="auto"/>
            </w:pPr>
            <w:r>
              <w:rPr>
                <w:rFonts w:ascii="宋体" w:hAnsi="宋体" w:eastAsia="宋体"/>
                <w:b w:val="0"/>
                <w:sz w:val="18"/>
              </w:rPr>
              <w:t>(18+20+19+19)÷4</w:t>
            </w:r>
          </w:p>
          <w:p>
            <w:pPr>
              <w:spacing w:after="20" w:line="276" w:lineRule="auto"/>
            </w:pPr>
            <w:r>
              <w:rPr>
                <w:rFonts w:ascii="宋体" w:hAnsi="宋体" w:eastAsia="宋体"/>
                <w:b w:val="0"/>
                <w:sz w:val="18"/>
              </w:rPr>
              <w:t>=76÷4</w:t>
            </w:r>
          </w:p>
          <w:p>
            <w:pPr>
              <w:spacing w:after="20" w:line="276" w:lineRule="auto"/>
            </w:pPr>
            <w:r>
              <w:rPr>
                <w:rFonts w:ascii="宋体" w:hAnsi="宋体" w:eastAsia="宋体"/>
                <w:b w:val="0"/>
                <w:sz w:val="18"/>
              </w:rPr>
              <w:t>=19(个)</w:t>
            </w:r>
          </w:p>
          <w:p>
            <w:pPr>
              <w:spacing w:after="20" w:line="276" w:lineRule="auto"/>
            </w:pPr>
            <w:r>
              <w:rPr>
                <w:rFonts w:ascii="宋体" w:hAnsi="宋体" w:eastAsia="宋体"/>
                <w:b w:val="0"/>
                <w:sz w:val="18"/>
              </w:rPr>
              <w:t>教师板书。</w:t>
            </w:r>
          </w:p>
          <w:p>
            <w:pPr>
              <w:spacing w:after="20" w:line="276" w:lineRule="auto"/>
            </w:pPr>
            <w:r>
              <w:rPr>
                <w:rFonts w:ascii="宋体" w:hAnsi="宋体" w:eastAsia="宋体"/>
                <w:b w:val="0"/>
                <w:sz w:val="18"/>
              </w:rPr>
              <w:t>（2）求男生队的平均成绩。</w:t>
            </w:r>
          </w:p>
          <w:p>
            <w:pPr>
              <w:spacing w:after="20" w:line="276" w:lineRule="auto"/>
            </w:pPr>
            <w:r>
              <w:rPr>
                <w:rFonts w:ascii="宋体" w:hAnsi="宋体" w:eastAsia="宋体"/>
                <w:b w:val="0"/>
                <w:sz w:val="18"/>
              </w:rPr>
              <w:t>①估算男生队的平均成绩。</w:t>
            </w:r>
          </w:p>
          <w:p>
            <w:pPr>
              <w:spacing w:after="20" w:line="276" w:lineRule="auto"/>
            </w:pPr>
            <w:r>
              <w:rPr>
                <w:rFonts w:ascii="宋体" w:hAnsi="宋体" w:eastAsia="宋体"/>
                <w:b w:val="0"/>
                <w:sz w:val="18"/>
              </w:rPr>
              <w:t>师：男生队的平均成绩是多少呢?我们先来估一估。谁来估?</w:t>
            </w:r>
          </w:p>
          <w:p>
            <w:pPr>
              <w:spacing w:after="20" w:line="276" w:lineRule="auto"/>
            </w:pPr>
            <w:r>
              <w:rPr>
                <w:rFonts w:ascii="宋体" w:hAnsi="宋体" w:eastAsia="宋体"/>
                <w:b w:val="0"/>
                <w:sz w:val="18"/>
              </w:rPr>
              <w:t>师：可能是20个吗?</w:t>
            </w:r>
          </w:p>
          <w:p>
            <w:pPr>
              <w:spacing w:after="20" w:line="276" w:lineRule="auto"/>
            </w:pPr>
            <w:r>
              <w:rPr>
                <w:rFonts w:ascii="宋体" w:hAnsi="宋体" w:eastAsia="宋体"/>
                <w:b w:val="0"/>
                <w:sz w:val="18"/>
              </w:rPr>
              <w:t>师：也就是说多的补给少的以后，20个会变少，所以平均数肯定比20小。</w:t>
            </w:r>
          </w:p>
          <w:p>
            <w:pPr>
              <w:spacing w:after="20" w:line="276" w:lineRule="auto"/>
            </w:pPr>
            <w:r>
              <w:rPr>
                <w:rFonts w:ascii="宋体" w:hAnsi="宋体" w:eastAsia="宋体"/>
                <w:b w:val="0"/>
                <w:sz w:val="18"/>
              </w:rPr>
              <w:t>师：那老师也来估一估，可能是14个吗?</w:t>
            </w:r>
          </w:p>
          <w:p>
            <w:pPr>
              <w:spacing w:after="20" w:line="276" w:lineRule="auto"/>
            </w:pPr>
            <w:r>
              <w:rPr>
                <w:rFonts w:ascii="宋体" w:hAnsi="宋体" w:eastAsia="宋体"/>
                <w:b w:val="0"/>
                <w:sz w:val="18"/>
              </w:rPr>
              <w:t>②师:所以平均数肯定比15大。那谁知道平均数在谁和谁之间呢?</w:t>
            </w:r>
          </w:p>
          <w:p>
            <w:pPr>
              <w:spacing w:after="20" w:line="276" w:lineRule="auto"/>
            </w:pPr>
            <w:r>
              <w:rPr>
                <w:rFonts w:ascii="宋体" w:hAnsi="宋体" w:eastAsia="宋体"/>
                <w:b w:val="0"/>
                <w:sz w:val="18"/>
              </w:rPr>
              <w:t>根据学生的回答，教师用红色粉笔圈出15和20。</w:t>
            </w:r>
          </w:p>
          <w:p>
            <w:pPr>
              <w:spacing w:after="20" w:line="276" w:lineRule="auto"/>
            </w:pPr>
            <w:r>
              <w:rPr>
                <w:rFonts w:ascii="宋体" w:hAnsi="宋体" w:eastAsia="宋体"/>
                <w:b w:val="0"/>
                <w:sz w:val="18"/>
              </w:rPr>
              <w:t>本环节是这节课的重难点，一定要结合具体情境引导学生通过讨论交流、计算等活动，体会到平均数能较好地反映一组数据的总体情况和区别不同组数据的总体情况，并能用求平均数的方法解决简单的实际问题。</w:t>
            </w:r>
          </w:p>
          <w:p>
            <w:pPr>
              <w:spacing w:after="20" w:line="276" w:lineRule="auto"/>
            </w:pPr>
            <w:r>
              <w:rPr>
                <w:rFonts w:ascii="宋体" w:hAnsi="宋体" w:eastAsia="宋体"/>
                <w:b w:val="0"/>
                <w:sz w:val="18"/>
              </w:rPr>
              <w:t>③自主计算男生队的平均成绩。</w:t>
            </w:r>
          </w:p>
          <w:p>
            <w:pPr>
              <w:spacing w:after="20" w:line="276" w:lineRule="auto"/>
            </w:pPr>
            <w:r>
              <w:rPr>
                <w:rFonts w:ascii="宋体" w:hAnsi="宋体" w:eastAsia="宋体"/>
                <w:b w:val="0"/>
                <w:sz w:val="18"/>
              </w:rPr>
              <w:t>师：也就是说平均数肯定比最大的数小，比最小的数大。那究竟男生队的平均成绩是多少呢?在你的练习本上算一算。</w:t>
            </w:r>
          </w:p>
          <w:p>
            <w:pPr>
              <w:spacing w:after="20" w:line="276" w:lineRule="auto"/>
            </w:pPr>
            <w:r>
              <w:rPr>
                <w:rFonts w:ascii="宋体" w:hAnsi="宋体" w:eastAsia="宋体"/>
                <w:b w:val="0"/>
                <w:sz w:val="18"/>
              </w:rPr>
              <w:t>（19+15+16+20+15)÷5</w:t>
            </w:r>
          </w:p>
          <w:p>
            <w:pPr>
              <w:spacing w:after="20" w:line="276" w:lineRule="auto"/>
            </w:pPr>
            <w:r>
              <w:rPr>
                <w:rFonts w:ascii="宋体" w:hAnsi="宋体" w:eastAsia="宋体"/>
                <w:b w:val="0"/>
                <w:sz w:val="18"/>
              </w:rPr>
              <w:t>=85÷5</w:t>
            </w:r>
          </w:p>
          <w:p>
            <w:pPr>
              <w:spacing w:after="20" w:line="276" w:lineRule="auto"/>
            </w:pPr>
            <w:r>
              <w:rPr>
                <w:rFonts w:ascii="宋体" w:hAnsi="宋体" w:eastAsia="宋体"/>
                <w:b w:val="0"/>
                <w:sz w:val="18"/>
              </w:rPr>
              <w:t>=17（个）</w:t>
            </w:r>
          </w:p>
          <w:p>
            <w:pPr>
              <w:spacing w:after="20" w:line="276" w:lineRule="auto"/>
            </w:pPr>
            <w:r>
              <w:rPr>
                <w:rFonts w:ascii="宋体" w:hAnsi="宋体" w:eastAsia="宋体"/>
                <w:b w:val="0"/>
                <w:sz w:val="18"/>
              </w:rPr>
              <w:t>教师板书。</w:t>
            </w:r>
          </w:p>
          <w:p>
            <w:pPr>
              <w:spacing w:after="20" w:line="276" w:lineRule="auto"/>
            </w:pPr>
            <w:r>
              <w:rPr>
                <w:rFonts w:ascii="宋体" w:hAnsi="宋体" w:eastAsia="宋体"/>
                <w:b w:val="0"/>
                <w:sz w:val="18"/>
              </w:rPr>
              <w:t>师：你是怎样想的？</w:t>
            </w:r>
          </w:p>
          <w:p>
            <w:pPr>
              <w:spacing w:after="20" w:line="276" w:lineRule="auto"/>
            </w:pPr>
            <w:r>
              <w:rPr>
                <w:rFonts w:ascii="宋体" w:hAnsi="宋体" w:eastAsia="宋体"/>
                <w:b w:val="0"/>
                <w:sz w:val="18"/>
              </w:rPr>
              <w:t>（3）师：男生队和女生队的平均成绩知道了，你们说哪个队的成绩更好?</w:t>
            </w:r>
          </w:p>
          <w:p>
            <w:pPr>
              <w:spacing w:after="20" w:line="276" w:lineRule="auto"/>
            </w:pPr>
            <w:r>
              <w:rPr>
                <w:rFonts w:ascii="宋体" w:hAnsi="宋体" w:eastAsia="宋体"/>
                <w:b w:val="0"/>
                <w:sz w:val="18"/>
              </w:rPr>
              <w:t>教师板书。</w:t>
            </w:r>
          </w:p>
          <w:p>
            <w:pPr>
              <w:spacing w:after="20" w:line="276" w:lineRule="auto"/>
            </w:pPr>
            <w:r>
              <w:rPr>
                <w:rFonts w:ascii="宋体" w:hAnsi="宋体" w:eastAsia="宋体"/>
                <w:b w:val="0"/>
                <w:sz w:val="18"/>
              </w:rPr>
              <w:t>师小结：看来用求平均数的方法可以知道哪个队的成绩好一些。平均数能较好地反映一组数据本身的总体情况，表示统计对象的一般水平，也可以作为不同组数据比较的一个指标。三、巩固练习</w:t>
            </w:r>
          </w:p>
          <w:p>
            <w:pPr>
              <w:spacing w:after="20" w:line="276" w:lineRule="auto"/>
            </w:pPr>
            <w:r>
              <w:rPr>
                <w:rFonts w:ascii="宋体" w:hAnsi="宋体" w:eastAsia="宋体"/>
                <w:b w:val="0"/>
                <w:sz w:val="18"/>
              </w:rPr>
              <w:t>1.教科书P89“练习二十二”第3题。</w:t>
            </w:r>
          </w:p>
          <w:p>
            <w:pPr>
              <w:spacing w:after="20" w:line="276" w:lineRule="auto"/>
            </w:pPr>
            <w:r>
              <w:rPr>
                <w:rFonts w:ascii="宋体" w:hAnsi="宋体" w:eastAsia="宋体"/>
                <w:b w:val="0"/>
                <w:sz w:val="18"/>
              </w:rPr>
              <w:t>（1）学生独立判断。</w:t>
            </w:r>
          </w:p>
          <w:p>
            <w:pPr>
              <w:spacing w:after="20" w:line="276" w:lineRule="auto"/>
            </w:pPr>
            <w:r>
              <w:rPr>
                <w:rFonts w:ascii="宋体" w:hAnsi="宋体" w:eastAsia="宋体"/>
                <w:b w:val="0"/>
                <w:sz w:val="18"/>
              </w:rPr>
              <w:t>（2）指名汇报，说说你这样判断的理由。</w:t>
            </w:r>
          </w:p>
          <w:p>
            <w:pPr>
              <w:spacing w:after="20" w:line="276" w:lineRule="auto"/>
            </w:pPr>
            <w:r>
              <w:rPr>
                <w:rFonts w:ascii="宋体" w:hAnsi="宋体" w:eastAsia="宋体"/>
                <w:b w:val="0"/>
                <w:sz w:val="18"/>
              </w:rPr>
              <w:t>2.教科书P90“练习二十二”第4题。</w:t>
            </w:r>
          </w:p>
          <w:p>
            <w:pPr>
              <w:spacing w:after="20" w:line="276" w:lineRule="auto"/>
            </w:pPr>
            <w:r>
              <w:rPr>
                <w:rFonts w:ascii="宋体" w:hAnsi="宋体" w:eastAsia="宋体"/>
                <w:b w:val="0"/>
                <w:sz w:val="18"/>
              </w:rPr>
              <w:t>3.教科书P90“练习二十二”第5题。</w:t>
            </w:r>
          </w:p>
          <w:p>
            <w:pPr>
              <w:spacing w:after="20" w:line="276" w:lineRule="auto"/>
            </w:pPr>
            <w:r>
              <w:rPr>
                <w:rFonts w:ascii="宋体" w:hAnsi="宋体" w:eastAsia="宋体"/>
                <w:b w:val="0"/>
                <w:sz w:val="18"/>
              </w:rPr>
              <w:t>（1）学生根据表格中的数据独立计算。</w:t>
            </w:r>
          </w:p>
          <w:p>
            <w:pPr>
              <w:spacing w:after="20" w:line="276" w:lineRule="auto"/>
            </w:pPr>
            <w:r>
              <w:rPr>
                <w:rFonts w:ascii="宋体" w:hAnsi="宋体" w:eastAsia="宋体"/>
                <w:b w:val="0"/>
                <w:sz w:val="18"/>
              </w:rPr>
              <w:t>（2）指名汇报，集体订正。</w:t>
            </w:r>
          </w:p>
          <w:p>
            <w:pPr>
              <w:spacing w:after="20" w:line="276" w:lineRule="auto"/>
            </w:pPr>
            <w:r>
              <w:rPr>
                <w:rFonts w:ascii="宋体" w:hAnsi="宋体" w:eastAsia="宋体"/>
                <w:b w:val="0"/>
                <w:sz w:val="18"/>
              </w:rPr>
              <w:t>4.教科书P90“练习二十二”第6题。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（2）小组讨论，点名汇报。</w:t>
            </w:r>
          </w:p>
          <w:p>
            <w:pPr>
              <w:spacing w:after="20" w:line="276" w:lineRule="auto"/>
            </w:pPr>
            <w:r>
              <w:rPr>
                <w:rFonts w:ascii="宋体" w:hAnsi="宋体" w:eastAsia="宋体"/>
                <w:b w:val="0"/>
                <w:sz w:val="18"/>
              </w:rPr>
              <w:t>教学中要尊重学生个性，鼓励创造性思维。</w:t>
            </w:r>
          </w:p>
        </w:tc>
        <w:tc>
          <w:tcPr>
            <w:tcW w:type="dxa" w:w="3061"/>
          </w:tcPr>
          <w:p>
            <w:pPr>
              <w:spacing w:after="20" w:line="276" w:lineRule="auto"/>
            </w:pPr>
            <w:r/>
            <w:r>
              <w:rPr>
                <w:rFonts w:ascii="宋体" w:hAnsi="宋体" w:eastAsia="宋体"/>
                <w:b w:val="0"/>
                <w:sz w:val="18"/>
              </w:rPr>
              <w:t>预设1：算出哪个队踢毽的个数多，哪个队的成绩就更好。</w:t>
            </w:r>
          </w:p>
          <w:p>
            <w:pPr>
              <w:spacing w:after="20" w:line="276" w:lineRule="auto"/>
            </w:pPr>
            <w:r>
              <w:rPr>
                <w:rFonts w:ascii="宋体" w:hAnsi="宋体" w:eastAsia="宋体"/>
                <w:b w:val="0"/>
                <w:sz w:val="18"/>
              </w:rPr>
              <w:t>预设2：不对，这样比较不公平，因为两队的人数不一样。用每队的平均成绩比较公平些。（你真细心，发现了两个队的人数不同，考虑问题很全面。）</w:t>
            </w:r>
          </w:p>
          <w:p>
            <w:pPr>
              <w:spacing w:after="20" w:line="276" w:lineRule="auto"/>
            </w:pPr>
            <w:r>
              <w:rPr>
                <w:rFonts w:ascii="宋体" w:hAnsi="宋体" w:eastAsia="宋体"/>
                <w:b w:val="0"/>
                <w:sz w:val="18"/>
              </w:rPr>
              <w:t>学生可能会说“就是分别算出男生队和女生队平均每人的踢毽个数”。</w:t>
            </w:r>
          </w:p>
          <w:p>
            <w:pPr>
              <w:spacing w:after="20" w:line="276" w:lineRule="auto"/>
            </w:pPr>
            <w:r>
              <w:rPr>
                <w:rFonts w:ascii="宋体" w:hAnsi="宋体" w:eastAsia="宋体"/>
                <w:b w:val="0"/>
                <w:sz w:val="18"/>
              </w:rPr>
              <w:t>有前面的求平均数经验，学生能算出女生队平均每人的踢毽个数：</w:t>
            </w:r>
          </w:p>
          <w:p>
            <w:pPr>
              <w:spacing w:after="20" w:line="276" w:lineRule="auto"/>
            </w:pPr>
            <w:r>
              <w:rPr>
                <w:rFonts w:ascii="宋体" w:hAnsi="宋体" w:eastAsia="宋体"/>
                <w:b w:val="0"/>
                <w:sz w:val="18"/>
              </w:rPr>
              <w:t>学生可能会说16个、20个……</w:t>
            </w:r>
          </w:p>
          <w:p>
            <w:pPr>
              <w:spacing w:after="20" w:line="276" w:lineRule="auto"/>
            </w:pPr>
            <w:r>
              <w:rPr>
                <w:rFonts w:ascii="宋体" w:hAnsi="宋体" w:eastAsia="宋体"/>
                <w:b w:val="0"/>
                <w:sz w:val="18"/>
              </w:rPr>
              <w:t>学生可能会说“多的要补给少的，所以不可能是20个”。</w:t>
            </w:r>
          </w:p>
          <w:p>
            <w:pPr>
              <w:spacing w:after="20" w:line="276" w:lineRule="auto"/>
            </w:pPr>
            <w:r>
              <w:rPr>
                <w:rFonts w:ascii="宋体" w:hAnsi="宋体" w:eastAsia="宋体"/>
                <w:b w:val="0"/>
                <w:sz w:val="18"/>
              </w:rPr>
              <w:t>学生可能会说“因为多的补给少的以后，少的就变多了”。也有的可能说“不可能，因为最少的踢了15个”。</w:t>
            </w:r>
          </w:p>
          <w:p>
            <w:pPr>
              <w:spacing w:after="20" w:line="276" w:lineRule="auto"/>
            </w:pPr>
            <w:r>
              <w:rPr>
                <w:rFonts w:ascii="宋体" w:hAnsi="宋体" w:eastAsia="宋体"/>
                <w:b w:val="0"/>
                <w:sz w:val="18"/>
              </w:rPr>
              <w:t>学生可能会说“平均数在15和20之间”。</w:t>
            </w:r>
          </w:p>
          <w:p>
            <w:pPr>
              <w:spacing w:after="20" w:line="276" w:lineRule="auto"/>
            </w:pPr>
            <w:r>
              <w:rPr>
                <w:rFonts w:ascii="宋体" w:hAnsi="宋体" w:eastAsia="宋体"/>
                <w:b w:val="0"/>
                <w:sz w:val="18"/>
              </w:rPr>
              <w:t>学生能算出男生队平均每人踢毽个数：</w:t>
            </w:r>
          </w:p>
          <w:p>
            <w:pPr>
              <w:spacing w:after="20" w:line="276" w:lineRule="auto"/>
            </w:pPr>
            <w:r>
              <w:rPr>
                <w:rFonts w:ascii="宋体" w:hAnsi="宋体" w:eastAsia="宋体"/>
                <w:b w:val="0"/>
                <w:sz w:val="18"/>
              </w:rPr>
              <w:t>算出男生队一共踢了85个，然后用总数量（85个）除以总人数（5人），算出了平均每人踢了多少个。</w:t>
            </w:r>
          </w:p>
          <w:p>
            <w:pPr>
              <w:spacing w:after="20" w:line="276" w:lineRule="auto"/>
            </w:pPr>
            <w:r>
              <w:rPr>
                <w:rFonts w:ascii="宋体" w:hAnsi="宋体" w:eastAsia="宋体"/>
                <w:b w:val="0"/>
                <w:sz w:val="18"/>
              </w:rPr>
              <w:t>女生队的成绩更好。</w:t>
            </w:r>
          </w:p>
          <w:p>
            <w:pPr>
              <w:spacing w:after="20" w:line="276" w:lineRule="auto"/>
            </w:pPr>
            <w:r>
              <w:rPr>
                <w:rFonts w:ascii="宋体" w:hAnsi="宋体" w:eastAsia="宋体"/>
                <w:b w:val="0"/>
                <w:sz w:val="18"/>
              </w:rPr>
              <w:t>学生独立完成后集体交流汇报。</w:t>
            </w:r>
          </w:p>
          <w:p>
            <w:pPr>
              <w:spacing w:after="20" w:line="276" w:lineRule="auto"/>
            </w:pPr>
            <w:r>
              <w:rPr>
                <w:rFonts w:ascii="宋体" w:hAnsi="宋体" w:eastAsia="宋体"/>
                <w:b w:val="0"/>
                <w:sz w:val="18"/>
              </w:rPr>
              <w:t>本题中，求平均数是解决问题的合适方法，但并不是唯一的方法。根据本题中数据的特点，有的学生可能会采用“132÷4=33(个)，155-132=23(个)，多了一个人只多了23个，所以一定是第一小组成绩好”等估算方法灵活计算，教师也应该给予尊重和鼓励。</w:t>
            </w:r>
          </w:p>
          <w:p>
            <w:pPr>
              <w:spacing w:after="20" w:line="276" w:lineRule="auto"/>
            </w:pPr>
            <w:r>
              <w:rPr>
                <w:rFonts w:ascii="宋体" w:hAnsi="宋体" w:eastAsia="宋体"/>
                <w:b w:val="0"/>
                <w:sz w:val="18"/>
              </w:rPr>
              <w:t>本题中，学生能读懂表格，并且会计算这些同学的平均身高和平均体重，但参与计算的数据较多，容易算错，所以要提醒学生在计算过程中仔细。</w:t>
            </w:r>
          </w:p>
          <w:p>
            <w:pPr>
              <w:spacing w:after="20" w:line="276" w:lineRule="auto"/>
            </w:pPr>
            <w:r>
              <w:rPr>
                <w:rFonts w:ascii="宋体" w:hAnsi="宋体" w:eastAsia="宋体"/>
                <w:b w:val="0"/>
                <w:sz w:val="18"/>
              </w:rPr>
              <w:t>学生会计算第（1）题平均每天销售草莓的数量；但第（2）题属于开放性问题，学生可能有不同的方案，答案可以是平均数，也可以在最大数据和最小数据的合理范围之内进行选择，只要学生能说出理由，都应该给予肯定。</w:t>
            </w:r>
          </w:p>
        </w:tc>
        <w:tc>
          <w:tcPr>
            <w:tcW w:type="dxa" w:w="1814"/>
          </w:tcPr>
          <w:p>
            <w:pPr>
              <w:spacing w:after="20" w:line="276" w:lineRule="auto"/>
            </w:pPr>
            <w:r/>
            <w:r>
              <w:rPr>
                <w:rFonts w:ascii="宋体" w:hAnsi="宋体" w:eastAsia="宋体"/>
                <w:b w:val="0"/>
                <w:sz w:val="18"/>
              </w:rPr>
              <w:t>学生在估算的过程中了解平均数的取值范围，初步感知平均数的意义，了解平均数一定介于最大值和最小值之间的特点。估算渗透了计算平均数的方法，有利于学生把握平均数的本质内涵。</w:t>
            </w:r>
          </w:p>
          <w:p>
            <w:pPr>
              <w:spacing w:after="20" w:line="276" w:lineRule="auto"/>
            </w:pPr>
            <w:r>
              <w:rPr>
                <w:rFonts w:ascii="宋体" w:hAnsi="宋体" w:eastAsia="宋体"/>
                <w:b w:val="0"/>
                <w:sz w:val="18"/>
              </w:rPr>
              <w:t>通过三道判断题，从不同情境、不同角度将平均数与个别数据进行比较，使学生进一步理解平均数的含义，突出平均数是反映一组数据的总体情况的一个统计量。</w:t>
            </w:r>
          </w:p>
          <w:p>
            <w:pPr>
              <w:spacing w:after="20" w:line="276" w:lineRule="auto"/>
            </w:pPr>
            <w:r>
              <w:rPr>
                <w:rFonts w:ascii="宋体" w:hAnsi="宋体" w:eastAsia="宋体"/>
                <w:b w:val="0"/>
                <w:sz w:val="18"/>
              </w:rPr>
              <w:t>通过练习，让学生进一步从统计的角度体会平均数的意义，进一步感受平均数在生活中的作用，体验学习数学解决实际问题的乐趣。</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平均数（2）</w:t>
      </w:r>
    </w:p>
    <w:p>
      <w:pPr>
        <w:spacing w:after="40" w:line="300" w:lineRule="auto"/>
      </w:pPr>
      <w:r>
        <w:rPr>
          <w:rFonts w:ascii="宋体" w:hAnsi="宋体" w:eastAsia="宋体"/>
          <w:b w:val="0"/>
          <w:sz w:val="20"/>
        </w:rPr>
        <w:t>女生队：</w:t>
      </w:r>
    </w:p>
    <w:p>
      <w:pPr>
        <w:spacing w:after="40" w:line="300" w:lineRule="auto"/>
      </w:pPr>
      <w:r>
        <w:rPr>
          <w:rFonts w:ascii="宋体" w:hAnsi="宋体" w:eastAsia="宋体"/>
          <w:b w:val="0"/>
          <w:sz w:val="20"/>
        </w:rPr>
        <w:t>(18+20+19+19)÷4</w:t>
      </w:r>
    </w:p>
    <w:p>
      <w:pPr>
        <w:spacing w:after="40" w:line="300" w:lineRule="auto"/>
      </w:pPr>
      <w:r>
        <w:rPr>
          <w:rFonts w:ascii="宋体" w:hAnsi="宋体" w:eastAsia="宋体"/>
          <w:b w:val="0"/>
          <w:sz w:val="20"/>
        </w:rPr>
        <w:t>=76÷4</w:t>
      </w:r>
    </w:p>
    <w:p>
      <w:pPr>
        <w:spacing w:after="40" w:line="300" w:lineRule="auto"/>
      </w:pPr>
      <w:r>
        <w:rPr>
          <w:rFonts w:ascii="宋体" w:hAnsi="宋体" w:eastAsia="宋体"/>
          <w:b w:val="0"/>
          <w:sz w:val="20"/>
        </w:rPr>
        <w:t>=19(个)</w:t>
      </w:r>
    </w:p>
    <w:p>
      <w:pPr>
        <w:spacing w:after="40" w:line="300" w:lineRule="auto"/>
      </w:pPr>
      <w:r>
        <w:rPr>
          <w:rFonts w:ascii="宋体" w:hAnsi="宋体" w:eastAsia="宋体"/>
          <w:b w:val="0"/>
          <w:sz w:val="20"/>
        </w:rPr>
        <w:t>男生队：（估计在15和20之间）</w:t>
      </w:r>
    </w:p>
    <w:p>
      <w:pPr>
        <w:spacing w:after="40" w:line="300" w:lineRule="auto"/>
      </w:pPr>
      <w:r>
        <w:rPr>
          <w:rFonts w:ascii="宋体" w:hAnsi="宋体" w:eastAsia="宋体"/>
          <w:b w:val="0"/>
          <w:sz w:val="20"/>
        </w:rPr>
        <w:t>(19+15+16+20+15)÷5</w:t>
      </w:r>
    </w:p>
    <w:p>
      <w:pPr>
        <w:spacing w:after="40" w:line="300" w:lineRule="auto"/>
      </w:pPr>
      <w:r>
        <w:rPr>
          <w:rFonts w:ascii="宋体" w:hAnsi="宋体" w:eastAsia="宋体"/>
          <w:b w:val="0"/>
          <w:sz w:val="20"/>
        </w:rPr>
        <w:t>=85÷5</w:t>
      </w:r>
    </w:p>
    <w:p>
      <w:pPr>
        <w:spacing w:after="40" w:line="300" w:lineRule="auto"/>
      </w:pPr>
      <w:r>
        <w:rPr>
          <w:rFonts w:ascii="宋体" w:hAnsi="宋体" w:eastAsia="宋体"/>
          <w:b w:val="0"/>
          <w:sz w:val="20"/>
        </w:rPr>
        <w:t>=17（个）</w:t>
      </w:r>
    </w:p>
    <w:p>
      <w:pPr>
        <w:spacing w:after="40" w:line="300" w:lineRule="auto"/>
      </w:pPr>
      <w:r>
        <w:rPr>
          <w:rFonts w:ascii="宋体" w:hAnsi="宋体" w:eastAsia="宋体"/>
          <w:b w:val="0"/>
          <w:sz w:val="20"/>
        </w:rPr>
        <w:t>女生队的成绩好。</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教科书P88例2，完成P89～90“练习二十二”第3～6题。</w:t>
      </w:r>
    </w:p>
    <w:p>
      <w:pPr>
        <w:spacing w:after="40" w:line="300" w:lineRule="auto"/>
        <w:ind w:firstLine="400"/>
      </w:pPr>
      <w:r>
        <w:rPr>
          <w:rFonts w:ascii="宋体" w:hAnsi="宋体" w:eastAsia="宋体"/>
          <w:b w:val="0"/>
          <w:sz w:val="20"/>
        </w:rPr>
        <w:t>② 原设计安排：见“状元成才路”系列丛书《创优作业100分》对应课时作业。 1.选一选。（将正确答案的序号填在括号里） （1）状状所在班的学生平均身高是1.5m，才才所在班的学生平均身高是1.6m，两人的身高相比，（ ）。 A.状状高 B.才才高 C.一样高 D.无法确定 （2）4名同学练习投实心球，每人投3次，下图记录了他们每人投球的落点情况。其中（ ）同学3次投球的平均成绩最接近6 m。 A.小飞 B.小刚 C.小亮 D.小伟 2.下面是2名候选运动员跳高训练时的成绩（单位：cm，“—”表示没有跳）。如果你是老师，你会选谁代表学校参加区运动会？请说明理由。 次数 第1次 第2次 第3次 第4次 第5次 甲 92 94 92 94 — 乙 91 93 92 94 90 参考答案 1.（1）D （2）B 2.甲4次跳高的平均成绩：（92＋94＋92＋94）÷4＝93（cm） 乙5次跳高的平均成绩：（91＋93＋92＋94＋90）÷5＝92（cm） 93＞92，选甲代表学校参加区运动会，因为甲的平均成绩高，且成绩比较稳定。 【教学笔记】</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利用“两队人数不同，不能用总数比较”这一思维的矛盾，促使学生进一步理解平均数的意义，进而发现运用平均数来比较的必要性。通过平均数的比较，学生获知虽然女生队的踢毽总数比男生队少，但女生队踢毽的平均数大于男生队，所以女生队的成绩更好。由此得出，平均数是反映一组数据的总体情况的一个很好的统计量。整节课气氛活跃，教学效果不错。</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复式条形统计图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复式条形统计图</w:t>
            </w:r>
          </w:p>
        </w:tc>
        <w:tc>
          <w:tcPr>
            <w:tcW w:type="dxa" w:w="6009"/>
          </w:tcPr>
          <w:p>
            <w:pPr>
              <w:spacing w:after="20" w:line="276" w:lineRule="auto"/>
            </w:pPr>
            <w:r/>
            <w:r>
              <w:rPr>
                <w:rFonts w:ascii="宋体" w:hAnsi="宋体" w:eastAsia="宋体"/>
                <w:b w:val="0"/>
                <w:sz w:val="20"/>
              </w:rPr>
              <w:t>第8单元 平均数与条形统计图</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平均数对于四年级学生来说是一个非常抽象的概念，尽管之前他们已经掌握了平均分及除法运算的含义，但要真正理解平均数的含义还是有一定的困难。学生在前面已经掌握了复式统计表和单式条形统计图，在此基础上再来研究复式条形统计图，引导他们从更高的角度来分析数据、解决问题，可以提升学生对统计知识的认识，让学生更好地理解统计在解决问题中的作用，逐步形成数据分析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教学内容：教科书P91~92例3，完成P93“做一做”，P94“练习二十三”第1、2题。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（1）认识复式条形统计图，了解其特点，能够根据收集的数据在提供的图样中完成相应的复式条形统计图。</w:t>
      </w:r>
    </w:p>
    <w:p>
      <w:pPr>
        <w:spacing w:after="20" w:line="300" w:lineRule="auto"/>
        <w:ind w:firstLine="400"/>
      </w:pPr>
      <w:r>
        <w:rPr>
          <w:rFonts w:ascii="宋体" w:hAnsi="宋体" w:eastAsia="宋体"/>
          <w:b w:val="0"/>
          <w:sz w:val="20"/>
        </w:rPr>
        <w:t>（2）体验数据的收集、整理、描述和分析的过程，并能进行简单的数据分析，培养学生的数据分析观念和初步的推理能力。</w:t>
      </w:r>
    </w:p>
    <w:p>
      <w:pPr>
        <w:spacing w:after="20" w:line="300" w:lineRule="auto"/>
        <w:ind w:firstLine="400"/>
      </w:pPr>
      <w:r>
        <w:rPr>
          <w:rFonts w:ascii="宋体" w:hAnsi="宋体" w:eastAsia="宋体"/>
          <w:b w:val="0"/>
          <w:sz w:val="20"/>
        </w:rPr>
        <w:t>（3）进一步体会统计在现实生活中的运用，感受数学与生活的密切联系。</w:t>
      </w:r>
    </w:p>
    <w:p>
      <w:pPr>
        <w:spacing w:after="20" w:line="300" w:lineRule="auto"/>
      </w:pPr>
      <w:r>
        <w:rPr>
          <w:rFonts w:ascii="宋体" w:hAnsi="宋体" w:eastAsia="宋体"/>
          <w:b w:val="0"/>
          <w:sz w:val="20"/>
        </w:rPr>
        <w:t>教学重点：学会绘制复式条形统计图的方法，并进行简单的数据分析。</w:t>
      </w:r>
    </w:p>
    <w:p>
      <w:pPr>
        <w:spacing w:after="20" w:line="300" w:lineRule="auto"/>
      </w:pPr>
      <w:r>
        <w:rPr>
          <w:rFonts w:ascii="宋体" w:hAnsi="宋体" w:eastAsia="宋体"/>
          <w:b w:val="0"/>
          <w:sz w:val="20"/>
        </w:rPr>
        <w:t>教学难点：根据统计图提出数学问题，给出合理的判断和决策。</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一、创设情境，提出问题</w:t>
            </w:r>
          </w:p>
        </w:tc>
        <w:tc>
          <w:tcPr>
            <w:tcW w:type="dxa" w:w="1814"/>
          </w:tcPr>
          <w:p>
            <w:pPr>
              <w:spacing w:after="20" w:line="276" w:lineRule="auto"/>
            </w:pPr>
            <w:r/>
            <w:r>
              <w:rPr>
                <w:rFonts w:ascii="宋体" w:hAnsi="宋体" w:eastAsia="宋体"/>
                <w:b w:val="0"/>
                <w:sz w:val="18"/>
              </w:rPr>
              <w:t>课件、教科书、统计表</w:t>
            </w:r>
          </w:p>
        </w:tc>
        <w:tc>
          <w:tcPr>
            <w:tcW w:type="dxa" w:w="3402"/>
          </w:tcPr>
          <w:p>
            <w:pPr>
              <w:spacing w:after="20" w:line="276" w:lineRule="auto"/>
            </w:pPr>
            <w:r/>
            <w:r>
              <w:rPr>
                <w:rFonts w:ascii="宋体" w:hAnsi="宋体" w:eastAsia="宋体"/>
                <w:b w:val="0"/>
                <w:sz w:val="18"/>
              </w:rPr>
              <w:t>这是一个人口统计表，反映了某地区城镇和农村人口的数量。你能从这个统计表中知道哪些信息?；还可以用哪种形式来进行数据统计呢?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二、自主探究，构建新知识</w:t>
            </w:r>
          </w:p>
        </w:tc>
        <w:tc>
          <w:tcPr>
            <w:tcW w:type="dxa" w:w="1814"/>
          </w:tcPr>
          <w:p>
            <w:pPr>
              <w:spacing w:after="20" w:line="276" w:lineRule="auto"/>
            </w:pPr>
            <w:r/>
            <w:r>
              <w:rPr>
                <w:rFonts w:ascii="宋体" w:hAnsi="宋体" w:eastAsia="宋体"/>
                <w:b w:val="0"/>
                <w:sz w:val="18"/>
              </w:rPr>
              <w:t>课件、教科书、统计表</w:t>
            </w:r>
          </w:p>
        </w:tc>
        <w:tc>
          <w:tcPr>
            <w:tcW w:type="dxa" w:w="3402"/>
          </w:tcPr>
          <w:p>
            <w:pPr>
              <w:spacing w:after="20" w:line="276" w:lineRule="auto"/>
            </w:pPr>
            <w:r/>
            <w:r>
              <w:rPr>
                <w:rFonts w:ascii="宋体" w:hAnsi="宋体" w:eastAsia="宋体"/>
                <w:b w:val="0"/>
                <w:sz w:val="18"/>
              </w:rPr>
              <w:t>1980年城镇人口数与农村人口数相差多少?只看一幅统计图能知道结果吗？；在比较过程中，你有什么感受?有没有什么办法能简单、清晰地比较城乡相同年份人口数的变化情况呢？</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三、及时练习，巩固提高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四、课堂小结，拓展提升</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这节课你学习了什么？有什么收获呢？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一、创设情境，提出问题</w:t>
            </w:r>
          </w:p>
        </w:tc>
        <w:tc>
          <w:tcPr>
            <w:tcW w:type="dxa" w:w="3061"/>
          </w:tcPr>
          <w:p>
            <w:pPr>
              <w:spacing w:after="20" w:line="276" w:lineRule="auto"/>
            </w:pPr>
            <w:r/>
            <w:r>
              <w:rPr>
                <w:rFonts w:ascii="宋体" w:hAnsi="宋体" w:eastAsia="宋体"/>
                <w:b w:val="0"/>
                <w:sz w:val="18"/>
              </w:rPr>
              <w:t>1.创设情境。</w:t>
            </w:r>
          </w:p>
          <w:p>
            <w:pPr>
              <w:spacing w:after="20" w:line="276" w:lineRule="auto"/>
            </w:pPr>
            <w:r>
              <w:rPr>
                <w:rFonts w:ascii="宋体" w:hAnsi="宋体" w:eastAsia="宋体"/>
                <w:b w:val="0"/>
                <w:sz w:val="18"/>
              </w:rPr>
              <w:t>课件出示教科书P91例3。</w:t>
            </w:r>
          </w:p>
          <w:p>
            <w:pPr>
              <w:spacing w:after="20" w:line="276" w:lineRule="auto"/>
            </w:pPr>
            <w:r>
              <w:rPr>
                <w:rFonts w:ascii="宋体" w:hAnsi="宋体" w:eastAsia="宋体"/>
                <w:b w:val="0"/>
                <w:sz w:val="18"/>
              </w:rPr>
              <w:t>师：这是一个人口统计表，反映了某地区城镇和农村人口的数量。你能从这个统计表中知道哪些信息?</w:t>
            </w:r>
          </w:p>
          <w:p>
            <w:pPr>
              <w:spacing w:after="20" w:line="276" w:lineRule="auto"/>
            </w:pPr>
            <w:r>
              <w:rPr>
                <w:rFonts w:ascii="宋体" w:hAnsi="宋体" w:eastAsia="宋体"/>
                <w:b w:val="0"/>
                <w:sz w:val="18"/>
              </w:rPr>
              <w:t>2.引出条形统计图。</w:t>
            </w:r>
          </w:p>
          <w:p>
            <w:pPr>
              <w:spacing w:after="20" w:line="276" w:lineRule="auto"/>
            </w:pPr>
            <w:r>
              <w:rPr>
                <w:rFonts w:ascii="宋体" w:hAnsi="宋体" w:eastAsia="宋体"/>
                <w:b w:val="0"/>
                <w:sz w:val="18"/>
              </w:rPr>
              <w:t>师：还可以用哪种形式来进行数据统计呢?</w:t>
            </w:r>
          </w:p>
          <w:p>
            <w:pPr>
              <w:spacing w:after="20" w:line="276" w:lineRule="auto"/>
            </w:pPr>
            <w:r>
              <w:rPr>
                <w:rFonts w:ascii="宋体" w:hAnsi="宋体" w:eastAsia="宋体"/>
                <w:b w:val="0"/>
                <w:sz w:val="18"/>
              </w:rPr>
              <w:t>师：以前我们学过将统计表绘制成条形统计图，请大家回想:怎样绘制条形统计图？</w:t>
            </w:r>
          </w:p>
          <w:p>
            <w:pPr>
              <w:spacing w:after="20" w:line="276" w:lineRule="auto"/>
            </w:pPr>
            <w:r>
              <w:rPr>
                <w:rFonts w:ascii="宋体" w:hAnsi="宋体" w:eastAsia="宋体"/>
                <w:b w:val="0"/>
                <w:sz w:val="18"/>
              </w:rPr>
              <w:t>师：今天我们能不能将这个统计表中的信息在条形统计图中表示出来呢?大家一起动手试一试。</w:t>
            </w:r>
          </w:p>
        </w:tc>
        <w:tc>
          <w:tcPr>
            <w:tcW w:type="dxa" w:w="3061"/>
          </w:tcPr>
          <w:p>
            <w:pPr>
              <w:spacing w:after="20" w:line="276" w:lineRule="auto"/>
            </w:pPr>
            <w:r/>
            <w:r>
              <w:rPr>
                <w:rFonts w:ascii="宋体" w:hAnsi="宋体" w:eastAsia="宋体"/>
                <w:b w:val="0"/>
                <w:sz w:val="18"/>
              </w:rPr>
              <w:t>学生可能想到条形统计图。（板书:条形统计图）</w:t>
            </w:r>
          </w:p>
          <w:p>
            <w:pPr>
              <w:spacing w:after="20" w:line="276" w:lineRule="auto"/>
            </w:pPr>
            <w:r>
              <w:rPr>
                <w:rFonts w:ascii="宋体" w:hAnsi="宋体" w:eastAsia="宋体"/>
                <w:b w:val="0"/>
                <w:sz w:val="18"/>
              </w:rPr>
              <w:t>根据已学知识，学生能够说出获取的信息，同时还能说出绘制条形统计图的方法和步骤。</w:t>
            </w:r>
          </w:p>
        </w:tc>
        <w:tc>
          <w:tcPr>
            <w:tcW w:type="dxa" w:w="1814"/>
          </w:tcPr>
          <w:p>
            <w:pPr>
              <w:spacing w:after="20" w:line="276" w:lineRule="auto"/>
            </w:pPr>
            <w:r/>
            <w:r>
              <w:rPr>
                <w:rFonts w:ascii="宋体" w:hAnsi="宋体" w:eastAsia="宋体"/>
                <w:b w:val="0"/>
                <w:sz w:val="18"/>
              </w:rPr>
              <w:t>由城镇和农村人口数的变化引出条形统计图，再通过回忆条形统计图的绘制方法，唤醒学生对旧知识的记忆。在回忆的过程中，引发学生对新问题的思考，激发求知欲，让学生带着问题进入到“探究”环节。</w:t>
            </w:r>
          </w:p>
          <w:p>
            <w:pPr>
              <w:spacing w:after="20" w:line="276" w:lineRule="auto"/>
            </w:pPr>
            <w:r>
              <w:rPr>
                <w:rFonts w:ascii="宋体" w:hAnsi="宋体" w:eastAsia="宋体"/>
                <w:b w:val="0"/>
                <w:sz w:val="18"/>
              </w:rPr>
              <w:t>（教学时除了利用教科书提供的素材外，还可以根据本地及本班学生的实际情况，灵活选取素材进行教学。）</w:t>
            </w:r>
          </w:p>
        </w:tc>
      </w:tr>
      <w:tr>
        <w:tc>
          <w:tcPr>
            <w:tcW w:type="dxa" w:w="1474"/>
          </w:tcPr>
          <w:p>
            <w:pPr>
              <w:spacing w:after="20" w:line="276" w:lineRule="auto"/>
            </w:pPr>
            <w:r>
              <w:rPr>
                <w:b/>
              </w:rPr>
            </w:r>
            <w:r>
              <w:rPr>
                <w:rFonts w:ascii="宋体" w:hAnsi="宋体" w:eastAsia="宋体"/>
                <w:b/>
                <w:sz w:val="18"/>
              </w:rPr>
              <w:t>二、自主探究，构建新知识</w:t>
            </w:r>
          </w:p>
        </w:tc>
        <w:tc>
          <w:tcPr>
            <w:tcW w:type="dxa" w:w="3061"/>
          </w:tcPr>
          <w:p>
            <w:pPr>
              <w:spacing w:after="20" w:line="276" w:lineRule="auto"/>
            </w:pPr>
            <w:r/>
            <w:r>
              <w:rPr>
                <w:rFonts w:ascii="宋体" w:hAnsi="宋体" w:eastAsia="宋体"/>
                <w:b w:val="0"/>
                <w:sz w:val="18"/>
              </w:rPr>
              <w:t>1.放手让学生解决问题，引出复式条形统计图。</w:t>
            </w:r>
          </w:p>
          <w:p>
            <w:pPr>
              <w:spacing w:after="20" w:line="276" w:lineRule="auto"/>
            </w:pPr>
            <w:r>
              <w:rPr>
                <w:rFonts w:ascii="宋体" w:hAnsi="宋体" w:eastAsia="宋体"/>
                <w:b w:val="0"/>
                <w:sz w:val="18"/>
              </w:rPr>
              <w:t>（1）课件出示两幅不完整的单式条形统计图，引导学生看懂图意。</w:t>
            </w:r>
          </w:p>
          <w:p>
            <w:pPr>
              <w:spacing w:after="20" w:line="276" w:lineRule="auto"/>
            </w:pPr>
            <w:r>
              <w:rPr>
                <w:rFonts w:ascii="宋体" w:hAnsi="宋体" w:eastAsia="宋体"/>
                <w:b w:val="0"/>
                <w:sz w:val="18"/>
              </w:rPr>
              <w:t>（2）师：请大家把城镇人口数的条形统计图补充完整，再完成农村人口数的条形统计图。比一比，看谁画得既正确又美观，让大家一看就明白你画的意思。</w:t>
            </w:r>
          </w:p>
          <w:p>
            <w:pPr>
              <w:spacing w:after="20" w:line="276" w:lineRule="auto"/>
            </w:pPr>
            <w:r>
              <w:rPr>
                <w:rFonts w:ascii="宋体" w:hAnsi="宋体" w:eastAsia="宋体"/>
                <w:b w:val="0"/>
                <w:sz w:val="18"/>
              </w:rPr>
              <w:t>展示学生的成果。</w:t>
            </w:r>
          </w:p>
          <w:p>
            <w:pPr>
              <w:spacing w:after="20" w:line="276" w:lineRule="auto"/>
            </w:pPr>
            <w:r>
              <w:rPr>
                <w:rFonts w:ascii="宋体" w:hAnsi="宋体" w:eastAsia="宋体"/>
                <w:b w:val="0"/>
                <w:sz w:val="18"/>
              </w:rPr>
              <w:t>选两位学生的作品上台展示，一幅不完整，一幅完整。引导学生在对比中学会规范制作条形统计图，教师要注意强调制图的步骤和注意点。</w:t>
            </w:r>
          </w:p>
          <w:p>
            <w:pPr>
              <w:spacing w:after="20" w:line="276" w:lineRule="auto"/>
            </w:pPr>
            <w:r>
              <w:rPr>
                <w:rFonts w:ascii="宋体" w:hAnsi="宋体" w:eastAsia="宋体"/>
                <w:b w:val="0"/>
                <w:sz w:val="18"/>
              </w:rPr>
              <w:t>（3）师：现在我们完成了两幅单式条形统计图，它们分别反映了城镇人口数和农村人口数两种量。请你们观察比较后告诉老师:1980年城镇人口数与农村人口数相差多少?只看一幅统计图能知道结果吗？</w:t>
            </w:r>
          </w:p>
          <w:p>
            <w:pPr>
              <w:spacing w:after="20" w:line="276" w:lineRule="auto"/>
            </w:pPr>
            <w:r>
              <w:rPr>
                <w:rFonts w:ascii="宋体" w:hAnsi="宋体" w:eastAsia="宋体"/>
                <w:b w:val="0"/>
                <w:sz w:val="18"/>
              </w:rPr>
              <w:t>师：在比较过程中，你有什么感受?有没有什么办法能简单、清晰地比较城乡相同年份人口数的变化情况呢？</w:t>
            </w:r>
          </w:p>
          <w:p>
            <w:pPr>
              <w:spacing w:after="20" w:line="276" w:lineRule="auto"/>
            </w:pPr>
            <w:r>
              <w:rPr>
                <w:rFonts w:ascii="宋体" w:hAnsi="宋体" w:eastAsia="宋体"/>
                <w:b w:val="0"/>
                <w:sz w:val="18"/>
              </w:rPr>
              <w:t>(1)师：把两幅统计图合并成一幅图，这个主意真不错。想不想实践一下，把两幅统计图合并成一幅统计图？</w:t>
            </w:r>
          </w:p>
          <w:p>
            <w:pPr>
              <w:spacing w:after="20" w:line="276" w:lineRule="auto"/>
            </w:pPr>
            <w:r>
              <w:rPr>
                <w:rFonts w:ascii="宋体" w:hAnsi="宋体" w:eastAsia="宋体"/>
                <w:b w:val="0"/>
                <w:sz w:val="18"/>
              </w:rPr>
              <w:t>师：为什么可以合二为一呢？</w:t>
            </w:r>
          </w:p>
          <w:p>
            <w:pPr>
              <w:spacing w:after="20" w:line="276" w:lineRule="auto"/>
            </w:pPr>
            <w:r>
              <w:rPr>
                <w:rFonts w:ascii="宋体" w:hAnsi="宋体" w:eastAsia="宋体"/>
                <w:b w:val="0"/>
                <w:sz w:val="18"/>
              </w:rPr>
              <w:t>引导学生明白只有在内容相同时，才可以这样进行操作。</w:t>
            </w:r>
          </w:p>
          <w:p>
            <w:pPr>
              <w:spacing w:after="20" w:line="276" w:lineRule="auto"/>
            </w:pPr>
            <w:r>
              <w:rPr>
                <w:rFonts w:ascii="宋体" w:hAnsi="宋体" w:eastAsia="宋体"/>
                <w:b w:val="0"/>
                <w:sz w:val="18"/>
              </w:rPr>
              <w:t>师：像这样，将两幅统计图中的内容合并成一个统计图，这种新的统计图就是我们今天学习的内容——复式条形统计图。（完善课题，补充板书：复式）</w:t>
            </w:r>
          </w:p>
          <w:p>
            <w:pPr>
              <w:spacing w:after="20" w:line="276" w:lineRule="auto"/>
            </w:pPr>
            <w:r>
              <w:rPr>
                <w:rFonts w:ascii="宋体" w:hAnsi="宋体" w:eastAsia="宋体"/>
                <w:b w:val="0"/>
                <w:sz w:val="18"/>
              </w:rPr>
              <w:t>（2）课件出示单色的统计图。</w:t>
            </w:r>
          </w:p>
          <w:p>
            <w:pPr>
              <w:spacing w:after="20" w:line="276" w:lineRule="auto"/>
            </w:pPr>
            <w:r>
              <w:rPr>
                <w:rFonts w:ascii="宋体" w:hAnsi="宋体" w:eastAsia="宋体"/>
                <w:b w:val="0"/>
                <w:sz w:val="18"/>
              </w:rPr>
              <w:t>师：为了区分两个直条表示的不同含义，一般要在统计图的右上角标明图例。图例由制图人自己规定，比如，教科书上用棕色直条表示城镇人口数，绿色直条表示农村人口数。</w:t>
            </w:r>
          </w:p>
          <w:p>
            <w:pPr>
              <w:spacing w:after="20" w:line="276" w:lineRule="auto"/>
            </w:pPr>
            <w:r>
              <w:rPr>
                <w:rFonts w:ascii="宋体" w:hAnsi="宋体" w:eastAsia="宋体"/>
                <w:b w:val="0"/>
                <w:sz w:val="18"/>
              </w:rPr>
              <w:t>（3）师：请同学们根据统计表中的数据，把教科书P92上面的复式条形统计图补充完整。</w:t>
            </w:r>
          </w:p>
          <w:p>
            <w:pPr>
              <w:spacing w:after="20" w:line="276" w:lineRule="auto"/>
            </w:pPr>
            <w:r>
              <w:rPr>
                <w:rFonts w:ascii="宋体" w:hAnsi="宋体" w:eastAsia="宋体"/>
                <w:b w:val="0"/>
                <w:sz w:val="18"/>
              </w:rPr>
              <w:t>对比总结。</w:t>
            </w:r>
          </w:p>
          <w:p>
            <w:pPr>
              <w:spacing w:after="20" w:line="276" w:lineRule="auto"/>
            </w:pPr>
            <w:r>
              <w:rPr>
                <w:rFonts w:ascii="宋体" w:hAnsi="宋体" w:eastAsia="宋体"/>
                <w:b w:val="0"/>
                <w:sz w:val="18"/>
              </w:rPr>
              <w:t>课件同时出示单式条形统计图与复式条形统计图。</w:t>
            </w:r>
          </w:p>
          <w:p>
            <w:pPr>
              <w:spacing w:after="20" w:line="276" w:lineRule="auto"/>
            </w:pPr>
            <w:r>
              <w:rPr>
                <w:rFonts w:ascii="宋体" w:hAnsi="宋体" w:eastAsia="宋体"/>
                <w:b w:val="0"/>
                <w:sz w:val="18"/>
              </w:rPr>
              <w:t>师：复式条形统计图和单式条形统计图有什么区别呢?请同学们先自己想一想，然后把你的想法在小组内与其他同学交流。</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本环节是这节课的重难点，一定要引导学生通过自主探究、比一比、画一画等活动，学会绘制复式条形统计图的方法，并进行简单的数据分析。</w:t>
            </w:r>
          </w:p>
          <w:p>
            <w:pPr>
              <w:spacing w:after="20" w:line="276" w:lineRule="auto"/>
            </w:pPr>
            <w:r>
              <w:rPr>
                <w:rFonts w:ascii="宋体" w:hAnsi="宋体" w:eastAsia="宋体"/>
                <w:b w:val="0"/>
                <w:sz w:val="18"/>
              </w:rPr>
              <w:t>4.根据图中的信息提出简单的问题并进行分析和判断，发展数据分析观念。</w:t>
            </w:r>
          </w:p>
          <w:p>
            <w:pPr>
              <w:spacing w:after="20" w:line="276" w:lineRule="auto"/>
            </w:pPr>
            <w:r>
              <w:rPr>
                <w:rFonts w:ascii="宋体" w:hAnsi="宋体" w:eastAsia="宋体"/>
                <w:b w:val="0"/>
                <w:sz w:val="18"/>
              </w:rPr>
              <w:t>师:观察画好的复式条形统计图，回答以下问题。</w:t>
            </w:r>
          </w:p>
          <w:p>
            <w:pPr>
              <w:spacing w:after="20" w:line="276" w:lineRule="auto"/>
            </w:pPr>
            <w:r>
              <w:rPr>
                <w:rFonts w:ascii="宋体" w:hAnsi="宋体" w:eastAsia="宋体"/>
                <w:b w:val="0"/>
                <w:sz w:val="18"/>
              </w:rPr>
              <w:t>(1)哪一年城镇人口数最多?哪一年最少？</w:t>
            </w:r>
          </w:p>
          <w:p>
            <w:pPr>
              <w:spacing w:after="20" w:line="276" w:lineRule="auto"/>
            </w:pPr>
            <w:r>
              <w:rPr>
                <w:rFonts w:ascii="宋体" w:hAnsi="宋体" w:eastAsia="宋体"/>
                <w:b w:val="0"/>
                <w:sz w:val="18"/>
              </w:rPr>
              <w:t>(2)哪一年农村人口数最多?哪一年最少?</w:t>
            </w:r>
          </w:p>
          <w:p>
            <w:pPr>
              <w:spacing w:after="20" w:line="276" w:lineRule="auto"/>
            </w:pPr>
            <w:r>
              <w:rPr>
                <w:rFonts w:ascii="宋体" w:hAnsi="宋体" w:eastAsia="宋体"/>
                <w:b w:val="0"/>
                <w:sz w:val="18"/>
              </w:rPr>
              <w:t>(3)哪一年城乡人口相差的数量最大?哪一年最小?</w:t>
            </w:r>
          </w:p>
          <w:p>
            <w:pPr>
              <w:spacing w:after="20" w:line="276" w:lineRule="auto"/>
            </w:pPr>
            <w:r>
              <w:rPr>
                <w:rFonts w:ascii="宋体" w:hAnsi="宋体" w:eastAsia="宋体"/>
                <w:b w:val="0"/>
                <w:sz w:val="18"/>
              </w:rPr>
              <w:t>(4)你还能得到哪些信息?</w:t>
            </w:r>
          </w:p>
          <w:p>
            <w:pPr>
              <w:spacing w:after="20" w:line="276" w:lineRule="auto"/>
            </w:pPr>
            <w:r>
              <w:rPr>
                <w:rFonts w:ascii="宋体" w:hAnsi="宋体" w:eastAsia="宋体"/>
                <w:b w:val="0"/>
                <w:sz w:val="18"/>
              </w:rPr>
              <w:t>5.认识横向复式条形统计图，感受复式条形统计图的不同呈现形式。</w:t>
            </w:r>
          </w:p>
          <w:p>
            <w:pPr>
              <w:spacing w:after="20" w:line="276" w:lineRule="auto"/>
            </w:pPr>
            <w:r>
              <w:rPr>
                <w:rFonts w:ascii="宋体" w:hAnsi="宋体" w:eastAsia="宋体"/>
                <w:b w:val="0"/>
                <w:sz w:val="18"/>
              </w:rPr>
              <w:t>课件出示横向复式条形统计图。</w:t>
            </w:r>
          </w:p>
          <w:p>
            <w:pPr>
              <w:spacing w:after="20" w:line="276" w:lineRule="auto"/>
            </w:pPr>
            <w:r>
              <w:rPr>
                <w:rFonts w:ascii="宋体" w:hAnsi="宋体" w:eastAsia="宋体"/>
                <w:b w:val="0"/>
                <w:sz w:val="18"/>
              </w:rPr>
              <w:t>师：这里还有一幅复式条形统计图。认真观察，你能从中获取哪些信息?</w:t>
            </w:r>
          </w:p>
          <w:p>
            <w:pPr>
              <w:spacing w:after="20" w:line="276" w:lineRule="auto"/>
            </w:pPr>
            <w:r>
              <w:rPr>
                <w:rFonts w:ascii="宋体" w:hAnsi="宋体" w:eastAsia="宋体"/>
                <w:b w:val="0"/>
                <w:sz w:val="18"/>
              </w:rPr>
              <w:t>在学生回答问题的过程中引导其发现:横向复式条形统计图和纵向复式条形统计图中记录的信息是相同的。</w:t>
            </w:r>
          </w:p>
          <w:p>
            <w:pPr>
              <w:spacing w:after="20" w:line="276" w:lineRule="auto"/>
            </w:pPr>
            <w:r>
              <w:rPr>
                <w:rFonts w:ascii="宋体" w:hAnsi="宋体" w:eastAsia="宋体"/>
                <w:b w:val="0"/>
                <w:sz w:val="18"/>
              </w:rPr>
              <w:t>师：为什么复式条形统计图有横向和纵向之分呢?</w:t>
            </w:r>
          </w:p>
          <w:p>
            <w:pPr>
              <w:spacing w:after="20" w:line="276" w:lineRule="auto"/>
            </w:pPr>
            <w:r>
              <w:rPr>
                <w:rFonts w:ascii="宋体" w:hAnsi="宋体" w:eastAsia="宋体"/>
                <w:b w:val="0"/>
                <w:sz w:val="18"/>
              </w:rPr>
              <w:t>结合学生的汇报，教师指出:横向复式条形统计图与纵向复式条形统计图只是形式上的不同，在其他方面是相同的。</w:t>
            </w:r>
          </w:p>
          <w:p>
            <w:pPr>
              <w:spacing w:after="20" w:line="276" w:lineRule="auto"/>
            </w:pPr>
            <w:r>
              <w:rPr>
                <w:rFonts w:ascii="宋体" w:hAnsi="宋体" w:eastAsia="宋体"/>
                <w:b w:val="0"/>
                <w:sz w:val="18"/>
              </w:rPr>
              <w:t>师：请大家将教科书P92的横向复式条形统计图补充完整。</w:t>
            </w:r>
          </w:p>
          <w:p>
            <w:pPr>
              <w:spacing w:after="20" w:line="276" w:lineRule="auto"/>
            </w:pPr>
            <w:r>
              <w:rPr>
                <w:rFonts w:ascii="宋体" w:hAnsi="宋体" w:eastAsia="宋体"/>
                <w:b w:val="0"/>
                <w:sz w:val="18"/>
              </w:rPr>
              <w:t>师：阅读教科书P93“生活中的数学”，在生活中还能看见这样的复式条形统计图，从这幅统计图中你能获取哪些信息?</w:t>
            </w:r>
          </w:p>
          <w:p>
            <w:pPr>
              <w:spacing w:after="20" w:line="276" w:lineRule="auto"/>
            </w:pPr>
            <w:r>
              <w:rPr>
                <w:rFonts w:ascii="宋体" w:hAnsi="宋体" w:eastAsia="宋体"/>
                <w:b w:val="0"/>
                <w:sz w:val="18"/>
              </w:rPr>
              <w:t>师小结：像这样统计两项或者两项以上项目的条形统计图叫作复式条形统计图，简称复式条形图。（板书）根据实际需要，复式条形统计图有不同的呈现形式，例如纵向的、横向的以及两个直条上下叠放在一起的。不论哪种呈现形式，都直观地反映了所统计的数据，方便我们更好地获取有用信息，进行分析和判断。</w:t>
            </w:r>
          </w:p>
        </w:tc>
        <w:tc>
          <w:tcPr>
            <w:tcW w:type="dxa" w:w="3061"/>
          </w:tcPr>
          <w:p>
            <w:pPr>
              <w:spacing w:after="20" w:line="276" w:lineRule="auto"/>
            </w:pPr>
            <w:r/>
            <w:r>
              <w:rPr>
                <w:rFonts w:ascii="宋体" w:hAnsi="宋体" w:eastAsia="宋体"/>
                <w:b w:val="0"/>
                <w:sz w:val="18"/>
              </w:rPr>
              <w:t>根据已学知识，学生能够看懂图意，会说出“纵轴代表人数，1格表示10万人；横轴表示年份，年份上的小格中，对应表示该年人数的直条和数据”等。</w:t>
            </w:r>
          </w:p>
          <w:p>
            <w:pPr>
              <w:spacing w:after="20" w:line="276" w:lineRule="auto"/>
            </w:pPr>
            <w:r>
              <w:rPr>
                <w:rFonts w:ascii="宋体" w:hAnsi="宋体" w:eastAsia="宋体"/>
                <w:b w:val="0"/>
                <w:sz w:val="18"/>
              </w:rPr>
              <w:t>学生在教科书P91画图，教师巡视并加以指导。</w:t>
            </w:r>
          </w:p>
          <w:p>
            <w:pPr>
              <w:spacing w:after="20" w:line="276" w:lineRule="auto"/>
            </w:pPr>
            <w:r>
              <w:rPr>
                <w:rFonts w:ascii="宋体" w:hAnsi="宋体" w:eastAsia="宋体"/>
                <w:b w:val="0"/>
                <w:sz w:val="18"/>
              </w:rPr>
              <w:t>不能，两幅统计图都得看。</w:t>
            </w:r>
          </w:p>
          <w:p>
            <w:pPr>
              <w:spacing w:after="20" w:line="276" w:lineRule="auto"/>
            </w:pPr>
            <w:r>
              <w:rPr>
                <w:rFonts w:ascii="宋体" w:hAnsi="宋体" w:eastAsia="宋体"/>
                <w:b w:val="0"/>
                <w:sz w:val="18"/>
              </w:rPr>
              <w:t>感觉很不方便，如果能把两幅统计图合并成一幅统计图就好了。</w:t>
            </w:r>
          </w:p>
          <w:p>
            <w:pPr>
              <w:spacing w:after="20" w:line="276" w:lineRule="auto"/>
            </w:pPr>
            <w:r>
              <w:rPr>
                <w:rFonts w:ascii="宋体" w:hAnsi="宋体" w:eastAsia="宋体"/>
                <w:b w:val="0"/>
                <w:sz w:val="18"/>
              </w:rPr>
              <w:t>.动手实践，尝试绘制复式条形统计图。</w:t>
            </w:r>
          </w:p>
          <w:p>
            <w:pPr>
              <w:spacing w:after="20" w:line="276" w:lineRule="auto"/>
            </w:pPr>
            <w:r>
              <w:rPr>
                <w:rFonts w:ascii="宋体" w:hAnsi="宋体" w:eastAsia="宋体"/>
                <w:b w:val="0"/>
                <w:sz w:val="18"/>
              </w:rPr>
              <w:t>学生小组讨论后尝试动手绘制，教师巡视。</w:t>
            </w:r>
          </w:p>
          <w:p>
            <w:pPr>
              <w:spacing w:after="20" w:line="276" w:lineRule="auto"/>
            </w:pPr>
            <w:r>
              <w:rPr>
                <w:rFonts w:ascii="宋体" w:hAnsi="宋体" w:eastAsia="宋体"/>
                <w:b w:val="0"/>
                <w:sz w:val="18"/>
              </w:rPr>
              <w:t>全班交流，教师将收集到的有代表性的两幅统计图（单色图、双色图）贴在黑板上。</w:t>
            </w:r>
          </w:p>
          <w:p>
            <w:pPr>
              <w:spacing w:after="20" w:line="276" w:lineRule="auto"/>
            </w:pPr>
            <w:r>
              <w:rPr>
                <w:rFonts w:ascii="宋体" w:hAnsi="宋体" w:eastAsia="宋体"/>
                <w:b w:val="0"/>
                <w:sz w:val="18"/>
              </w:rPr>
              <w:t>学生绘制出单式条形统计图之后，可一个图一个图顺次呈现，使学生在观察过程中真切感受到：将同一年份的两个数据分别绘制在不同的统计图中不便于比较。</w:t>
            </w:r>
          </w:p>
          <w:p>
            <w:pPr>
              <w:spacing w:after="20" w:line="276" w:lineRule="auto"/>
            </w:pPr>
            <w:r>
              <w:rPr>
                <w:rFonts w:ascii="宋体" w:hAnsi="宋体" w:eastAsia="宋体"/>
                <w:b w:val="0"/>
                <w:sz w:val="18"/>
              </w:rPr>
              <w:t>预设1:城镇人口数和农村人口数容易混淆。引导学生说出“图例”，初步感受“图例”在复式条形统计图中的重要作用。</w:t>
            </w:r>
          </w:p>
          <w:p>
            <w:pPr>
              <w:spacing w:after="20" w:line="276" w:lineRule="auto"/>
            </w:pPr>
            <w:r>
              <w:rPr>
                <w:rFonts w:ascii="宋体" w:hAnsi="宋体" w:eastAsia="宋体"/>
                <w:b w:val="0"/>
                <w:sz w:val="18"/>
              </w:rPr>
              <w:t>预设2：复式条形统计图没有写统计图名称。</w:t>
            </w:r>
          </w:p>
          <w:p>
            <w:pPr>
              <w:spacing w:after="20" w:line="276" w:lineRule="auto"/>
            </w:pPr>
            <w:r>
              <w:rPr>
                <w:rFonts w:ascii="宋体" w:hAnsi="宋体" w:eastAsia="宋体"/>
                <w:b w:val="0"/>
                <w:sz w:val="18"/>
              </w:rPr>
              <w:t>预设3：不同年份的数据都画在一起了，没有间隔。</w:t>
            </w:r>
          </w:p>
          <w:p>
            <w:pPr>
              <w:spacing w:after="20" w:line="276" w:lineRule="auto"/>
            </w:pPr>
            <w:r>
              <w:rPr>
                <w:rFonts w:ascii="宋体" w:hAnsi="宋体" w:eastAsia="宋体"/>
                <w:b w:val="0"/>
                <w:sz w:val="18"/>
              </w:rPr>
              <w:t>学生画图，教师巡视并加以指导。</w:t>
            </w:r>
          </w:p>
          <w:p>
            <w:pPr>
              <w:spacing w:after="20" w:line="276" w:lineRule="auto"/>
            </w:pPr>
            <w:r>
              <w:rPr>
                <w:rFonts w:ascii="宋体" w:hAnsi="宋体" w:eastAsia="宋体"/>
                <w:b w:val="0"/>
                <w:sz w:val="18"/>
              </w:rPr>
              <w:t>通过交流，达成共识。</w:t>
            </w:r>
          </w:p>
          <w:p>
            <w:pPr>
              <w:spacing w:after="20" w:line="276" w:lineRule="auto"/>
            </w:pPr>
            <w:r>
              <w:rPr>
                <w:rFonts w:ascii="宋体" w:hAnsi="宋体" w:eastAsia="宋体"/>
                <w:b w:val="0"/>
                <w:sz w:val="18"/>
              </w:rPr>
              <w:t>预设1：复式条形统计图与单式条形统计图相比，统计的方法基本相同，但统计的数据不再是一组，所以需要两个直条，并且为了区分，两个直条用不同的颜色表示。</w:t>
            </w:r>
          </w:p>
          <w:p>
            <w:pPr>
              <w:spacing w:after="20" w:line="276" w:lineRule="auto"/>
            </w:pPr>
            <w:r>
              <w:rPr>
                <w:rFonts w:ascii="宋体" w:hAnsi="宋体" w:eastAsia="宋体"/>
                <w:b w:val="0"/>
                <w:sz w:val="18"/>
              </w:rPr>
              <w:t>预设2：复式条形统计图的特点是不仅能直观、清楚地表示出数量的多少，而且便于比较两组（或多组）数据。</w:t>
            </w:r>
          </w:p>
          <w:p>
            <w:pPr>
              <w:spacing w:after="20" w:line="276" w:lineRule="auto"/>
            </w:pPr>
            <w:r>
              <w:rPr>
                <w:rFonts w:ascii="宋体" w:hAnsi="宋体" w:eastAsia="宋体"/>
                <w:b w:val="0"/>
                <w:sz w:val="18"/>
              </w:rPr>
              <w:t>预设3：复式条形统计图有图例，而单式条形统计图没有图例。</w:t>
            </w:r>
          </w:p>
          <w:p>
            <w:pPr>
              <w:spacing w:after="20" w:line="276" w:lineRule="auto"/>
            </w:pPr>
            <w:r>
              <w:rPr>
                <w:rFonts w:ascii="宋体" w:hAnsi="宋体" w:eastAsia="宋体"/>
                <w:b w:val="0"/>
                <w:sz w:val="18"/>
              </w:rPr>
              <w:t>在要回答的四个问题中，前三个问题学生可以独立完成，最后一个问题可能有点难度，所以要发挥学生的观察力和想象力，引导学生通过观察统计图发现:该地区城镇人口数逐年增加，农村人口数逐年下降，人口总数逐年上升。</w:t>
            </w:r>
          </w:p>
        </w:tc>
        <w:tc>
          <w:tcPr>
            <w:tcW w:type="dxa" w:w="1814"/>
          </w:tcPr>
          <w:p>
            <w:pPr>
              <w:spacing w:after="20" w:line="276" w:lineRule="auto"/>
            </w:pPr>
            <w:r/>
            <w:r>
              <w:rPr>
                <w:rFonts w:ascii="宋体" w:hAnsi="宋体" w:eastAsia="宋体"/>
                <w:b w:val="0"/>
                <w:sz w:val="18"/>
              </w:rPr>
              <w:t>通过对单式条形统计图的补充与讨论，既沟通了与已有的单式条形统计图绘制方法的联系，又在对比中引出新内容——复式条形统计图，使学生初步感受复式条形统计图的优势。</w:t>
            </w:r>
          </w:p>
          <w:p>
            <w:pPr>
              <w:spacing w:after="20" w:line="276" w:lineRule="auto"/>
            </w:pPr>
            <w:r>
              <w:rPr>
                <w:rFonts w:ascii="宋体" w:hAnsi="宋体" w:eastAsia="宋体"/>
                <w:b w:val="0"/>
                <w:sz w:val="18"/>
              </w:rPr>
              <w:t>完成复式条形统计图的绘制，是本课要完成的技能目标。通过对学生第一次不完善作品的讨论，既沟通了与旧知识(单式条形统计图的绘制方法)的联系，又在对比中突出了复式条形计图的制作要点，便于学生更好地掌握制作方法，提高学生整理和描述数据的能力。</w:t>
            </w:r>
          </w:p>
          <w:p>
            <w:pPr>
              <w:spacing w:after="20" w:line="276" w:lineRule="auto"/>
            </w:pPr>
            <w:r>
              <w:rPr>
                <w:rFonts w:ascii="宋体" w:hAnsi="宋体" w:eastAsia="宋体"/>
                <w:b w:val="0"/>
                <w:sz w:val="18"/>
              </w:rPr>
              <w:t>通过小组交流，使学生了解复式条形统计图与单式条形统计图的联系和区别，加深学生对复式条形统计图特点的认识，使学生在观念和知识上得以提升。</w:t>
            </w:r>
          </w:p>
          <w:p>
            <w:pPr>
              <w:spacing w:after="20" w:line="276" w:lineRule="auto"/>
            </w:pPr>
            <w:r>
              <w:rPr>
                <w:rFonts w:ascii="宋体" w:hAnsi="宋体" w:eastAsia="宋体"/>
                <w:b w:val="0"/>
                <w:sz w:val="18"/>
              </w:rPr>
              <w:t>数据分析是统计教学的核心，通过引导学生对复式条形统计图进行观察与思考，体会数据中蕴含着的信息。在让学生感受我国人民的生活水平不断提高的同时，对学生进行情感态度和价值观的教育，使学生进一步明确统计在生活中的重要作用。</w:t>
            </w:r>
          </w:p>
          <w:p>
            <w:pPr>
              <w:spacing w:after="20" w:line="276" w:lineRule="auto"/>
            </w:pPr>
            <w:r>
              <w:rPr>
                <w:rFonts w:ascii="宋体" w:hAnsi="宋体" w:eastAsia="宋体"/>
                <w:b w:val="0"/>
                <w:sz w:val="18"/>
              </w:rPr>
              <w:t>通过认识多样的复式条形统计图，让学生感受复式条形统计图的不同呈现形式。这样不仅可以使学生更好地认识复式条形统计图，也使他们的视野更加开阔，认识更加丰富。</w:t>
            </w:r>
          </w:p>
        </w:tc>
      </w:tr>
      <w:tr>
        <w:tc>
          <w:tcPr>
            <w:tcW w:type="dxa" w:w="1474"/>
          </w:tcPr>
          <w:p>
            <w:pPr>
              <w:spacing w:after="20" w:line="276" w:lineRule="auto"/>
            </w:pPr>
            <w:r>
              <w:rPr>
                <w:b/>
              </w:rPr>
            </w:r>
            <w:r>
              <w:rPr>
                <w:rFonts w:ascii="宋体" w:hAnsi="宋体" w:eastAsia="宋体"/>
                <w:b/>
                <w:sz w:val="18"/>
              </w:rPr>
              <w:t>三、及时练习，巩固提高</w:t>
            </w:r>
          </w:p>
        </w:tc>
        <w:tc>
          <w:tcPr>
            <w:tcW w:type="dxa" w:w="3061"/>
          </w:tcPr>
          <w:p>
            <w:pPr>
              <w:spacing w:after="20" w:line="276" w:lineRule="auto"/>
            </w:pPr>
            <w:r/>
            <w:r>
              <w:rPr>
                <w:rFonts w:ascii="宋体" w:hAnsi="宋体" w:eastAsia="宋体"/>
                <w:b w:val="0"/>
                <w:sz w:val="18"/>
              </w:rPr>
              <w:t>1.教科书P93“做一做”。</w:t>
            </w:r>
          </w:p>
          <w:p>
            <w:pPr>
              <w:spacing w:after="20" w:line="276" w:lineRule="auto"/>
            </w:pPr>
            <w:r>
              <w:rPr>
                <w:rFonts w:ascii="宋体" w:hAnsi="宋体" w:eastAsia="宋体"/>
                <w:b w:val="0"/>
                <w:sz w:val="18"/>
              </w:rPr>
              <w:t>（1）想一想：画复式条形统计图的步骤有哪些？</w:t>
            </w:r>
          </w:p>
          <w:p>
            <w:pPr>
              <w:spacing w:after="20" w:line="276" w:lineRule="auto"/>
            </w:pPr>
            <w:r>
              <w:rPr>
                <w:rFonts w:ascii="宋体" w:hAnsi="宋体" w:eastAsia="宋体"/>
                <w:b w:val="0"/>
                <w:sz w:val="18"/>
              </w:rPr>
              <w:t>（2）学生根据表中的数据，绘制纵向复式条形统计图。</w:t>
            </w:r>
          </w:p>
          <w:p>
            <w:pPr>
              <w:spacing w:after="20" w:line="276" w:lineRule="auto"/>
            </w:pPr>
            <w:r>
              <w:rPr>
                <w:rFonts w:ascii="宋体" w:hAnsi="宋体" w:eastAsia="宋体"/>
                <w:b w:val="0"/>
                <w:sz w:val="18"/>
              </w:rPr>
              <w:t>（3）学生独立解答后面的3个小题。</w:t>
            </w:r>
          </w:p>
          <w:p>
            <w:pPr>
              <w:spacing w:after="20" w:line="276" w:lineRule="auto"/>
            </w:pPr>
            <w:r>
              <w:rPr>
                <w:rFonts w:ascii="宋体" w:hAnsi="宋体" w:eastAsia="宋体"/>
                <w:b w:val="0"/>
                <w:sz w:val="18"/>
              </w:rPr>
              <w:t>（4）集体交流订正。</w:t>
            </w:r>
          </w:p>
          <w:p>
            <w:pPr>
              <w:spacing w:after="20" w:line="276" w:lineRule="auto"/>
            </w:pPr>
            <w:r>
              <w:rPr>
                <w:rFonts w:ascii="宋体" w:hAnsi="宋体" w:eastAsia="宋体"/>
                <w:b w:val="0"/>
                <w:sz w:val="18"/>
              </w:rPr>
              <w:t>2.教科书P94“练习二十三”第1题。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（2）小组合作交流问题（1）。</w:t>
            </w:r>
          </w:p>
          <w:p>
            <w:pPr>
              <w:spacing w:after="20" w:line="276" w:lineRule="auto"/>
            </w:pPr>
            <w:r>
              <w:rPr>
                <w:rFonts w:ascii="宋体" w:hAnsi="宋体" w:eastAsia="宋体"/>
                <w:b w:val="0"/>
                <w:sz w:val="18"/>
              </w:rPr>
              <w:t>（3）同桌相互说一说，教师引导学生通过对统计图中数据的对比、分析，发现更多的信息。</w:t>
            </w:r>
          </w:p>
          <w:p>
            <w:pPr>
              <w:spacing w:after="20" w:line="276" w:lineRule="auto"/>
            </w:pPr>
            <w:r>
              <w:rPr>
                <w:rFonts w:ascii="宋体" w:hAnsi="宋体" w:eastAsia="宋体"/>
                <w:b w:val="0"/>
                <w:sz w:val="18"/>
              </w:rPr>
              <w:t>3.教科书P94“练习二十三”第2题。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（2）同桌之间相互交流。</w:t>
            </w:r>
          </w:p>
          <w:p>
            <w:pPr>
              <w:spacing w:after="20" w:line="276" w:lineRule="auto"/>
            </w:pPr>
            <w:r>
              <w:rPr>
                <w:rFonts w:ascii="宋体" w:hAnsi="宋体" w:eastAsia="宋体"/>
                <w:b w:val="0"/>
                <w:sz w:val="18"/>
              </w:rPr>
              <w:t>（3）引导学生分析数据了解到：无论是农村还是城镇，人均住房面积都在不断扩大，可见人们的生活条件在不断改善。</w:t>
            </w:r>
          </w:p>
        </w:tc>
        <w:tc>
          <w:tcPr>
            <w:tcW w:type="dxa" w:w="3061"/>
          </w:tcPr>
          <w:p>
            <w:pPr>
              <w:spacing w:after="20" w:line="276" w:lineRule="auto"/>
            </w:pPr>
            <w:r/>
            <w:r>
              <w:rPr>
                <w:rFonts w:ascii="宋体" w:hAnsi="宋体" w:eastAsia="宋体"/>
                <w:b w:val="0"/>
                <w:sz w:val="18"/>
              </w:rPr>
              <w:t>复式条形统计图的制作步骤要点：①根据统计资料整理数据。②画出纵轴和横轴（纵轴高度的确定——要确定一个长度来表示一定的数量；横轴长度的确定——要根据纸的大小和字数的多少来确定）。③直条的宽度要一致，直条之间的间隔要相等。④不同的直条做不同的标记（例如颜色不同或在其中一组画上条纹）并标明图例。⑤写上总标题、项目名称、数量单位及制图日期等。</w:t>
            </w:r>
          </w:p>
        </w:tc>
        <w:tc>
          <w:tcPr>
            <w:tcW w:type="dxa" w:w="1814"/>
          </w:tcPr>
          <w:p>
            <w:pPr>
              <w:spacing w:after="20" w:line="276" w:lineRule="auto"/>
            </w:pPr>
            <w:r/>
            <w:r>
              <w:rPr>
                <w:rFonts w:ascii="宋体" w:hAnsi="宋体" w:eastAsia="宋体"/>
                <w:b w:val="0"/>
                <w:sz w:val="18"/>
              </w:rPr>
              <w:t>通过练习，让学生经历统计活动的过程，加强与同伴的合作与交流，进一步体会统计在现实生活中的意义与作用。</w:t>
            </w:r>
          </w:p>
        </w:tc>
      </w:tr>
      <w:tr>
        <w:tc>
          <w:tcPr>
            <w:tcW w:type="dxa" w:w="1474"/>
          </w:tcPr>
          <w:p>
            <w:pPr>
              <w:spacing w:after="20" w:line="276" w:lineRule="auto"/>
            </w:pPr>
            <w:r>
              <w:rPr>
                <w:b/>
              </w:rPr>
            </w:r>
            <w:r>
              <w:rPr>
                <w:rFonts w:ascii="宋体" w:hAnsi="宋体" w:eastAsia="宋体"/>
                <w:b/>
                <w:sz w:val="18"/>
              </w:rPr>
              <w:t>四、课堂小结，拓展提升</w:t>
            </w:r>
          </w:p>
        </w:tc>
        <w:tc>
          <w:tcPr>
            <w:tcW w:type="dxa" w:w="3061"/>
          </w:tcPr>
          <w:p>
            <w:pPr>
              <w:spacing w:after="20" w:line="276" w:lineRule="auto"/>
            </w:pPr>
            <w:r/>
            <w:r>
              <w:rPr>
                <w:rFonts w:ascii="宋体" w:hAnsi="宋体" w:eastAsia="宋体"/>
                <w:b w:val="0"/>
                <w:sz w:val="18"/>
              </w:rPr>
              <w:t>师：这节课你学习了什么？有什么收获呢？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引导学生回顾梳理本课所学，完善认知结构，提升归纳与反思能力，核心问题："这节课你学习了什么？有什么收获呢？"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复式条形统计图</w:t>
      </w:r>
    </w:p>
    <w:p>
      <w:pPr>
        <w:spacing w:after="40" w:line="300" w:lineRule="auto"/>
      </w:pPr>
      <w:r>
        <w:rPr>
          <w:rFonts w:ascii="宋体" w:hAnsi="宋体" w:eastAsia="宋体"/>
          <w:b w:val="0"/>
          <w:sz w:val="20"/>
        </w:rPr>
        <w:t>1.复式条形统计图的含义：统计两项或两项以上项目的条形统计图叫作复式条形统计图。</w:t>
      </w:r>
    </w:p>
    <w:p>
      <w:pPr>
        <w:spacing w:after="40" w:line="300" w:lineRule="auto"/>
      </w:pPr>
      <w:r>
        <w:rPr>
          <w:rFonts w:ascii="宋体" w:hAnsi="宋体" w:eastAsia="宋体"/>
          <w:b w:val="0"/>
          <w:sz w:val="20"/>
        </w:rPr>
        <w:t>2.复式条形统计图的特点：不仅能直观、清楚地表示出数量的多少，而且便于比较两组（或多组）数据。</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教科书P91~92例3，完成P93“做一做”，P94“练习二十三”第1、2题。</w:t>
      </w:r>
    </w:p>
    <w:p>
      <w:pPr>
        <w:spacing w:after="40" w:line="300" w:lineRule="auto"/>
        <w:ind w:firstLine="400"/>
      </w:pPr>
      <w:r>
        <w:rPr>
          <w:rFonts w:ascii="宋体" w:hAnsi="宋体" w:eastAsia="宋体"/>
          <w:b w:val="0"/>
          <w:sz w:val="20"/>
        </w:rPr>
        <w:t>② 原设计安排：见“状元成才路”系列丛书《创优作业100分》对应课时作业。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为了发展学生的统计观念，培养学生自主探究的学习能力，在设计这节课时，主要突出了以下几个特点:一、在对比分析中培养学生的统计意识，让学生对比单式和复式条形统计图、纵向和横向复式条形统计图，认识这些统计图各自的特点；二、给学生提供充分的自主探究、自主分析的机会，让学生成为学习的主人；三、拓展应用，培养学生处理信息和解决问题的能力。整体教学情况良好，基本达到了预期效果。 【教学笔记】</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综合与实践 营养午餐</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综合与实践 营养午餐</w:t>
            </w:r>
          </w:p>
        </w:tc>
        <w:tc>
          <w:tcPr>
            <w:tcW w:type="dxa" w:w="6009"/>
          </w:tcPr>
          <w:p>
            <w:pPr>
              <w:spacing w:after="20" w:line="276" w:lineRule="auto"/>
            </w:pPr>
            <w:r/>
            <w:r>
              <w:rPr>
                <w:rFonts w:ascii="宋体" w:hAnsi="宋体" w:eastAsia="宋体"/>
                <w:b w:val="0"/>
                <w:sz w:val="20"/>
              </w:rPr>
              <w:t>第8单元 平均数与条形统计图</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平均数对于四年级学生来说是一个非常抽象的概念，尽管之前他们已经掌握了平均分及除法运算的含义，但要真正理解平均数的含义还是有一定的困难。学生在前面已经掌握了复式统计表和单式条形统计图，在此基础上再来研究复式条形统计图，引导他们从更高的角度来分析数据、解决问题，可以提升学生对统计知识的认识，让学生更好地理解统计在解决问题中的作用，逐步形成数据分析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教学内容：教科书P97～98相关内容。</w:t>
      </w:r>
    </w:p>
    <w:p>
      <w:pPr>
        <w:spacing w:after="80" w:line="300" w:lineRule="auto"/>
        <w:ind w:firstLine="400"/>
      </w:pPr>
      <w:r>
        <w:rPr>
          <w:rFonts w:ascii="宋体" w:hAnsi="宋体" w:eastAsia="宋体"/>
          <w:b w:val="0"/>
          <w:sz w:val="20"/>
        </w:rPr>
        <w:t>教学准备：课件，计算器。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（1）根据营养午餐的一些基本指标，运用简单的排列组合、统计等相关知识了解怎样的搭配才是合理的营养午餐。</w:t>
      </w:r>
    </w:p>
    <w:p>
      <w:pPr>
        <w:spacing w:after="20" w:line="300" w:lineRule="auto"/>
        <w:ind w:firstLine="400"/>
      </w:pPr>
      <w:r>
        <w:rPr>
          <w:rFonts w:ascii="宋体" w:hAnsi="宋体" w:eastAsia="宋体"/>
          <w:b w:val="0"/>
          <w:sz w:val="20"/>
        </w:rPr>
        <w:t>（2）引导学生经历搭配营养午餐的过程，获得搭配营养午餐的经验和方法，培养用数据说话的意识，培养学生的数据分析观念。</w:t>
      </w:r>
    </w:p>
    <w:p>
      <w:pPr>
        <w:spacing w:after="20" w:line="300" w:lineRule="auto"/>
        <w:ind w:firstLine="400"/>
      </w:pPr>
      <w:r>
        <w:rPr>
          <w:rFonts w:ascii="宋体" w:hAnsi="宋体" w:eastAsia="宋体"/>
          <w:b w:val="0"/>
          <w:sz w:val="20"/>
        </w:rPr>
        <w:t>（3）提高营养意识，帮助学生克服偏食、挑食的毛病，养成科学饮食、健康生活的习惯，体会数学在生活中的应用价值。</w:t>
      </w:r>
    </w:p>
    <w:p>
      <w:pPr>
        <w:spacing w:after="20" w:line="300" w:lineRule="auto"/>
      </w:pPr>
      <w:r>
        <w:rPr>
          <w:rFonts w:ascii="宋体" w:hAnsi="宋体" w:eastAsia="宋体"/>
          <w:b w:val="0"/>
          <w:sz w:val="20"/>
        </w:rPr>
        <w:t>教学重点：综合运用已有知识，以数据为依据，自主搭配符合标准的营养午餐。</w:t>
      </w:r>
    </w:p>
    <w:p>
      <w:pPr>
        <w:spacing w:after="20" w:line="300" w:lineRule="auto"/>
      </w:pPr>
      <w:r>
        <w:rPr>
          <w:rFonts w:ascii="宋体" w:hAnsi="宋体" w:eastAsia="宋体"/>
          <w:b w:val="0"/>
          <w:sz w:val="20"/>
        </w:rPr>
        <w:t>教学难点：理解“不低于”“不超过”的含义。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一、创设情境，提出问题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看来大部分同学把“好吃”“爱吃”作为选择的理由，那么，除了“好吃”以外，选择午餐还需注意什么?</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二、探索交流，解决问题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怎样判断一份午餐是否营养均衡比较科学呢?；对于“营养标准”，同学们有什么不理解的吗？</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三、探究延伸，为特殊人群搭配营养午餐</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四、总结提升，布置实践作业</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一、创设情境，提出问题</w:t>
            </w:r>
          </w:p>
        </w:tc>
        <w:tc>
          <w:tcPr>
            <w:tcW w:type="dxa" w:w="3061"/>
          </w:tcPr>
          <w:p>
            <w:pPr>
              <w:spacing w:after="20" w:line="276" w:lineRule="auto"/>
            </w:pPr>
            <w:r/>
            <w:r>
              <w:rPr>
                <w:rFonts w:ascii="宋体" w:hAnsi="宋体" w:eastAsia="宋体"/>
                <w:b w:val="0"/>
                <w:sz w:val="18"/>
              </w:rPr>
              <w:t>1.创设情境。</w:t>
            </w:r>
          </w:p>
          <w:p>
            <w:pPr>
              <w:spacing w:after="20" w:line="276" w:lineRule="auto"/>
            </w:pPr>
            <w:r>
              <w:rPr>
                <w:rFonts w:ascii="宋体" w:hAnsi="宋体" w:eastAsia="宋体"/>
                <w:b w:val="0"/>
                <w:sz w:val="18"/>
              </w:rPr>
              <w:t>师：民以食为天，每个人都离不开饮食。提起美食，大家肯定有很多想说的，和你的同桌说说你最喜欢吃什么。</w:t>
            </w:r>
          </w:p>
          <w:p>
            <w:pPr>
              <w:spacing w:after="20" w:line="276" w:lineRule="auto"/>
            </w:pPr>
            <w:r>
              <w:rPr>
                <w:rFonts w:ascii="宋体" w:hAnsi="宋体" w:eastAsia="宋体"/>
                <w:b w:val="0"/>
                <w:sz w:val="18"/>
              </w:rPr>
              <w:t>师：看，这是某食堂提供的今日菜谱。（出示课件）</w:t>
            </w:r>
          </w:p>
          <w:p>
            <w:pPr>
              <w:spacing w:after="20" w:line="276" w:lineRule="auto"/>
            </w:pPr>
            <w:r>
              <w:rPr>
                <w:rFonts w:ascii="宋体" w:hAnsi="宋体" w:eastAsia="宋体"/>
                <w:b w:val="0"/>
                <w:sz w:val="18"/>
              </w:rPr>
              <w:t>如果让你选其中的三样菜作为午餐，你会选哪几样?为什么?</w:t>
            </w:r>
          </w:p>
          <w:p>
            <w:pPr>
              <w:spacing w:after="20" w:line="276" w:lineRule="auto"/>
            </w:pPr>
            <w:r>
              <w:rPr>
                <w:rFonts w:ascii="宋体" w:hAnsi="宋体" w:eastAsia="宋体"/>
                <w:b w:val="0"/>
                <w:sz w:val="18"/>
              </w:rPr>
              <w:t>2.提出问题。</w:t>
            </w:r>
          </w:p>
          <w:p>
            <w:pPr>
              <w:spacing w:after="20" w:line="276" w:lineRule="auto"/>
            </w:pPr>
            <w:r>
              <w:rPr>
                <w:rFonts w:ascii="宋体" w:hAnsi="宋体" w:eastAsia="宋体"/>
                <w:b w:val="0"/>
                <w:sz w:val="18"/>
              </w:rPr>
              <w:t>师：看来大部分同学把“好吃”“爱吃”作为选择的理由，那么，除了“好吃”以外，选择午餐还需注意什么?</w:t>
            </w:r>
          </w:p>
          <w:p>
            <w:pPr>
              <w:spacing w:after="20" w:line="276" w:lineRule="auto"/>
            </w:pPr>
            <w:r>
              <w:rPr>
                <w:rFonts w:ascii="宋体" w:hAnsi="宋体" w:eastAsia="宋体"/>
                <w:b w:val="0"/>
                <w:sz w:val="18"/>
              </w:rPr>
              <w:t>教师引导学生小结：一份好的午餐，除了满足好吃的要求之外，营养均衡是很重要的。同学们正是长身体的时候，科学的饮食非常重要。（板书课题：营养午餐）</w:t>
            </w:r>
          </w:p>
          <w:p>
            <w:pPr>
              <w:spacing w:after="20" w:line="276" w:lineRule="auto"/>
            </w:pPr>
            <w:r>
              <w:rPr>
                <w:rFonts w:ascii="宋体" w:hAnsi="宋体" w:eastAsia="宋体"/>
                <w:b w:val="0"/>
                <w:sz w:val="18"/>
              </w:rPr>
              <w:t>从学生熟悉的生活实际出发，帮助学生感受吃饭中的学问，体会数学在日常生活中的应用。</w:t>
            </w:r>
          </w:p>
        </w:tc>
        <w:tc>
          <w:tcPr>
            <w:tcW w:type="dxa" w:w="3061"/>
          </w:tcPr>
          <w:p>
            <w:pPr>
              <w:spacing w:after="20" w:line="276" w:lineRule="auto"/>
            </w:pPr>
            <w:r/>
            <w:r>
              <w:rPr>
                <w:rFonts w:ascii="宋体" w:hAnsi="宋体" w:eastAsia="宋体"/>
                <w:b w:val="0"/>
                <w:sz w:val="18"/>
              </w:rPr>
              <w:t>可能大部分学生会选择自己喜欢的菜，少数学生会荤素搭配地选，还有的学生可能会考虑到价格因素。</w:t>
            </w:r>
          </w:p>
          <w:p>
            <w:pPr>
              <w:spacing w:after="20" w:line="276" w:lineRule="auto"/>
            </w:pPr>
            <w:r>
              <w:rPr>
                <w:rFonts w:ascii="宋体" w:hAnsi="宋体" w:eastAsia="宋体"/>
                <w:b w:val="0"/>
                <w:sz w:val="18"/>
              </w:rPr>
              <w:t>学生可能会说：还要有营养。</w:t>
            </w:r>
          </w:p>
        </w:tc>
        <w:tc>
          <w:tcPr>
            <w:tcW w:type="dxa" w:w="1814"/>
          </w:tcPr>
          <w:p>
            <w:pPr>
              <w:spacing w:after="20" w:line="276" w:lineRule="auto"/>
            </w:pPr>
            <w:r/>
            <w:r>
              <w:rPr>
                <w:rFonts w:ascii="宋体" w:hAnsi="宋体" w:eastAsia="宋体"/>
                <w:b w:val="0"/>
                <w:sz w:val="18"/>
              </w:rPr>
              <w:t>从学生熟悉的生活话题“今日午餐吃什么”引入，从“好吃”到“营养”，自然引出课题和研究的问题。</w:t>
            </w:r>
          </w:p>
        </w:tc>
      </w:tr>
      <w:tr>
        <w:tc>
          <w:tcPr>
            <w:tcW w:type="dxa" w:w="1474"/>
          </w:tcPr>
          <w:p>
            <w:pPr>
              <w:spacing w:after="20" w:line="276" w:lineRule="auto"/>
            </w:pPr>
            <w:r>
              <w:rPr>
                <w:b/>
              </w:rPr>
            </w:r>
            <w:r>
              <w:rPr>
                <w:rFonts w:ascii="宋体" w:hAnsi="宋体" w:eastAsia="宋体"/>
                <w:b/>
                <w:sz w:val="18"/>
              </w:rPr>
              <w:t>二、探索交流，解决问题</w:t>
            </w:r>
          </w:p>
        </w:tc>
        <w:tc>
          <w:tcPr>
            <w:tcW w:type="dxa" w:w="3061"/>
          </w:tcPr>
          <w:p>
            <w:pPr>
              <w:spacing w:after="20" w:line="276" w:lineRule="auto"/>
            </w:pPr>
            <w:r/>
            <w:r>
              <w:rPr>
                <w:rFonts w:ascii="宋体" w:hAnsi="宋体" w:eastAsia="宋体"/>
                <w:b w:val="0"/>
                <w:sz w:val="18"/>
              </w:rPr>
              <w:t>1.了解“营养午餐”的科学标准。</w:t>
            </w:r>
          </w:p>
          <w:p>
            <w:pPr>
              <w:spacing w:after="20" w:line="276" w:lineRule="auto"/>
            </w:pPr>
            <w:r>
              <w:rPr>
                <w:rFonts w:ascii="宋体" w:hAnsi="宋体" w:eastAsia="宋体"/>
                <w:b w:val="0"/>
                <w:sz w:val="18"/>
              </w:rPr>
              <w:t>师：怎样判断一份午餐是否营养均衡比较科学呢?</w:t>
            </w:r>
          </w:p>
          <w:p>
            <w:pPr>
              <w:spacing w:after="20" w:line="276" w:lineRule="auto"/>
            </w:pPr>
            <w:r>
              <w:rPr>
                <w:rFonts w:ascii="宋体" w:hAnsi="宋体" w:eastAsia="宋体"/>
                <w:b w:val="0"/>
                <w:sz w:val="18"/>
              </w:rPr>
              <w:t>课件出示“营养标准”。</w:t>
            </w:r>
          </w:p>
          <w:p>
            <w:pPr>
              <w:spacing w:after="20" w:line="276" w:lineRule="auto"/>
            </w:pPr>
            <w:r>
              <w:rPr>
                <w:rFonts w:ascii="宋体" w:hAnsi="宋体" w:eastAsia="宋体"/>
                <w:b w:val="0"/>
                <w:sz w:val="18"/>
              </w:rPr>
              <w:t>2.理解“营养标准”。</w:t>
            </w:r>
          </w:p>
          <w:p>
            <w:pPr>
              <w:spacing w:after="20" w:line="276" w:lineRule="auto"/>
            </w:pPr>
            <w:r>
              <w:rPr>
                <w:rFonts w:ascii="宋体" w:hAnsi="宋体" w:eastAsia="宋体"/>
                <w:b w:val="0"/>
                <w:sz w:val="18"/>
              </w:rPr>
              <w:t>(1)师：对于“营养标准”，同学们有什么不理解的吗？</w:t>
            </w:r>
          </w:p>
          <w:p>
            <w:pPr>
              <w:spacing w:after="20" w:line="276" w:lineRule="auto"/>
            </w:pPr>
            <w:r>
              <w:rPr>
                <w:rFonts w:ascii="宋体" w:hAnsi="宋体" w:eastAsia="宋体"/>
                <w:b w:val="0"/>
                <w:sz w:val="18"/>
              </w:rPr>
              <w:t>（2）师：说说你是如何理解“不低于”和“不超过”的，能用数学符号表示出来吗?</w:t>
            </w:r>
          </w:p>
          <w:p>
            <w:pPr>
              <w:spacing w:after="20" w:line="276" w:lineRule="auto"/>
            </w:pPr>
            <w:r>
              <w:rPr>
                <w:rFonts w:ascii="宋体" w:hAnsi="宋体" w:eastAsia="宋体"/>
                <w:b w:val="0"/>
                <w:sz w:val="18"/>
              </w:rPr>
              <w:t>教师板书：“不低于”可表示为≥，读作大于等于；“不超过”可表示为≤，读作小于等于。</w:t>
            </w:r>
          </w:p>
          <w:p>
            <w:pPr>
              <w:spacing w:after="20" w:line="276" w:lineRule="auto"/>
            </w:pPr>
            <w:r>
              <w:rPr>
                <w:rFonts w:ascii="宋体" w:hAnsi="宋体" w:eastAsia="宋体"/>
                <w:b w:val="0"/>
                <w:sz w:val="18"/>
              </w:rPr>
              <w:t>师：对于“营养标准”，你有什么新的认识？</w:t>
            </w:r>
          </w:p>
          <w:p>
            <w:pPr>
              <w:spacing w:after="20" w:line="276" w:lineRule="auto"/>
            </w:pPr>
            <w:r>
              <w:rPr>
                <w:rFonts w:ascii="宋体" w:hAnsi="宋体" w:eastAsia="宋体"/>
                <w:b w:val="0"/>
                <w:sz w:val="18"/>
              </w:rPr>
              <w:t>3.根据营养标准搭配合格的午餐菜肴。</w:t>
            </w:r>
          </w:p>
          <w:p>
            <w:pPr>
              <w:spacing w:after="20" w:line="276" w:lineRule="auto"/>
            </w:pPr>
            <w:r>
              <w:rPr>
                <w:rFonts w:ascii="宋体" w:hAnsi="宋体" w:eastAsia="宋体"/>
                <w:b w:val="0"/>
                <w:sz w:val="18"/>
              </w:rPr>
              <w:t>（1）师：如果每份午餐由3种不同的菜肴搭配，根据某食堂提供的午餐品种，你们能搭配出多少种合格的午餐菜肴。（课件出示某食堂每种菜所含的热量、脂肪和蛋白质）</w:t>
            </w:r>
          </w:p>
          <w:p>
            <w:pPr>
              <w:spacing w:after="20" w:line="276" w:lineRule="auto"/>
            </w:pPr>
            <w:r>
              <w:rPr>
                <w:rFonts w:ascii="宋体" w:hAnsi="宋体" w:eastAsia="宋体"/>
                <w:b w:val="0"/>
                <w:sz w:val="18"/>
              </w:rPr>
              <w:t>（2）集体交流，罗列出所有合格的午餐菜肴。注意判断搭配出的午餐菜肴合不合格要根据“营养标准”来判断，即要先分别计算出所选的3种菜肴的“热量”和“脂肪”，再与“营养标准”对比。</w:t>
            </w:r>
          </w:p>
          <w:p>
            <w:pPr>
              <w:spacing w:after="20" w:line="276" w:lineRule="auto"/>
            </w:pPr>
            <w:r>
              <w:rPr>
                <w:rFonts w:ascii="宋体" w:hAnsi="宋体" w:eastAsia="宋体"/>
                <w:b w:val="0"/>
                <w:sz w:val="18"/>
              </w:rPr>
              <w:t>师：在我们搭配出的所有方案中，你们最喜欢哪6种？</w:t>
            </w:r>
          </w:p>
          <w:p>
            <w:pPr>
              <w:spacing w:after="20" w:line="276" w:lineRule="auto"/>
            </w:pPr>
            <w:r>
              <w:rPr>
                <w:rFonts w:ascii="宋体" w:hAnsi="宋体" w:eastAsia="宋体"/>
                <w:b w:val="0"/>
                <w:sz w:val="18"/>
              </w:rPr>
              <w:t>（3）师：请同学们将我们选出的最喜欢的6种搭配方案填在教科书P98的表格中，并将选出的结果绘制成复式条形统计图。</w:t>
            </w:r>
          </w:p>
          <w:p>
            <w:pPr>
              <w:spacing w:after="20" w:line="276" w:lineRule="auto"/>
            </w:pPr>
            <w:r>
              <w:rPr>
                <w:rFonts w:ascii="宋体" w:hAnsi="宋体" w:eastAsia="宋体"/>
                <w:b w:val="0"/>
                <w:sz w:val="18"/>
              </w:rPr>
              <w:t>（4）小知识：人体不仅仅需要热量和脂肪，还需要一种非常重要的物质，那就是蛋白质。蛋白质可以使我们具有抵抗力，少生病。10岁左右的儿童蛋白质的摄取量为每日75g。</w:t>
            </w:r>
          </w:p>
          <w:p>
            <w:pPr>
              <w:spacing w:after="20" w:line="276" w:lineRule="auto"/>
            </w:pPr>
            <w:r>
              <w:rPr>
                <w:rFonts w:ascii="宋体" w:hAnsi="宋体" w:eastAsia="宋体"/>
                <w:b w:val="0"/>
                <w:sz w:val="18"/>
              </w:rPr>
              <w:t>（5）师引导学生分析：哪一种方案所含的蛋白质最多？</w:t>
            </w:r>
          </w:p>
        </w:tc>
        <w:tc>
          <w:tcPr>
            <w:tcW w:type="dxa" w:w="3061"/>
          </w:tcPr>
          <w:p>
            <w:pPr>
              <w:spacing w:after="20" w:line="276" w:lineRule="auto"/>
            </w:pPr>
            <w:r/>
            <w:r>
              <w:rPr>
                <w:rFonts w:ascii="宋体" w:hAnsi="宋体" w:eastAsia="宋体"/>
                <w:b w:val="0"/>
                <w:sz w:val="18"/>
              </w:rPr>
              <w:t>学生可能会提出什么是热量、什么是千焦、什么是脂肪等问题，教师可及时解答。</w:t>
            </w:r>
          </w:p>
          <w:p>
            <w:pPr>
              <w:spacing w:after="20" w:line="276" w:lineRule="auto"/>
            </w:pPr>
            <w:r>
              <w:rPr>
                <w:rFonts w:ascii="宋体" w:hAnsi="宋体" w:eastAsia="宋体"/>
                <w:b w:val="0"/>
                <w:sz w:val="18"/>
              </w:rPr>
              <w:t>学生可能说出：“不低于”就是“不少于”，用大于号表示；“不超过”就是小于，用小于号表示。教师引导学生判断“等于”的情况，从而使学生正确认识“不低于”与“不超过”的含义及用数学符号表示的方法。</w:t>
            </w:r>
          </w:p>
          <w:p>
            <w:pPr>
              <w:spacing w:after="20" w:line="276" w:lineRule="auto"/>
            </w:pPr>
            <w:r>
              <w:rPr>
                <w:rFonts w:ascii="宋体" w:hAnsi="宋体" w:eastAsia="宋体"/>
                <w:b w:val="0"/>
                <w:sz w:val="18"/>
              </w:rPr>
              <w:t>学生回答，教师板书：热量≥2926千焦，脂肪≤50g。</w:t>
            </w:r>
          </w:p>
          <w:p>
            <w:pPr>
              <w:spacing w:after="20" w:line="276" w:lineRule="auto"/>
            </w:pPr>
            <w:r>
              <w:rPr>
                <w:rFonts w:ascii="宋体" w:hAnsi="宋体" w:eastAsia="宋体"/>
                <w:b w:val="0"/>
                <w:sz w:val="18"/>
              </w:rPr>
              <w:t>学生可能不能找出全部的搭配方案，教师进行适时补充；计算菜肴的“热量”和“脂肪”的过程中，计算量较大，可让学生用计算器计算。</w:t>
            </w:r>
          </w:p>
          <w:p>
            <w:pPr>
              <w:spacing w:after="20" w:line="276" w:lineRule="auto"/>
            </w:pPr>
            <w:r>
              <w:rPr>
                <w:rFonts w:ascii="宋体" w:hAnsi="宋体" w:eastAsia="宋体"/>
                <w:b w:val="0"/>
                <w:sz w:val="18"/>
              </w:rPr>
              <w:t>全班交流讨论，并记录。</w:t>
            </w:r>
          </w:p>
          <w:p>
            <w:pPr>
              <w:spacing w:after="20" w:line="276" w:lineRule="auto"/>
            </w:pPr>
            <w:r>
              <w:rPr>
                <w:rFonts w:ascii="宋体" w:hAnsi="宋体" w:eastAsia="宋体"/>
                <w:b w:val="0"/>
                <w:sz w:val="18"/>
              </w:rPr>
              <w:t>有的学生可能会逐一计算6种方案的蛋白质含量；有的会根据蛋白质含量从高到低的顺序，对照方案进行筛选，例如:编号是1、4、5、8的菜肴的蛋白质含量高。在学生汇报时，教师应适时引导学生进行方案的优化。</w:t>
            </w:r>
          </w:p>
        </w:tc>
        <w:tc>
          <w:tcPr>
            <w:tcW w:type="dxa" w:w="1814"/>
          </w:tcPr>
          <w:p>
            <w:pPr>
              <w:spacing w:after="20" w:line="276" w:lineRule="auto"/>
            </w:pPr>
            <w:r/>
            <w:r>
              <w:rPr>
                <w:rFonts w:ascii="宋体" w:hAnsi="宋体" w:eastAsia="宋体"/>
                <w:b w:val="0"/>
                <w:sz w:val="18"/>
              </w:rPr>
              <w:t>学生自己动手设计方案，统计分析方案，综合运用所学的排列组合、统计、计算等数学知识技能，体现了综合实践活动的综合性、实践性、开放性。同时不失时机地引导学生进行了方案的优化，渗透了极值思想。</w:t>
            </w:r>
          </w:p>
        </w:tc>
      </w:tr>
      <w:tr>
        <w:tc>
          <w:tcPr>
            <w:tcW w:type="dxa" w:w="1474"/>
          </w:tcPr>
          <w:p>
            <w:pPr>
              <w:spacing w:after="20" w:line="276" w:lineRule="auto"/>
            </w:pPr>
            <w:r>
              <w:rPr>
                <w:b/>
              </w:rPr>
            </w:r>
            <w:r>
              <w:rPr>
                <w:rFonts w:ascii="宋体" w:hAnsi="宋体" w:eastAsia="宋体"/>
                <w:b/>
                <w:sz w:val="18"/>
              </w:rPr>
              <w:t>三、探究延伸，为特殊人群搭配营养午餐</w:t>
            </w:r>
          </w:p>
        </w:tc>
        <w:tc>
          <w:tcPr>
            <w:tcW w:type="dxa" w:w="3061"/>
          </w:tcPr>
          <w:p>
            <w:pPr>
              <w:spacing w:after="20" w:line="276" w:lineRule="auto"/>
            </w:pPr>
            <w:r/>
            <w:r>
              <w:rPr>
                <w:rFonts w:ascii="宋体" w:hAnsi="宋体" w:eastAsia="宋体"/>
                <w:b w:val="0"/>
                <w:sz w:val="18"/>
              </w:rPr>
              <w:t>师：刚才大家为自己搭配了科学的营养午餐。在我们的实际生活中，还有一些特殊的人需要我们的帮助。如果要为运动员、偏胖的人、偏瘦的人推荐营养午餐，你有哪些好的建议?</w:t>
            </w:r>
          </w:p>
          <w:p>
            <w:pPr>
              <w:spacing w:after="20" w:line="276" w:lineRule="auto"/>
            </w:pPr>
            <w:r>
              <w:rPr>
                <w:rFonts w:ascii="宋体" w:hAnsi="宋体" w:eastAsia="宋体"/>
                <w:b w:val="0"/>
                <w:sz w:val="18"/>
              </w:rPr>
              <w:t>教师引导学生得出：要想身体健康，不胖不瘦，在日常饮食中要克服偏食、挑食、厌食的不良习惯。在选择食物时，不能只想着好吃，还要进行合理的搭配。</w:t>
            </w:r>
          </w:p>
          <w:p>
            <w:pPr>
              <w:spacing w:after="20" w:line="276" w:lineRule="auto"/>
            </w:pPr>
            <w:r>
              <w:rPr>
                <w:rFonts w:ascii="宋体" w:hAnsi="宋体" w:eastAsia="宋体"/>
                <w:b w:val="0"/>
                <w:sz w:val="18"/>
              </w:rPr>
              <w:t>师：由小组长组织合作讨论，为这三种人群各搭配一份适合他们各自身体特点的午餐。</w:t>
            </w:r>
          </w:p>
        </w:tc>
        <w:tc>
          <w:tcPr>
            <w:tcW w:type="dxa" w:w="3061"/>
          </w:tcPr>
          <w:p>
            <w:pPr>
              <w:spacing w:after="20" w:line="276" w:lineRule="auto"/>
            </w:pPr>
            <w:r/>
            <w:r>
              <w:rPr>
                <w:rFonts w:ascii="宋体" w:hAnsi="宋体" w:eastAsia="宋体"/>
                <w:b w:val="0"/>
                <w:sz w:val="18"/>
              </w:rPr>
              <w:t>学生会认为运动员运动量较大，需要消耗大量的热量，所以要吃热量高的食物；偏胖的人要少吃肉，多吃青菜……所以为偏胖的人搭配的菜谱脂肪含量要低一些，为偏瘦的人搭配的菜谱脂肪含量要高一些。</w:t>
            </w:r>
          </w:p>
        </w:tc>
        <w:tc>
          <w:tcPr>
            <w:tcW w:type="dxa" w:w="1814"/>
          </w:tcPr>
          <w:p>
            <w:pPr>
              <w:spacing w:after="20" w:line="276" w:lineRule="auto"/>
            </w:pPr>
            <w:r/>
            <w:r>
              <w:rPr>
                <w:rFonts w:ascii="宋体" w:hAnsi="宋体" w:eastAsia="宋体"/>
                <w:b w:val="0"/>
                <w:sz w:val="18"/>
              </w:rPr>
              <w:t>对特殊人群提出营养午餐的建议，就是让学生学以致用，与生活相联系。同时，引导学生通过多渠道学习关于健康饮食的常识，做一个健康生活的有心人。</w:t>
            </w:r>
          </w:p>
        </w:tc>
      </w:tr>
      <w:tr>
        <w:tc>
          <w:tcPr>
            <w:tcW w:type="dxa" w:w="1474"/>
          </w:tcPr>
          <w:p>
            <w:pPr>
              <w:spacing w:after="20" w:line="276" w:lineRule="auto"/>
            </w:pPr>
            <w:r>
              <w:rPr>
                <w:b/>
              </w:rPr>
            </w:r>
            <w:r>
              <w:rPr>
                <w:rFonts w:ascii="宋体" w:hAnsi="宋体" w:eastAsia="宋体"/>
                <w:b/>
                <w:sz w:val="18"/>
              </w:rPr>
              <w:t>四、总结提升，布置实践作业</w:t>
            </w:r>
          </w:p>
        </w:tc>
        <w:tc>
          <w:tcPr>
            <w:tcW w:type="dxa" w:w="3061"/>
          </w:tcPr>
          <w:p>
            <w:pPr>
              <w:spacing w:after="20" w:line="276" w:lineRule="auto"/>
            </w:pPr>
            <w:r/>
            <w:r>
              <w:rPr>
                <w:rFonts w:ascii="宋体" w:hAnsi="宋体" w:eastAsia="宋体"/>
                <w:b w:val="0"/>
                <w:sz w:val="18"/>
              </w:rPr>
              <w:t>师：同学们，我们要养成健康的饮食习惯，不挑食、不偏食，一日三餐，荤素搭配，营养均衡。课后，请大家把今天学习的知识应用于生活中，调查爸爸、妈妈和其他家人喜欢的菜肴，上网了解成人的营养标准，为家庭设计营养、健康的午餐方案，以数学日记的形式，写出自己的认识和感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鼓励学生学以致用，体会数学来源于生活、服务于生活的特性。生活是数学知识的来源，又是数学知识的延伸。</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营养午餐</w:t>
      </w:r>
    </w:p>
    <w:p>
      <w:pPr>
        <w:spacing w:after="40" w:line="300" w:lineRule="auto"/>
      </w:pPr>
      <w:r>
        <w:rPr>
          <w:rFonts w:ascii="宋体" w:hAnsi="宋体" w:eastAsia="宋体"/>
          <w:b w:val="0"/>
          <w:sz w:val="20"/>
        </w:rPr>
        <w:t>“不低于”可表示为≥，读作大于等于；“不超过”可表示为≤，读作小于等于。</w:t>
      </w:r>
    </w:p>
    <w:p>
      <w:pPr>
        <w:spacing w:after="40" w:line="300" w:lineRule="auto"/>
      </w:pPr>
      <w:r>
        <w:rPr>
          <w:rFonts w:ascii="宋体" w:hAnsi="宋体" w:eastAsia="宋体"/>
          <w:b w:val="0"/>
          <w:sz w:val="20"/>
        </w:rPr>
        <w:t>热量≥2926千焦，脂肪≤50g。</w:t>
      </w:r>
    </w:p>
    <w:p>
      <w:pPr>
        <w:spacing w:after="40" w:line="300" w:lineRule="auto"/>
      </w:pPr>
      <w:r>
        <w:rPr>
          <w:rFonts w:ascii="宋体" w:hAnsi="宋体" w:eastAsia="宋体"/>
          <w:b w:val="0"/>
          <w:sz w:val="20"/>
        </w:rPr>
        <w:t>【教学笔记】</w:t>
      </w:r>
    </w:p>
    <w:p>
      <w:pPr>
        <w:spacing w:after="40" w:line="300" w:lineRule="auto"/>
      </w:pPr>
      <w:r>
        <w:rPr>
          <w:rFonts w:ascii="宋体" w:hAnsi="宋体" w:eastAsia="宋体"/>
          <w:b w:val="0"/>
          <w:sz w:val="20"/>
        </w:rPr>
        <w:t>【教学提示】</w:t>
      </w:r>
    </w:p>
    <w:p>
      <w:pPr>
        <w:spacing w:after="40" w:line="300" w:lineRule="auto"/>
      </w:pPr>
      <w:r>
        <w:rPr>
          <w:rFonts w:ascii="宋体" w:hAnsi="宋体" w:eastAsia="宋体"/>
          <w:b w:val="0"/>
          <w:sz w:val="20"/>
        </w:rPr>
        <w:t>评选“全班同学最喜欢的6种搭配方案”时，可先把全班学生所有的配菜方案罗列出来，然后再组织学生根据这些方案选出自己喜欢的6种。</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教科书P97～98相关内容。</w:t>
      </w:r>
    </w:p>
    <w:p>
      <w:pPr>
        <w:spacing w:after="40" w:line="300" w:lineRule="auto"/>
        <w:ind w:firstLine="400"/>
      </w:pPr>
      <w:r>
        <w:rPr>
          <w:rFonts w:ascii="宋体" w:hAnsi="宋体" w:eastAsia="宋体"/>
          <w:b w:val="0"/>
          <w:sz w:val="20"/>
        </w:rPr>
        <w:t>② 原设计安排：见“状元成才路”系列丛书《创优作业100分》对应课时作业。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综合与实践”是培养学生的数学应用意识，积累数学活动经验的重要载体。本节课的经验积累力求体现在过程中：在合作的过程中，积累如何分工合作的经验；在统计的过程中，积累统计的经验；在比较蛋白质含量高低的方案中，学会优化方案；由了解10岁儿童的营养标准延伸到课外查询成人的营养标准；由为自己设计营养午餐到为家人设计营养午餐。在这样的活动过程中，学生的应用意识、实践能力逐步提高，经验逐步积淀。</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练习课（平均数与复式条形统计图）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练习课（平均数与复式条形统计图）</w:t>
            </w:r>
          </w:p>
        </w:tc>
        <w:tc>
          <w:tcPr>
            <w:tcW w:type="dxa" w:w="6009"/>
          </w:tcPr>
          <w:p>
            <w:pPr>
              <w:spacing w:after="20" w:line="276" w:lineRule="auto"/>
            </w:pPr>
            <w:r/>
            <w:r>
              <w:rPr>
                <w:rFonts w:ascii="宋体" w:hAnsi="宋体" w:eastAsia="宋体"/>
                <w:b w:val="0"/>
                <w:sz w:val="20"/>
              </w:rPr>
              <w:t>第8单元 平均数与条形统计图</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平均数对于四年级学生来说是一个非常抽象的概念，尽管之前他们已经掌握了平均分及除法运算的含义，但要真正理解平均数的含义还是有一定的困难。学生在前面已经掌握了复式统计表和单式条形统计图，在此基础上再来研究复式条形统计图，引导他们从更高的角度来分析数据、解决问题，可以提升学生对统计知识的认识，让学生更好地理解统计在解决问题中的作用，逐步形成数据分析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教学内容：完成教科书P95～96“练习二十三”第3～6*题。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（1）通过练习，进一步理解和掌握平均数的意义以及求平均数的方法，会用所学知识解决有关平均数的实际问题。</w:t>
      </w:r>
    </w:p>
    <w:p>
      <w:pPr>
        <w:spacing w:after="20" w:line="300" w:lineRule="auto"/>
        <w:ind w:firstLine="400"/>
      </w:pPr>
      <w:r>
        <w:rPr>
          <w:rFonts w:ascii="宋体" w:hAnsi="宋体" w:eastAsia="宋体"/>
          <w:b w:val="0"/>
          <w:sz w:val="20"/>
        </w:rPr>
        <w:t>（2）进一步认识复式条形统计图，了解它的优点和作用，会绘制复式条形统计图，并能根据统计图分析问题、解决问题。</w:t>
      </w:r>
    </w:p>
    <w:p>
      <w:pPr>
        <w:spacing w:after="20" w:line="300" w:lineRule="auto"/>
        <w:ind w:firstLine="400"/>
      </w:pPr>
      <w:r>
        <w:rPr>
          <w:rFonts w:ascii="宋体" w:hAnsi="宋体" w:eastAsia="宋体"/>
          <w:b w:val="0"/>
          <w:sz w:val="20"/>
        </w:rPr>
        <w:t>（3）在练习中进一步发展学生的统计观念，增强数学的应用意识。</w:t>
      </w:r>
    </w:p>
    <w:p>
      <w:pPr>
        <w:spacing w:after="20" w:line="300" w:lineRule="auto"/>
      </w:pPr>
      <w:r>
        <w:rPr>
          <w:rFonts w:ascii="宋体" w:hAnsi="宋体" w:eastAsia="宋体"/>
          <w:b w:val="0"/>
          <w:sz w:val="20"/>
        </w:rPr>
        <w:t>教学重点：理解和掌握平均数的意义以及求平均数的方法，了解复式条形统计图的优点和作用，会绘制复式条形统计图。</w:t>
      </w:r>
    </w:p>
    <w:p>
      <w:pPr>
        <w:spacing w:after="20" w:line="300" w:lineRule="auto"/>
      </w:pPr>
      <w:r>
        <w:rPr>
          <w:rFonts w:ascii="宋体" w:hAnsi="宋体" w:eastAsia="宋体"/>
          <w:b w:val="0"/>
          <w:sz w:val="20"/>
        </w:rPr>
        <w:t>教学难点：能根据统计图进行数据分析。</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关于平均数和复式条形统计图，你知道了什么？；同学们真棒！通过本单元的学习，已经掌握了这么多新知识，今天我们接着来用所学的知识解决生活中的问题，大家有信心吗？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二、基础练习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三、综合练习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四、拓展练习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本节课你有什么收获？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w:t>
            </w:r>
          </w:p>
        </w:tc>
        <w:tc>
          <w:tcPr>
            <w:tcW w:type="dxa" w:w="3061"/>
          </w:tcPr>
          <w:p>
            <w:pPr>
              <w:spacing w:after="20" w:line="276" w:lineRule="auto"/>
            </w:pPr>
            <w:r/>
            <w:r>
              <w:rPr>
                <w:rFonts w:ascii="宋体" w:hAnsi="宋体" w:eastAsia="宋体"/>
                <w:b w:val="0"/>
                <w:sz w:val="18"/>
              </w:rPr>
              <w:t>师：关于平均数和复式条形统计图，你知道了什么？</w:t>
            </w:r>
          </w:p>
          <w:p>
            <w:pPr>
              <w:spacing w:after="20" w:line="276" w:lineRule="auto"/>
            </w:pPr>
            <w:r>
              <w:rPr>
                <w:rFonts w:ascii="宋体" w:hAnsi="宋体" w:eastAsia="宋体"/>
                <w:b w:val="0"/>
                <w:sz w:val="18"/>
              </w:rPr>
              <w:t>师：同学们真棒！通过本单元的学习，已经掌握了这么多新知识，今天我们接着来用所学的知识解决生活中的问题，大家有信心吗？</w:t>
            </w:r>
          </w:p>
        </w:tc>
        <w:tc>
          <w:tcPr>
            <w:tcW w:type="dxa" w:w="3061"/>
          </w:tcPr>
          <w:p>
            <w:pPr>
              <w:spacing w:after="20" w:line="276" w:lineRule="auto"/>
            </w:pPr>
            <w:r/>
            <w:r>
              <w:rPr>
                <w:rFonts w:ascii="宋体" w:hAnsi="宋体" w:eastAsia="宋体"/>
                <w:b w:val="0"/>
                <w:sz w:val="18"/>
              </w:rPr>
              <w:t>预设1：求平均数的方法有两种：（1）“移多补少”法；（2）“先合后分”法：总数量÷总份数=平均数。</w:t>
            </w:r>
          </w:p>
          <w:p>
            <w:pPr>
              <w:spacing w:after="20" w:line="276" w:lineRule="auto"/>
            </w:pPr>
            <w:r>
              <w:rPr>
                <w:rFonts w:ascii="宋体" w:hAnsi="宋体" w:eastAsia="宋体"/>
                <w:b w:val="0"/>
                <w:sz w:val="18"/>
              </w:rPr>
              <w:t>预设2：平均数可以反映一组数据的总体情况。</w:t>
            </w:r>
          </w:p>
          <w:p>
            <w:pPr>
              <w:spacing w:after="20" w:line="276" w:lineRule="auto"/>
            </w:pPr>
            <w:r>
              <w:rPr>
                <w:rFonts w:ascii="宋体" w:hAnsi="宋体" w:eastAsia="宋体"/>
                <w:b w:val="0"/>
                <w:sz w:val="18"/>
              </w:rPr>
              <w:t>预设3：统计两项或者两项以上项目的条形统计图叫作复式条形统计图，简称复式条形图。</w:t>
            </w:r>
          </w:p>
          <w:p>
            <w:pPr>
              <w:spacing w:after="20" w:line="276" w:lineRule="auto"/>
            </w:pPr>
            <w:r>
              <w:rPr>
                <w:rFonts w:ascii="宋体" w:hAnsi="宋体" w:eastAsia="宋体"/>
                <w:b w:val="0"/>
                <w:sz w:val="18"/>
              </w:rPr>
              <w:t>预设4：复式条形统计图的特点：（1）能清楚地表示出各种数量的多少；（2）便于比较、分析两组（或多组）数据。</w:t>
            </w:r>
          </w:p>
        </w:tc>
        <w:tc>
          <w:tcPr>
            <w:tcW w:type="dxa" w:w="1814"/>
          </w:tcPr>
          <w:p>
            <w:pPr>
              <w:spacing w:after="20" w:line="276" w:lineRule="auto"/>
            </w:pPr>
            <w:r/>
            <w:r>
              <w:rPr>
                <w:rFonts w:ascii="宋体" w:hAnsi="宋体" w:eastAsia="宋体"/>
                <w:b w:val="0"/>
                <w:sz w:val="18"/>
              </w:rPr>
              <w:t>通过谈话，充分调动了学生的积极性，既引导学生整理复习了旧知识，又明确了本节课的学习任务。</w:t>
            </w:r>
          </w:p>
        </w:tc>
      </w:tr>
      <w:tr>
        <w:tc>
          <w:tcPr>
            <w:tcW w:type="dxa" w:w="1474"/>
          </w:tcPr>
          <w:p>
            <w:pPr>
              <w:spacing w:after="20" w:line="276" w:lineRule="auto"/>
            </w:pPr>
            <w:r>
              <w:rPr>
                <w:b/>
              </w:rPr>
            </w:r>
            <w:r>
              <w:rPr>
                <w:rFonts w:ascii="宋体" w:hAnsi="宋体" w:eastAsia="宋体"/>
                <w:b/>
                <w:sz w:val="18"/>
              </w:rPr>
              <w:t>二、基础练习</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2.课件出示习题。</w:t>
            </w:r>
          </w:p>
          <w:p>
            <w:pPr>
              <w:spacing w:after="20" w:line="276" w:lineRule="auto"/>
            </w:pPr>
            <w:r>
              <w:rPr>
                <w:rFonts w:ascii="宋体" w:hAnsi="宋体" w:eastAsia="宋体"/>
                <w:b w:val="0"/>
                <w:sz w:val="18"/>
              </w:rPr>
              <w:t>（1）同桌讨论：小明和小红谁更高？</w:t>
            </w:r>
          </w:p>
          <w:p>
            <w:pPr>
              <w:spacing w:after="20" w:line="276" w:lineRule="auto"/>
            </w:pPr>
            <w:r>
              <w:rPr>
                <w:rFonts w:ascii="宋体" w:hAnsi="宋体" w:eastAsia="宋体"/>
                <w:b w:val="0"/>
                <w:sz w:val="18"/>
              </w:rPr>
              <w:t>（2）全班汇报交流，说说你的理由。</w:t>
            </w:r>
          </w:p>
          <w:p>
            <w:pPr>
              <w:spacing w:after="20" w:line="276" w:lineRule="auto"/>
            </w:pPr>
            <w:r>
              <w:rPr>
                <w:rFonts w:ascii="宋体" w:hAnsi="宋体" w:eastAsia="宋体"/>
                <w:b w:val="0"/>
                <w:sz w:val="18"/>
              </w:rPr>
              <w:t>3.课件出示习题。</w:t>
            </w:r>
          </w:p>
          <w:p>
            <w:pPr>
              <w:spacing w:after="20" w:line="276" w:lineRule="auto"/>
            </w:pPr>
            <w:r>
              <w:rPr>
                <w:rFonts w:ascii="宋体" w:hAnsi="宋体" w:eastAsia="宋体"/>
                <w:b w:val="0"/>
                <w:sz w:val="18"/>
              </w:rPr>
              <w:t>（1）学生大声读题，理解题意。</w:t>
            </w:r>
          </w:p>
          <w:p>
            <w:pPr>
              <w:spacing w:after="20" w:line="276" w:lineRule="auto"/>
            </w:pPr>
            <w:r>
              <w:rPr>
                <w:rFonts w:ascii="宋体" w:hAnsi="宋体" w:eastAsia="宋体"/>
                <w:b w:val="0"/>
                <w:sz w:val="18"/>
              </w:rPr>
              <w:t>（2）学生独立完成后集体交流订正。</w:t>
            </w:r>
          </w:p>
          <w:p>
            <w:pPr>
              <w:spacing w:after="20" w:line="276" w:lineRule="auto"/>
            </w:pPr>
            <w:r>
              <w:rPr>
                <w:rFonts w:ascii="宋体" w:hAnsi="宋体" w:eastAsia="宋体"/>
                <w:b w:val="0"/>
                <w:sz w:val="18"/>
              </w:rPr>
              <w:t>4.课件出示习题。</w:t>
            </w:r>
          </w:p>
          <w:p>
            <w:pPr>
              <w:spacing w:after="20" w:line="276" w:lineRule="auto"/>
            </w:pPr>
            <w:r>
              <w:rPr>
                <w:rFonts w:ascii="宋体" w:hAnsi="宋体" w:eastAsia="宋体"/>
                <w:b w:val="0"/>
                <w:sz w:val="18"/>
              </w:rPr>
              <w:t>5.教科书P95“练习二十三”第3题。</w:t>
            </w:r>
          </w:p>
          <w:p>
            <w:pPr>
              <w:spacing w:after="20" w:line="276" w:lineRule="auto"/>
            </w:pPr>
            <w:r>
              <w:rPr>
                <w:rFonts w:ascii="宋体" w:hAnsi="宋体" w:eastAsia="宋体"/>
                <w:b w:val="0"/>
                <w:sz w:val="18"/>
              </w:rPr>
              <w:t>（1）引导学生观察统计图的纵轴，与前面的统计图进行对比：以前学习的统计图纵轴原点往上的第1格表示的数量和其他的格是同样多的；而本题中纵轴原点往上的第1格表示的是70岁，其他每格表示的都是2岁。</w:t>
            </w:r>
          </w:p>
          <w:p>
            <w:pPr>
              <w:spacing w:after="20" w:line="276" w:lineRule="auto"/>
            </w:pPr>
            <w:r>
              <w:rPr>
                <w:rFonts w:ascii="宋体" w:hAnsi="宋体" w:eastAsia="宋体"/>
                <w:b w:val="0"/>
                <w:sz w:val="18"/>
              </w:rPr>
              <w:t>（2）引发学生思考:什么情况下可以这样表示?</w:t>
            </w:r>
          </w:p>
          <w:p>
            <w:pPr>
              <w:spacing w:after="20" w:line="276" w:lineRule="auto"/>
            </w:pPr>
            <w:r>
              <w:rPr>
                <w:rFonts w:ascii="宋体" w:hAnsi="宋体" w:eastAsia="宋体"/>
                <w:b w:val="0"/>
                <w:sz w:val="18"/>
              </w:rPr>
              <w:t>（3）通过讨论，使学生了解到:当一组数量很大且比较接近时，为了制图和数据分析方便，可以将0往上的第1格画为折线，表示它与其他的格表示的数量不同，它可以依据具体情况表示不同的数量。</w:t>
            </w:r>
          </w:p>
          <w:p>
            <w:pPr>
              <w:spacing w:after="20" w:line="276" w:lineRule="auto"/>
            </w:pPr>
            <w:r>
              <w:rPr>
                <w:rFonts w:ascii="宋体" w:hAnsi="宋体" w:eastAsia="宋体"/>
                <w:b w:val="0"/>
                <w:sz w:val="18"/>
              </w:rPr>
              <w:t>（4）学生独立画图解决问题。</w:t>
            </w:r>
          </w:p>
          <w:p>
            <w:pPr>
              <w:spacing w:after="20" w:line="276" w:lineRule="auto"/>
            </w:pPr>
            <w:r>
              <w:rPr>
                <w:rFonts w:ascii="宋体" w:hAnsi="宋体" w:eastAsia="宋体"/>
                <w:b w:val="0"/>
                <w:sz w:val="18"/>
              </w:rPr>
              <w:t>（5）全班交流订正。</w:t>
            </w:r>
          </w:p>
          <w:p>
            <w:pPr>
              <w:spacing w:after="20" w:line="276" w:lineRule="auto"/>
            </w:pPr>
            <w:r>
              <w:rPr>
                <w:rFonts w:ascii="宋体" w:hAnsi="宋体" w:eastAsia="宋体"/>
                <w:b w:val="0"/>
                <w:sz w:val="18"/>
              </w:rPr>
              <w:t>教学中结合习题让学生进一步理解平均数是反映一组数据总体情况的统计量。</w:t>
            </w:r>
          </w:p>
        </w:tc>
        <w:tc>
          <w:tcPr>
            <w:tcW w:type="dxa" w:w="3061"/>
          </w:tcPr>
          <w:p>
            <w:pPr>
              <w:spacing w:after="20" w:line="276" w:lineRule="auto"/>
            </w:pPr>
            <w:r/>
            <w:r>
              <w:rPr>
                <w:rFonts w:ascii="宋体" w:hAnsi="宋体" w:eastAsia="宋体"/>
                <w:b w:val="0"/>
                <w:sz w:val="18"/>
              </w:rPr>
              <w:t>学生独立思考后指名汇报，并让学生说一说是怎样算的。</w:t>
            </w:r>
          </w:p>
          <w:p>
            <w:pPr>
              <w:spacing w:after="20" w:line="276" w:lineRule="auto"/>
            </w:pPr>
            <w:r>
              <w:rPr>
                <w:rFonts w:ascii="宋体" w:hAnsi="宋体" w:eastAsia="宋体"/>
                <w:b w:val="0"/>
                <w:sz w:val="18"/>
              </w:rPr>
              <w:t>预设1：用小丽、小红、小兰及小芳的年龄相加的和除以总人数就可以求出她们的平均年龄。注意小芳与小红同岁，所以小芳也是8岁。</w:t>
            </w:r>
          </w:p>
          <w:p>
            <w:pPr>
              <w:spacing w:after="20" w:line="276" w:lineRule="auto"/>
            </w:pPr>
            <w:r>
              <w:rPr>
                <w:rFonts w:ascii="宋体" w:hAnsi="宋体" w:eastAsia="宋体"/>
                <w:b w:val="0"/>
                <w:sz w:val="18"/>
              </w:rPr>
              <w:t>预设2：根据“总数量=平均数×总份数”即可求出甲、乙、丙、丁四个数的和。</w:t>
            </w:r>
          </w:p>
          <w:p>
            <w:pPr>
              <w:spacing w:after="20" w:line="276" w:lineRule="auto"/>
            </w:pPr>
            <w:r>
              <w:rPr>
                <w:rFonts w:ascii="宋体" w:hAnsi="宋体" w:eastAsia="宋体"/>
                <w:b w:val="0"/>
                <w:sz w:val="18"/>
              </w:rPr>
              <w:t>不能确定谁更高，因为平均数只能反映两个班的学生身高的总体情况，是一个虚拟的数，不能确定个别对象的身高，所以不能确定谁更高。</w:t>
            </w:r>
          </w:p>
          <w:p>
            <w:pPr>
              <w:spacing w:after="20" w:line="276" w:lineRule="auto"/>
            </w:pPr>
            <w:r>
              <w:rPr>
                <w:rFonts w:ascii="宋体" w:hAnsi="宋体" w:eastAsia="宋体"/>
                <w:b w:val="0"/>
                <w:sz w:val="18"/>
              </w:rPr>
              <w:t>可能有少数学生不知如何动手，教师要及时引导：前五次数学测试的总成绩会求吗？除了第五次数学测试成绩以外，前四次数学测试的总成绩呢？</w:t>
            </w:r>
          </w:p>
          <w:p>
            <w:pPr>
              <w:spacing w:after="20" w:line="276" w:lineRule="auto"/>
            </w:pPr>
            <w:r>
              <w:rPr>
                <w:rFonts w:ascii="宋体" w:hAnsi="宋体" w:eastAsia="宋体"/>
                <w:b w:val="0"/>
                <w:sz w:val="18"/>
              </w:rPr>
              <w:t>学生独立完成后集体交流。</w:t>
            </w:r>
          </w:p>
          <w:p>
            <w:pPr>
              <w:spacing w:after="20" w:line="276" w:lineRule="auto"/>
            </w:pPr>
            <w:r>
              <w:rPr>
                <w:rFonts w:ascii="宋体" w:hAnsi="宋体" w:eastAsia="宋体"/>
                <w:b w:val="0"/>
                <w:sz w:val="18"/>
              </w:rPr>
              <w:t>第（1）、（2）题对于学生来说不难，第（3）题是开放性的，要引导学生观察统计图来提出问题，只要学生说得有道理，教师就予以肯定和鼓励。</w:t>
            </w:r>
          </w:p>
        </w:tc>
        <w:tc>
          <w:tcPr>
            <w:tcW w:type="dxa" w:w="1814"/>
          </w:tcPr>
          <w:p>
            <w:pPr>
              <w:spacing w:after="20" w:line="276" w:lineRule="auto"/>
            </w:pPr>
            <w:r/>
            <w:r>
              <w:rPr>
                <w:rFonts w:ascii="宋体" w:hAnsi="宋体" w:eastAsia="宋体"/>
                <w:b w:val="0"/>
                <w:sz w:val="18"/>
              </w:rPr>
              <w:t>平均数的知识在生活中应用非常广泛，通过简单的变式练习，加强对平均数含义的理解。</w:t>
            </w:r>
          </w:p>
          <w:p>
            <w:pPr>
              <w:spacing w:after="20" w:line="276" w:lineRule="auto"/>
            </w:pPr>
            <w:r>
              <w:rPr>
                <w:rFonts w:ascii="宋体" w:hAnsi="宋体" w:eastAsia="宋体"/>
                <w:b w:val="0"/>
                <w:sz w:val="18"/>
              </w:rPr>
              <w:t>通过练习，使学生绘图、识图及数据分析的能力得到进一步提高。</w:t>
            </w:r>
          </w:p>
        </w:tc>
      </w:tr>
      <w:tr>
        <w:tc>
          <w:tcPr>
            <w:tcW w:type="dxa" w:w="1474"/>
          </w:tcPr>
          <w:p>
            <w:pPr>
              <w:spacing w:after="20" w:line="276" w:lineRule="auto"/>
            </w:pPr>
            <w:r>
              <w:rPr>
                <w:b/>
              </w:rPr>
            </w:r>
            <w:r>
              <w:rPr>
                <w:rFonts w:ascii="宋体" w:hAnsi="宋体" w:eastAsia="宋体"/>
                <w:b/>
                <w:sz w:val="18"/>
              </w:rPr>
              <w:t>三、综合练习</w:t>
            </w:r>
          </w:p>
        </w:tc>
        <w:tc>
          <w:tcPr>
            <w:tcW w:type="dxa" w:w="3061"/>
          </w:tcPr>
          <w:p>
            <w:pPr>
              <w:spacing w:after="20" w:line="276" w:lineRule="auto"/>
            </w:pPr>
            <w:r/>
            <w:r>
              <w:rPr>
                <w:rFonts w:ascii="宋体" w:hAnsi="宋体" w:eastAsia="宋体"/>
                <w:b w:val="0"/>
                <w:sz w:val="18"/>
              </w:rPr>
              <w:t>1.教科书P95“练习二十三”第4题。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（2）集体交流汇报。</w:t>
            </w:r>
          </w:p>
          <w:p>
            <w:pPr>
              <w:spacing w:after="20" w:line="276" w:lineRule="auto"/>
            </w:pPr>
            <w:r>
              <w:rPr>
                <w:rFonts w:ascii="宋体" w:hAnsi="宋体" w:eastAsia="宋体"/>
                <w:b w:val="0"/>
                <w:sz w:val="18"/>
              </w:rPr>
              <w:t>2.教科书P96“练习二十三”第5题。</w:t>
            </w:r>
          </w:p>
          <w:p>
            <w:pPr>
              <w:spacing w:after="20" w:line="276" w:lineRule="auto"/>
            </w:pPr>
            <w:r>
              <w:rPr>
                <w:rFonts w:ascii="宋体" w:hAnsi="宋体" w:eastAsia="宋体"/>
                <w:b w:val="0"/>
                <w:sz w:val="18"/>
              </w:rPr>
              <w:t>（1）学生认真读题，仔细观察统计图，口答第（1）题。</w:t>
            </w:r>
          </w:p>
          <w:p>
            <w:pPr>
              <w:spacing w:after="20" w:line="276" w:lineRule="auto"/>
            </w:pPr>
            <w:r>
              <w:rPr>
                <w:rFonts w:ascii="宋体" w:hAnsi="宋体" w:eastAsia="宋体"/>
                <w:b w:val="0"/>
                <w:sz w:val="18"/>
              </w:rPr>
              <w:t>（2）同桌相互交流获得信息。</w:t>
            </w:r>
          </w:p>
          <w:p>
            <w:pPr>
              <w:spacing w:after="20" w:line="276" w:lineRule="auto"/>
            </w:pPr>
            <w:r>
              <w:rPr>
                <w:rFonts w:ascii="宋体" w:hAnsi="宋体" w:eastAsia="宋体"/>
                <w:b w:val="0"/>
                <w:sz w:val="18"/>
              </w:rPr>
              <w:t>（3）自己提出两个问题并解答。</w:t>
            </w:r>
          </w:p>
          <w:p>
            <w:pPr>
              <w:spacing w:after="20" w:line="276" w:lineRule="auto"/>
            </w:pPr>
            <w:r>
              <w:rPr>
                <w:rFonts w:ascii="宋体" w:hAnsi="宋体" w:eastAsia="宋体"/>
                <w:b w:val="0"/>
                <w:sz w:val="18"/>
              </w:rPr>
              <w:t>（4）全班交流，引导学生通过分析了解到：移动电话用户数量逐年增加，固定电话用户数量逐年减少。</w:t>
            </w:r>
          </w:p>
          <w:p>
            <w:pPr>
              <w:spacing w:after="20" w:line="276" w:lineRule="auto"/>
            </w:pPr>
            <w:r>
              <w:rPr>
                <w:rFonts w:ascii="宋体" w:hAnsi="宋体" w:eastAsia="宋体"/>
                <w:b w:val="0"/>
                <w:sz w:val="18"/>
              </w:rPr>
              <w:t>3.课件出示习题。</w:t>
            </w:r>
          </w:p>
          <w:p>
            <w:pPr>
              <w:spacing w:after="20" w:line="276" w:lineRule="auto"/>
            </w:pPr>
            <w:r>
              <w:rPr>
                <w:rFonts w:ascii="宋体" w:hAnsi="宋体" w:eastAsia="宋体"/>
                <w:b w:val="0"/>
                <w:sz w:val="18"/>
              </w:rPr>
              <w:t>（1）引导学生分析：当有4次的测试成绩为满分100分时，还有1次的测试成绩就是可能出现的最低分。</w:t>
            </w:r>
          </w:p>
          <w:p>
            <w:pPr>
              <w:spacing w:after="20" w:line="276" w:lineRule="auto"/>
            </w:pPr>
            <w:r>
              <w:rPr>
                <w:rFonts w:ascii="宋体" w:hAnsi="宋体" w:eastAsia="宋体"/>
                <w:b w:val="0"/>
                <w:sz w:val="18"/>
              </w:rPr>
              <w:t>（2）学生尝试完成，指名汇报，集体订正。</w:t>
            </w:r>
          </w:p>
          <w:p>
            <w:pPr>
              <w:spacing w:after="20" w:line="276" w:lineRule="auto"/>
            </w:pPr>
            <w:r>
              <w:rPr>
                <w:rFonts w:ascii="宋体" w:hAnsi="宋体" w:eastAsia="宋体"/>
                <w:b w:val="0"/>
                <w:sz w:val="18"/>
              </w:rPr>
              <w:t>4.课件出示习题。</w:t>
            </w:r>
          </w:p>
          <w:p>
            <w:pPr>
              <w:spacing w:after="20" w:line="276" w:lineRule="auto"/>
            </w:pPr>
            <w:r>
              <w:rPr>
                <w:rFonts w:ascii="宋体" w:hAnsi="宋体" w:eastAsia="宋体"/>
                <w:b w:val="0"/>
                <w:sz w:val="18"/>
              </w:rPr>
              <w:t>（1）小组讨论得出：分别求出总路程和总时间，即可求出平均速度。</w:t>
            </w:r>
          </w:p>
          <w:p>
            <w:pPr>
              <w:spacing w:after="20" w:line="276" w:lineRule="auto"/>
            </w:pPr>
            <w:r>
              <w:rPr>
                <w:rFonts w:ascii="宋体" w:hAnsi="宋体" w:eastAsia="宋体"/>
                <w:b w:val="0"/>
                <w:sz w:val="18"/>
              </w:rPr>
              <w:t>（2）指名板演，其余学生独立完成。</w:t>
            </w:r>
          </w:p>
          <w:p>
            <w:pPr>
              <w:spacing w:after="20" w:line="276" w:lineRule="auto"/>
            </w:pPr>
            <w:r>
              <w:rPr>
                <w:rFonts w:ascii="宋体" w:hAnsi="宋体" w:eastAsia="宋体"/>
                <w:b w:val="0"/>
                <w:sz w:val="18"/>
              </w:rPr>
              <w:t>（3）全班交流，及时纠错。</w:t>
            </w:r>
          </w:p>
          <w:p>
            <w:pPr>
              <w:spacing w:after="20" w:line="276" w:lineRule="auto"/>
            </w:pPr>
            <w:r>
              <w:rPr>
                <w:rFonts w:ascii="宋体" w:hAnsi="宋体" w:eastAsia="宋体"/>
                <w:b w:val="0"/>
                <w:sz w:val="18"/>
              </w:rPr>
              <w:t>平均速度为（1200+1200）÷（40+20）=40（米/分）。</w:t>
            </w:r>
          </w:p>
        </w:tc>
        <w:tc>
          <w:tcPr>
            <w:tcW w:type="dxa" w:w="3061"/>
          </w:tcPr>
          <w:p>
            <w:pPr>
              <w:spacing w:after="20" w:line="276" w:lineRule="auto"/>
            </w:pPr>
            <w:r/>
            <w:r>
              <w:rPr>
                <w:rFonts w:ascii="宋体" w:hAnsi="宋体" w:eastAsia="宋体"/>
                <w:b w:val="0"/>
                <w:sz w:val="18"/>
              </w:rPr>
              <w:t>学生可能列式：92×5-100×4=60(分)。</w:t>
            </w:r>
          </w:p>
          <w:p>
            <w:pPr>
              <w:spacing w:after="20" w:line="276" w:lineRule="auto"/>
            </w:pPr>
            <w:r>
              <w:rPr>
                <w:rFonts w:ascii="宋体" w:hAnsi="宋体" w:eastAsia="宋体"/>
                <w:b w:val="0"/>
                <w:sz w:val="18"/>
              </w:rPr>
              <w:t>上山时间为1200÷30=40（分钟），下山时间为1200÷60=20（分钟），</w:t>
            </w:r>
          </w:p>
        </w:tc>
        <w:tc>
          <w:tcPr>
            <w:tcW w:type="dxa" w:w="1814"/>
          </w:tcPr>
          <w:p>
            <w:pPr>
              <w:spacing w:after="20" w:line="276" w:lineRule="auto"/>
            </w:pPr>
            <w:r/>
            <w:r>
              <w:rPr>
                <w:rFonts w:ascii="宋体" w:hAnsi="宋体" w:eastAsia="宋体"/>
                <w:b w:val="0"/>
                <w:sz w:val="18"/>
              </w:rPr>
              <w:t>在练习中，一方面通过分析统计图中的数据，进一步明确统计的意义和作用，另一方面结合生活实际进一步体会平均数的含义及作用。</w:t>
            </w:r>
          </w:p>
        </w:tc>
      </w:tr>
      <w:tr>
        <w:tc>
          <w:tcPr>
            <w:tcW w:type="dxa" w:w="1474"/>
          </w:tcPr>
          <w:p>
            <w:pPr>
              <w:spacing w:after="20" w:line="276" w:lineRule="auto"/>
            </w:pPr>
            <w:r>
              <w:rPr>
                <w:b/>
              </w:rPr>
            </w:r>
            <w:r>
              <w:rPr>
                <w:rFonts w:ascii="宋体" w:hAnsi="宋体" w:eastAsia="宋体"/>
                <w:b/>
                <w:sz w:val="18"/>
              </w:rPr>
              <w:t>四、拓展练习</w:t>
            </w:r>
          </w:p>
        </w:tc>
        <w:tc>
          <w:tcPr>
            <w:tcW w:type="dxa" w:w="3061"/>
          </w:tcPr>
          <w:p>
            <w:pPr>
              <w:spacing w:after="20" w:line="276" w:lineRule="auto"/>
            </w:pPr>
            <w:r/>
            <w:r>
              <w:rPr>
                <w:rFonts w:ascii="宋体" w:hAnsi="宋体" w:eastAsia="宋体"/>
                <w:b w:val="0"/>
                <w:sz w:val="18"/>
              </w:rPr>
              <w:t>1.教科书P96“练习二十三”第6*题。</w:t>
            </w:r>
          </w:p>
          <w:p>
            <w:pPr>
              <w:spacing w:after="20" w:line="276" w:lineRule="auto"/>
            </w:pPr>
            <w:r>
              <w:rPr>
                <w:rFonts w:ascii="宋体" w:hAnsi="宋体" w:eastAsia="宋体"/>
                <w:b w:val="0"/>
                <w:sz w:val="18"/>
              </w:rPr>
              <w:t>（1）学生结合自己的生活经验试着说一说在比赛中计算平均得分时，为什么要去掉一个最高分和一个最低分。</w:t>
            </w:r>
          </w:p>
          <w:p>
            <w:pPr>
              <w:spacing w:after="20" w:line="276" w:lineRule="auto"/>
            </w:pPr>
            <w:r>
              <w:rPr>
                <w:rFonts w:ascii="宋体" w:hAnsi="宋体" w:eastAsia="宋体"/>
                <w:b w:val="0"/>
                <w:sz w:val="18"/>
              </w:rPr>
              <w:t>（2）教师结合平均数的含义进一步说明:当我们用平均数来表示一些比赛的成绩时，如果数据中出现一两个极端数据，那么平均数就不能公正地代表选手的比赛成绩了。为了消除这种现象，常常采用去掉一个最高分和一个最低分的办法，以避免极端数据造成的不良影响，使比赛更公平。</w:t>
            </w:r>
          </w:p>
          <w:p>
            <w:pPr>
              <w:spacing w:after="20" w:line="276" w:lineRule="auto"/>
            </w:pPr>
            <w:r>
              <w:rPr>
                <w:rFonts w:ascii="宋体" w:hAnsi="宋体" w:eastAsia="宋体"/>
                <w:b w:val="0"/>
                <w:sz w:val="18"/>
              </w:rPr>
              <w:t>2.课件出示习题。</w:t>
            </w:r>
          </w:p>
          <w:p>
            <w:pPr>
              <w:spacing w:after="20" w:line="276" w:lineRule="auto"/>
            </w:pPr>
            <w:r>
              <w:rPr>
                <w:rFonts w:ascii="宋体" w:hAnsi="宋体" w:eastAsia="宋体"/>
                <w:b w:val="0"/>
                <w:sz w:val="18"/>
              </w:rPr>
              <w:t>如有条件，可让学生进行社会实践调查，从而对此进一步加深体会。</w:t>
            </w:r>
          </w:p>
          <w:p>
            <w:pPr>
              <w:spacing w:after="20" w:line="276" w:lineRule="auto"/>
            </w:pPr>
            <w:r>
              <w:rPr>
                <w:rFonts w:ascii="宋体" w:hAnsi="宋体" w:eastAsia="宋体"/>
                <w:b w:val="0"/>
                <w:sz w:val="18"/>
              </w:rPr>
              <w:t>（1）小组讨论解题思路：要求甲、乙、丙三个数的平均数，只需求出这三个数的和，再除以3。</w:t>
            </w:r>
          </w:p>
          <w:p>
            <w:pPr>
              <w:spacing w:after="20" w:line="276" w:lineRule="auto"/>
            </w:pPr>
            <w:r>
              <w:rPr>
                <w:rFonts w:ascii="宋体" w:hAnsi="宋体" w:eastAsia="宋体"/>
                <w:b w:val="0"/>
                <w:sz w:val="18"/>
              </w:rPr>
              <w:t>（2）学生尝试解题。</w:t>
            </w:r>
          </w:p>
          <w:p>
            <w:pPr>
              <w:spacing w:after="20" w:line="276" w:lineRule="auto"/>
            </w:pPr>
            <w:r>
              <w:rPr>
                <w:rFonts w:ascii="宋体" w:hAnsi="宋体" w:eastAsia="宋体"/>
                <w:b w:val="0"/>
                <w:sz w:val="18"/>
              </w:rPr>
              <w:t>（3）集体交流订正。</w:t>
            </w:r>
          </w:p>
        </w:tc>
        <w:tc>
          <w:tcPr>
            <w:tcW w:type="dxa" w:w="3061"/>
          </w:tcPr>
          <w:p>
            <w:pPr>
              <w:spacing w:after="20" w:line="276" w:lineRule="auto"/>
            </w:pPr>
            <w:r/>
            <w:r>
              <w:rPr>
                <w:rFonts w:ascii="宋体" w:hAnsi="宋体" w:eastAsia="宋体"/>
                <w:b w:val="0"/>
                <w:sz w:val="18"/>
              </w:rPr>
              <w:t>少数学生可能会想到：因为甲+乙=50×2=100，乙+丙=43×2=86，甲+丙=45×2=90，所以2×（甲+乙+丙）=100+86+90=276，所以这三个数的平均数为276÷2÷3=46。</w:t>
            </w:r>
          </w:p>
        </w:tc>
        <w:tc>
          <w:tcPr>
            <w:tcW w:type="dxa" w:w="1814"/>
          </w:tcPr>
          <w:p>
            <w:pPr>
              <w:spacing w:after="20" w:line="276" w:lineRule="auto"/>
            </w:pPr>
            <w:r/>
            <w:r>
              <w:rPr>
                <w:rFonts w:ascii="宋体" w:hAnsi="宋体" w:eastAsia="宋体"/>
                <w:b w:val="0"/>
                <w:sz w:val="18"/>
              </w:rPr>
              <w:t>本环节意在让学生在解决实际问题的过程中拓展思维，开拓视野，提高解决问题的能力。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师：本节课你有什么收获？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引导学生回顾梳理本课所学，完善认知结构，提升归纳与反思能力，核心问题："本节课你有什么收获？"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完成教科书P95～96“练习二十三”第3～6*题。</w:t>
      </w:r>
    </w:p>
    <w:p>
      <w:pPr>
        <w:spacing w:after="40" w:line="300" w:lineRule="auto"/>
        <w:ind w:firstLine="400"/>
      </w:pPr>
      <w:r>
        <w:rPr>
          <w:rFonts w:ascii="宋体" w:hAnsi="宋体" w:eastAsia="宋体"/>
          <w:b w:val="0"/>
          <w:sz w:val="20"/>
        </w:rPr>
        <w:t>② 原设计安排：见“状元成才路”系列丛书《创优作业100分》对应课时作业。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练习设计有一定的坡度，也有一定的弹性。为了让学生在练习中学会学习，学会思考，教学中应以学生独立练习为主，重视学生独立思考的质量，每一题的呈现，都要给学生留有充足的时间用来思考。具有拓展空间和一定难度的题目让他们在独立思考后小组交流，从而带动全部学生参与到学习中来，以激发每个学生学习的积极性。在落实知识要求的基础上，达到练习有进步、人人有新收获的目的。</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