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人教版四年级数学下册</w:t>
      </w:r>
    </w:p>
    <w:p>
      <w:pPr>
        <w:spacing w:after="80" w:line="300" w:lineRule="auto"/>
        <w:jc w:val="center"/>
      </w:pPr>
      <w:r>
        <w:rPr>
          <w:rFonts w:ascii="黑体" w:hAnsi="黑体" w:eastAsia="黑体"/>
          <w:b/>
          <w:sz w:val="26"/>
        </w:rPr>
        <w:t>第1单元 四则运算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第1单元 四则运算</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6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单元开启课、活动探索课、专题练习课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四则运算的知识和技能是小学生学习数学需要掌握的基础知识和基本技能。本单元的内容是在学生已学过四则运算的知识的基础上，对加、减、乘、除四则运算进行概括。在学生已经掌握的整数四则运算和初步认识小括号的作用的基础上，认识中括号，对整数四则混合运算顺序进行归纳总结。</w:t>
      </w:r>
    </w:p>
    <w:p>
      <w:pPr>
        <w:spacing w:after="80" w:line="300" w:lineRule="auto"/>
        <w:ind w:firstLine="400"/>
      </w:pPr>
      <w:r>
        <w:rPr>
          <w:rFonts w:ascii="宋体" w:hAnsi="宋体" w:eastAsia="宋体"/>
          <w:b w:val="0"/>
          <w:sz w:val="20"/>
        </w:rPr>
        <w:t>教科书分3个层次设计教学内容：（1）四则运算的意义和各部分间的关系（例1～例3）。这部分内容是在学生对整数四则运算已积累了丰富的感性认识，并掌握了相应的基础知识和技能的基础上，对整数四则运算的意义和关系进行抽象、概括，使学生对每种运算的认识从感性上升到理性，为学习小数和分数四则运算打下基础，让学生把分散学习的有关0的运算知识系统化，提高学生的计算能力和整理概括能力。（2）四则混合运算的顺序（例4）。这部分内容是在学生已学过混合运算及运算顺序，初步认识小括号的作用的基础上，认识中括号，对整数四则混合运算进行归纳总结，为学生列综合算式解决问题打好基础，为进一步学习代数运算做好准备。（3）解决问题（例5）。这部分内容是用两、三步计算解决实际问题，让学生在灵活运用相关知识解决问题的同时，感受、领悟优化思想，提高解决问题的能力。其中，四则运算的意义、四则混合运算的顺序是本单元的教学重点。减法、除法的意义及合理、灵活、正确地计算与解决问题是本单元的教学难点。</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生在前面已经学会加、减、乘、除的计算方法，积累了丰富的有关加、减、乘、除的意义的感性认识和运算经验，需要对此前学习过的四则运算知识进行较为系统的概括和总结，为后续学习打下基础。在学习本单元时，学生能够较好地理解比较抽象的运算顺序，但不太容易理解减法和除法的意义，同时，合理、灵活、正确地计算与解决问题也是学生学习中的难点。</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第1课时：结合具体情境经历概括加、减法意义的过程，理解加、减法的意义，掌握加、减法各部分间的关系。</w:t>
      </w:r>
    </w:p>
    <w:p>
      <w:pPr>
        <w:spacing w:after="20" w:line="300" w:lineRule="auto"/>
        <w:ind w:firstLine="400"/>
      </w:pPr>
      <w:r>
        <w:rPr>
          <w:rFonts w:ascii="宋体" w:hAnsi="宋体" w:eastAsia="宋体"/>
          <w:b w:val="0"/>
          <w:sz w:val="20"/>
        </w:rPr>
        <w:t>第2课时：结合具体情境，经历概括乘、除法意义的过程,理解乘、除法的意义,掌握乘、除法各部分间的关系,并能正确计算。</w:t>
      </w:r>
    </w:p>
    <w:p>
      <w:pPr>
        <w:spacing w:after="20" w:line="300" w:lineRule="auto"/>
        <w:ind w:firstLine="400"/>
      </w:pPr>
      <w:r>
        <w:rPr>
          <w:rFonts w:ascii="宋体" w:hAnsi="宋体" w:eastAsia="宋体"/>
          <w:b w:val="0"/>
          <w:sz w:val="20"/>
        </w:rPr>
        <w:t>第3课时：通过归纳分析，总结0在四则运算中的特性，理解0为什么不能作除数。</w:t>
      </w:r>
    </w:p>
    <w:p>
      <w:pPr>
        <w:spacing w:after="20" w:line="300" w:lineRule="auto"/>
        <w:ind w:firstLine="400"/>
      </w:pPr>
      <w:r>
        <w:rPr>
          <w:rFonts w:ascii="宋体" w:hAnsi="宋体" w:eastAsia="宋体"/>
          <w:b w:val="0"/>
          <w:sz w:val="20"/>
        </w:rPr>
        <w:t>第4课时：认识中括号，掌握四则混合运算的顺序，能进行简单的四则混合运算。</w:t>
      </w:r>
    </w:p>
    <w:p>
      <w:pPr>
        <w:spacing w:after="20" w:line="300" w:lineRule="auto"/>
        <w:ind w:firstLine="400"/>
      </w:pPr>
      <w:r>
        <w:rPr>
          <w:rFonts w:ascii="宋体" w:hAnsi="宋体" w:eastAsia="宋体"/>
          <w:b w:val="0"/>
          <w:sz w:val="20"/>
        </w:rPr>
        <w:t>第5课时：让学生经历解决实际问题的过程，学会用四则混合运算知识解决实际问题，感受解决问题的策略和方法。</w:t>
      </w:r>
    </w:p>
    <w:p>
      <w:pPr>
        <w:spacing w:after="20" w:line="300" w:lineRule="auto"/>
        <w:ind w:firstLine="400"/>
      </w:pPr>
      <w:r>
        <w:rPr>
          <w:rFonts w:ascii="宋体" w:hAnsi="宋体" w:eastAsia="宋体"/>
          <w:b w:val="0"/>
          <w:sz w:val="20"/>
        </w:rPr>
        <w:t>第6课时：进一步理解加、减法的意义，掌握加、减法各部分间的关系。</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注重让学生经历从感性认识上升到理性认识的过程。在学生已经学会加、减、乘、除的计算方法的基础上，通过解决简单的实际问题，激活学生已有的知识和经验。再以“为什么要用加（减、乘、除）法计算？”来引导学生思考，概括出运算的意义，使学生经历从感性认识上升到理性认识的过程。</w:t>
      </w:r>
    </w:p>
    <w:p>
      <w:pPr>
        <w:spacing w:after="20" w:line="300" w:lineRule="auto"/>
      </w:pPr>
      <w:r>
        <w:rPr>
          <w:rFonts w:ascii="宋体" w:hAnsi="宋体" w:eastAsia="宋体"/>
          <w:b w:val="0"/>
          <w:sz w:val="20"/>
        </w:rPr>
        <w:t>● 重视归纳整理，沟通知识间的内在联系，完善学生的知识结构。教学中要纵观全局驾驭教材，适时引导学生把分散学习的加、减、乘、除法的意义和各部分间的关系，0的运算特性和四则混合运算等知识进行归纳整理，沟通知识间的内在联系，逐步完善知识结构。</w:t>
      </w:r>
    </w:p>
    <w:p>
      <w:pPr>
        <w:spacing w:after="20" w:line="300" w:lineRule="auto"/>
      </w:pPr>
      <w:r>
        <w:rPr>
          <w:rFonts w:ascii="宋体" w:hAnsi="宋体" w:eastAsia="宋体"/>
          <w:b w:val="0"/>
          <w:sz w:val="20"/>
        </w:rPr>
        <w:t>● 以应用题型为经，以运算顺序为纬，组织好练习，深化认识，培养能力。教学中，既要让学生经历解决实际问题的过程，感受解决问题的策略和方法；又要突出练习的针对性，注重学生对知识的理解和运用；还要有效组织巩固练习，加强基础运算的训练，培养学生认真、细致的学习习惯。</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加、减法的意义和各部分间的关系</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结合具体情境经历概括加、减法意义的过程，理解加、减法的意义，掌握加、减法各部分间的关系。</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乘、除法的意义和各部分间的关系</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结合具体情境，经历概括乘、除法意义的过程,理解乘、除法的意义,掌握乘、除法各部分间的关系,并能正确计算。</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有关0的运算</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通过归纳分析，总结0在四则运算中的特性，理解0为什么不能作除数。</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括号</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认识中括号，掌握四则混合运算的顺序，能进行简单的四则混合运算。</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解决问题</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让学生经历解决实际问题的过程，学会用四则混合运算知识解决实际问题，感受解决问题的策略和方法。</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练习课（加、减法的意义和各部分间的关系）</w:t>
            </w:r>
          </w:p>
        </w:tc>
        <w:tc>
          <w:tcPr>
            <w:tcW w:type="dxa" w:w="1814"/>
          </w:tcPr>
          <w:p>
            <w:pPr>
              <w:spacing w:after="20" w:line="276" w:lineRule="auto"/>
            </w:pPr>
            <w:r/>
            <w:r>
              <w:rPr>
                <w:rFonts w:ascii="宋体" w:hAnsi="宋体" w:eastAsia="宋体"/>
                <w:b w:val="0"/>
                <w:sz w:val="18"/>
              </w:rPr>
              <w:t>专题练习课</w:t>
            </w:r>
          </w:p>
        </w:tc>
        <w:tc>
          <w:tcPr>
            <w:tcW w:type="dxa" w:w="3515"/>
          </w:tcPr>
          <w:p>
            <w:pPr>
              <w:spacing w:after="20" w:line="276" w:lineRule="auto"/>
            </w:pPr>
            <w:r/>
            <w:r>
              <w:rPr>
                <w:rFonts w:ascii="宋体" w:hAnsi="宋体" w:eastAsia="宋体"/>
                <w:b w:val="0"/>
                <w:sz w:val="18"/>
              </w:rPr>
              <w:t>进一步理解加、减法的意义，掌握加、减法各部分间的关系。</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加、减法的意义和各部分间的关系</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加、减法的意义和各部分间的关系</w:t>
            </w:r>
          </w:p>
        </w:tc>
        <w:tc>
          <w:tcPr>
            <w:tcW w:type="dxa" w:w="6009"/>
          </w:tcPr>
          <w:p>
            <w:pPr>
              <w:spacing w:after="20" w:line="276" w:lineRule="auto"/>
            </w:pPr>
            <w:r/>
            <w:r>
              <w:rPr>
                <w:rFonts w:ascii="宋体" w:hAnsi="宋体" w:eastAsia="宋体"/>
                <w:b w:val="0"/>
                <w:sz w:val="20"/>
              </w:rPr>
              <w:t>第1单元 四则运算</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前面已经学会加、减、乘、除的计算方法，积累了丰富的有关加、减、乘、除的意义的感性认识和运算经验，需要对此前学习过的四则运算知识进行较为系统的概括和总结，为后续学习打下基础。在学习本单元时，学生能够较好地理解比较抽象的运算顺序，但不太容易理解减法和除法的意义，同时，合理、灵活、正确地计算与解决问题也是学生学习中的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教学内容：教科书P2～3例1,完成P3“做一做”，P4“练习一”第2题。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（1）结合具体情境经历概括加、减法意义的过程，理解加、减法的意义，掌握加、减法各部分间的关系。</w:t>
      </w:r>
    </w:p>
    <w:p>
      <w:pPr>
        <w:spacing w:after="20" w:line="300" w:lineRule="auto"/>
        <w:ind w:firstLine="400"/>
      </w:pPr>
      <w:r>
        <w:rPr>
          <w:rFonts w:ascii="宋体" w:hAnsi="宋体" w:eastAsia="宋体"/>
          <w:b w:val="0"/>
          <w:sz w:val="20"/>
        </w:rPr>
        <w:t>（2）在探索加、减法各部分间的关系的过程中，发展抽象、概括的能力，进一步建立代数的思想。</w:t>
      </w:r>
    </w:p>
    <w:p>
      <w:pPr>
        <w:spacing w:after="20" w:line="300" w:lineRule="auto"/>
        <w:ind w:firstLine="400"/>
      </w:pPr>
      <w:r>
        <w:rPr>
          <w:rFonts w:ascii="宋体" w:hAnsi="宋体" w:eastAsia="宋体"/>
          <w:b w:val="0"/>
          <w:sz w:val="20"/>
        </w:rPr>
        <w:t>（3）在用抽象文字表示加、减法各部分间的关系的过程中，感受数学的内在逻辑性，体会数学的价值。</w:t>
      </w:r>
    </w:p>
    <w:p>
      <w:pPr>
        <w:spacing w:after="20" w:line="300" w:lineRule="auto"/>
      </w:pPr>
      <w:r>
        <w:rPr>
          <w:rFonts w:ascii="宋体" w:hAnsi="宋体" w:eastAsia="宋体"/>
          <w:b w:val="0"/>
          <w:sz w:val="20"/>
        </w:rPr>
        <w:t>教学重点：理解加、减法的意义。</w:t>
      </w:r>
    </w:p>
    <w:p>
      <w:pPr>
        <w:spacing w:after="20" w:line="300" w:lineRule="auto"/>
      </w:pPr>
      <w:r>
        <w:rPr>
          <w:rFonts w:ascii="宋体" w:hAnsi="宋体" w:eastAsia="宋体"/>
          <w:b w:val="0"/>
          <w:sz w:val="20"/>
        </w:rPr>
        <w:t>教学难点：理解减法的意义。</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一、创设情境，提出问题</w:t>
            </w:r>
          </w:p>
        </w:tc>
        <w:tc>
          <w:tcPr>
            <w:tcW w:type="dxa" w:w="1814"/>
          </w:tcPr>
          <w:p>
            <w:pPr>
              <w:spacing w:after="20" w:line="276" w:lineRule="auto"/>
            </w:pPr>
            <w:r/>
            <w:r>
              <w:rPr>
                <w:rFonts w:ascii="宋体" w:hAnsi="宋体" w:eastAsia="宋体"/>
                <w:b w:val="0"/>
                <w:sz w:val="18"/>
              </w:rPr>
              <w:t>教科书、情境图、课件</w:t>
            </w:r>
          </w:p>
        </w:tc>
        <w:tc>
          <w:tcPr>
            <w:tcW w:type="dxa" w:w="3402"/>
          </w:tcPr>
          <w:p>
            <w:pPr>
              <w:spacing w:after="20" w:line="276" w:lineRule="auto"/>
            </w:pPr>
            <w:r/>
            <w:r>
              <w:rPr>
                <w:rFonts w:ascii="宋体" w:hAnsi="宋体" w:eastAsia="宋体"/>
                <w:b w:val="0"/>
                <w:sz w:val="18"/>
              </w:rPr>
              <w:t>同学们，你们知道中国新世纪四大工程之一，被誉为“天路”的工程是什么吗？</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二、自主探究加、减法的意义</w:t>
            </w:r>
          </w:p>
        </w:tc>
        <w:tc>
          <w:tcPr>
            <w:tcW w:type="dxa" w:w="1814"/>
          </w:tcPr>
          <w:p>
            <w:pPr>
              <w:spacing w:after="20" w:line="276" w:lineRule="auto"/>
            </w:pPr>
            <w:r/>
            <w:r>
              <w:rPr>
                <w:rFonts w:ascii="宋体" w:hAnsi="宋体" w:eastAsia="宋体"/>
                <w:b w:val="0"/>
                <w:sz w:val="18"/>
              </w:rPr>
              <w:t>课件、教科书、线段图</w:t>
            </w:r>
          </w:p>
        </w:tc>
        <w:tc>
          <w:tcPr>
            <w:tcW w:type="dxa" w:w="3402"/>
          </w:tcPr>
          <w:p>
            <w:pPr>
              <w:spacing w:after="20" w:line="276" w:lineRule="auto"/>
            </w:pPr>
            <w:r/>
            <w:r>
              <w:rPr>
                <w:rFonts w:ascii="宋体" w:hAnsi="宋体" w:eastAsia="宋体"/>
                <w:b w:val="0"/>
                <w:sz w:val="18"/>
              </w:rPr>
              <w:t>用什么方法计算？；说一说，为什么用加法计算？</w:t>
            </w:r>
          </w:p>
        </w:tc>
        <w:tc>
          <w:tcPr>
            <w:tcW w:type="dxa" w:w="1361"/>
          </w:tcPr>
          <w:p>
            <w:pPr>
              <w:spacing w:after="20" w:line="276" w:lineRule="auto"/>
            </w:pPr>
            <w:r/>
            <w:r>
              <w:rPr>
                <w:rFonts w:ascii="宋体" w:hAnsi="宋体" w:eastAsia="宋体"/>
                <w:b w:val="0"/>
                <w:sz w:val="18"/>
              </w:rPr>
              <w:t>18分钟</w:t>
            </w:r>
          </w:p>
        </w:tc>
      </w:tr>
      <w:tr>
        <w:tc>
          <w:tcPr>
            <w:tcW w:type="dxa" w:w="2835"/>
          </w:tcPr>
          <w:p>
            <w:pPr>
              <w:spacing w:after="20" w:line="276" w:lineRule="auto"/>
            </w:pPr>
            <w:r/>
            <w:r>
              <w:rPr>
                <w:rFonts w:ascii="宋体" w:hAnsi="宋体" w:eastAsia="宋体"/>
                <w:b w:val="0"/>
                <w:sz w:val="18"/>
              </w:rPr>
              <w:t>三、小组交流，明确加、减法各部分间的关系</w:t>
            </w:r>
          </w:p>
        </w:tc>
        <w:tc>
          <w:tcPr>
            <w:tcW w:type="dxa" w:w="1814"/>
          </w:tcPr>
          <w:p>
            <w:pPr>
              <w:spacing w:after="20" w:line="276" w:lineRule="auto"/>
            </w:pPr>
            <w:r/>
            <w:r>
              <w:rPr>
                <w:rFonts w:ascii="宋体" w:hAnsi="宋体" w:eastAsia="宋体"/>
                <w:b w:val="0"/>
                <w:sz w:val="18"/>
              </w:rPr>
              <w:t>课件、教科书P2~3</w:t>
            </w:r>
          </w:p>
        </w:tc>
        <w:tc>
          <w:tcPr>
            <w:tcW w:type="dxa" w:w="3402"/>
          </w:tcPr>
          <w:p>
            <w:pPr>
              <w:spacing w:after="20" w:line="276" w:lineRule="auto"/>
            </w:pPr>
            <w:r/>
            <w:r>
              <w:rPr>
                <w:rFonts w:ascii="宋体" w:hAnsi="宋体" w:eastAsia="宋体"/>
                <w:b w:val="0"/>
                <w:sz w:val="18"/>
              </w:rPr>
              <w:t>那被减数、减数与差之间又有什么关系呢？</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四、实践应用，拓展提高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一、创设情境，提出问题</w:t>
            </w:r>
          </w:p>
        </w:tc>
        <w:tc>
          <w:tcPr>
            <w:tcW w:type="dxa" w:w="3061"/>
          </w:tcPr>
          <w:p>
            <w:pPr>
              <w:spacing w:after="20" w:line="276" w:lineRule="auto"/>
            </w:pPr>
            <w:r/>
            <w:r>
              <w:rPr>
                <w:rFonts w:ascii="宋体" w:hAnsi="宋体" w:eastAsia="宋体"/>
                <w:b w:val="0"/>
                <w:sz w:val="18"/>
              </w:rPr>
              <w:t>师：同学们，你们知道中国新世纪四大工程之一，被誉为“天路”的工程是什么吗？（青藏铁路）</w:t>
            </w:r>
          </w:p>
          <w:p>
            <w:pPr>
              <w:spacing w:after="20" w:line="276" w:lineRule="auto"/>
            </w:pPr>
            <w:r>
              <w:rPr>
                <w:rFonts w:ascii="宋体" w:hAnsi="宋体" w:eastAsia="宋体"/>
                <w:b w:val="0"/>
                <w:sz w:val="18"/>
              </w:rPr>
              <w:t>师：青藏铁路的建设创造了很多高海拔地区铁路建设的奇迹，今天这节课我们就从数学的角度一起认识青藏铁路。同学们观察教科书P2的情境图，这列火车是从西宁经过格尔木开往拉萨的。你们知道西宁到拉萨的铁路长多少千米吗？格尔木到拉萨的铁路长呢？西宁到格尔木的铁路长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以火车飞驰在被誉为“天路”的青藏铁路上的情境图导入，让学生在感受时代的发展的同时激发学习数学的兴趣。</w:t>
            </w:r>
          </w:p>
        </w:tc>
      </w:tr>
      <w:tr>
        <w:tc>
          <w:tcPr>
            <w:tcW w:type="dxa" w:w="1474"/>
          </w:tcPr>
          <w:p>
            <w:pPr>
              <w:spacing w:after="20" w:line="276" w:lineRule="auto"/>
            </w:pPr>
            <w:r>
              <w:rPr>
                <w:b/>
              </w:rPr>
            </w:r>
            <w:r>
              <w:rPr>
                <w:rFonts w:ascii="宋体" w:hAnsi="宋体" w:eastAsia="宋体"/>
                <w:b/>
                <w:sz w:val="18"/>
              </w:rPr>
              <w:t>二、自主探究加、减法的意义</w:t>
            </w:r>
          </w:p>
        </w:tc>
        <w:tc>
          <w:tcPr>
            <w:tcW w:type="dxa" w:w="3061"/>
          </w:tcPr>
          <w:p>
            <w:pPr>
              <w:spacing w:after="20" w:line="276" w:lineRule="auto"/>
            </w:pPr>
            <w:r/>
            <w:r>
              <w:rPr>
                <w:rFonts w:ascii="宋体" w:hAnsi="宋体" w:eastAsia="宋体"/>
                <w:b w:val="0"/>
                <w:sz w:val="18"/>
              </w:rPr>
              <w:t>1.理解加法的意义。</w:t>
            </w:r>
          </w:p>
          <w:p>
            <w:pPr>
              <w:spacing w:after="20" w:line="276" w:lineRule="auto"/>
            </w:pPr>
            <w:r>
              <w:rPr>
                <w:rFonts w:ascii="宋体" w:hAnsi="宋体" w:eastAsia="宋体"/>
                <w:b w:val="0"/>
                <w:sz w:val="18"/>
              </w:rPr>
              <w:t>(1)师：老师刚刚提出的问题，你们会解决吗？（会）</w:t>
            </w:r>
          </w:p>
          <w:p>
            <w:pPr>
              <w:spacing w:after="20" w:line="276" w:lineRule="auto"/>
            </w:pPr>
            <w:r>
              <w:rPr>
                <w:rFonts w:ascii="宋体" w:hAnsi="宋体" w:eastAsia="宋体"/>
                <w:b w:val="0"/>
                <w:sz w:val="18"/>
              </w:rPr>
              <w:t>师：我们先来看看第一个问题。［课件出示教科书P2例1（1）］</w:t>
            </w:r>
          </w:p>
          <w:p>
            <w:pPr>
              <w:spacing w:after="20" w:line="276" w:lineRule="auto"/>
            </w:pPr>
            <w:r>
              <w:rPr>
                <w:rFonts w:ascii="宋体" w:hAnsi="宋体" w:eastAsia="宋体"/>
                <w:b w:val="0"/>
                <w:sz w:val="18"/>
              </w:rPr>
              <w:t>（2）学生独立解答。</w:t>
            </w:r>
          </w:p>
          <w:p>
            <w:pPr>
              <w:spacing w:after="20" w:line="276" w:lineRule="auto"/>
            </w:pPr>
            <w:r>
              <w:rPr>
                <w:rFonts w:ascii="宋体" w:hAnsi="宋体" w:eastAsia="宋体"/>
                <w:b w:val="0"/>
                <w:sz w:val="18"/>
              </w:rPr>
              <w:t>（3）汇报交流，感悟加法的意义。</w:t>
            </w:r>
          </w:p>
          <w:p>
            <w:pPr>
              <w:spacing w:after="20" w:line="276" w:lineRule="auto"/>
            </w:pPr>
            <w:r>
              <w:rPr>
                <w:rFonts w:ascii="宋体" w:hAnsi="宋体" w:eastAsia="宋体"/>
                <w:b w:val="0"/>
                <w:sz w:val="18"/>
              </w:rPr>
              <w:t>①师：用什么方法计算？</w:t>
            </w:r>
          </w:p>
          <w:p>
            <w:pPr>
              <w:spacing w:after="20" w:line="276" w:lineRule="auto"/>
            </w:pPr>
            <w:r>
              <w:rPr>
                <w:rFonts w:ascii="宋体" w:hAnsi="宋体" w:eastAsia="宋体"/>
                <w:b w:val="0"/>
                <w:sz w:val="18"/>
              </w:rPr>
              <w:t>②师：说一说，为什么用加法计算？</w:t>
            </w:r>
          </w:p>
          <w:p>
            <w:pPr>
              <w:spacing w:after="20" w:line="276" w:lineRule="auto"/>
            </w:pPr>
            <w:r>
              <w:rPr>
                <w:rFonts w:ascii="宋体" w:hAnsi="宋体" w:eastAsia="宋体"/>
                <w:b w:val="0"/>
                <w:sz w:val="18"/>
              </w:rPr>
              <w:t>根据学生的回答，出示线段图。</w:t>
            </w:r>
          </w:p>
          <w:p>
            <w:pPr>
              <w:spacing w:after="20" w:line="276" w:lineRule="auto"/>
            </w:pPr>
            <w:r>
              <w:rPr>
                <w:rFonts w:ascii="宋体" w:hAnsi="宋体" w:eastAsia="宋体"/>
                <w:b w:val="0"/>
                <w:sz w:val="18"/>
              </w:rPr>
              <w:t>用线段图直观地把分别代表814km与1142km的线段合并在一起，并板书算式814+1142=1956，在加号下面写上“合并”。</w:t>
            </w:r>
          </w:p>
          <w:p>
            <w:pPr>
              <w:spacing w:after="20" w:line="276" w:lineRule="auto"/>
            </w:pPr>
            <w:r>
              <w:rPr>
                <w:rFonts w:ascii="宋体" w:hAnsi="宋体" w:eastAsia="宋体"/>
                <w:b w:val="0"/>
                <w:sz w:val="18"/>
              </w:rPr>
              <w:t>③师：我们用加法计算解决了这个问题。什么样的运算叫加法呢？</w:t>
            </w:r>
          </w:p>
          <w:p>
            <w:pPr>
              <w:spacing w:after="20" w:line="276" w:lineRule="auto"/>
            </w:pPr>
            <w:r>
              <w:rPr>
                <w:rFonts w:ascii="宋体" w:hAnsi="宋体" w:eastAsia="宋体"/>
                <w:b w:val="0"/>
                <w:sz w:val="18"/>
              </w:rPr>
              <w:t>请学生思考交流，引导学生规范表述后板书：把两个数合并成一个数的运算，叫作加法。</w:t>
            </w:r>
          </w:p>
          <w:p>
            <w:pPr>
              <w:spacing w:after="20" w:line="276" w:lineRule="auto"/>
            </w:pPr>
            <w:r>
              <w:rPr>
                <w:rFonts w:ascii="宋体" w:hAnsi="宋体" w:eastAsia="宋体"/>
                <w:b w:val="0"/>
                <w:sz w:val="18"/>
              </w:rPr>
              <w:t>④师：加法算式各部分的名称分别是什么？</w:t>
            </w:r>
          </w:p>
          <w:p>
            <w:pPr>
              <w:spacing w:after="20" w:line="276" w:lineRule="auto"/>
            </w:pPr>
            <w:r>
              <w:rPr>
                <w:rFonts w:ascii="宋体" w:hAnsi="宋体" w:eastAsia="宋体"/>
                <w:b w:val="0"/>
                <w:sz w:val="18"/>
              </w:rPr>
              <w:t>(1)课件出示教科书P3例1第（2）、（3）题。</w:t>
            </w:r>
          </w:p>
          <w:p>
            <w:pPr>
              <w:spacing w:after="20" w:line="276" w:lineRule="auto"/>
            </w:pPr>
            <w:r>
              <w:rPr>
                <w:rFonts w:ascii="宋体" w:hAnsi="宋体" w:eastAsia="宋体"/>
                <w:b w:val="0"/>
                <w:sz w:val="18"/>
              </w:rPr>
              <w:t>师：你们能解决这两个问题吗？请大家试一试，看看谁的速度快。</w:t>
            </w:r>
          </w:p>
          <w:p>
            <w:pPr>
              <w:spacing w:after="20" w:line="276" w:lineRule="auto"/>
            </w:pPr>
            <w:r>
              <w:rPr>
                <w:rFonts w:ascii="宋体" w:hAnsi="宋体" w:eastAsia="宋体"/>
                <w:b w:val="0"/>
                <w:sz w:val="18"/>
              </w:rPr>
              <w:t>板书算式:1956-814=11421956-1142=814</w:t>
            </w:r>
          </w:p>
          <w:p>
            <w:pPr>
              <w:spacing w:after="20" w:line="276" w:lineRule="auto"/>
            </w:pPr>
            <w:r>
              <w:rPr>
                <w:rFonts w:ascii="宋体" w:hAnsi="宋体" w:eastAsia="宋体"/>
                <w:b w:val="0"/>
                <w:sz w:val="18"/>
              </w:rPr>
              <w:t>师：同学们计算得真快，没看到大家列竖式呀，你们是怎样计算的呢？</w:t>
            </w:r>
          </w:p>
          <w:p>
            <w:pPr>
              <w:spacing w:after="20" w:line="276" w:lineRule="auto"/>
            </w:pPr>
            <w:r>
              <w:rPr>
                <w:rFonts w:ascii="宋体" w:hAnsi="宋体" w:eastAsia="宋体"/>
                <w:b w:val="0"/>
                <w:sz w:val="18"/>
              </w:rPr>
              <w:t>(2)师：这三个问题有什么联系？与第（1）题相比，第（2）、（3）题分别是已知什么？求什么？</w:t>
            </w:r>
          </w:p>
          <w:p>
            <w:pPr>
              <w:spacing w:after="20" w:line="276" w:lineRule="auto"/>
            </w:pPr>
            <w:r>
              <w:rPr>
                <w:rFonts w:ascii="宋体" w:hAnsi="宋体" w:eastAsia="宋体"/>
                <w:b w:val="0"/>
                <w:sz w:val="18"/>
              </w:rPr>
              <w:t>根据学生的回答，教师同步课件出示线段图。</w:t>
            </w:r>
          </w:p>
          <w:p>
            <w:pPr>
              <w:spacing w:after="20" w:line="276" w:lineRule="auto"/>
            </w:pPr>
            <w:r>
              <w:rPr>
                <w:rFonts w:ascii="宋体" w:hAnsi="宋体" w:eastAsia="宋体"/>
                <w:b w:val="0"/>
                <w:sz w:val="18"/>
              </w:rPr>
              <w:t>（3）师：为什么用减法计算？</w:t>
            </w:r>
          </w:p>
          <w:p>
            <w:pPr>
              <w:spacing w:after="20" w:line="276" w:lineRule="auto"/>
            </w:pPr>
            <w:r>
              <w:rPr>
                <w:rFonts w:ascii="宋体" w:hAnsi="宋体" w:eastAsia="宋体"/>
                <w:b w:val="0"/>
                <w:sz w:val="18"/>
              </w:rPr>
              <w:t>教学中组织好“对比”活动，让学生通过对比，发现第（2）、（3）题与第（1）题的联系，帮助学生突破概括减法意义的教学难点。</w:t>
            </w:r>
          </w:p>
          <w:p>
            <w:pPr>
              <w:spacing w:after="20" w:line="276" w:lineRule="auto"/>
            </w:pPr>
            <w:r>
              <w:rPr>
                <w:rFonts w:ascii="宋体" w:hAnsi="宋体" w:eastAsia="宋体"/>
                <w:b w:val="0"/>
                <w:sz w:val="18"/>
              </w:rPr>
              <w:t>根据学生的回答完善板书：和    一部分    另一部分</w:t>
            </w:r>
          </w:p>
          <w:p>
            <w:pPr>
              <w:spacing w:after="20" w:line="276" w:lineRule="auto"/>
            </w:pPr>
            <w:r>
              <w:rPr>
                <w:rFonts w:ascii="宋体" w:hAnsi="宋体" w:eastAsia="宋体"/>
                <w:b w:val="0"/>
                <w:sz w:val="18"/>
              </w:rPr>
              <w:t>（4）概括减法的含义。</w:t>
            </w:r>
          </w:p>
          <w:p>
            <w:pPr>
              <w:spacing w:after="20" w:line="276" w:lineRule="auto"/>
            </w:pPr>
            <w:r>
              <w:rPr>
                <w:rFonts w:ascii="宋体" w:hAnsi="宋体" w:eastAsia="宋体"/>
                <w:b w:val="0"/>
                <w:sz w:val="18"/>
              </w:rPr>
              <w:t>师：谁能用自己的话说一说什么是减法？</w:t>
            </w:r>
          </w:p>
          <w:p>
            <w:pPr>
              <w:spacing w:after="20" w:line="276" w:lineRule="auto"/>
            </w:pPr>
            <w:r>
              <w:rPr>
                <w:rFonts w:ascii="宋体" w:hAnsi="宋体" w:eastAsia="宋体"/>
                <w:b w:val="0"/>
                <w:sz w:val="18"/>
              </w:rPr>
              <w:t>根据学生的回答板书：已知两个数的和与其中一个加数，求另一个加数的运算，叫作减法。</w:t>
            </w:r>
          </w:p>
          <w:p>
            <w:pPr>
              <w:spacing w:after="20" w:line="276" w:lineRule="auto"/>
            </w:pPr>
            <w:r>
              <w:rPr>
                <w:rFonts w:ascii="宋体" w:hAnsi="宋体" w:eastAsia="宋体"/>
                <w:b w:val="0"/>
                <w:sz w:val="18"/>
              </w:rPr>
              <w:t>（5）介绍减法算式各部分的名称。</w:t>
            </w:r>
          </w:p>
          <w:p>
            <w:pPr>
              <w:spacing w:after="20" w:line="276" w:lineRule="auto"/>
            </w:pPr>
            <w:r>
              <w:rPr>
                <w:rFonts w:ascii="宋体" w:hAnsi="宋体" w:eastAsia="宋体"/>
                <w:b w:val="0"/>
                <w:sz w:val="18"/>
              </w:rPr>
              <w:t>师：你知道减法算式中这些数叫什么名字吗？（板书：被减数减数差）</w:t>
            </w:r>
          </w:p>
        </w:tc>
        <w:tc>
          <w:tcPr>
            <w:tcW w:type="dxa" w:w="3061"/>
          </w:tcPr>
          <w:p>
            <w:pPr>
              <w:spacing w:after="20" w:line="276" w:lineRule="auto"/>
            </w:pPr>
            <w:r/>
            <w:r>
              <w:rPr>
                <w:rFonts w:ascii="宋体" w:hAnsi="宋体" w:eastAsia="宋体"/>
                <w:b w:val="0"/>
                <w:sz w:val="18"/>
              </w:rPr>
              <w:t>用加法计算：814+1142＝1956（km）。</w:t>
            </w:r>
          </w:p>
          <w:p>
            <w:pPr>
              <w:spacing w:after="20" w:line="276" w:lineRule="auto"/>
            </w:pPr>
            <w:r>
              <w:rPr>
                <w:rFonts w:ascii="宋体" w:hAnsi="宋体" w:eastAsia="宋体"/>
                <w:b w:val="0"/>
                <w:sz w:val="18"/>
              </w:rPr>
              <w:t>学生讨论后，教师小结：相加的两个数叫作加数，加得的数叫作和。（板书：和=加数+加数）2.理解减法的意义。</w:t>
            </w:r>
          </w:p>
          <w:p>
            <w:pPr>
              <w:spacing w:after="20" w:line="276" w:lineRule="auto"/>
            </w:pPr>
            <w:r>
              <w:rPr>
                <w:rFonts w:ascii="宋体" w:hAnsi="宋体" w:eastAsia="宋体"/>
                <w:b w:val="0"/>
                <w:sz w:val="18"/>
              </w:rPr>
              <w:t>①学生自主尝试解答。</w:t>
            </w:r>
          </w:p>
          <w:p>
            <w:pPr>
              <w:spacing w:after="20" w:line="276" w:lineRule="auto"/>
            </w:pPr>
            <w:r>
              <w:rPr>
                <w:rFonts w:ascii="宋体" w:hAnsi="宋体" w:eastAsia="宋体"/>
                <w:b w:val="0"/>
                <w:sz w:val="18"/>
              </w:rPr>
              <w:t>②交流。</w:t>
            </w:r>
          </w:p>
          <w:p>
            <w:pPr>
              <w:spacing w:after="20" w:line="276" w:lineRule="auto"/>
            </w:pPr>
            <w:r>
              <w:rPr>
                <w:rFonts w:ascii="宋体" w:hAnsi="宋体" w:eastAsia="宋体"/>
                <w:b w:val="0"/>
                <w:sz w:val="18"/>
              </w:rPr>
              <w:t>我画了线段图，参考加法算式直接可以写出结果。</w:t>
            </w:r>
          </w:p>
          <w:p>
            <w:pPr>
              <w:spacing w:after="20" w:line="276" w:lineRule="auto"/>
            </w:pPr>
            <w:r>
              <w:rPr>
                <w:rFonts w:ascii="宋体" w:hAnsi="宋体" w:eastAsia="宋体"/>
                <w:b w:val="0"/>
                <w:sz w:val="18"/>
              </w:rPr>
              <w:t>因为知道了两部分的和及其中一部分，求另一部分就可以用和减去已知的部分。（真厉害，一下子就抓住了减法的关键。）</w:t>
            </w:r>
          </w:p>
          <w:p>
            <w:pPr>
              <w:spacing w:after="20" w:line="276" w:lineRule="auto"/>
            </w:pPr>
            <w:r>
              <w:rPr>
                <w:rFonts w:ascii="宋体" w:hAnsi="宋体" w:eastAsia="宋体"/>
                <w:b w:val="0"/>
                <w:sz w:val="18"/>
              </w:rPr>
              <w:t>学生可能回答“已知两个数的和与其中一个加数，求另一个加数的运算叫作减法”；也可能回答不出来，教师引导学生认真阅读课本。</w:t>
            </w:r>
          </w:p>
        </w:tc>
        <w:tc>
          <w:tcPr>
            <w:tcW w:type="dxa" w:w="1814"/>
          </w:tcPr>
          <w:p>
            <w:pPr>
              <w:spacing w:after="20" w:line="276" w:lineRule="auto"/>
            </w:pPr>
            <w:r/>
            <w:r>
              <w:rPr>
                <w:rFonts w:ascii="宋体" w:hAnsi="宋体" w:eastAsia="宋体"/>
                <w:b w:val="0"/>
                <w:sz w:val="18"/>
              </w:rPr>
              <w:t>理解加、减法的意义是学生学习的难点。这里先放手让学生提出问题，再借助线段图解决问题，激活学生对加、减法已有的知识和经验，自己概括总结出加、减法的意义。特别是通过一系列的对比、分析活动，有助于学生抽象概括加、减法的意义。</w:t>
            </w:r>
          </w:p>
        </w:tc>
      </w:tr>
      <w:tr>
        <w:tc>
          <w:tcPr>
            <w:tcW w:type="dxa" w:w="1474"/>
          </w:tcPr>
          <w:p>
            <w:pPr>
              <w:spacing w:after="20" w:line="276" w:lineRule="auto"/>
            </w:pPr>
            <w:r>
              <w:rPr>
                <w:b/>
              </w:rPr>
            </w:r>
            <w:r>
              <w:rPr>
                <w:rFonts w:ascii="宋体" w:hAnsi="宋体" w:eastAsia="宋体"/>
                <w:b/>
                <w:sz w:val="18"/>
              </w:rPr>
              <w:t>三、小组交流，明确加、减法各部分间的关系</w:t>
            </w:r>
          </w:p>
        </w:tc>
        <w:tc>
          <w:tcPr>
            <w:tcW w:type="dxa" w:w="3061"/>
          </w:tcPr>
          <w:p>
            <w:pPr>
              <w:spacing w:after="20" w:line="276" w:lineRule="auto"/>
            </w:pPr>
            <w:r/>
            <w:r>
              <w:rPr>
                <w:rFonts w:ascii="宋体" w:hAnsi="宋体" w:eastAsia="宋体"/>
                <w:b w:val="0"/>
                <w:sz w:val="18"/>
              </w:rPr>
              <w:t>1.理解逆运算。</w:t>
            </w:r>
          </w:p>
          <w:p>
            <w:pPr>
              <w:spacing w:after="20" w:line="276" w:lineRule="auto"/>
            </w:pPr>
            <w:r>
              <w:rPr>
                <w:rFonts w:ascii="宋体" w:hAnsi="宋体" w:eastAsia="宋体"/>
                <w:b w:val="0"/>
                <w:sz w:val="18"/>
              </w:rPr>
              <w:t>师：我们来看几道算式，说说你有什么发现。（课件出示算式）</w:t>
            </w:r>
          </w:p>
          <w:p>
            <w:pPr>
              <w:spacing w:after="20" w:line="276" w:lineRule="auto"/>
            </w:pPr>
            <w:r>
              <w:rPr>
                <w:rFonts w:ascii="宋体" w:hAnsi="宋体" w:eastAsia="宋体"/>
                <w:b w:val="0"/>
                <w:sz w:val="18"/>
              </w:rPr>
              <w:t>在学生互相交流的基础上，归纳强调：第（1）题中，已知814和1142，求它们的和，用加法计算。第（2）、（3）题正好相反，已知两个数的和是1956，还知道其中一个加数814（或1142），求另一个加数，用减法计算。从这三道算式和减法的意义可以看出，减法运算是和加法运算相反的运算，相反的运算在数学中叫逆运算。所以说，减法是加法的逆运算。（边说边板书：减法是加法的逆运算。）</w:t>
            </w:r>
          </w:p>
          <w:p>
            <w:pPr>
              <w:spacing w:after="20" w:line="276" w:lineRule="auto"/>
            </w:pPr>
            <w:r>
              <w:rPr>
                <w:rFonts w:ascii="宋体" w:hAnsi="宋体" w:eastAsia="宋体"/>
                <w:b w:val="0"/>
                <w:sz w:val="18"/>
              </w:rPr>
              <w:t>（1）师：想一想加数、加数与和之间有什么关系。</w:t>
            </w:r>
          </w:p>
          <w:p>
            <w:pPr>
              <w:spacing w:after="20" w:line="276" w:lineRule="auto"/>
            </w:pPr>
            <w:r>
              <w:rPr>
                <w:rFonts w:ascii="宋体" w:hAnsi="宋体" w:eastAsia="宋体"/>
                <w:b w:val="0"/>
                <w:sz w:val="18"/>
              </w:rPr>
              <w:t>（2）师：那被减数、减数与差之间又有什么关系呢？</w:t>
            </w:r>
          </w:p>
          <w:p>
            <w:pPr>
              <w:spacing w:after="20" w:line="276" w:lineRule="auto"/>
            </w:pPr>
            <w:r>
              <w:rPr>
                <w:rFonts w:ascii="宋体" w:hAnsi="宋体" w:eastAsia="宋体"/>
                <w:b w:val="0"/>
                <w:sz w:val="18"/>
              </w:rPr>
              <w:t>（完善板书：减法各部分间的关系：差=被减数-减数减数=被减数-差被减数=减数+差）3.总结并板书课题。</w:t>
            </w:r>
          </w:p>
          <w:p>
            <w:pPr>
              <w:spacing w:after="20" w:line="276" w:lineRule="auto"/>
            </w:pPr>
            <w:r>
              <w:rPr>
                <w:rFonts w:ascii="宋体" w:hAnsi="宋体" w:eastAsia="宋体"/>
                <w:b w:val="0"/>
                <w:sz w:val="18"/>
              </w:rPr>
              <w:t>（1）组织学生阅读教科书P2~3,说说这节课我们学习了什么。</w:t>
            </w:r>
          </w:p>
          <w:p>
            <w:pPr>
              <w:spacing w:after="20" w:line="276" w:lineRule="auto"/>
            </w:pPr>
            <w:r>
              <w:rPr>
                <w:rFonts w:ascii="宋体" w:hAnsi="宋体" w:eastAsia="宋体"/>
                <w:b w:val="0"/>
                <w:sz w:val="18"/>
              </w:rPr>
              <w:t>结合学生的回答,教师板书课题:加、减法的意义和各部分间的关系。</w:t>
            </w:r>
          </w:p>
          <w:p>
            <w:pPr>
              <w:spacing w:after="20" w:line="276" w:lineRule="auto"/>
            </w:pPr>
            <w:r>
              <w:rPr>
                <w:rFonts w:ascii="宋体" w:hAnsi="宋体" w:eastAsia="宋体"/>
                <w:b w:val="0"/>
                <w:sz w:val="18"/>
              </w:rPr>
              <w:t>（2）同桌之间互相说说:什么叫加法?什么叫减法?加法各部分间有怎样的关系?减法各部分间有怎样的关系?</w:t>
            </w:r>
          </w:p>
          <w:p>
            <w:pPr>
              <w:spacing w:after="20" w:line="276" w:lineRule="auto"/>
            </w:pPr>
            <w:r>
              <w:rPr>
                <w:rFonts w:ascii="宋体" w:hAnsi="宋体" w:eastAsia="宋体"/>
                <w:b w:val="0"/>
                <w:sz w:val="18"/>
              </w:rPr>
              <w:t>教师注意以“问题”引导学生思考、交流，整理出加、减法各部分间的关系式。</w:t>
            </w:r>
          </w:p>
        </w:tc>
        <w:tc>
          <w:tcPr>
            <w:tcW w:type="dxa" w:w="3061"/>
          </w:tcPr>
          <w:p>
            <w:pPr>
              <w:spacing w:after="20" w:line="276" w:lineRule="auto"/>
            </w:pPr>
            <w:r/>
            <w:r>
              <w:rPr>
                <w:rFonts w:ascii="宋体" w:hAnsi="宋体" w:eastAsia="宋体"/>
                <w:b w:val="0"/>
                <w:sz w:val="18"/>
              </w:rPr>
              <w:t>数都是一样的，但运算不同。</w:t>
            </w:r>
          </w:p>
          <w:p>
            <w:pPr>
              <w:spacing w:after="20" w:line="276" w:lineRule="auto"/>
            </w:pPr>
            <w:r>
              <w:rPr>
                <w:rFonts w:ascii="宋体" w:hAnsi="宋体" w:eastAsia="宋体"/>
                <w:b w:val="0"/>
                <w:sz w:val="18"/>
              </w:rPr>
              <w:t>学生可能回答“加数+加数=和”。教师引导：怎样求其中一个加数？启发学生说出：“加数=和-另一个加数”。（完善板书：加法各部分间的关系：加数=和-另一个加数）</w:t>
            </w:r>
          </w:p>
          <w:p>
            <w:pPr>
              <w:spacing w:after="20" w:line="276" w:lineRule="auto"/>
            </w:pPr>
            <w:r>
              <w:rPr>
                <w:rFonts w:ascii="宋体" w:hAnsi="宋体" w:eastAsia="宋体"/>
                <w:b w:val="0"/>
                <w:sz w:val="18"/>
              </w:rPr>
              <w:t>学生可能回答“差=被减数-减数”。教师引导：怎样求减数和被减数？启发学生说出：“减数=被减数-差”“被减数=减数+差”。</w:t>
            </w:r>
          </w:p>
        </w:tc>
        <w:tc>
          <w:tcPr>
            <w:tcW w:type="dxa" w:w="1814"/>
          </w:tcPr>
          <w:p>
            <w:pPr>
              <w:spacing w:after="20" w:line="276" w:lineRule="auto"/>
            </w:pPr>
            <w:r/>
            <w:r>
              <w:rPr>
                <w:rFonts w:ascii="宋体" w:hAnsi="宋体" w:eastAsia="宋体"/>
                <w:b w:val="0"/>
                <w:sz w:val="18"/>
              </w:rPr>
              <w:t>“逆运算”是数学中的一个重要概念，让学生在具体的情境中，由加、减法各数的对应关系，感悟“减法是加法的逆运算”的结论。2.学习加、减法各部分之间的关系。</w:t>
            </w:r>
          </w:p>
          <w:p>
            <w:pPr>
              <w:spacing w:after="20" w:line="276" w:lineRule="auto"/>
            </w:pPr>
            <w:r>
              <w:rPr>
                <w:rFonts w:ascii="宋体" w:hAnsi="宋体" w:eastAsia="宋体"/>
                <w:b w:val="0"/>
                <w:sz w:val="18"/>
              </w:rPr>
              <w:t>根据学生已有的知识经验,组织学生观察、比较、交流,归纳整理加、减法的含义,梳理加、减法各部分之间的关系，构建完整的知识结构。</w:t>
            </w:r>
          </w:p>
        </w:tc>
      </w:tr>
      <w:tr>
        <w:tc>
          <w:tcPr>
            <w:tcW w:type="dxa" w:w="1474"/>
          </w:tcPr>
          <w:p>
            <w:pPr>
              <w:spacing w:after="20" w:line="276" w:lineRule="auto"/>
            </w:pPr>
            <w:r>
              <w:rPr>
                <w:b/>
              </w:rPr>
            </w:r>
            <w:r>
              <w:rPr>
                <w:rFonts w:ascii="宋体" w:hAnsi="宋体" w:eastAsia="宋体"/>
                <w:b/>
                <w:sz w:val="18"/>
              </w:rPr>
              <w:t>四、实践应用，拓展提高</w:t>
            </w:r>
          </w:p>
        </w:tc>
        <w:tc>
          <w:tcPr>
            <w:tcW w:type="dxa" w:w="3061"/>
          </w:tcPr>
          <w:p>
            <w:pPr>
              <w:spacing w:after="20" w:line="276" w:lineRule="auto"/>
            </w:pPr>
            <w:r/>
            <w:r>
              <w:rPr>
                <w:rFonts w:ascii="宋体" w:hAnsi="宋体" w:eastAsia="宋体"/>
                <w:b w:val="0"/>
                <w:sz w:val="18"/>
              </w:rPr>
              <w:t>1.教科书P3“做一做”。</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（2）指名学生说一说是怎样算的。【教学笔记】</w:t>
            </w:r>
          </w:p>
          <w:p>
            <w:pPr>
              <w:spacing w:after="20" w:line="276" w:lineRule="auto"/>
            </w:pPr>
            <w:r>
              <w:rPr>
                <w:rFonts w:ascii="宋体" w:hAnsi="宋体" w:eastAsia="宋体"/>
                <w:b w:val="0"/>
                <w:sz w:val="18"/>
              </w:rPr>
              <w:t>2.教科书P4“练习一”第2题。</w:t>
            </w:r>
          </w:p>
          <w:p>
            <w:pPr>
              <w:spacing w:after="20" w:line="276" w:lineRule="auto"/>
            </w:pPr>
            <w:r>
              <w:rPr>
                <w:rFonts w:ascii="宋体" w:hAnsi="宋体" w:eastAsia="宋体"/>
                <w:b w:val="0"/>
                <w:sz w:val="18"/>
              </w:rPr>
              <w:t>（1）先明确已列出的三个算式之间的关系。引导学生理解加法算式中的“和”变减法后是减法算式中的“被减数”的算理。</w:t>
            </w:r>
          </w:p>
          <w:p>
            <w:pPr>
              <w:spacing w:after="20" w:line="276" w:lineRule="auto"/>
            </w:pPr>
            <w:r>
              <w:rPr>
                <w:rFonts w:ascii="宋体" w:hAnsi="宋体" w:eastAsia="宋体"/>
                <w:b w:val="0"/>
                <w:sz w:val="18"/>
              </w:rPr>
              <w:t>（2）照样子填表格，并说一说是怎样想的。</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通过练习，让学生在应用中，进一步理解并掌握加、减法各部分间的关系。</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w:t>
            </w:r>
          </w:p>
        </w:tc>
        <w:tc>
          <w:tcPr>
            <w:tcW w:type="dxa" w:w="3061"/>
          </w:tcPr>
          <w:p>
            <w:pPr>
              <w:spacing w:after="20" w:line="276" w:lineRule="auto"/>
            </w:pPr>
            <w:r/>
            <w:r>
              <w:rPr>
                <w:rFonts w:ascii="宋体" w:hAnsi="宋体" w:eastAsia="宋体"/>
                <w:b w:val="0"/>
                <w:sz w:val="18"/>
              </w:rPr>
              <w:t>同学们，今天的数学课你们有什么收获？</w:t>
            </w:r>
          </w:p>
        </w:tc>
        <w:tc>
          <w:tcPr>
            <w:tcW w:type="dxa" w:w="1814"/>
          </w:tcPr>
          <w:p>
            <w:pPr>
              <w:spacing w:after="20" w:line="276" w:lineRule="auto"/>
            </w:pPr>
            <w:r/>
            <w:r>
              <w:rPr>
                <w:rFonts w:ascii="宋体" w:hAnsi="宋体" w:eastAsia="宋体"/>
                <w:b w:val="0"/>
                <w:sz w:val="18"/>
              </w:rPr>
              <w:t>引导学生回顾梳理本课所学，完善认知结构，提升归纳与反思能力。</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教科书P2～3例1,完成P3“做一做”，P4“练习一”第2题。</w:t>
      </w:r>
    </w:p>
    <w:p>
      <w:pPr>
        <w:spacing w:after="40" w:line="300" w:lineRule="auto"/>
        <w:ind w:firstLine="400"/>
      </w:pPr>
      <w:r>
        <w:rPr>
          <w:rFonts w:ascii="宋体" w:hAnsi="宋体" w:eastAsia="宋体"/>
          <w:b w:val="0"/>
          <w:sz w:val="20"/>
        </w:rPr>
        <w:t>② 原设计安排：见“状元成才路”系列丛书《创优作业100分》或《状元作业本》对应课时作业。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将计算与解决问题结合起来，先放手让学生提出问题，借助线段图解决问题，激活学生对加、减法已有的知识和经验，再通过一系列的对比、分析活动和巩固练习，让学生理解并掌握加、减法的意义和各部分间的关系。教学时，注意建立新、旧知识的联系，引导学生运用已有经验，自主构建新知识，激发学生学习的积极性和创造性。</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乘、除法的意义和各部分间的关系</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乘、除法的意义和各部分间的关系</w:t>
            </w:r>
          </w:p>
        </w:tc>
        <w:tc>
          <w:tcPr>
            <w:tcW w:type="dxa" w:w="6009"/>
          </w:tcPr>
          <w:p>
            <w:pPr>
              <w:spacing w:after="20" w:line="276" w:lineRule="auto"/>
            </w:pPr>
            <w:r/>
            <w:r>
              <w:rPr>
                <w:rFonts w:ascii="宋体" w:hAnsi="宋体" w:eastAsia="宋体"/>
                <w:b w:val="0"/>
                <w:sz w:val="20"/>
              </w:rPr>
              <w:t>第1单元 四则运算</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前面已经学会加、减、乘、除的计算方法，积累了丰富的有关加、减、乘、除的意义的感性认识和运算经验，需要对此前学习过的四则运算知识进行较为系统的概括和总结，为后续学习打下基础。在学习本单元时，学生能够较好地理解比较抽象的运算顺序，但不太容易理解减法和除法的意义，同时，合理、灵活、正确地计算与解决问题也是学生学习中的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教学内容：教科书P5~6例2，完成P6“做一做”，P7“练习二”第1～5题。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（1）结合具体情境，经历概括乘、除法意义的过程,理解乘、除法的意义,掌握乘、除法各部分间的关系,并能正确计算。</w:t>
      </w:r>
    </w:p>
    <w:p>
      <w:pPr>
        <w:spacing w:after="20" w:line="300" w:lineRule="auto"/>
        <w:ind w:firstLine="400"/>
      </w:pPr>
      <w:r>
        <w:rPr>
          <w:rFonts w:ascii="宋体" w:hAnsi="宋体" w:eastAsia="宋体"/>
          <w:b w:val="0"/>
          <w:sz w:val="20"/>
        </w:rPr>
        <w:t>（2）通过数学学习活动,培养学生的抽象、概括能力。</w:t>
      </w:r>
    </w:p>
    <w:p>
      <w:pPr>
        <w:spacing w:after="20" w:line="300" w:lineRule="auto"/>
        <w:ind w:firstLine="400"/>
      </w:pPr>
      <w:r>
        <w:rPr>
          <w:rFonts w:ascii="宋体" w:hAnsi="宋体" w:eastAsia="宋体"/>
          <w:b w:val="0"/>
          <w:sz w:val="20"/>
        </w:rPr>
        <w:t>（3）在学习活动中,感受数学知识之间的联系,激发学生的学习兴趣。</w:t>
      </w:r>
    </w:p>
    <w:p>
      <w:pPr>
        <w:spacing w:after="20" w:line="300" w:lineRule="auto"/>
      </w:pPr>
      <w:r>
        <w:rPr>
          <w:rFonts w:ascii="宋体" w:hAnsi="宋体" w:eastAsia="宋体"/>
          <w:b w:val="0"/>
          <w:sz w:val="20"/>
        </w:rPr>
        <w:t>教学重点：理解乘、除法的意义，掌握乘、除法各部分间的关系。</w:t>
      </w:r>
    </w:p>
    <w:p>
      <w:pPr>
        <w:spacing w:after="20" w:line="300" w:lineRule="auto"/>
      </w:pPr>
      <w:r>
        <w:rPr>
          <w:rFonts w:ascii="宋体" w:hAnsi="宋体" w:eastAsia="宋体"/>
          <w:b w:val="0"/>
          <w:sz w:val="20"/>
        </w:rPr>
        <w:t>教学难点：理解除法的意义。</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一、创设情境，提出问题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你能根据图中的信息提出什么数学问题？</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二、自主探究乘、除法的意义</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你们会解答这个问题吗？；你知道乘法算式中这些数分别叫什么名字吗？</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三、小组交流，归纳整理</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在有余数的除法里，被除数与商、除数和余数之间有什么关系呢？</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四、巩固应用，拓展提高</w:t>
            </w:r>
          </w:p>
        </w:tc>
        <w:tc>
          <w:tcPr>
            <w:tcW w:type="dxa" w:w="1814"/>
          </w:tcPr>
          <w:p>
            <w:pPr>
              <w:spacing w:after="20" w:line="276" w:lineRule="auto"/>
            </w:pPr>
            <w:r/>
            <w:r>
              <w:rPr>
                <w:rFonts w:ascii="宋体" w:hAnsi="宋体" w:eastAsia="宋体"/>
                <w:b w:val="0"/>
                <w:sz w:val="18"/>
              </w:rPr>
              <w:t>教科书、练习本、课件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五、课堂小结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通过本节课的学习，你有什么收获吗？</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一、创设情境，提出问题</w:t>
            </w:r>
          </w:p>
        </w:tc>
        <w:tc>
          <w:tcPr>
            <w:tcW w:type="dxa" w:w="3061"/>
          </w:tcPr>
          <w:p>
            <w:pPr>
              <w:spacing w:after="20" w:line="276" w:lineRule="auto"/>
            </w:pPr>
            <w:r/>
            <w:r>
              <w:rPr>
                <w:rFonts w:ascii="宋体" w:hAnsi="宋体" w:eastAsia="宋体"/>
                <w:b w:val="0"/>
                <w:sz w:val="18"/>
              </w:rPr>
              <w:t>师：花不但是植物繁殖的重要部分，而且还有着很多美好的寓意。今天这节课我们要用数学的眼光来欣赏花，看看大家能发现什么数学信息。（课件出示教科书P5例2图）</w:t>
            </w:r>
          </w:p>
          <w:p>
            <w:pPr>
              <w:spacing w:after="20" w:line="276" w:lineRule="auto"/>
            </w:pPr>
            <w:r>
              <w:rPr>
                <w:rFonts w:ascii="宋体" w:hAnsi="宋体" w:eastAsia="宋体"/>
                <w:b w:val="0"/>
                <w:sz w:val="18"/>
              </w:rPr>
              <w:t>师：你能根据图中的信息提出什么数学问题？</w:t>
            </w:r>
          </w:p>
        </w:tc>
        <w:tc>
          <w:tcPr>
            <w:tcW w:type="dxa" w:w="3061"/>
          </w:tcPr>
          <w:p>
            <w:pPr>
              <w:spacing w:after="20" w:line="276" w:lineRule="auto"/>
            </w:pPr>
            <w:r/>
            <w:r>
              <w:rPr>
                <w:rFonts w:ascii="宋体" w:hAnsi="宋体" w:eastAsia="宋体"/>
                <w:b w:val="0"/>
                <w:sz w:val="18"/>
              </w:rPr>
              <w:t>每个花瓶里插3枝花，4个花瓶里一共插了多少枝花？</w:t>
            </w:r>
          </w:p>
        </w:tc>
        <w:tc>
          <w:tcPr>
            <w:tcW w:type="dxa" w:w="1814"/>
          </w:tcPr>
          <w:p>
            <w:pPr>
              <w:spacing w:after="20" w:line="276" w:lineRule="auto"/>
            </w:pPr>
            <w:r/>
            <w:r>
              <w:rPr>
                <w:rFonts w:ascii="宋体" w:hAnsi="宋体" w:eastAsia="宋体"/>
                <w:b w:val="0"/>
                <w:sz w:val="18"/>
              </w:rPr>
              <w:t>通过创设情境，引导学生走进数学课堂，再让学生自主提问，自然导入新课，为接下来的学习打好基础。</w:t>
            </w:r>
          </w:p>
        </w:tc>
      </w:tr>
      <w:tr>
        <w:tc>
          <w:tcPr>
            <w:tcW w:type="dxa" w:w="1474"/>
          </w:tcPr>
          <w:p>
            <w:pPr>
              <w:spacing w:after="20" w:line="276" w:lineRule="auto"/>
            </w:pPr>
            <w:r>
              <w:rPr>
                <w:b/>
              </w:rPr>
            </w:r>
            <w:r>
              <w:rPr>
                <w:rFonts w:ascii="宋体" w:hAnsi="宋体" w:eastAsia="宋体"/>
                <w:b/>
                <w:sz w:val="18"/>
              </w:rPr>
              <w:t>二、自主探究乘、除法的意义</w:t>
            </w:r>
          </w:p>
        </w:tc>
        <w:tc>
          <w:tcPr>
            <w:tcW w:type="dxa" w:w="3061"/>
          </w:tcPr>
          <w:p>
            <w:pPr>
              <w:spacing w:after="20" w:line="276" w:lineRule="auto"/>
            </w:pPr>
            <w:r/>
            <w:r>
              <w:rPr>
                <w:rFonts w:ascii="宋体" w:hAnsi="宋体" w:eastAsia="宋体"/>
                <w:b w:val="0"/>
                <w:sz w:val="18"/>
              </w:rPr>
              <w:t>1.乘法的意义。</w:t>
            </w:r>
          </w:p>
          <w:p>
            <w:pPr>
              <w:spacing w:after="20" w:line="276" w:lineRule="auto"/>
            </w:pPr>
            <w:r>
              <w:rPr>
                <w:rFonts w:ascii="宋体" w:hAnsi="宋体" w:eastAsia="宋体"/>
                <w:b w:val="0"/>
                <w:sz w:val="18"/>
              </w:rPr>
              <w:t>（1）师：你们会解答这个问题吗？[课件出示教科书P5例2（1）]</w:t>
            </w:r>
          </w:p>
          <w:p>
            <w:pPr>
              <w:spacing w:after="20" w:line="276" w:lineRule="auto"/>
            </w:pPr>
            <w:r>
              <w:rPr>
                <w:rFonts w:ascii="宋体" w:hAnsi="宋体" w:eastAsia="宋体"/>
                <w:b w:val="0"/>
                <w:sz w:val="18"/>
              </w:rPr>
              <w:t>教师板书：3+3+3+3=12        3×4=12</w:t>
            </w:r>
          </w:p>
          <w:p>
            <w:pPr>
              <w:spacing w:after="20" w:line="276" w:lineRule="auto"/>
            </w:pPr>
            <w:r>
              <w:rPr>
                <w:rFonts w:ascii="宋体" w:hAnsi="宋体" w:eastAsia="宋体"/>
                <w:b w:val="0"/>
                <w:sz w:val="18"/>
              </w:rPr>
              <w:t>放手让学生独立解决问题，激活已有的知识和经验，让学生经历“过程”，提升认识。</w:t>
            </w:r>
          </w:p>
          <w:p>
            <w:pPr>
              <w:spacing w:after="20" w:line="276" w:lineRule="auto"/>
            </w:pPr>
            <w:r>
              <w:rPr>
                <w:rFonts w:ascii="宋体" w:hAnsi="宋体" w:eastAsia="宋体"/>
                <w:b w:val="0"/>
                <w:sz w:val="18"/>
              </w:rPr>
              <w:t>（2）师：用你自己的话说一说什么是乘法。</w:t>
            </w:r>
          </w:p>
          <w:p>
            <w:pPr>
              <w:spacing w:after="20" w:line="276" w:lineRule="auto"/>
            </w:pPr>
            <w:r>
              <w:rPr>
                <w:rFonts w:ascii="宋体" w:hAnsi="宋体" w:eastAsia="宋体"/>
                <w:b w:val="0"/>
                <w:sz w:val="18"/>
              </w:rPr>
              <w:t>（3）师：你知道乘法算式中这些数分别叫什么名字吗？</w:t>
            </w:r>
          </w:p>
          <w:p>
            <w:pPr>
              <w:spacing w:after="20" w:line="276" w:lineRule="auto"/>
            </w:pPr>
            <w:r>
              <w:rPr>
                <w:rFonts w:ascii="宋体" w:hAnsi="宋体" w:eastAsia="宋体"/>
                <w:b w:val="0"/>
                <w:sz w:val="18"/>
              </w:rPr>
              <w:t>让学生结合自己的经验进行介绍。（教师板书：因数因数积)</w:t>
            </w:r>
          </w:p>
          <w:p>
            <w:pPr>
              <w:spacing w:after="20" w:line="276" w:lineRule="auto"/>
            </w:pPr>
            <w:r>
              <w:rPr>
                <w:rFonts w:ascii="宋体" w:hAnsi="宋体" w:eastAsia="宋体"/>
                <w:b w:val="0"/>
                <w:sz w:val="18"/>
              </w:rPr>
              <w:t>2.理解除法的意义。</w:t>
            </w:r>
          </w:p>
          <w:p>
            <w:pPr>
              <w:spacing w:after="20" w:line="276" w:lineRule="auto"/>
            </w:pPr>
            <w:r>
              <w:rPr>
                <w:rFonts w:ascii="宋体" w:hAnsi="宋体" w:eastAsia="宋体"/>
                <w:b w:val="0"/>
                <w:sz w:val="18"/>
              </w:rPr>
              <w:t>（1）结合情境改写乘法算式。</w:t>
            </w:r>
          </w:p>
          <w:p>
            <w:pPr>
              <w:spacing w:after="20" w:line="276" w:lineRule="auto"/>
            </w:pPr>
            <w:r>
              <w:rPr>
                <w:rFonts w:ascii="宋体" w:hAnsi="宋体" w:eastAsia="宋体"/>
                <w:b w:val="0"/>
                <w:sz w:val="18"/>
              </w:rPr>
              <w:t>师：在上节课我们学习加、减法时发现一个加法算式可以改写出两个减法算式。今天你们结合情境和这个乘法算式能改编出用其他运算方法计算的问题吗？小组讨论一下。</w:t>
            </w:r>
          </w:p>
          <w:p>
            <w:pPr>
              <w:spacing w:after="20" w:line="276" w:lineRule="auto"/>
            </w:pPr>
            <w:r>
              <w:rPr>
                <w:rFonts w:ascii="宋体" w:hAnsi="宋体" w:eastAsia="宋体"/>
                <w:b w:val="0"/>
                <w:sz w:val="18"/>
              </w:rPr>
              <w:t>教师适时课件出示教科书P5例2（2）、(3）。</w:t>
            </w:r>
          </w:p>
          <w:p>
            <w:pPr>
              <w:spacing w:after="20" w:line="276" w:lineRule="auto"/>
            </w:pPr>
            <w:r>
              <w:rPr>
                <w:rFonts w:ascii="宋体" w:hAnsi="宋体" w:eastAsia="宋体"/>
                <w:b w:val="0"/>
                <w:sz w:val="18"/>
              </w:rPr>
              <w:t>师：与第（1）题相比，第（2）、（3）题分别是已知什么？求什么？尝试列式。</w:t>
            </w:r>
          </w:p>
          <w:p>
            <w:pPr>
              <w:spacing w:after="20" w:line="276" w:lineRule="auto"/>
            </w:pPr>
            <w:r>
              <w:rPr>
                <w:rFonts w:ascii="宋体" w:hAnsi="宋体" w:eastAsia="宋体"/>
                <w:b w:val="0"/>
                <w:sz w:val="18"/>
              </w:rPr>
              <w:t>师：为什么用除法计算呢？</w:t>
            </w:r>
          </w:p>
          <w:p>
            <w:pPr>
              <w:spacing w:after="20" w:line="276" w:lineRule="auto"/>
            </w:pPr>
            <w:r>
              <w:rPr>
                <w:rFonts w:ascii="宋体" w:hAnsi="宋体" w:eastAsia="宋体"/>
                <w:b w:val="0"/>
                <w:sz w:val="18"/>
              </w:rPr>
              <w:t>（2）对比第（1）、（2）、（3）题中的三道算式，在对比中理解除法的意义。</w:t>
            </w:r>
          </w:p>
          <w:p>
            <w:pPr>
              <w:spacing w:after="20" w:line="276" w:lineRule="auto"/>
            </w:pPr>
            <w:r>
              <w:rPr>
                <w:rFonts w:ascii="宋体" w:hAnsi="宋体" w:eastAsia="宋体"/>
                <w:b w:val="0"/>
                <w:sz w:val="18"/>
              </w:rPr>
              <w:t>师：仔细观察这三道算式，你发现乘法算式和除法算式有什么关系？</w:t>
            </w:r>
          </w:p>
          <w:p>
            <w:pPr>
              <w:spacing w:after="20" w:line="276" w:lineRule="auto"/>
            </w:pPr>
            <w:r>
              <w:rPr>
                <w:rFonts w:ascii="宋体" w:hAnsi="宋体" w:eastAsia="宋体"/>
                <w:b w:val="0"/>
                <w:sz w:val="18"/>
              </w:rPr>
              <w:t>教师板书：除法是乘法的逆运算。</w:t>
            </w:r>
          </w:p>
          <w:p>
            <w:pPr>
              <w:spacing w:after="20" w:line="276" w:lineRule="auto"/>
            </w:pPr>
            <w:r>
              <w:rPr>
                <w:rFonts w:ascii="宋体" w:hAnsi="宋体" w:eastAsia="宋体"/>
                <w:b w:val="0"/>
                <w:sz w:val="18"/>
              </w:rPr>
              <w:t>师：请你试着用自己的话说一说什么是除法。</w:t>
            </w:r>
          </w:p>
          <w:p>
            <w:pPr>
              <w:spacing w:after="20" w:line="276" w:lineRule="auto"/>
            </w:pPr>
            <w:r>
              <w:rPr>
                <w:rFonts w:ascii="宋体" w:hAnsi="宋体" w:eastAsia="宋体"/>
                <w:b w:val="0"/>
                <w:sz w:val="18"/>
              </w:rPr>
              <w:t>在学生充分交流的基础上，引导学生概括。（板书：除法的意义：已知两个因数的积与其中一个因数，求另一个因数的运算，叫作除法。）</w:t>
            </w:r>
          </w:p>
          <w:p>
            <w:pPr>
              <w:spacing w:after="20" w:line="276" w:lineRule="auto"/>
            </w:pPr>
            <w:r>
              <w:rPr>
                <w:rFonts w:ascii="宋体" w:hAnsi="宋体" w:eastAsia="宋体"/>
                <w:b w:val="0"/>
                <w:sz w:val="18"/>
              </w:rPr>
              <w:t>（3）师：你知道除法算式中这些数又叫什么名字吗？</w:t>
            </w:r>
          </w:p>
          <w:p>
            <w:pPr>
              <w:spacing w:after="20" w:line="276" w:lineRule="auto"/>
            </w:pPr>
            <w:r>
              <w:rPr>
                <w:rFonts w:ascii="宋体" w:hAnsi="宋体" w:eastAsia="宋体"/>
                <w:b w:val="0"/>
                <w:sz w:val="18"/>
              </w:rPr>
              <w:t>让学生结合自己的经验进行介绍，教师引导学生建立乘、除法间的关系，说清楚“已知的积在除法中叫作被除数，除被除数的数叫作除数，除得的结果叫作商”。（教师板书：被除数   除数   商）</w:t>
            </w:r>
          </w:p>
        </w:tc>
        <w:tc>
          <w:tcPr>
            <w:tcW w:type="dxa" w:w="3061"/>
          </w:tcPr>
          <w:p>
            <w:pPr>
              <w:spacing w:after="20" w:line="276" w:lineRule="auto"/>
            </w:pPr>
            <w:r/>
            <w:r>
              <w:rPr>
                <w:rFonts w:ascii="宋体" w:hAnsi="宋体" w:eastAsia="宋体"/>
                <w:b w:val="0"/>
                <w:sz w:val="18"/>
              </w:rPr>
              <w:t>①学生独立解题。</w:t>
            </w:r>
          </w:p>
          <w:p>
            <w:pPr>
              <w:spacing w:after="20" w:line="276" w:lineRule="auto"/>
            </w:pPr>
            <w:r>
              <w:rPr>
                <w:rFonts w:ascii="宋体" w:hAnsi="宋体" w:eastAsia="宋体"/>
                <w:b w:val="0"/>
                <w:sz w:val="18"/>
              </w:rPr>
              <w:t>②汇报交流,说出自己的想法并展示解题过程。</w:t>
            </w:r>
          </w:p>
          <w:p>
            <w:pPr>
              <w:spacing w:after="20" w:line="276" w:lineRule="auto"/>
            </w:pPr>
            <w:r>
              <w:rPr>
                <w:rFonts w:ascii="宋体" w:hAnsi="宋体" w:eastAsia="宋体"/>
                <w:b w:val="0"/>
                <w:sz w:val="18"/>
              </w:rPr>
              <w:t>预设1：每个花瓶里有3枝花，求4个花瓶里一共插的花的数量就是求4个3相加的和，所以是3+3+3+3=12。</w:t>
            </w:r>
          </w:p>
          <w:p>
            <w:pPr>
              <w:spacing w:after="20" w:line="276" w:lineRule="auto"/>
            </w:pPr>
            <w:r>
              <w:rPr>
                <w:rFonts w:ascii="宋体" w:hAnsi="宋体" w:eastAsia="宋体"/>
                <w:b w:val="0"/>
                <w:sz w:val="18"/>
              </w:rPr>
              <w:t>预设2：4个3相加也可以用乘法表示，就是3×4，所以是3×4=12。</w:t>
            </w:r>
          </w:p>
          <w:p>
            <w:pPr>
              <w:spacing w:after="20" w:line="276" w:lineRule="auto"/>
            </w:pPr>
            <w:r>
              <w:rPr>
                <w:rFonts w:ascii="宋体" w:hAnsi="宋体" w:eastAsia="宋体"/>
                <w:b w:val="0"/>
                <w:sz w:val="18"/>
              </w:rPr>
              <w:t>引导学生得出：求几个相同加数的和的简便运算，叫作乘法。（板书：乘法的意义：求几个相同加数的和的简便运算，叫作乘法。）</w:t>
            </w:r>
          </w:p>
          <w:p>
            <w:pPr>
              <w:spacing w:after="20" w:line="276" w:lineRule="auto"/>
            </w:pPr>
            <w:r>
              <w:rPr>
                <w:rFonts w:ascii="宋体" w:hAnsi="宋体" w:eastAsia="宋体"/>
                <w:b w:val="0"/>
                <w:sz w:val="18"/>
              </w:rPr>
              <w:t>预设1：已知有12枝花，每3枝插一瓶，求可以插几瓶。12÷3=4（板书）。</w:t>
            </w:r>
          </w:p>
          <w:p>
            <w:pPr>
              <w:spacing w:after="20" w:line="276" w:lineRule="auto"/>
            </w:pPr>
            <w:r>
              <w:rPr>
                <w:rFonts w:ascii="宋体" w:hAnsi="宋体" w:eastAsia="宋体"/>
                <w:b w:val="0"/>
                <w:sz w:val="18"/>
              </w:rPr>
              <w:t>预设2：已知有12枝花，平均插到4个花瓶里，求每个花瓶里插几枝。12÷4=3（板书）。</w:t>
            </w:r>
          </w:p>
          <w:p>
            <w:pPr>
              <w:spacing w:after="20" w:line="276" w:lineRule="auto"/>
            </w:pPr>
            <w:r>
              <w:rPr>
                <w:rFonts w:ascii="宋体" w:hAnsi="宋体" w:eastAsia="宋体"/>
                <w:b w:val="0"/>
                <w:sz w:val="18"/>
              </w:rPr>
              <w:t>因为知道了两个因数的积和其中一个因数，求另一个因数。</w:t>
            </w:r>
          </w:p>
          <w:p>
            <w:pPr>
              <w:spacing w:after="20" w:line="276" w:lineRule="auto"/>
            </w:pPr>
            <w:r>
              <w:rPr>
                <w:rFonts w:ascii="宋体" w:hAnsi="宋体" w:eastAsia="宋体"/>
                <w:b w:val="0"/>
                <w:sz w:val="18"/>
              </w:rPr>
              <w:t>预设1：乘法是除法的相反运算，除法是乘法的相反运算。</w:t>
            </w:r>
          </w:p>
          <w:p>
            <w:pPr>
              <w:spacing w:after="20" w:line="276" w:lineRule="auto"/>
            </w:pPr>
            <w:r>
              <w:rPr>
                <w:rFonts w:ascii="宋体" w:hAnsi="宋体" w:eastAsia="宋体"/>
                <w:b w:val="0"/>
                <w:sz w:val="18"/>
              </w:rPr>
              <w:t>预设2：除法是乘法的逆运算。</w:t>
            </w:r>
          </w:p>
        </w:tc>
        <w:tc>
          <w:tcPr>
            <w:tcW w:type="dxa" w:w="1814"/>
          </w:tcPr>
          <w:p>
            <w:pPr>
              <w:spacing w:after="20" w:line="276" w:lineRule="auto"/>
            </w:pPr>
            <w:r/>
            <w:r>
              <w:rPr>
                <w:rFonts w:ascii="宋体" w:hAnsi="宋体" w:eastAsia="宋体"/>
                <w:b w:val="0"/>
                <w:sz w:val="18"/>
              </w:rPr>
              <w:t>通过放手让学生解决“4个花瓶里一共插了多少枝花”的问题，激活学生已有的知识和经验。在这个基础上，让学生比较加法算式和乘法算式，进而概括出乘法的意义，使学生对乘法的认识从感性上升到理性。</w:t>
            </w:r>
          </w:p>
          <w:p>
            <w:pPr>
              <w:spacing w:after="20" w:line="276" w:lineRule="auto"/>
            </w:pPr>
            <w:r>
              <w:rPr>
                <w:rFonts w:ascii="宋体" w:hAnsi="宋体" w:eastAsia="宋体"/>
                <w:b w:val="0"/>
                <w:sz w:val="18"/>
              </w:rPr>
              <w:t>学生借助学习加、减法的经验和对除法意义的感性认识，以解决第（1）、（2）、（3）题为基础，通过比较和知识的迁移，弄清楚乘法算式与除法算式中已知数和未知数的变化，进而从除法算式和乘法算式的联系出发，思考、概括出除法的意义。这样，不仅利于用比较准确的数学语言概括除法的意义，还有助于学生理解除法和乘法的关系，认识除法是乘法的逆运算，促进学生思维的发展。</w:t>
            </w:r>
          </w:p>
        </w:tc>
      </w:tr>
      <w:tr>
        <w:tc>
          <w:tcPr>
            <w:tcW w:type="dxa" w:w="1474"/>
          </w:tcPr>
          <w:p>
            <w:pPr>
              <w:spacing w:after="20" w:line="276" w:lineRule="auto"/>
            </w:pPr>
            <w:r>
              <w:rPr>
                <w:b/>
              </w:rPr>
            </w:r>
            <w:r>
              <w:rPr>
                <w:rFonts w:ascii="宋体" w:hAnsi="宋体" w:eastAsia="宋体"/>
                <w:b/>
                <w:sz w:val="18"/>
              </w:rPr>
              <w:t>三、小组交流，归纳整理</w:t>
            </w:r>
          </w:p>
        </w:tc>
        <w:tc>
          <w:tcPr>
            <w:tcW w:type="dxa" w:w="3061"/>
          </w:tcPr>
          <w:p>
            <w:pPr>
              <w:spacing w:after="20" w:line="276" w:lineRule="auto"/>
            </w:pPr>
            <w:r/>
            <w:r>
              <w:rPr>
                <w:rFonts w:ascii="宋体" w:hAnsi="宋体" w:eastAsia="宋体"/>
                <w:b w:val="0"/>
                <w:sz w:val="18"/>
              </w:rPr>
              <w:t>1.明确乘、除法各部分间的关系。</w:t>
            </w:r>
          </w:p>
          <w:p>
            <w:pPr>
              <w:spacing w:after="20" w:line="276" w:lineRule="auto"/>
            </w:pPr>
            <w:r>
              <w:rPr>
                <w:rFonts w:ascii="宋体" w:hAnsi="宋体" w:eastAsia="宋体"/>
                <w:b w:val="0"/>
                <w:sz w:val="18"/>
              </w:rPr>
              <w:t>让学生经历由解决问题到概括出除法意义的过程，使学生对除法的认识从感性上升到理性。</w:t>
            </w:r>
          </w:p>
          <w:p>
            <w:pPr>
              <w:spacing w:after="20" w:line="276" w:lineRule="auto"/>
            </w:pPr>
            <w:r>
              <w:rPr>
                <w:rFonts w:ascii="宋体" w:hAnsi="宋体" w:eastAsia="宋体"/>
                <w:b w:val="0"/>
                <w:sz w:val="18"/>
              </w:rPr>
              <w:t>（1）师：我们知道了什么是乘法、什么是除法，下面我们一起来研究乘、除法各部分间的关系。（板书课题：乘、除法的意义和各部分间的关系）</w:t>
            </w:r>
          </w:p>
          <w:p>
            <w:pPr>
              <w:spacing w:after="20" w:line="276" w:lineRule="auto"/>
            </w:pPr>
            <w:r>
              <w:rPr>
                <w:rFonts w:ascii="宋体" w:hAnsi="宋体" w:eastAsia="宋体"/>
                <w:b w:val="0"/>
                <w:sz w:val="18"/>
              </w:rPr>
              <w:t>（2）教师组织学生小组讨论:乘法各部分间有什么关系?除法呢?然后全班交流。</w:t>
            </w:r>
          </w:p>
          <w:p>
            <w:pPr>
              <w:spacing w:after="20" w:line="276" w:lineRule="auto"/>
            </w:pPr>
            <w:r>
              <w:rPr>
                <w:rFonts w:ascii="宋体" w:hAnsi="宋体" w:eastAsia="宋体"/>
                <w:b w:val="0"/>
                <w:sz w:val="18"/>
              </w:rPr>
              <w:t>（3）指名学生将表示乘、除法各部分间关系的式子板书在黑板上。同桌间互相说一说。</w:t>
            </w:r>
          </w:p>
          <w:p>
            <w:pPr>
              <w:spacing w:after="20" w:line="276" w:lineRule="auto"/>
            </w:pPr>
            <w:r>
              <w:rPr>
                <w:rFonts w:ascii="宋体" w:hAnsi="宋体" w:eastAsia="宋体"/>
                <w:b w:val="0"/>
                <w:sz w:val="18"/>
              </w:rPr>
              <w:t>完善板书：乘法各部分间的关系：因数=积÷另一个因数</w:t>
            </w:r>
          </w:p>
          <w:p>
            <w:pPr>
              <w:spacing w:after="20" w:line="276" w:lineRule="auto"/>
            </w:pPr>
            <w:r>
              <w:rPr>
                <w:rFonts w:ascii="宋体" w:hAnsi="宋体" w:eastAsia="宋体"/>
                <w:b w:val="0"/>
                <w:sz w:val="18"/>
              </w:rPr>
              <w:t>除法各部分间的关系：除数=被除数÷商被除数=商×除数</w:t>
            </w:r>
          </w:p>
          <w:p>
            <w:pPr>
              <w:spacing w:after="20" w:line="276" w:lineRule="auto"/>
            </w:pPr>
            <w:r>
              <w:rPr>
                <w:rFonts w:ascii="宋体" w:hAnsi="宋体" w:eastAsia="宋体"/>
                <w:b w:val="0"/>
                <w:sz w:val="18"/>
              </w:rPr>
              <w:t>(4)师：请同学们结合刚才的算式，验证大家总结的规律。</w:t>
            </w:r>
          </w:p>
          <w:p>
            <w:pPr>
              <w:spacing w:after="20" w:line="276" w:lineRule="auto"/>
            </w:pPr>
            <w:r>
              <w:rPr>
                <w:rFonts w:ascii="宋体" w:hAnsi="宋体" w:eastAsia="宋体"/>
                <w:b w:val="0"/>
                <w:sz w:val="18"/>
              </w:rPr>
              <w:t>2.学以致用。</w:t>
            </w:r>
          </w:p>
          <w:p>
            <w:pPr>
              <w:spacing w:after="20" w:line="276" w:lineRule="auto"/>
            </w:pPr>
            <w:r>
              <w:rPr>
                <w:rFonts w:ascii="宋体" w:hAnsi="宋体" w:eastAsia="宋体"/>
                <w:b w:val="0"/>
                <w:sz w:val="18"/>
              </w:rPr>
              <w:t>完成教科书P6“做一做”。</w:t>
            </w:r>
          </w:p>
          <w:p>
            <w:pPr>
              <w:spacing w:after="20" w:line="276" w:lineRule="auto"/>
            </w:pPr>
            <w:r>
              <w:rPr>
                <w:rFonts w:ascii="宋体" w:hAnsi="宋体" w:eastAsia="宋体"/>
                <w:b w:val="0"/>
                <w:sz w:val="18"/>
              </w:rPr>
              <w:t>3.探究有余数的除法中各部分间的关系。</w:t>
            </w:r>
          </w:p>
          <w:p>
            <w:pPr>
              <w:spacing w:after="20" w:line="276" w:lineRule="auto"/>
            </w:pPr>
            <w:r>
              <w:rPr>
                <w:rFonts w:ascii="宋体" w:hAnsi="宋体" w:eastAsia="宋体"/>
                <w:b w:val="0"/>
                <w:sz w:val="18"/>
              </w:rPr>
              <w:t>师：在有余数的除法里，被除数与商、除数和余数之间有什么关系呢？</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（2）集体交流展示，要求举例说明。</w:t>
            </w:r>
          </w:p>
          <w:p>
            <w:pPr>
              <w:spacing w:after="20" w:line="276" w:lineRule="auto"/>
            </w:pPr>
            <w:r>
              <w:rPr>
                <w:rFonts w:ascii="宋体" w:hAnsi="宋体" w:eastAsia="宋体"/>
                <w:b w:val="0"/>
                <w:sz w:val="18"/>
              </w:rPr>
              <w:t>板书：被除数=商×除数+余数除数＝（被除数-余数）÷商</w:t>
            </w:r>
          </w:p>
        </w:tc>
        <w:tc>
          <w:tcPr>
            <w:tcW w:type="dxa" w:w="3061"/>
          </w:tcPr>
          <w:p>
            <w:pPr>
              <w:spacing w:after="20" w:line="276" w:lineRule="auto"/>
            </w:pPr>
            <w:r/>
            <w:r>
              <w:rPr>
                <w:rFonts w:ascii="宋体" w:hAnsi="宋体" w:eastAsia="宋体"/>
                <w:b w:val="0"/>
                <w:sz w:val="18"/>
              </w:rPr>
              <w:t>学生可能回答“积=因数×因数,一个因数=积÷另一个因数”“商=被除数÷除数,除数=被除数÷商,被除数=商×除数”。学生的回答可能不完整或有错误,教师组织其他学生补充、纠正。</w:t>
            </w:r>
          </w:p>
          <w:p>
            <w:pPr>
              <w:spacing w:after="20" w:line="276" w:lineRule="auto"/>
            </w:pPr>
            <w:r>
              <w:rPr>
                <w:rFonts w:ascii="宋体" w:hAnsi="宋体" w:eastAsia="宋体"/>
                <w:b w:val="0"/>
                <w:sz w:val="18"/>
              </w:rPr>
              <w:t>学生独立填写后，教师指名学生汇报，全班核对。</w:t>
            </w:r>
          </w:p>
        </w:tc>
        <w:tc>
          <w:tcPr>
            <w:tcW w:type="dxa" w:w="1814"/>
          </w:tcPr>
          <w:p>
            <w:pPr>
              <w:spacing w:after="20" w:line="276" w:lineRule="auto"/>
            </w:pPr>
            <w:r/>
            <w:r>
              <w:rPr>
                <w:rFonts w:ascii="宋体" w:hAnsi="宋体" w:eastAsia="宋体"/>
                <w:b w:val="0"/>
                <w:sz w:val="18"/>
              </w:rPr>
              <w:t>在前一课时,学生已经学习了加、减法各部分间的关系。本环节,教师放手,让学生通过迁移学习，自主探索、交流,归纳整理乘、除法各部分间的关系，进一步感悟除法是乘法的逆运算。既调动了学生的积极性，又促进了学生思维的发展。</w:t>
            </w:r>
          </w:p>
        </w:tc>
      </w:tr>
      <w:tr>
        <w:tc>
          <w:tcPr>
            <w:tcW w:type="dxa" w:w="1474"/>
          </w:tcPr>
          <w:p>
            <w:pPr>
              <w:spacing w:after="20" w:line="276" w:lineRule="auto"/>
            </w:pPr>
            <w:r>
              <w:rPr>
                <w:b/>
              </w:rPr>
            </w:r>
            <w:r>
              <w:rPr>
                <w:rFonts w:ascii="宋体" w:hAnsi="宋体" w:eastAsia="宋体"/>
                <w:b/>
                <w:sz w:val="18"/>
              </w:rPr>
              <w:t>四、巩固应用，拓展提高</w:t>
            </w:r>
          </w:p>
        </w:tc>
        <w:tc>
          <w:tcPr>
            <w:tcW w:type="dxa" w:w="3061"/>
          </w:tcPr>
          <w:p>
            <w:pPr>
              <w:spacing w:after="20" w:line="276" w:lineRule="auto"/>
            </w:pPr>
            <w:r/>
            <w:r>
              <w:rPr>
                <w:rFonts w:ascii="宋体" w:hAnsi="宋体" w:eastAsia="宋体"/>
                <w:b w:val="0"/>
                <w:sz w:val="18"/>
              </w:rPr>
              <w:t>1.教科书P7“练习二”第1题。</w:t>
            </w:r>
          </w:p>
          <w:p>
            <w:pPr>
              <w:spacing w:after="20" w:line="276" w:lineRule="auto"/>
            </w:pPr>
            <w:r>
              <w:rPr>
                <w:rFonts w:ascii="宋体" w:hAnsi="宋体" w:eastAsia="宋体"/>
                <w:b w:val="0"/>
                <w:sz w:val="18"/>
              </w:rPr>
              <w:t>（1）学生独立思考,确定计算方法,列出算式。</w:t>
            </w:r>
          </w:p>
          <w:p>
            <w:pPr>
              <w:spacing w:after="20" w:line="276" w:lineRule="auto"/>
            </w:pPr>
            <w:r>
              <w:rPr>
                <w:rFonts w:ascii="宋体" w:hAnsi="宋体" w:eastAsia="宋体"/>
                <w:b w:val="0"/>
                <w:sz w:val="18"/>
              </w:rPr>
              <w:t>（2）指名学生汇报,说出算式,并解释选择算法的道理。</w:t>
            </w:r>
          </w:p>
          <w:p>
            <w:pPr>
              <w:spacing w:after="20" w:line="276" w:lineRule="auto"/>
            </w:pPr>
            <w:r>
              <w:rPr>
                <w:rFonts w:ascii="宋体" w:hAnsi="宋体" w:eastAsia="宋体"/>
                <w:b w:val="0"/>
                <w:sz w:val="18"/>
              </w:rPr>
              <w:t>（3）组织思考并交流:第（2）题怎样改编成用乘法解决的问题？第(1)题怎样改编成用除法解决的问题?</w:t>
            </w:r>
          </w:p>
          <w:p>
            <w:pPr>
              <w:spacing w:after="20" w:line="276" w:lineRule="auto"/>
            </w:pPr>
            <w:r>
              <w:rPr>
                <w:rFonts w:ascii="宋体" w:hAnsi="宋体" w:eastAsia="宋体"/>
                <w:b w:val="0"/>
                <w:sz w:val="18"/>
              </w:rPr>
              <w:t>2.教科书P7“练习二”第2题。</w:t>
            </w:r>
          </w:p>
          <w:p>
            <w:pPr>
              <w:spacing w:after="20" w:line="276" w:lineRule="auto"/>
            </w:pPr>
            <w:r>
              <w:rPr>
                <w:rFonts w:ascii="宋体" w:hAnsi="宋体" w:eastAsia="宋体"/>
                <w:b w:val="0"/>
                <w:sz w:val="18"/>
              </w:rPr>
              <w:t>3.教科书P7“练习二”第3题。</w:t>
            </w:r>
          </w:p>
          <w:p>
            <w:pPr>
              <w:spacing w:after="20" w:line="276" w:lineRule="auto"/>
            </w:pPr>
            <w:r>
              <w:rPr>
                <w:rFonts w:ascii="宋体" w:hAnsi="宋体" w:eastAsia="宋体"/>
                <w:b w:val="0"/>
                <w:sz w:val="18"/>
              </w:rPr>
              <w:t>4.教科书P7“练习二”第4题。</w:t>
            </w:r>
          </w:p>
          <w:p>
            <w:pPr>
              <w:spacing w:after="20" w:line="276" w:lineRule="auto"/>
            </w:pPr>
            <w:r>
              <w:rPr>
                <w:rFonts w:ascii="宋体" w:hAnsi="宋体" w:eastAsia="宋体"/>
                <w:b w:val="0"/>
                <w:sz w:val="18"/>
              </w:rPr>
              <w:t>5.教科书P7“练习二”第5题。</w:t>
            </w:r>
          </w:p>
          <w:p>
            <w:pPr>
              <w:spacing w:after="20" w:line="276" w:lineRule="auto"/>
            </w:pPr>
            <w:r>
              <w:rPr>
                <w:rFonts w:ascii="宋体" w:hAnsi="宋体" w:eastAsia="宋体"/>
                <w:b w:val="0"/>
                <w:sz w:val="18"/>
              </w:rPr>
              <w:t>（1）指名学生板演，其余学生在练习本上独立完成。</w:t>
            </w:r>
          </w:p>
          <w:p>
            <w:pPr>
              <w:spacing w:after="20" w:line="276" w:lineRule="auto"/>
            </w:pPr>
            <w:r>
              <w:rPr>
                <w:rFonts w:ascii="宋体" w:hAnsi="宋体" w:eastAsia="宋体"/>
                <w:b w:val="0"/>
                <w:sz w:val="18"/>
              </w:rPr>
              <w:t>（2）集体交流订正。注意引导学生理解“验算”的依据。</w:t>
            </w:r>
          </w:p>
        </w:tc>
        <w:tc>
          <w:tcPr>
            <w:tcW w:type="dxa" w:w="3061"/>
          </w:tcPr>
          <w:p>
            <w:pPr>
              <w:spacing w:after="20" w:line="276" w:lineRule="auto"/>
            </w:pPr>
            <w:r/>
            <w:r>
              <w:rPr>
                <w:rFonts w:ascii="宋体" w:hAnsi="宋体" w:eastAsia="宋体"/>
                <w:b w:val="0"/>
                <w:sz w:val="18"/>
              </w:rPr>
              <w:t>学生独立填写后指名学生汇报,全班学生核对。</w:t>
            </w:r>
          </w:p>
          <w:p>
            <w:pPr>
              <w:spacing w:after="20" w:line="276" w:lineRule="auto"/>
            </w:pPr>
            <w:r>
              <w:rPr>
                <w:rFonts w:ascii="宋体" w:hAnsi="宋体" w:eastAsia="宋体"/>
                <w:b w:val="0"/>
                <w:sz w:val="18"/>
              </w:rPr>
              <w:t>学生能根据乘、除法各部分间的关系说出小红花分别代表的数。</w:t>
            </w:r>
          </w:p>
          <w:p>
            <w:pPr>
              <w:spacing w:after="20" w:line="276" w:lineRule="auto"/>
            </w:pPr>
            <w:r>
              <w:rPr>
                <w:rFonts w:ascii="宋体" w:hAnsi="宋体" w:eastAsia="宋体"/>
                <w:b w:val="0"/>
                <w:sz w:val="18"/>
              </w:rPr>
              <w:t>学生独立完成,同桌间交换检查。</w:t>
            </w:r>
          </w:p>
          <w:p>
            <w:pPr>
              <w:spacing w:after="20" w:line="276" w:lineRule="auto"/>
            </w:pPr>
            <w:r>
              <w:rPr>
                <w:rFonts w:ascii="宋体" w:hAnsi="宋体" w:eastAsia="宋体"/>
                <w:b w:val="0"/>
                <w:sz w:val="18"/>
              </w:rPr>
              <w:t>第二、三行主要是应用有余数的除法各部分间的关系完成。部分学生有困难，需及时指导、帮助。比如，让学生借助具体的算式478÷（    ）＝13……10，弄明白478减去10，再用得数去除以商13即可得到原来算式中的除数。</w:t>
            </w:r>
          </w:p>
          <w:p>
            <w:pPr>
              <w:spacing w:after="20" w:line="276" w:lineRule="auto"/>
            </w:pPr>
            <w:r>
              <w:rPr>
                <w:rFonts w:ascii="宋体" w:hAnsi="宋体" w:eastAsia="宋体"/>
                <w:b w:val="0"/>
                <w:sz w:val="18"/>
              </w:rPr>
              <w:t>学生独立完成练习后，尽可能地让他们充分进行解释说理等交流活动，加深学生对所学知识的理解，促进学生思维的发展。</w:t>
            </w:r>
          </w:p>
        </w:tc>
        <w:tc>
          <w:tcPr>
            <w:tcW w:type="dxa" w:w="1814"/>
          </w:tcPr>
          <w:p>
            <w:pPr>
              <w:spacing w:after="20" w:line="276" w:lineRule="auto"/>
            </w:pPr>
            <w:r/>
            <w:r>
              <w:rPr>
                <w:rFonts w:ascii="宋体" w:hAnsi="宋体" w:eastAsia="宋体"/>
                <w:b w:val="0"/>
                <w:sz w:val="18"/>
              </w:rPr>
              <w:t>每道练习题,练习的侧重点有所不同。在完成练习的过程中,教师注重让学生充分地进行解释说理,加深学生对新知识的理解,培养学生的表达能力与思维能力。</w:t>
            </w:r>
          </w:p>
        </w:tc>
      </w:tr>
      <w:tr>
        <w:tc>
          <w:tcPr>
            <w:tcW w:type="dxa" w:w="1474"/>
          </w:tcPr>
          <w:p>
            <w:pPr>
              <w:spacing w:after="20" w:line="276" w:lineRule="auto"/>
            </w:pPr>
            <w:r>
              <w:rPr>
                <w:b/>
              </w:rPr>
            </w:r>
            <w:r>
              <w:rPr>
                <w:rFonts w:ascii="宋体" w:hAnsi="宋体" w:eastAsia="宋体"/>
                <w:b/>
                <w:sz w:val="18"/>
              </w:rPr>
              <w:t>五、课堂小结</w:t>
            </w:r>
          </w:p>
        </w:tc>
        <w:tc>
          <w:tcPr>
            <w:tcW w:type="dxa" w:w="3061"/>
          </w:tcPr>
          <w:p>
            <w:pPr>
              <w:spacing w:after="20" w:line="276" w:lineRule="auto"/>
            </w:pPr>
            <w:r/>
            <w:r>
              <w:rPr>
                <w:rFonts w:ascii="宋体" w:hAnsi="宋体" w:eastAsia="宋体"/>
                <w:b w:val="0"/>
                <w:sz w:val="18"/>
              </w:rPr>
              <w:t>师：通过本节课的学习，你有什么收获吗？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引导学生回顾梳理本课所学，完善认知结构，提升归纳与反思能力，核心问题："通过本节课的学习，你有什么收获吗？"</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教科书P5~6例2，完成P6“做一做”，P7“练习二”第1～5题。</w:t>
      </w:r>
    </w:p>
    <w:p>
      <w:pPr>
        <w:spacing w:after="40" w:line="300" w:lineRule="auto"/>
        <w:ind w:firstLine="400"/>
      </w:pPr>
      <w:r>
        <w:rPr>
          <w:rFonts w:ascii="宋体" w:hAnsi="宋体" w:eastAsia="宋体"/>
          <w:b w:val="0"/>
          <w:sz w:val="20"/>
        </w:rPr>
        <w:t>② 原设计安排：见“状元成才路”系列丛书《创优作业100分》对应课时作业。 2024年巴黎奥运会到处体现了中国元素，从体育器材到高科技装备，再到奥运周边，展现了中国的科技实力和文化自信，促进了中法文化交流。 (1)2024年巴黎奥运会的吉祥物是“弗里热”，中国厂家生产了一批“弗里热”玩偶，每箱装8个，总共装了35箱，还剩5个。这批“弗里热”玩偶一共有多少个？ (2)本次奥运会官方使用的乒乓球采用了ABS最新材料，具有飞行落点更精准、飞行轨迹更稳定的特点。某生产企业从一批乒乓球中挑出了228个作为比赛用球，装了45盒后还多出3个，平均每盒装多少个乒乓球？ 参考答案 (1)8×35＋5＝285(个) (2)(228－3)÷45＝5(个)</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乘、除法的意义学生并不陌生，例题中的乘、除法计算也比较简单，所以有很多学生觉得太简单了，探究兴趣不浓。在建立乘法和除法的关系时，学生感悟不深，还只是停留在“算”的层面。教学时充分利用三道例题中的算式，由具体到抽象，建立乘法和除法算式中各部分间的联系，同时在此基础上让学生理解除法的意义，教学效果不错。</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有关0的运算</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有关0的运算</w:t>
            </w:r>
          </w:p>
        </w:tc>
        <w:tc>
          <w:tcPr>
            <w:tcW w:type="dxa" w:w="6009"/>
          </w:tcPr>
          <w:p>
            <w:pPr>
              <w:spacing w:after="20" w:line="276" w:lineRule="auto"/>
            </w:pPr>
            <w:r/>
            <w:r>
              <w:rPr>
                <w:rFonts w:ascii="宋体" w:hAnsi="宋体" w:eastAsia="宋体"/>
                <w:b w:val="0"/>
                <w:sz w:val="20"/>
              </w:rPr>
              <w:t>第1单元 四则运算</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前面已经学会加、减、乘、除的计算方法，积累了丰富的有关加、减、乘、除的意义的感性认识和运算经验，需要对此前学习过的四则运算知识进行较为系统的概括和总结，为后续学习打下基础。在学习本单元时，学生能够较好地理解比较抽象的运算顺序，但不太容易理解减法和除法的意义，同时，合理、灵活、正确地计算与解决问题也是学生学习中的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教学内容：教科书P6例3，完成P6“数学游戏”、P8“练习二”第6～10*题和思考题。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（1）通过归纳分析，总结0在四则运算中的特性，理解0为什么不能作除数。</w:t>
      </w:r>
    </w:p>
    <w:p>
      <w:pPr>
        <w:spacing w:after="20" w:line="300" w:lineRule="auto"/>
        <w:ind w:firstLine="400"/>
      </w:pPr>
      <w:r>
        <w:rPr>
          <w:rFonts w:ascii="宋体" w:hAnsi="宋体" w:eastAsia="宋体"/>
          <w:b w:val="0"/>
          <w:sz w:val="20"/>
        </w:rPr>
        <w:t>（2）通过学习进一步了解0在生活中的意义以及在运算中的作用。</w:t>
      </w:r>
    </w:p>
    <w:p>
      <w:pPr>
        <w:spacing w:after="20" w:line="300" w:lineRule="auto"/>
        <w:ind w:firstLine="400"/>
      </w:pPr>
      <w:r>
        <w:rPr>
          <w:rFonts w:ascii="宋体" w:hAnsi="宋体" w:eastAsia="宋体"/>
          <w:b w:val="0"/>
          <w:sz w:val="20"/>
        </w:rPr>
        <w:t>（3）提高学生的计算能力和整理概括的能力。</w:t>
      </w:r>
    </w:p>
    <w:p>
      <w:pPr>
        <w:spacing w:after="20" w:line="300" w:lineRule="auto"/>
      </w:pPr>
      <w:r>
        <w:rPr>
          <w:rFonts w:ascii="宋体" w:hAnsi="宋体" w:eastAsia="宋体"/>
          <w:b w:val="0"/>
          <w:sz w:val="20"/>
        </w:rPr>
        <w:t>教学重点：通过归纳分析，总结0在四则运算中的特性。</w:t>
      </w:r>
    </w:p>
    <w:p>
      <w:pPr>
        <w:spacing w:after="20" w:line="300" w:lineRule="auto"/>
      </w:pPr>
      <w:r>
        <w:rPr>
          <w:rFonts w:ascii="宋体" w:hAnsi="宋体" w:eastAsia="宋体"/>
          <w:b w:val="0"/>
          <w:sz w:val="20"/>
        </w:rPr>
        <w:t>教学难点：理解0为什么不能作除数。</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一、新课导入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回顾刚才的比赛活动，这些算式有什么相同的地方？</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二、探究新知识</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刚刚同学们总结出“0除以任何非0的数都得0”，那如果用0作除数，结果会怎样？为什么？；试一试能否计算“0÷0”？</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19分钟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这节课学习了什么？你有什么收获？</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五、拓展延伸</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一、新课导入</w:t>
            </w:r>
          </w:p>
        </w:tc>
        <w:tc>
          <w:tcPr>
            <w:tcW w:type="dxa" w:w="3061"/>
          </w:tcPr>
          <w:p>
            <w:pPr>
              <w:spacing w:after="20" w:line="276" w:lineRule="auto"/>
            </w:pPr>
            <w:r/>
            <w:r>
              <w:rPr>
                <w:rFonts w:ascii="宋体" w:hAnsi="宋体" w:eastAsia="宋体"/>
                <w:b w:val="0"/>
                <w:sz w:val="18"/>
              </w:rPr>
              <w:t>师：比一比，看谁算得又快又对。(课件出示习题)</w:t>
            </w:r>
          </w:p>
          <w:p>
            <w:pPr>
              <w:spacing w:after="20" w:line="276" w:lineRule="auto"/>
            </w:pPr>
            <w:r>
              <w:rPr>
                <w:rFonts w:ascii="宋体" w:hAnsi="宋体" w:eastAsia="宋体"/>
                <w:b w:val="0"/>
                <w:sz w:val="18"/>
              </w:rPr>
              <w:t>师：回顾刚才的比赛活动，这些算式有什么相同的地方？</w:t>
            </w:r>
          </w:p>
          <w:p>
            <w:pPr>
              <w:spacing w:after="20" w:line="276" w:lineRule="auto"/>
            </w:pPr>
            <w:r>
              <w:rPr>
                <w:rFonts w:ascii="宋体" w:hAnsi="宋体" w:eastAsia="宋体"/>
                <w:b w:val="0"/>
                <w:sz w:val="18"/>
              </w:rPr>
              <w:t>师：0有很多特性，这节课我们就来探究这一内容。（板书课题：有关0的运算）</w:t>
            </w:r>
          </w:p>
        </w:tc>
        <w:tc>
          <w:tcPr>
            <w:tcW w:type="dxa" w:w="3061"/>
          </w:tcPr>
          <w:p>
            <w:pPr>
              <w:spacing w:after="20" w:line="276" w:lineRule="auto"/>
            </w:pPr>
            <w:r/>
            <w:r>
              <w:rPr>
                <w:rFonts w:ascii="宋体" w:hAnsi="宋体" w:eastAsia="宋体"/>
                <w:b w:val="0"/>
                <w:sz w:val="18"/>
              </w:rPr>
              <w:t>有的是关于0的计算，有的结果等于0，总之，都和0有关。</w:t>
            </w:r>
          </w:p>
        </w:tc>
        <w:tc>
          <w:tcPr>
            <w:tcW w:type="dxa" w:w="1814"/>
          </w:tcPr>
          <w:p>
            <w:pPr>
              <w:spacing w:after="20" w:line="276" w:lineRule="auto"/>
            </w:pPr>
            <w:r/>
            <w:r>
              <w:rPr>
                <w:rFonts w:ascii="宋体" w:hAnsi="宋体" w:eastAsia="宋体"/>
                <w:b w:val="0"/>
                <w:sz w:val="18"/>
              </w:rPr>
              <w:t>通过“比一比，算一算”，既让学生复习了关于0的运算的知识，又能引导学生将分散学习的有关0的运算知识系统化，为新课的学习打好基础。</w:t>
            </w:r>
          </w:p>
        </w:tc>
      </w:tr>
      <w:tr>
        <w:tc>
          <w:tcPr>
            <w:tcW w:type="dxa" w:w="1474"/>
          </w:tcPr>
          <w:p>
            <w:pPr>
              <w:spacing w:after="20" w:line="276" w:lineRule="auto"/>
            </w:pPr>
            <w:r>
              <w:rPr>
                <w:b/>
              </w:rPr>
            </w:r>
            <w:r>
              <w:rPr>
                <w:rFonts w:ascii="宋体" w:hAnsi="宋体" w:eastAsia="宋体"/>
                <w:b/>
                <w:sz w:val="18"/>
              </w:rPr>
              <w:t>二、探究新知识</w:t>
            </w:r>
          </w:p>
        </w:tc>
        <w:tc>
          <w:tcPr>
            <w:tcW w:type="dxa" w:w="3061"/>
          </w:tcPr>
          <w:p>
            <w:pPr>
              <w:spacing w:after="20" w:line="276" w:lineRule="auto"/>
            </w:pPr>
            <w:r/>
            <w:r>
              <w:rPr>
                <w:rFonts w:ascii="宋体" w:hAnsi="宋体" w:eastAsia="宋体"/>
                <w:b w:val="0"/>
                <w:sz w:val="18"/>
              </w:rPr>
              <w:t>1.0在四则运算中的特性。</w:t>
            </w:r>
          </w:p>
          <w:p>
            <w:pPr>
              <w:spacing w:after="20" w:line="276" w:lineRule="auto"/>
            </w:pPr>
            <w:r>
              <w:rPr>
                <w:rFonts w:ascii="宋体" w:hAnsi="宋体" w:eastAsia="宋体"/>
                <w:b w:val="0"/>
                <w:sz w:val="18"/>
              </w:rPr>
              <w:t>（1）师：根据刚才练习的一组算式，说一说关于0的运算都有哪些。</w:t>
            </w:r>
          </w:p>
          <w:p>
            <w:pPr>
              <w:spacing w:after="20" w:line="276" w:lineRule="auto"/>
            </w:pPr>
            <w:r>
              <w:rPr>
                <w:rFonts w:ascii="宋体" w:hAnsi="宋体" w:eastAsia="宋体"/>
                <w:b w:val="0"/>
                <w:sz w:val="18"/>
              </w:rPr>
              <w:t>（2）引导学生小结。</w:t>
            </w:r>
          </w:p>
          <w:p>
            <w:pPr>
              <w:spacing w:after="20" w:line="276" w:lineRule="auto"/>
            </w:pPr>
            <w:r>
              <w:rPr>
                <w:rFonts w:ascii="宋体" w:hAnsi="宋体" w:eastAsia="宋体"/>
                <w:b w:val="0"/>
                <w:sz w:val="18"/>
              </w:rPr>
              <w:t>要引导学生根据教科书P6例3的问题和小组讨论交流的结果，结合具体实例，把有关0的运算知识系统化。</w:t>
            </w:r>
          </w:p>
          <w:p>
            <w:pPr>
              <w:spacing w:after="20" w:line="276" w:lineRule="auto"/>
            </w:pPr>
            <w:r>
              <w:rPr>
                <w:rFonts w:ascii="宋体" w:hAnsi="宋体" w:eastAsia="宋体"/>
                <w:b w:val="0"/>
                <w:sz w:val="18"/>
              </w:rPr>
              <w:t>2.理解0为什么不能作除数。</w:t>
            </w:r>
          </w:p>
          <w:p>
            <w:pPr>
              <w:spacing w:after="20" w:line="276" w:lineRule="auto"/>
            </w:pPr>
            <w:r>
              <w:rPr>
                <w:rFonts w:ascii="宋体" w:hAnsi="宋体" w:eastAsia="宋体"/>
                <w:b w:val="0"/>
                <w:sz w:val="18"/>
              </w:rPr>
              <w:t>（1）师：刚刚同学们总结出“0除以任何非0的数都得0”，那如果用0作除数，结果会怎样？为什么？</w:t>
            </w:r>
          </w:p>
          <w:p>
            <w:pPr>
              <w:spacing w:after="20" w:line="276" w:lineRule="auto"/>
            </w:pPr>
            <w:r>
              <w:rPr>
                <w:rFonts w:ascii="宋体" w:hAnsi="宋体" w:eastAsia="宋体"/>
                <w:b w:val="0"/>
                <w:sz w:val="18"/>
              </w:rPr>
              <w:t>②集体交流分享。</w:t>
            </w:r>
          </w:p>
          <w:p>
            <w:pPr>
              <w:spacing w:after="20" w:line="276" w:lineRule="auto"/>
            </w:pPr>
            <w:r>
              <w:rPr>
                <w:rFonts w:ascii="宋体" w:hAnsi="宋体" w:eastAsia="宋体"/>
                <w:b w:val="0"/>
                <w:sz w:val="18"/>
              </w:rPr>
              <w:t>(2)师：试一试能否计算“0÷0”？</w:t>
            </w:r>
          </w:p>
        </w:tc>
        <w:tc>
          <w:tcPr>
            <w:tcW w:type="dxa" w:w="3061"/>
          </w:tcPr>
          <w:p>
            <w:pPr>
              <w:spacing w:after="20" w:line="276" w:lineRule="auto"/>
            </w:pPr>
            <w:r/>
            <w:r>
              <w:rPr>
                <w:rFonts w:ascii="宋体" w:hAnsi="宋体" w:eastAsia="宋体"/>
                <w:b w:val="0"/>
                <w:sz w:val="18"/>
              </w:rPr>
              <w:t>①小组合作讨论交流并举例。</w:t>
            </w:r>
          </w:p>
          <w:p>
            <w:pPr>
              <w:spacing w:after="20" w:line="276" w:lineRule="auto"/>
            </w:pPr>
            <w:r>
              <w:rPr>
                <w:rFonts w:ascii="宋体" w:hAnsi="宋体" w:eastAsia="宋体"/>
                <w:b w:val="0"/>
                <w:sz w:val="18"/>
              </w:rPr>
              <w:t>②全班交流。</w:t>
            </w:r>
          </w:p>
          <w:p>
            <w:pPr>
              <w:spacing w:after="20" w:line="276" w:lineRule="auto"/>
            </w:pPr>
            <w:r>
              <w:rPr>
                <w:rFonts w:ascii="宋体" w:hAnsi="宋体" w:eastAsia="宋体"/>
                <w:b w:val="0"/>
                <w:sz w:val="18"/>
              </w:rPr>
              <w:t>预设1：一个数加上0或减去0，还得原数。例如：235+0=235,99-0=99。</w:t>
            </w:r>
          </w:p>
          <w:p>
            <w:pPr>
              <w:spacing w:after="20" w:line="276" w:lineRule="auto"/>
            </w:pPr>
            <w:r>
              <w:rPr>
                <w:rFonts w:ascii="宋体" w:hAnsi="宋体" w:eastAsia="宋体"/>
                <w:b w:val="0"/>
                <w:sz w:val="18"/>
              </w:rPr>
              <w:t>预设2：被减数等于减数，差是0。例如：128-128=0。</w:t>
            </w:r>
          </w:p>
          <w:p>
            <w:pPr>
              <w:spacing w:after="20" w:line="276" w:lineRule="auto"/>
            </w:pPr>
            <w:r>
              <w:rPr>
                <w:rFonts w:ascii="宋体" w:hAnsi="宋体" w:eastAsia="宋体"/>
                <w:b w:val="0"/>
                <w:sz w:val="18"/>
              </w:rPr>
              <w:t>预设3：一个数和0相乘，仍得0。例如：0×78=0,29×0=0。</w:t>
            </w:r>
          </w:p>
          <w:p>
            <w:pPr>
              <w:spacing w:after="20" w:line="276" w:lineRule="auto"/>
            </w:pPr>
            <w:r>
              <w:rPr>
                <w:rFonts w:ascii="宋体" w:hAnsi="宋体" w:eastAsia="宋体"/>
                <w:b w:val="0"/>
                <w:sz w:val="18"/>
              </w:rPr>
              <w:t>预设4：0除以任何非0的数都得0。例如：0÷76=0。（“非0”用得好，表达很准确。）</w:t>
            </w:r>
          </w:p>
          <w:p>
            <w:pPr>
              <w:spacing w:after="20" w:line="276" w:lineRule="auto"/>
            </w:pPr>
            <w:r>
              <w:rPr>
                <w:rFonts w:ascii="宋体" w:hAnsi="宋体" w:eastAsia="宋体"/>
                <w:b w:val="0"/>
                <w:sz w:val="18"/>
              </w:rPr>
              <w:t>学生归纳，教师板书：0在四则运算中的特性：一个数加上0或减去0，还得原数；被减数等于减数，差是0；一个数和0相乘，仍得0；0除以一个非0的数，还得0。</w:t>
            </w:r>
          </w:p>
          <w:p>
            <w:pPr>
              <w:spacing w:after="20" w:line="276" w:lineRule="auto"/>
            </w:pPr>
            <w:r>
              <w:rPr>
                <w:rFonts w:ascii="宋体" w:hAnsi="宋体" w:eastAsia="宋体"/>
                <w:b w:val="0"/>
                <w:sz w:val="18"/>
              </w:rPr>
              <w:t>①小组讨论。</w:t>
            </w:r>
          </w:p>
          <w:p>
            <w:pPr>
              <w:spacing w:after="20" w:line="276" w:lineRule="auto"/>
            </w:pPr>
            <w:r>
              <w:rPr>
                <w:rFonts w:ascii="宋体" w:hAnsi="宋体" w:eastAsia="宋体"/>
                <w:b w:val="0"/>
                <w:sz w:val="18"/>
              </w:rPr>
              <w:t>例如5除以0不可能得到商。因为“被除数=除数×商”，找不到一个数同0相乘得到5,所以0是不能作除数的。</w:t>
            </w:r>
          </w:p>
          <w:p>
            <w:pPr>
              <w:spacing w:after="20" w:line="276" w:lineRule="auto"/>
            </w:pPr>
            <w:r>
              <w:rPr>
                <w:rFonts w:ascii="宋体" w:hAnsi="宋体" w:eastAsia="宋体"/>
                <w:b w:val="0"/>
                <w:sz w:val="18"/>
              </w:rPr>
              <w:t>0除以0不可能得到一个确定的商，因为任何数同0相乘都得0。（板书：0不能作除数。）</w:t>
            </w:r>
          </w:p>
        </w:tc>
        <w:tc>
          <w:tcPr>
            <w:tcW w:type="dxa" w:w="1814"/>
          </w:tcPr>
          <w:p>
            <w:pPr>
              <w:spacing w:after="20" w:line="276" w:lineRule="auto"/>
            </w:pPr>
            <w:r/>
            <w:r>
              <w:rPr>
                <w:rFonts w:ascii="宋体" w:hAnsi="宋体" w:eastAsia="宋体"/>
                <w:b w:val="0"/>
                <w:sz w:val="18"/>
              </w:rPr>
              <w:t>通过小组合作讨论交流，让学生回忆、整理和概括0在四则运算中的特性，形成良好的认知结构，有利于提高学生的计算能力和整理概括的能力。</w:t>
            </w:r>
          </w:p>
          <w:p>
            <w:pPr>
              <w:spacing w:after="20" w:line="276" w:lineRule="auto"/>
            </w:pPr>
            <w:r>
              <w:rPr>
                <w:rFonts w:ascii="宋体" w:hAnsi="宋体" w:eastAsia="宋体"/>
                <w:b w:val="0"/>
                <w:sz w:val="18"/>
              </w:rPr>
              <w:t>本环节借助一个非0的数除以0与0除以0的例子，让学生通过对例子的讨论得到“0不能作除数”的结论。这个过程，也让学生明白了0为什么不能作除数的道理。</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5.教科书P8“练习二”第10*题。</w:t>
            </w:r>
          </w:p>
          <w:p>
            <w:pPr>
              <w:spacing w:after="20" w:line="276" w:lineRule="auto"/>
            </w:pPr>
            <w:r>
              <w:rPr>
                <w:rFonts w:ascii="宋体" w:hAnsi="宋体" w:eastAsia="宋体"/>
                <w:b w:val="0"/>
                <w:sz w:val="18"/>
              </w:rPr>
              <w:t>（1）教师点拨：要改写成综合算式，需把最后一个算式中的两个圆替换成上面的算式。</w:t>
            </w:r>
          </w:p>
          <w:p>
            <w:pPr>
              <w:spacing w:after="20" w:line="276" w:lineRule="auto"/>
            </w:pPr>
            <w:r>
              <w:rPr>
                <w:rFonts w:ascii="宋体" w:hAnsi="宋体" w:eastAsia="宋体"/>
                <w:b w:val="0"/>
                <w:sz w:val="18"/>
              </w:rPr>
              <w:t>（2）学生独立完成。</w:t>
            </w:r>
          </w:p>
          <w:p>
            <w:pPr>
              <w:spacing w:after="20" w:line="276" w:lineRule="auto"/>
            </w:pPr>
            <w:r>
              <w:rPr>
                <w:rFonts w:ascii="宋体" w:hAnsi="宋体" w:eastAsia="宋体"/>
                <w:b w:val="0"/>
                <w:sz w:val="18"/>
              </w:rPr>
              <w:t>6.破译密码。（课件出示教科书P8“练习二”思考题）</w:t>
            </w:r>
          </w:p>
          <w:p>
            <w:pPr>
              <w:spacing w:after="20" w:line="276" w:lineRule="auto"/>
            </w:pPr>
            <w:r>
              <w:rPr>
                <w:rFonts w:ascii="宋体" w:hAnsi="宋体" w:eastAsia="宋体"/>
                <w:b w:val="0"/>
                <w:sz w:val="18"/>
              </w:rPr>
              <w:t>（1）四人一小组讨论确定解题思路。</w:t>
            </w:r>
          </w:p>
          <w:p>
            <w:pPr>
              <w:spacing w:after="20" w:line="276" w:lineRule="auto"/>
            </w:pPr>
            <w:r>
              <w:rPr>
                <w:rFonts w:ascii="宋体" w:hAnsi="宋体" w:eastAsia="宋体"/>
                <w:b w:val="0"/>
                <w:sz w:val="18"/>
              </w:rPr>
              <w:t>（2）学生独立完成。</w:t>
            </w:r>
          </w:p>
          <w:p>
            <w:pPr>
              <w:spacing w:after="20" w:line="276" w:lineRule="auto"/>
            </w:pPr>
            <w:r>
              <w:rPr>
                <w:rFonts w:ascii="宋体" w:hAnsi="宋体" w:eastAsia="宋体"/>
                <w:b w:val="0"/>
                <w:sz w:val="18"/>
              </w:rPr>
              <w:t>7.数学游戏。（课件出示教科书P6“数学游戏”）</w:t>
            </w:r>
          </w:p>
          <w:p>
            <w:pPr>
              <w:spacing w:after="20" w:line="276" w:lineRule="auto"/>
            </w:pPr>
            <w:r>
              <w:rPr>
                <w:rFonts w:ascii="宋体" w:hAnsi="宋体" w:eastAsia="宋体"/>
                <w:b w:val="0"/>
                <w:sz w:val="18"/>
              </w:rPr>
              <w:t>（1）学生小组合作完成。</w:t>
            </w:r>
          </w:p>
          <w:p>
            <w:pPr>
              <w:spacing w:after="20" w:line="276" w:lineRule="auto"/>
            </w:pPr>
            <w:r>
              <w:rPr>
                <w:rFonts w:ascii="宋体" w:hAnsi="宋体" w:eastAsia="宋体"/>
                <w:b w:val="0"/>
                <w:sz w:val="18"/>
              </w:rPr>
              <w:t>（2）汇报交流，集体分享。</w:t>
            </w:r>
          </w:p>
          <w:p>
            <w:pPr>
              <w:spacing w:after="20" w:line="276" w:lineRule="auto"/>
            </w:pPr>
            <w:r>
              <w:rPr>
                <w:rFonts w:ascii="宋体" w:hAnsi="宋体" w:eastAsia="宋体"/>
                <w:b w:val="0"/>
                <w:sz w:val="18"/>
              </w:rPr>
              <w:t>教学中要借助具体实例，帮助学生想清楚弄明白，化解难点。</w:t>
            </w:r>
          </w:p>
          <w:p>
            <w:pPr>
              <w:spacing w:after="20" w:line="276" w:lineRule="auto"/>
            </w:pPr>
            <w:r>
              <w:rPr>
                <w:rFonts w:ascii="宋体" w:hAnsi="宋体" w:eastAsia="宋体"/>
                <w:b w:val="0"/>
                <w:sz w:val="18"/>
              </w:rPr>
              <w:t>教师引导学生总结同时提示学生：对角线上的数不能看作相邻的数，处理这种类型的问题得从不同的方向看一看,算一算,多种角度考虑。</w:t>
            </w:r>
          </w:p>
        </w:tc>
        <w:tc>
          <w:tcPr>
            <w:tcW w:type="dxa" w:w="3061"/>
          </w:tcPr>
          <w:p>
            <w:pPr>
              <w:spacing w:after="20" w:line="276" w:lineRule="auto"/>
            </w:pPr>
            <w:r/>
            <w:r>
              <w:rPr>
                <w:rFonts w:ascii="宋体" w:hAnsi="宋体" w:eastAsia="宋体"/>
                <w:b w:val="0"/>
                <w:sz w:val="18"/>
              </w:rPr>
              <w:t>1.学生独立完成教科书P8“练习二”第7题。</w:t>
            </w:r>
          </w:p>
          <w:p>
            <w:pPr>
              <w:spacing w:after="20" w:line="276" w:lineRule="auto"/>
            </w:pPr>
            <w:r>
              <w:rPr>
                <w:rFonts w:ascii="宋体" w:hAnsi="宋体" w:eastAsia="宋体"/>
                <w:b w:val="0"/>
                <w:sz w:val="18"/>
              </w:rPr>
              <w:t>第7题是有关0的运算的专项练习，重在帮助学生掌握0在四则运算中的特性。学生解题应该没问题，但要关注学生口算的速度和正确率。</w:t>
            </w:r>
          </w:p>
          <w:p>
            <w:pPr>
              <w:spacing w:after="20" w:line="276" w:lineRule="auto"/>
            </w:pPr>
            <w:r>
              <w:rPr>
                <w:rFonts w:ascii="宋体" w:hAnsi="宋体" w:eastAsia="宋体"/>
                <w:b w:val="0"/>
                <w:sz w:val="18"/>
              </w:rPr>
              <w:t>2.学生独立完成教科书P8“练习二”第6题。</w:t>
            </w:r>
          </w:p>
          <w:p>
            <w:pPr>
              <w:spacing w:after="20" w:line="276" w:lineRule="auto"/>
            </w:pPr>
            <w:r>
              <w:rPr>
                <w:rFonts w:ascii="宋体" w:hAnsi="宋体" w:eastAsia="宋体"/>
                <w:b w:val="0"/>
                <w:sz w:val="18"/>
              </w:rPr>
              <w:t>第6题是利用有余数的除法各部分间的关系来解决问题，部分学生可能对“还剩3个桃”不知怎样正确处理，教师要引导学生回顾：在有余数的除法中，被除数＝商×除数＋余数。</w:t>
            </w:r>
          </w:p>
          <w:p>
            <w:pPr>
              <w:spacing w:after="20" w:line="276" w:lineRule="auto"/>
            </w:pPr>
            <w:r>
              <w:rPr>
                <w:rFonts w:ascii="宋体" w:hAnsi="宋体" w:eastAsia="宋体"/>
                <w:b w:val="0"/>
                <w:sz w:val="18"/>
              </w:rPr>
              <w:t>3.学生独立完成教科书P8“练习二”第8题。</w:t>
            </w:r>
          </w:p>
          <w:p>
            <w:pPr>
              <w:spacing w:after="20" w:line="276" w:lineRule="auto"/>
            </w:pPr>
            <w:r>
              <w:rPr>
                <w:rFonts w:ascii="宋体" w:hAnsi="宋体" w:eastAsia="宋体"/>
                <w:b w:val="0"/>
                <w:sz w:val="18"/>
              </w:rPr>
              <w:t>让学生经历“填表——说思路”的过程，加深对路程、速度和时间三者之间关系的理解，进而让学生观察比较表中数据变化，初步渗透函数思想。</w:t>
            </w:r>
          </w:p>
          <w:p>
            <w:pPr>
              <w:spacing w:after="20" w:line="276" w:lineRule="auto"/>
            </w:pPr>
            <w:r>
              <w:rPr>
                <w:rFonts w:ascii="宋体" w:hAnsi="宋体" w:eastAsia="宋体"/>
                <w:b w:val="0"/>
                <w:sz w:val="18"/>
              </w:rPr>
              <w:t>4.学生独立完成教科书P8“练习二”第9题。</w:t>
            </w:r>
          </w:p>
          <w:p>
            <w:pPr>
              <w:spacing w:after="20" w:line="276" w:lineRule="auto"/>
            </w:pPr>
            <w:r>
              <w:rPr>
                <w:rFonts w:ascii="宋体" w:hAnsi="宋体" w:eastAsia="宋体"/>
                <w:b w:val="0"/>
                <w:sz w:val="18"/>
              </w:rPr>
              <w:t>学生可能会出现这样的错误：△-□×▲+■=◇。教师要及时引导：为了保证不改变运算顺序,这里需要加上括号。</w:t>
            </w:r>
          </w:p>
          <w:p>
            <w:pPr>
              <w:spacing w:after="20" w:line="276" w:lineRule="auto"/>
            </w:pPr>
            <w:r>
              <w:rPr>
                <w:rFonts w:ascii="宋体" w:hAnsi="宋体" w:eastAsia="宋体"/>
                <w:b w:val="0"/>
                <w:sz w:val="18"/>
              </w:rPr>
              <w:t>学生经过小组讨论后可能知道该怎么做，但思路不是很清晰，教师要及时引导，这道题需要用逆推的方法。</w:t>
            </w:r>
          </w:p>
          <w:p>
            <w:pPr>
              <w:spacing w:after="20" w:line="276" w:lineRule="auto"/>
            </w:pPr>
            <w:r>
              <w:rPr>
                <w:rFonts w:ascii="宋体" w:hAnsi="宋体" w:eastAsia="宋体"/>
                <w:b w:val="0"/>
                <w:sz w:val="18"/>
              </w:rPr>
              <w:t>预设1：我们组找到了4组，每一行的4个数的和都是340。（很好，你们一下子找到了4组，还有吗？）</w:t>
            </w:r>
          </w:p>
          <w:p>
            <w:pPr>
              <w:spacing w:after="20" w:line="276" w:lineRule="auto"/>
            </w:pPr>
            <w:r>
              <w:rPr>
                <w:rFonts w:ascii="宋体" w:hAnsi="宋体" w:eastAsia="宋体"/>
                <w:b w:val="0"/>
                <w:sz w:val="18"/>
              </w:rPr>
              <w:t>预设2：我们组找到了8组，除了每一行的4个数的和都是340外，每一列的4个数的和也都是340。</w:t>
            </w:r>
          </w:p>
          <w:p>
            <w:pPr>
              <w:spacing w:after="20" w:line="276" w:lineRule="auto"/>
            </w:pPr>
            <w:r>
              <w:rPr>
                <w:rFonts w:ascii="宋体" w:hAnsi="宋体" w:eastAsia="宋体"/>
                <w:b w:val="0"/>
                <w:sz w:val="18"/>
              </w:rPr>
              <w:t>预设3：对角线上的4个数的和也都是340。</w:t>
            </w:r>
          </w:p>
          <w:p>
            <w:pPr>
              <w:spacing w:after="20" w:line="276" w:lineRule="auto"/>
            </w:pPr>
            <w:r>
              <w:rPr>
                <w:rFonts w:ascii="宋体" w:hAnsi="宋体" w:eastAsia="宋体"/>
                <w:b w:val="0"/>
                <w:sz w:val="18"/>
              </w:rPr>
              <w:t>预设4：上、下、左、右相邻4个数的和也都是340，如：10、80、140、110,160、90、30、60等。</w:t>
            </w:r>
          </w:p>
        </w:tc>
        <w:tc>
          <w:tcPr>
            <w:tcW w:type="dxa" w:w="1814"/>
          </w:tcPr>
          <w:p>
            <w:pPr>
              <w:spacing w:after="20" w:line="276" w:lineRule="auto"/>
            </w:pPr>
            <w:r/>
            <w:r>
              <w:rPr>
                <w:rFonts w:ascii="宋体" w:hAnsi="宋体" w:eastAsia="宋体"/>
                <w:b w:val="0"/>
                <w:sz w:val="18"/>
              </w:rPr>
              <w:t>本环节主要是通过不同形式、不同层次的练习，充分发挥练习题的数学价值。让学生既巩固了本节课的新知识，又将前面所学的知识进行了综合运用，培养学生解决问题的能力和初步的推理能力。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师：这节课学习了什么？你有什么收获？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引导学生回顾梳理本课所学，完善认知结构，提升归纳与反思能力，核心问题："这节课学习了什么？你有什么收获？"</w:t>
            </w:r>
          </w:p>
        </w:tc>
      </w:tr>
      <w:tr>
        <w:tc>
          <w:tcPr>
            <w:tcW w:type="dxa" w:w="1474"/>
          </w:tcPr>
          <w:p>
            <w:pPr>
              <w:spacing w:after="20" w:line="276" w:lineRule="auto"/>
            </w:pPr>
            <w:r>
              <w:rPr>
                <w:b/>
              </w:rPr>
            </w:r>
            <w:r>
              <w:rPr>
                <w:rFonts w:ascii="宋体" w:hAnsi="宋体" w:eastAsia="宋体"/>
                <w:b/>
                <w:sz w:val="18"/>
              </w:rPr>
              <w:t>五、拓展延伸</w:t>
            </w:r>
          </w:p>
        </w:tc>
        <w:tc>
          <w:tcPr>
            <w:tcW w:type="dxa" w:w="3061"/>
          </w:tcPr>
          <w:p>
            <w:pPr>
              <w:spacing w:after="20" w:line="276" w:lineRule="auto"/>
            </w:pPr>
            <w:r/>
            <w:r>
              <w:rPr>
                <w:rFonts w:ascii="宋体" w:hAnsi="宋体" w:eastAsia="宋体"/>
                <w:b w:val="0"/>
                <w:sz w:val="18"/>
              </w:rPr>
              <w:t>课件介绍生活中的数字“0”。</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有关0的运算</w:t>
      </w:r>
    </w:p>
    <w:p>
      <w:pPr>
        <w:spacing w:after="40" w:line="300" w:lineRule="auto"/>
      </w:pPr>
      <w:r>
        <w:rPr>
          <w:rFonts w:ascii="宋体" w:hAnsi="宋体" w:eastAsia="宋体"/>
          <w:b w:val="0"/>
          <w:sz w:val="20"/>
        </w:rPr>
        <w:t>0在四则运算中的特性：一个数加上0或减去0，还得原数；被减数等于减数，差是0；一个数和0相乘，仍得0；0除以一个非0的数，还得0。0不能作除数。</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教科书P6例3，完成P6“数学游戏”、P8“练习二”第6～10*题和思考题。</w:t>
      </w:r>
    </w:p>
    <w:p>
      <w:pPr>
        <w:spacing w:after="40" w:line="300" w:lineRule="auto"/>
        <w:ind w:firstLine="400"/>
      </w:pPr>
      <w:r>
        <w:rPr>
          <w:rFonts w:ascii="宋体" w:hAnsi="宋体" w:eastAsia="宋体"/>
          <w:b w:val="0"/>
          <w:sz w:val="20"/>
        </w:rPr>
        <w:t>② 原设计安排：见“状元成才路”系列丛书《创优作业100分》或《状元作业本》对应课时作业。 【教学笔记】 【教学提示】 给学生独立的空间，让学生自己进行练习，有效地促使学生在应用中加深对所学知识的理解。同时，教师可以准确掌握学生的学习情况，给予学生帮助、指导。</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这节课通过安排练习发现规律,巧妙地把本节课的重、难点贯穿于具体的运算中,学生学得轻松愉快。整个教学过程都采取了自主探索、合作交流的教学模式。对于0不能作除数,如果直接告诉学生让学生记忆,就不利于学生理解。通过举例讨论获得结论,学生对于“0不能作除数”就会理解得更加透彻。</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括号</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括号</w:t>
            </w:r>
          </w:p>
        </w:tc>
        <w:tc>
          <w:tcPr>
            <w:tcW w:type="dxa" w:w="6009"/>
          </w:tcPr>
          <w:p>
            <w:pPr>
              <w:spacing w:after="20" w:line="276" w:lineRule="auto"/>
            </w:pPr>
            <w:r/>
            <w:r>
              <w:rPr>
                <w:rFonts w:ascii="宋体" w:hAnsi="宋体" w:eastAsia="宋体"/>
                <w:b w:val="0"/>
                <w:sz w:val="20"/>
              </w:rPr>
              <w:t>第1单元 四则运算</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前面已经学会加、减、乘、除的计算方法，积累了丰富的有关加、减、乘、除的意义的感性认识和运算经验，需要对此前学习过的四则运算知识进行较为系统的概括和总结，为后续学习打下基础。在学习本单元时，学生能够较好地理解比较抽象的运算顺序，但不太容易理解减法和除法的意义，同时，合理、灵活、正确地计算与解决问题也是学生学习中的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教学内容：教科书P9例4，完成P9“做一做”，P11~12“练习三”第1、2、3、6题。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（1）认识中括号，掌握四则混合运算的顺序，能进行简单的四则混合运算。</w:t>
      </w:r>
    </w:p>
    <w:p>
      <w:pPr>
        <w:spacing w:after="20" w:line="300" w:lineRule="auto"/>
        <w:ind w:firstLine="400"/>
      </w:pPr>
      <w:r>
        <w:rPr>
          <w:rFonts w:ascii="宋体" w:hAnsi="宋体" w:eastAsia="宋体"/>
          <w:b w:val="0"/>
          <w:sz w:val="20"/>
        </w:rPr>
        <w:t>（2）引导学生经历带有“小括号”和“中括号”的混合运算的运算顺序的探索过程，培养学生独立思考、独立解决问题的能力和积极参与学习活动的意识。</w:t>
      </w:r>
    </w:p>
    <w:p>
      <w:pPr>
        <w:spacing w:after="20" w:line="300" w:lineRule="auto"/>
        <w:ind w:firstLine="400"/>
      </w:pPr>
      <w:r>
        <w:rPr>
          <w:rFonts w:ascii="宋体" w:hAnsi="宋体" w:eastAsia="宋体"/>
          <w:b w:val="0"/>
          <w:sz w:val="20"/>
        </w:rPr>
        <w:t>（3）在主动参与数学活动的过程中获得成功的体验，培养学生认真、细致的计算习惯。</w:t>
      </w:r>
    </w:p>
    <w:p>
      <w:pPr>
        <w:spacing w:after="20" w:line="300" w:lineRule="auto"/>
      </w:pPr>
      <w:r>
        <w:rPr>
          <w:rFonts w:ascii="宋体" w:hAnsi="宋体" w:eastAsia="宋体"/>
          <w:b w:val="0"/>
          <w:sz w:val="20"/>
        </w:rPr>
        <w:t>教学重点：理解带有中括号的四则混合运算的运算顺序，会计算带有括号的四则混合运算。</w:t>
      </w:r>
    </w:p>
    <w:p>
      <w:pPr>
        <w:spacing w:after="20" w:line="300" w:lineRule="auto"/>
      </w:pPr>
      <w:r>
        <w:rPr>
          <w:rFonts w:ascii="宋体" w:hAnsi="宋体" w:eastAsia="宋体"/>
          <w:b w:val="0"/>
          <w:sz w:val="20"/>
        </w:rPr>
        <w:t>教学难点：正确计算带有括号的四则混合运算。</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一、复习旧知识，导入新课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二、经历过程，探究新知识</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三、巩固练习，不断深化</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这节课我们学习了什么？你有什么收获？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一、复习旧知识，导入新课</w:t>
            </w:r>
          </w:p>
        </w:tc>
        <w:tc>
          <w:tcPr>
            <w:tcW w:type="dxa" w:w="3061"/>
          </w:tcPr>
          <w:p>
            <w:pPr>
              <w:spacing w:after="20" w:line="276" w:lineRule="auto"/>
            </w:pPr>
            <w:r/>
            <w:r>
              <w:rPr>
                <w:rFonts w:ascii="宋体" w:hAnsi="宋体" w:eastAsia="宋体"/>
                <w:b w:val="0"/>
                <w:sz w:val="18"/>
              </w:rPr>
              <w:t>师：我们先来完成一组算式，回顾一下混合运算的顺序是怎样的。</w:t>
            </w:r>
          </w:p>
          <w:p>
            <w:pPr>
              <w:spacing w:after="20" w:line="276" w:lineRule="auto"/>
            </w:pPr>
            <w:r>
              <w:rPr>
                <w:rFonts w:ascii="宋体" w:hAnsi="宋体" w:eastAsia="宋体"/>
                <w:b w:val="0"/>
                <w:sz w:val="18"/>
              </w:rPr>
              <w:t>师：加法和减法叫作第一级运算，乘法和除法叫作第二级运算。加、减、乘、除四种运算统称四则运算。通过前面的学习，我们已经知道了四则混合运算的运算顺序，下面我们来总结并继续学习有括号的混合运算的顺序。（板书课题：括号）</w:t>
            </w:r>
          </w:p>
        </w:tc>
        <w:tc>
          <w:tcPr>
            <w:tcW w:type="dxa" w:w="3061"/>
          </w:tcPr>
          <w:p>
            <w:pPr>
              <w:spacing w:after="20" w:line="276" w:lineRule="auto"/>
            </w:pPr>
            <w:r/>
            <w:r>
              <w:rPr>
                <w:rFonts w:ascii="宋体" w:hAnsi="宋体" w:eastAsia="宋体"/>
                <w:b w:val="0"/>
                <w:sz w:val="18"/>
              </w:rPr>
              <w:t>学生独立完成计算，再讨论并回答问题。</w:t>
            </w:r>
          </w:p>
          <w:p>
            <w:pPr>
              <w:spacing w:after="20" w:line="276" w:lineRule="auto"/>
            </w:pPr>
            <w:r>
              <w:rPr>
                <w:rFonts w:ascii="宋体" w:hAnsi="宋体" w:eastAsia="宋体"/>
                <w:b w:val="0"/>
                <w:sz w:val="18"/>
              </w:rPr>
              <w:t>预设1：在没有括号的算式里，只有加、减法或只有乘、除法，都要按从左往右的顺序计算。</w:t>
            </w:r>
          </w:p>
          <w:p>
            <w:pPr>
              <w:spacing w:after="20" w:line="276" w:lineRule="auto"/>
            </w:pPr>
            <w:r>
              <w:rPr>
                <w:rFonts w:ascii="宋体" w:hAnsi="宋体" w:eastAsia="宋体"/>
                <w:b w:val="0"/>
                <w:sz w:val="18"/>
              </w:rPr>
              <w:t>预设2：在没有括号的算式里，如果既有乘、除法，又有加、减法，要先算乘、除法，后算加、减法。</w:t>
            </w:r>
          </w:p>
        </w:tc>
        <w:tc>
          <w:tcPr>
            <w:tcW w:type="dxa" w:w="1814"/>
          </w:tcPr>
          <w:p>
            <w:pPr>
              <w:spacing w:after="20" w:line="276" w:lineRule="auto"/>
            </w:pPr>
            <w:r/>
            <w:r>
              <w:rPr>
                <w:rFonts w:ascii="宋体" w:hAnsi="宋体" w:eastAsia="宋体"/>
                <w:b w:val="0"/>
                <w:sz w:val="18"/>
              </w:rPr>
              <w:t>有人说：“智慧不是别的，而是一种组织起来的知识体系。”这里所说的“组织起来的知识体系”就是指系统化的知识。课的开始，通过计算回顾，不仅使所学知识系统化，加强了对知识的理解、巩固和提高，更重要的是可以唤醒学生对相关知识的探究意识。</w:t>
            </w:r>
          </w:p>
        </w:tc>
      </w:tr>
      <w:tr>
        <w:tc>
          <w:tcPr>
            <w:tcW w:type="dxa" w:w="1474"/>
          </w:tcPr>
          <w:p>
            <w:pPr>
              <w:spacing w:after="20" w:line="276" w:lineRule="auto"/>
            </w:pPr>
            <w:r>
              <w:rPr>
                <w:b/>
              </w:rPr>
            </w:r>
            <w:r>
              <w:rPr>
                <w:rFonts w:ascii="宋体" w:hAnsi="宋体" w:eastAsia="宋体"/>
                <w:b/>
                <w:sz w:val="18"/>
              </w:rPr>
              <w:t>二、经历过程，探究新知识</w:t>
            </w:r>
          </w:p>
        </w:tc>
        <w:tc>
          <w:tcPr>
            <w:tcW w:type="dxa" w:w="3061"/>
          </w:tcPr>
          <w:p>
            <w:pPr>
              <w:spacing w:after="20" w:line="276" w:lineRule="auto"/>
            </w:pPr>
            <w:r/>
            <w:r>
              <w:rPr>
                <w:rFonts w:ascii="宋体" w:hAnsi="宋体" w:eastAsia="宋体"/>
                <w:b w:val="0"/>
                <w:sz w:val="18"/>
              </w:rPr>
              <w:t>1.课件出示教科书P9例4（1）。</w:t>
            </w:r>
          </w:p>
          <w:p>
            <w:pPr>
              <w:spacing w:after="20" w:line="276" w:lineRule="auto"/>
            </w:pPr>
            <w:r>
              <w:rPr>
                <w:rFonts w:ascii="宋体" w:hAnsi="宋体" w:eastAsia="宋体"/>
                <w:b w:val="0"/>
                <w:sz w:val="18"/>
              </w:rPr>
              <w:t>96÷12+4×2</w:t>
            </w:r>
          </w:p>
          <w:p>
            <w:pPr>
              <w:spacing w:after="20" w:line="276" w:lineRule="auto"/>
            </w:pPr>
            <w:r>
              <w:rPr>
                <w:rFonts w:ascii="宋体" w:hAnsi="宋体" w:eastAsia="宋体"/>
                <w:b w:val="0"/>
                <w:sz w:val="18"/>
              </w:rPr>
              <w:t>=8+8</w:t>
            </w:r>
          </w:p>
          <w:p>
            <w:pPr>
              <w:spacing w:after="20" w:line="276" w:lineRule="auto"/>
            </w:pPr>
            <w:r>
              <w:rPr>
                <w:rFonts w:ascii="宋体" w:hAnsi="宋体" w:eastAsia="宋体"/>
                <w:b w:val="0"/>
                <w:sz w:val="18"/>
              </w:rPr>
              <w:t>=16</w:t>
            </w:r>
          </w:p>
          <w:p>
            <w:pPr>
              <w:spacing w:after="20" w:line="276" w:lineRule="auto"/>
            </w:pPr>
            <w:r>
              <w:rPr>
                <w:rFonts w:ascii="宋体" w:hAnsi="宋体" w:eastAsia="宋体"/>
                <w:b w:val="0"/>
                <w:sz w:val="18"/>
              </w:rPr>
              <w:t>2.课件出示教科书P9例4（2）。</w:t>
            </w:r>
          </w:p>
          <w:p>
            <w:pPr>
              <w:spacing w:after="20" w:line="276" w:lineRule="auto"/>
            </w:pPr>
            <w:r>
              <w:rPr>
                <w:rFonts w:ascii="宋体" w:hAnsi="宋体" w:eastAsia="宋体"/>
                <w:b w:val="0"/>
                <w:sz w:val="18"/>
              </w:rPr>
              <w:t>96÷(12+4)×2</w:t>
            </w:r>
          </w:p>
          <w:p>
            <w:pPr>
              <w:spacing w:after="20" w:line="276" w:lineRule="auto"/>
            </w:pPr>
            <w:r>
              <w:rPr>
                <w:rFonts w:ascii="宋体" w:hAnsi="宋体" w:eastAsia="宋体"/>
                <w:b w:val="0"/>
                <w:sz w:val="18"/>
              </w:rPr>
              <w:t>=96÷16×2</w:t>
            </w:r>
          </w:p>
          <w:p>
            <w:pPr>
              <w:spacing w:after="20" w:line="276" w:lineRule="auto"/>
            </w:pPr>
            <w:r>
              <w:rPr>
                <w:rFonts w:ascii="宋体" w:hAnsi="宋体" w:eastAsia="宋体"/>
                <w:b w:val="0"/>
                <w:sz w:val="18"/>
              </w:rPr>
              <w:t>=6×2</w:t>
            </w:r>
          </w:p>
          <w:p>
            <w:pPr>
              <w:spacing w:after="20" w:line="276" w:lineRule="auto"/>
            </w:pPr>
            <w:r>
              <w:rPr>
                <w:rFonts w:ascii="宋体" w:hAnsi="宋体" w:eastAsia="宋体"/>
                <w:b w:val="0"/>
                <w:sz w:val="18"/>
              </w:rPr>
              <w:t>=12</w:t>
            </w:r>
          </w:p>
          <w:p>
            <w:pPr>
              <w:spacing w:after="20" w:line="276" w:lineRule="auto"/>
            </w:pPr>
            <w:r>
              <w:rPr>
                <w:rFonts w:ascii="宋体" w:hAnsi="宋体" w:eastAsia="宋体"/>
                <w:b w:val="0"/>
                <w:sz w:val="18"/>
              </w:rPr>
              <w:t>教师板书：一个算式里，有小括号，要先算小括号里面的。</w:t>
            </w:r>
          </w:p>
          <w:p>
            <w:pPr>
              <w:spacing w:after="20" w:line="276" w:lineRule="auto"/>
            </w:pPr>
            <w:r>
              <w:rPr>
                <w:rFonts w:ascii="宋体" w:hAnsi="宋体" w:eastAsia="宋体"/>
                <w:b w:val="0"/>
                <w:sz w:val="18"/>
              </w:rPr>
              <w:t>3.找不同点。</w:t>
            </w:r>
          </w:p>
          <w:p>
            <w:pPr>
              <w:spacing w:after="20" w:line="276" w:lineRule="auto"/>
            </w:pPr>
            <w:r>
              <w:rPr>
                <w:rFonts w:ascii="宋体" w:hAnsi="宋体" w:eastAsia="宋体"/>
                <w:b w:val="0"/>
                <w:sz w:val="18"/>
              </w:rPr>
              <w:t>师：想一想这两题的结果为什么不同。</w:t>
            </w:r>
          </w:p>
          <w:p>
            <w:pPr>
              <w:spacing w:after="20" w:line="276" w:lineRule="auto"/>
            </w:pPr>
            <w:r>
              <w:rPr>
                <w:rFonts w:ascii="宋体" w:hAnsi="宋体" w:eastAsia="宋体"/>
                <w:b w:val="0"/>
                <w:sz w:val="18"/>
              </w:rPr>
              <w:t>4.课件出示教科书P9例4（3）。</w:t>
            </w:r>
          </w:p>
          <w:p>
            <w:pPr>
              <w:spacing w:after="20" w:line="276" w:lineRule="auto"/>
            </w:pPr>
            <w:r>
              <w:rPr>
                <w:rFonts w:ascii="宋体" w:hAnsi="宋体" w:eastAsia="宋体"/>
                <w:b w:val="0"/>
                <w:sz w:val="18"/>
              </w:rPr>
              <w:t>（1）让学生先说一说运算顺序。</w:t>
            </w:r>
          </w:p>
          <w:p>
            <w:pPr>
              <w:spacing w:after="20" w:line="276" w:lineRule="auto"/>
            </w:pPr>
            <w:r>
              <w:rPr>
                <w:rFonts w:ascii="宋体" w:hAnsi="宋体" w:eastAsia="宋体"/>
                <w:b w:val="0"/>
                <w:sz w:val="18"/>
              </w:rPr>
              <w:t>（2）学生独立计算。</w:t>
            </w:r>
          </w:p>
          <w:p>
            <w:pPr>
              <w:spacing w:after="20" w:line="276" w:lineRule="auto"/>
            </w:pPr>
            <w:r>
              <w:rPr>
                <w:rFonts w:ascii="宋体" w:hAnsi="宋体" w:eastAsia="宋体"/>
                <w:b w:val="0"/>
                <w:sz w:val="18"/>
              </w:rPr>
              <w:t>（3）集体交流分享。</w:t>
            </w:r>
          </w:p>
          <w:p>
            <w:pPr>
              <w:spacing w:after="20" w:line="276" w:lineRule="auto"/>
            </w:pPr>
            <w:r>
              <w:rPr>
                <w:rFonts w:ascii="宋体" w:hAnsi="宋体" w:eastAsia="宋体"/>
                <w:b w:val="0"/>
                <w:sz w:val="18"/>
              </w:rPr>
              <w:t>96÷［（12+4）×2］</w:t>
            </w:r>
          </w:p>
          <w:p>
            <w:pPr>
              <w:spacing w:after="20" w:line="276" w:lineRule="auto"/>
            </w:pPr>
            <w:r>
              <w:rPr>
                <w:rFonts w:ascii="宋体" w:hAnsi="宋体" w:eastAsia="宋体"/>
                <w:b w:val="0"/>
                <w:sz w:val="18"/>
              </w:rPr>
              <w:t>＝96÷［16×2］</w:t>
            </w:r>
          </w:p>
          <w:p>
            <w:pPr>
              <w:spacing w:after="20" w:line="276" w:lineRule="auto"/>
            </w:pPr>
            <w:r>
              <w:rPr>
                <w:rFonts w:ascii="宋体" w:hAnsi="宋体" w:eastAsia="宋体"/>
                <w:b w:val="0"/>
                <w:sz w:val="18"/>
              </w:rPr>
              <w:t>＝96÷32</w:t>
            </w:r>
          </w:p>
          <w:p>
            <w:pPr>
              <w:spacing w:after="20" w:line="276" w:lineRule="auto"/>
            </w:pPr>
            <w:r>
              <w:rPr>
                <w:rFonts w:ascii="宋体" w:hAnsi="宋体" w:eastAsia="宋体"/>
                <w:b w:val="0"/>
                <w:sz w:val="18"/>
              </w:rPr>
              <w:t>＝3</w:t>
            </w:r>
          </w:p>
          <w:p>
            <w:pPr>
              <w:spacing w:after="20" w:line="276" w:lineRule="auto"/>
            </w:pPr>
            <w:r>
              <w:rPr>
                <w:rFonts w:ascii="宋体" w:hAnsi="宋体" w:eastAsia="宋体"/>
                <w:b w:val="0"/>
                <w:sz w:val="18"/>
              </w:rPr>
              <w:t>（4）教师引导学生小结：一个算式里，既有小括号，又有中括号，要先算小括号里面的，再算中括号里面的，最后算括号外面的。（板书）</w:t>
            </w:r>
          </w:p>
        </w:tc>
        <w:tc>
          <w:tcPr>
            <w:tcW w:type="dxa" w:w="3061"/>
          </w:tcPr>
          <w:p>
            <w:pPr>
              <w:spacing w:after="20" w:line="276" w:lineRule="auto"/>
            </w:pPr>
            <w:r/>
            <w:r>
              <w:rPr>
                <w:rFonts w:ascii="宋体" w:hAnsi="宋体" w:eastAsia="宋体"/>
                <w:b w:val="0"/>
                <w:sz w:val="18"/>
              </w:rPr>
              <w:t>学生能说出先算除法和乘法，最后算加法。</w:t>
            </w:r>
          </w:p>
          <w:p>
            <w:pPr>
              <w:spacing w:after="20" w:line="276" w:lineRule="auto"/>
            </w:pPr>
            <w:r>
              <w:rPr>
                <w:rFonts w:ascii="宋体" w:hAnsi="宋体" w:eastAsia="宋体"/>
                <w:b w:val="0"/>
                <w:sz w:val="18"/>
              </w:rPr>
              <w:t>学生能独立计算这道题，说出先算小括号里面的加法，再算除法，最后算乘法。</w:t>
            </w:r>
          </w:p>
          <w:p>
            <w:pPr>
              <w:spacing w:after="20" w:line="276" w:lineRule="auto"/>
            </w:pPr>
            <w:r>
              <w:rPr>
                <w:rFonts w:ascii="宋体" w:hAnsi="宋体" w:eastAsia="宋体"/>
                <w:b w:val="0"/>
                <w:sz w:val="18"/>
              </w:rPr>
              <w:t>加了小括号后，运算顺序改变了，结果就不同。（观察可真细致呀！）</w:t>
            </w:r>
          </w:p>
          <w:p>
            <w:pPr>
              <w:spacing w:after="20" w:line="276" w:lineRule="auto"/>
            </w:pPr>
            <w:r>
              <w:rPr>
                <w:rFonts w:ascii="宋体" w:hAnsi="宋体" w:eastAsia="宋体"/>
                <w:b w:val="0"/>
                <w:sz w:val="18"/>
              </w:rPr>
              <w:t>预设1：要先算括号里面的。</w:t>
            </w:r>
          </w:p>
          <w:p>
            <w:pPr>
              <w:spacing w:after="20" w:line="276" w:lineRule="auto"/>
            </w:pPr>
            <w:r>
              <w:rPr>
                <w:rFonts w:ascii="宋体" w:hAnsi="宋体" w:eastAsia="宋体"/>
                <w:b w:val="0"/>
                <w:sz w:val="18"/>
              </w:rPr>
              <w:t>预设2：这个算式里既有小括号又有中括号，要先算小括号里面的，再算中括号里面的。（真棒，表达得非常清楚。）</w:t>
            </w:r>
          </w:p>
        </w:tc>
        <w:tc>
          <w:tcPr>
            <w:tcW w:type="dxa" w:w="1814"/>
          </w:tcPr>
          <w:p>
            <w:pPr>
              <w:spacing w:after="20" w:line="276" w:lineRule="auto"/>
            </w:pPr>
            <w:r/>
            <w:r>
              <w:rPr>
                <w:rFonts w:ascii="宋体" w:hAnsi="宋体" w:eastAsia="宋体"/>
                <w:b w:val="0"/>
                <w:sz w:val="18"/>
              </w:rPr>
              <w:t>本环节让学生经历从“说”到“做”，从激活已有的知识和经验到认识中括号、完成计算，再到总结运算顺序，教学任务步步深入，利用学生已有的知识和经验，充分发挥学生的主体作用。这样设计不仅让学生了解掌握了带有中括号和小括号的四则混合运算的运算顺序，还丰富和提升了学生的认识。</w:t>
            </w:r>
          </w:p>
        </w:tc>
      </w:tr>
      <w:tr>
        <w:tc>
          <w:tcPr>
            <w:tcW w:type="dxa" w:w="1474"/>
          </w:tcPr>
          <w:p>
            <w:pPr>
              <w:spacing w:after="20" w:line="276" w:lineRule="auto"/>
            </w:pPr>
            <w:r>
              <w:rPr>
                <w:b/>
              </w:rPr>
            </w:r>
            <w:r>
              <w:rPr>
                <w:rFonts w:ascii="宋体" w:hAnsi="宋体" w:eastAsia="宋体"/>
                <w:b/>
                <w:sz w:val="18"/>
              </w:rPr>
              <w:t>三、巩固练习，不断深化</w:t>
            </w:r>
          </w:p>
        </w:tc>
        <w:tc>
          <w:tcPr>
            <w:tcW w:type="dxa" w:w="3061"/>
          </w:tcPr>
          <w:p>
            <w:pPr>
              <w:spacing w:after="20" w:line="276" w:lineRule="auto"/>
            </w:pPr>
            <w:r/>
            <w:r>
              <w:rPr>
                <w:rFonts w:ascii="宋体" w:hAnsi="宋体" w:eastAsia="宋体"/>
                <w:b w:val="0"/>
                <w:sz w:val="18"/>
              </w:rPr>
              <w:t>1.教科书P9“做一做”。</w:t>
            </w:r>
          </w:p>
          <w:p>
            <w:pPr>
              <w:spacing w:after="20" w:line="276" w:lineRule="auto"/>
            </w:pPr>
            <w:r>
              <w:rPr>
                <w:rFonts w:ascii="宋体" w:hAnsi="宋体" w:eastAsia="宋体"/>
                <w:b w:val="0"/>
                <w:sz w:val="18"/>
              </w:rPr>
              <w:t>（1）同桌之间说一说各题的运算顺序。</w:t>
            </w:r>
          </w:p>
          <w:p>
            <w:pPr>
              <w:spacing w:after="20" w:line="276" w:lineRule="auto"/>
            </w:pPr>
            <w:r>
              <w:rPr>
                <w:rFonts w:ascii="宋体" w:hAnsi="宋体" w:eastAsia="宋体"/>
                <w:b w:val="0"/>
                <w:sz w:val="18"/>
              </w:rPr>
              <w:t>（2）学生独立计算。</w:t>
            </w:r>
          </w:p>
          <w:p>
            <w:pPr>
              <w:spacing w:after="20" w:line="276" w:lineRule="auto"/>
            </w:pPr>
            <w:r>
              <w:rPr>
                <w:rFonts w:ascii="宋体" w:hAnsi="宋体" w:eastAsia="宋体"/>
                <w:b w:val="0"/>
                <w:sz w:val="18"/>
              </w:rPr>
              <w:t>2.教科书P11“练习三”第1题。</w:t>
            </w:r>
          </w:p>
          <w:p>
            <w:pPr>
              <w:spacing w:after="20" w:line="276" w:lineRule="auto"/>
            </w:pPr>
            <w:r>
              <w:rPr>
                <w:rFonts w:ascii="宋体" w:hAnsi="宋体" w:eastAsia="宋体"/>
                <w:b w:val="0"/>
                <w:sz w:val="18"/>
              </w:rPr>
              <w:t>（1）学生独立完成。</w:t>
            </w:r>
          </w:p>
          <w:p>
            <w:pPr>
              <w:spacing w:after="20" w:line="276" w:lineRule="auto"/>
            </w:pPr>
            <w:r>
              <w:rPr>
                <w:rFonts w:ascii="宋体" w:hAnsi="宋体" w:eastAsia="宋体"/>
                <w:b w:val="0"/>
                <w:sz w:val="18"/>
              </w:rPr>
              <w:t>本环节要做到“激活已有的知识和经验→认识中括号，完成计算→总结运算顺序”，教学任务步步深入，充分发挥学生的主体作用。</w:t>
            </w:r>
          </w:p>
          <w:p>
            <w:pPr>
              <w:spacing w:after="20" w:line="276" w:lineRule="auto"/>
            </w:pPr>
            <w:r>
              <w:rPr>
                <w:rFonts w:ascii="宋体" w:hAnsi="宋体" w:eastAsia="宋体"/>
                <w:b w:val="0"/>
                <w:sz w:val="18"/>
              </w:rPr>
              <w:t>（2）学生展示各题是怎样运算的，并说一说运算顺序。</w:t>
            </w:r>
          </w:p>
          <w:p>
            <w:pPr>
              <w:spacing w:after="20" w:line="276" w:lineRule="auto"/>
            </w:pPr>
            <w:r>
              <w:rPr>
                <w:rFonts w:ascii="宋体" w:hAnsi="宋体" w:eastAsia="宋体"/>
                <w:b w:val="0"/>
                <w:sz w:val="18"/>
              </w:rPr>
              <w:t>（3）交流:计算时要注意什么?</w:t>
            </w:r>
          </w:p>
          <w:p>
            <w:pPr>
              <w:spacing w:after="20" w:line="276" w:lineRule="auto"/>
            </w:pPr>
            <w:r>
              <w:rPr>
                <w:rFonts w:ascii="宋体" w:hAnsi="宋体" w:eastAsia="宋体"/>
                <w:b w:val="0"/>
                <w:sz w:val="18"/>
              </w:rPr>
              <w:t>结合学生的交流,教师指出:一看,看清计算的数字和符号,搞清楚运算顺序。二算,按照运算顺序依次进行计算。三查,计算结束后按照运算顺序依次检查一遍。</w:t>
            </w:r>
          </w:p>
          <w:p>
            <w:pPr>
              <w:spacing w:after="20" w:line="276" w:lineRule="auto"/>
            </w:pPr>
            <w:r>
              <w:rPr>
                <w:rFonts w:ascii="宋体" w:hAnsi="宋体" w:eastAsia="宋体"/>
                <w:b w:val="0"/>
                <w:sz w:val="18"/>
              </w:rPr>
              <w:t>3.教科书P11“练习三”第3题。</w:t>
            </w:r>
          </w:p>
          <w:p>
            <w:pPr>
              <w:spacing w:after="20" w:line="276" w:lineRule="auto"/>
            </w:pPr>
            <w:r>
              <w:rPr>
                <w:rFonts w:ascii="宋体" w:hAnsi="宋体" w:eastAsia="宋体"/>
                <w:b w:val="0"/>
                <w:sz w:val="18"/>
              </w:rPr>
              <w:t>（1）学生独立完成计算。</w:t>
            </w:r>
          </w:p>
          <w:p>
            <w:pPr>
              <w:spacing w:after="20" w:line="276" w:lineRule="auto"/>
            </w:pPr>
            <w:r>
              <w:rPr>
                <w:rFonts w:ascii="宋体" w:hAnsi="宋体" w:eastAsia="宋体"/>
                <w:b w:val="0"/>
                <w:sz w:val="18"/>
              </w:rPr>
              <w:t>（2）指名学生汇报,其余学生核对。</w:t>
            </w:r>
          </w:p>
          <w:p>
            <w:pPr>
              <w:spacing w:after="20" w:line="276" w:lineRule="auto"/>
            </w:pPr>
            <w:r>
              <w:rPr>
                <w:rFonts w:ascii="宋体" w:hAnsi="宋体" w:eastAsia="宋体"/>
                <w:b w:val="0"/>
                <w:sz w:val="18"/>
              </w:rPr>
              <w:t>（3）组织学生进行比较:对比竖排的3道题,有什么相同的地方?有什么不同的地方?</w:t>
            </w:r>
          </w:p>
          <w:p>
            <w:pPr>
              <w:spacing w:after="20" w:line="276" w:lineRule="auto"/>
            </w:pPr>
            <w:r>
              <w:rPr>
                <w:rFonts w:ascii="宋体" w:hAnsi="宋体" w:eastAsia="宋体"/>
                <w:b w:val="0"/>
                <w:sz w:val="18"/>
              </w:rPr>
              <w:t>4.教科书P11“练习三”第2题。</w:t>
            </w:r>
          </w:p>
          <w:p>
            <w:pPr>
              <w:spacing w:after="20" w:line="276" w:lineRule="auto"/>
            </w:pPr>
            <w:r>
              <w:rPr>
                <w:rFonts w:ascii="宋体" w:hAnsi="宋体" w:eastAsia="宋体"/>
                <w:b w:val="0"/>
                <w:sz w:val="18"/>
              </w:rPr>
              <w:t>（1）学生独立填写。</w:t>
            </w:r>
          </w:p>
          <w:p>
            <w:pPr>
              <w:spacing w:after="20" w:line="276" w:lineRule="auto"/>
            </w:pPr>
            <w:r>
              <w:rPr>
                <w:rFonts w:ascii="宋体" w:hAnsi="宋体" w:eastAsia="宋体"/>
                <w:b w:val="0"/>
                <w:sz w:val="18"/>
              </w:rPr>
              <w:t>（2）指名学生汇报,其余学生核对。说说列综合算式时,要注意什么。</w:t>
            </w:r>
          </w:p>
          <w:p>
            <w:pPr>
              <w:spacing w:after="20" w:line="276" w:lineRule="auto"/>
            </w:pPr>
            <w:r>
              <w:rPr>
                <w:rFonts w:ascii="宋体" w:hAnsi="宋体" w:eastAsia="宋体"/>
                <w:b w:val="0"/>
                <w:sz w:val="18"/>
              </w:rPr>
              <w:t>5.教科书P12“练习三”第6题。</w:t>
            </w:r>
          </w:p>
          <w:p>
            <w:pPr>
              <w:spacing w:after="20" w:line="276" w:lineRule="auto"/>
            </w:pPr>
            <w:r>
              <w:rPr>
                <w:rFonts w:ascii="宋体" w:hAnsi="宋体" w:eastAsia="宋体"/>
                <w:b w:val="0"/>
                <w:sz w:val="18"/>
              </w:rPr>
              <w:t>（1）让学生独立思考,再交流6、2、3、4要怎样算得24。</w:t>
            </w:r>
          </w:p>
          <w:p>
            <w:pPr>
              <w:spacing w:after="20" w:line="276" w:lineRule="auto"/>
            </w:pPr>
            <w:r>
              <w:rPr>
                <w:rFonts w:ascii="宋体" w:hAnsi="宋体" w:eastAsia="宋体"/>
                <w:b w:val="0"/>
                <w:sz w:val="18"/>
              </w:rPr>
              <w:t>（2）指名学生汇报,其余学生想一想：怎样用算式表示不同的算法?</w:t>
            </w:r>
          </w:p>
        </w:tc>
        <w:tc>
          <w:tcPr>
            <w:tcW w:type="dxa" w:w="3061"/>
          </w:tcPr>
          <w:p>
            <w:pPr>
              <w:spacing w:after="20" w:line="276" w:lineRule="auto"/>
            </w:pPr>
            <w:r/>
            <w:r>
              <w:rPr>
                <w:rFonts w:ascii="宋体" w:hAnsi="宋体" w:eastAsia="宋体"/>
                <w:b w:val="0"/>
                <w:sz w:val="18"/>
              </w:rPr>
              <w:t>学生在做第2小题时容易因为要去掉两种括号而出错。教师要强调:只有当中括号里面的算式都算完后，才能去掉中括号，否则会因为改变运算顺序而导致出错。</w:t>
            </w:r>
          </w:p>
          <w:p>
            <w:pPr>
              <w:spacing w:after="20" w:line="276" w:lineRule="auto"/>
            </w:pPr>
            <w:r>
              <w:rPr>
                <w:rFonts w:ascii="宋体" w:hAnsi="宋体" w:eastAsia="宋体"/>
                <w:b w:val="0"/>
                <w:sz w:val="18"/>
              </w:rPr>
              <w:t>学生会回答:每组竖排的3道题,数据一样,减、乘、除的符号一样,但第一排的题没有括号,下面两排的题有括号。运算顺序不同,计算结果不同。</w:t>
            </w:r>
          </w:p>
        </w:tc>
        <w:tc>
          <w:tcPr>
            <w:tcW w:type="dxa" w:w="1814"/>
          </w:tcPr>
          <w:p>
            <w:pPr>
              <w:spacing w:after="20" w:line="276" w:lineRule="auto"/>
            </w:pPr>
            <w:r/>
            <w:r>
              <w:rPr>
                <w:rFonts w:ascii="宋体" w:hAnsi="宋体" w:eastAsia="宋体"/>
                <w:b w:val="0"/>
                <w:sz w:val="18"/>
              </w:rPr>
              <w:t>练习紧扣本课时学习内容,不仅关注学生是否正确完成计算,还注重组织学生进行交流。教师在学生交流过程中穿插指导,做到具体而细致。</w:t>
            </w:r>
          </w:p>
          <w:p>
            <w:pPr>
              <w:spacing w:after="20" w:line="276" w:lineRule="auto"/>
            </w:pPr>
            <w:r>
              <w:rPr>
                <w:rFonts w:ascii="宋体" w:hAnsi="宋体" w:eastAsia="宋体"/>
                <w:b w:val="0"/>
                <w:sz w:val="18"/>
              </w:rPr>
              <w:t>第6题以“凑24”游戏为载体，既能激发学生的练习兴趣，又有利于培养学生思维的灵活性。</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师：这节课我们学习了什么？你有什么收获？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引导学生回顾梳理本课所学，完善认知结构，提升归纳与反思能力，核心问题："这节课我们学习了什么？你有什么收获？"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教科书P9例4，完成P9“做一做”，P11~12“练习三”第1、2、3、6题。</w:t>
      </w:r>
    </w:p>
    <w:p>
      <w:pPr>
        <w:spacing w:after="40" w:line="300" w:lineRule="auto"/>
        <w:ind w:firstLine="400"/>
      </w:pPr>
      <w:r>
        <w:rPr>
          <w:rFonts w:ascii="宋体" w:hAnsi="宋体" w:eastAsia="宋体"/>
          <w:b w:val="0"/>
          <w:sz w:val="20"/>
        </w:rPr>
        <w:t>② 原设计安排：见“状元成才路”系列丛书《创优作业100分》对应课时作业。 (1)计算240÷12×8－36时，要先算( )法，再算( )法，最后算( )法，结果是( )。 计算50×[180÷(32＋28)]时，要先算( )法，再算( )法，最后算( )法，结果是( )。 2.按照顺序计算并填写下面的)，然后列出综合算式。 综合算式： 综合算式： 3.竹简书是将文字写在一枚枚竹片上，再用绳子固定而成的书籍，在造纸术广泛应用前是文字传承的主要形式。一位大爷纯手工制作竹简书，需要初步加工540枚竹片，已经加工了252枚，剩下的如果按2小时加工24枚算，还要几小时才能加工完？(列综合算式解答) 4.在○里填上适当的运算符号，使等号两边相等。(可以使用括号) 4○ 4○4○4 ＝0 4○4○4○4 ＝64 4○4○4○4 ＝8 4○4○4○4 ＝2 参考答案 1．(1)除 乘 减 124 (2)加 除 乘 150 2．15 45 6 270÷[(269－254)×3]＝6 235 8 1880 (252－17)×(72÷9)＝1880 3．(540－252)÷(24÷2)＝24(小时) 4．4×4－4×4＝0 (4＋4)×(4＋4)＝64 (4＋4)×(4÷4)＝8 4÷4＋4÷4＝2 (部分答案不唯一)eq \x(\a\vs4\al(教学资源), )</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中,学生学得积极主动,不仅掌握了含有括号的三步混合运算的运算顺序,而且观察、比较、分析、归纳的能力也得到了培养,同时解决实际问题的能力也有了明显的提高。特别是在练习环节中,给予学生独立的空间,让学生独立完成,促进学生在应用中加深对所学知识的理解。同时,教师准确把握练习的着力点,掌握学生的学习情况,及时给予指导与帮助。如对计算注意要点的交流,再如“练习三”第3题练习之后,教师组织学生进行比较,让学生不仅仅会算,更会比较。在比较中引发思考,强化认识。 【教学笔记】 【教学提示】 在练习中要让学生充分进行辨析，充分体验括号的作用，促使学生养成良好的计算习惯。</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解决问题</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解决问题</w:t>
            </w:r>
          </w:p>
        </w:tc>
        <w:tc>
          <w:tcPr>
            <w:tcW w:type="dxa" w:w="6009"/>
          </w:tcPr>
          <w:p>
            <w:pPr>
              <w:spacing w:after="20" w:line="276" w:lineRule="auto"/>
            </w:pPr>
            <w:r/>
            <w:r>
              <w:rPr>
                <w:rFonts w:ascii="宋体" w:hAnsi="宋体" w:eastAsia="宋体"/>
                <w:b w:val="0"/>
                <w:sz w:val="20"/>
              </w:rPr>
              <w:t>第1单元 四则运算</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前面已经学会加、减、乘、除的计算方法，积累了丰富的有关加、减、乘、除的意义的感性认识和运算经验，需要对此前学习过的四则运算知识进行较为系统的概括和总结，为后续学习打下基础。在学习本单元时，学生能够较好地理解比较抽象的运算顺序，但不太容易理解减法和除法的意义，同时，合理、灵活、正确地计算与解决问题也是学生学习中的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教学内容：教科书P10例5，完成P11~12“练习三”第4、5题。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（1）让学生经历解决实际问题的过程，学会用四则混合运算知识解决实际问题，感受解决问题的策略和方法。</w:t>
      </w:r>
    </w:p>
    <w:p>
      <w:pPr>
        <w:spacing w:after="20" w:line="300" w:lineRule="auto"/>
        <w:ind w:firstLine="400"/>
      </w:pPr>
      <w:r>
        <w:rPr>
          <w:rFonts w:ascii="宋体" w:hAnsi="宋体" w:eastAsia="宋体"/>
          <w:b w:val="0"/>
          <w:sz w:val="20"/>
        </w:rPr>
        <w:t>（2）培养学生灵活运用数学的有关知识解决生活中的实际问题的能力，增强应用意识。</w:t>
      </w:r>
    </w:p>
    <w:p>
      <w:pPr>
        <w:spacing w:after="20" w:line="300" w:lineRule="auto"/>
        <w:ind w:firstLine="400"/>
      </w:pPr>
      <w:r>
        <w:rPr>
          <w:rFonts w:ascii="宋体" w:hAnsi="宋体" w:eastAsia="宋体"/>
          <w:b w:val="0"/>
          <w:sz w:val="20"/>
        </w:rPr>
        <w:t>（3）体会数学与生活的紧密联系，感受数学应用的灵活性、广泛性和优化思想。</w:t>
      </w:r>
    </w:p>
    <w:p>
      <w:pPr>
        <w:spacing w:after="20" w:line="300" w:lineRule="auto"/>
      </w:pPr>
      <w:r>
        <w:rPr>
          <w:rFonts w:ascii="宋体" w:hAnsi="宋体" w:eastAsia="宋体"/>
          <w:b w:val="0"/>
          <w:sz w:val="20"/>
        </w:rPr>
        <w:t>教学重点：学会用四则混合运算知识解决实际问题，感受解决问题的策略和方法。</w:t>
      </w:r>
    </w:p>
    <w:p>
      <w:pPr>
        <w:spacing w:after="20" w:line="300" w:lineRule="auto"/>
      </w:pPr>
      <w:r>
        <w:rPr>
          <w:rFonts w:ascii="宋体" w:hAnsi="宋体" w:eastAsia="宋体"/>
          <w:b w:val="0"/>
          <w:sz w:val="20"/>
        </w:rPr>
        <w:t>教学难点：发展应用意识，运用所学知识解决实际问题。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一、谈话激趣，调动学生的生活经验</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同学们，你们坐过船或车吗？；坐船（车）中有哪些数学问题呢？</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二、主动探索，解决问题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通过这幅图和题干你能了解到哪些信息？；根据这些数学信息，我们去租船吧！说到租船，我们还需要考虑哪些问题？</w:t>
            </w:r>
          </w:p>
        </w:tc>
        <w:tc>
          <w:tcPr>
            <w:tcW w:type="dxa" w:w="1361"/>
          </w:tcPr>
          <w:p>
            <w:pPr>
              <w:spacing w:after="20" w:line="276" w:lineRule="auto"/>
            </w:pPr>
            <w:r/>
            <w:r>
              <w:rPr>
                <w:rFonts w:ascii="宋体" w:hAnsi="宋体" w:eastAsia="宋体"/>
                <w:b w:val="0"/>
                <w:sz w:val="18"/>
              </w:rPr>
              <w:t>29分钟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这节课我们学习了什么？你有什么收获？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一、谈话激趣，调动学生的生活经验</w:t>
            </w:r>
          </w:p>
        </w:tc>
        <w:tc>
          <w:tcPr>
            <w:tcW w:type="dxa" w:w="3061"/>
          </w:tcPr>
          <w:p>
            <w:pPr>
              <w:spacing w:after="20" w:line="276" w:lineRule="auto"/>
            </w:pPr>
            <w:r/>
            <w:r>
              <w:rPr>
                <w:rFonts w:ascii="宋体" w:hAnsi="宋体" w:eastAsia="宋体"/>
                <w:b w:val="0"/>
                <w:sz w:val="18"/>
              </w:rPr>
              <w:t>师：同学们，你们坐过船或车吗？（坐过）</w:t>
            </w:r>
          </w:p>
          <w:p>
            <w:pPr>
              <w:spacing w:after="20" w:line="276" w:lineRule="auto"/>
            </w:pPr>
            <w:r>
              <w:rPr>
                <w:rFonts w:ascii="宋体" w:hAnsi="宋体" w:eastAsia="宋体"/>
                <w:b w:val="0"/>
                <w:sz w:val="18"/>
              </w:rPr>
              <w:t>师：坐船（车）中有哪些数学问题呢？</w:t>
            </w:r>
          </w:p>
          <w:p>
            <w:pPr>
              <w:spacing w:after="20" w:line="276" w:lineRule="auto"/>
            </w:pPr>
            <w:r>
              <w:rPr>
                <w:rFonts w:ascii="宋体" w:hAnsi="宋体" w:eastAsia="宋体"/>
                <w:b w:val="0"/>
                <w:sz w:val="18"/>
              </w:rPr>
              <w:t>师：今天这节课，我们就一起来探究坐船中的数学问题。（板书课题：解决问题）</w:t>
            </w:r>
          </w:p>
        </w:tc>
        <w:tc>
          <w:tcPr>
            <w:tcW w:type="dxa" w:w="3061"/>
          </w:tcPr>
          <w:p>
            <w:pPr>
              <w:spacing w:after="20" w:line="276" w:lineRule="auto"/>
            </w:pPr>
            <w:r/>
            <w:r>
              <w:rPr>
                <w:rFonts w:ascii="宋体" w:hAnsi="宋体" w:eastAsia="宋体"/>
                <w:b w:val="0"/>
                <w:sz w:val="18"/>
              </w:rPr>
              <w:t>学生可能提出付船（车）费、每条船（每辆车）上能坐的人数等问题。</w:t>
            </w:r>
          </w:p>
        </w:tc>
        <w:tc>
          <w:tcPr>
            <w:tcW w:type="dxa" w:w="1814"/>
          </w:tcPr>
          <w:p>
            <w:pPr>
              <w:spacing w:after="20" w:line="276" w:lineRule="auto"/>
            </w:pPr>
            <w:r/>
            <w:r>
              <w:rPr>
                <w:rFonts w:ascii="宋体" w:hAnsi="宋体" w:eastAsia="宋体"/>
                <w:b w:val="0"/>
                <w:sz w:val="18"/>
              </w:rPr>
              <w:t>兴趣是最好的老师。通过谈话，调动学生学习的积极性，感悟数学与生活的紧密联系。</w:t>
            </w:r>
          </w:p>
        </w:tc>
      </w:tr>
      <w:tr>
        <w:tc>
          <w:tcPr>
            <w:tcW w:type="dxa" w:w="1474"/>
          </w:tcPr>
          <w:p>
            <w:pPr>
              <w:spacing w:after="20" w:line="276" w:lineRule="auto"/>
            </w:pPr>
            <w:r>
              <w:rPr>
                <w:b/>
              </w:rPr>
            </w:r>
            <w:r>
              <w:rPr>
                <w:rFonts w:ascii="宋体" w:hAnsi="宋体" w:eastAsia="宋体"/>
                <w:b/>
                <w:sz w:val="18"/>
              </w:rPr>
              <w:t>二、主动探索，解决问题</w:t>
            </w:r>
          </w:p>
        </w:tc>
        <w:tc>
          <w:tcPr>
            <w:tcW w:type="dxa" w:w="3061"/>
          </w:tcPr>
          <w:p>
            <w:pPr>
              <w:spacing w:after="20" w:line="276" w:lineRule="auto"/>
            </w:pPr>
            <w:r/>
            <w:r>
              <w:rPr>
                <w:rFonts w:ascii="宋体" w:hAnsi="宋体" w:eastAsia="宋体"/>
                <w:b w:val="0"/>
                <w:sz w:val="18"/>
              </w:rPr>
              <w:t>1.阅读与理解。</w:t>
            </w:r>
          </w:p>
          <w:p>
            <w:pPr>
              <w:spacing w:after="20" w:line="276" w:lineRule="auto"/>
            </w:pPr>
            <w:r>
              <w:rPr>
                <w:rFonts w:ascii="宋体" w:hAnsi="宋体" w:eastAsia="宋体"/>
                <w:b w:val="0"/>
                <w:sz w:val="18"/>
              </w:rPr>
              <w:t>（1）课件出示教科书P10例5。</w:t>
            </w:r>
          </w:p>
          <w:p>
            <w:pPr>
              <w:spacing w:after="20" w:line="276" w:lineRule="auto"/>
            </w:pPr>
            <w:r>
              <w:rPr>
                <w:rFonts w:ascii="宋体" w:hAnsi="宋体" w:eastAsia="宋体"/>
                <w:b w:val="0"/>
                <w:sz w:val="18"/>
              </w:rPr>
              <w:t>师：通过这幅图和题干你能了解到哪些信息？</w:t>
            </w:r>
          </w:p>
          <w:p>
            <w:pPr>
              <w:spacing w:after="20" w:line="276" w:lineRule="auto"/>
            </w:pPr>
            <w:r>
              <w:rPr>
                <w:rFonts w:ascii="宋体" w:hAnsi="宋体" w:eastAsia="宋体"/>
                <w:b w:val="0"/>
                <w:sz w:val="18"/>
              </w:rPr>
              <w:t>师：根据这些数学信息，我们去租船吧！说到租船，我们还需要考虑哪些问题？</w:t>
            </w:r>
          </w:p>
          <w:p>
            <w:pPr>
              <w:spacing w:after="20" w:line="276" w:lineRule="auto"/>
            </w:pPr>
            <w:r>
              <w:rPr>
                <w:rFonts w:ascii="宋体" w:hAnsi="宋体" w:eastAsia="宋体"/>
                <w:b w:val="0"/>
                <w:sz w:val="18"/>
              </w:rPr>
              <w:t>“阅读与理解”环节要让学生自己弄懂题意，厘清已知信息、数据和要解决的问题。</w:t>
            </w:r>
          </w:p>
          <w:p>
            <w:pPr>
              <w:spacing w:after="20" w:line="276" w:lineRule="auto"/>
            </w:pPr>
            <w:r>
              <w:rPr>
                <w:rFonts w:ascii="宋体" w:hAnsi="宋体" w:eastAsia="宋体"/>
                <w:b w:val="0"/>
                <w:sz w:val="18"/>
              </w:rPr>
              <w:t>（2）师：同学们说得真好！出门安全第一，怎样坐船最安全呢？</w:t>
            </w:r>
          </w:p>
          <w:p>
            <w:pPr>
              <w:spacing w:after="20" w:line="276" w:lineRule="auto"/>
            </w:pPr>
            <w:r>
              <w:rPr>
                <w:rFonts w:ascii="宋体" w:hAnsi="宋体" w:eastAsia="宋体"/>
                <w:b w:val="0"/>
                <w:sz w:val="18"/>
              </w:rPr>
              <w:t>师：对，最重要的是不能超载！船上也有要求不能超载，你们发现了吗？</w:t>
            </w:r>
          </w:p>
          <w:p>
            <w:pPr>
              <w:spacing w:after="20" w:line="276" w:lineRule="auto"/>
            </w:pPr>
            <w:r>
              <w:rPr>
                <w:rFonts w:ascii="宋体" w:hAnsi="宋体" w:eastAsia="宋体"/>
                <w:b w:val="0"/>
                <w:sz w:val="18"/>
              </w:rPr>
              <w:t>师：同学们的安全意识真强！在不能超载的前提下，再来看怎样租船最省钱。2.分析与解答。</w:t>
            </w:r>
          </w:p>
          <w:p>
            <w:pPr>
              <w:spacing w:after="20" w:line="276" w:lineRule="auto"/>
            </w:pPr>
            <w:r>
              <w:rPr>
                <w:rFonts w:ascii="宋体" w:hAnsi="宋体" w:eastAsia="宋体"/>
                <w:b w:val="0"/>
                <w:sz w:val="18"/>
              </w:rPr>
              <w:t>（1）师：这个问题怎样解决呢？你们有什么想法？（鼓励学生大胆地说出自己的想法。）</w:t>
            </w:r>
          </w:p>
          <w:p>
            <w:pPr>
              <w:spacing w:after="20" w:line="276" w:lineRule="auto"/>
            </w:pPr>
            <w:r>
              <w:rPr>
                <w:rFonts w:ascii="宋体" w:hAnsi="宋体" w:eastAsia="宋体"/>
                <w:b w:val="0"/>
                <w:sz w:val="18"/>
              </w:rPr>
              <w:t>（2）师：同学们可以按照自己的想法动手算一算。</w:t>
            </w:r>
          </w:p>
          <w:p>
            <w:pPr>
              <w:spacing w:after="20" w:line="276" w:lineRule="auto"/>
            </w:pPr>
            <w:r>
              <w:rPr>
                <w:rFonts w:ascii="宋体" w:hAnsi="宋体" w:eastAsia="宋体"/>
                <w:b w:val="0"/>
                <w:sz w:val="18"/>
              </w:rPr>
              <w:t>（3）用数据说话，再次分享自己的想法。</w:t>
            </w:r>
          </w:p>
          <w:p>
            <w:pPr>
              <w:spacing w:after="20" w:line="276" w:lineRule="auto"/>
            </w:pPr>
            <w:r>
              <w:rPr>
                <w:rFonts w:ascii="宋体" w:hAnsi="宋体" w:eastAsia="宋体"/>
                <w:b w:val="0"/>
                <w:sz w:val="18"/>
              </w:rPr>
              <w:t>（4）师：大家想的都是这种方案吗？请问：租5条大船，1条小船，所有的船都坐满了吗？</w:t>
            </w:r>
          </w:p>
          <w:p>
            <w:pPr>
              <w:spacing w:after="20" w:line="276" w:lineRule="auto"/>
            </w:pPr>
            <w:r>
              <w:rPr>
                <w:rFonts w:ascii="宋体" w:hAnsi="宋体" w:eastAsia="宋体"/>
                <w:b w:val="0"/>
                <w:sz w:val="18"/>
              </w:rPr>
              <w:t>（5）优化租船方案。</w:t>
            </w:r>
          </w:p>
          <w:p>
            <w:pPr>
              <w:spacing w:after="20" w:line="276" w:lineRule="auto"/>
            </w:pPr>
            <w:r>
              <w:rPr>
                <w:rFonts w:ascii="宋体" w:hAnsi="宋体" w:eastAsia="宋体"/>
                <w:b w:val="0"/>
                <w:sz w:val="18"/>
              </w:rPr>
              <w:t>师：如果不空座位，会不会更省钱？小组讨论一下如何调整租船方案。</w:t>
            </w:r>
          </w:p>
          <w:p>
            <w:pPr>
              <w:spacing w:after="20" w:line="276" w:lineRule="auto"/>
            </w:pPr>
            <w:r>
              <w:rPr>
                <w:rFonts w:ascii="宋体" w:hAnsi="宋体" w:eastAsia="宋体"/>
                <w:b w:val="0"/>
                <w:sz w:val="18"/>
              </w:rPr>
              <w:t>师：对比结果发现，不空座位，调整大船和小船的数量，还可以省钱。（板书解题过程）</w:t>
            </w:r>
          </w:p>
          <w:p>
            <w:pPr>
              <w:spacing w:after="20" w:line="276" w:lineRule="auto"/>
            </w:pPr>
            <w:r>
              <w:rPr>
                <w:rFonts w:ascii="宋体" w:hAnsi="宋体" w:eastAsia="宋体"/>
                <w:b w:val="0"/>
                <w:sz w:val="18"/>
              </w:rPr>
              <w:t>3.回顾与反思。</w:t>
            </w:r>
          </w:p>
          <w:p>
            <w:pPr>
              <w:spacing w:after="20" w:line="276" w:lineRule="auto"/>
            </w:pPr>
            <w:r>
              <w:rPr>
                <w:rFonts w:ascii="宋体" w:hAnsi="宋体" w:eastAsia="宋体"/>
                <w:b w:val="0"/>
                <w:sz w:val="18"/>
              </w:rPr>
              <w:t>（1）师：解决这类问题,需要注意什么呢?</w:t>
            </w:r>
          </w:p>
          <w:p>
            <w:pPr>
              <w:spacing w:after="20" w:line="276" w:lineRule="auto"/>
            </w:pPr>
            <w:r>
              <w:rPr>
                <w:rFonts w:ascii="宋体" w:hAnsi="宋体" w:eastAsia="宋体"/>
                <w:b w:val="0"/>
                <w:sz w:val="18"/>
              </w:rPr>
              <w:t>（2）结合学生的回答,课件出示租船问题的策略。</w:t>
            </w:r>
          </w:p>
          <w:p>
            <w:pPr>
              <w:spacing w:after="20" w:line="276" w:lineRule="auto"/>
            </w:pPr>
            <w:r>
              <w:rPr>
                <w:rFonts w:ascii="宋体" w:hAnsi="宋体" w:eastAsia="宋体"/>
                <w:b w:val="0"/>
                <w:sz w:val="18"/>
              </w:rPr>
              <w:t>“分析与解答”环节，先引导学生凭借生活经验与数学知识发现“租大船便宜”，然后以“空出两个座位”启发学生寻找最省钱的方案。</w:t>
            </w:r>
          </w:p>
          <w:p>
            <w:pPr>
              <w:spacing w:after="20" w:line="276" w:lineRule="auto"/>
            </w:pPr>
            <w:r>
              <w:rPr>
                <w:rFonts w:ascii="宋体" w:hAnsi="宋体" w:eastAsia="宋体"/>
                <w:b w:val="0"/>
                <w:sz w:val="18"/>
              </w:rPr>
              <w:t>（3）教师引导学生总结出：先假设,再调整,尽量租人均租金便宜的大船，尽量不留空位,就最省钱。（板书）</w:t>
            </w:r>
          </w:p>
        </w:tc>
        <w:tc>
          <w:tcPr>
            <w:tcW w:type="dxa" w:w="3061"/>
          </w:tcPr>
          <w:p>
            <w:pPr>
              <w:spacing w:after="20" w:line="276" w:lineRule="auto"/>
            </w:pPr>
            <w:r/>
            <w:r>
              <w:rPr>
                <w:rFonts w:ascii="宋体" w:hAnsi="宋体" w:eastAsia="宋体"/>
                <w:b w:val="0"/>
                <w:sz w:val="18"/>
              </w:rPr>
              <w:t>预设1：有32人要租船游玩1小时。</w:t>
            </w:r>
          </w:p>
          <w:p>
            <w:pPr>
              <w:spacing w:after="20" w:line="276" w:lineRule="auto"/>
            </w:pPr>
            <w:r>
              <w:rPr>
                <w:rFonts w:ascii="宋体" w:hAnsi="宋体" w:eastAsia="宋体"/>
                <w:b w:val="0"/>
                <w:sz w:val="18"/>
              </w:rPr>
              <w:t>预设2:湖边有两种船，小船限乘4人，大船限乘6人。</w:t>
            </w:r>
          </w:p>
          <w:p>
            <w:pPr>
              <w:spacing w:after="20" w:line="276" w:lineRule="auto"/>
            </w:pPr>
            <w:r>
              <w:rPr>
                <w:rFonts w:ascii="宋体" w:hAnsi="宋体" w:eastAsia="宋体"/>
                <w:b w:val="0"/>
                <w:sz w:val="18"/>
              </w:rPr>
              <w:t>预设3:小船每条每小时租金是24元，大船每条每小时租金是30元。</w:t>
            </w:r>
          </w:p>
          <w:p>
            <w:pPr>
              <w:spacing w:after="20" w:line="276" w:lineRule="auto"/>
            </w:pPr>
            <w:r>
              <w:rPr>
                <w:rFonts w:ascii="宋体" w:hAnsi="宋体" w:eastAsia="宋体"/>
                <w:b w:val="0"/>
                <w:sz w:val="18"/>
              </w:rPr>
              <w:t>怎样租船最省钱？怎样坐船比较安全？</w:t>
            </w:r>
          </w:p>
          <w:p>
            <w:pPr>
              <w:spacing w:after="20" w:line="276" w:lineRule="auto"/>
            </w:pPr>
            <w:r>
              <w:rPr>
                <w:rFonts w:ascii="宋体" w:hAnsi="宋体" w:eastAsia="宋体"/>
                <w:b w:val="0"/>
                <w:sz w:val="18"/>
              </w:rPr>
              <w:t>不在船上乱动，船不能超载……</w:t>
            </w:r>
          </w:p>
          <w:p>
            <w:pPr>
              <w:spacing w:after="20" w:line="276" w:lineRule="auto"/>
            </w:pPr>
            <w:r>
              <w:rPr>
                <w:rFonts w:ascii="宋体" w:hAnsi="宋体" w:eastAsia="宋体"/>
                <w:b w:val="0"/>
                <w:sz w:val="18"/>
              </w:rPr>
              <w:t>预设1：限乘6人就是最多只能坐6个人。</w:t>
            </w:r>
          </w:p>
          <w:p>
            <w:pPr>
              <w:spacing w:after="20" w:line="276" w:lineRule="auto"/>
            </w:pPr>
            <w:r>
              <w:rPr>
                <w:rFonts w:ascii="宋体" w:hAnsi="宋体" w:eastAsia="宋体"/>
                <w:b w:val="0"/>
                <w:sz w:val="18"/>
              </w:rPr>
              <w:t>预设2：限乘6人就是坐的人数不能超过6个人，可以坐6人、5人、4人、3人、2人、1人。</w:t>
            </w:r>
          </w:p>
          <w:p>
            <w:pPr>
              <w:spacing w:after="20" w:line="276" w:lineRule="auto"/>
            </w:pPr>
            <w:r>
              <w:rPr>
                <w:rFonts w:ascii="宋体" w:hAnsi="宋体" w:eastAsia="宋体"/>
                <w:b w:val="0"/>
                <w:sz w:val="18"/>
              </w:rPr>
              <w:t>预设3：限乘4人就是最多只能坐4个人，可以少于或等于4人，但不能多于4人。</w:t>
            </w:r>
          </w:p>
          <w:p>
            <w:pPr>
              <w:spacing w:after="20" w:line="276" w:lineRule="auto"/>
            </w:pPr>
            <w:r>
              <w:rPr>
                <w:rFonts w:ascii="宋体" w:hAnsi="宋体" w:eastAsia="宋体"/>
                <w:b w:val="0"/>
                <w:sz w:val="18"/>
              </w:rPr>
              <w:t>预设1：可以算算每种船平均每个人要多少钱，再选择。</w:t>
            </w:r>
          </w:p>
          <w:p>
            <w:pPr>
              <w:spacing w:after="20" w:line="276" w:lineRule="auto"/>
            </w:pPr>
            <w:r>
              <w:rPr>
                <w:rFonts w:ascii="宋体" w:hAnsi="宋体" w:eastAsia="宋体"/>
                <w:b w:val="0"/>
                <w:sz w:val="18"/>
              </w:rPr>
              <w:t>预设2：可以都租小船或都租大船试一试，看看哪种方式更省钱，然后调整。</w:t>
            </w:r>
          </w:p>
          <w:p>
            <w:pPr>
              <w:spacing w:after="20" w:line="276" w:lineRule="auto"/>
            </w:pPr>
            <w:r>
              <w:rPr>
                <w:rFonts w:ascii="宋体" w:hAnsi="宋体" w:eastAsia="宋体"/>
                <w:b w:val="0"/>
                <w:sz w:val="18"/>
              </w:rPr>
              <w:t>预设1：小船和大船的租金不一样。小船每小时租金是24元，大船每小时租金是30元。（不错，我们租船就得考虑租金。）</w:t>
            </w:r>
          </w:p>
          <w:p>
            <w:pPr>
              <w:spacing w:after="20" w:line="276" w:lineRule="auto"/>
            </w:pPr>
            <w:r>
              <w:rPr>
                <w:rFonts w:ascii="宋体" w:hAnsi="宋体" w:eastAsia="宋体"/>
                <w:b w:val="0"/>
                <w:sz w:val="18"/>
              </w:rPr>
              <w:t>预设2：大船每人应付30÷6=5（元），小船每人应付24÷4=6(元），6&gt;5,所以租大船更便宜。（有理有据，思维能力强。）</w:t>
            </w:r>
          </w:p>
          <w:p>
            <w:pPr>
              <w:spacing w:after="20" w:line="276" w:lineRule="auto"/>
            </w:pPr>
            <w:r>
              <w:rPr>
                <w:rFonts w:ascii="宋体" w:hAnsi="宋体" w:eastAsia="宋体"/>
                <w:b w:val="0"/>
                <w:sz w:val="18"/>
              </w:rPr>
              <w:t>预设3：32÷6=5（条）……2（人），全部租大船需要5条大船，但还有2人无座，因此需要5条大船，1条小船。</w:t>
            </w:r>
          </w:p>
          <w:p>
            <w:pPr>
              <w:spacing w:after="20" w:line="276" w:lineRule="auto"/>
            </w:pPr>
            <w:r>
              <w:rPr>
                <w:rFonts w:ascii="宋体" w:hAnsi="宋体" w:eastAsia="宋体"/>
                <w:b w:val="0"/>
                <w:sz w:val="18"/>
              </w:rPr>
              <w:t>预设4：租5条大船，1条小船：30×5+24×1=174（元）。</w:t>
            </w:r>
          </w:p>
          <w:p>
            <w:pPr>
              <w:spacing w:after="20" w:line="276" w:lineRule="auto"/>
            </w:pPr>
            <w:r>
              <w:rPr>
                <w:rFonts w:ascii="宋体" w:hAnsi="宋体" w:eastAsia="宋体"/>
                <w:b w:val="0"/>
                <w:sz w:val="18"/>
              </w:rPr>
              <w:t>没有坐满，会空出2个座位。</w:t>
            </w:r>
          </w:p>
          <w:p>
            <w:pPr>
              <w:spacing w:after="20" w:line="276" w:lineRule="auto"/>
            </w:pPr>
            <w:r>
              <w:rPr>
                <w:rFonts w:ascii="宋体" w:hAnsi="宋体" w:eastAsia="宋体"/>
                <w:b w:val="0"/>
                <w:sz w:val="18"/>
              </w:rPr>
              <w:t>预设1：没坐人的2个座位也算了钱，应该不空座位更省钱。</w:t>
            </w:r>
          </w:p>
          <w:p>
            <w:pPr>
              <w:spacing w:after="20" w:line="276" w:lineRule="auto"/>
            </w:pPr>
            <w:r>
              <w:rPr>
                <w:rFonts w:ascii="宋体" w:hAnsi="宋体" w:eastAsia="宋体"/>
                <w:b w:val="0"/>
                <w:sz w:val="18"/>
              </w:rPr>
              <w:t>预设2：把小船上的2人和1条大船上的6人合起来，这8个人租2条小船。</w:t>
            </w:r>
          </w:p>
          <w:p>
            <w:pPr>
              <w:spacing w:after="20" w:line="276" w:lineRule="auto"/>
            </w:pPr>
            <w:r>
              <w:rPr>
                <w:rFonts w:ascii="宋体" w:hAnsi="宋体" w:eastAsia="宋体"/>
                <w:b w:val="0"/>
                <w:sz w:val="18"/>
              </w:rPr>
              <w:t>预设3：把一条大船上的2人移到小船上,把小船坐满,然后把那条大船换成小船。</w:t>
            </w:r>
          </w:p>
          <w:p>
            <w:pPr>
              <w:spacing w:after="20" w:line="276" w:lineRule="auto"/>
            </w:pPr>
            <w:r>
              <w:rPr>
                <w:rFonts w:ascii="宋体" w:hAnsi="宋体" w:eastAsia="宋体"/>
                <w:b w:val="0"/>
                <w:sz w:val="18"/>
              </w:rPr>
              <w:t>预设4：大船少租1条,小船再增加1条,也就是租4条大船,2条小船。</w:t>
            </w:r>
          </w:p>
          <w:p>
            <w:pPr>
              <w:spacing w:after="20" w:line="276" w:lineRule="auto"/>
            </w:pPr>
            <w:r>
              <w:rPr>
                <w:rFonts w:ascii="宋体" w:hAnsi="宋体" w:eastAsia="宋体"/>
                <w:b w:val="0"/>
                <w:sz w:val="18"/>
              </w:rPr>
              <w:t>预设5：租4条大船，2条小船：30×4+24×2=168（元）。</w:t>
            </w:r>
          </w:p>
          <w:p>
            <w:pPr>
              <w:spacing w:after="20" w:line="276" w:lineRule="auto"/>
            </w:pPr>
            <w:r>
              <w:rPr>
                <w:rFonts w:ascii="宋体" w:hAnsi="宋体" w:eastAsia="宋体"/>
                <w:b w:val="0"/>
                <w:sz w:val="18"/>
              </w:rPr>
              <w:t>预设1：要考虑租哪种船便宜，就尽量多租那种船。</w:t>
            </w:r>
          </w:p>
          <w:p>
            <w:pPr>
              <w:spacing w:after="20" w:line="276" w:lineRule="auto"/>
            </w:pPr>
            <w:r>
              <w:rPr>
                <w:rFonts w:ascii="宋体" w:hAnsi="宋体" w:eastAsia="宋体"/>
                <w:b w:val="0"/>
                <w:sz w:val="18"/>
              </w:rPr>
              <w:t>预设2：租的船上没有空座位,比较省钱。</w:t>
            </w:r>
          </w:p>
          <w:p>
            <w:pPr>
              <w:spacing w:after="20" w:line="276" w:lineRule="auto"/>
            </w:pPr>
            <w:r>
              <w:rPr>
                <w:rFonts w:ascii="宋体" w:hAnsi="宋体" w:eastAsia="宋体"/>
                <w:b w:val="0"/>
                <w:sz w:val="18"/>
              </w:rPr>
              <w:t>预设3：先找出一种租船方案,然后调整。</w:t>
            </w:r>
          </w:p>
        </w:tc>
        <w:tc>
          <w:tcPr>
            <w:tcW w:type="dxa" w:w="1814"/>
          </w:tcPr>
          <w:p>
            <w:pPr>
              <w:spacing w:after="20" w:line="276" w:lineRule="auto"/>
            </w:pPr>
            <w:r/>
            <w:r>
              <w:rPr>
                <w:rFonts w:ascii="宋体" w:hAnsi="宋体" w:eastAsia="宋体"/>
                <w:b w:val="0"/>
                <w:sz w:val="18"/>
              </w:rPr>
              <w:t>阅读理解，分析解答。教师放手让学生探索,在学生交流的过程中适时引导,让学生逐步明确解决问题的思路。这样的教学过程,体现了数学学习是一个生动活泼的、主动的和富有个性的过程。</w:t>
            </w:r>
          </w:p>
          <w:p>
            <w:pPr>
              <w:spacing w:after="20" w:line="276" w:lineRule="auto"/>
            </w:pPr>
            <w:r>
              <w:rPr>
                <w:rFonts w:ascii="宋体" w:hAnsi="宋体" w:eastAsia="宋体"/>
                <w:b w:val="0"/>
                <w:sz w:val="18"/>
              </w:rPr>
              <w:t>回顾与反思,引导学生从解决问题的注意点入手,让学生有话可说,教师再从解决这类问题的策略与方法的层面进行提升。</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1.教科书P11“练习三”第4题。</w:t>
            </w:r>
          </w:p>
          <w:p>
            <w:pPr>
              <w:spacing w:after="20" w:line="276" w:lineRule="auto"/>
            </w:pPr>
            <w:r>
              <w:rPr>
                <w:rFonts w:ascii="宋体" w:hAnsi="宋体" w:eastAsia="宋体"/>
                <w:b w:val="0"/>
                <w:sz w:val="18"/>
              </w:rPr>
              <w:t>（1）学生读题，指名学生口述题目。</w:t>
            </w:r>
          </w:p>
          <w:p>
            <w:pPr>
              <w:spacing w:after="20" w:line="276" w:lineRule="auto"/>
            </w:pPr>
            <w:r>
              <w:rPr>
                <w:rFonts w:ascii="宋体" w:hAnsi="宋体" w:eastAsia="宋体"/>
                <w:b w:val="0"/>
                <w:sz w:val="18"/>
              </w:rPr>
              <w:t>（2）学生独立尝试解答。</w:t>
            </w:r>
          </w:p>
          <w:p>
            <w:pPr>
              <w:spacing w:after="20" w:line="276" w:lineRule="auto"/>
            </w:pPr>
            <w:r>
              <w:rPr>
                <w:rFonts w:ascii="宋体" w:hAnsi="宋体" w:eastAsia="宋体"/>
                <w:b w:val="0"/>
                <w:sz w:val="18"/>
              </w:rPr>
              <w:t>（3）交流：怎样想的？怎样解答的？</w:t>
            </w:r>
          </w:p>
          <w:p>
            <w:pPr>
              <w:spacing w:after="20" w:line="276" w:lineRule="auto"/>
            </w:pPr>
            <w:r>
              <w:rPr>
                <w:rFonts w:ascii="宋体" w:hAnsi="宋体" w:eastAsia="宋体"/>
                <w:b w:val="0"/>
                <w:sz w:val="18"/>
              </w:rPr>
              <w:t>2.教科书P12“练习三”第5题。</w:t>
            </w:r>
          </w:p>
          <w:p>
            <w:pPr>
              <w:spacing w:after="20" w:line="276" w:lineRule="auto"/>
            </w:pPr>
            <w:r>
              <w:rPr>
                <w:rFonts w:ascii="宋体" w:hAnsi="宋体" w:eastAsia="宋体"/>
                <w:b w:val="0"/>
                <w:sz w:val="18"/>
              </w:rPr>
              <w:t>（1）学生独立解答。</w:t>
            </w:r>
          </w:p>
          <w:p>
            <w:pPr>
              <w:spacing w:after="20" w:line="276" w:lineRule="auto"/>
            </w:pPr>
            <w:r>
              <w:rPr>
                <w:rFonts w:ascii="宋体" w:hAnsi="宋体" w:eastAsia="宋体"/>
                <w:b w:val="0"/>
                <w:sz w:val="18"/>
              </w:rPr>
              <w:t>（2）指名学生汇报,其余学生核对。</w:t>
            </w:r>
          </w:p>
        </w:tc>
        <w:tc>
          <w:tcPr>
            <w:tcW w:type="dxa" w:w="3061"/>
          </w:tcPr>
          <w:p>
            <w:pPr>
              <w:spacing w:after="20" w:line="276" w:lineRule="auto"/>
            </w:pPr>
            <w:r/>
            <w:r>
              <w:rPr>
                <w:rFonts w:ascii="宋体" w:hAnsi="宋体" w:eastAsia="宋体"/>
                <w:b w:val="0"/>
                <w:sz w:val="18"/>
              </w:rPr>
              <w:t>结合学生的交流，教师指出:先考虑租大车便宜,还是租小车便宜。通过计算比较，发现租大车便宜。再假设全部租大车,(18+322)÷40=8(辆)……20(人),20人正好再租一辆小车,这样没有空座位，租车最省钱。</w:t>
            </w:r>
          </w:p>
        </w:tc>
        <w:tc>
          <w:tcPr>
            <w:tcW w:type="dxa" w:w="1814"/>
          </w:tcPr>
          <w:p>
            <w:pPr>
              <w:spacing w:after="20" w:line="276" w:lineRule="auto"/>
            </w:pPr>
            <w:r/>
            <w:r>
              <w:rPr>
                <w:rFonts w:ascii="宋体" w:hAnsi="宋体" w:eastAsia="宋体"/>
                <w:b w:val="0"/>
                <w:sz w:val="18"/>
              </w:rPr>
              <w:t>练习环节要注重在学生独立思考的基础上进行交流。独立思考是不同方案生成的基础,不同方案的交流又带给学生更多的收获和体验。</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师：这节课我们学习了什么？你有什么收获？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引导学生回顾梳理本课所学，完善认知结构，提升归纳与反思能力，核心问题："这节课我们学习了什么？你有什么收获？"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教科书P10例5，完成P11~12“练习三”第4、5题。</w:t>
      </w:r>
    </w:p>
    <w:p>
      <w:pPr>
        <w:spacing w:after="40" w:line="300" w:lineRule="auto"/>
        <w:ind w:firstLine="400"/>
      </w:pPr>
      <w:r>
        <w:rPr>
          <w:rFonts w:ascii="宋体" w:hAnsi="宋体" w:eastAsia="宋体"/>
          <w:b w:val="0"/>
          <w:sz w:val="20"/>
        </w:rPr>
        <w:t>② 原设计安排：见“状元成才路”系列丛书《创优作业100分》对应课时作业。 1常青小学四年级6个班进行了“纸桥承重”趣味比赛活动，每个班有7名同学参加比赛。学校打算为参赛同学和10名工作人员每人准备一个小蛋糕，蛋糕店里的小蛋糕有两种包装(如下图)。学校怎么买最省钱？最少需要多少钱？ 2某理发店有两种办卡方案。 (1)若爸爸、妈妈各理发4次，状状理发7次，选哪种方案合算？ (2)若爸爸、妈妈各理发6次，状状理发3次，选哪种方案合算？ 参考答案 1．30÷6＝5(元) 35÷8＝4(元)……3(元) 尽量多买1盒8个装的小蛋糕。 7×6＋10＝52(人) 52÷8＝6(盒)……4(个) 买6盒8个装的和1盒6个装的小蛋糕。 35×6＋30＝240(元) 52＝8×5＋6×2 买5盒8个装的和2盒6个装的小蛋糕。 35×5＋30×2＝235(元) 235＜240， 买5盒8个装的和2盒6个装的小蛋糕最省钱，最少需要235元。 2．(1)方案一：25×4×2＋10×7＝270(元) 方案二：4＋4＋7＝15(次) 花费300元。 270&lt;300，选方案一合算。 (2)方案一：25×6×2＋10×3＝330(元) 方案二：6＋6＋3＝15(次) 花费300元。 300&lt;330，选方案二合算。</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由谈话导入,激发学生的兴趣,激活学生的经验。结合自己的经验，学生很快理解了“限乘”的含义，增强了安全意识。“在不能超载的前提下，怎样租船最省钱？”自然而然地成了学生主动思考的问题。教师适时引导学生依据已有的知识经验探索,在交流过程中梳理想法,寻找最省钱的租船方案。 学生总结出解决这类问题的一般策略后，再去解决“春游”“旅游”等问题，既巩固了新知识，又让学生感受到数学与生活的联系,增强了应用数学的意识和能力。整节课学生兴趣盎然，思维活跃，受益匪浅。 【教学笔记】</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练习课（加、减法的意义和各部分间的关系）</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练习课（加、减法的意义和各部分间的关系）</w:t>
            </w:r>
          </w:p>
        </w:tc>
        <w:tc>
          <w:tcPr>
            <w:tcW w:type="dxa" w:w="6009"/>
          </w:tcPr>
          <w:p>
            <w:pPr>
              <w:spacing w:after="20" w:line="276" w:lineRule="auto"/>
            </w:pPr>
            <w:r/>
            <w:r>
              <w:rPr>
                <w:rFonts w:ascii="宋体" w:hAnsi="宋体" w:eastAsia="宋体"/>
                <w:b w:val="0"/>
                <w:sz w:val="20"/>
              </w:rPr>
              <w:t>第1单元 四则运算</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前面已经学会加、减、乘、除的计算方法，积累了丰富的有关加、减、乘、除的意义的感性认识和运算经验，需要对此前学习过的四则运算知识进行较为系统的概括和总结，为后续学习打下基础。在学习本单元时，学生能够较好地理解比较抽象的运算顺序，但不太容易理解减法和除法的意义，同时，合理、灵活、正确地计算与解决问题也是学生学习中的难点。</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教学内容：教科书P4“练习一”第1、3、4、5题。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（1）进一步理解加、减法的意义，掌握加、减法各部分间的关系。</w:t>
      </w:r>
    </w:p>
    <w:p>
      <w:pPr>
        <w:spacing w:after="20" w:line="300" w:lineRule="auto"/>
        <w:ind w:firstLine="400"/>
      </w:pPr>
      <w:r>
        <w:rPr>
          <w:rFonts w:ascii="宋体" w:hAnsi="宋体" w:eastAsia="宋体"/>
          <w:b w:val="0"/>
          <w:sz w:val="20"/>
        </w:rPr>
        <w:t>（2）通过练习，进一步提高学生分析、处理问题的能力，培养学生探究解决问题的策略的意识。</w:t>
      </w:r>
    </w:p>
    <w:p>
      <w:pPr>
        <w:spacing w:after="20" w:line="300" w:lineRule="auto"/>
        <w:ind w:firstLine="400"/>
      </w:pPr>
      <w:r>
        <w:rPr>
          <w:rFonts w:ascii="宋体" w:hAnsi="宋体" w:eastAsia="宋体"/>
          <w:b w:val="0"/>
          <w:sz w:val="20"/>
        </w:rPr>
        <w:t>（3）通过练习感受数学知识间的联系。</w:t>
      </w:r>
    </w:p>
    <w:p>
      <w:pPr>
        <w:spacing w:after="20" w:line="300" w:lineRule="auto"/>
      </w:pPr>
      <w:r>
        <w:rPr>
          <w:rFonts w:ascii="宋体" w:hAnsi="宋体" w:eastAsia="宋体"/>
          <w:b w:val="0"/>
          <w:sz w:val="20"/>
        </w:rPr>
        <w:t>教学重点：加、减法各部分间的关系的应用。</w:t>
      </w:r>
    </w:p>
    <w:p>
      <w:pPr>
        <w:spacing w:after="20" w:line="300" w:lineRule="auto"/>
      </w:pPr>
      <w:r>
        <w:rPr>
          <w:rFonts w:ascii="宋体" w:hAnsi="宋体" w:eastAsia="宋体"/>
          <w:b w:val="0"/>
          <w:sz w:val="20"/>
        </w:rPr>
        <w:t>教学难点：理解和掌握加、减法的意义，能解决简单的实际问题。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一、基础练习</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二、提高练习</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经过几道基础练习，想必同学们都掌握了加、减法各部分间的关系，那你们能完成以下练习吗？</w:t>
            </w:r>
          </w:p>
        </w:tc>
        <w:tc>
          <w:tcPr>
            <w:tcW w:type="dxa" w:w="1361"/>
          </w:tcPr>
          <w:p>
            <w:pPr>
              <w:spacing w:after="20" w:line="276" w:lineRule="auto"/>
            </w:pPr>
            <w:r/>
            <w:r>
              <w:rPr>
                <w:rFonts w:ascii="宋体" w:hAnsi="宋体" w:eastAsia="宋体"/>
                <w:b w:val="0"/>
                <w:sz w:val="18"/>
              </w:rPr>
              <w:t>16分钟</w:t>
            </w:r>
          </w:p>
        </w:tc>
      </w:tr>
      <w:tr>
        <w:tc>
          <w:tcPr>
            <w:tcW w:type="dxa" w:w="2835"/>
          </w:tcPr>
          <w:p>
            <w:pPr>
              <w:spacing w:after="20" w:line="276" w:lineRule="auto"/>
            </w:pPr>
            <w:r/>
            <w:r>
              <w:rPr>
                <w:rFonts w:ascii="宋体" w:hAnsi="宋体" w:eastAsia="宋体"/>
                <w:b w:val="0"/>
                <w:sz w:val="18"/>
              </w:rPr>
              <w:t>三、拓展练习</w:t>
            </w:r>
          </w:p>
        </w:tc>
        <w:tc>
          <w:tcPr>
            <w:tcW w:type="dxa" w:w="1814"/>
          </w:tcPr>
          <w:p>
            <w:pPr>
              <w:spacing w:after="20" w:line="276" w:lineRule="auto"/>
            </w:pPr>
            <w:r/>
            <w:r>
              <w:rPr>
                <w:rFonts w:ascii="宋体" w:hAnsi="宋体" w:eastAsia="宋体"/>
                <w:b w:val="0"/>
                <w:sz w:val="18"/>
              </w:rPr>
              <w:t>课件、线段图</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通过本节课的练习，你有什么新的收获？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一、基础练习</w:t>
            </w:r>
          </w:p>
        </w:tc>
        <w:tc>
          <w:tcPr>
            <w:tcW w:type="dxa" w:w="3061"/>
          </w:tcPr>
          <w:p>
            <w:pPr>
              <w:spacing w:after="20" w:line="276" w:lineRule="auto"/>
            </w:pPr>
            <w:r/>
            <w:r>
              <w:rPr>
                <w:rFonts w:ascii="宋体" w:hAnsi="宋体" w:eastAsia="宋体"/>
                <w:b w:val="0"/>
                <w:sz w:val="18"/>
              </w:rPr>
              <w:t>1.课件出示习题。</w:t>
            </w:r>
          </w:p>
          <w:p>
            <w:pPr>
              <w:spacing w:after="20" w:line="276" w:lineRule="auto"/>
            </w:pPr>
            <w:r>
              <w:rPr>
                <w:rFonts w:ascii="宋体" w:hAnsi="宋体" w:eastAsia="宋体"/>
                <w:b w:val="0"/>
                <w:sz w:val="18"/>
              </w:rPr>
              <w:t>师：首先，我们来做两道基础练习巩固上节课所学习的内容。</w:t>
            </w:r>
          </w:p>
          <w:p>
            <w:pPr>
              <w:spacing w:after="20" w:line="276" w:lineRule="auto"/>
            </w:pPr>
            <w:r>
              <w:rPr>
                <w:rFonts w:ascii="宋体" w:hAnsi="宋体" w:eastAsia="宋体"/>
                <w:b w:val="0"/>
                <w:sz w:val="18"/>
              </w:rPr>
              <w:t>2.完成教科书P4“练习一”第1题。</w:t>
            </w:r>
          </w:p>
          <w:p>
            <w:pPr>
              <w:spacing w:after="20" w:line="276" w:lineRule="auto"/>
            </w:pPr>
            <w:r>
              <w:rPr>
                <w:rFonts w:ascii="宋体" w:hAnsi="宋体" w:eastAsia="宋体"/>
                <w:b w:val="0"/>
                <w:sz w:val="18"/>
              </w:rPr>
              <w:t>（1）学生独立思考，确定计算方法，列出算式。</w:t>
            </w:r>
          </w:p>
          <w:p>
            <w:pPr>
              <w:spacing w:after="20" w:line="276" w:lineRule="auto"/>
            </w:pPr>
            <w:r>
              <w:rPr>
                <w:rFonts w:ascii="宋体" w:hAnsi="宋体" w:eastAsia="宋体"/>
                <w:b w:val="0"/>
                <w:sz w:val="18"/>
              </w:rPr>
              <w:t>（2）指名学生汇报,说出算式,并解释选择算法的道理。</w:t>
            </w:r>
          </w:p>
        </w:tc>
        <w:tc>
          <w:tcPr>
            <w:tcW w:type="dxa" w:w="3061"/>
          </w:tcPr>
          <w:p>
            <w:pPr>
              <w:spacing w:after="20" w:line="276" w:lineRule="auto"/>
            </w:pPr>
            <w:r/>
            <w:r>
              <w:rPr>
                <w:rFonts w:ascii="宋体" w:hAnsi="宋体" w:eastAsia="宋体"/>
                <w:b w:val="0"/>
                <w:sz w:val="18"/>
              </w:rPr>
              <w:t>这两道题学生都能够口答出来，教师注意关注全体学生，特别是基础薄弱的学生。根据学生回答演示正确答案。</w:t>
            </w:r>
          </w:p>
        </w:tc>
        <w:tc>
          <w:tcPr>
            <w:tcW w:type="dxa" w:w="1814"/>
          </w:tcPr>
          <w:p>
            <w:pPr>
              <w:spacing w:after="20" w:line="276" w:lineRule="auto"/>
            </w:pPr>
            <w:r/>
            <w:r>
              <w:rPr>
                <w:rFonts w:ascii="宋体" w:hAnsi="宋体" w:eastAsia="宋体"/>
                <w:b w:val="0"/>
                <w:sz w:val="18"/>
              </w:rPr>
              <w:t>练习形式多样，以激发学生练习的兴趣。给学生独立的空间，让学生自己进行练习，可以有效地促进学生在应用中加深对所学知识的理解。</w:t>
            </w:r>
          </w:p>
        </w:tc>
      </w:tr>
      <w:tr>
        <w:tc>
          <w:tcPr>
            <w:tcW w:type="dxa" w:w="1474"/>
          </w:tcPr>
          <w:p>
            <w:pPr>
              <w:spacing w:after="20" w:line="276" w:lineRule="auto"/>
            </w:pPr>
            <w:r>
              <w:rPr>
                <w:b/>
              </w:rPr>
            </w:r>
            <w:r>
              <w:rPr>
                <w:rFonts w:ascii="宋体" w:hAnsi="宋体" w:eastAsia="宋体"/>
                <w:b/>
                <w:sz w:val="18"/>
              </w:rPr>
              <w:t>二、提高练习</w:t>
            </w:r>
          </w:p>
        </w:tc>
        <w:tc>
          <w:tcPr>
            <w:tcW w:type="dxa" w:w="3061"/>
          </w:tcPr>
          <w:p>
            <w:pPr>
              <w:spacing w:after="20" w:line="276" w:lineRule="auto"/>
            </w:pPr>
            <w:r/>
            <w:r>
              <w:rPr>
                <w:rFonts w:ascii="宋体" w:hAnsi="宋体" w:eastAsia="宋体"/>
                <w:b w:val="0"/>
                <w:sz w:val="18"/>
              </w:rPr>
              <w:t>1.课件出示习题。</w:t>
            </w:r>
          </w:p>
          <w:p>
            <w:pPr>
              <w:spacing w:after="20" w:line="276" w:lineRule="auto"/>
            </w:pPr>
            <w:r>
              <w:rPr>
                <w:rFonts w:ascii="宋体" w:hAnsi="宋体" w:eastAsia="宋体"/>
                <w:b w:val="0"/>
                <w:sz w:val="18"/>
              </w:rPr>
              <w:t>师：经过几道基础练习，想必同学们都掌握了加、减法各部分间的关系，那你们能完成以下练习吗？</w:t>
            </w:r>
          </w:p>
          <w:p>
            <w:pPr>
              <w:spacing w:after="20" w:line="276" w:lineRule="auto"/>
            </w:pPr>
            <w:r>
              <w:rPr>
                <w:rFonts w:ascii="宋体" w:hAnsi="宋体" w:eastAsia="宋体"/>
                <w:b w:val="0"/>
                <w:sz w:val="18"/>
              </w:rPr>
              <w:t>练习中要关注全体学生，特别是组织好学生的自评、互评活动，让不同的人在数学上得到不同的发展。</w:t>
            </w:r>
          </w:p>
          <w:p>
            <w:pPr>
              <w:spacing w:after="20" w:line="276" w:lineRule="auto"/>
            </w:pPr>
            <w:r>
              <w:rPr>
                <w:rFonts w:ascii="宋体" w:hAnsi="宋体" w:eastAsia="宋体"/>
                <w:b w:val="0"/>
                <w:sz w:val="18"/>
              </w:rPr>
              <w:t>2.完成教科书P4“练习一”第3题。</w:t>
            </w:r>
          </w:p>
          <w:p>
            <w:pPr>
              <w:spacing w:after="20" w:line="276" w:lineRule="auto"/>
            </w:pPr>
            <w:r>
              <w:rPr>
                <w:rFonts w:ascii="宋体" w:hAnsi="宋体" w:eastAsia="宋体"/>
                <w:b w:val="0"/>
                <w:sz w:val="18"/>
              </w:rPr>
              <w:t>3.完成教科书P4“练习一”第4题。</w:t>
            </w:r>
          </w:p>
          <w:p>
            <w:pPr>
              <w:spacing w:after="20" w:line="276" w:lineRule="auto"/>
            </w:pPr>
            <w:r>
              <w:rPr>
                <w:rFonts w:ascii="宋体" w:hAnsi="宋体" w:eastAsia="宋体"/>
                <w:b w:val="0"/>
                <w:sz w:val="18"/>
              </w:rPr>
              <w:t>（1）学生独立完成后，同桌交换检查。</w:t>
            </w:r>
          </w:p>
          <w:p>
            <w:pPr>
              <w:spacing w:after="20" w:line="276" w:lineRule="auto"/>
            </w:pPr>
            <w:r>
              <w:rPr>
                <w:rFonts w:ascii="宋体" w:hAnsi="宋体" w:eastAsia="宋体"/>
                <w:b w:val="0"/>
                <w:sz w:val="18"/>
              </w:rPr>
              <w:t>（2）组织学生分别观察两组算式，有什么发现？</w:t>
            </w:r>
          </w:p>
          <w:p>
            <w:pPr>
              <w:spacing w:after="20" w:line="276" w:lineRule="auto"/>
            </w:pPr>
            <w:r>
              <w:rPr>
                <w:rFonts w:ascii="宋体" w:hAnsi="宋体" w:eastAsia="宋体"/>
                <w:b w:val="0"/>
                <w:sz w:val="18"/>
              </w:rPr>
              <w:t>师：我们学过了加、减法各部分间的关系，应用这些关系，可以对加、减法的计算进行验算。</w:t>
            </w:r>
          </w:p>
          <w:p>
            <w:pPr>
              <w:spacing w:after="20" w:line="276" w:lineRule="auto"/>
            </w:pPr>
            <w:r>
              <w:rPr>
                <w:rFonts w:ascii="宋体" w:hAnsi="宋体" w:eastAsia="宋体"/>
                <w:b w:val="0"/>
                <w:sz w:val="18"/>
              </w:rPr>
              <w:t>（1）指名学生板演，其余学生在课堂作业本上独立完成。要求：先计算，再验算。</w:t>
            </w:r>
          </w:p>
          <w:p>
            <w:pPr>
              <w:spacing w:after="20" w:line="276" w:lineRule="auto"/>
            </w:pPr>
            <w:r>
              <w:rPr>
                <w:rFonts w:ascii="宋体" w:hAnsi="宋体" w:eastAsia="宋体"/>
                <w:b w:val="0"/>
                <w:sz w:val="18"/>
              </w:rPr>
              <w:t>（2）交流汇报：重点说说如何验算的。</w:t>
            </w:r>
          </w:p>
        </w:tc>
        <w:tc>
          <w:tcPr>
            <w:tcW w:type="dxa" w:w="3061"/>
          </w:tcPr>
          <w:p>
            <w:pPr>
              <w:spacing w:after="20" w:line="276" w:lineRule="auto"/>
            </w:pPr>
            <w:r/>
            <w:r>
              <w:rPr>
                <w:rFonts w:ascii="宋体" w:hAnsi="宋体" w:eastAsia="宋体"/>
                <w:b w:val="0"/>
                <w:sz w:val="18"/>
              </w:rPr>
              <w:t>学生完成填空后，指名汇报，要求说出思考过程。（课件演示正确答案）</w:t>
            </w:r>
          </w:p>
          <w:p>
            <w:pPr>
              <w:spacing w:after="20" w:line="276" w:lineRule="auto"/>
            </w:pPr>
            <w:r>
              <w:rPr>
                <w:rFonts w:ascii="宋体" w:hAnsi="宋体" w:eastAsia="宋体"/>
                <w:b w:val="0"/>
                <w:sz w:val="18"/>
              </w:rPr>
              <w:t>学生能根据加、减法各部分间的关系与计算方法求出相应的数据。</w:t>
            </w:r>
          </w:p>
          <w:p>
            <w:pPr>
              <w:spacing w:after="20" w:line="276" w:lineRule="auto"/>
            </w:pPr>
            <w:r>
              <w:rPr>
                <w:rFonts w:ascii="宋体" w:hAnsi="宋体" w:eastAsia="宋体"/>
                <w:b w:val="0"/>
                <w:sz w:val="18"/>
              </w:rPr>
              <w:t>第一组算式，学生可能回答“一个加数不变，另一个加数变化，和也随着变化”。第二组算式，学生可能回答“被减数不变，减数发生变化，差也随着变化”。4.完成教科书P4“练习一”第5题。</w:t>
            </w:r>
          </w:p>
        </w:tc>
        <w:tc>
          <w:tcPr>
            <w:tcW w:type="dxa" w:w="1814"/>
          </w:tcPr>
          <w:p>
            <w:pPr>
              <w:spacing w:after="20" w:line="276" w:lineRule="auto"/>
            </w:pPr>
            <w:r/>
            <w:r>
              <w:rPr>
                <w:rFonts w:ascii="宋体" w:hAnsi="宋体" w:eastAsia="宋体"/>
                <w:b w:val="0"/>
                <w:sz w:val="18"/>
              </w:rPr>
              <w:t>在完成练习的过程中，注重在学生独立思考的基础上与学生进行交流，注重交流学生的思维过程。学生在应用与说理中，深刻理解加、减法的意义，掌握加、减法各部分间的关系。“说理”既培养学生的思维能力和语言表达能力，又促使学生应用所学知识站在新的高度去理解原来学过的算理算法。</w:t>
            </w:r>
          </w:p>
        </w:tc>
      </w:tr>
      <w:tr>
        <w:tc>
          <w:tcPr>
            <w:tcW w:type="dxa" w:w="1474"/>
          </w:tcPr>
          <w:p>
            <w:pPr>
              <w:spacing w:after="20" w:line="276" w:lineRule="auto"/>
            </w:pPr>
            <w:r>
              <w:rPr>
                <w:b/>
              </w:rPr>
            </w:r>
            <w:r>
              <w:rPr>
                <w:rFonts w:ascii="宋体" w:hAnsi="宋体" w:eastAsia="宋体"/>
                <w:b/>
                <w:sz w:val="18"/>
              </w:rPr>
              <w:t>三、拓展练习</w:t>
            </w:r>
          </w:p>
        </w:tc>
        <w:tc>
          <w:tcPr>
            <w:tcW w:type="dxa" w:w="3061"/>
          </w:tcPr>
          <w:p>
            <w:pPr>
              <w:spacing w:after="20" w:line="276" w:lineRule="auto"/>
            </w:pPr>
            <w:r/>
            <w:r>
              <w:rPr>
                <w:rFonts w:ascii="宋体" w:hAnsi="宋体" w:eastAsia="宋体"/>
                <w:b w:val="0"/>
                <w:sz w:val="18"/>
              </w:rPr>
              <w:t>1.课件出示习题。</w:t>
            </w:r>
          </w:p>
          <w:p>
            <w:pPr>
              <w:spacing w:after="20" w:line="276" w:lineRule="auto"/>
            </w:pPr>
            <w:r>
              <w:rPr>
                <w:rFonts w:ascii="宋体" w:hAnsi="宋体" w:eastAsia="宋体"/>
                <w:b w:val="0"/>
                <w:sz w:val="18"/>
              </w:rPr>
              <w:t>（1）学生认真读题，想想该怎样解答。</w:t>
            </w:r>
          </w:p>
          <w:p>
            <w:pPr>
              <w:spacing w:after="20" w:line="276" w:lineRule="auto"/>
            </w:pPr>
            <w:r>
              <w:rPr>
                <w:rFonts w:ascii="宋体" w:hAnsi="宋体" w:eastAsia="宋体"/>
                <w:b w:val="0"/>
                <w:sz w:val="18"/>
              </w:rPr>
              <w:t>（2）学生用自己喜欢的方法列式计算。</w:t>
            </w:r>
          </w:p>
          <w:p>
            <w:pPr>
              <w:spacing w:after="20" w:line="276" w:lineRule="auto"/>
            </w:pPr>
            <w:r>
              <w:rPr>
                <w:rFonts w:ascii="宋体" w:hAnsi="宋体" w:eastAsia="宋体"/>
                <w:b w:val="0"/>
                <w:sz w:val="18"/>
              </w:rPr>
              <w:t>（3）汇报交流。</w:t>
            </w:r>
          </w:p>
          <w:p>
            <w:pPr>
              <w:spacing w:after="20" w:line="276" w:lineRule="auto"/>
            </w:pPr>
            <w:r>
              <w:rPr>
                <w:rFonts w:ascii="宋体" w:hAnsi="宋体" w:eastAsia="宋体"/>
                <w:b w:val="0"/>
                <w:sz w:val="18"/>
              </w:rPr>
              <w:t>借助线段图分析得出：裙子：148-19=129（元）西服外套：129+316=445（元）</w:t>
            </w:r>
          </w:p>
          <w:p>
            <w:pPr>
              <w:spacing w:after="20" w:line="276" w:lineRule="auto"/>
            </w:pPr>
            <w:r>
              <w:rPr>
                <w:rFonts w:ascii="宋体" w:hAnsi="宋体" w:eastAsia="宋体"/>
                <w:b w:val="0"/>
                <w:sz w:val="18"/>
              </w:rPr>
              <w:t>师：思路真清晰！解决较复杂的问题时，借助线段图分析题意在数学学习中是一种有效的办法。</w:t>
            </w:r>
          </w:p>
          <w:p>
            <w:pPr>
              <w:spacing w:after="20" w:line="276" w:lineRule="auto"/>
            </w:pPr>
            <w:r>
              <w:rPr>
                <w:rFonts w:ascii="宋体" w:hAnsi="宋体" w:eastAsia="宋体"/>
                <w:b w:val="0"/>
                <w:sz w:val="18"/>
              </w:rPr>
              <w:t>2.课件出示习题。</w:t>
            </w:r>
          </w:p>
          <w:p>
            <w:pPr>
              <w:spacing w:after="20" w:line="276" w:lineRule="auto"/>
            </w:pPr>
            <w:r>
              <w:rPr>
                <w:rFonts w:ascii="宋体" w:hAnsi="宋体" w:eastAsia="宋体"/>
                <w:b w:val="0"/>
                <w:sz w:val="18"/>
              </w:rPr>
              <w:t>（1）学生仔细读题。</w:t>
            </w:r>
          </w:p>
          <w:p>
            <w:pPr>
              <w:spacing w:after="20" w:line="276" w:lineRule="auto"/>
            </w:pPr>
            <w:r>
              <w:rPr>
                <w:rFonts w:ascii="宋体" w:hAnsi="宋体" w:eastAsia="宋体"/>
                <w:b w:val="0"/>
                <w:sz w:val="18"/>
              </w:rPr>
              <w:t>（2）四人一小组讨论解题思路。</w:t>
            </w:r>
          </w:p>
          <w:p>
            <w:pPr>
              <w:spacing w:after="20" w:line="276" w:lineRule="auto"/>
            </w:pPr>
            <w:r>
              <w:rPr>
                <w:rFonts w:ascii="宋体" w:hAnsi="宋体" w:eastAsia="宋体"/>
                <w:b w:val="0"/>
                <w:sz w:val="18"/>
              </w:rPr>
              <w:t>（3）学生尝试独立解决。</w:t>
            </w:r>
          </w:p>
          <w:p>
            <w:pPr>
              <w:spacing w:after="20" w:line="276" w:lineRule="auto"/>
            </w:pPr>
            <w:r>
              <w:rPr>
                <w:rFonts w:ascii="宋体" w:hAnsi="宋体" w:eastAsia="宋体"/>
                <w:b w:val="0"/>
                <w:sz w:val="18"/>
              </w:rPr>
              <w:t>（4）集体分享。</w:t>
            </w:r>
          </w:p>
          <w:p>
            <w:pPr>
              <w:spacing w:after="20" w:line="276" w:lineRule="auto"/>
            </w:pPr>
            <w:r>
              <w:rPr>
                <w:rFonts w:ascii="宋体" w:hAnsi="宋体" w:eastAsia="宋体"/>
                <w:b w:val="0"/>
                <w:sz w:val="18"/>
              </w:rPr>
              <w:t>（4）集体分享。</w:t>
            </w:r>
          </w:p>
          <w:p>
            <w:pPr>
              <w:spacing w:after="20" w:line="276" w:lineRule="auto"/>
            </w:pPr>
            <w:r>
              <w:rPr>
                <w:rFonts w:ascii="宋体" w:hAnsi="宋体" w:eastAsia="宋体"/>
                <w:b w:val="0"/>
                <w:sz w:val="18"/>
              </w:rPr>
              <w:t>教师要引导并要求学生运用数学知识说理，发展能力、提升认识。</w:t>
            </w:r>
          </w:p>
        </w:tc>
        <w:tc>
          <w:tcPr>
            <w:tcW w:type="dxa" w:w="3061"/>
          </w:tcPr>
          <w:p>
            <w:pPr>
              <w:spacing w:after="20" w:line="276" w:lineRule="auto"/>
            </w:pPr>
            <w:r/>
            <w:r>
              <w:rPr>
                <w:rFonts w:ascii="宋体" w:hAnsi="宋体" w:eastAsia="宋体"/>
                <w:b w:val="0"/>
                <w:sz w:val="18"/>
              </w:rPr>
              <w:t>学生可能会说：我先画线段图。</w:t>
            </w:r>
          </w:p>
          <w:p>
            <w:pPr>
              <w:spacing w:after="20" w:line="276" w:lineRule="auto"/>
            </w:pPr>
            <w:r>
              <w:rPr>
                <w:rFonts w:ascii="宋体" w:hAnsi="宋体" w:eastAsia="宋体"/>
                <w:b w:val="0"/>
                <w:sz w:val="18"/>
              </w:rPr>
              <w:t>本题属于培优训练题，有一定的难度。发现有学生有困难时，教师及时点拨：本题中,已知正确的减数和错误的差,可先根据“被减数=减数+差”求出错误的被减数。再将写错的被减数的十位数字和百位数字互换,得到正确的被减数。最后用正确的被减数减去1248，求出正确的结果。</w:t>
            </w:r>
          </w:p>
        </w:tc>
        <w:tc>
          <w:tcPr>
            <w:tcW w:type="dxa" w:w="1814"/>
          </w:tcPr>
          <w:p>
            <w:pPr>
              <w:spacing w:after="20" w:line="276" w:lineRule="auto"/>
            </w:pPr>
            <w:r/>
            <w:r>
              <w:rPr>
                <w:rFonts w:ascii="宋体" w:hAnsi="宋体" w:eastAsia="宋体"/>
                <w:b w:val="0"/>
                <w:sz w:val="18"/>
              </w:rPr>
              <w:t>“授人以鱼，不如授人以渔”。通过第1题的练习，让学生知道在解决较复杂的问题时，借助线段图分析题意是一种有效的办法；第2题是“错中求解”问题,教会学生采用逆推法，从错误的结果入手，分析错误的原因，从而计算出正确的结果。</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师：通过本节课的练习，你有什么新的收获？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引导学生回顾梳理本课所学，完善认知结构，提升归纳与反思能力，核心问题："通过本节课的练习，你有什么新的收获？"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教科书P4“练习一”第1、3、4、5题。</w:t>
      </w:r>
    </w:p>
    <w:p>
      <w:pPr>
        <w:spacing w:after="40" w:line="300" w:lineRule="auto"/>
        <w:ind w:firstLine="400"/>
      </w:pPr>
      <w:r>
        <w:rPr>
          <w:rFonts w:ascii="宋体" w:hAnsi="宋体" w:eastAsia="宋体"/>
          <w:b w:val="0"/>
          <w:sz w:val="20"/>
        </w:rPr>
        <w:t>② 原设计安排：见“状元成才路”系列丛书《创优作业100分》对应课时作业。 1.选一选。(将正确答案的序号填在括号里) (1)-739=180,求代表的数应该用下面关系式中的( )。 A.和=加数＋加数 B.减数=被减数差 C.被减数=减数＋差 (2)把一道加法题中的一个加数69看成96,结果是525,那么正确的和是( )。 A.360 B.498 C.552 2.历史文化我选择信息( )(填序号) ,可以解决的问题是( )。 解答: 3.一个减法算式中被减数、减数与差的和是2024,减数比差多460,则差是( )。 参考答案 ( 1)C (2)B 2.(答案不唯一) ①③ 周代历经多少年 290＋501=791(年) 3.276</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一节课下来，学生积极性很高。基础练习和提高练习是对前面所学知识的巩固提高，学生练得得心应手，正确率较高。拓展练习虽然稍微拔高了一点，但是激发了学生的学习兴趣。学生纷纷大胆地挑战自我，认真思考，团结协作，最终战胜了困难，体会到了成功的喜悦。</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