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第3单元 运算律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运算律</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7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数学中,研究数的运算,在给出运算的定义之后,最主要的基础工作就是研究该运算的性质。在运算的各种性质中,最基本的几条性质,通常称为“运算律”。也就是说,运算律是运算体系中具有普遍意义的规律,是运算的基本性质,可作为推理的依据。本单元的主要学习内容是加法交换律、结合律,乘法交换律、结合律与分配律,以及这五条运算律在整数四则运算中的简单运用。</w:t>
      </w:r>
    </w:p>
    <w:p>
      <w:pPr>
        <w:spacing w:after="80" w:line="300" w:lineRule="auto"/>
        <w:ind w:firstLine="400"/>
      </w:pPr>
      <w:r>
        <w:rPr>
          <w:rFonts w:ascii="宋体" w:hAnsi="宋体" w:eastAsia="宋体"/>
          <w:b w:val="0"/>
          <w:sz w:val="20"/>
        </w:rPr>
        <w:t>这五条运算律不仅适用于整数的加法和乘法,也适用于有理数的加法和乘法。随着数的范围的进一步扩展,在实数甚至复数的加法和乘法中,它们仍然成立。因此，本单元内容在“数与代数”这一板块里占有重要的地位，被誉为“数学大厦的基石”。</w:t>
      </w:r>
    </w:p>
    <w:p>
      <w:pPr>
        <w:spacing w:after="80" w:line="300" w:lineRule="auto"/>
        <w:ind w:firstLine="400"/>
      </w:pPr>
      <w:r>
        <w:rPr>
          <w:rFonts w:ascii="宋体" w:hAnsi="宋体" w:eastAsia="宋体"/>
          <w:b w:val="0"/>
          <w:sz w:val="20"/>
        </w:rPr>
        <w:t>本单元的内容分为两节：第一节是加法运算律及其应用（例1～例4），其中包括连减的性质；第二节是乘法运算律及其应用（例5～例8），其中包括连除的性质和算法的合理选择与灵活运用。探究和理解加法、乘法的运算律，并能运用这些运算律进行简便计算是本单元教学的重点；而结合具体的情况，灵活选择合理的算法来解决实际问题是教学的难点。</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第1课时：经历探索加法运算律的过程,理解并掌握加法交换律和结合律,初步感知加法运算律的价值。</w:t>
      </w:r>
    </w:p>
    <w:p>
      <w:pPr>
        <w:spacing w:after="20" w:line="300" w:lineRule="auto"/>
        <w:ind w:firstLine="400"/>
      </w:pPr>
      <w:r>
        <w:rPr>
          <w:rFonts w:ascii="宋体" w:hAnsi="宋体" w:eastAsia="宋体"/>
          <w:b w:val="0"/>
          <w:sz w:val="20"/>
        </w:rPr>
        <w:t>第2课时：通过学习,能正确、自主地运用加法交换律和结合律进行简便计算。</w:t>
      </w:r>
    </w:p>
    <w:p>
      <w:pPr>
        <w:spacing w:after="20" w:line="300" w:lineRule="auto"/>
        <w:ind w:firstLine="400"/>
      </w:pPr>
      <w:r>
        <w:rPr>
          <w:rFonts w:ascii="宋体" w:hAnsi="宋体" w:eastAsia="宋体"/>
          <w:b w:val="0"/>
          <w:sz w:val="20"/>
        </w:rPr>
        <w:t>第3课时：让学生在解决问题的过程中理解并掌握连减的简便算法，体会算法的多样性。</w:t>
      </w:r>
    </w:p>
    <w:p>
      <w:pPr>
        <w:spacing w:after="20" w:line="300" w:lineRule="auto"/>
        <w:ind w:firstLine="400"/>
      </w:pPr>
      <w:r>
        <w:rPr>
          <w:rFonts w:ascii="宋体" w:hAnsi="宋体" w:eastAsia="宋体"/>
          <w:b w:val="0"/>
          <w:sz w:val="20"/>
        </w:rPr>
        <w:t>第4课时：引导学生探究和掌握乘法交换律、结合律,能运用运算律进行一些简便计算。</w:t>
      </w:r>
    </w:p>
    <w:p>
      <w:pPr>
        <w:spacing w:after="20" w:line="300" w:lineRule="auto"/>
        <w:ind w:firstLine="400"/>
      </w:pPr>
      <w:r>
        <w:rPr>
          <w:rFonts w:ascii="宋体" w:hAnsi="宋体" w:eastAsia="宋体"/>
          <w:b w:val="0"/>
          <w:sz w:val="20"/>
        </w:rPr>
        <w:t>第5课时：在探索中理解并掌握乘法分配律,能够运用乘法分配律解决问题。</w:t>
      </w:r>
    </w:p>
    <w:p>
      <w:pPr>
        <w:spacing w:after="20" w:line="300" w:lineRule="auto"/>
        <w:ind w:firstLine="400"/>
      </w:pPr>
      <w:r>
        <w:rPr>
          <w:rFonts w:ascii="宋体" w:hAnsi="宋体" w:eastAsia="宋体"/>
          <w:b w:val="0"/>
          <w:sz w:val="20"/>
        </w:rPr>
        <w:t>第6课时：在解决实际问题时,结合具体数据、算式的特点和算式的意义,合理选择算法，使计算更简便。</w:t>
      </w:r>
    </w:p>
    <w:p>
      <w:pPr>
        <w:spacing w:after="20" w:line="300" w:lineRule="auto"/>
        <w:ind w:firstLine="400"/>
      </w:pPr>
      <w:r>
        <w:rPr>
          <w:rFonts w:ascii="宋体" w:hAnsi="宋体" w:eastAsia="宋体"/>
          <w:b w:val="0"/>
          <w:sz w:val="20"/>
        </w:rPr>
        <w:t>第7课时：进一步理解和掌握加法交换律、结合律，乘法交换律、结合律和分配律。</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充分利用学生已有的经验,促进学习的迁移。教学中要充分利用学生第一学段中积累起来的知识与活动经验,引导学生用好这些经验,完成知识学习的迁移过程,从而帮助学生将原来零散的感性认识上升为理性认识。</w:t>
      </w:r>
    </w:p>
    <w:p>
      <w:pPr>
        <w:spacing w:after="20" w:line="300" w:lineRule="auto"/>
      </w:pPr>
      <w:r>
        <w:rPr>
          <w:rFonts w:ascii="宋体" w:hAnsi="宋体" w:eastAsia="宋体"/>
          <w:b w:val="0"/>
          <w:sz w:val="20"/>
        </w:rPr>
        <w:t>● 以生活应用为归属,增进学生的应用能力。计算并非纯粹的计算,为什么要学简便计算,就是为了更方便地解决生活中的实际问题。结合情境图开展教学,让学生从数学的角度去获取信息、提出问题,用所学的知识解决问题。这样的计算教学,能让学生感受到现实生活里蕴含着丰富的数学信息,体会计算的价值和数学在现实生活中的应用,从根本上改变学生认为“计算枯燥”的错误印象。</w:t>
      </w:r>
    </w:p>
    <w:p>
      <w:pPr>
        <w:spacing w:after="20" w:line="300" w:lineRule="auto"/>
      </w:pPr>
      <w:r>
        <w:rPr>
          <w:rFonts w:ascii="宋体" w:hAnsi="宋体" w:eastAsia="宋体"/>
          <w:b w:val="0"/>
          <w:sz w:val="20"/>
        </w:rPr>
        <w:t>● 处理好算法多样化与优化的关系,重视简便计算意识的培养。教学中教师在关注算法多样化的同时,更应关注优化。教师应引导学生通过分析、比较、讨论,感悟自己的算法与别人的算法孰优孰劣,并修正自我内需,悟出属于自己的最佳方法。这个过程正是学生学会不断反思、自我完善的过程,从而逐步培养学生的简便运算意识。</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加法交换律和结合律</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经历探索加法运算律的过程,理解并掌握加法交换律和结合律,初步感知加法运算律的价值。</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加法运算律的应用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通过学习,能正确、自主地运用加法交换律和结合律进行简便计算。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连减的简便计算</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让学生在解决问题的过程中理解并掌握连减的简便算法，体会算法的多样性。</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乘法交换律和结合律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引导学生探究和掌握乘法交换律、结合律,能运用运算律进行一些简便计算。</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乘法分配律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在探索中理解并掌握乘法分配律,能够运用乘法分配律解决问题。</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解决问题策略的多样化</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在解决实际问题时,结合具体数据、算式的特点和算式的意义,合理选择算法，使计算更简便。</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练习课（运算律）</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进一步理解和掌握加法交换律、结合律，乘法交换律、结合律和分配律。</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加法交换律和结合律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加法交换律和结合律</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教学内容：教科书P17~18例1、例2，完成P18“做一做”，P19“练习五”第1～5题。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（1）经历探索加法运算律的过程,理解并掌握加法交换律和结合律,初步感知加法运算律的价值。</w:t>
      </w:r>
    </w:p>
    <w:p>
      <w:pPr>
        <w:spacing w:after="20" w:line="300" w:lineRule="auto"/>
        <w:ind w:firstLine="400"/>
      </w:pPr>
      <w:r>
        <w:rPr>
          <w:rFonts w:ascii="宋体" w:hAnsi="宋体" w:eastAsia="宋体"/>
          <w:b w:val="0"/>
          <w:sz w:val="20"/>
        </w:rPr>
        <w:t>（2）在学习用符号、字母表示运算律的过程中,初步发展学生的符号感,逐步提高归纳、推理的抽象思维能力。</w:t>
      </w:r>
    </w:p>
    <w:p>
      <w:pPr>
        <w:spacing w:after="20" w:line="300" w:lineRule="auto"/>
        <w:ind w:firstLine="400"/>
      </w:pPr>
      <w:r>
        <w:rPr>
          <w:rFonts w:ascii="宋体" w:hAnsi="宋体" w:eastAsia="宋体"/>
          <w:b w:val="0"/>
          <w:sz w:val="20"/>
        </w:rPr>
        <w:t>（3）在数学活动中获得探究数学运算律的基本体验和一般方法,培养学生独立思考和主动探究的意识和习惯。</w:t>
      </w:r>
    </w:p>
    <w:p>
      <w:pPr>
        <w:spacing w:after="20" w:line="300" w:lineRule="auto"/>
      </w:pPr>
      <w:r>
        <w:rPr>
          <w:rFonts w:ascii="宋体" w:hAnsi="宋体" w:eastAsia="宋体"/>
          <w:b w:val="0"/>
          <w:sz w:val="20"/>
        </w:rPr>
        <w:t>教学重点：探索和理解加法运算律。</w:t>
      </w:r>
    </w:p>
    <w:p>
      <w:pPr>
        <w:spacing w:after="20" w:line="300" w:lineRule="auto"/>
      </w:pPr>
      <w:r>
        <w:rPr>
          <w:rFonts w:ascii="宋体" w:hAnsi="宋体" w:eastAsia="宋体"/>
          <w:b w:val="0"/>
          <w:sz w:val="20"/>
        </w:rPr>
        <w:t>教学难点：获得探究数学运算律的基本体验和一般方法。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同学们，你们喜欢旅行吗？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二、探究新知,掌握定律</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请同学们认真审题，题中告诉了我们哪些信息？要我们解决的问题是什么？；你能解决这个问题吗?</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三、运用新知识,巩固运算律</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一、创设情境，引入新课</w:t>
            </w:r>
          </w:p>
        </w:tc>
        <w:tc>
          <w:tcPr>
            <w:tcW w:type="dxa" w:w="3061"/>
          </w:tcPr>
          <w:p>
            <w:pPr>
              <w:spacing w:after="20" w:line="276" w:lineRule="auto"/>
            </w:pPr>
            <w:r/>
            <w:r>
              <w:rPr>
                <w:rFonts w:ascii="宋体" w:hAnsi="宋体" w:eastAsia="宋体"/>
                <w:b w:val="0"/>
                <w:sz w:val="18"/>
              </w:rPr>
              <w:t>师：同学们，你们喜欢旅行吗？阳春三月，春暖花开，正是外出旅行的好时节，李叔叔计划骑车旅行一个星期。但是李叔叔在旅途中碰到了很多数学问题，同学们能帮帮他吗？</w:t>
            </w:r>
          </w:p>
          <w:p>
            <w:pPr>
              <w:spacing w:after="20" w:line="276" w:lineRule="auto"/>
            </w:pPr>
            <w:r>
              <w:rPr>
                <w:rFonts w:ascii="宋体" w:hAnsi="宋体" w:eastAsia="宋体"/>
                <w:b w:val="0"/>
                <w:sz w:val="18"/>
              </w:rPr>
              <w:t>师：好，那我们跟着李叔叔一起进入第三单元的学习——运算律，这节课先来研究“加法交换律和结合律”。（板书课题：加法交换律和结合律）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在授课开始时，教师创造性地利用教材，创设了谈话的情境。由旅行的话题导入，贴近学生的生活实际，激起他们的挑战欲，从而引入新课的学习。</w:t>
            </w:r>
          </w:p>
        </w:tc>
      </w:tr>
      <w:tr>
        <w:tc>
          <w:tcPr>
            <w:tcW w:type="dxa" w:w="1474"/>
          </w:tcPr>
          <w:p>
            <w:pPr>
              <w:spacing w:after="20" w:line="276" w:lineRule="auto"/>
            </w:pPr>
            <w:r>
              <w:rPr>
                <w:b/>
              </w:rPr>
            </w:r>
            <w:r>
              <w:rPr>
                <w:rFonts w:ascii="宋体" w:hAnsi="宋体" w:eastAsia="宋体"/>
                <w:b/>
                <w:sz w:val="18"/>
              </w:rPr>
              <w:t>二、探究新知,掌握定律</w:t>
            </w:r>
          </w:p>
        </w:tc>
        <w:tc>
          <w:tcPr>
            <w:tcW w:type="dxa" w:w="3061"/>
          </w:tcPr>
          <w:p>
            <w:pPr>
              <w:spacing w:after="20" w:line="276" w:lineRule="auto"/>
            </w:pPr>
            <w:r/>
            <w:r>
              <w:rPr>
                <w:rFonts w:ascii="宋体" w:hAnsi="宋体" w:eastAsia="宋体"/>
                <w:b w:val="0"/>
                <w:sz w:val="18"/>
              </w:rPr>
              <w:t>1.探究加法交换律。</w:t>
            </w:r>
          </w:p>
          <w:p>
            <w:pPr>
              <w:spacing w:after="20" w:line="276" w:lineRule="auto"/>
            </w:pPr>
            <w:r>
              <w:rPr>
                <w:rFonts w:ascii="宋体" w:hAnsi="宋体" w:eastAsia="宋体"/>
                <w:b w:val="0"/>
                <w:sz w:val="18"/>
              </w:rPr>
              <w:t>（1）在情境中初步感知规律。</w:t>
            </w:r>
          </w:p>
          <w:p>
            <w:pPr>
              <w:spacing w:after="20" w:line="276" w:lineRule="auto"/>
            </w:pPr>
            <w:r>
              <w:rPr>
                <w:rFonts w:ascii="宋体" w:hAnsi="宋体" w:eastAsia="宋体"/>
                <w:b w:val="0"/>
                <w:sz w:val="18"/>
              </w:rPr>
              <w:t>①师：看，李叔叔今天就遇到了难题。</w:t>
            </w:r>
          </w:p>
          <w:p>
            <w:pPr>
              <w:spacing w:after="20" w:line="276" w:lineRule="auto"/>
            </w:pPr>
            <w:r>
              <w:rPr>
                <w:rFonts w:ascii="宋体" w:hAnsi="宋体" w:eastAsia="宋体"/>
                <w:b w:val="0"/>
                <w:sz w:val="18"/>
              </w:rPr>
              <w:t>课件出示教科书P17例1。</w:t>
            </w:r>
          </w:p>
          <w:p>
            <w:pPr>
              <w:spacing w:after="20" w:line="276" w:lineRule="auto"/>
            </w:pPr>
            <w:r>
              <w:rPr>
                <w:rFonts w:ascii="宋体" w:hAnsi="宋体" w:eastAsia="宋体"/>
                <w:b w:val="0"/>
                <w:sz w:val="18"/>
              </w:rPr>
              <w:t>师：请同学们认真审题，题中告诉了我们哪些信息？要我们解决的问题是什么？</w:t>
            </w:r>
          </w:p>
          <w:p>
            <w:pPr>
              <w:spacing w:after="20" w:line="276" w:lineRule="auto"/>
            </w:pPr>
            <w:r>
              <w:rPr>
                <w:rFonts w:ascii="宋体" w:hAnsi="宋体" w:eastAsia="宋体"/>
                <w:b w:val="0"/>
                <w:sz w:val="18"/>
              </w:rPr>
              <w:t>教学中要结合情境内容唤起学生的认知经验，初步感知规律。</w:t>
            </w:r>
          </w:p>
          <w:p>
            <w:pPr>
              <w:spacing w:after="20" w:line="276" w:lineRule="auto"/>
            </w:pPr>
            <w:r>
              <w:rPr>
                <w:rFonts w:ascii="宋体" w:hAnsi="宋体" w:eastAsia="宋体"/>
                <w:b w:val="0"/>
                <w:sz w:val="18"/>
              </w:rPr>
              <w:t>②师：你能解决这个问题吗?</w:t>
            </w:r>
          </w:p>
          <w:p>
            <w:pPr>
              <w:spacing w:after="20" w:line="276" w:lineRule="auto"/>
            </w:pPr>
            <w:r>
              <w:rPr>
                <w:rFonts w:ascii="宋体" w:hAnsi="宋体" w:eastAsia="宋体"/>
                <w:b w:val="0"/>
                <w:sz w:val="18"/>
              </w:rPr>
              <w:t>③师：40+56和56+40这两个算式的计算结果相等,可以用什么符号连接?</w:t>
            </w:r>
          </w:p>
          <w:p>
            <w:pPr>
              <w:spacing w:after="20" w:line="276" w:lineRule="auto"/>
            </w:pPr>
            <w:r>
              <w:rPr>
                <w:rFonts w:ascii="宋体" w:hAnsi="宋体" w:eastAsia="宋体"/>
                <w:b w:val="0"/>
                <w:sz w:val="18"/>
              </w:rPr>
              <w:t>（2）在枚举中验证规律。</w:t>
            </w:r>
          </w:p>
          <w:p>
            <w:pPr>
              <w:spacing w:after="20" w:line="276" w:lineRule="auto"/>
            </w:pPr>
            <w:r>
              <w:rPr>
                <w:rFonts w:ascii="宋体" w:hAnsi="宋体" w:eastAsia="宋体"/>
                <w:b w:val="0"/>
                <w:sz w:val="18"/>
              </w:rPr>
              <w:t>①观察发现。</w:t>
            </w:r>
          </w:p>
          <w:p>
            <w:pPr>
              <w:spacing w:after="20" w:line="276" w:lineRule="auto"/>
            </w:pPr>
            <w:r>
              <w:rPr>
                <w:rFonts w:ascii="宋体" w:hAnsi="宋体" w:eastAsia="宋体"/>
                <w:b w:val="0"/>
                <w:sz w:val="18"/>
              </w:rPr>
              <w:t>师：请同学们观察这一组算式,你有什么发现?把你的发现和同桌交流一下。</w:t>
            </w:r>
          </w:p>
          <w:p>
            <w:pPr>
              <w:spacing w:after="20" w:line="276" w:lineRule="auto"/>
            </w:pPr>
            <w:r>
              <w:rPr>
                <w:rFonts w:ascii="宋体" w:hAnsi="宋体" w:eastAsia="宋体"/>
                <w:b w:val="0"/>
                <w:sz w:val="18"/>
              </w:rPr>
              <w:t>②猜想验证。</w:t>
            </w:r>
          </w:p>
          <w:p>
            <w:pPr>
              <w:spacing w:after="20" w:line="276" w:lineRule="auto"/>
            </w:pPr>
            <w:r>
              <w:rPr>
                <w:rFonts w:ascii="宋体" w:hAnsi="宋体" w:eastAsia="宋体"/>
                <w:b w:val="0"/>
                <w:sz w:val="18"/>
              </w:rPr>
              <w:t>师:这一组算式中两个加数分别相同,只是交换了它们的位置,和不变。是不是任意的两个数相加,都有这么一个规律呢?</w:t>
            </w:r>
          </w:p>
          <w:p>
            <w:pPr>
              <w:spacing w:after="20" w:line="276" w:lineRule="auto"/>
            </w:pPr>
            <w:r>
              <w:rPr>
                <w:rFonts w:ascii="宋体" w:hAnsi="宋体" w:eastAsia="宋体"/>
                <w:b w:val="0"/>
                <w:sz w:val="18"/>
              </w:rPr>
              <w:t>师：你能再举几个这样的例子吗？同学们先自己在练习本上举几个例子验证一下,然后在小组内交流。</w:t>
            </w:r>
          </w:p>
          <w:p>
            <w:pPr>
              <w:spacing w:after="20" w:line="276" w:lineRule="auto"/>
            </w:pPr>
            <w:r>
              <w:rPr>
                <w:rFonts w:ascii="宋体" w:hAnsi="宋体" w:eastAsia="宋体"/>
                <w:b w:val="0"/>
                <w:sz w:val="18"/>
              </w:rPr>
              <w:t>③指名学生汇报。</w:t>
            </w:r>
          </w:p>
          <w:p>
            <w:pPr>
              <w:spacing w:after="20" w:line="276" w:lineRule="auto"/>
            </w:pPr>
            <w:r>
              <w:rPr>
                <w:rFonts w:ascii="宋体" w:hAnsi="宋体" w:eastAsia="宋体"/>
                <w:b w:val="0"/>
                <w:sz w:val="18"/>
              </w:rPr>
              <w:t>(3)在比较中概括规律。</w:t>
            </w:r>
          </w:p>
          <w:p>
            <w:pPr>
              <w:spacing w:after="20" w:line="276" w:lineRule="auto"/>
            </w:pPr>
            <w:r>
              <w:rPr>
                <w:rFonts w:ascii="宋体" w:hAnsi="宋体" w:eastAsia="宋体"/>
                <w:b w:val="0"/>
                <w:sz w:val="18"/>
              </w:rPr>
              <w:t>①总结规律。</w:t>
            </w:r>
          </w:p>
          <w:p>
            <w:pPr>
              <w:spacing w:after="20" w:line="276" w:lineRule="auto"/>
            </w:pPr>
            <w:r>
              <w:rPr>
                <w:rFonts w:ascii="宋体" w:hAnsi="宋体" w:eastAsia="宋体"/>
                <w:b w:val="0"/>
                <w:sz w:val="18"/>
              </w:rPr>
              <w:t>师：刚才同学们说出了这么多的算式,谁能说一说你发现了什么?</w:t>
            </w:r>
          </w:p>
          <w:p>
            <w:pPr>
              <w:spacing w:after="20" w:line="276" w:lineRule="auto"/>
            </w:pPr>
            <w:r>
              <w:rPr>
                <w:rFonts w:ascii="宋体" w:hAnsi="宋体" w:eastAsia="宋体"/>
                <w:b w:val="0"/>
                <w:sz w:val="18"/>
              </w:rPr>
              <w:t>让学生独立思考后,小组交流,全班汇报。</w:t>
            </w:r>
          </w:p>
          <w:p>
            <w:pPr>
              <w:spacing w:after="20" w:line="276" w:lineRule="auto"/>
            </w:pPr>
            <w:r>
              <w:rPr>
                <w:rFonts w:ascii="宋体" w:hAnsi="宋体" w:eastAsia="宋体"/>
                <w:b w:val="0"/>
                <w:sz w:val="18"/>
              </w:rPr>
              <w:t>教师引导学生总结板书：两个数相加，交换两个加数的位置，和不变。这叫作加法交换律。</w:t>
            </w:r>
          </w:p>
          <w:p>
            <w:pPr>
              <w:spacing w:after="20" w:line="276" w:lineRule="auto"/>
            </w:pPr>
            <w:r>
              <w:rPr>
                <w:rFonts w:ascii="宋体" w:hAnsi="宋体" w:eastAsia="宋体"/>
                <w:b w:val="0"/>
                <w:sz w:val="18"/>
              </w:rPr>
              <w:t>②师：你能用自己喜欢的方式表示加法交换律吗？</w:t>
            </w:r>
          </w:p>
          <w:p>
            <w:pPr>
              <w:spacing w:after="20" w:line="276" w:lineRule="auto"/>
            </w:pPr>
            <w:r>
              <w:rPr>
                <w:rFonts w:ascii="宋体" w:hAnsi="宋体" w:eastAsia="宋体"/>
                <w:b w:val="0"/>
                <w:sz w:val="18"/>
              </w:rPr>
              <w:t>师：这里的“甲、乙、△、、a、b”分别表示什么？</w:t>
            </w:r>
          </w:p>
          <w:p>
            <w:pPr>
              <w:spacing w:after="20" w:line="276" w:lineRule="auto"/>
            </w:pPr>
            <w:r>
              <w:rPr>
                <w:rFonts w:ascii="宋体" w:hAnsi="宋体" w:eastAsia="宋体"/>
                <w:b w:val="0"/>
                <w:sz w:val="18"/>
              </w:rPr>
              <w:t>师：同学们说出了这么多的办法,都很不错。通常情况下,我们可以用字母表示加法交换律：a+b=b+a。（板书：a+b=b+a）</w:t>
            </w:r>
          </w:p>
          <w:p>
            <w:pPr>
              <w:spacing w:after="20" w:line="276" w:lineRule="auto"/>
            </w:pPr>
            <w:r>
              <w:rPr>
                <w:rFonts w:ascii="宋体" w:hAnsi="宋体" w:eastAsia="宋体"/>
                <w:b w:val="0"/>
                <w:sz w:val="18"/>
              </w:rPr>
              <w:t>(4)在练习中应用加法交换律。</w:t>
            </w:r>
          </w:p>
          <w:p>
            <w:pPr>
              <w:spacing w:after="20" w:line="276" w:lineRule="auto"/>
            </w:pPr>
            <w:r>
              <w:rPr>
                <w:rFonts w:ascii="宋体" w:hAnsi="宋体" w:eastAsia="宋体"/>
                <w:b w:val="0"/>
                <w:sz w:val="18"/>
              </w:rPr>
              <w:t>①完成教科书P18“做一做”第1题。</w:t>
            </w:r>
          </w:p>
          <w:p>
            <w:pPr>
              <w:spacing w:after="20" w:line="276" w:lineRule="auto"/>
            </w:pPr>
            <w:r>
              <w:rPr>
                <w:rFonts w:ascii="宋体" w:hAnsi="宋体" w:eastAsia="宋体"/>
                <w:b w:val="0"/>
                <w:sz w:val="18"/>
              </w:rPr>
              <w:t>本环节遵循“先观察、再交流，让学生初步感知规律，然后猜想验证，讨论交流，进而发现、总结规律”这样一个思路来教学。在这个过程中,让学生经历知识的形成过程,感受到成功的喜悦。</w:t>
            </w:r>
          </w:p>
          <w:p>
            <w:pPr>
              <w:spacing w:after="20" w:line="276" w:lineRule="auto"/>
            </w:pPr>
            <w:r>
              <w:rPr>
                <w:rFonts w:ascii="宋体" w:hAnsi="宋体" w:eastAsia="宋体"/>
                <w:b w:val="0"/>
                <w:sz w:val="18"/>
              </w:rPr>
              <w:t>②师：我们知道了加法交换律,并且会用字母来表示。请同学们想一想,以前学过的知识中哪些地方用到过加法交换律?完成教科书P19“练习五”第2题。</w:t>
            </w:r>
          </w:p>
          <w:p>
            <w:pPr>
              <w:spacing w:after="20" w:line="276" w:lineRule="auto"/>
            </w:pPr>
            <w:r>
              <w:rPr>
                <w:rFonts w:ascii="宋体" w:hAnsi="宋体" w:eastAsia="宋体"/>
                <w:b w:val="0"/>
                <w:sz w:val="18"/>
              </w:rPr>
              <w:t>2.探究加法结合律。</w:t>
            </w:r>
          </w:p>
          <w:p>
            <w:pPr>
              <w:spacing w:after="20" w:line="276" w:lineRule="auto"/>
            </w:pPr>
            <w:r>
              <w:rPr>
                <w:rFonts w:ascii="宋体" w:hAnsi="宋体" w:eastAsia="宋体"/>
                <w:b w:val="0"/>
                <w:sz w:val="18"/>
              </w:rPr>
              <w:t>(1)在情境中初步感知规律。</w:t>
            </w:r>
          </w:p>
          <w:p>
            <w:pPr>
              <w:spacing w:after="20" w:line="276" w:lineRule="auto"/>
            </w:pPr>
            <w:r>
              <w:rPr>
                <w:rFonts w:ascii="宋体" w:hAnsi="宋体" w:eastAsia="宋体"/>
                <w:b w:val="0"/>
                <w:sz w:val="18"/>
              </w:rPr>
              <w:t>①师：转眼三天过去了，看看李叔叔在干什么。</w:t>
            </w:r>
          </w:p>
          <w:p>
            <w:pPr>
              <w:spacing w:after="20" w:line="276" w:lineRule="auto"/>
            </w:pPr>
            <w:r>
              <w:rPr>
                <w:rFonts w:ascii="宋体" w:hAnsi="宋体" w:eastAsia="宋体"/>
                <w:b w:val="0"/>
                <w:sz w:val="18"/>
              </w:rPr>
              <w:t>课件出示教科书P18例2。</w:t>
            </w:r>
          </w:p>
          <w:p>
            <w:pPr>
              <w:spacing w:after="20" w:line="276" w:lineRule="auto"/>
            </w:pPr>
            <w:r>
              <w:rPr>
                <w:rFonts w:ascii="宋体" w:hAnsi="宋体" w:eastAsia="宋体"/>
                <w:b w:val="0"/>
                <w:sz w:val="18"/>
              </w:rPr>
              <w:t>师：从题中可以知道哪些信息?要解决什么问题呢？</w:t>
            </w:r>
          </w:p>
          <w:p>
            <w:pPr>
              <w:spacing w:after="20" w:line="276" w:lineRule="auto"/>
            </w:pPr>
            <w:r>
              <w:rPr>
                <w:rFonts w:ascii="宋体" w:hAnsi="宋体" w:eastAsia="宋体"/>
                <w:b w:val="0"/>
                <w:sz w:val="18"/>
              </w:rPr>
              <w:t>②放手让学生自己理解题意,分析题目的已知条件和问题,然后独立列出算式并计算。</w:t>
            </w:r>
          </w:p>
          <w:p>
            <w:pPr>
              <w:spacing w:after="20" w:line="276" w:lineRule="auto"/>
            </w:pPr>
            <w:r>
              <w:rPr>
                <w:rFonts w:ascii="宋体" w:hAnsi="宋体" w:eastAsia="宋体"/>
                <w:b w:val="0"/>
                <w:sz w:val="18"/>
              </w:rPr>
              <w:t>③集体交流，展示算法。</w:t>
            </w:r>
          </w:p>
          <w:p>
            <w:pPr>
              <w:spacing w:after="20" w:line="276" w:lineRule="auto"/>
            </w:pPr>
            <w:r>
              <w:rPr>
                <w:rFonts w:ascii="宋体" w:hAnsi="宋体" w:eastAsia="宋体"/>
                <w:b w:val="0"/>
                <w:sz w:val="18"/>
              </w:rPr>
              <w:t>⑤比较:两种解法所表示的意义都是求三天一共骑行了多少千米,计算结果相同。所以这两个算式可以用“=”连接。</w:t>
            </w:r>
          </w:p>
          <w:p>
            <w:pPr>
              <w:spacing w:after="20" w:line="276" w:lineRule="auto"/>
            </w:pPr>
            <w:r>
              <w:rPr>
                <w:rFonts w:ascii="宋体" w:hAnsi="宋体" w:eastAsia="宋体"/>
                <w:b w:val="0"/>
                <w:sz w:val="18"/>
              </w:rPr>
              <w:t>教师板书：(88+104)+96=88+(104+96)</w:t>
            </w:r>
          </w:p>
          <w:p>
            <w:pPr>
              <w:spacing w:after="20" w:line="276" w:lineRule="auto"/>
            </w:pPr>
            <w:r>
              <w:rPr>
                <w:rFonts w:ascii="宋体" w:hAnsi="宋体" w:eastAsia="宋体"/>
                <w:b w:val="0"/>
                <w:sz w:val="18"/>
              </w:rPr>
              <w:t>师：比较等号左右两边的算式，它们的相同点是什么?不同点是什么?</w:t>
            </w:r>
          </w:p>
          <w:p>
            <w:pPr>
              <w:spacing w:after="20" w:line="276" w:lineRule="auto"/>
            </w:pPr>
            <w:r>
              <w:rPr>
                <w:rFonts w:ascii="宋体" w:hAnsi="宋体" w:eastAsia="宋体"/>
                <w:b w:val="0"/>
                <w:sz w:val="18"/>
              </w:rPr>
              <w:t>（2）在枚举中验证规律。</w:t>
            </w:r>
          </w:p>
          <w:p>
            <w:pPr>
              <w:spacing w:after="20" w:line="276" w:lineRule="auto"/>
            </w:pPr>
            <w:r>
              <w:rPr>
                <w:rFonts w:ascii="宋体" w:hAnsi="宋体" w:eastAsia="宋体"/>
                <w:b w:val="0"/>
                <w:sz w:val="18"/>
              </w:rPr>
              <w:t>①师：观察下面这两组算式,你发现了什么?你有什么猜想吗?（出示课件）</w:t>
            </w:r>
          </w:p>
          <w:p>
            <w:pPr>
              <w:spacing w:after="20" w:line="276" w:lineRule="auto"/>
            </w:pPr>
            <w:r>
              <w:rPr>
                <w:rFonts w:ascii="宋体" w:hAnsi="宋体" w:eastAsia="宋体"/>
                <w:b w:val="0"/>
                <w:sz w:val="18"/>
              </w:rPr>
              <w:t>教学中，利用情境理解两种运算顺序的意义，在比较运算意义和计算结果的基础上得到等式（88+104）+96=88+（104+96），并请学生根据此算式特点，举出一些其他例子，对此类等式的特点充分展开讨论，自主发现规律。</w:t>
            </w:r>
          </w:p>
          <w:p>
            <w:pPr>
              <w:spacing w:after="20" w:line="276" w:lineRule="auto"/>
            </w:pPr>
            <w:r>
              <w:rPr>
                <w:rFonts w:ascii="宋体" w:hAnsi="宋体" w:eastAsia="宋体"/>
                <w:b w:val="0"/>
                <w:sz w:val="18"/>
              </w:rPr>
              <w:t>②验证你的猜想。</w:t>
            </w:r>
          </w:p>
          <w:p>
            <w:pPr>
              <w:spacing w:after="20" w:line="276" w:lineRule="auto"/>
            </w:pPr>
            <w:r>
              <w:rPr>
                <w:rFonts w:ascii="宋体" w:hAnsi="宋体" w:eastAsia="宋体"/>
                <w:b w:val="0"/>
                <w:sz w:val="18"/>
              </w:rPr>
              <w:t>师：你能再举几组这样的例子吗?试一试。</w:t>
            </w:r>
          </w:p>
          <w:p>
            <w:pPr>
              <w:spacing w:after="20" w:line="276" w:lineRule="auto"/>
            </w:pPr>
            <w:r>
              <w:rPr>
                <w:rFonts w:ascii="宋体" w:hAnsi="宋体" w:eastAsia="宋体"/>
                <w:b w:val="0"/>
                <w:sz w:val="18"/>
              </w:rPr>
              <w:t>（3）在比较中概括规律。</w:t>
            </w:r>
          </w:p>
          <w:p>
            <w:pPr>
              <w:spacing w:after="20" w:line="276" w:lineRule="auto"/>
            </w:pPr>
            <w:r>
              <w:rPr>
                <w:rFonts w:ascii="宋体" w:hAnsi="宋体" w:eastAsia="宋体"/>
                <w:b w:val="0"/>
                <w:sz w:val="18"/>
              </w:rPr>
              <w:t>教师引导学生总结板书:三个数相加,先把前两个数相加,或者先把后两个数相加,和不变。这叫作加法结合律。</w:t>
            </w:r>
          </w:p>
          <w:p>
            <w:pPr>
              <w:spacing w:after="20" w:line="276" w:lineRule="auto"/>
            </w:pPr>
            <w:r>
              <w:rPr>
                <w:rFonts w:ascii="宋体" w:hAnsi="宋体" w:eastAsia="宋体"/>
                <w:b w:val="0"/>
                <w:sz w:val="18"/>
              </w:rPr>
              <w:t>②你能用符号表示加法结合律吗？</w:t>
            </w:r>
          </w:p>
          <w:p>
            <w:pPr>
              <w:spacing w:after="20" w:line="276" w:lineRule="auto"/>
            </w:pPr>
            <w:r>
              <w:rPr>
                <w:rFonts w:ascii="宋体" w:hAnsi="宋体" w:eastAsia="宋体"/>
                <w:b w:val="0"/>
                <w:sz w:val="18"/>
              </w:rPr>
              <w:t>教师板书:（a+b）+c=a+（b+c）</w:t>
            </w:r>
          </w:p>
          <w:p>
            <w:pPr>
              <w:spacing w:after="20" w:line="276" w:lineRule="auto"/>
            </w:pPr>
            <w:r>
              <w:rPr>
                <w:rFonts w:ascii="宋体" w:hAnsi="宋体" w:eastAsia="宋体"/>
                <w:b w:val="0"/>
                <w:sz w:val="18"/>
              </w:rPr>
              <w:t>（4）在练习中应用加法结合律。</w:t>
            </w:r>
          </w:p>
        </w:tc>
        <w:tc>
          <w:tcPr>
            <w:tcW w:type="dxa" w:w="3061"/>
          </w:tcPr>
          <w:p>
            <w:pPr>
              <w:spacing w:after="20" w:line="276" w:lineRule="auto"/>
            </w:pPr>
            <w:r/>
            <w:r>
              <w:rPr>
                <w:rFonts w:ascii="宋体" w:hAnsi="宋体" w:eastAsia="宋体"/>
                <w:b w:val="0"/>
                <w:sz w:val="18"/>
              </w:rPr>
              <w:t>已知李叔叔今天上午骑了40km，下午骑了56km。要求李叔叔今天一共骑了多少千米。</w:t>
            </w:r>
          </w:p>
          <w:p>
            <w:pPr>
              <w:spacing w:after="20" w:line="276" w:lineRule="auto"/>
            </w:pPr>
            <w:r>
              <w:rPr>
                <w:rFonts w:ascii="宋体" w:hAnsi="宋体" w:eastAsia="宋体"/>
                <w:b w:val="0"/>
                <w:sz w:val="18"/>
              </w:rPr>
              <w:t>学生独立列式解答,教师请学生把不同的算式板书在黑板上,并说一说思路。</w:t>
            </w:r>
          </w:p>
          <w:p>
            <w:pPr>
              <w:spacing w:after="20" w:line="276" w:lineRule="auto"/>
            </w:pPr>
            <w:r>
              <w:rPr>
                <w:rFonts w:ascii="宋体" w:hAnsi="宋体" w:eastAsia="宋体"/>
                <w:b w:val="0"/>
                <w:sz w:val="18"/>
              </w:rPr>
              <w:t>40＋56＝96（km）；56＋40＝96（km）。</w:t>
            </w:r>
          </w:p>
          <w:p>
            <w:pPr>
              <w:spacing w:after="20" w:line="276" w:lineRule="auto"/>
            </w:pPr>
            <w:r>
              <w:rPr>
                <w:rFonts w:ascii="宋体" w:hAnsi="宋体" w:eastAsia="宋体"/>
                <w:b w:val="0"/>
                <w:sz w:val="18"/>
              </w:rPr>
              <w:t>学生回答，教师板书。（板书：40+56=56+40）</w:t>
            </w:r>
          </w:p>
          <w:p>
            <w:pPr>
              <w:spacing w:after="20" w:line="276" w:lineRule="auto"/>
            </w:pPr>
            <w:r>
              <w:rPr>
                <w:rFonts w:ascii="宋体" w:hAnsi="宋体" w:eastAsia="宋体"/>
                <w:b w:val="0"/>
                <w:sz w:val="18"/>
              </w:rPr>
              <w:t>大多数学生能发现在这组加法算式中,两个加数交换位置,和不变。</w:t>
            </w:r>
          </w:p>
          <w:p>
            <w:pPr>
              <w:spacing w:after="20" w:line="276" w:lineRule="auto"/>
            </w:pPr>
            <w:r>
              <w:rPr>
                <w:rFonts w:ascii="宋体" w:hAnsi="宋体" w:eastAsia="宋体"/>
                <w:b w:val="0"/>
                <w:sz w:val="18"/>
              </w:rPr>
              <w:t>预设1:17+48=48+17（你是怎么想的？能完整地表述吗？）</w:t>
            </w:r>
          </w:p>
          <w:p>
            <w:pPr>
              <w:spacing w:after="20" w:line="276" w:lineRule="auto"/>
            </w:pPr>
            <w:r>
              <w:rPr>
                <w:rFonts w:ascii="宋体" w:hAnsi="宋体" w:eastAsia="宋体"/>
                <w:b w:val="0"/>
                <w:sz w:val="18"/>
              </w:rPr>
              <w:t>预设2:因为17+48=65,48+17=65,所以17+48=48+17。（说得真完整，我们学数学就得有理有据。）</w:t>
            </w:r>
          </w:p>
          <w:p>
            <w:pPr>
              <w:spacing w:after="20" w:line="276" w:lineRule="auto"/>
            </w:pPr>
            <w:r>
              <w:rPr>
                <w:rFonts w:ascii="宋体" w:hAnsi="宋体" w:eastAsia="宋体"/>
                <w:b w:val="0"/>
                <w:sz w:val="18"/>
              </w:rPr>
              <w:t>预设1：我发现不管这两个加数是多少，把两个加数交换位置后，它们的和都不变。（概括得真好，你能给发现的规律起个名字吗？）</w:t>
            </w:r>
          </w:p>
          <w:p>
            <w:pPr>
              <w:spacing w:after="20" w:line="276" w:lineRule="auto"/>
            </w:pPr>
            <w:r>
              <w:rPr>
                <w:rFonts w:ascii="宋体" w:hAnsi="宋体" w:eastAsia="宋体"/>
                <w:b w:val="0"/>
                <w:sz w:val="18"/>
              </w:rPr>
              <w:t>预设2：加法交换律。</w:t>
            </w:r>
          </w:p>
          <w:p>
            <w:pPr>
              <w:spacing w:after="20" w:line="276" w:lineRule="auto"/>
            </w:pPr>
            <w:r>
              <w:rPr>
                <w:rFonts w:ascii="宋体" w:hAnsi="宋体" w:eastAsia="宋体"/>
                <w:b w:val="0"/>
                <w:sz w:val="18"/>
              </w:rPr>
              <w:t>学生可能用文字、图形、字母或其他符号表示,如：甲数+乙数=乙数+甲数,△+=+△，a+b=b+a……这些表示方式都可以。</w:t>
            </w:r>
          </w:p>
          <w:p>
            <w:pPr>
              <w:spacing w:after="20" w:line="276" w:lineRule="auto"/>
            </w:pPr>
            <w:r>
              <w:rPr>
                <w:rFonts w:ascii="宋体" w:hAnsi="宋体" w:eastAsia="宋体"/>
                <w:b w:val="0"/>
                <w:sz w:val="18"/>
              </w:rPr>
              <w:t>它们分别表示任意一个数。</w:t>
            </w:r>
          </w:p>
          <w:p>
            <w:pPr>
              <w:spacing w:after="20" w:line="276" w:lineRule="auto"/>
            </w:pPr>
            <w:r>
              <w:rPr>
                <w:rFonts w:ascii="宋体" w:hAnsi="宋体" w:eastAsia="宋体"/>
                <w:b w:val="0"/>
                <w:sz w:val="18"/>
              </w:rPr>
              <w:t>学生独立完成,然后说一说是怎样想的。</w:t>
            </w:r>
          </w:p>
          <w:p>
            <w:pPr>
              <w:spacing w:after="20" w:line="276" w:lineRule="auto"/>
            </w:pPr>
            <w:r>
              <w:rPr>
                <w:rFonts w:ascii="宋体" w:hAnsi="宋体" w:eastAsia="宋体"/>
                <w:b w:val="0"/>
                <w:sz w:val="18"/>
              </w:rPr>
              <w:t>我们前面学过交换两个加数的位置进行验算，这种方法应用了加法交换律。</w:t>
            </w:r>
          </w:p>
          <w:p>
            <w:pPr>
              <w:spacing w:after="20" w:line="276" w:lineRule="auto"/>
            </w:pPr>
            <w:r>
              <w:rPr>
                <w:rFonts w:ascii="宋体" w:hAnsi="宋体" w:eastAsia="宋体"/>
                <w:b w:val="0"/>
                <w:sz w:val="18"/>
              </w:rPr>
              <w:t>李叔叔第一天骑行了88km,第二天骑行了104km,第三天骑行了96km。要求的问题是这三天一共骑行了多少千米。</w:t>
            </w:r>
          </w:p>
          <w:p>
            <w:pPr>
              <w:spacing w:after="20" w:line="276" w:lineRule="auto"/>
            </w:pPr>
            <w:r>
              <w:rPr>
                <w:rFonts w:ascii="宋体" w:hAnsi="宋体" w:eastAsia="宋体"/>
                <w:b w:val="0"/>
                <w:sz w:val="18"/>
              </w:rPr>
              <w:t>通常学生会按顺序计算，或者通过“凑整”来巧算。</w:t>
            </w:r>
          </w:p>
          <w:p>
            <w:pPr>
              <w:spacing w:after="20" w:line="276" w:lineRule="auto"/>
            </w:pPr>
            <w:r>
              <w:rPr>
                <w:rFonts w:ascii="宋体" w:hAnsi="宋体" w:eastAsia="宋体"/>
                <w:b w:val="0"/>
                <w:sz w:val="18"/>
              </w:rPr>
              <w:t>④学生比较两种算法，说说为什么这样算。</w:t>
            </w:r>
          </w:p>
          <w:p>
            <w:pPr>
              <w:spacing w:after="20" w:line="276" w:lineRule="auto"/>
            </w:pPr>
            <w:r>
              <w:rPr>
                <w:rFonts w:ascii="宋体" w:hAnsi="宋体" w:eastAsia="宋体"/>
                <w:b w:val="0"/>
                <w:sz w:val="18"/>
              </w:rPr>
              <w:t>预设1：先把第一天骑行的路程和第二天骑行的路程相加,再加上第三天骑行的路程。</w:t>
            </w:r>
          </w:p>
          <w:p>
            <w:pPr>
              <w:spacing w:after="20" w:line="276" w:lineRule="auto"/>
            </w:pPr>
            <w:r>
              <w:rPr>
                <w:rFonts w:ascii="宋体" w:hAnsi="宋体" w:eastAsia="宋体"/>
                <w:b w:val="0"/>
                <w:sz w:val="18"/>
              </w:rPr>
              <w:t>预设2：先把第二天骑行的路程和第三天骑行的路程相加,再加上第一天骑行的路程。因为我发现104和96能凑成整百数,所以,计算时先把104和96相加,再加上88,这样计算比较简单。</w:t>
            </w:r>
          </w:p>
          <w:p>
            <w:pPr>
              <w:spacing w:after="20" w:line="276" w:lineRule="auto"/>
            </w:pPr>
            <w:r>
              <w:rPr>
                <w:rFonts w:ascii="宋体" w:hAnsi="宋体" w:eastAsia="宋体"/>
                <w:b w:val="0"/>
                <w:sz w:val="18"/>
              </w:rPr>
              <w:t>预设1：等左右两边的算式都有三个加数，且左右两边的加数相同。</w:t>
            </w:r>
          </w:p>
          <w:p>
            <w:pPr>
              <w:spacing w:after="20" w:line="276" w:lineRule="auto"/>
            </w:pPr>
            <w:r>
              <w:rPr>
                <w:rFonts w:ascii="宋体" w:hAnsi="宋体" w:eastAsia="宋体"/>
                <w:b w:val="0"/>
                <w:sz w:val="18"/>
              </w:rPr>
              <w:t>预设2:运算顺序不同,等号左边是先把88与104相加，等号右边是先把104与96相加。</w:t>
            </w:r>
          </w:p>
          <w:p>
            <w:pPr>
              <w:spacing w:after="20" w:line="276" w:lineRule="auto"/>
            </w:pPr>
            <w:r>
              <w:rPr>
                <w:rFonts w:ascii="宋体" w:hAnsi="宋体" w:eastAsia="宋体"/>
                <w:b w:val="0"/>
                <w:sz w:val="18"/>
              </w:rPr>
              <w:t>发现左右两个算式中的加数相同，但运算顺序不同，猜想两个算式计算结果相等。</w:t>
            </w:r>
          </w:p>
          <w:p>
            <w:pPr>
              <w:spacing w:after="20" w:line="276" w:lineRule="auto"/>
            </w:pPr>
            <w:r>
              <w:rPr>
                <w:rFonts w:ascii="宋体" w:hAnsi="宋体" w:eastAsia="宋体"/>
                <w:b w:val="0"/>
                <w:sz w:val="18"/>
              </w:rPr>
              <w:t>同桌之间相互出题，计算并验证。</w:t>
            </w:r>
          </w:p>
          <w:p>
            <w:pPr>
              <w:spacing w:after="20" w:line="276" w:lineRule="auto"/>
            </w:pPr>
            <w:r>
              <w:rPr>
                <w:rFonts w:ascii="宋体" w:hAnsi="宋体" w:eastAsia="宋体"/>
                <w:b w:val="0"/>
                <w:sz w:val="18"/>
              </w:rPr>
              <w:t>①全班交流、观察列举的例子,说一说你发现了什么,并给你发现的规律命名。</w:t>
            </w:r>
          </w:p>
          <w:p>
            <w:pPr>
              <w:spacing w:after="20" w:line="276" w:lineRule="auto"/>
            </w:pPr>
            <w:r>
              <w:rPr>
                <w:rFonts w:ascii="宋体" w:hAnsi="宋体" w:eastAsia="宋体"/>
                <w:b w:val="0"/>
                <w:sz w:val="18"/>
              </w:rPr>
              <w:t>学生独立思考后,小组讨论,全班交流。</w:t>
            </w:r>
          </w:p>
          <w:p>
            <w:pPr>
              <w:spacing w:after="20" w:line="276" w:lineRule="auto"/>
            </w:pPr>
            <w:r>
              <w:rPr>
                <w:rFonts w:ascii="宋体" w:hAnsi="宋体" w:eastAsia="宋体"/>
                <w:b w:val="0"/>
                <w:sz w:val="18"/>
              </w:rPr>
              <w:t>有前面学加法交换律的基础,学生不会有太大困难。学生用不同的符号或字母表示加法结合律,如(△+)+○=△+(+○)等,教师都要给予肯定。</w:t>
            </w:r>
          </w:p>
          <w:p>
            <w:pPr>
              <w:spacing w:after="20" w:line="276" w:lineRule="auto"/>
            </w:pPr>
            <w:r>
              <w:rPr>
                <w:rFonts w:ascii="宋体" w:hAnsi="宋体" w:eastAsia="宋体"/>
                <w:b w:val="0"/>
                <w:sz w:val="18"/>
              </w:rPr>
              <w:t>学生独立完成教科书P18“做一做”第2题。</w:t>
            </w:r>
          </w:p>
        </w:tc>
        <w:tc>
          <w:tcPr>
            <w:tcW w:type="dxa" w:w="1814"/>
          </w:tcPr>
          <w:p>
            <w:pPr>
              <w:spacing w:after="20" w:line="276" w:lineRule="auto"/>
            </w:pPr>
            <w:r/>
            <w:r>
              <w:rPr>
                <w:rFonts w:ascii="宋体" w:hAnsi="宋体" w:eastAsia="宋体"/>
                <w:b w:val="0"/>
                <w:sz w:val="18"/>
              </w:rPr>
              <w:t>李叔叔骑行的情境贴近学生生活实际,学生对场景、条件、问题都十分熟悉。这样有利于激活学生的思维,为学生体会运算律提供现实背景。同时,画出线段图,利用几何直观,方便后面对算理的探究。</w:t>
            </w:r>
          </w:p>
          <w:p>
            <w:pPr>
              <w:spacing w:after="20" w:line="276" w:lineRule="auto"/>
            </w:pPr>
            <w:r>
              <w:rPr>
                <w:rFonts w:ascii="宋体" w:hAnsi="宋体" w:eastAsia="宋体"/>
                <w:b w:val="0"/>
                <w:sz w:val="18"/>
              </w:rPr>
              <w:t>让学生通过解决实际问题,亲身感受两个加数交换位置,表示的意义相同,计算结果也相同。</w:t>
            </w:r>
          </w:p>
          <w:p>
            <w:pPr>
              <w:spacing w:after="20" w:line="276" w:lineRule="auto"/>
            </w:pPr>
            <w:r>
              <w:rPr>
                <w:rFonts w:ascii="宋体" w:hAnsi="宋体" w:eastAsia="宋体"/>
                <w:b w:val="0"/>
                <w:sz w:val="18"/>
              </w:rPr>
              <w:t>让学生用喜欢的方法表示规律,有利于培养学生的符号感,提高学生对抽象知识的概括能力,为以后正式教学“用字母表示数”打下基础。</w:t>
            </w:r>
          </w:p>
          <w:p>
            <w:pPr>
              <w:spacing w:after="20" w:line="276" w:lineRule="auto"/>
            </w:pPr>
            <w:r>
              <w:rPr>
                <w:rFonts w:ascii="宋体" w:hAnsi="宋体" w:eastAsia="宋体"/>
                <w:b w:val="0"/>
                <w:sz w:val="18"/>
              </w:rPr>
              <w:t>引导学生用新知识去理解旧知识,可以促进学生更深入、更清晰地认识原来学过的知识和方法。过去只知道“怎么做”,现在理解“为什么”。这种“再认识”对于加强新知识的巩固与记忆很有帮助。</w:t>
            </w:r>
          </w:p>
          <w:p>
            <w:pPr>
              <w:spacing w:after="20" w:line="276" w:lineRule="auto"/>
            </w:pPr>
            <w:r>
              <w:rPr>
                <w:rFonts w:ascii="宋体" w:hAnsi="宋体" w:eastAsia="宋体"/>
                <w:b w:val="0"/>
                <w:sz w:val="18"/>
              </w:rPr>
              <w:t>渗透“观察猜想——举例验证——得出结论”这一学习方法,重视方法的科学性,体验不完全归纳的数学思想。学生自己说,自己想,自己举例,自己得出规律，积极主动地探究等活动贯穿始终,充分体现了学生的主体地位。</w:t>
            </w:r>
          </w:p>
        </w:tc>
      </w:tr>
      <w:tr>
        <w:tc>
          <w:tcPr>
            <w:tcW w:type="dxa" w:w="1474"/>
          </w:tcPr>
          <w:p>
            <w:pPr>
              <w:spacing w:after="20" w:line="276" w:lineRule="auto"/>
            </w:pPr>
            <w:r>
              <w:rPr>
                <w:b/>
              </w:rPr>
            </w:r>
            <w:r>
              <w:rPr>
                <w:rFonts w:ascii="宋体" w:hAnsi="宋体" w:eastAsia="宋体"/>
                <w:b/>
                <w:sz w:val="18"/>
              </w:rPr>
              <w:t>三、运用新知识,巩固运算律</w:t>
            </w:r>
          </w:p>
        </w:tc>
        <w:tc>
          <w:tcPr>
            <w:tcW w:type="dxa" w:w="3061"/>
          </w:tcPr>
          <w:p>
            <w:pPr>
              <w:spacing w:after="20" w:line="276" w:lineRule="auto"/>
            </w:pPr>
            <w:r/>
            <w:r>
              <w:rPr>
                <w:rFonts w:ascii="宋体" w:hAnsi="宋体" w:eastAsia="宋体"/>
                <w:b w:val="0"/>
                <w:sz w:val="18"/>
              </w:rPr>
              <w:t>1.教科书P19“练习五”第1题。</w:t>
            </w:r>
          </w:p>
          <w:p>
            <w:pPr>
              <w:spacing w:after="20" w:line="276" w:lineRule="auto"/>
            </w:pPr>
            <w:r>
              <w:rPr>
                <w:rFonts w:ascii="宋体" w:hAnsi="宋体" w:eastAsia="宋体"/>
                <w:b w:val="0"/>
                <w:sz w:val="18"/>
              </w:rPr>
              <w:t>（1）让学生看懂题目要求,独立思考。</w:t>
            </w:r>
          </w:p>
          <w:p>
            <w:pPr>
              <w:spacing w:after="20" w:line="276" w:lineRule="auto"/>
            </w:pPr>
            <w:r>
              <w:rPr>
                <w:rFonts w:ascii="宋体" w:hAnsi="宋体" w:eastAsia="宋体"/>
                <w:b w:val="0"/>
                <w:sz w:val="18"/>
              </w:rPr>
              <w:t>（2）指名学生汇报交流，要求说出自己的想法。</w:t>
            </w:r>
          </w:p>
          <w:p>
            <w:pPr>
              <w:spacing w:after="20" w:line="276" w:lineRule="auto"/>
            </w:pPr>
            <w:r>
              <w:rPr>
                <w:rFonts w:ascii="宋体" w:hAnsi="宋体" w:eastAsia="宋体"/>
                <w:b w:val="0"/>
                <w:sz w:val="18"/>
              </w:rPr>
              <w:t>2.教科书P19“练习五”第3题。</w:t>
            </w:r>
          </w:p>
          <w:p>
            <w:pPr>
              <w:spacing w:after="20" w:line="276" w:lineRule="auto"/>
            </w:pPr>
            <w:r>
              <w:rPr>
                <w:rFonts w:ascii="宋体" w:hAnsi="宋体" w:eastAsia="宋体"/>
                <w:b w:val="0"/>
                <w:sz w:val="18"/>
              </w:rPr>
              <w:t>（1）引导学生观察表格,说一说怎样相加,所得的和填在哪个格子里。</w:t>
            </w:r>
          </w:p>
          <w:p>
            <w:pPr>
              <w:spacing w:after="20" w:line="276" w:lineRule="auto"/>
            </w:pPr>
            <w:r>
              <w:rPr>
                <w:rFonts w:ascii="宋体" w:hAnsi="宋体" w:eastAsia="宋体"/>
                <w:b w:val="0"/>
                <w:sz w:val="18"/>
              </w:rPr>
              <w:t>（2）学生独立计算,把结果填入表中。</w:t>
            </w:r>
          </w:p>
          <w:p>
            <w:pPr>
              <w:spacing w:after="20" w:line="276" w:lineRule="auto"/>
            </w:pPr>
            <w:r>
              <w:rPr>
                <w:rFonts w:ascii="宋体" w:hAnsi="宋体" w:eastAsia="宋体"/>
                <w:b w:val="0"/>
                <w:sz w:val="18"/>
              </w:rPr>
              <w:t>（3）让学生观察表中的数有什么特点,思考怎样填简便一些。</w:t>
            </w:r>
          </w:p>
          <w:p>
            <w:pPr>
              <w:spacing w:after="20" w:line="276" w:lineRule="auto"/>
            </w:pPr>
            <w:r>
              <w:rPr>
                <w:rFonts w:ascii="宋体" w:hAnsi="宋体" w:eastAsia="宋体"/>
                <w:b w:val="0"/>
                <w:sz w:val="18"/>
              </w:rPr>
              <w:t>3.教科书P19“练习五”第4题。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（2）汇报时请学生思考：先算哪两个数的和?你为什么这样算?你的依据是什么?4.教科书P19“练习五”第5题。</w:t>
            </w:r>
          </w:p>
        </w:tc>
        <w:tc>
          <w:tcPr>
            <w:tcW w:type="dxa" w:w="3061"/>
          </w:tcPr>
          <w:p>
            <w:pPr>
              <w:spacing w:after="20" w:line="276" w:lineRule="auto"/>
            </w:pPr>
            <w:r/>
            <w:r>
              <w:rPr>
                <w:rFonts w:ascii="宋体" w:hAnsi="宋体" w:eastAsia="宋体"/>
                <w:b w:val="0"/>
                <w:sz w:val="18"/>
              </w:rPr>
              <w:t>如31+67+19=31+19+67，有的学生看到三个数相加,可能会判断成加法结合律。教师要引导学生观察两个算式的特点,说说算式发生了什么变化,判断的依据是什么,加深学生对运算律的理解。</w:t>
            </w:r>
          </w:p>
          <w:p>
            <w:pPr>
              <w:spacing w:after="20" w:line="276" w:lineRule="auto"/>
            </w:pPr>
            <w:r>
              <w:rPr>
                <w:rFonts w:ascii="宋体" w:hAnsi="宋体" w:eastAsia="宋体"/>
                <w:b w:val="0"/>
                <w:sz w:val="18"/>
              </w:rPr>
              <w:t>让学生发现以加号所对的那条对角线为界,对应位置上的两数相等。所以,填表可以利用这个规律,也可以利用这个规律对填表结果进行检验。</w:t>
            </w:r>
          </w:p>
          <w:p>
            <w:pPr>
              <w:spacing w:after="20" w:line="276" w:lineRule="auto"/>
            </w:pP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通过练习，既巩固了今天所学的新知识，又拓展了学生的思维。特别是第5题，找出和为100的两个数,是一种运算技能的训练,为后续应用加法交换律、结合律进行简便计算打好基础。</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师：同学们，今天的数学课你们有哪些收获呢？</w:t>
            </w:r>
          </w:p>
          <w:p>
            <w:pPr>
              <w:spacing w:after="20" w:line="276" w:lineRule="auto"/>
            </w:pPr>
            <w:r>
              <w:rPr>
                <w:rFonts w:ascii="宋体" w:hAnsi="宋体" w:eastAsia="宋体"/>
                <w:b w:val="0"/>
                <w:sz w:val="18"/>
              </w:rPr>
              <w:t>练习中的习题并不是为算而算的，它们有着较强的针对性。因此要“算”与“思”相结合，体会运算律的应用价值。</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教科书P17~18例1、例2，完成P18“做一做”，P19“练习五”第1～5题。</w:t>
      </w:r>
    </w:p>
    <w:p>
      <w:pPr>
        <w:spacing w:after="40" w:line="300" w:lineRule="auto"/>
        <w:ind w:firstLine="400"/>
      </w:pPr>
      <w:r>
        <w:rPr>
          <w:rFonts w:ascii="宋体" w:hAnsi="宋体" w:eastAsia="宋体"/>
          <w:b w:val="0"/>
          <w:sz w:val="20"/>
        </w:rPr>
        <w:t>② 原设计安排：见“状元成才路”系列丛书《创优作业100分》对应课时作业。 1.根据加法运算律填空。 78＋94＝94＋ 56＋m＝ ＋56 47＋(53＋66)＝(47＋ )＋ ＋73＋55＝73＋(45＋ ) 134＋49＋266＋51＝(134＋ )＋( ＋51) 2.每年的4月23日是世界读书日。下面是阳光书店第二季度图书销售情况统计表，请完成下表。(单位：本) 图书种类 4月 5月 6月 合计 科普类 292 313 387 文学类 411 389 438 经济类 363 248 237 3.用3、4、5、7写出4个两位数加两位数且和是100的算式。 【教学笔记】 参考答案 1．78 m 53 66 45 55 266 49 2．992 1238 848 3．43＋57＝100 53＋47＝100 47＋53＝100 57＋43＝100 相等eq \x(\a\vs4\al(教学资源),)</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学是围绕“观察猜想——举例验证——得出结论”这一方法展开的,让学生感受到发现规律的一般过程,从而达到经历过程、讨论提升、归纳概括的目的,充分发挥学生的主体作用。比如在探究规律时,抓住40+56和56+40两个不同的加法算式计算结果相等且都能解决问题这一事实,引导学生从更多的“交换两个加数的位置,和不变”的算式中发现规律,最后总结出加法交换律。在教学加法结合律的环节中，由于学生已经从探究加法交换律的过程中掌握了基本的探究方法,所以教师适当放手,促进学生知识的自主迁移,形成基本的数学活动经验。</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加法运算律的应用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加法运算律的应用</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教学内容：教科书P20例3，完成P20“做一做”，P22~23“练习六”第2、4、7题。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（1）通过学习,能正确、自主地运用加法交换律和结合律进行简便计算。</w:t>
      </w:r>
    </w:p>
    <w:p>
      <w:pPr>
        <w:spacing w:after="20" w:line="300" w:lineRule="auto"/>
        <w:ind w:firstLine="400"/>
      </w:pPr>
      <w:r>
        <w:rPr>
          <w:rFonts w:ascii="宋体" w:hAnsi="宋体" w:eastAsia="宋体"/>
          <w:b w:val="0"/>
          <w:sz w:val="20"/>
        </w:rPr>
        <w:t>（2）在解决问题的过程中,体现策略的多样化,提高灵活、合理选择算法的能力。</w:t>
      </w:r>
    </w:p>
    <w:p>
      <w:pPr>
        <w:spacing w:after="20" w:line="300" w:lineRule="auto"/>
        <w:ind w:firstLine="400"/>
      </w:pPr>
      <w:r>
        <w:rPr>
          <w:rFonts w:ascii="宋体" w:hAnsi="宋体" w:eastAsia="宋体"/>
          <w:b w:val="0"/>
          <w:sz w:val="20"/>
        </w:rPr>
        <w:t>（3）培养学生独立思考和主动探究的意识和习惯。</w:t>
      </w:r>
    </w:p>
    <w:p>
      <w:pPr>
        <w:spacing w:after="20" w:line="300" w:lineRule="auto"/>
      </w:pPr>
      <w:r>
        <w:rPr>
          <w:rFonts w:ascii="宋体" w:hAnsi="宋体" w:eastAsia="宋体"/>
          <w:b w:val="0"/>
          <w:sz w:val="20"/>
        </w:rPr>
        <w:t>教学重点：能正确运用加法交换律和结合律进行简便计算。</w:t>
      </w:r>
    </w:p>
    <w:p>
      <w:pPr>
        <w:spacing w:after="20" w:line="300" w:lineRule="auto"/>
      </w:pPr>
      <w:r>
        <w:rPr>
          <w:rFonts w:ascii="宋体" w:hAnsi="宋体" w:eastAsia="宋体"/>
          <w:b w:val="0"/>
          <w:sz w:val="20"/>
        </w:rPr>
        <w:t>教学难点：根据数据特点,灵活、合理地选择计算方法。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二、探究新知识，掌握简算</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你发现了哪些信息？要我们解决的问题是什么？；可以怎样列式计算呢？</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三、运用新知识，解决问题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这节课你有什么收获？能跟同学们交流一下吗？</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五、拓展延伸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一、复习旧知识,引入新课</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2.口算大比拼。</w:t>
            </w:r>
          </w:p>
          <w:p>
            <w:pPr>
              <w:spacing w:after="20" w:line="276" w:lineRule="auto"/>
            </w:pPr>
            <w:r>
              <w:rPr>
                <w:rFonts w:ascii="宋体" w:hAnsi="宋体" w:eastAsia="宋体"/>
                <w:b w:val="0"/>
                <w:sz w:val="18"/>
              </w:rPr>
              <w:t>将学生分成两组，男生做第一组题，女生做第二组题，比一比，看谁做得又对又快。（课件出示习题）</w:t>
            </w:r>
          </w:p>
          <w:p>
            <w:pPr>
              <w:spacing w:after="20" w:line="276" w:lineRule="auto"/>
            </w:pPr>
            <w:r>
              <w:rPr>
                <w:rFonts w:ascii="宋体" w:hAnsi="宋体" w:eastAsia="宋体"/>
                <w:b w:val="0"/>
                <w:sz w:val="18"/>
              </w:rPr>
              <w:t>3.导入新课。</w:t>
            </w:r>
          </w:p>
          <w:p>
            <w:pPr>
              <w:spacing w:after="20" w:line="276" w:lineRule="auto"/>
            </w:pPr>
            <w:r>
              <w:rPr>
                <w:rFonts w:ascii="宋体" w:hAnsi="宋体" w:eastAsia="宋体"/>
                <w:b w:val="0"/>
                <w:sz w:val="18"/>
              </w:rPr>
              <w:t>师：确实如此，“凑整”的巧算方法给我们带来了便利。今天这节课我们就来进一步学习加法运算律。（板书课题：加法运算律的应用）</w:t>
            </w:r>
          </w:p>
        </w:tc>
        <w:tc>
          <w:tcPr>
            <w:tcW w:type="dxa" w:w="3061"/>
          </w:tcPr>
          <w:p>
            <w:pPr>
              <w:spacing w:after="20" w:line="276" w:lineRule="auto"/>
            </w:pPr>
            <w:r/>
            <w:r>
              <w:rPr>
                <w:rFonts w:ascii="宋体" w:hAnsi="宋体" w:eastAsia="宋体"/>
                <w:b w:val="0"/>
                <w:sz w:val="18"/>
              </w:rPr>
              <w:t>学生能很快地完成任务，教师组织学生同桌间相互说说什么是加法交换律和结合律。</w:t>
            </w:r>
          </w:p>
          <w:p>
            <w:pPr>
              <w:spacing w:after="20" w:line="276" w:lineRule="auto"/>
            </w:pPr>
            <w:r>
              <w:rPr>
                <w:rFonts w:ascii="宋体" w:hAnsi="宋体" w:eastAsia="宋体"/>
                <w:b w:val="0"/>
                <w:sz w:val="18"/>
              </w:rPr>
              <w:t>结果肯定是女生做得又对又快，男生不服气，可能会说：不公平， 第二组题容易些。教师及时追问：“为什么？”第二组题的两个数合起来都是整十、整百数，计算比较简单，所以又对又快。</w:t>
            </w:r>
          </w:p>
        </w:tc>
        <w:tc>
          <w:tcPr>
            <w:tcW w:type="dxa" w:w="1814"/>
          </w:tcPr>
          <w:p>
            <w:pPr>
              <w:spacing w:after="20" w:line="276" w:lineRule="auto"/>
            </w:pPr>
            <w:r/>
            <w:r>
              <w:rPr>
                <w:rFonts w:ascii="宋体" w:hAnsi="宋体" w:eastAsia="宋体"/>
                <w:b w:val="0"/>
                <w:sz w:val="18"/>
              </w:rPr>
              <w:t>通过第1题的练习，引导学生回顾前面学习的加法交换律和结合律；第2题的比赛活动既调动了学生的积极性，又能引导学生观察数据特点，回顾了“凑整”的巧算方法。</w:t>
            </w:r>
          </w:p>
        </w:tc>
      </w:tr>
      <w:tr>
        <w:tc>
          <w:tcPr>
            <w:tcW w:type="dxa" w:w="1474"/>
          </w:tcPr>
          <w:p>
            <w:pPr>
              <w:spacing w:after="20" w:line="276" w:lineRule="auto"/>
            </w:pPr>
            <w:r>
              <w:rPr>
                <w:b/>
              </w:rPr>
            </w:r>
            <w:r>
              <w:rPr>
                <w:rFonts w:ascii="宋体" w:hAnsi="宋体" w:eastAsia="宋体"/>
                <w:b/>
                <w:sz w:val="18"/>
              </w:rPr>
              <w:t>二、探究新知识，掌握简算</w:t>
            </w:r>
          </w:p>
        </w:tc>
        <w:tc>
          <w:tcPr>
            <w:tcW w:type="dxa" w:w="3061"/>
          </w:tcPr>
          <w:p>
            <w:pPr>
              <w:spacing w:after="20" w:line="276" w:lineRule="auto"/>
            </w:pPr>
            <w:r/>
            <w:r>
              <w:rPr>
                <w:rFonts w:ascii="宋体" w:hAnsi="宋体" w:eastAsia="宋体"/>
                <w:b w:val="0"/>
                <w:sz w:val="18"/>
              </w:rPr>
              <w:t>1.在解决问题中初步应用运算律。</w:t>
            </w:r>
          </w:p>
          <w:p>
            <w:pPr>
              <w:spacing w:after="20" w:line="276" w:lineRule="auto"/>
            </w:pPr>
            <w:r>
              <w:rPr>
                <w:rFonts w:ascii="宋体" w:hAnsi="宋体" w:eastAsia="宋体"/>
                <w:b w:val="0"/>
                <w:sz w:val="18"/>
              </w:rPr>
              <w:t>本环节要关注全体学生，特别是一些平时不够自信的学生，教师要给他们展示自我的机会。</w:t>
            </w:r>
          </w:p>
          <w:p>
            <w:pPr>
              <w:spacing w:after="20" w:line="276" w:lineRule="auto"/>
            </w:pPr>
            <w:r>
              <w:rPr>
                <w:rFonts w:ascii="宋体" w:hAnsi="宋体" w:eastAsia="宋体"/>
                <w:b w:val="0"/>
                <w:sz w:val="18"/>
              </w:rPr>
              <w:t>1.在解决问题中初步应用运算律。</w:t>
            </w:r>
          </w:p>
          <w:p>
            <w:pPr>
              <w:spacing w:after="20" w:line="276" w:lineRule="auto"/>
            </w:pPr>
            <w:r>
              <w:rPr>
                <w:rFonts w:ascii="宋体" w:hAnsi="宋体" w:eastAsia="宋体"/>
                <w:b w:val="0"/>
                <w:sz w:val="18"/>
              </w:rPr>
              <w:t>（1）创设情境：课件出示教科书P20例3。</w:t>
            </w:r>
          </w:p>
          <w:p>
            <w:pPr>
              <w:spacing w:after="20" w:line="276" w:lineRule="auto"/>
            </w:pPr>
            <w:r>
              <w:rPr>
                <w:rFonts w:ascii="宋体" w:hAnsi="宋体" w:eastAsia="宋体"/>
                <w:b w:val="0"/>
                <w:sz w:val="18"/>
              </w:rPr>
              <w:t>师：你发现了哪些信息？要我们解决的问题是什么？</w:t>
            </w:r>
          </w:p>
          <w:p>
            <w:pPr>
              <w:spacing w:after="20" w:line="276" w:lineRule="auto"/>
            </w:pPr>
            <w:r>
              <w:rPr>
                <w:rFonts w:ascii="宋体" w:hAnsi="宋体" w:eastAsia="宋体"/>
                <w:b w:val="0"/>
                <w:sz w:val="18"/>
              </w:rPr>
              <w:t>（2）师：可以怎样列式计算呢？</w:t>
            </w:r>
          </w:p>
          <w:p>
            <w:pPr>
              <w:spacing w:after="20" w:line="276" w:lineRule="auto"/>
            </w:pPr>
            <w:r>
              <w:rPr>
                <w:rFonts w:ascii="宋体" w:hAnsi="宋体" w:eastAsia="宋体"/>
                <w:b w:val="0"/>
                <w:sz w:val="18"/>
              </w:rPr>
              <w:t>②教师展示三种不同的计算方法。</w:t>
            </w:r>
          </w:p>
          <w:p>
            <w:pPr>
              <w:spacing w:after="20" w:line="276" w:lineRule="auto"/>
            </w:pPr>
            <w:r>
              <w:rPr>
                <w:rFonts w:ascii="宋体" w:hAnsi="宋体" w:eastAsia="宋体"/>
                <w:b w:val="0"/>
                <w:sz w:val="18"/>
              </w:rPr>
              <w:t>在学生独立计算的过程中,有的学生能自觉运用运算律使计算简便(如算法c),教师要及时给予肯定、鼓励。有的学生没有意识到简便计算,可以引导学生观察加数的特点,再与其他同学的算法进行对比,使他们认识到运用运算律计算的优势,从而促使他们养成自觉使用简便算法的好习惯。</w:t>
            </w:r>
          </w:p>
          <w:p>
            <w:pPr>
              <w:spacing w:after="20" w:line="276" w:lineRule="auto"/>
            </w:pPr>
            <w:r>
              <w:rPr>
                <w:rFonts w:ascii="宋体" w:hAnsi="宋体" w:eastAsia="宋体"/>
                <w:b w:val="0"/>
                <w:sz w:val="18"/>
              </w:rPr>
              <w:t>（3）对比讨论。</w:t>
            </w:r>
          </w:p>
          <w:p>
            <w:pPr>
              <w:spacing w:after="20" w:line="276" w:lineRule="auto"/>
            </w:pPr>
            <w:r>
              <w:rPr>
                <w:rFonts w:ascii="宋体" w:hAnsi="宋体" w:eastAsia="宋体"/>
                <w:b w:val="0"/>
                <w:sz w:val="18"/>
              </w:rPr>
              <w:t>师：算法c为什么把115和85、132和118分别结合在一起?这样算分别运用了哪些加法运算律?</w:t>
            </w:r>
          </w:p>
          <w:p>
            <w:pPr>
              <w:spacing w:after="20" w:line="276" w:lineRule="auto"/>
            </w:pPr>
            <w:r>
              <w:rPr>
                <w:rFonts w:ascii="宋体" w:hAnsi="宋体" w:eastAsia="宋体"/>
                <w:b w:val="0"/>
                <w:sz w:val="18"/>
              </w:rPr>
              <w:t>教师根据学生的回答，有选择性地板书：</w:t>
            </w:r>
          </w:p>
          <w:p>
            <w:pPr>
              <w:spacing w:after="20" w:line="276" w:lineRule="auto"/>
            </w:pPr>
            <w:r>
              <w:rPr>
                <w:rFonts w:ascii="宋体" w:hAnsi="宋体" w:eastAsia="宋体"/>
                <w:b w:val="0"/>
                <w:sz w:val="18"/>
              </w:rPr>
              <w:t>115+132+118+85</w:t>
            </w:r>
          </w:p>
          <w:p>
            <w:pPr>
              <w:spacing w:after="20" w:line="276" w:lineRule="auto"/>
            </w:pPr>
            <w:r>
              <w:rPr>
                <w:rFonts w:ascii="宋体" w:hAnsi="宋体" w:eastAsia="宋体"/>
                <w:b w:val="0"/>
                <w:sz w:val="18"/>
              </w:rPr>
              <w:t>=85+115+132+118←加法交换律</w:t>
            </w:r>
          </w:p>
          <w:p>
            <w:pPr>
              <w:spacing w:after="20" w:line="276" w:lineRule="auto"/>
            </w:pPr>
            <w:r>
              <w:rPr>
                <w:rFonts w:ascii="宋体" w:hAnsi="宋体" w:eastAsia="宋体"/>
                <w:b w:val="0"/>
                <w:sz w:val="18"/>
              </w:rPr>
              <w:t>=（85+115)+(132+118)←加法结合律</w:t>
            </w:r>
          </w:p>
          <w:p>
            <w:pPr>
              <w:spacing w:after="20" w:line="276" w:lineRule="auto"/>
            </w:pPr>
            <w:r>
              <w:rPr>
                <w:rFonts w:ascii="宋体" w:hAnsi="宋体" w:eastAsia="宋体"/>
                <w:b w:val="0"/>
                <w:sz w:val="18"/>
              </w:rPr>
              <w:t>=200+250</w:t>
            </w:r>
          </w:p>
          <w:p>
            <w:pPr>
              <w:spacing w:after="20" w:line="276" w:lineRule="auto"/>
            </w:pPr>
            <w:r>
              <w:rPr>
                <w:rFonts w:ascii="宋体" w:hAnsi="宋体" w:eastAsia="宋体"/>
                <w:b w:val="0"/>
                <w:sz w:val="18"/>
              </w:rPr>
              <w:t>=450（km）</w:t>
            </w:r>
          </w:p>
          <w:p>
            <w:pPr>
              <w:spacing w:after="20" w:line="276" w:lineRule="auto"/>
            </w:pPr>
            <w:r>
              <w:rPr>
                <w:rFonts w:ascii="宋体" w:hAnsi="宋体" w:eastAsia="宋体"/>
                <w:b w:val="0"/>
                <w:sz w:val="18"/>
              </w:rPr>
              <w:t>(4)方法小结。</w:t>
            </w:r>
          </w:p>
          <w:p>
            <w:pPr>
              <w:spacing w:after="20" w:line="276" w:lineRule="auto"/>
            </w:pPr>
            <w:r>
              <w:rPr>
                <w:rFonts w:ascii="宋体" w:hAnsi="宋体" w:eastAsia="宋体"/>
                <w:b w:val="0"/>
                <w:sz w:val="18"/>
              </w:rPr>
              <w:t>师：像这样,运用运算律,把能凑成整十、整百、整千的数结合起来先算,可使计算简便。</w:t>
            </w:r>
          </w:p>
          <w:p>
            <w:pPr>
              <w:spacing w:after="20" w:line="276" w:lineRule="auto"/>
            </w:pPr>
            <w:r>
              <w:rPr>
                <w:rFonts w:ascii="宋体" w:hAnsi="宋体" w:eastAsia="宋体"/>
                <w:b w:val="0"/>
                <w:sz w:val="18"/>
              </w:rPr>
              <w:t>教学中，要注重培养学生对数据的敏感性，即在加法运算中，哪些数据相加可以凑成整十数或整百数。</w:t>
            </w:r>
          </w:p>
          <w:p>
            <w:pPr>
              <w:spacing w:after="20" w:line="276" w:lineRule="auto"/>
            </w:pPr>
            <w:r>
              <w:rPr>
                <w:rFonts w:ascii="宋体" w:hAnsi="宋体" w:eastAsia="宋体"/>
                <w:b w:val="0"/>
                <w:sz w:val="18"/>
              </w:rPr>
              <w:t>2.针对新知识练习,扩充对运算律的认识。</w:t>
            </w:r>
          </w:p>
          <w:p>
            <w:pPr>
              <w:spacing w:after="20" w:line="276" w:lineRule="auto"/>
            </w:pPr>
            <w:r>
              <w:rPr>
                <w:rFonts w:ascii="宋体" w:hAnsi="宋体" w:eastAsia="宋体"/>
                <w:b w:val="0"/>
                <w:sz w:val="18"/>
              </w:rPr>
              <w:t>教科书P20“做一做”第1题。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（2）汇报交流。要求学生逐题说明用了什么运算律，运用这些运算律进行计算有什么好处。</w:t>
            </w:r>
          </w:p>
          <w:p>
            <w:pPr>
              <w:spacing w:after="20" w:line="276" w:lineRule="auto"/>
            </w:pPr>
            <w:r>
              <w:rPr>
                <w:rFonts w:ascii="宋体" w:hAnsi="宋体" w:eastAsia="宋体"/>
                <w:b w:val="0"/>
                <w:sz w:val="18"/>
              </w:rPr>
              <w:t>（3）师：通过上面的练习，你发现怎样的两个数先加起来会比较简便呢？</w:t>
            </w:r>
          </w:p>
        </w:tc>
        <w:tc>
          <w:tcPr>
            <w:tcW w:type="dxa" w:w="3061"/>
          </w:tcPr>
          <w:p>
            <w:pPr>
              <w:spacing w:after="20" w:line="276" w:lineRule="auto"/>
            </w:pPr>
            <w:r/>
            <w:r>
              <w:rPr>
                <w:rFonts w:ascii="宋体" w:hAnsi="宋体" w:eastAsia="宋体"/>
                <w:b w:val="0"/>
                <w:sz w:val="18"/>
              </w:rPr>
              <w:t>李叔叔第四天计划骑行115km，第五天计划骑行132km，第六天计划骑行118km，第七天计划骑行85km。要求的问题是李叔叔这四天计划骑行的总路程。</w:t>
            </w:r>
          </w:p>
          <w:p>
            <w:pPr>
              <w:spacing w:after="20" w:line="276" w:lineRule="auto"/>
            </w:pPr>
            <w:r>
              <w:rPr>
                <w:rFonts w:ascii="宋体" w:hAnsi="宋体" w:eastAsia="宋体"/>
                <w:b w:val="0"/>
                <w:sz w:val="18"/>
              </w:rPr>
              <w:t>①学生独立解答。</w:t>
            </w:r>
          </w:p>
          <w:p>
            <w:pPr>
              <w:spacing w:after="20" w:line="276" w:lineRule="auto"/>
            </w:pPr>
            <w:r>
              <w:rPr>
                <w:rFonts w:ascii="宋体" w:hAnsi="宋体" w:eastAsia="宋体"/>
                <w:b w:val="0"/>
                <w:sz w:val="18"/>
              </w:rPr>
            </w:r>
          </w:p>
          <w:p>
            <w:pPr>
              <w:spacing w:after="20" w:line="276" w:lineRule="auto"/>
            </w:pPr>
            <w:r>
              <w:rPr>
                <w:rFonts w:ascii="宋体" w:hAnsi="宋体" w:eastAsia="宋体"/>
                <w:b w:val="0"/>
                <w:sz w:val="18"/>
              </w:rPr>
              <w:t>115和85可以凑成整百数，132和118可以凑成整十数，算法c运用了加法交换律和加法结合律。</w:t>
            </w:r>
          </w:p>
          <w:p>
            <w:pPr>
              <w:spacing w:after="20" w:line="276" w:lineRule="auto"/>
            </w:pPr>
            <w:r>
              <w:rPr>
                <w:rFonts w:ascii="宋体" w:hAnsi="宋体" w:eastAsia="宋体"/>
                <w:b w:val="0"/>
                <w:sz w:val="18"/>
              </w:rPr>
              <w:t>引导学生在动笔之前学会观察,看看题中的数据特点,尤其是每个数的个位。对于计算能力较弱的学生,可以指导观察哪两个或哪几个数能凑成整百数、整十数,将有关联的数连一连。</w:t>
            </w:r>
          </w:p>
        </w:tc>
        <w:tc>
          <w:tcPr>
            <w:tcW w:type="dxa" w:w="1814"/>
          </w:tcPr>
          <w:p>
            <w:pPr>
              <w:spacing w:after="20" w:line="276" w:lineRule="auto"/>
            </w:pPr>
            <w:r/>
            <w:r>
              <w:rPr>
                <w:rFonts w:ascii="宋体" w:hAnsi="宋体" w:eastAsia="宋体"/>
                <w:b w:val="0"/>
                <w:sz w:val="18"/>
              </w:rPr>
              <w:t>这里仍然以解决实际问题的方式进行情境呈现。教科书设计的4个加数，其中两个可以凑成整百数，另两个可以凑成整十数，旨在将所学的加法交换律和结合律综合应用于解决实际问题的计算中，使计算比较简便。</w:t>
            </w:r>
          </w:p>
          <w:p>
            <w:pPr>
              <w:spacing w:after="20" w:line="276" w:lineRule="auto"/>
            </w:pPr>
            <w:r>
              <w:rPr>
                <w:rFonts w:ascii="宋体" w:hAnsi="宋体" w:eastAsia="宋体"/>
                <w:b w:val="0"/>
                <w:sz w:val="18"/>
              </w:rPr>
              <w:t>让学生展示完整的计算过程并说出解题依据,意在训练学生思维严谨、书写规范,养成良好的数学思维习惯。</w:t>
            </w:r>
          </w:p>
        </w:tc>
      </w:tr>
      <w:tr>
        <w:tc>
          <w:tcPr>
            <w:tcW w:type="dxa" w:w="1474"/>
          </w:tcPr>
          <w:p>
            <w:pPr>
              <w:spacing w:after="20" w:line="276" w:lineRule="auto"/>
            </w:pPr>
            <w:r>
              <w:rPr>
                <w:b/>
              </w:rPr>
            </w:r>
            <w:r>
              <w:rPr>
                <w:rFonts w:ascii="宋体" w:hAnsi="宋体" w:eastAsia="宋体"/>
                <w:b/>
                <w:sz w:val="18"/>
              </w:rPr>
              <w:t>三、运用新知识，解决问题</w:t>
            </w:r>
          </w:p>
        </w:tc>
        <w:tc>
          <w:tcPr>
            <w:tcW w:type="dxa" w:w="3061"/>
          </w:tcPr>
          <w:p>
            <w:pPr>
              <w:spacing w:after="20" w:line="276" w:lineRule="auto"/>
            </w:pPr>
            <w:r/>
            <w:r>
              <w:rPr>
                <w:rFonts w:ascii="宋体" w:hAnsi="宋体" w:eastAsia="宋体"/>
                <w:b w:val="0"/>
                <w:sz w:val="18"/>
              </w:rPr>
              <w:t>1.教科书P20“做一做”第2题。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（2）小组内交流自己的想法。</w:t>
            </w:r>
          </w:p>
          <w:p>
            <w:pPr>
              <w:spacing w:after="20" w:line="276" w:lineRule="auto"/>
            </w:pPr>
            <w:r>
              <w:rPr>
                <w:rFonts w:ascii="宋体" w:hAnsi="宋体" w:eastAsia="宋体"/>
                <w:b w:val="0"/>
                <w:sz w:val="18"/>
              </w:rPr>
              <w:t>2.教科书P22“练习六”第2题。</w:t>
            </w:r>
          </w:p>
          <w:p>
            <w:pPr>
              <w:spacing w:after="20" w:line="276" w:lineRule="auto"/>
            </w:pPr>
            <w:r>
              <w:rPr>
                <w:rFonts w:ascii="宋体" w:hAnsi="宋体" w:eastAsia="宋体"/>
                <w:b w:val="0"/>
                <w:sz w:val="18"/>
              </w:rPr>
              <w:t>（1）每笔转账款各是多少元?王阿姨共收到转账款多少元?</w:t>
            </w:r>
          </w:p>
          <w:p>
            <w:pPr>
              <w:spacing w:after="20" w:line="276" w:lineRule="auto"/>
            </w:pPr>
            <w:r>
              <w:rPr>
                <w:rFonts w:ascii="宋体" w:hAnsi="宋体" w:eastAsia="宋体"/>
                <w:b w:val="0"/>
                <w:sz w:val="18"/>
              </w:rPr>
              <w:t>（2）学生独立计算,小组内交流计算方法,对能够用简便方法计算的学生给予表扬。</w:t>
            </w:r>
          </w:p>
          <w:p>
            <w:pPr>
              <w:spacing w:after="20" w:line="276" w:lineRule="auto"/>
            </w:pPr>
            <w:r>
              <w:rPr>
                <w:rFonts w:ascii="宋体" w:hAnsi="宋体" w:eastAsia="宋体"/>
                <w:b w:val="0"/>
                <w:sz w:val="18"/>
              </w:rPr>
              <w:t>3.教科书P22“练习六”第4题。</w:t>
            </w:r>
          </w:p>
          <w:p>
            <w:pPr>
              <w:spacing w:after="20" w:line="276" w:lineRule="auto"/>
            </w:pPr>
            <w:r>
              <w:rPr>
                <w:rFonts w:ascii="宋体" w:hAnsi="宋体" w:eastAsia="宋体"/>
                <w:b w:val="0"/>
                <w:sz w:val="18"/>
              </w:rPr>
              <w:t>引导学生明确图意,然后独立完成,说一说简便计算的依据。</w:t>
            </w:r>
          </w:p>
          <w:p>
            <w:pPr>
              <w:spacing w:after="20" w:line="276" w:lineRule="auto"/>
            </w:pPr>
            <w:r>
              <w:rPr>
                <w:rFonts w:ascii="宋体" w:hAnsi="宋体" w:eastAsia="宋体"/>
                <w:b w:val="0"/>
                <w:sz w:val="18"/>
              </w:rPr>
              <w:t>4.教科书P23“练习六”第7题。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（2）指名学生汇报，说清自己的解题思路。</w:t>
            </w:r>
          </w:p>
        </w:tc>
        <w:tc>
          <w:tcPr>
            <w:tcW w:type="dxa" w:w="3061"/>
          </w:tcPr>
          <w:p>
            <w:pPr>
              <w:spacing w:after="20" w:line="276" w:lineRule="auto"/>
            </w:pPr>
            <w:r/>
            <w:r>
              <w:rPr>
                <w:rFonts w:ascii="宋体" w:hAnsi="宋体" w:eastAsia="宋体"/>
                <w:b w:val="0"/>
                <w:sz w:val="18"/>
              </w:rPr>
              <w:t>学生同样依据加法的交换律和结合律进行计算,有的将1和10、2和9、3和8……组合在一起，有的将1和9、2和8、3和7……组合在一起。教师可以适当点拨、启发思考,尊重学生个性化的见解,在算法上不必做统一的要求。</w:t>
            </w:r>
          </w:p>
          <w:p>
            <w:pPr>
              <w:spacing w:after="20" w:line="276" w:lineRule="auto"/>
            </w:pPr>
            <w:r>
              <w:rPr>
                <w:rFonts w:ascii="宋体" w:hAnsi="宋体" w:eastAsia="宋体"/>
                <w:b w:val="0"/>
                <w:sz w:val="18"/>
              </w:rPr>
              <w:t>电视机的样品现价2255元是原价降了再降后的价钱。因此,计算思路应该是样品现价与两次降的价格相加。可能会有学生列成连减算式,教师要引导学生读懂题意。</w:t>
            </w:r>
          </w:p>
        </w:tc>
        <w:tc>
          <w:tcPr>
            <w:tcW w:type="dxa" w:w="1814"/>
          </w:tcPr>
          <w:p>
            <w:pPr>
              <w:spacing w:after="20" w:line="276" w:lineRule="auto"/>
            </w:pPr>
            <w:r/>
            <w:r>
              <w:rPr>
                <w:rFonts w:ascii="宋体" w:hAnsi="宋体" w:eastAsia="宋体"/>
                <w:b w:val="0"/>
                <w:sz w:val="18"/>
              </w:rPr>
              <w:t>这是一道联系实际生活的题,突出加法运算律的应用价值。让学生体会到不论题目是否要求都应该力求简便计算,让“简算”成为一种意识和习惯。</w:t>
            </w:r>
          </w:p>
          <w:p>
            <w:pPr>
              <w:spacing w:after="20" w:line="276" w:lineRule="auto"/>
            </w:pPr>
            <w:r>
              <w:rPr>
                <w:rFonts w:ascii="宋体" w:hAnsi="宋体" w:eastAsia="宋体"/>
                <w:b w:val="0"/>
                <w:sz w:val="18"/>
              </w:rPr>
              <w:t>这道题其实是“高斯问题”的简化版，解答所用的算法的依据就是加法交换律和结合律。</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师：这节课你有什么收获？能跟同学们交流一下吗？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引导学生回顾梳理本课所学，完善认知结构，提升归纳与反思能力，核心问题："这节课你有什么收获？能跟同学们交流一下吗？"</w:t>
            </w:r>
          </w:p>
        </w:tc>
      </w:tr>
      <w:tr>
        <w:tc>
          <w:tcPr>
            <w:tcW w:type="dxa" w:w="1474"/>
          </w:tcPr>
          <w:p>
            <w:pPr>
              <w:spacing w:after="20" w:line="276" w:lineRule="auto"/>
            </w:pPr>
            <w:r>
              <w:rPr>
                <w:b/>
              </w:rPr>
            </w:r>
            <w:r>
              <w:rPr>
                <w:rFonts w:ascii="宋体" w:hAnsi="宋体" w:eastAsia="宋体"/>
                <w:b/>
                <w:sz w:val="18"/>
              </w:rPr>
              <w:t>五、拓展延伸</w:t>
            </w:r>
          </w:p>
        </w:tc>
        <w:tc>
          <w:tcPr>
            <w:tcW w:type="dxa" w:w="3061"/>
          </w:tcPr>
          <w:p>
            <w:pPr>
              <w:spacing w:after="20" w:line="276" w:lineRule="auto"/>
            </w:pPr>
            <w:r/>
            <w:r>
              <w:rPr>
                <w:rFonts w:ascii="宋体" w:hAnsi="宋体" w:eastAsia="宋体"/>
                <w:b w:val="0"/>
                <w:sz w:val="18"/>
              </w:rPr>
              <w:t>1.教师介绍高斯的故事。</w:t>
            </w:r>
          </w:p>
          <w:p>
            <w:pPr>
              <w:spacing w:after="20" w:line="276" w:lineRule="auto"/>
            </w:pPr>
            <w:r>
              <w:rPr>
                <w:rFonts w:ascii="宋体" w:hAnsi="宋体" w:eastAsia="宋体"/>
                <w:b w:val="0"/>
                <w:sz w:val="18"/>
              </w:rPr>
              <w:t>我们在解决实际问题时,要养成怎样计算简便就怎样算的好习惯。</w:t>
            </w:r>
          </w:p>
        </w:tc>
        <w:tc>
          <w:tcPr>
            <w:tcW w:type="dxa" w:w="3061"/>
          </w:tcPr>
          <w:p>
            <w:pPr>
              <w:spacing w:after="20" w:line="276" w:lineRule="auto"/>
            </w:pPr>
            <w:r/>
            <w:r>
              <w:rPr>
                <w:rFonts w:ascii="宋体" w:hAnsi="宋体" w:eastAsia="宋体"/>
                <w:b w:val="0"/>
                <w:sz w:val="18"/>
              </w:rPr>
              <w:t>同学们，你们听说过数学家高斯小时候计算1+2+3+…+100的和是多少的故事吗？</w:t>
            </w:r>
          </w:p>
          <w:p>
            <w:pPr>
              <w:spacing w:after="20" w:line="276" w:lineRule="auto"/>
            </w:pPr>
            <w:r>
              <w:rPr>
                <w:rFonts w:ascii="宋体" w:hAnsi="宋体" w:eastAsia="宋体"/>
                <w:b w:val="0"/>
                <w:sz w:val="18"/>
              </w:rPr>
              <w:t>2.学生谈感受，交流算法。</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教科书P20例3，完成P20“做一做”，P22~23“练习六”第2、4、7题。</w:t>
      </w:r>
    </w:p>
    <w:p>
      <w:pPr>
        <w:spacing w:after="40" w:line="300" w:lineRule="auto"/>
        <w:ind w:firstLine="400"/>
      </w:pPr>
      <w:r>
        <w:rPr>
          <w:rFonts w:ascii="宋体" w:hAnsi="宋体" w:eastAsia="宋体"/>
          <w:b w:val="0"/>
          <w:sz w:val="20"/>
        </w:rPr>
        <w:t>② 原设计安排：见“状元成才路”系列丛书《创优作业100分》对应课时作业。 1下面的算式分别运用了哪些运算律？(填序号) eq \x(A.加法交换律 B.加法结合律) (1)49＋73＋27＝49＋(73＋27)( ) (2)82＋65＋18＝82＋18＋65( ) (3)42＋49＋58＝49＋(42＋58)( ) (4)46＋128＋54＋172＝(46＋54)＋(128＋172)( ) 2下面是李伯伯家和王伯伯家的两块菜地，李伯伯和王伯伯都将菜地用篱笆围了一圈，谁家的菜地用的篱笆长？ 3用简便方法计算。 (1)19＋199＋1999＋19999＋5 (2)1＋3＋5＋…＋25＋27＋29 【教学笔记】 参考答案 1．(1)B (2)A (3)AB (4)AB 2.39＋48＋61 ＝39＋61＋48 ＝100＋48 ＝148(m) 27＋34＋73＋36 ＝(27＋73)＋(36＋34) ＝100＋70 ＝170(m) 148＜170，王伯伯家的菜地用的篱笆长。 3．(1) 19＋199＋1999＋19999＋5 ＝(19＋1)＋(199＋1)＋(1999＋1)＋(19999＋1)＋1 ＝20＋200＋2000＋20000＋1＝22221 (2) 1＋3＋5＋…＋25＋27＋29 ＝(1＋29)＋(3＋27)＋(5＋25)＋(7＋23)＋(9＋21)＋(11＋19)＋(13＋17)＋15 ＝30×7＋15＝210＋15＝225eq \x(\a\vs4\al(教学资源), )</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是在前面学习了加法交换律及加法结合律的基础上进行教学的。它是加法的两个运算律在实际生活中的应用,同时也为后面进行简便计算打下了一定的基础。本节课围绕“李叔叔后四天还要骑行多少千米”开展教学,让学生先从数学的角度去获取信息、提出问题,再在小组内合作解决问题。学生能学以致用，深切体会到：在计算过程中，运用加法运算律能使计算简便，大大提高了计算的速度和准确率。本节课教学效果较好。</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连减的简便计算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连减的简便计算</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教学内容：教科书P21例4，完成P21“做一做”，P22~23“练习六”第1、3、5、6、8、9*题。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（1）让学生在解决问题的过程中理解并掌握连减的简便算法，体会算法的多样性。</w:t>
      </w:r>
    </w:p>
    <w:p>
      <w:pPr>
        <w:spacing w:after="20" w:line="300" w:lineRule="auto"/>
        <w:ind w:firstLine="400"/>
      </w:pPr>
      <w:r>
        <w:rPr>
          <w:rFonts w:ascii="宋体" w:hAnsi="宋体" w:eastAsia="宋体"/>
          <w:b w:val="0"/>
          <w:sz w:val="20"/>
        </w:rPr>
        <w:t>（2）在探究学习的过程中,培养学生分析数据的能力,提高解决问题的能力。</w:t>
      </w:r>
    </w:p>
    <w:p>
      <w:pPr>
        <w:spacing w:after="20" w:line="300" w:lineRule="auto"/>
        <w:ind w:firstLine="400"/>
      </w:pPr>
      <w:r>
        <w:rPr>
          <w:rFonts w:ascii="宋体" w:hAnsi="宋体" w:eastAsia="宋体"/>
          <w:b w:val="0"/>
          <w:sz w:val="20"/>
        </w:rPr>
        <w:t>（3）能根据数据的特点,在计算和解决连减问题中灵活、合理地选择算法,感受数学运算的魅力。</w:t>
      </w:r>
    </w:p>
    <w:p>
      <w:pPr>
        <w:spacing w:after="20" w:line="300" w:lineRule="auto"/>
      </w:pPr>
      <w:r>
        <w:rPr>
          <w:rFonts w:ascii="宋体" w:hAnsi="宋体" w:eastAsia="宋体"/>
          <w:b w:val="0"/>
          <w:sz w:val="20"/>
        </w:rPr>
        <w:t>教学重点：理解“从一个数里连续减去两个数可以改为减去这两个数的和”。</w:t>
      </w:r>
    </w:p>
    <w:p>
      <w:pPr>
        <w:spacing w:after="20" w:line="300" w:lineRule="auto"/>
      </w:pPr>
      <w:r>
        <w:rPr>
          <w:rFonts w:ascii="宋体" w:hAnsi="宋体" w:eastAsia="宋体"/>
          <w:b w:val="0"/>
          <w:sz w:val="20"/>
        </w:rPr>
        <w:t>教学难点：根据数据特点,灵活、合理地选择计算方法。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一、游戏导入新课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二、合作探究，掌握性质</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同学们还记得那个骑自行车旅行的李叔叔吗?；同学们用不同的方法解决了这个问题,说得都很有道理，那李叔叔到底还剩多少页没读呢?</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三、运用新知识,解决问题</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五、拓展延伸</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一、游戏导入新课</w:t>
            </w:r>
          </w:p>
        </w:tc>
        <w:tc>
          <w:tcPr>
            <w:tcW w:type="dxa" w:w="3061"/>
          </w:tcPr>
          <w:p>
            <w:pPr>
              <w:spacing w:after="20" w:line="276" w:lineRule="auto"/>
            </w:pPr>
            <w:r/>
            <w:r>
              <w:rPr>
                <w:rFonts w:ascii="宋体" w:hAnsi="宋体" w:eastAsia="宋体"/>
                <w:b w:val="0"/>
                <w:sz w:val="18"/>
              </w:rPr>
              <w:t>1.师生玩对口令游戏。</w:t>
            </w:r>
          </w:p>
          <w:p>
            <w:pPr>
              <w:spacing w:after="20" w:line="276" w:lineRule="auto"/>
            </w:pPr>
            <w:r>
              <w:rPr>
                <w:rFonts w:ascii="宋体" w:hAnsi="宋体" w:eastAsia="宋体"/>
                <w:b w:val="0"/>
                <w:sz w:val="18"/>
              </w:rPr>
              <w:t>游戏一：老师说一个数，你对的数要与老师说的数相加能凑成整百数。（如：153和47）</w:t>
            </w:r>
          </w:p>
          <w:p>
            <w:pPr>
              <w:spacing w:after="20" w:line="276" w:lineRule="auto"/>
            </w:pPr>
            <w:r>
              <w:rPr>
                <w:rFonts w:ascii="宋体" w:hAnsi="宋体" w:eastAsia="宋体"/>
                <w:b w:val="0"/>
                <w:sz w:val="18"/>
              </w:rPr>
              <w:t>游戏二：老师说一个数，你对的数要与老师说的数相减能凑成整百数。（如：234和34）</w:t>
            </w:r>
          </w:p>
          <w:p>
            <w:pPr>
              <w:spacing w:after="20" w:line="276" w:lineRule="auto"/>
            </w:pPr>
            <w:r>
              <w:rPr>
                <w:rFonts w:ascii="宋体" w:hAnsi="宋体" w:eastAsia="宋体"/>
                <w:b w:val="0"/>
                <w:sz w:val="18"/>
              </w:rPr>
              <w:t>3.导入新课。</w:t>
            </w:r>
          </w:p>
          <w:p>
            <w:pPr>
              <w:spacing w:after="20" w:line="276" w:lineRule="auto"/>
            </w:pPr>
            <w:r>
              <w:rPr>
                <w:rFonts w:ascii="宋体" w:hAnsi="宋体" w:eastAsia="宋体"/>
                <w:b w:val="0"/>
                <w:sz w:val="18"/>
              </w:rPr>
              <w:t>师：前面我们学习了加法的运算律,而且发现在计算过程中合理使用加法交换律和结合律可以使计算变得简便。那减法运算中会不会也存在某些规律呢?这节课我们就来研究“连减的简便计算”。（板书课题：连减的简便计算）</w:t>
            </w:r>
          </w:p>
        </w:tc>
        <w:tc>
          <w:tcPr>
            <w:tcW w:type="dxa" w:w="3061"/>
          </w:tcPr>
          <w:p>
            <w:pPr>
              <w:spacing w:after="20" w:line="276" w:lineRule="auto"/>
            </w:pPr>
            <w:r/>
            <w:r>
              <w:rPr>
                <w:rFonts w:ascii="宋体" w:hAnsi="宋体" w:eastAsia="宋体"/>
                <w:b w:val="0"/>
                <w:sz w:val="18"/>
              </w:rPr>
              <w:t>2.同桌之间玩对口令游戏，规则同上。</w:t>
            </w:r>
          </w:p>
        </w:tc>
        <w:tc>
          <w:tcPr>
            <w:tcW w:type="dxa" w:w="1814"/>
          </w:tcPr>
          <w:p>
            <w:pPr>
              <w:spacing w:after="20" w:line="276" w:lineRule="auto"/>
            </w:pPr>
            <w:r/>
            <w:r>
              <w:rPr>
                <w:rFonts w:ascii="宋体" w:hAnsi="宋体" w:eastAsia="宋体"/>
                <w:b w:val="0"/>
                <w:sz w:val="18"/>
              </w:rPr>
              <w:t>学生的数学学习是运用已有知识不断获取新知识的过程,而复习铺垫则能激活学生处于“休眠”状态的旧知识与经验,促进知识的迁移。这里通过“凑整”的对口令游戏和对加法的运算律的简单回顾，引发思考，为学生的主动发展创设空间,实现高效课堂。</w:t>
            </w:r>
          </w:p>
        </w:tc>
      </w:tr>
      <w:tr>
        <w:tc>
          <w:tcPr>
            <w:tcW w:type="dxa" w:w="1474"/>
          </w:tcPr>
          <w:p>
            <w:pPr>
              <w:spacing w:after="20" w:line="276" w:lineRule="auto"/>
            </w:pPr>
            <w:r>
              <w:rPr>
                <w:b/>
              </w:rPr>
            </w:r>
            <w:r>
              <w:rPr>
                <w:rFonts w:ascii="宋体" w:hAnsi="宋体" w:eastAsia="宋体"/>
                <w:b/>
                <w:sz w:val="18"/>
              </w:rPr>
              <w:t>二、合作探究，掌握性质</w:t>
            </w:r>
          </w:p>
        </w:tc>
        <w:tc>
          <w:tcPr>
            <w:tcW w:type="dxa" w:w="3061"/>
          </w:tcPr>
          <w:p>
            <w:pPr>
              <w:spacing w:after="20" w:line="276" w:lineRule="auto"/>
            </w:pPr>
            <w:r/>
            <w:r>
              <w:rPr>
                <w:rFonts w:ascii="宋体" w:hAnsi="宋体" w:eastAsia="宋体"/>
                <w:b w:val="0"/>
                <w:sz w:val="18"/>
              </w:rPr>
              <w:t>1.在解决问题中初步理解减法的性质。</w:t>
            </w:r>
          </w:p>
          <w:p>
            <w:pPr>
              <w:spacing w:after="20" w:line="276" w:lineRule="auto"/>
            </w:pPr>
            <w:r>
              <w:rPr>
                <w:rFonts w:ascii="宋体" w:hAnsi="宋体" w:eastAsia="宋体"/>
                <w:b w:val="0"/>
                <w:sz w:val="18"/>
              </w:rPr>
              <w:t>（1）创设问题情境。</w:t>
            </w:r>
          </w:p>
          <w:p>
            <w:pPr>
              <w:spacing w:after="20" w:line="276" w:lineRule="auto"/>
            </w:pPr>
            <w:r>
              <w:rPr>
                <w:rFonts w:ascii="宋体" w:hAnsi="宋体" w:eastAsia="宋体"/>
                <w:b w:val="0"/>
                <w:sz w:val="18"/>
              </w:rPr>
              <w:t>课件出示教科书P21例4。</w:t>
            </w:r>
          </w:p>
          <w:p>
            <w:pPr>
              <w:spacing w:after="20" w:line="276" w:lineRule="auto"/>
            </w:pPr>
            <w:r>
              <w:rPr>
                <w:rFonts w:ascii="宋体" w:hAnsi="宋体" w:eastAsia="宋体"/>
                <w:b w:val="0"/>
                <w:sz w:val="18"/>
              </w:rPr>
              <w:t>师：同学们还记得那个骑自行车旅行的李叔叔吗?看，李叔叔在读书。</w:t>
            </w:r>
          </w:p>
          <w:p>
            <w:pPr>
              <w:spacing w:after="20" w:line="276" w:lineRule="auto"/>
            </w:pPr>
            <w:r>
              <w:rPr>
                <w:rFonts w:ascii="宋体" w:hAnsi="宋体" w:eastAsia="宋体"/>
                <w:b w:val="0"/>
                <w:sz w:val="18"/>
              </w:rPr>
              <w:t>游戏环节要让所有人都参与进来，给学生尽可能多的展示机会。</w:t>
            </w:r>
          </w:p>
          <w:p>
            <w:pPr>
              <w:spacing w:after="20" w:line="276" w:lineRule="auto"/>
            </w:pPr>
            <w:r>
              <w:rPr>
                <w:rFonts w:ascii="宋体" w:hAnsi="宋体" w:eastAsia="宋体"/>
                <w:b w:val="0"/>
                <w:sz w:val="18"/>
              </w:rPr>
              <w:t>你能从题中了解到什么数学信息？要我们解决什么问题？</w:t>
            </w:r>
          </w:p>
          <w:p>
            <w:pPr>
              <w:spacing w:after="20" w:line="276" w:lineRule="auto"/>
            </w:pPr>
            <w:r>
              <w:rPr>
                <w:rFonts w:ascii="宋体" w:hAnsi="宋体" w:eastAsia="宋体"/>
                <w:b w:val="0"/>
                <w:sz w:val="18"/>
              </w:rPr>
              <w:t>（2）尝试解决问题。</w:t>
            </w:r>
          </w:p>
          <w:p>
            <w:pPr>
              <w:spacing w:after="20" w:line="276" w:lineRule="auto"/>
            </w:pPr>
            <w:r>
              <w:rPr>
                <w:rFonts w:ascii="宋体" w:hAnsi="宋体" w:eastAsia="宋体"/>
                <w:b w:val="0"/>
                <w:sz w:val="18"/>
              </w:rPr>
              <w:t>师：请同学们自己试着解决这个问题,然后把你的想法说给小组的同学听一听。</w:t>
            </w:r>
          </w:p>
          <w:p>
            <w:pPr>
              <w:spacing w:after="20" w:line="276" w:lineRule="auto"/>
            </w:pPr>
            <w:r>
              <w:rPr>
                <w:rFonts w:ascii="宋体" w:hAnsi="宋体" w:eastAsia="宋体"/>
                <w:b w:val="0"/>
                <w:sz w:val="18"/>
              </w:rPr>
              <w:t>（3）讨论简便算法。</w:t>
            </w:r>
          </w:p>
          <w:p>
            <w:pPr>
              <w:spacing w:after="20" w:line="276" w:lineRule="auto"/>
            </w:pPr>
            <w:r>
              <w:rPr>
                <w:rFonts w:ascii="宋体" w:hAnsi="宋体" w:eastAsia="宋体"/>
                <w:b w:val="0"/>
                <w:sz w:val="18"/>
              </w:rPr>
              <w:t>师：同学们用不同的方法解决了这个问题,说得都很有道理，那李叔叔到底还剩多少页没读呢?请拿出你们的练习本，选择喜欢的方法赶快算一下，看看结果到底是多少。</w:t>
            </w:r>
          </w:p>
          <w:p>
            <w:pPr>
              <w:spacing w:after="20" w:line="276" w:lineRule="auto"/>
            </w:pPr>
            <w:r>
              <w:rPr>
                <w:rFonts w:ascii="宋体" w:hAnsi="宋体" w:eastAsia="宋体"/>
                <w:b w:val="0"/>
                <w:sz w:val="18"/>
              </w:rPr>
              <w:t>师：你喜欢哪种方法？为什么？</w:t>
            </w:r>
          </w:p>
          <w:p>
            <w:pPr>
              <w:spacing w:after="20" w:line="276" w:lineRule="auto"/>
            </w:pPr>
            <w:r>
              <w:rPr>
                <w:rFonts w:ascii="宋体" w:hAnsi="宋体" w:eastAsia="宋体"/>
                <w:b w:val="0"/>
                <w:sz w:val="18"/>
              </w:rPr>
              <w:t>（4）方法小结。</w:t>
            </w:r>
          </w:p>
          <w:p>
            <w:pPr>
              <w:spacing w:after="20" w:line="276" w:lineRule="auto"/>
            </w:pPr>
            <w:r>
              <w:rPr>
                <w:rFonts w:ascii="宋体" w:hAnsi="宋体" w:eastAsia="宋体"/>
                <w:b w:val="0"/>
                <w:sz w:val="18"/>
              </w:rPr>
              <w:t>师：通过解决“李叔叔还剩多少页没读”这个问题,我们讨论了连续减去两个数可以有多种算法。想一想，连续减两个数的计算有什么规律呢？</w:t>
            </w:r>
          </w:p>
          <w:p>
            <w:pPr>
              <w:spacing w:after="20" w:line="276" w:lineRule="auto"/>
            </w:pPr>
            <w:r>
              <w:rPr>
                <w:rFonts w:ascii="宋体" w:hAnsi="宋体" w:eastAsia="宋体"/>
                <w:b w:val="0"/>
                <w:sz w:val="18"/>
              </w:rPr>
              <w:t>教师引导总结：在连减算式中，可以根据实际情况，选择合适的计算方法：①从左往右按顺序计算；②如果减数和被减数有相同部分，可以交换减数的位置；③一个</w:t>
            </w:r>
          </w:p>
          <w:p>
            <w:pPr>
              <w:spacing w:after="20" w:line="276" w:lineRule="auto"/>
            </w:pPr>
            <w:r>
              <w:rPr>
                <w:rFonts w:ascii="宋体" w:hAnsi="宋体" w:eastAsia="宋体"/>
                <w:b w:val="0"/>
                <w:sz w:val="18"/>
              </w:rPr>
              <w:t>教学中要注意引导学生合理选择算法，重视简便计算意识的培养。</w:t>
            </w:r>
          </w:p>
          <w:p>
            <w:pPr>
              <w:spacing w:after="20" w:line="276" w:lineRule="auto"/>
            </w:pPr>
            <w:r>
              <w:rPr>
                <w:rFonts w:ascii="宋体" w:hAnsi="宋体" w:eastAsia="宋体"/>
                <w:b w:val="0"/>
                <w:sz w:val="18"/>
              </w:rPr>
              <w:t>数连续减去几个数，可以减去这几个数的和。</w:t>
            </w:r>
          </w:p>
          <w:p>
            <w:pPr>
              <w:spacing w:after="20" w:line="276" w:lineRule="auto"/>
            </w:pPr>
            <w:r>
              <w:rPr>
                <w:rFonts w:ascii="宋体" w:hAnsi="宋体" w:eastAsia="宋体"/>
                <w:b w:val="0"/>
                <w:sz w:val="18"/>
              </w:rPr>
              <w:t>师：这些规律能用字母表示吗？</w:t>
            </w:r>
          </w:p>
          <w:p>
            <w:pPr>
              <w:spacing w:after="20" w:line="276" w:lineRule="auto"/>
            </w:pPr>
            <w:r>
              <w:rPr>
                <w:rFonts w:ascii="宋体" w:hAnsi="宋体" w:eastAsia="宋体"/>
                <w:b w:val="0"/>
                <w:sz w:val="18"/>
              </w:rPr>
              <w:t>根据学生的回答,教师板书。［板书：a-b-c=a-(b+c)=a-c-b］</w:t>
            </w:r>
          </w:p>
          <w:p>
            <w:pPr>
              <w:spacing w:after="20" w:line="276" w:lineRule="auto"/>
            </w:pPr>
            <w:r>
              <w:rPr>
                <w:rFonts w:ascii="宋体" w:hAnsi="宋体" w:eastAsia="宋体"/>
                <w:b w:val="0"/>
                <w:sz w:val="18"/>
              </w:rPr>
              <w:t>2.在练习、对比中扩充对减法性质的认识。</w:t>
            </w:r>
          </w:p>
          <w:p>
            <w:pPr>
              <w:spacing w:after="20" w:line="276" w:lineRule="auto"/>
            </w:pPr>
            <w:r>
              <w:rPr>
                <w:rFonts w:ascii="宋体" w:hAnsi="宋体" w:eastAsia="宋体"/>
                <w:b w:val="0"/>
                <w:sz w:val="18"/>
              </w:rPr>
              <w:t>(1)教科书P21“做一做”第1题。</w:t>
            </w:r>
          </w:p>
          <w:p>
            <w:pPr>
              <w:spacing w:after="20" w:line="276" w:lineRule="auto"/>
            </w:pPr>
            <w:r>
              <w:rPr>
                <w:rFonts w:ascii="宋体" w:hAnsi="宋体" w:eastAsia="宋体"/>
                <w:b w:val="0"/>
                <w:sz w:val="18"/>
              </w:rPr>
              <w:t>（2）教科书P21“做一做”第2题。</w:t>
            </w:r>
          </w:p>
          <w:p>
            <w:pPr>
              <w:spacing w:after="20" w:line="276" w:lineRule="auto"/>
            </w:pPr>
            <w:r>
              <w:rPr>
                <w:rFonts w:ascii="宋体" w:hAnsi="宋体" w:eastAsia="宋体"/>
                <w:b w:val="0"/>
                <w:sz w:val="18"/>
              </w:rPr>
              <w:t>②教师巡视后评讲,重点交流最后一题。</w:t>
            </w:r>
          </w:p>
          <w:p>
            <w:pPr>
              <w:spacing w:after="20" w:line="276" w:lineRule="auto"/>
            </w:pPr>
            <w:r>
              <w:rPr>
                <w:rFonts w:ascii="宋体" w:hAnsi="宋体" w:eastAsia="宋体"/>
                <w:b w:val="0"/>
                <w:sz w:val="18"/>
              </w:rPr>
              <w:t>③教师引导学生得出结论：如果是连续减去多个数，规律同样适用。</w:t>
            </w:r>
          </w:p>
        </w:tc>
        <w:tc>
          <w:tcPr>
            <w:tcW w:type="dxa" w:w="3061"/>
          </w:tcPr>
          <w:p>
            <w:pPr>
              <w:spacing w:after="20" w:line="276" w:lineRule="auto"/>
            </w:pPr>
            <w:r/>
            <w:r>
              <w:rPr>
                <w:rFonts w:ascii="宋体" w:hAnsi="宋体" w:eastAsia="宋体"/>
                <w:b w:val="0"/>
                <w:sz w:val="18"/>
              </w:rPr>
              <w:t>我了解到李叔叔读的这本书一共有234页，他已经读了66页,今天又读了34页。要求的问题是李叔叔还剩多少页没读。</w:t>
            </w:r>
          </w:p>
          <w:p>
            <w:pPr>
              <w:spacing w:after="20" w:line="276" w:lineRule="auto"/>
            </w:pPr>
            <w:r>
              <w:rPr>
                <w:rFonts w:ascii="宋体" w:hAnsi="宋体" w:eastAsia="宋体"/>
                <w:b w:val="0"/>
                <w:sz w:val="18"/>
              </w:rPr>
              <w:t>小组汇报：每个小组推选两人同时汇报，一人说想法，另一人在黑板上列出对应的算式。</w:t>
            </w:r>
          </w:p>
          <w:p>
            <w:pPr>
              <w:spacing w:after="20" w:line="276" w:lineRule="auto"/>
            </w:pPr>
            <w:r>
              <w:rPr>
                <w:rFonts w:ascii="宋体" w:hAnsi="宋体" w:eastAsia="宋体"/>
                <w:b w:val="0"/>
                <w:sz w:val="18"/>
              </w:rPr>
              <w:t>预设1：从这本书的总页数里先去掉李叔叔已经读的66页，再去掉今天读的34页，算出的就是剩下没读的页数。算式：234-66-34。（还有不同的算法吗？）</w:t>
            </w:r>
          </w:p>
          <w:p>
            <w:pPr>
              <w:spacing w:after="20" w:line="276" w:lineRule="auto"/>
            </w:pPr>
            <w:r>
              <w:rPr>
                <w:rFonts w:ascii="宋体" w:hAnsi="宋体" w:eastAsia="宋体"/>
                <w:b w:val="0"/>
                <w:sz w:val="18"/>
              </w:rPr>
              <w:t>预设2:我们的方法和第一组差不多，只不过是先去掉今天读的34页，再去掉已经读的66页。算式：234-34-66。</w:t>
            </w:r>
          </w:p>
          <w:p>
            <w:pPr>
              <w:spacing w:after="20" w:line="276" w:lineRule="auto"/>
            </w:pPr>
            <w:r>
              <w:rPr>
                <w:rFonts w:ascii="宋体" w:hAnsi="宋体" w:eastAsia="宋体"/>
                <w:b w:val="0"/>
                <w:sz w:val="18"/>
              </w:rPr>
              <w:t>预设3:先算李叔叔一共读了多少页，再从书的总页数里去掉读过的页数，得到还剩多少页没读。算式：234-（66+34）。</w:t>
            </w:r>
          </w:p>
          <w:p>
            <w:pPr>
              <w:spacing w:after="20" w:line="276" w:lineRule="auto"/>
            </w:pPr>
            <w:r>
              <w:rPr>
                <w:rFonts w:ascii="宋体" w:hAnsi="宋体" w:eastAsia="宋体"/>
                <w:b w:val="0"/>
                <w:sz w:val="18"/>
              </w:rPr>
              <w:t>学生独立列式解答，教师指名学生把不同的算法板书在黑板上。</w:t>
            </w:r>
          </w:p>
          <w:p>
            <w:pPr>
              <w:spacing w:after="20" w:line="276" w:lineRule="auto"/>
            </w:pPr>
            <w:r>
              <w:rPr>
                <w:rFonts w:ascii="宋体" w:hAnsi="宋体" w:eastAsia="宋体"/>
                <w:b w:val="0"/>
                <w:sz w:val="18"/>
              </w:rPr>
            </w:r>
          </w:p>
          <w:p>
            <w:pPr>
              <w:spacing w:after="20" w:line="276" w:lineRule="auto"/>
            </w:pPr>
            <w:r>
              <w:rPr>
                <w:rFonts w:ascii="宋体" w:hAnsi="宋体" w:eastAsia="宋体"/>
                <w:b w:val="0"/>
                <w:sz w:val="18"/>
              </w:rPr>
              <w:t>喜欢方法③的同学观察到66+34正好得100,计算简便且不容易出错。这时教师应强调:从一个数里连续减去两个数，可以减去这两个数的和。还有学生会喜欢方法②,这里234-34正好得200。</w:t>
            </w:r>
          </w:p>
          <w:p>
            <w:pPr>
              <w:spacing w:after="20" w:line="276" w:lineRule="auto"/>
            </w:pPr>
            <w:r>
              <w:rPr>
                <w:rFonts w:ascii="宋体" w:hAnsi="宋体" w:eastAsia="宋体"/>
                <w:b w:val="0"/>
                <w:sz w:val="18"/>
              </w:rPr>
              <w:t>学生可能会发现：从一个数里连续减两个数，可以先减去第二个减数，再减去第一个减数，或者先把这两个数加起来，再减去它们的和，结果不变。</w:t>
            </w:r>
          </w:p>
          <w:p>
            <w:pPr>
              <w:spacing w:after="20" w:line="276" w:lineRule="auto"/>
            </w:pPr>
            <w:r>
              <w:rPr>
                <w:rFonts w:ascii="宋体" w:hAnsi="宋体" w:eastAsia="宋体"/>
                <w:b w:val="0"/>
                <w:sz w:val="18"/>
              </w:rPr>
              <w:t>学生独立完成后指名学生回答，集体订正。</w:t>
            </w:r>
          </w:p>
          <w:p>
            <w:pPr>
              <w:spacing w:after="20" w:line="276" w:lineRule="auto"/>
            </w:pPr>
            <w:r>
              <w:rPr>
                <w:rFonts w:ascii="宋体" w:hAnsi="宋体" w:eastAsia="宋体"/>
                <w:b w:val="0"/>
                <w:sz w:val="18"/>
              </w:rPr>
              <w:t>数学生都能填对，但有的运算符号学生拿不准，教师要引导学生结合题目进一步理解减法的性质。</w:t>
            </w:r>
          </w:p>
          <w:p>
            <w:pPr>
              <w:spacing w:after="20" w:line="276" w:lineRule="auto"/>
            </w:pPr>
            <w:r>
              <w:rPr>
                <w:rFonts w:ascii="宋体" w:hAnsi="宋体" w:eastAsia="宋体"/>
                <w:b w:val="0"/>
                <w:sz w:val="18"/>
              </w:rPr>
              <w:t>①学生独立完成。</w:t>
            </w:r>
          </w:p>
          <w:p>
            <w:pPr>
              <w:spacing w:after="20" w:line="276" w:lineRule="auto"/>
            </w:pPr>
            <w:r>
              <w:rPr>
                <w:rFonts w:ascii="宋体" w:hAnsi="宋体" w:eastAsia="宋体"/>
                <w:b w:val="0"/>
                <w:sz w:val="18"/>
              </w:rPr>
              <w:t>本题是连减计算中根据数据特征合理选择算法的针对性练习,尤其在最后一题中,三个减数的和恰好可以凑成100,使计算简便。学生能直观感受到例4的算法能拓展到连减三个数,继而引发猜想:如果是连续减去多个数呢?</w:t>
            </w:r>
          </w:p>
        </w:tc>
        <w:tc>
          <w:tcPr>
            <w:tcW w:type="dxa" w:w="1814"/>
          </w:tcPr>
          <w:p>
            <w:pPr>
              <w:spacing w:after="20" w:line="276" w:lineRule="auto"/>
            </w:pPr>
            <w:r/>
            <w:r>
              <w:rPr>
                <w:rFonts w:ascii="宋体" w:hAnsi="宋体" w:eastAsia="宋体"/>
                <w:b w:val="0"/>
                <w:sz w:val="18"/>
              </w:rPr>
              <w:t>枯燥、单一的计算很难激发学生探究的欲望。这里仍然以解决实际问题的方式进行情境呈现，通过情境图把本节课的研究内容融入学生熟悉的读书活动中。同时,这是一个比较容易解决的实际问题，且有多种计算方法，方便学生后续交流讨论。</w:t>
            </w:r>
          </w:p>
          <w:p>
            <w:pPr>
              <w:spacing w:after="20" w:line="276" w:lineRule="auto"/>
            </w:pPr>
            <w:r>
              <w:rPr>
                <w:rFonts w:ascii="宋体" w:hAnsi="宋体" w:eastAsia="宋体"/>
                <w:b w:val="0"/>
                <w:sz w:val="18"/>
              </w:rPr>
              <w:t>充分发挥小组合作的作用，鼓励学生用各种方法解决问题，体现了解决问题策略多样化的新课程理念，培养学生多角度分析、解决问题的能力。</w:t>
            </w:r>
          </w:p>
          <w:p>
            <w:pPr>
              <w:spacing w:after="20" w:line="276" w:lineRule="auto"/>
            </w:pPr>
            <w:r>
              <w:rPr>
                <w:rFonts w:ascii="宋体" w:hAnsi="宋体" w:eastAsia="宋体"/>
                <w:b w:val="0"/>
                <w:sz w:val="18"/>
              </w:rPr>
              <w:t>在教学过程中,展示三种不同的算法。同时,教师分别提出两个问题:你喜欢哪种算法?为什么？启发学生比较、思考、理解三种算法的计算过程和其中的算理。</w:t>
            </w:r>
          </w:p>
        </w:tc>
      </w:tr>
      <w:tr>
        <w:tc>
          <w:tcPr>
            <w:tcW w:type="dxa" w:w="1474"/>
          </w:tcPr>
          <w:p>
            <w:pPr>
              <w:spacing w:after="20" w:line="276" w:lineRule="auto"/>
            </w:pPr>
            <w:r>
              <w:rPr>
                <w:b/>
              </w:rPr>
            </w:r>
            <w:r>
              <w:rPr>
                <w:rFonts w:ascii="宋体" w:hAnsi="宋体" w:eastAsia="宋体"/>
                <w:b/>
                <w:sz w:val="18"/>
              </w:rPr>
              <w:t>三、运用新知识,解决问题</w:t>
            </w:r>
          </w:p>
        </w:tc>
        <w:tc>
          <w:tcPr>
            <w:tcW w:type="dxa" w:w="3061"/>
          </w:tcPr>
          <w:p>
            <w:pPr>
              <w:spacing w:after="20" w:line="276" w:lineRule="auto"/>
            </w:pPr>
            <w:r/>
            <w:r>
              <w:rPr>
                <w:rFonts w:ascii="宋体" w:hAnsi="宋体" w:eastAsia="宋体"/>
                <w:b w:val="0"/>
                <w:sz w:val="18"/>
              </w:rPr>
              <w:t>1.教科书P22“练习六”第1题。</w:t>
            </w:r>
          </w:p>
          <w:p>
            <w:pPr>
              <w:spacing w:after="20" w:line="276" w:lineRule="auto"/>
            </w:pPr>
            <w:r>
              <w:rPr>
                <w:rFonts w:ascii="宋体" w:hAnsi="宋体" w:eastAsia="宋体"/>
                <w:b w:val="0"/>
                <w:sz w:val="18"/>
              </w:rPr>
              <w:t>（1）指名学生板演，其余学生在练习本上独立完成。</w:t>
            </w:r>
          </w:p>
          <w:p>
            <w:pPr>
              <w:spacing w:after="20" w:line="276" w:lineRule="auto"/>
            </w:pPr>
            <w:r>
              <w:rPr>
                <w:rFonts w:ascii="宋体" w:hAnsi="宋体" w:eastAsia="宋体"/>
                <w:b w:val="0"/>
                <w:sz w:val="18"/>
              </w:rPr>
              <w:t>（2）四人小组相互检查，有错误及时改正。</w:t>
            </w:r>
          </w:p>
          <w:p>
            <w:pPr>
              <w:spacing w:after="20" w:line="276" w:lineRule="auto"/>
            </w:pPr>
            <w:r>
              <w:rPr>
                <w:rFonts w:ascii="宋体" w:hAnsi="宋体" w:eastAsia="宋体"/>
                <w:b w:val="0"/>
                <w:sz w:val="18"/>
              </w:rPr>
              <w:t>2.教科书P22“练习六”第3题。</w:t>
            </w:r>
          </w:p>
          <w:p>
            <w:pPr>
              <w:spacing w:after="20" w:line="276" w:lineRule="auto"/>
            </w:pPr>
            <w:r>
              <w:rPr>
                <w:rFonts w:ascii="宋体" w:hAnsi="宋体" w:eastAsia="宋体"/>
                <w:b w:val="0"/>
                <w:sz w:val="18"/>
              </w:rPr>
              <w:t>（1）引导学生认真看图，弄清题意。</w:t>
            </w:r>
          </w:p>
          <w:p>
            <w:pPr>
              <w:spacing w:after="20" w:line="276" w:lineRule="auto"/>
            </w:pPr>
            <w:r>
              <w:rPr>
                <w:rFonts w:ascii="宋体" w:hAnsi="宋体" w:eastAsia="宋体"/>
                <w:b w:val="0"/>
                <w:sz w:val="18"/>
              </w:rPr>
              <w:t>（2）学生独立完成后集中交流。</w:t>
            </w:r>
          </w:p>
          <w:p>
            <w:pPr>
              <w:spacing w:after="20" w:line="276" w:lineRule="auto"/>
            </w:pPr>
            <w:r>
              <w:rPr>
                <w:rFonts w:ascii="宋体" w:hAnsi="宋体" w:eastAsia="宋体"/>
                <w:b w:val="0"/>
                <w:sz w:val="18"/>
              </w:rPr>
              <w:t>3.教科书P23“练习六”第5题。</w:t>
            </w:r>
          </w:p>
          <w:p>
            <w:pPr>
              <w:spacing w:after="20" w:line="276" w:lineRule="auto"/>
            </w:pPr>
            <w:r>
              <w:rPr>
                <w:rFonts w:ascii="宋体" w:hAnsi="宋体" w:eastAsia="宋体"/>
                <w:b w:val="0"/>
                <w:sz w:val="18"/>
              </w:rPr>
              <w:t>（1）学生独立填表。</w:t>
            </w:r>
          </w:p>
          <w:p>
            <w:pPr>
              <w:spacing w:after="20" w:line="276" w:lineRule="auto"/>
            </w:pPr>
            <w:r>
              <w:rPr>
                <w:rFonts w:ascii="宋体" w:hAnsi="宋体" w:eastAsia="宋体"/>
                <w:b w:val="0"/>
                <w:sz w:val="18"/>
              </w:rPr>
              <w:t>（2）指名学生汇报，并说清楚是怎样算的。</w:t>
            </w:r>
          </w:p>
          <w:p>
            <w:pPr>
              <w:spacing w:after="20" w:line="276" w:lineRule="auto"/>
            </w:pPr>
            <w:r>
              <w:rPr>
                <w:rFonts w:ascii="宋体" w:hAnsi="宋体" w:eastAsia="宋体"/>
                <w:b w:val="0"/>
                <w:sz w:val="18"/>
              </w:rPr>
              <w:t>4.教科书P23“练习六”第6题。</w:t>
            </w:r>
          </w:p>
          <w:p>
            <w:pPr>
              <w:spacing w:after="20" w:line="276" w:lineRule="auto"/>
            </w:pPr>
            <w:r>
              <w:rPr>
                <w:rFonts w:ascii="宋体" w:hAnsi="宋体" w:eastAsia="宋体"/>
                <w:b w:val="0"/>
                <w:sz w:val="18"/>
              </w:rPr>
              <w:t>（1）引导学生认真读题，明确已知什么，要求的是什么。</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（3）集中交流怎样列式，怎样简便计算。</w:t>
            </w:r>
          </w:p>
          <w:p>
            <w:pPr>
              <w:spacing w:after="20" w:line="276" w:lineRule="auto"/>
            </w:pPr>
            <w:r>
              <w:rPr>
                <w:rFonts w:ascii="宋体" w:hAnsi="宋体" w:eastAsia="宋体"/>
                <w:b w:val="0"/>
                <w:sz w:val="18"/>
              </w:rPr>
              <w:t>5.教科书P23“练习六”第8题。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（2）集体订正计算结果,分析错因。</w:t>
            </w:r>
          </w:p>
        </w:tc>
        <w:tc>
          <w:tcPr>
            <w:tcW w:type="dxa" w:w="3061"/>
          </w:tcPr>
          <w:p>
            <w:pPr>
              <w:spacing w:after="20" w:line="276" w:lineRule="auto"/>
            </w:pPr>
            <w:r/>
            <w:r>
              <w:rPr>
                <w:rFonts w:ascii="宋体" w:hAnsi="宋体" w:eastAsia="宋体"/>
                <w:b w:val="0"/>
                <w:sz w:val="18"/>
              </w:rPr>
              <w:t>抓住典型错误展开讨论。如计算672-36+64，受“凑整”的影响，学生容易算成672-（36+64），教师要及时组织学生展开讨论，形成正确认识。</w:t>
            </w:r>
          </w:p>
        </w:tc>
        <w:tc>
          <w:tcPr>
            <w:tcW w:type="dxa" w:w="1814"/>
          </w:tcPr>
          <w:p>
            <w:pPr>
              <w:spacing w:after="20" w:line="276" w:lineRule="auto"/>
            </w:pPr>
            <w:r/>
            <w:r>
              <w:rPr>
                <w:rFonts w:ascii="宋体" w:hAnsi="宋体" w:eastAsia="宋体"/>
                <w:b w:val="0"/>
                <w:sz w:val="18"/>
              </w:rPr>
              <w:t>根据数据特征,选择合理的算法使计算简便是本节课的重点。但在教学中,更需要引导学生根据问题信息与数据特征,在数量关系正确的前提下,直接列出可以简便计算的式子,从而更高效地解决问题。</w:t>
            </w:r>
          </w:p>
          <w:p>
            <w:pPr>
              <w:spacing w:after="20" w:line="276" w:lineRule="auto"/>
            </w:pPr>
            <w:r>
              <w:rPr>
                <w:rFonts w:ascii="宋体" w:hAnsi="宋体" w:eastAsia="宋体"/>
                <w:b w:val="0"/>
                <w:sz w:val="18"/>
              </w:rPr>
              <w:t>练习时积极创造条件,提出一个加减混合运算的问题,让学生把课堂中所学的知识和方法综合应用于实际生活中,延伸学习。</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师：通过我们的共同探究,大家用不同的方法解决了李叔叔旅行中的各种问题。</w:t>
            </w:r>
          </w:p>
          <w:p>
            <w:pPr>
              <w:spacing w:after="20" w:line="276" w:lineRule="auto"/>
            </w:pPr>
            <w:r>
              <w:rPr>
                <w:rFonts w:ascii="宋体" w:hAnsi="宋体" w:eastAsia="宋体"/>
                <w:b w:val="0"/>
                <w:sz w:val="18"/>
              </w:rPr>
              <w:t>谁来说说你的收获？</w:t>
            </w:r>
          </w:p>
          <w:p>
            <w:pPr>
              <w:spacing w:after="20" w:line="276" w:lineRule="auto"/>
            </w:pPr>
            <w:r>
              <w:rPr>
                <w:rFonts w:ascii="宋体" w:hAnsi="宋体" w:eastAsia="宋体"/>
                <w:b w:val="0"/>
                <w:sz w:val="18"/>
              </w:rPr>
              <w:t>课堂教学除了把最基础、最主要的东西教给学生外,还要随时激发学生的求知欲。要特别引导学生知变、求变、善变,有所改革,有所创新。通过对习题的研究,学生对减法的性质认识更深入、更全面,利于构建完整的认知结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r>
        <w:tc>
          <w:tcPr>
            <w:tcW w:type="dxa" w:w="1474"/>
          </w:tcPr>
          <w:p>
            <w:pPr>
              <w:spacing w:after="20" w:line="276" w:lineRule="auto"/>
            </w:pPr>
            <w:r>
              <w:rPr>
                <w:b/>
              </w:rPr>
            </w:r>
            <w:r>
              <w:rPr>
                <w:rFonts w:ascii="宋体" w:hAnsi="宋体" w:eastAsia="宋体"/>
                <w:b/>
                <w:sz w:val="18"/>
              </w:rPr>
              <w:t>五、拓展延伸</w:t>
            </w:r>
          </w:p>
        </w:tc>
        <w:tc>
          <w:tcPr>
            <w:tcW w:type="dxa" w:w="3061"/>
          </w:tcPr>
          <w:p>
            <w:pPr>
              <w:spacing w:after="20" w:line="276" w:lineRule="auto"/>
            </w:pPr>
            <w:r/>
            <w:r>
              <w:rPr>
                <w:rFonts w:ascii="宋体" w:hAnsi="宋体" w:eastAsia="宋体"/>
                <w:b w:val="0"/>
                <w:sz w:val="18"/>
              </w:rPr>
              <w:t>教科书P23“练习六”第9*题。</w:t>
            </w:r>
          </w:p>
          <w:p>
            <w:pPr>
              <w:spacing w:after="20" w:line="276" w:lineRule="auto"/>
            </w:pPr>
            <w:r>
              <w:rPr>
                <w:rFonts w:ascii="宋体" w:hAnsi="宋体" w:eastAsia="宋体"/>
                <w:b w:val="0"/>
                <w:sz w:val="18"/>
              </w:rPr>
              <w:t>集体交流订正。</w:t>
            </w:r>
          </w:p>
        </w:tc>
        <w:tc>
          <w:tcPr>
            <w:tcW w:type="dxa" w:w="3061"/>
          </w:tcPr>
          <w:p>
            <w:pPr>
              <w:spacing w:after="20" w:line="276" w:lineRule="auto"/>
            </w:pPr>
            <w:r/>
            <w:r>
              <w:rPr>
                <w:rFonts w:ascii="宋体" w:hAnsi="宋体" w:eastAsia="宋体"/>
                <w:b w:val="0"/>
                <w:sz w:val="18"/>
              </w:rPr>
              <w:t>学生独立完成第（1）、（2）、（3）题，小组讨论后完成第（4）题。</w:t>
            </w:r>
          </w:p>
          <w:p>
            <w:pPr>
              <w:spacing w:after="20" w:line="276" w:lineRule="auto"/>
            </w:pPr>
            <w:r>
              <w:rPr>
                <w:rFonts w:ascii="宋体" w:hAnsi="宋体" w:eastAsia="宋体"/>
                <w:b w:val="0"/>
                <w:sz w:val="18"/>
              </w:rPr>
              <w:t>这是一道拓展题,题中呈现了4道典型的巧算题。其中第(1)、(2)、（3）题学生能独立完成，但第（4）题要学生独立完成有一定难度。教师要引导学生明确：此题利用加、减法的运算性质,分组计算最简便。</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教科书P21例4，完成P21“做一做”，P22~23“练习六”第1、3、5、6、8、9*题。</w:t>
      </w:r>
    </w:p>
    <w:p>
      <w:pPr>
        <w:spacing w:after="40" w:line="300" w:lineRule="auto"/>
        <w:ind w:firstLine="400"/>
      </w:pPr>
      <w:r>
        <w:rPr>
          <w:rFonts w:ascii="宋体" w:hAnsi="宋体" w:eastAsia="宋体"/>
          <w:b w:val="0"/>
          <w:sz w:val="20"/>
        </w:rPr>
        <w:t>② 原设计安排：见“状元成才路”系列丛书《创优作业100分》对应课时作业 1在INCLUDEPICTURE"圆圆.TIF"里填上相应的运算符号，在里填上相应的数。 (1)216－198－16＝216 INCLUDEPICTURE"圆圆.TIF" －198 (2)856－73－127＝856－(73INCLUDEPICTURE"圆圆.TIF" ) (3)465－142－258＝465INCLUDEPICTURE"圆圆.TIF" (INCLUDEPICTURE"圆圆.TIF" ) (4)496－(296＋144)＝496 INCLUDEPICTURE"圆圆.TIF" INCLUDEPICTURE"圆圆.TIF" 2计算下面各题，怎样简便就怎样计算。 276－94－106 690－(38＋90) 487－187－132－68 【教学笔记】 参考答案 (1)－ 16 (2)＋ 127 (3)－ 142 ＋ 258 (4)－ 296 － 144 2. 276－94－106 ＝276－(94＋106) ＝276－200 ＝76 690－(38＋90) ＝690－90－38 ＝600－38 ＝562 487－187－132－68 ＝(487－187)－(132＋68) ＝300－200 ＝100eq \x(\a\vs4\al(教学资源), )</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本节课时,教师要让学生在生动、具体的情境中体验知识的形成过程,在解决实际问题中理解连减的简便运算,体验解决问题策略的多样性。教学中要把学生熟悉的算法巧妙地引入到怎样解决“李叔叔还剩多少页没读”这个问题中,激发学生主动探究的欲望。通过讨论、交流,找出解决问题的不同方法,然后在对比的基础上，使学生理解连减的简便计算。在思考与交流的活动中,培养学生根据具体情况来选择算法的意识和能力，拓展学生的思维能力。</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乘法交换律和结合律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乘法交换律和结合律</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教学内容：教科书P24~25例5、例6，完成P25“做一做”，P27“练习七”第1~3题。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（1）引导学生探究和掌握乘法交换律、结合律,能运用运算律进行一些简便计算。</w:t>
      </w:r>
    </w:p>
    <w:p>
      <w:pPr>
        <w:spacing w:after="20" w:line="300" w:lineRule="auto"/>
        <w:ind w:firstLine="400"/>
      </w:pPr>
      <w:r>
        <w:rPr>
          <w:rFonts w:ascii="宋体" w:hAnsi="宋体" w:eastAsia="宋体"/>
          <w:b w:val="0"/>
          <w:sz w:val="20"/>
        </w:rPr>
        <w:t>（2）培养学生根据实际情况灵活选择算法的意识与能力,发展思维的灵活性。</w:t>
      </w:r>
    </w:p>
    <w:p>
      <w:pPr>
        <w:spacing w:after="20" w:line="300" w:lineRule="auto"/>
        <w:ind w:firstLine="400"/>
      </w:pPr>
      <w:r>
        <w:rPr>
          <w:rFonts w:ascii="宋体" w:hAnsi="宋体" w:eastAsia="宋体"/>
          <w:b w:val="0"/>
          <w:sz w:val="20"/>
        </w:rPr>
        <w:t>（3）感受数学与现实生活的联系,能用所学知识解决简单的实际问题，体会数学知识的价值。</w:t>
      </w:r>
    </w:p>
    <w:p>
      <w:pPr>
        <w:spacing w:after="20" w:line="300" w:lineRule="auto"/>
      </w:pPr>
      <w:r>
        <w:rPr>
          <w:rFonts w:ascii="宋体" w:hAnsi="宋体" w:eastAsia="宋体"/>
          <w:b w:val="0"/>
          <w:sz w:val="20"/>
        </w:rPr>
        <w:t>教学重点：理解并运用乘法交换律、结合律。</w:t>
      </w:r>
    </w:p>
    <w:p>
      <w:pPr>
        <w:spacing w:after="20" w:line="300" w:lineRule="auto"/>
      </w:pPr>
      <w:r>
        <w:rPr>
          <w:rFonts w:ascii="宋体" w:hAnsi="宋体" w:eastAsia="宋体"/>
          <w:b w:val="0"/>
          <w:sz w:val="20"/>
        </w:rPr>
        <w:t>教学难点：根据数据特点,灵活、合理地选择计算方法。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一、创设情境,发现问题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同学们，每年的3月12日是什么节日,你们知道吗？；同学们正在植树，我们一起去看看。你发现了什么信息？你能提出哪些数学问题？</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二、自主探究,发现运算律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这两种方法有什么相同点？有什么不同点？；负责抬水、浇树的有多少人?解答后看一看,你发现了同样的规律吗?</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三、运用新知识,巩固运算律</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一、创设情境,发现问题</w:t>
            </w:r>
          </w:p>
        </w:tc>
        <w:tc>
          <w:tcPr>
            <w:tcW w:type="dxa" w:w="3061"/>
          </w:tcPr>
          <w:p>
            <w:pPr>
              <w:spacing w:after="20" w:line="276" w:lineRule="auto"/>
            </w:pPr>
            <w:r/>
            <w:r>
              <w:rPr>
                <w:rFonts w:ascii="宋体" w:hAnsi="宋体" w:eastAsia="宋体"/>
                <w:b w:val="0"/>
                <w:sz w:val="18"/>
              </w:rPr>
              <w:t>1.谈话导入。</w:t>
            </w:r>
          </w:p>
          <w:p>
            <w:pPr>
              <w:spacing w:after="20" w:line="276" w:lineRule="auto"/>
            </w:pPr>
            <w:r>
              <w:rPr>
                <w:rFonts w:ascii="宋体" w:hAnsi="宋体" w:eastAsia="宋体"/>
                <w:b w:val="0"/>
                <w:sz w:val="18"/>
              </w:rPr>
              <w:t>师：同学们，每年的3月12日是什么节日,你们知道吗？（植树节）环境保护对于人类来说是非常重要的,植树是一项非常有意义的事。你们参加过植树活动吗？你觉得参加植树活动我们需要做什么？</w:t>
            </w:r>
          </w:p>
          <w:p>
            <w:pPr>
              <w:spacing w:after="20" w:line="276" w:lineRule="auto"/>
            </w:pPr>
            <w:r>
              <w:rPr>
                <w:rFonts w:ascii="宋体" w:hAnsi="宋体" w:eastAsia="宋体"/>
                <w:b w:val="0"/>
                <w:sz w:val="18"/>
              </w:rPr>
              <w:t>2.课件出示教科书P24的主题图和材料。</w:t>
            </w:r>
          </w:p>
          <w:p>
            <w:pPr>
              <w:spacing w:after="20" w:line="276" w:lineRule="auto"/>
            </w:pPr>
            <w:r>
              <w:rPr>
                <w:rFonts w:ascii="宋体" w:hAnsi="宋体" w:eastAsia="宋体"/>
                <w:b w:val="0"/>
                <w:sz w:val="18"/>
              </w:rPr>
              <w:t>师：同学们正在植树，我们一起去看看。你发现了什么信息？你能提出哪些数学问题？</w:t>
            </w:r>
          </w:p>
          <w:p>
            <w:pPr>
              <w:spacing w:after="20" w:line="276" w:lineRule="auto"/>
            </w:pPr>
            <w:r>
              <w:rPr>
                <w:rFonts w:ascii="宋体" w:hAnsi="宋体" w:eastAsia="宋体"/>
                <w:b w:val="0"/>
                <w:sz w:val="18"/>
              </w:rPr>
              <w:t>教学中，要利用好主题图中的丰富信息，结合问题解决，呈现学习材料。</w:t>
            </w:r>
          </w:p>
        </w:tc>
        <w:tc>
          <w:tcPr>
            <w:tcW w:type="dxa" w:w="3061"/>
          </w:tcPr>
          <w:p>
            <w:pPr>
              <w:spacing w:after="20" w:line="276" w:lineRule="auto"/>
            </w:pPr>
            <w:r/>
            <w:r>
              <w:rPr>
                <w:rFonts w:ascii="宋体" w:hAnsi="宋体" w:eastAsia="宋体"/>
                <w:b w:val="0"/>
                <w:sz w:val="18"/>
              </w:rPr>
              <w:t>需要分工合作，有的挖坑、种树，有的抬水、浇树。</w:t>
            </w:r>
          </w:p>
          <w:p>
            <w:pPr>
              <w:spacing w:after="20" w:line="276" w:lineRule="auto"/>
            </w:pPr>
            <w:r>
              <w:rPr>
                <w:rFonts w:ascii="宋体" w:hAnsi="宋体" w:eastAsia="宋体"/>
                <w:b w:val="0"/>
                <w:sz w:val="18"/>
              </w:rPr>
              <w:t>学生可能会提出很多问题,但是有的问题是相似的,有的问题对本节课没有价值,教师要引导学生把问题分类,以便有次序地开展后续的探究。</w:t>
            </w:r>
          </w:p>
        </w:tc>
        <w:tc>
          <w:tcPr>
            <w:tcW w:type="dxa" w:w="1814"/>
          </w:tcPr>
          <w:p>
            <w:pPr>
              <w:spacing w:after="20" w:line="276" w:lineRule="auto"/>
            </w:pPr>
            <w:r/>
            <w:r>
              <w:rPr>
                <w:rFonts w:ascii="宋体" w:hAnsi="宋体" w:eastAsia="宋体"/>
                <w:b w:val="0"/>
                <w:sz w:val="18"/>
              </w:rPr>
              <w:t>师生的谈话既对学生进行了环保教育，又激活了学生的生活经验。接着主题图呈现了一个“同学们植树”的生活化情境,其中蕴含的信息极为丰富,这里让学生充分说出自己的问题,引导学生去揭示问题、发现规律，培养学生自主探究的学习能力。</w:t>
            </w:r>
          </w:p>
        </w:tc>
      </w:tr>
      <w:tr>
        <w:tc>
          <w:tcPr>
            <w:tcW w:type="dxa" w:w="1474"/>
          </w:tcPr>
          <w:p>
            <w:pPr>
              <w:spacing w:after="20" w:line="276" w:lineRule="auto"/>
            </w:pPr>
            <w:r>
              <w:rPr>
                <w:b/>
              </w:rPr>
            </w:r>
            <w:r>
              <w:rPr>
                <w:rFonts w:ascii="宋体" w:hAnsi="宋体" w:eastAsia="宋体"/>
                <w:b/>
                <w:sz w:val="18"/>
              </w:rPr>
              <w:t>二、自主探究,发现运算律</w:t>
            </w:r>
          </w:p>
        </w:tc>
        <w:tc>
          <w:tcPr>
            <w:tcW w:type="dxa" w:w="3061"/>
          </w:tcPr>
          <w:p>
            <w:pPr>
              <w:spacing w:after="20" w:line="276" w:lineRule="auto"/>
            </w:pPr>
            <w:r/>
            <w:r>
              <w:rPr>
                <w:rFonts w:ascii="宋体" w:hAnsi="宋体" w:eastAsia="宋体"/>
                <w:b w:val="0"/>
                <w:sz w:val="18"/>
              </w:rPr>
              <w:t>1.整理问题,明确研究任务。</w:t>
            </w:r>
          </w:p>
          <w:p>
            <w:pPr>
              <w:spacing w:after="20" w:line="276" w:lineRule="auto"/>
            </w:pPr>
            <w:r>
              <w:rPr>
                <w:rFonts w:ascii="宋体" w:hAnsi="宋体" w:eastAsia="宋体"/>
                <w:b w:val="0"/>
                <w:sz w:val="18"/>
              </w:rPr>
              <w:t>师：看来同学们提的问题还真不少,我们把这些问题整理一下。</w:t>
            </w:r>
          </w:p>
          <w:p>
            <w:pPr>
              <w:spacing w:after="20" w:line="276" w:lineRule="auto"/>
            </w:pPr>
            <w:r>
              <w:rPr>
                <w:rFonts w:ascii="宋体" w:hAnsi="宋体" w:eastAsia="宋体"/>
                <w:b w:val="0"/>
                <w:sz w:val="18"/>
              </w:rPr>
              <w:t>大家提的问题基本是如下几个：</w:t>
            </w:r>
          </w:p>
          <w:p>
            <w:pPr>
              <w:spacing w:after="20" w:line="276" w:lineRule="auto"/>
            </w:pPr>
            <w:r>
              <w:rPr>
                <w:rFonts w:ascii="宋体" w:hAnsi="宋体" w:eastAsia="宋体"/>
                <w:b w:val="0"/>
                <w:sz w:val="18"/>
              </w:rPr>
              <w:t>（1）负责挖坑、种树的有多少人?负责抬水、浇树的有多少人?</w:t>
            </w:r>
          </w:p>
          <w:p>
            <w:pPr>
              <w:spacing w:after="20" w:line="276" w:lineRule="auto"/>
            </w:pPr>
            <w:r>
              <w:rPr>
                <w:rFonts w:ascii="宋体" w:hAnsi="宋体" w:eastAsia="宋体"/>
                <w:b w:val="0"/>
                <w:sz w:val="18"/>
              </w:rPr>
              <w:t>（2）一共要浇多少桶水?</w:t>
            </w:r>
          </w:p>
          <w:p>
            <w:pPr>
              <w:spacing w:after="20" w:line="276" w:lineRule="auto"/>
            </w:pPr>
            <w:r>
              <w:rPr>
                <w:rFonts w:ascii="宋体" w:hAnsi="宋体" w:eastAsia="宋体"/>
                <w:b w:val="0"/>
                <w:sz w:val="18"/>
              </w:rPr>
              <w:t>（3）负责挖坑、种树和抬水、浇树的一共有多少人?负责挖坑、种树的比负责抬水、浇树的多多少人?</w:t>
            </w:r>
          </w:p>
          <w:p>
            <w:pPr>
              <w:spacing w:after="20" w:line="276" w:lineRule="auto"/>
            </w:pPr>
            <w:r>
              <w:rPr>
                <w:rFonts w:ascii="宋体" w:hAnsi="宋体" w:eastAsia="宋体"/>
                <w:b w:val="0"/>
                <w:sz w:val="18"/>
              </w:rPr>
              <w:t>2.探究乘法交换律。</w:t>
            </w:r>
          </w:p>
          <w:p>
            <w:pPr>
              <w:spacing w:after="20" w:line="276" w:lineRule="auto"/>
            </w:pPr>
            <w:r>
              <w:rPr>
                <w:rFonts w:ascii="宋体" w:hAnsi="宋体" w:eastAsia="宋体"/>
                <w:b w:val="0"/>
                <w:sz w:val="18"/>
              </w:rPr>
              <w:t>（1）在情境中初步感知运算律。</w:t>
            </w:r>
          </w:p>
          <w:p>
            <w:pPr>
              <w:spacing w:after="20" w:line="276" w:lineRule="auto"/>
            </w:pPr>
            <w:r>
              <w:rPr>
                <w:rFonts w:ascii="宋体" w:hAnsi="宋体" w:eastAsia="宋体"/>
                <w:b w:val="0"/>
                <w:sz w:val="18"/>
              </w:rPr>
              <w:t>师：今天,我们先来研究前两个问题。第一个问题：负责挖坑、种树的有多少人？自己思考,把你的想法用算式表示出来。</w:t>
            </w:r>
          </w:p>
          <w:p>
            <w:pPr>
              <w:spacing w:after="20" w:line="276" w:lineRule="auto"/>
            </w:pPr>
            <w:r>
              <w:rPr>
                <w:rFonts w:ascii="宋体" w:hAnsi="宋体" w:eastAsia="宋体"/>
                <w:b w:val="0"/>
                <w:sz w:val="18"/>
              </w:rPr>
              <w:t>教师板书：4×25=100     25×4=100</w:t>
            </w:r>
          </w:p>
          <w:p>
            <w:pPr>
              <w:spacing w:after="20" w:line="276" w:lineRule="auto"/>
            </w:pPr>
            <w:r>
              <w:rPr>
                <w:rFonts w:ascii="宋体" w:hAnsi="宋体" w:eastAsia="宋体"/>
                <w:b w:val="0"/>
                <w:sz w:val="18"/>
              </w:rPr>
              <w:t>师：这两种方法有什么相同点？有什么不同点？</w:t>
            </w:r>
          </w:p>
          <w:p>
            <w:pPr>
              <w:spacing w:after="20" w:line="276" w:lineRule="auto"/>
            </w:pPr>
            <w:r>
              <w:rPr>
                <w:rFonts w:ascii="宋体" w:hAnsi="宋体" w:eastAsia="宋体"/>
                <w:b w:val="0"/>
                <w:sz w:val="18"/>
              </w:rPr>
              <w:t>教师接着板书:4×25=25×4</w:t>
            </w:r>
          </w:p>
          <w:p>
            <w:pPr>
              <w:spacing w:after="20" w:line="276" w:lineRule="auto"/>
            </w:pPr>
            <w:r>
              <w:rPr>
                <w:rFonts w:ascii="宋体" w:hAnsi="宋体" w:eastAsia="宋体"/>
                <w:b w:val="0"/>
                <w:sz w:val="18"/>
              </w:rPr>
              <w:t>（2）举例验证。</w:t>
            </w:r>
          </w:p>
          <w:p>
            <w:pPr>
              <w:spacing w:after="20" w:line="276" w:lineRule="auto"/>
            </w:pPr>
            <w:r>
              <w:rPr>
                <w:rFonts w:ascii="宋体" w:hAnsi="宋体" w:eastAsia="宋体"/>
                <w:b w:val="0"/>
                <w:sz w:val="18"/>
              </w:rPr>
              <w:t>①师：负责抬水、浇树的有多少人?解答后看一看,你发现了同样的规律吗?</w:t>
            </w:r>
          </w:p>
          <w:p>
            <w:pPr>
              <w:spacing w:after="20" w:line="276" w:lineRule="auto"/>
            </w:pPr>
            <w:r>
              <w:rPr>
                <w:rFonts w:ascii="宋体" w:hAnsi="宋体" w:eastAsia="宋体"/>
                <w:b w:val="0"/>
                <w:sz w:val="18"/>
              </w:rPr>
              <w:t>②师：是不是所有的乘法计算都有这样的规律?你能再写几个这样的等式吗?</w:t>
            </w:r>
          </w:p>
          <w:p>
            <w:pPr>
              <w:spacing w:after="20" w:line="276" w:lineRule="auto"/>
            </w:pPr>
            <w:r>
              <w:rPr>
                <w:rFonts w:ascii="宋体" w:hAnsi="宋体" w:eastAsia="宋体"/>
                <w:b w:val="0"/>
                <w:sz w:val="18"/>
              </w:rPr>
              <w:t>（3）归纳概括。</w:t>
            </w:r>
          </w:p>
          <w:p>
            <w:pPr>
              <w:spacing w:after="20" w:line="276" w:lineRule="auto"/>
            </w:pPr>
            <w:r>
              <w:rPr>
                <w:rFonts w:ascii="宋体" w:hAnsi="宋体" w:eastAsia="宋体"/>
                <w:b w:val="0"/>
                <w:sz w:val="18"/>
              </w:rPr>
              <w:t>师：观察大家写出的这些等式,你发现了什么?</w:t>
            </w:r>
          </w:p>
          <w:p>
            <w:pPr>
              <w:spacing w:after="20" w:line="276" w:lineRule="auto"/>
            </w:pPr>
            <w:r>
              <w:rPr>
                <w:rFonts w:ascii="宋体" w:hAnsi="宋体" w:eastAsia="宋体"/>
                <w:b w:val="0"/>
                <w:sz w:val="18"/>
              </w:rPr>
              <w:t>师：说得真好，我们就用这句话来说明我们发现的一个乘法运算规律，谁给它取个名字？</w:t>
            </w:r>
          </w:p>
          <w:p>
            <w:pPr>
              <w:spacing w:after="20" w:line="276" w:lineRule="auto"/>
            </w:pPr>
            <w:r>
              <w:rPr>
                <w:rFonts w:ascii="宋体" w:hAnsi="宋体" w:eastAsia="宋体"/>
                <w:b w:val="0"/>
                <w:sz w:val="18"/>
              </w:rPr>
              <w:t>教师引导学生总结板书：两个数相乘,交换两个因数的位置,积不变。这叫作乘法交换律。</w:t>
            </w:r>
          </w:p>
          <w:p>
            <w:pPr>
              <w:spacing w:after="20" w:line="276" w:lineRule="auto"/>
            </w:pPr>
            <w:r>
              <w:rPr>
                <w:rFonts w:ascii="宋体" w:hAnsi="宋体" w:eastAsia="宋体"/>
                <w:b w:val="0"/>
                <w:sz w:val="18"/>
              </w:rPr>
              <w:t>（4）用字母表示乘法交换律。</w:t>
            </w:r>
          </w:p>
          <w:p>
            <w:pPr>
              <w:spacing w:after="20" w:line="276" w:lineRule="auto"/>
            </w:pPr>
            <w:r>
              <w:rPr>
                <w:rFonts w:ascii="宋体" w:hAnsi="宋体" w:eastAsia="宋体"/>
                <w:b w:val="0"/>
                <w:sz w:val="18"/>
              </w:rPr>
              <w:t>师：你们是怎样表示乘法交换律的呢?用你喜欢的方法表示出来。（适时板书）</w:t>
            </w:r>
          </w:p>
          <w:p>
            <w:pPr>
              <w:spacing w:after="20" w:line="276" w:lineRule="auto"/>
            </w:pPr>
            <w:r>
              <w:rPr>
                <w:rFonts w:ascii="宋体" w:hAnsi="宋体" w:eastAsia="宋体"/>
                <w:b w:val="0"/>
                <w:sz w:val="18"/>
              </w:rPr>
              <w:t>师：用字母表示的方法既清楚又简单，为了统一，我们用a×b=b×a来表示乘法交换律。这里的a和b可以是什么数?</w:t>
            </w:r>
          </w:p>
          <w:p>
            <w:pPr>
              <w:spacing w:after="20" w:line="276" w:lineRule="auto"/>
            </w:pPr>
            <w:r>
              <w:rPr>
                <w:rFonts w:ascii="宋体" w:hAnsi="宋体" w:eastAsia="宋体"/>
                <w:b w:val="0"/>
                <w:sz w:val="18"/>
              </w:rPr>
              <w:t>师生交流总结:a和b可以是任何数。</w:t>
            </w:r>
          </w:p>
          <w:p>
            <w:pPr>
              <w:spacing w:after="20" w:line="276" w:lineRule="auto"/>
            </w:pPr>
            <w:r>
              <w:rPr>
                <w:rFonts w:ascii="宋体" w:hAnsi="宋体" w:eastAsia="宋体"/>
                <w:b w:val="0"/>
                <w:sz w:val="18"/>
              </w:rPr>
              <w:t>教学中要引导学生将观察到的现象用语言表达出来，自主概括出乘法交换律的内容，发展数学模型思想。</w:t>
            </w:r>
          </w:p>
          <w:p>
            <w:pPr>
              <w:spacing w:after="20" w:line="276" w:lineRule="auto"/>
            </w:pPr>
            <w:r>
              <w:rPr>
                <w:rFonts w:ascii="宋体" w:hAnsi="宋体" w:eastAsia="宋体"/>
                <w:b w:val="0"/>
                <w:sz w:val="18"/>
              </w:rPr>
              <w:t>3.探究乘法结合律。</w:t>
            </w:r>
          </w:p>
          <w:p>
            <w:pPr>
              <w:spacing w:after="20" w:line="276" w:lineRule="auto"/>
            </w:pPr>
            <w:r>
              <w:rPr>
                <w:rFonts w:ascii="宋体" w:hAnsi="宋体" w:eastAsia="宋体"/>
                <w:b w:val="0"/>
                <w:sz w:val="18"/>
              </w:rPr>
              <w:t>课件出示教科书P25例6。一共要浇多少桶水？</w:t>
            </w:r>
          </w:p>
          <w:p>
            <w:pPr>
              <w:spacing w:after="20" w:line="276" w:lineRule="auto"/>
            </w:pPr>
            <w:r>
              <w:rPr>
                <w:rFonts w:ascii="宋体" w:hAnsi="宋体" w:eastAsia="宋体"/>
                <w:b w:val="0"/>
                <w:sz w:val="18"/>
              </w:rPr>
              <w:t>①(25×5)×2②25×(5×2)</w:t>
            </w:r>
          </w:p>
          <w:p>
            <w:pPr>
              <w:spacing w:after="20" w:line="276" w:lineRule="auto"/>
            </w:pPr>
            <w:r>
              <w:rPr>
                <w:rFonts w:ascii="宋体" w:hAnsi="宋体" w:eastAsia="宋体"/>
                <w:b w:val="0"/>
                <w:sz w:val="18"/>
              </w:rPr>
              <w:t>=125×2=25×10</w:t>
            </w:r>
          </w:p>
          <w:p>
            <w:pPr>
              <w:spacing w:after="20" w:line="276" w:lineRule="auto"/>
            </w:pPr>
            <w:r>
              <w:rPr>
                <w:rFonts w:ascii="宋体" w:hAnsi="宋体" w:eastAsia="宋体"/>
                <w:b w:val="0"/>
                <w:sz w:val="18"/>
              </w:rPr>
              <w:t>=250(桶)=250(桶)</w:t>
            </w:r>
          </w:p>
          <w:p>
            <w:pPr>
              <w:spacing w:after="20" w:line="276" w:lineRule="auto"/>
            </w:pPr>
            <w:r>
              <w:rPr>
                <w:rFonts w:ascii="宋体" w:hAnsi="宋体" w:eastAsia="宋体"/>
                <w:b w:val="0"/>
                <w:sz w:val="18"/>
              </w:rPr>
              <w:t>算法①是先算一共要种多少棵树,算法②是先算每组要浇水多少桶。思路不同,但是得数相同，可以写成一个等式。</w:t>
            </w:r>
          </w:p>
          <w:p>
            <w:pPr>
              <w:spacing w:after="20" w:line="276" w:lineRule="auto"/>
            </w:pPr>
            <w:r>
              <w:rPr>
                <w:rFonts w:ascii="宋体" w:hAnsi="宋体" w:eastAsia="宋体"/>
                <w:b w:val="0"/>
                <w:sz w:val="18"/>
              </w:rPr>
              <w:t>教师板书：(25×5)×2=25×(5×2)</w:t>
            </w:r>
          </w:p>
          <w:p>
            <w:pPr>
              <w:spacing w:after="20" w:line="276" w:lineRule="auto"/>
            </w:pPr>
            <w:r>
              <w:rPr>
                <w:rFonts w:ascii="宋体" w:hAnsi="宋体" w:eastAsia="宋体"/>
                <w:b w:val="0"/>
                <w:sz w:val="18"/>
              </w:rPr>
              <w:t>（2）师：你发现了什么规律?</w:t>
            </w:r>
          </w:p>
          <w:p>
            <w:pPr>
              <w:spacing w:after="20" w:line="276" w:lineRule="auto"/>
            </w:pPr>
            <w:r>
              <w:rPr>
                <w:rFonts w:ascii="宋体" w:hAnsi="宋体" w:eastAsia="宋体"/>
                <w:b w:val="0"/>
                <w:sz w:val="18"/>
              </w:rPr>
              <w:t>（3）师：是不是所有的乘法算式中，这样的规律都成立呢？怎样验证的?</w:t>
            </w:r>
          </w:p>
          <w:p>
            <w:pPr>
              <w:spacing w:after="20" w:line="276" w:lineRule="auto"/>
            </w:pPr>
            <w:r>
              <w:rPr>
                <w:rFonts w:ascii="宋体" w:hAnsi="宋体" w:eastAsia="宋体"/>
                <w:b w:val="0"/>
                <w:sz w:val="18"/>
              </w:rPr>
              <w:t>（4）师：同学们都开动了脑筋,有了自己的发现。我们怎样用字母表示这个规律呢?给它取个什么名字呢?（适时板书）</w:t>
            </w:r>
          </w:p>
          <w:p>
            <w:pPr>
              <w:spacing w:after="20" w:line="276" w:lineRule="auto"/>
            </w:pPr>
            <w:r>
              <w:rPr>
                <w:rFonts w:ascii="宋体" w:hAnsi="宋体" w:eastAsia="宋体"/>
                <w:b w:val="0"/>
                <w:sz w:val="18"/>
              </w:rPr>
              <w:t>师小结：三个数相乘，先乘前两个数，或者先乘后两个数，积不变。这叫作乘法结合律。（板书课题：乘法交换律和结合律）</w:t>
            </w:r>
          </w:p>
        </w:tc>
        <w:tc>
          <w:tcPr>
            <w:tcW w:type="dxa" w:w="3061"/>
          </w:tcPr>
          <w:p>
            <w:pPr>
              <w:spacing w:after="20" w:line="276" w:lineRule="auto"/>
            </w:pPr>
            <w:r/>
            <w:r>
              <w:rPr>
                <w:rFonts w:ascii="宋体" w:hAnsi="宋体" w:eastAsia="宋体"/>
                <w:b w:val="0"/>
                <w:sz w:val="18"/>
              </w:rPr>
              <w:t>学生独立完成后汇报。</w:t>
            </w:r>
          </w:p>
          <w:p>
            <w:pPr>
              <w:spacing w:after="20" w:line="276" w:lineRule="auto"/>
            </w:pPr>
            <w:r>
              <w:rPr>
                <w:rFonts w:ascii="宋体" w:hAnsi="宋体" w:eastAsia="宋体"/>
                <w:b w:val="0"/>
                <w:sz w:val="18"/>
              </w:rPr>
              <w:t>学生有加法交换律的推导经验,所以可以很快发现交换两个因数的位置，积不变。</w:t>
            </w:r>
          </w:p>
          <w:p>
            <w:pPr>
              <w:spacing w:after="20" w:line="276" w:lineRule="auto"/>
            </w:pPr>
            <w:r>
              <w:rPr>
                <w:rFonts w:ascii="宋体" w:hAnsi="宋体" w:eastAsia="宋体"/>
                <w:b w:val="0"/>
                <w:sz w:val="18"/>
              </w:rPr>
              <w:t>2×25=25×2</w:t>
            </w:r>
          </w:p>
          <w:p>
            <w:pPr>
              <w:spacing w:after="20" w:line="276" w:lineRule="auto"/>
            </w:pPr>
            <w:r>
              <w:rPr>
                <w:rFonts w:ascii="宋体" w:hAnsi="宋体" w:eastAsia="宋体"/>
                <w:b w:val="0"/>
                <w:sz w:val="18"/>
              </w:rPr>
              <w:t>学生举例后小组交流。</w:t>
            </w:r>
          </w:p>
          <w:p>
            <w:pPr>
              <w:spacing w:after="20" w:line="276" w:lineRule="auto"/>
            </w:pPr>
            <w:r>
              <w:rPr>
                <w:rFonts w:ascii="宋体" w:hAnsi="宋体" w:eastAsia="宋体"/>
                <w:b w:val="0"/>
                <w:sz w:val="18"/>
              </w:rPr>
              <w:t>学生可能会说：我发现交换两个因数的位置后,积不变。</w:t>
            </w:r>
          </w:p>
          <w:p>
            <w:pPr>
              <w:spacing w:after="20" w:line="276" w:lineRule="auto"/>
            </w:pPr>
            <w:r>
              <w:rPr>
                <w:rFonts w:ascii="宋体" w:hAnsi="宋体" w:eastAsia="宋体"/>
                <w:b w:val="0"/>
                <w:sz w:val="18"/>
              </w:rPr>
              <w:t>预设1:我们叫它交换律吧。</w:t>
            </w:r>
          </w:p>
          <w:p>
            <w:pPr>
              <w:spacing w:after="20" w:line="276" w:lineRule="auto"/>
            </w:pPr>
            <w:r>
              <w:rPr>
                <w:rFonts w:ascii="宋体" w:hAnsi="宋体" w:eastAsia="宋体"/>
                <w:b w:val="0"/>
                <w:sz w:val="18"/>
              </w:rPr>
              <w:t>预设2：加法也有交换律,为了区分开,应该叫它乘法交换律。</w:t>
            </w:r>
          </w:p>
          <w:p>
            <w:pPr>
              <w:spacing w:after="20" w:line="276" w:lineRule="auto"/>
            </w:pPr>
            <w:r>
              <w:rPr>
                <w:rFonts w:ascii="宋体" w:hAnsi="宋体" w:eastAsia="宋体"/>
                <w:b w:val="0"/>
                <w:sz w:val="18"/>
              </w:rPr>
              <w:t>有了学习加法交换律的基础，大部分学生都会想到用a×b=b×a来表示。可能还有少数学生会用别的符号表示，也要予以肯定。</w:t>
            </w:r>
          </w:p>
          <w:p>
            <w:pPr>
              <w:spacing w:after="20" w:line="276" w:lineRule="auto"/>
            </w:pPr>
            <w:r>
              <w:rPr>
                <w:rFonts w:ascii="宋体" w:hAnsi="宋体" w:eastAsia="宋体"/>
                <w:b w:val="0"/>
                <w:sz w:val="18"/>
              </w:rPr>
              <w:t>学生小组合作学习,教师巡视辅导后,根据情况指名学生回答、交流。</w:t>
            </w:r>
          </w:p>
          <w:p>
            <w:pPr>
              <w:spacing w:after="20" w:line="276" w:lineRule="auto"/>
            </w:pPr>
            <w:r>
              <w:rPr>
                <w:rFonts w:ascii="宋体" w:hAnsi="宋体" w:eastAsia="宋体"/>
                <w:b w:val="0"/>
                <w:sz w:val="18"/>
              </w:rPr>
              <w:t>大部分学生可能会用25×5×2去解决,可能有少数学生或没有学生用25×(5×2)去解决。只要有学生想出第二种方法,教师就组织全体学生讨论、评价,看看这样的方法有什么好处。如果都没有用第二种方法,教师就要启发学生考虑每组要浇多少桶水,然后计算25个小组总共要浇多少桶水。</w:t>
            </w:r>
          </w:p>
          <w:p>
            <w:pPr>
              <w:spacing w:after="20" w:line="276" w:lineRule="auto"/>
            </w:pPr>
            <w:r>
              <w:rPr>
                <w:rFonts w:ascii="宋体" w:hAnsi="宋体" w:eastAsia="宋体"/>
                <w:b w:val="0"/>
                <w:sz w:val="18"/>
              </w:rPr>
              <w:t>我发现在三个数连乘的式子里,先算前两个数的积，再乘第三个数,或者先算后两个数的积，再乘第一个数,结果是一样的。</w:t>
            </w:r>
          </w:p>
          <w:p>
            <w:pPr>
              <w:spacing w:after="20" w:line="276" w:lineRule="auto"/>
            </w:pPr>
            <w:r>
              <w:rPr>
                <w:rFonts w:ascii="宋体" w:hAnsi="宋体" w:eastAsia="宋体"/>
                <w:b w:val="0"/>
                <w:sz w:val="18"/>
              </w:rPr>
              <w:t>学生有了以前探究运算律的经验，会找到一些具有相同规律的等式来验证。</w:t>
            </w:r>
          </w:p>
          <w:p>
            <w:pPr>
              <w:spacing w:after="20" w:line="276" w:lineRule="auto"/>
            </w:pPr>
            <w:r>
              <w:rPr>
                <w:rFonts w:ascii="宋体" w:hAnsi="宋体" w:eastAsia="宋体"/>
                <w:b w:val="0"/>
                <w:sz w:val="18"/>
              </w:rPr>
              <w:t>预设1:可以借鉴加法结合律的表示方法。我用（a×b）×c=a×（b×c）来表示。</w:t>
            </w:r>
          </w:p>
          <w:p>
            <w:pPr>
              <w:spacing w:after="20" w:line="276" w:lineRule="auto"/>
            </w:pPr>
            <w:r>
              <w:rPr>
                <w:rFonts w:ascii="宋体" w:hAnsi="宋体" w:eastAsia="宋体"/>
                <w:b w:val="0"/>
                <w:sz w:val="18"/>
              </w:rPr>
              <w:t>预设2：这个规律很像加法结合律,都是改变它们的运算顺序,但是最后的得数不变。我看就叫作乘法结合律吧。</w:t>
            </w:r>
          </w:p>
        </w:tc>
        <w:tc>
          <w:tcPr>
            <w:tcW w:type="dxa" w:w="1814"/>
          </w:tcPr>
          <w:p>
            <w:pPr>
              <w:spacing w:after="20" w:line="276" w:lineRule="auto"/>
            </w:pPr>
            <w:r/>
            <w:r>
              <w:rPr>
                <w:rFonts w:ascii="宋体" w:hAnsi="宋体" w:eastAsia="宋体"/>
                <w:b w:val="0"/>
                <w:sz w:val="18"/>
              </w:rPr>
              <w:t>让学生用自己喜欢的方式表示乘法交换律,充分体现了教师以学生为主体的思想。放飞学生的思想,让学生自己去表达,同时经历从具体到抽象的过程。</w:t>
            </w:r>
          </w:p>
          <w:p>
            <w:pPr>
              <w:spacing w:after="20" w:line="276" w:lineRule="auto"/>
            </w:pPr>
            <w:r>
              <w:rPr>
                <w:rFonts w:ascii="宋体" w:hAnsi="宋体" w:eastAsia="宋体"/>
                <w:b w:val="0"/>
                <w:sz w:val="18"/>
              </w:rPr>
              <w:t>前几节课的学习让学生知道了探究的思路和方法。在这个基础上,教师给出自学提纲，让学生分小组自主观察、猜想、验证、概括,再次经历整个“发现”的过程。这样既教会了学生思考的方法,还锻炼了学生的思维敏捷度、数学表达能力,同学们在合作中还学会了倾听别人发言,尊重别人意见……加强了团队意识,提高了合作能力。</w:t>
            </w:r>
          </w:p>
        </w:tc>
      </w:tr>
      <w:tr>
        <w:tc>
          <w:tcPr>
            <w:tcW w:type="dxa" w:w="1474"/>
          </w:tcPr>
          <w:p>
            <w:pPr>
              <w:spacing w:after="20" w:line="276" w:lineRule="auto"/>
            </w:pPr>
            <w:r>
              <w:rPr>
                <w:b/>
              </w:rPr>
            </w:r>
            <w:r>
              <w:rPr>
                <w:rFonts w:ascii="宋体" w:hAnsi="宋体" w:eastAsia="宋体"/>
                <w:b/>
                <w:sz w:val="18"/>
              </w:rPr>
              <w:t>三、运用新知识,巩固运算律</w:t>
            </w:r>
          </w:p>
        </w:tc>
        <w:tc>
          <w:tcPr>
            <w:tcW w:type="dxa" w:w="3061"/>
          </w:tcPr>
          <w:p>
            <w:pPr>
              <w:spacing w:after="20" w:line="276" w:lineRule="auto"/>
            </w:pPr>
            <w:r/>
            <w:r>
              <w:rPr>
                <w:rFonts w:ascii="宋体" w:hAnsi="宋体" w:eastAsia="宋体"/>
                <w:b w:val="0"/>
                <w:sz w:val="18"/>
              </w:rPr>
              <w:t>1.教科书P25“做一做”。</w:t>
            </w:r>
          </w:p>
          <w:p>
            <w:pPr>
              <w:spacing w:after="20" w:line="276" w:lineRule="auto"/>
            </w:pPr>
            <w:r>
              <w:rPr>
                <w:rFonts w:ascii="宋体" w:hAnsi="宋体" w:eastAsia="宋体"/>
                <w:b w:val="0"/>
                <w:sz w:val="18"/>
              </w:rPr>
              <w:t>先让学生看懂题目要求,独立完成后说一说解题依据。</w:t>
            </w:r>
          </w:p>
          <w:p>
            <w:pPr>
              <w:spacing w:after="20" w:line="276" w:lineRule="auto"/>
            </w:pPr>
            <w:r>
              <w:rPr>
                <w:rFonts w:ascii="宋体" w:hAnsi="宋体" w:eastAsia="宋体"/>
                <w:b w:val="0"/>
                <w:sz w:val="18"/>
              </w:rPr>
              <w:t>本环节要求学生依据乘法交换律的探究方法，自主探究乘法结合律及字母表达式，形成数学活动经验，为后续探究乘法分配律打好基础。</w:t>
            </w:r>
          </w:p>
          <w:p>
            <w:pPr>
              <w:spacing w:after="20" w:line="276" w:lineRule="auto"/>
            </w:pPr>
            <w:r>
              <w:rPr>
                <w:rFonts w:ascii="宋体" w:hAnsi="宋体" w:eastAsia="宋体"/>
                <w:b w:val="0"/>
                <w:sz w:val="18"/>
              </w:rPr>
              <w:t>2.教科书P27“练习七”第1题。</w:t>
            </w:r>
          </w:p>
          <w:p>
            <w:pPr>
              <w:spacing w:after="20" w:line="276" w:lineRule="auto"/>
            </w:pPr>
            <w:r>
              <w:rPr>
                <w:rFonts w:ascii="宋体" w:hAnsi="宋体" w:eastAsia="宋体"/>
                <w:b w:val="0"/>
                <w:sz w:val="18"/>
              </w:rPr>
              <w:t>3.教科书P27“练习七”第2题。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（2）全班交流,说一说分别根据哪个运算律填写的。</w:t>
            </w:r>
          </w:p>
          <w:p>
            <w:pPr>
              <w:spacing w:after="20" w:line="276" w:lineRule="auto"/>
            </w:pPr>
            <w:r>
              <w:rPr>
                <w:rFonts w:ascii="宋体" w:hAnsi="宋体" w:eastAsia="宋体"/>
                <w:b w:val="0"/>
                <w:sz w:val="18"/>
              </w:rPr>
              <w:t>4.教科书P27“练习七”第3题。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（2）集体交流，引导学生分析、比较各种思路。</w:t>
            </w:r>
          </w:p>
        </w:tc>
        <w:tc>
          <w:tcPr>
            <w:tcW w:type="dxa" w:w="3061"/>
          </w:tcPr>
          <w:p>
            <w:pPr>
              <w:spacing w:after="20" w:line="276" w:lineRule="auto"/>
            </w:pPr>
            <w:r/>
            <w:r>
              <w:rPr>
                <w:rFonts w:ascii="宋体" w:hAnsi="宋体" w:eastAsia="宋体"/>
                <w:b w:val="0"/>
                <w:sz w:val="18"/>
              </w:rPr>
              <w:t>学生完成125×（8×40)=(125×8)×40后,让学生观察一下左、右两个算式哪个计算更简便,为后面学习简便计算打好基础。</w:t>
            </w:r>
          </w:p>
          <w:p>
            <w:pPr>
              <w:spacing w:after="20" w:line="276" w:lineRule="auto"/>
            </w:pPr>
            <w:r>
              <w:rPr>
                <w:rFonts w:ascii="宋体" w:hAnsi="宋体" w:eastAsia="宋体"/>
                <w:b w:val="0"/>
                <w:sz w:val="18"/>
              </w:rPr>
              <w:t>学生口答，集体订正。</w:t>
            </w:r>
          </w:p>
        </w:tc>
        <w:tc>
          <w:tcPr>
            <w:tcW w:type="dxa" w:w="1814"/>
          </w:tcPr>
          <w:p>
            <w:pPr>
              <w:spacing w:after="20" w:line="276" w:lineRule="auto"/>
            </w:pPr>
            <w:r/>
            <w:r>
              <w:rPr>
                <w:rFonts w:ascii="宋体" w:hAnsi="宋体" w:eastAsia="宋体"/>
                <w:b w:val="0"/>
                <w:sz w:val="18"/>
              </w:rPr>
              <w:t>第2题是根据运算律填空,目的是帮助学生从形式上进一步理解和掌握乘法交换律、结合律的内涵。第3题是本节课第一次用乘法运算律解决实际问题,可让学生结合实际问题的解决过程进一步理解乘法运算律的含义。同时,培养学生运用运算律进行简便计算的意识。</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教科书P24~25例5、例6，完成P25“做一做”，P27“练习七”第1~3题。</w:t>
      </w:r>
    </w:p>
    <w:p>
      <w:pPr>
        <w:spacing w:after="40" w:line="300" w:lineRule="auto"/>
        <w:ind w:firstLine="400"/>
      </w:pPr>
      <w:r>
        <w:rPr>
          <w:rFonts w:ascii="宋体" w:hAnsi="宋体" w:eastAsia="宋体"/>
          <w:b w:val="0"/>
          <w:sz w:val="20"/>
        </w:rPr>
        <w:t>② 原设计安排：见“状元成才路”系列丛书《创优作业100分》对应课时作业。 状状家在9楼，距地面25m，他每天要乘电梯上下两个来回。状状一个星期（7天）乘电梯上下多少米? 参考答案 25×2×2×7=700(m)</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突出了知识的系统性、学生的亲历性,培养了学生的主体意识。开始上课时先激活学生的生活经验，通过观察主题图、阅读材料引导学生去揭示问题，明确探究任务。教学中，教师先引导学生按照“在材料中初步感知——举例验证——归纳概括——用字母表示——应用”的探究流程得出乘法交换律，再放手让学生用所学的探究方法和思路，小组合作自主探究乘法结合律。课堂上给予学生充足的思考时间和活动空间,为他们提供表现自我的机会,让他们体验成功带来的喜悦,使他们带着热情去学习,这样就会达到事半功倍的效果。</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乘法分配律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乘法分配律</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教学内容：教科书P26例7，完成P26“做一做”，P27~28“练习七”第4、6、7题。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（1）在探索中理解并掌握乘法分配律,能够运用乘法分配律解决问题。</w:t>
      </w:r>
    </w:p>
    <w:p>
      <w:pPr>
        <w:spacing w:after="20" w:line="300" w:lineRule="auto"/>
        <w:ind w:firstLine="400"/>
      </w:pPr>
      <w:r>
        <w:rPr>
          <w:rFonts w:ascii="宋体" w:hAnsi="宋体" w:eastAsia="宋体"/>
          <w:b w:val="0"/>
          <w:sz w:val="20"/>
        </w:rPr>
        <w:t>（2）理解乘法分配律的思想和方法,培养学生主动探究的意识和能力。</w:t>
      </w:r>
    </w:p>
    <w:p>
      <w:pPr>
        <w:spacing w:after="20" w:line="300" w:lineRule="auto"/>
        <w:ind w:firstLine="400"/>
      </w:pPr>
      <w:r>
        <w:rPr>
          <w:rFonts w:ascii="宋体" w:hAnsi="宋体" w:eastAsia="宋体"/>
          <w:b w:val="0"/>
          <w:sz w:val="20"/>
        </w:rPr>
        <w:t>（3）体会乘法分配律在生活中的意义和作用,培养应用意识。</w:t>
      </w:r>
    </w:p>
    <w:p>
      <w:pPr>
        <w:spacing w:after="20" w:line="300" w:lineRule="auto"/>
      </w:pPr>
      <w:r>
        <w:rPr>
          <w:rFonts w:ascii="宋体" w:hAnsi="宋体" w:eastAsia="宋体"/>
          <w:b w:val="0"/>
          <w:sz w:val="20"/>
        </w:rPr>
        <w:t>教学重点：理解、掌握乘法分配律。</w:t>
      </w:r>
    </w:p>
    <w:p>
      <w:pPr>
        <w:spacing w:after="20" w:line="300" w:lineRule="auto"/>
      </w:pPr>
      <w:r>
        <w:rPr>
          <w:rFonts w:ascii="宋体" w:hAnsi="宋体" w:eastAsia="宋体"/>
          <w:b w:val="0"/>
          <w:sz w:val="20"/>
        </w:rPr>
        <w:t>教学难点：根据数据特点,灵活、合理地选择计算方法。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我爱爸爸、妈妈。把这句话分成两句话,该怎么说?；我们中国的语言很神奇、很美妙，在数学上是否也有这样神奇、美妙的现象呢?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二、自主探究，发现运算律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观察①和②两个算式，同学们能从中发现什么规律？；观察左、右两个算式，它们之间有什么联系？有什么区别？</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三、运用新知识，巩固运算律</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这节课我们学习了什么？你有什么收获？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一、谈话导入新课</w:t>
            </w:r>
          </w:p>
        </w:tc>
        <w:tc>
          <w:tcPr>
            <w:tcW w:type="dxa" w:w="3061"/>
          </w:tcPr>
          <w:p>
            <w:pPr>
              <w:spacing w:after="20" w:line="276" w:lineRule="auto"/>
            </w:pPr>
            <w:r/>
            <w:r>
              <w:rPr>
                <w:rFonts w:ascii="宋体" w:hAnsi="宋体" w:eastAsia="宋体"/>
                <w:b w:val="0"/>
                <w:sz w:val="18"/>
              </w:rPr>
              <w:t>一、谈话导入新课师：我爱爸爸、妈妈。把这句话分成两句话,该怎么说?</w:t>
            </w:r>
          </w:p>
          <w:p>
            <w:pPr>
              <w:spacing w:after="20" w:line="276" w:lineRule="auto"/>
            </w:pPr>
            <w:r>
              <w:rPr>
                <w:rFonts w:ascii="宋体" w:hAnsi="宋体" w:eastAsia="宋体"/>
                <w:b w:val="0"/>
                <w:sz w:val="18"/>
              </w:rPr>
              <w:t>师：小李是我的好朋友,小张是我的好朋友。请把这两句话合成一句话。</w:t>
            </w:r>
          </w:p>
          <w:p>
            <w:pPr>
              <w:spacing w:after="20" w:line="276" w:lineRule="auto"/>
            </w:pPr>
            <w:r>
              <w:rPr>
                <w:rFonts w:ascii="宋体" w:hAnsi="宋体" w:eastAsia="宋体"/>
                <w:b w:val="0"/>
                <w:sz w:val="18"/>
              </w:rPr>
              <w:t>师：我们中国的语言很神奇、很美妙，在数学上是否也有这样神奇、美妙的现象呢?今天，我们一起来探究把一个算式变成两个算式、两个算式合成一个算式的方法。（板书课题：乘法分配律）</w:t>
            </w:r>
          </w:p>
        </w:tc>
        <w:tc>
          <w:tcPr>
            <w:tcW w:type="dxa" w:w="3061"/>
          </w:tcPr>
          <w:p>
            <w:pPr>
              <w:spacing w:after="20" w:line="276" w:lineRule="auto"/>
            </w:pPr>
            <w:r/>
            <w:r>
              <w:rPr>
                <w:rFonts w:ascii="宋体" w:hAnsi="宋体" w:eastAsia="宋体"/>
                <w:b w:val="0"/>
                <w:sz w:val="18"/>
              </w:rPr>
              <w:t>我爱爸爸。我爱妈妈。</w:t>
            </w:r>
          </w:p>
          <w:p>
            <w:pPr>
              <w:spacing w:after="20" w:line="276" w:lineRule="auto"/>
            </w:pPr>
            <w:r>
              <w:rPr>
                <w:rFonts w:ascii="宋体" w:hAnsi="宋体" w:eastAsia="宋体"/>
                <w:b w:val="0"/>
                <w:sz w:val="18"/>
              </w:rPr>
              <w:t>小李和小张是我的好朋友。</w:t>
            </w:r>
          </w:p>
        </w:tc>
        <w:tc>
          <w:tcPr>
            <w:tcW w:type="dxa" w:w="1814"/>
          </w:tcPr>
          <w:p>
            <w:pPr>
              <w:spacing w:after="20" w:line="276" w:lineRule="auto"/>
            </w:pPr>
            <w:r/>
            <w:r>
              <w:rPr>
                <w:rFonts w:ascii="宋体" w:hAnsi="宋体" w:eastAsia="宋体"/>
                <w:b w:val="0"/>
                <w:sz w:val="18"/>
              </w:rPr>
              <w:t>谈话导入拉近了师生之间的距离，学生由“一句话分成两句话，两句话合成一句话”的语言游戏自然联想到数学上是否也有这样神奇、美妙的现象，调动了学生学习的积极性。</w:t>
            </w:r>
          </w:p>
        </w:tc>
      </w:tr>
      <w:tr>
        <w:tc>
          <w:tcPr>
            <w:tcW w:type="dxa" w:w="1474"/>
          </w:tcPr>
          <w:p>
            <w:pPr>
              <w:spacing w:after="20" w:line="276" w:lineRule="auto"/>
            </w:pPr>
            <w:r>
              <w:rPr>
                <w:b/>
              </w:rPr>
            </w:r>
            <w:r>
              <w:rPr>
                <w:rFonts w:ascii="宋体" w:hAnsi="宋体" w:eastAsia="宋体"/>
                <w:b/>
                <w:sz w:val="18"/>
              </w:rPr>
              <w:t>二、自主探究，发现运算律</w:t>
            </w:r>
          </w:p>
        </w:tc>
        <w:tc>
          <w:tcPr>
            <w:tcW w:type="dxa" w:w="3061"/>
          </w:tcPr>
          <w:p>
            <w:pPr>
              <w:spacing w:after="20" w:line="276" w:lineRule="auto"/>
            </w:pPr>
            <w:r/>
            <w:r>
              <w:rPr>
                <w:rFonts w:ascii="宋体" w:hAnsi="宋体" w:eastAsia="宋体"/>
                <w:b w:val="0"/>
                <w:sz w:val="18"/>
              </w:rPr>
              <w:t>1.创设情境，初步感知乘法分配律。</w:t>
            </w:r>
          </w:p>
          <w:p>
            <w:pPr>
              <w:spacing w:after="20" w:line="276" w:lineRule="auto"/>
            </w:pPr>
            <w:r>
              <w:rPr>
                <w:rFonts w:ascii="宋体" w:hAnsi="宋体" w:eastAsia="宋体"/>
                <w:b w:val="0"/>
                <w:sz w:val="18"/>
              </w:rPr>
              <w:t>课件出示教科书P24的材料和P26例7。</w:t>
            </w:r>
          </w:p>
          <w:p>
            <w:pPr>
              <w:spacing w:after="20" w:line="276" w:lineRule="auto"/>
            </w:pPr>
            <w:r>
              <w:rPr>
                <w:rFonts w:ascii="宋体" w:hAnsi="宋体" w:eastAsia="宋体"/>
                <w:b w:val="0"/>
                <w:sz w:val="18"/>
              </w:rPr>
              <w:t>要充分发挥主题图在新授课中的作用。</w:t>
            </w:r>
          </w:p>
          <w:p>
            <w:pPr>
              <w:spacing w:after="20" w:line="276" w:lineRule="auto"/>
            </w:pPr>
            <w:r>
              <w:rPr>
                <w:rFonts w:ascii="宋体" w:hAnsi="宋体" w:eastAsia="宋体"/>
                <w:b w:val="0"/>
                <w:sz w:val="18"/>
              </w:rPr>
              <w:t>师：同学们先独立思考，理顺已知条件和要解决的问题，再尝试列式解答。</w:t>
            </w:r>
          </w:p>
          <w:p>
            <w:pPr>
              <w:spacing w:after="20" w:line="276" w:lineRule="auto"/>
            </w:pPr>
            <w:r>
              <w:rPr>
                <w:rFonts w:ascii="宋体" w:hAnsi="宋体" w:eastAsia="宋体"/>
                <w:b w:val="0"/>
                <w:sz w:val="18"/>
              </w:rPr>
              <w:t>①(4＋2)×25②4×25＋2×25③25×（4＋2）④25×4＋25×2</w:t>
            </w:r>
          </w:p>
          <w:p>
            <w:pPr>
              <w:spacing w:after="20" w:line="276" w:lineRule="auto"/>
            </w:pPr>
            <w:r>
              <w:rPr>
                <w:rFonts w:ascii="宋体" w:hAnsi="宋体" w:eastAsia="宋体"/>
                <w:b w:val="0"/>
                <w:sz w:val="18"/>
              </w:rPr>
              <w:t>＝6×25＝100＋50＝25×6＝100＋50</w:t>
            </w:r>
          </w:p>
          <w:p>
            <w:pPr>
              <w:spacing w:after="20" w:line="276" w:lineRule="auto"/>
            </w:pPr>
            <w:r>
              <w:rPr>
                <w:rFonts w:ascii="宋体" w:hAnsi="宋体" w:eastAsia="宋体"/>
                <w:b w:val="0"/>
                <w:sz w:val="18"/>
              </w:rPr>
              <w:t>＝150（人）＝150（人）＝150（人）＝150（人）</w:t>
            </w:r>
          </w:p>
          <w:p>
            <w:pPr>
              <w:spacing w:after="20" w:line="276" w:lineRule="auto"/>
            </w:pPr>
            <w:r>
              <w:rPr>
                <w:rFonts w:ascii="宋体" w:hAnsi="宋体" w:eastAsia="宋体"/>
                <w:b w:val="0"/>
                <w:sz w:val="18"/>
              </w:rPr>
              <w:t>方法①和③都是先求每组的人数,再求25个小组的总人数。方法②和④则是先分别求挖坑、种树的总人数与抬水、浇树的总人数,再相加，二者之和是参加植树的总人数。</w:t>
            </w:r>
          </w:p>
          <w:p>
            <w:pPr>
              <w:spacing w:after="20" w:line="276" w:lineRule="auto"/>
            </w:pPr>
            <w:r>
              <w:rPr>
                <w:rFonts w:ascii="宋体" w:hAnsi="宋体" w:eastAsia="宋体"/>
                <w:b w:val="0"/>
                <w:sz w:val="18"/>
              </w:rPr>
              <w:t>师：观察①和②两个算式，同学们能从中发现什么规律？</w:t>
            </w:r>
          </w:p>
          <w:p>
            <w:pPr>
              <w:spacing w:after="20" w:line="276" w:lineRule="auto"/>
            </w:pPr>
            <w:r>
              <w:rPr>
                <w:rFonts w:ascii="宋体" w:hAnsi="宋体" w:eastAsia="宋体"/>
                <w:b w:val="0"/>
                <w:sz w:val="18"/>
              </w:rPr>
              <w:t>师：观察左、右两个算式，它们之间有什么联系？有什么区别？</w:t>
            </w:r>
          </w:p>
          <w:p>
            <w:pPr>
              <w:spacing w:after="20" w:line="276" w:lineRule="auto"/>
            </w:pPr>
            <w:r>
              <w:rPr>
                <w:rFonts w:ascii="宋体" w:hAnsi="宋体" w:eastAsia="宋体"/>
                <w:b w:val="0"/>
                <w:sz w:val="18"/>
              </w:rPr>
              <w:t>师：观察③和④两个算式,想一想,是不是有同样的规律?</w:t>
            </w:r>
          </w:p>
          <w:p>
            <w:pPr>
              <w:spacing w:after="20" w:line="276" w:lineRule="auto"/>
            </w:pPr>
            <w:r>
              <w:rPr>
                <w:rFonts w:ascii="宋体" w:hAnsi="宋体" w:eastAsia="宋体"/>
                <w:b w:val="0"/>
                <w:sz w:val="18"/>
              </w:rPr>
              <w:t>2.举例验证,理解乘法分配律。</w:t>
            </w:r>
          </w:p>
          <w:p>
            <w:pPr>
              <w:spacing w:after="20" w:line="276" w:lineRule="auto"/>
            </w:pPr>
            <w:r>
              <w:rPr>
                <w:rFonts w:ascii="宋体" w:hAnsi="宋体" w:eastAsia="宋体"/>
                <w:b w:val="0"/>
                <w:sz w:val="18"/>
              </w:rPr>
              <w:t>师：两个数的和与一个数相乘,是不是都有这样的规律呢?你能自己想办法来验证吗?</w:t>
            </w:r>
          </w:p>
          <w:p>
            <w:pPr>
              <w:spacing w:after="20" w:line="276" w:lineRule="auto"/>
            </w:pPr>
            <w:r>
              <w:rPr>
                <w:rFonts w:ascii="宋体" w:hAnsi="宋体" w:eastAsia="宋体"/>
                <w:b w:val="0"/>
                <w:sz w:val="18"/>
              </w:rPr>
              <w:t>例如：（30＋12）×8＝30×8＋12×8</w:t>
            </w:r>
          </w:p>
          <w:p>
            <w:pPr>
              <w:spacing w:after="20" w:line="276" w:lineRule="auto"/>
            </w:pPr>
            <w:r>
              <w:rPr>
                <w:rFonts w:ascii="宋体" w:hAnsi="宋体" w:eastAsia="宋体"/>
                <w:b w:val="0"/>
                <w:sz w:val="18"/>
              </w:rPr>
              <w:t>“（30＋12）×8”表示42个8；“30×8＋12×8”表示30个8和12个8的和，也就是42个8。</w:t>
            </w:r>
          </w:p>
          <w:p>
            <w:pPr>
              <w:spacing w:after="20" w:line="276" w:lineRule="auto"/>
            </w:pPr>
            <w:r>
              <w:rPr>
                <w:rFonts w:ascii="宋体" w:hAnsi="宋体" w:eastAsia="宋体"/>
                <w:b w:val="0"/>
                <w:sz w:val="18"/>
              </w:rPr>
              <w:t>师：在学习长方形的周长时，我们碰到过这种情况。把数学书的封面看成一个长方形，它的长是26cm，宽是18cm，请用两种方法计算它的周长，并说一说其中的道理。</w:t>
            </w:r>
          </w:p>
          <w:p>
            <w:pPr>
              <w:spacing w:after="20" w:line="276" w:lineRule="auto"/>
            </w:pPr>
            <w:r>
              <w:rPr>
                <w:rFonts w:ascii="宋体" w:hAnsi="宋体" w:eastAsia="宋体"/>
                <w:b w:val="0"/>
                <w:sz w:val="18"/>
              </w:rPr>
              <w:t>（26＋18）×2＝26×2＋18×2</w:t>
            </w:r>
          </w:p>
          <w:p>
            <w:pPr>
              <w:spacing w:after="20" w:line="276" w:lineRule="auto"/>
            </w:pPr>
            <w:r>
              <w:rPr>
                <w:rFonts w:ascii="宋体" w:hAnsi="宋体" w:eastAsia="宋体"/>
                <w:b w:val="0"/>
                <w:sz w:val="18"/>
              </w:rPr>
              <w:t>根据长方形周长的意义，（26＋18）×2表示2个长与宽的和，也可以先求2个长和2个宽分别是多少，再求它们的和。</w:t>
            </w:r>
          </w:p>
          <w:p>
            <w:pPr>
              <w:spacing w:after="20" w:line="276" w:lineRule="auto"/>
            </w:pPr>
            <w:r>
              <w:rPr>
                <w:rFonts w:ascii="宋体" w:hAnsi="宋体" w:eastAsia="宋体"/>
                <w:b w:val="0"/>
                <w:sz w:val="18"/>
              </w:rPr>
              <w:t>3.归纳概括乘法分配律。</w:t>
            </w:r>
          </w:p>
          <w:p>
            <w:pPr>
              <w:spacing w:after="20" w:line="276" w:lineRule="auto"/>
            </w:pPr>
            <w:r>
              <w:rPr>
                <w:rFonts w:ascii="宋体" w:hAnsi="宋体" w:eastAsia="宋体"/>
                <w:b w:val="0"/>
                <w:sz w:val="18"/>
              </w:rPr>
              <w:t>理解乘法分配律内涵的关键是乘法的意义，同样，判断是否符合规律也可以依据乘法的意义进行。</w:t>
            </w:r>
          </w:p>
          <w:p>
            <w:pPr>
              <w:spacing w:after="20" w:line="276" w:lineRule="auto"/>
            </w:pPr>
            <w:r>
              <w:rPr>
                <w:rFonts w:ascii="宋体" w:hAnsi="宋体" w:eastAsia="宋体"/>
                <w:b w:val="0"/>
                <w:sz w:val="18"/>
              </w:rPr>
              <w:t>请同学归纳概括乘法分配律,教师板书:两个数的和与一个数相乘，可以先把它们与这个数分别相乘，再相加。这叫作乘法分配律。</w:t>
            </w:r>
          </w:p>
          <w:p>
            <w:pPr>
              <w:spacing w:after="20" w:line="276" w:lineRule="auto"/>
            </w:pPr>
            <w:r>
              <w:rPr>
                <w:rFonts w:ascii="宋体" w:hAnsi="宋体" w:eastAsia="宋体"/>
                <w:b w:val="0"/>
                <w:sz w:val="18"/>
              </w:rPr>
              <w:t>4.用字母表示乘法分配律。</w:t>
            </w:r>
          </w:p>
          <w:p>
            <w:pPr>
              <w:spacing w:after="20" w:line="276" w:lineRule="auto"/>
            </w:pPr>
            <w:r>
              <w:rPr>
                <w:rFonts w:ascii="宋体" w:hAnsi="宋体" w:eastAsia="宋体"/>
                <w:b w:val="0"/>
                <w:sz w:val="18"/>
              </w:rPr>
              <w:t>（1）学生根据自己的理解独立完成教科书P26的填空，用字母表示出乘法分配律。</w:t>
            </w:r>
          </w:p>
          <w:p>
            <w:pPr>
              <w:spacing w:after="20" w:line="276" w:lineRule="auto"/>
            </w:pPr>
            <w:r>
              <w:rPr>
                <w:rFonts w:ascii="宋体" w:hAnsi="宋体" w:eastAsia="宋体"/>
                <w:b w:val="0"/>
                <w:sz w:val="18"/>
              </w:rPr>
              <w:t>（2）全班交流分享。教师板书：(a＋b)×c＝a×c＋b×ca×(b＋c)＝a×b＋a×c</w:t>
            </w:r>
          </w:p>
          <w:p>
            <w:pPr>
              <w:spacing w:after="20" w:line="276" w:lineRule="auto"/>
            </w:pPr>
            <w:r>
              <w:rPr>
                <w:rFonts w:ascii="宋体" w:hAnsi="宋体" w:eastAsia="宋体"/>
                <w:b w:val="0"/>
                <w:sz w:val="18"/>
              </w:rPr>
              <w:t>5.乘法分配律的应用。</w:t>
            </w:r>
          </w:p>
          <w:p>
            <w:pPr>
              <w:spacing w:after="20" w:line="276" w:lineRule="auto"/>
            </w:pPr>
            <w:r>
              <w:rPr>
                <w:rFonts w:ascii="宋体" w:hAnsi="宋体" w:eastAsia="宋体"/>
                <w:b w:val="0"/>
                <w:sz w:val="18"/>
              </w:rPr>
              <w:t>独立解答:负责挖坑、种树的比负责抬水、浇树的多多少人?</w:t>
            </w:r>
          </w:p>
          <w:p>
            <w:pPr>
              <w:spacing w:after="20" w:line="276" w:lineRule="auto"/>
            </w:pPr>
            <w:r>
              <w:rPr>
                <w:rFonts w:ascii="宋体" w:hAnsi="宋体" w:eastAsia="宋体"/>
                <w:b w:val="0"/>
                <w:sz w:val="18"/>
              </w:rPr>
              <w:t>4×25-2×25</w:t>
            </w:r>
          </w:p>
          <w:p>
            <w:pPr>
              <w:spacing w:after="20" w:line="276" w:lineRule="auto"/>
            </w:pPr>
            <w:r>
              <w:rPr>
                <w:rFonts w:ascii="宋体" w:hAnsi="宋体" w:eastAsia="宋体"/>
                <w:b w:val="0"/>
                <w:sz w:val="18"/>
              </w:rPr>
              <w:t>=100-50</w:t>
            </w:r>
          </w:p>
          <w:p>
            <w:pPr>
              <w:spacing w:after="20" w:line="276" w:lineRule="auto"/>
            </w:pPr>
            <w:r>
              <w:rPr>
                <w:rFonts w:ascii="宋体" w:hAnsi="宋体" w:eastAsia="宋体"/>
                <w:b w:val="0"/>
                <w:sz w:val="18"/>
              </w:rPr>
              <w:t>=50(人)</w:t>
            </w:r>
          </w:p>
          <w:p>
            <w:pPr>
              <w:spacing w:after="20" w:line="276" w:lineRule="auto"/>
            </w:pPr>
            <w:r>
              <w:rPr>
                <w:rFonts w:ascii="宋体" w:hAnsi="宋体" w:eastAsia="宋体"/>
                <w:b w:val="0"/>
                <w:sz w:val="18"/>
              </w:rPr>
              <w:t>(4-2)×25</w:t>
            </w:r>
          </w:p>
          <w:p>
            <w:pPr>
              <w:spacing w:after="20" w:line="276" w:lineRule="auto"/>
            </w:pPr>
            <w:r>
              <w:rPr>
                <w:rFonts w:ascii="宋体" w:hAnsi="宋体" w:eastAsia="宋体"/>
                <w:b w:val="0"/>
                <w:sz w:val="18"/>
              </w:rPr>
              <w:t>=2×25</w:t>
            </w:r>
          </w:p>
          <w:p>
            <w:pPr>
              <w:spacing w:after="20" w:line="276" w:lineRule="auto"/>
            </w:pPr>
            <w:r>
              <w:rPr>
                <w:rFonts w:ascii="宋体" w:hAnsi="宋体" w:eastAsia="宋体"/>
                <w:b w:val="0"/>
                <w:sz w:val="18"/>
              </w:rPr>
              <w:t>=50(人)</w:t>
            </w:r>
          </w:p>
          <w:p>
            <w:pPr>
              <w:spacing w:after="20" w:line="276" w:lineRule="auto"/>
            </w:pPr>
            <w:r>
              <w:rPr>
                <w:rFonts w:ascii="宋体" w:hAnsi="宋体" w:eastAsia="宋体"/>
                <w:b w:val="0"/>
                <w:sz w:val="18"/>
              </w:rPr>
              <w:t>师：观察(4-2)×25=4×25-2×25,你有什么新的发现?</w:t>
            </w:r>
          </w:p>
          <w:p>
            <w:pPr>
              <w:spacing w:after="20" w:line="276" w:lineRule="auto"/>
            </w:pPr>
            <w:r>
              <w:rPr>
                <w:rFonts w:ascii="宋体" w:hAnsi="宋体" w:eastAsia="宋体"/>
                <w:b w:val="0"/>
                <w:sz w:val="18"/>
              </w:rPr>
              <w:t>师：你们的发现用字母怎么表示?</w:t>
            </w:r>
          </w:p>
          <w:p>
            <w:pPr>
              <w:spacing w:after="20" w:line="276" w:lineRule="auto"/>
            </w:pPr>
            <w:r>
              <w:rPr>
                <w:rFonts w:ascii="宋体" w:hAnsi="宋体" w:eastAsia="宋体"/>
                <w:b w:val="0"/>
                <w:sz w:val="18"/>
              </w:rPr>
              <w:t>师：同学们真棒,通过解决自己提出的问题,对乘法分配律有了更全面的认识。</w:t>
            </w:r>
          </w:p>
        </w:tc>
        <w:tc>
          <w:tcPr>
            <w:tcW w:type="dxa" w:w="3061"/>
          </w:tcPr>
          <w:p>
            <w:pPr>
              <w:spacing w:after="20" w:line="276" w:lineRule="auto"/>
            </w:pPr>
            <w:r/>
            <w:r>
              <w:rPr>
                <w:rFonts w:ascii="宋体" w:hAnsi="宋体" w:eastAsia="宋体"/>
                <w:b w:val="0"/>
                <w:sz w:val="18"/>
              </w:rPr>
              <w:t>学生可能得出如下几种方法:</w:t>
            </w:r>
          </w:p>
          <w:p>
            <w:pPr>
              <w:spacing w:after="20" w:line="276" w:lineRule="auto"/>
            </w:pPr>
            <w:r>
              <w:rPr>
                <w:rFonts w:ascii="宋体" w:hAnsi="宋体" w:eastAsia="宋体"/>
                <w:b w:val="0"/>
                <w:sz w:val="18"/>
              </w:rPr>
              <w:t>根据算式的意义和计算结果可以得到:(4+2)×25=4×25+2×25。（教师板书算式）</w:t>
            </w:r>
          </w:p>
          <w:p>
            <w:pPr>
              <w:spacing w:after="20" w:line="276" w:lineRule="auto"/>
            </w:pPr>
            <w:r>
              <w:rPr>
                <w:rFonts w:ascii="宋体" w:hAnsi="宋体" w:eastAsia="宋体"/>
                <w:b w:val="0"/>
                <w:sz w:val="18"/>
              </w:rPr>
              <w:t>学生可能会有如下发现：4加2的和乘25等于先把4和2分别与25相乘，再相加。教师结合学生回答情况，引导学生得出：从算式的形式来看,左边是两个加数的和与一个数相乘,右边是这两个加数分别与这个数相乘,再相加。从乘法的意义来看,左边是求25个(4+2),右边是先分别求25个4和25个2,再相加,所以这两个算式结果相等。</w:t>
            </w:r>
          </w:p>
          <w:p>
            <w:pPr>
              <w:spacing w:after="20" w:line="276" w:lineRule="auto"/>
            </w:pPr>
            <w:r>
              <w:rPr>
                <w:rFonts w:ascii="宋体" w:hAnsi="宋体" w:eastAsia="宋体"/>
                <w:b w:val="0"/>
                <w:sz w:val="18"/>
              </w:rPr>
              <w:t>学生自主验证，发现有同样的规律，即25×（4+2）=25×4+25×2。（教师板书算式）</w:t>
            </w:r>
          </w:p>
          <w:p>
            <w:pPr>
              <w:spacing w:after="20" w:line="276" w:lineRule="auto"/>
            </w:pPr>
            <w:r>
              <w:rPr>
                <w:rFonts w:ascii="宋体" w:hAnsi="宋体" w:eastAsia="宋体"/>
                <w:b w:val="0"/>
                <w:sz w:val="18"/>
              </w:rPr>
              <w:t>学生可能会模仿例题的形式写出算式,再通过计算来验证结果相等。教师要利用生活中的例子唤起学生的生活经验,同时在生活经验的基础上结合乘法的意义，加深对这种运算律的理解。</w:t>
            </w:r>
          </w:p>
          <w:p>
            <w:pPr>
              <w:spacing w:after="20" w:line="276" w:lineRule="auto"/>
            </w:pPr>
            <w:r>
              <w:rPr>
                <w:rFonts w:ascii="宋体" w:hAnsi="宋体" w:eastAsia="宋体"/>
                <w:b w:val="0"/>
                <w:sz w:val="18"/>
              </w:rPr>
              <w:t>学生独立完成后,再指名学生汇报。</w:t>
            </w:r>
          </w:p>
          <w:p>
            <w:pPr>
              <w:spacing w:after="20" w:line="276" w:lineRule="auto"/>
            </w:pPr>
            <w:r>
              <w:rPr>
                <w:rFonts w:ascii="宋体" w:hAnsi="宋体" w:eastAsia="宋体"/>
                <w:b w:val="0"/>
                <w:sz w:val="18"/>
              </w:rPr>
              <w:t>预设1：先分别求负责挖坑、种树的与负责抬水、浇树的有多少人,再求它们的差。</w:t>
            </w:r>
          </w:p>
          <w:p>
            <w:pPr>
              <w:spacing w:after="20" w:line="276" w:lineRule="auto"/>
            </w:pPr>
            <w:r>
              <w:rPr>
                <w:rFonts w:ascii="宋体" w:hAnsi="宋体" w:eastAsia="宋体"/>
                <w:b w:val="0"/>
                <w:sz w:val="18"/>
              </w:rPr>
              <w:t>预设2：先求每组负责挖坑、种树的比负责抬水、浇树的多多少人,再求25组共多多少人。</w:t>
            </w:r>
          </w:p>
          <w:p>
            <w:pPr>
              <w:spacing w:after="20" w:line="276" w:lineRule="auto"/>
            </w:pPr>
            <w:r>
              <w:rPr>
                <w:rFonts w:ascii="宋体" w:hAnsi="宋体" w:eastAsia="宋体"/>
                <w:b w:val="0"/>
                <w:sz w:val="18"/>
              </w:rPr>
              <w:t>有了前面的探究,学生很快发现：两个数的差与一个数相乘,可以先把它们与这个数分别相乘,再相减。</w:t>
            </w:r>
          </w:p>
          <w:p>
            <w:pPr>
              <w:spacing w:after="20" w:line="276" w:lineRule="auto"/>
            </w:pPr>
            <w:r>
              <w:rPr>
                <w:rFonts w:ascii="宋体" w:hAnsi="宋体" w:eastAsia="宋体"/>
                <w:b w:val="0"/>
                <w:sz w:val="18"/>
              </w:rPr>
              <w:t>（a-b）×c＝a×c-b×c</w:t>
            </w:r>
          </w:p>
        </w:tc>
        <w:tc>
          <w:tcPr>
            <w:tcW w:type="dxa" w:w="1814"/>
          </w:tcPr>
          <w:p>
            <w:pPr>
              <w:spacing w:after="20" w:line="276" w:lineRule="auto"/>
            </w:pPr>
            <w:r/>
            <w:r>
              <w:rPr>
                <w:rFonts w:ascii="宋体" w:hAnsi="宋体" w:eastAsia="宋体"/>
                <w:b w:val="0"/>
                <w:sz w:val="18"/>
              </w:rPr>
              <w:t>乘法分配律无论从形式上,还是内涵理解上,较之乘法交换律、乘法结合律都要难。因此,在结合实际情境对算式分析后,更重要的是需要结合乘法的意义来理解等式中两个部分的意义。</w:t>
            </w:r>
          </w:p>
          <w:p>
            <w:pPr>
              <w:spacing w:after="20" w:line="276" w:lineRule="auto"/>
            </w:pPr>
            <w:r>
              <w:rPr>
                <w:rFonts w:ascii="宋体" w:hAnsi="宋体" w:eastAsia="宋体"/>
                <w:b w:val="0"/>
                <w:sz w:val="18"/>
              </w:rPr>
              <w:t>本环节的举例验证从具体的形出发,抽象出数的运算,又回到形来解释运算的含义。通过对乘法分配律几何意义的理解,数形结合,利用几何直观建立模型,使学生真正理解乘法分配律。</w:t>
            </w:r>
          </w:p>
          <w:p>
            <w:pPr>
              <w:spacing w:after="20" w:line="276" w:lineRule="auto"/>
            </w:pPr>
            <w:r>
              <w:rPr>
                <w:rFonts w:ascii="宋体" w:hAnsi="宋体" w:eastAsia="宋体"/>
                <w:b w:val="0"/>
                <w:sz w:val="18"/>
              </w:rPr>
              <w:t>学生通过观察、探索、计算、猜想、验证等一系列活动发现了乘法分配律的一般形式: (a＋b)×c＝a×c＋b×c。在抽象成用字母表示后,教师要引导学生从左往右观察,还要从右往左观察,以方便后面学习乘法分配律的逆应用。</w:t>
            </w:r>
          </w:p>
          <w:p>
            <w:pPr>
              <w:spacing w:after="20" w:line="276" w:lineRule="auto"/>
            </w:pPr>
            <w:r>
              <w:rPr>
                <w:rFonts w:ascii="宋体" w:hAnsi="宋体" w:eastAsia="宋体"/>
                <w:b w:val="0"/>
                <w:sz w:val="18"/>
              </w:rPr>
              <w:t>充分利用主题图和材料，引导学生发现两个数的差与一个数相乘,可以先把它们与这个数分别相乘,再相减。这样设计，让学生对乘法分配律有了更全面的认识。</w:t>
            </w:r>
          </w:p>
        </w:tc>
      </w:tr>
      <w:tr>
        <w:tc>
          <w:tcPr>
            <w:tcW w:type="dxa" w:w="1474"/>
          </w:tcPr>
          <w:p>
            <w:pPr>
              <w:spacing w:after="20" w:line="276" w:lineRule="auto"/>
            </w:pPr>
            <w:r>
              <w:rPr>
                <w:b/>
              </w:rPr>
            </w:r>
            <w:r>
              <w:rPr>
                <w:rFonts w:ascii="宋体" w:hAnsi="宋体" w:eastAsia="宋体"/>
                <w:b/>
                <w:sz w:val="18"/>
              </w:rPr>
              <w:t>三、运用新知识，巩固运算律</w:t>
            </w:r>
          </w:p>
        </w:tc>
        <w:tc>
          <w:tcPr>
            <w:tcW w:type="dxa" w:w="3061"/>
          </w:tcPr>
          <w:p>
            <w:pPr>
              <w:spacing w:after="20" w:line="276" w:lineRule="auto"/>
            </w:pPr>
            <w:r/>
            <w:r>
              <w:rPr>
                <w:rFonts w:ascii="宋体" w:hAnsi="宋体" w:eastAsia="宋体"/>
                <w:b w:val="0"/>
                <w:sz w:val="18"/>
              </w:rPr>
              <w:t>1.教科书P26“做一做”第1题。</w:t>
            </w:r>
          </w:p>
          <w:p>
            <w:pPr>
              <w:spacing w:after="20" w:line="276" w:lineRule="auto"/>
            </w:pPr>
            <w:r>
              <w:rPr>
                <w:rFonts w:ascii="宋体" w:hAnsi="宋体" w:eastAsia="宋体"/>
                <w:b w:val="0"/>
                <w:sz w:val="18"/>
              </w:rPr>
              <w:t>2.教科书P26“做一做”第2题。</w:t>
            </w:r>
          </w:p>
          <w:p>
            <w:pPr>
              <w:spacing w:after="20" w:line="276" w:lineRule="auto"/>
            </w:pPr>
            <w:r>
              <w:rPr>
                <w:rFonts w:ascii="宋体" w:hAnsi="宋体" w:eastAsia="宋体"/>
                <w:b w:val="0"/>
                <w:sz w:val="18"/>
              </w:rPr>
              <w:t>要注重引导学生结合已有经验，从具体数据的讨论，上升到规律的发现与归纳，最终形成乘法分配律的数学模型。</w:t>
            </w:r>
          </w:p>
          <w:p>
            <w:pPr>
              <w:spacing w:after="20" w:line="276" w:lineRule="auto"/>
            </w:pPr>
            <w:r>
              <w:rPr>
                <w:rFonts w:ascii="宋体" w:hAnsi="宋体" w:eastAsia="宋体"/>
                <w:b w:val="0"/>
                <w:sz w:val="18"/>
              </w:rPr>
              <w:t>3.教科书P27“练习七”第4题。</w:t>
            </w:r>
          </w:p>
          <w:p>
            <w:pPr>
              <w:spacing w:after="20" w:line="276" w:lineRule="auto"/>
            </w:pPr>
            <w:r>
              <w:rPr>
                <w:rFonts w:ascii="宋体" w:hAnsi="宋体" w:eastAsia="宋体"/>
                <w:b w:val="0"/>
                <w:sz w:val="18"/>
              </w:rPr>
              <w:t>4.教科书P28“练习七”第7题。</w:t>
            </w:r>
          </w:p>
          <w:p>
            <w:pPr>
              <w:spacing w:after="20" w:line="276" w:lineRule="auto"/>
            </w:pPr>
            <w:r>
              <w:rPr>
                <w:rFonts w:ascii="宋体" w:hAnsi="宋体" w:eastAsia="宋体"/>
                <w:b w:val="0"/>
                <w:sz w:val="18"/>
              </w:rPr>
              <w:t>（1）观察比较每组算式的得数是否相等，并说明理由。</w:t>
            </w:r>
          </w:p>
          <w:p>
            <w:pPr>
              <w:spacing w:after="20" w:line="276" w:lineRule="auto"/>
            </w:pPr>
            <w:r>
              <w:rPr>
                <w:rFonts w:ascii="宋体" w:hAnsi="宋体" w:eastAsia="宋体"/>
                <w:b w:val="0"/>
                <w:sz w:val="18"/>
              </w:rPr>
              <w:t>（2）如果相等，选择其中一个算出得数。</w:t>
            </w:r>
          </w:p>
          <w:p>
            <w:pPr>
              <w:spacing w:after="20" w:line="276" w:lineRule="auto"/>
            </w:pPr>
            <w:r>
              <w:rPr>
                <w:rFonts w:ascii="宋体" w:hAnsi="宋体" w:eastAsia="宋体"/>
                <w:b w:val="0"/>
                <w:sz w:val="18"/>
              </w:rPr>
              <w:t>5.教科书P28“练习七”第6题。</w:t>
            </w:r>
          </w:p>
          <w:p>
            <w:pPr>
              <w:spacing w:after="20" w:line="276" w:lineRule="auto"/>
            </w:pPr>
            <w:r>
              <w:rPr>
                <w:rFonts w:ascii="宋体" w:hAnsi="宋体" w:eastAsia="宋体"/>
                <w:b w:val="0"/>
                <w:sz w:val="18"/>
              </w:rPr>
              <w:t>（1）指名学生板演，其余学生在练习本上独立完成。</w:t>
            </w:r>
          </w:p>
          <w:p>
            <w:pPr>
              <w:spacing w:after="20" w:line="276" w:lineRule="auto"/>
            </w:pPr>
            <w:r>
              <w:rPr>
                <w:rFonts w:ascii="宋体" w:hAnsi="宋体" w:eastAsia="宋体"/>
                <w:b w:val="0"/>
                <w:sz w:val="18"/>
              </w:rPr>
              <w:t>（2）集体交流订正。</w:t>
            </w:r>
          </w:p>
        </w:tc>
        <w:tc>
          <w:tcPr>
            <w:tcW w:type="dxa" w:w="3061"/>
          </w:tcPr>
          <w:p>
            <w:pPr>
              <w:spacing w:after="20" w:line="276" w:lineRule="auto"/>
            </w:pPr>
            <w:r/>
            <w:r>
              <w:rPr>
                <w:rFonts w:ascii="宋体" w:hAnsi="宋体" w:eastAsia="宋体"/>
                <w:b w:val="0"/>
                <w:sz w:val="18"/>
              </w:rPr>
              <w:t>学生独立完成后全班交流。</w:t>
            </w:r>
          </w:p>
          <w:p>
            <w:pPr>
              <w:spacing w:after="20" w:line="276" w:lineRule="auto"/>
            </w:pPr>
            <w:r>
              <w:rPr>
                <w:rFonts w:ascii="宋体" w:hAnsi="宋体" w:eastAsia="宋体"/>
                <w:b w:val="0"/>
                <w:sz w:val="18"/>
              </w:rPr>
              <w:t>学生可能会出现错误，教师要进行针对性的指导。如判断56×(19+28)=56×19+28时,要引导学生从意义上判断56×(19＋28)应该是19个56加28个56的和,而不是19个56加28。再如32×（7×3）=32×7＋32×3，学生可能认为是对的，需要把乘法结合律和乘法分配律进行对比。</w:t>
            </w:r>
          </w:p>
          <w:p>
            <w:pPr>
              <w:spacing w:after="20" w:line="276" w:lineRule="auto"/>
            </w:pPr>
            <w:r>
              <w:rPr>
                <w:rFonts w:ascii="宋体" w:hAnsi="宋体" w:eastAsia="宋体"/>
                <w:b w:val="0"/>
                <w:sz w:val="18"/>
              </w:rPr>
              <w:t>同桌间相互说一说，再集中交流。</w:t>
            </w:r>
          </w:p>
          <w:p>
            <w:pPr>
              <w:spacing w:after="20" w:line="276" w:lineRule="auto"/>
            </w:pPr>
            <w:r>
              <w:rPr>
                <w:rFonts w:ascii="宋体" w:hAnsi="宋体" w:eastAsia="宋体"/>
                <w:b w:val="0"/>
                <w:sz w:val="18"/>
              </w:rPr>
              <w:t>交流时，注意引导学生理解25×12的竖式计算过程实际是先算25×2和25×10的积，再把它们的积相加。</w:t>
            </w:r>
          </w:p>
          <w:p>
            <w:pPr>
              <w:spacing w:after="20" w:line="276" w:lineRule="auto"/>
            </w:pPr>
            <w:r>
              <w:rPr>
                <w:rFonts w:ascii="宋体" w:hAnsi="宋体" w:eastAsia="宋体"/>
                <w:b w:val="0"/>
                <w:sz w:val="18"/>
              </w:rPr>
              <w:t>学生独立完成后全班交流。</w:t>
            </w:r>
          </w:p>
          <w:p>
            <w:pPr>
              <w:spacing w:after="20" w:line="276" w:lineRule="auto"/>
            </w:pPr>
            <w:r>
              <w:rPr>
                <w:rFonts w:ascii="宋体" w:hAnsi="宋体" w:eastAsia="宋体"/>
                <w:b w:val="0"/>
                <w:sz w:val="18"/>
              </w:rPr>
              <w:t>117×3＋117×7＝117×（3＋7）有的学生可能一下子看不出来，教师要引导他们发现：这是乘法分配律的逆应用。</w:t>
            </w:r>
          </w:p>
        </w:tc>
        <w:tc>
          <w:tcPr>
            <w:tcW w:type="dxa" w:w="1814"/>
          </w:tcPr>
          <w:p>
            <w:pPr>
              <w:spacing w:after="20" w:line="276" w:lineRule="auto"/>
            </w:pPr>
            <w:r/>
            <w:r>
              <w:rPr>
                <w:rFonts w:ascii="宋体" w:hAnsi="宋体" w:eastAsia="宋体"/>
                <w:b w:val="0"/>
                <w:sz w:val="18"/>
              </w:rPr>
              <w:t>结合基本练习，进一步掌握乘法分配律的形式，理解乘法分配律的内涵。第7题判断两个算式是否相等,意在巩固学生对乘法运算律的认识。选择计算较简便的算式进行计算,则是培养学生的简便计算意识。第6题是乘法分配律在一般计算中的应用,弄清一个数乘多位数的算法与乘法分配律的联系,体会将一个数拆成两个数的和,再分别与另外一个数相乘的过程。</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师：这节课我们学习了什么？你有什么收获？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引导学生回顾梳理本课所学，完善认知结构，提升归纳与反思能力，核心问题："这节课我们学习了什么？你有什么收获？"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教科书P26例7，完成P26“做一做”，P27~28“练习七”第4、6、7题。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乘法分配律是第三单元的教学重点，也是难点。为了突出重点，突破难点，教师需要结合学生学过的长方形的周长的计算方法，利用几何直观，帮助学生建立模型。学生归纳概括出乘法分配律，并抽象成用字母表示后,要引导学生既要从左往右观察,还要从右往左观察,以方便后面学习乘法分配律的逆应用。在乘法分配律的应用中，教师充分利用材料的信息，引导学生发现两个数的差与一个数相乘,可以先把它们与这个数分别相乘,再相减。这样能让学生对乘法分配律有更全面的认识。</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解决问题策略的多样化</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解决问题策略的多样化</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教学内容：教科书P29例8，完成P29“做一做”，P30“练习八”第2、3、5题。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（1）在解决实际问题时,结合具体数据、算式的特点和算式的意义,合理选择算法，使计算更简便。</w:t>
      </w:r>
    </w:p>
    <w:p>
      <w:pPr>
        <w:spacing w:after="20" w:line="300" w:lineRule="auto"/>
        <w:ind w:firstLine="400"/>
      </w:pPr>
      <w:r>
        <w:rPr>
          <w:rFonts w:ascii="宋体" w:hAnsi="宋体" w:eastAsia="宋体"/>
          <w:b w:val="0"/>
          <w:sz w:val="20"/>
        </w:rPr>
        <w:t>（2）培养学生的计算能力,增强思维的灵活性。</w:t>
      </w:r>
    </w:p>
    <w:p>
      <w:pPr>
        <w:spacing w:after="20" w:line="300" w:lineRule="auto"/>
        <w:ind w:firstLine="400"/>
      </w:pPr>
      <w:r>
        <w:rPr>
          <w:rFonts w:ascii="宋体" w:hAnsi="宋体" w:eastAsia="宋体"/>
          <w:b w:val="0"/>
          <w:sz w:val="20"/>
        </w:rPr>
        <w:t>（3）感受数学与现实生活的联系,体验数学在生活中的应用价值。</w:t>
      </w:r>
    </w:p>
    <w:p>
      <w:pPr>
        <w:spacing w:after="20" w:line="300" w:lineRule="auto"/>
      </w:pPr>
      <w:r>
        <w:rPr>
          <w:rFonts w:ascii="宋体" w:hAnsi="宋体" w:eastAsia="宋体"/>
          <w:b w:val="0"/>
          <w:sz w:val="20"/>
        </w:rPr>
        <w:t>教学重点：依据运算律进行合理简便运算。</w:t>
      </w:r>
    </w:p>
    <w:p>
      <w:pPr>
        <w:spacing w:after="20" w:line="300" w:lineRule="auto"/>
      </w:pPr>
      <w:r>
        <w:rPr>
          <w:rFonts w:ascii="宋体" w:hAnsi="宋体" w:eastAsia="宋体"/>
          <w:b w:val="0"/>
          <w:sz w:val="20"/>
        </w:rPr>
        <w:t>教学难点：根据数据、算式的特点,合理、灵活地选择算法。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一、复习导入,感知思想</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前面我们学习了哪些乘法运算律?用字母如何表示?；联系上题，再尝试计算25×24，你能想办法很快地得到结果吗?怎样计算更简便呢?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二、合作交流，探究新知识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仔细观察,你知道了哪些信息?你能提出哪些问题?；解决这个问题,需要哪些信息?你能根据所选的信息,自己解决这个问题吗？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三、巩固练习，应用提高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这节课你有哪些收获？能和同学们交流一下吗？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一、复习导入,感知思想</w:t>
            </w:r>
          </w:p>
        </w:tc>
        <w:tc>
          <w:tcPr>
            <w:tcW w:type="dxa" w:w="3061"/>
          </w:tcPr>
          <w:p>
            <w:pPr>
              <w:spacing w:after="20" w:line="276" w:lineRule="auto"/>
            </w:pPr>
            <w:r/>
            <w:r>
              <w:rPr>
                <w:rFonts w:ascii="宋体" w:hAnsi="宋体" w:eastAsia="宋体"/>
                <w:b w:val="0"/>
                <w:sz w:val="18"/>
              </w:rPr>
              <w:t>师：前面我们学习了哪些乘法运算律?用字母如何表示?</w:t>
            </w:r>
          </w:p>
          <w:p>
            <w:pPr>
              <w:spacing w:after="20" w:line="276" w:lineRule="auto"/>
            </w:pPr>
            <w:r>
              <w:rPr>
                <w:rFonts w:ascii="宋体" w:hAnsi="宋体" w:eastAsia="宋体"/>
                <w:b w:val="0"/>
                <w:sz w:val="18"/>
              </w:rPr>
              <w:t>指名学生口答,教师总结并板书:</w:t>
            </w:r>
          </w:p>
          <w:p>
            <w:pPr>
              <w:spacing w:after="20" w:line="276" w:lineRule="auto"/>
            </w:pPr>
            <w:r>
              <w:rPr>
                <w:rFonts w:ascii="宋体" w:hAnsi="宋体" w:eastAsia="宋体"/>
                <w:b w:val="0"/>
                <w:sz w:val="18"/>
              </w:rPr>
              <w:t>师：同学们尝试计算25×6×4和7×8×125，说一说怎样计算更简便。</w:t>
            </w:r>
          </w:p>
          <w:p>
            <w:pPr>
              <w:spacing w:after="20" w:line="276" w:lineRule="auto"/>
            </w:pPr>
            <w:r>
              <w:rPr>
                <w:rFonts w:ascii="宋体" w:hAnsi="宋体" w:eastAsia="宋体"/>
                <w:b w:val="0"/>
                <w:sz w:val="18"/>
              </w:rPr>
              <w:t>师：联系上题，再尝试计算25×24，你能想办法很快地得到结果吗?怎样计算更简便呢?</w:t>
            </w:r>
          </w:p>
          <w:p>
            <w:pPr>
              <w:spacing w:after="20" w:line="276" w:lineRule="auto"/>
            </w:pPr>
            <w:r>
              <w:rPr>
                <w:rFonts w:ascii="宋体" w:hAnsi="宋体" w:eastAsia="宋体"/>
                <w:b w:val="0"/>
                <w:sz w:val="18"/>
              </w:rPr>
              <w:t>师：大家真厉害！可以想到这么多好方法，很有创新精神。今天这节课我们来学习用多种方法解决问题。（板书课题：解决问题策略的多样化）</w:t>
            </w:r>
          </w:p>
        </w:tc>
        <w:tc>
          <w:tcPr>
            <w:tcW w:type="dxa" w:w="3061"/>
          </w:tcPr>
          <w:p>
            <w:pPr>
              <w:spacing w:after="20" w:line="276" w:lineRule="auto"/>
            </w:pPr>
            <w:r/>
            <w:r>
              <w:rPr>
                <w:rFonts w:ascii="宋体" w:hAnsi="宋体" w:eastAsia="宋体"/>
                <w:b w:val="0"/>
                <w:sz w:val="18"/>
              </w:rPr>
              <w:t>运用乘法交换律和结合律能使计算更简便。</w:t>
            </w:r>
          </w:p>
          <w:p>
            <w:pPr>
              <w:spacing w:after="20" w:line="276" w:lineRule="auto"/>
            </w:pPr>
            <w:r>
              <w:rPr>
                <w:rFonts w:ascii="宋体" w:hAnsi="宋体" w:eastAsia="宋体"/>
                <w:b w:val="0"/>
                <w:sz w:val="18"/>
              </w:rPr>
              <w:t>学生可能会说:①25×20+25×4，②25×4×6，③25×8×3，④(25×4)×(24÷4)……</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创设情境激活学生已有经验，自然引出本课学习内容，激发学习兴趣，核心问题："前面我们学习了哪些乘法运算律?用字母如何表示?"</w:t>
            </w:r>
          </w:p>
        </w:tc>
      </w:tr>
      <w:tr>
        <w:tc>
          <w:tcPr>
            <w:tcW w:type="dxa" w:w="1474"/>
          </w:tcPr>
          <w:p>
            <w:pPr>
              <w:spacing w:after="20" w:line="276" w:lineRule="auto"/>
            </w:pPr>
            <w:r>
              <w:rPr>
                <w:b/>
              </w:rPr>
            </w:r>
            <w:r>
              <w:rPr>
                <w:rFonts w:ascii="宋体" w:hAnsi="宋体" w:eastAsia="宋体"/>
                <w:b/>
                <w:sz w:val="18"/>
              </w:rPr>
              <w:t>二、合作交流，探究新知识</w:t>
            </w:r>
          </w:p>
        </w:tc>
        <w:tc>
          <w:tcPr>
            <w:tcW w:type="dxa" w:w="3061"/>
          </w:tcPr>
          <w:p>
            <w:pPr>
              <w:spacing w:after="20" w:line="276" w:lineRule="auto"/>
            </w:pPr>
            <w:r/>
            <w:r>
              <w:rPr>
                <w:rFonts w:ascii="宋体" w:hAnsi="宋体" w:eastAsia="宋体"/>
                <w:b w:val="0"/>
                <w:sz w:val="18"/>
              </w:rPr>
              <w:t>1.探究乘法中的简便计算。</w:t>
            </w:r>
          </w:p>
          <w:p>
            <w:pPr>
              <w:spacing w:after="20" w:line="276" w:lineRule="auto"/>
            </w:pPr>
            <w:r>
              <w:rPr>
                <w:rFonts w:ascii="宋体" w:hAnsi="宋体" w:eastAsia="宋体"/>
                <w:b w:val="0"/>
                <w:sz w:val="18"/>
              </w:rPr>
              <w:t>（1）课件出示教科书P29例8。</w:t>
            </w:r>
          </w:p>
          <w:p>
            <w:pPr>
              <w:spacing w:after="20" w:line="276" w:lineRule="auto"/>
            </w:pPr>
            <w:r>
              <w:rPr>
                <w:rFonts w:ascii="宋体" w:hAnsi="宋体" w:eastAsia="宋体"/>
                <w:b w:val="0"/>
                <w:sz w:val="18"/>
              </w:rPr>
              <w:t>师：仔细观察,你知道了哪些信息?你能提出哪些问题?</w:t>
            </w:r>
          </w:p>
          <w:p>
            <w:pPr>
              <w:spacing w:after="20" w:line="276" w:lineRule="auto"/>
            </w:pPr>
            <w:r>
              <w:rPr>
                <w:rFonts w:ascii="宋体" w:hAnsi="宋体" w:eastAsia="宋体"/>
                <w:b w:val="0"/>
                <w:sz w:val="18"/>
              </w:rPr>
              <w:t>(2)尝试解决问题。</w:t>
            </w:r>
          </w:p>
          <w:p>
            <w:pPr>
              <w:spacing w:after="20" w:line="276" w:lineRule="auto"/>
            </w:pPr>
            <w:r>
              <w:rPr>
                <w:rFonts w:ascii="宋体" w:hAnsi="宋体" w:eastAsia="宋体"/>
                <w:b w:val="0"/>
                <w:sz w:val="18"/>
              </w:rPr>
              <w:t>师：同学们提的问题都很好,我们先解决“一共买了多少个羽毛球”。</w:t>
            </w:r>
          </w:p>
          <w:p>
            <w:pPr>
              <w:spacing w:after="20" w:line="276" w:lineRule="auto"/>
            </w:pPr>
            <w:r>
              <w:rPr>
                <w:rFonts w:ascii="宋体" w:hAnsi="宋体" w:eastAsia="宋体"/>
                <w:b w:val="0"/>
                <w:sz w:val="18"/>
              </w:rPr>
              <w:t>师：解决这个问题,需要哪些信息?你能根据所选的信息,自己解决这个问题吗？</w:t>
            </w:r>
          </w:p>
          <w:p>
            <w:pPr>
              <w:spacing w:after="20" w:line="276" w:lineRule="auto"/>
            </w:pPr>
            <w:r>
              <w:rPr>
                <w:rFonts w:ascii="宋体" w:hAnsi="宋体" w:eastAsia="宋体"/>
                <w:b w:val="0"/>
                <w:sz w:val="18"/>
              </w:rPr>
              <w:t>（3）展示不同算法,读懂过程,感悟不同方法。</w:t>
            </w:r>
          </w:p>
          <w:p>
            <w:pPr>
              <w:spacing w:after="20" w:line="276" w:lineRule="auto"/>
            </w:pPr>
            <w:r>
              <w:rPr>
                <w:rFonts w:ascii="宋体" w:hAnsi="宋体" w:eastAsia="宋体"/>
                <w:b w:val="0"/>
                <w:sz w:val="18"/>
              </w:rPr>
              <w:t>师：谁能说一说对每种解法的理解?每种解法的依据是什么?比较上述三种不同的解法,你喜欢哪种?说一说你的理由。</w:t>
            </w:r>
          </w:p>
          <w:p>
            <w:pPr>
              <w:spacing w:after="20" w:line="276" w:lineRule="auto"/>
            </w:pPr>
            <w:r>
              <w:rPr>
                <w:rFonts w:ascii="宋体" w:hAnsi="宋体" w:eastAsia="宋体"/>
                <w:b w:val="0"/>
                <w:sz w:val="18"/>
              </w:rPr>
              <w:t>（4）针对例题练习。</w:t>
            </w:r>
          </w:p>
          <w:p>
            <w:pPr>
              <w:spacing w:after="20" w:line="276" w:lineRule="auto"/>
            </w:pPr>
            <w:r>
              <w:rPr>
                <w:rFonts w:ascii="宋体" w:hAnsi="宋体" w:eastAsia="宋体"/>
                <w:b w:val="0"/>
                <w:sz w:val="18"/>
              </w:rPr>
              <w:t>师：如果要解决“买羽毛球一共花了多少钱”,想一想,怎样计算简便?</w:t>
            </w:r>
          </w:p>
          <w:p>
            <w:pPr>
              <w:spacing w:after="20" w:line="276" w:lineRule="auto"/>
            </w:pPr>
            <w:r>
              <w:rPr>
                <w:rFonts w:ascii="宋体" w:hAnsi="宋体" w:eastAsia="宋体"/>
                <w:b w:val="0"/>
                <w:sz w:val="18"/>
              </w:rPr>
              <w:t>2.探究连除中的简便计算。</w:t>
            </w:r>
          </w:p>
          <w:p>
            <w:pPr>
              <w:spacing w:after="20" w:line="276" w:lineRule="auto"/>
            </w:pPr>
            <w:r>
              <w:rPr>
                <w:rFonts w:ascii="宋体" w:hAnsi="宋体" w:eastAsia="宋体"/>
                <w:b w:val="0"/>
                <w:sz w:val="18"/>
              </w:rPr>
              <w:t>(1)尝试解决问题。</w:t>
            </w:r>
          </w:p>
          <w:p>
            <w:pPr>
              <w:spacing w:after="20" w:line="276" w:lineRule="auto"/>
            </w:pPr>
            <w:r>
              <w:rPr>
                <w:rFonts w:ascii="宋体" w:hAnsi="宋体" w:eastAsia="宋体"/>
                <w:b w:val="0"/>
                <w:sz w:val="18"/>
              </w:rPr>
              <w:t>师：下面来解决“每支羽毛球拍多少钱”,同学们4人为一个小组,合作解决这个问题。</w:t>
            </w:r>
          </w:p>
          <w:p>
            <w:pPr>
              <w:spacing w:after="20" w:line="276" w:lineRule="auto"/>
            </w:pPr>
            <w:r>
              <w:rPr>
                <w:rFonts w:ascii="宋体" w:hAnsi="宋体" w:eastAsia="宋体"/>
                <w:b w:val="0"/>
                <w:sz w:val="18"/>
              </w:rPr>
              <w:t>教师给学生提供充分发挥的时间和空间,让学生充分说出自己的想法,关注和尊重学生的情感,尊重学生自主的选择,保护学生自主发现问题的积极性。通过这个充满探索的过程,使学生获得成功的体验,增强学生学好数学的信心,培养学生的创新思维。</w:t>
            </w:r>
          </w:p>
          <w:p>
            <w:pPr>
              <w:spacing w:after="20" w:line="276" w:lineRule="auto"/>
            </w:pPr>
            <w:r>
              <w:rPr>
                <w:rFonts w:ascii="宋体" w:hAnsi="宋体" w:eastAsia="宋体"/>
                <w:b w:val="0"/>
                <w:sz w:val="18"/>
              </w:rPr>
              <w:t>330÷5÷2</w:t>
            </w:r>
          </w:p>
          <w:p>
            <w:pPr>
              <w:spacing w:after="20" w:line="276" w:lineRule="auto"/>
            </w:pPr>
            <w:r>
              <w:rPr>
                <w:rFonts w:ascii="宋体" w:hAnsi="宋体" w:eastAsia="宋体"/>
                <w:b w:val="0"/>
                <w:sz w:val="18"/>
              </w:rPr>
              <w:t>=66÷2</w:t>
            </w:r>
          </w:p>
          <w:p>
            <w:pPr>
              <w:spacing w:after="20" w:line="276" w:lineRule="auto"/>
            </w:pPr>
            <w:r>
              <w:rPr>
                <w:rFonts w:ascii="宋体" w:hAnsi="宋体" w:eastAsia="宋体"/>
                <w:b w:val="0"/>
                <w:sz w:val="18"/>
              </w:rPr>
              <w:t>=33(元)</w:t>
            </w:r>
          </w:p>
          <w:p>
            <w:pPr>
              <w:spacing w:after="20" w:line="276" w:lineRule="auto"/>
            </w:pPr>
            <w:r>
              <w:rPr>
                <w:rFonts w:ascii="宋体" w:hAnsi="宋体" w:eastAsia="宋体"/>
                <w:b w:val="0"/>
                <w:sz w:val="18"/>
              </w:rPr>
              <w:t>330÷(5×2)</w:t>
            </w:r>
          </w:p>
          <w:p>
            <w:pPr>
              <w:spacing w:after="20" w:line="276" w:lineRule="auto"/>
            </w:pPr>
            <w:r>
              <w:rPr>
                <w:rFonts w:ascii="宋体" w:hAnsi="宋体" w:eastAsia="宋体"/>
                <w:b w:val="0"/>
                <w:sz w:val="18"/>
              </w:rPr>
              <w:t>=330÷10</w:t>
            </w:r>
          </w:p>
          <w:p>
            <w:pPr>
              <w:spacing w:after="20" w:line="276" w:lineRule="auto"/>
            </w:pPr>
            <w:r>
              <w:rPr>
                <w:rFonts w:ascii="宋体" w:hAnsi="宋体" w:eastAsia="宋体"/>
                <w:b w:val="0"/>
                <w:sz w:val="18"/>
              </w:rPr>
              <w:t>=33(元)</w:t>
            </w:r>
          </w:p>
          <w:p>
            <w:pPr>
              <w:spacing w:after="20" w:line="276" w:lineRule="auto"/>
            </w:pPr>
            <w:r>
              <w:rPr>
                <w:rFonts w:ascii="宋体" w:hAnsi="宋体" w:eastAsia="宋体"/>
                <w:b w:val="0"/>
                <w:sz w:val="18"/>
              </w:rPr>
              <w:t>（2）观察比较。</w:t>
            </w:r>
          </w:p>
          <w:p>
            <w:pPr>
              <w:spacing w:after="20" w:line="276" w:lineRule="auto"/>
            </w:pPr>
            <w:r>
              <w:rPr>
                <w:rFonts w:ascii="宋体" w:hAnsi="宋体" w:eastAsia="宋体"/>
                <w:b w:val="0"/>
                <w:sz w:val="18"/>
              </w:rPr>
              <w:t>师：330÷5÷2和330÷(5×2)表达的意思一样吗?我们可以用什么表示它们之间的关系？</w:t>
            </w:r>
          </w:p>
          <w:p>
            <w:pPr>
              <w:spacing w:after="20" w:line="276" w:lineRule="auto"/>
            </w:pPr>
            <w:r>
              <w:rPr>
                <w:rFonts w:ascii="宋体" w:hAnsi="宋体" w:eastAsia="宋体"/>
                <w:b w:val="0"/>
                <w:sz w:val="18"/>
              </w:rPr>
              <w:t>师：请同学们观察算式330÷5÷2=330÷(5×2)，你发现了什么?把自己的发现说给同桌听听。</w:t>
            </w:r>
          </w:p>
          <w:p>
            <w:pPr>
              <w:spacing w:after="20" w:line="276" w:lineRule="auto"/>
            </w:pPr>
            <w:r>
              <w:rPr>
                <w:rFonts w:ascii="宋体" w:hAnsi="宋体" w:eastAsia="宋体"/>
                <w:b w:val="0"/>
                <w:sz w:val="18"/>
              </w:rPr>
              <w:t>（3）举例验证。</w:t>
            </w:r>
          </w:p>
          <w:p>
            <w:pPr>
              <w:spacing w:after="20" w:line="276" w:lineRule="auto"/>
            </w:pPr>
            <w:r>
              <w:rPr>
                <w:rFonts w:ascii="宋体" w:hAnsi="宋体" w:eastAsia="宋体"/>
                <w:b w:val="0"/>
                <w:sz w:val="18"/>
              </w:rPr>
              <w:t>师：是不是一个数连续除以两个数都有这样的规律呢?你能再举出一些这样的例子吗?</w:t>
            </w:r>
          </w:p>
          <w:p>
            <w:pPr>
              <w:spacing w:after="20" w:line="276" w:lineRule="auto"/>
            </w:pPr>
            <w:r>
              <w:rPr>
                <w:rFonts w:ascii="宋体" w:hAnsi="宋体" w:eastAsia="宋体"/>
                <w:b w:val="0"/>
                <w:sz w:val="18"/>
              </w:rPr>
              <w:t>（4）归纳小结。</w:t>
            </w:r>
          </w:p>
          <w:p>
            <w:pPr>
              <w:spacing w:after="20" w:line="276" w:lineRule="auto"/>
            </w:pPr>
            <w:r>
              <w:rPr>
                <w:rFonts w:ascii="宋体" w:hAnsi="宋体" w:eastAsia="宋体"/>
                <w:b w:val="0"/>
                <w:sz w:val="18"/>
              </w:rPr>
              <w:t>引导学生总结出除法的性质并板书：一个数连续除以两个数,可以用这个数除以两个除数的积，用字母表示为a÷b÷c＝a÷(b×c)（b、c都不能为0）。</w:t>
            </w:r>
          </w:p>
        </w:tc>
        <w:tc>
          <w:tcPr>
            <w:tcW w:type="dxa" w:w="3061"/>
          </w:tcPr>
          <w:p>
            <w:pPr>
              <w:spacing w:after="20" w:line="276" w:lineRule="auto"/>
            </w:pPr>
            <w:r/>
            <w:r>
              <w:rPr>
                <w:rFonts w:ascii="宋体" w:hAnsi="宋体" w:eastAsia="宋体"/>
                <w:b w:val="0"/>
                <w:sz w:val="18"/>
              </w:rPr>
              <w:t>学生可能会提出以下问题:每副羽毛球拍多少钱?每支羽毛球拍多少钱?一共买了多少个羽毛球?买羽毛球一共花了多少钱?买羽毛球拍和羽毛球一共花了多少钱?买羽毛球比买羽毛球拍多花了多少钱?</w:t>
            </w:r>
          </w:p>
          <w:p>
            <w:pPr>
              <w:spacing w:after="20" w:line="276" w:lineRule="auto"/>
            </w:pPr>
            <w:r>
              <w:rPr>
                <w:rFonts w:ascii="宋体" w:hAnsi="宋体" w:eastAsia="宋体"/>
                <w:b w:val="0"/>
                <w:sz w:val="18"/>
              </w:rPr>
              <w:t>学生可能会说:买了25筒羽毛球，每筒是12个……</w:t>
            </w:r>
          </w:p>
          <w:p>
            <w:pPr>
              <w:spacing w:after="20" w:line="276" w:lineRule="auto"/>
            </w:pPr>
            <w:r>
              <w:rPr>
                <w:rFonts w:ascii="宋体" w:hAnsi="宋体" w:eastAsia="宋体"/>
                <w:b w:val="0"/>
                <w:sz w:val="18"/>
              </w:rPr>
              <w:t>学生自己解决问题,同桌间互相交流。</w:t>
            </w:r>
          </w:p>
          <w:p>
            <w:pPr>
              <w:spacing w:after="20" w:line="276" w:lineRule="auto"/>
            </w:pPr>
            <w:r>
              <w:rPr>
                <w:rFonts w:ascii="宋体" w:hAnsi="宋体" w:eastAsia="宋体"/>
                <w:b w:val="0"/>
                <w:sz w:val="18"/>
              </w:rPr>
              <w:t>这里学生很容易列式12×25,但对于如何简便计算,学生的表现不尽相同。</w:t>
            </w:r>
          </w:p>
          <w:p>
            <w:pPr>
              <w:spacing w:after="20" w:line="276" w:lineRule="auto"/>
            </w:pPr>
            <w:r>
              <w:rPr>
                <w:rFonts w:ascii="宋体" w:hAnsi="宋体" w:eastAsia="宋体"/>
                <w:b w:val="0"/>
                <w:sz w:val="18"/>
              </w:rPr>
              <w:t>预设1:直接列竖式计算。12×25=300</w:t>
            </w:r>
          </w:p>
          <w:p>
            <w:pPr>
              <w:spacing w:after="20" w:line="276" w:lineRule="auto"/>
            </w:pPr>
            <w:r>
              <w:rPr>
                <w:rFonts w:ascii="宋体" w:hAnsi="宋体" w:eastAsia="宋体"/>
                <w:b w:val="0"/>
                <w:sz w:val="18"/>
              </w:rPr>
              <w:t>学生可能会想到:两个数相乘，如果其中一个因数是25（或125），可考虑将另一个因数分解成4×（   ）或8×（   ），再采用乘法结合律进行简便计算；如果其中一个因数接近整十数、整百数……可将其分解成10±（   ）、100±（   ）……再运用乘法分配律进行简便计算。</w:t>
            </w:r>
          </w:p>
          <w:p>
            <w:pPr>
              <w:spacing w:after="20" w:line="276" w:lineRule="auto"/>
            </w:pPr>
            <w:r>
              <w:rPr>
                <w:rFonts w:ascii="宋体" w:hAnsi="宋体" w:eastAsia="宋体"/>
                <w:b w:val="0"/>
                <w:sz w:val="18"/>
              </w:rPr>
              <w:t>学生完成后全班交流。</w:t>
            </w:r>
          </w:p>
          <w:p>
            <w:pPr>
              <w:spacing w:after="20" w:line="276" w:lineRule="auto"/>
            </w:pPr>
            <w:r>
              <w:rPr>
                <w:rFonts w:ascii="宋体" w:hAnsi="宋体" w:eastAsia="宋体"/>
                <w:b w:val="0"/>
                <w:sz w:val="18"/>
              </w:rPr>
              <w:t>这一次学生会自觉想到将“32”看成4与8的积,或者30与2的和,然后分别利用乘法结合律或乘法分配律来进行简便计算。</w:t>
            </w:r>
          </w:p>
          <w:p>
            <w:pPr>
              <w:spacing w:after="20" w:line="276" w:lineRule="auto"/>
            </w:pPr>
            <w:r>
              <w:rPr>
                <w:rFonts w:ascii="宋体" w:hAnsi="宋体" w:eastAsia="宋体"/>
                <w:b w:val="0"/>
                <w:sz w:val="18"/>
              </w:rPr>
              <w:t>学生小组合作解题,教师巡视辅导。</w:t>
            </w:r>
          </w:p>
          <w:p>
            <w:pPr>
              <w:spacing w:after="20" w:line="276" w:lineRule="auto"/>
            </w:pPr>
            <w:r>
              <w:rPr>
                <w:rFonts w:ascii="宋体" w:hAnsi="宋体" w:eastAsia="宋体"/>
                <w:b w:val="0"/>
                <w:sz w:val="18"/>
              </w:rPr>
              <w:t>学生汇报,展示解法，并说一说依据是什么。教师适时板书。</w:t>
            </w:r>
          </w:p>
          <w:p>
            <w:pPr>
              <w:spacing w:after="20" w:line="276" w:lineRule="auto"/>
            </w:pPr>
            <w:r>
              <w:rPr>
                <w:rFonts w:ascii="宋体" w:hAnsi="宋体" w:eastAsia="宋体"/>
                <w:b w:val="0"/>
                <w:sz w:val="18"/>
              </w:rPr>
              <w:t>教师巡视过程中可能会发现：整理题目信息的时候，“每副羽毛球拍有两支”是学生容易忽视的点，教师可以指名学生说一说，再根据学生的回答做适当的引导。</w:t>
            </w:r>
          </w:p>
          <w:p>
            <w:pPr>
              <w:spacing w:after="20" w:line="276" w:lineRule="auto"/>
            </w:pPr>
            <w:r>
              <w:rPr>
                <w:rFonts w:ascii="宋体" w:hAnsi="宋体" w:eastAsia="宋体"/>
                <w:b w:val="0"/>
                <w:sz w:val="18"/>
              </w:rPr>
              <w:t>预设1:先算每副羽毛球拍花了多少钱，再算每支羽毛球拍多少钱。</w:t>
            </w:r>
          </w:p>
          <w:p>
            <w:pPr>
              <w:spacing w:after="20" w:line="276" w:lineRule="auto"/>
            </w:pPr>
            <w:r>
              <w:rPr>
                <w:rFonts w:ascii="宋体" w:hAnsi="宋体" w:eastAsia="宋体"/>
                <w:b w:val="0"/>
                <w:sz w:val="18"/>
              </w:rPr>
              <w:t>预设2：先算一共有多少支羽毛球拍，再算每支羽毛球拍多少钱。</w:t>
            </w:r>
          </w:p>
          <w:p>
            <w:pPr>
              <w:spacing w:after="20" w:line="276" w:lineRule="auto"/>
            </w:pPr>
            <w:r>
              <w:rPr>
                <w:rFonts w:ascii="宋体" w:hAnsi="宋体" w:eastAsia="宋体"/>
                <w:b w:val="0"/>
                <w:sz w:val="18"/>
              </w:rPr>
              <w:t>学生可能会说:它们的结果相等,都是求一支羽毛球拍的价格,所以可以用等号连接，即330÷5÷2=330÷(5×2)。</w:t>
            </w:r>
          </w:p>
          <w:p>
            <w:pPr>
              <w:spacing w:after="20" w:line="276" w:lineRule="auto"/>
            </w:pPr>
            <w:r>
              <w:rPr>
                <w:rFonts w:ascii="宋体" w:hAnsi="宋体" w:eastAsia="宋体"/>
                <w:b w:val="0"/>
                <w:sz w:val="18"/>
              </w:rPr>
              <w:t>根据上述两种解答思路,学生可能会发现：一个数连续除以两个数,除了可以按运算顺序从左往右依次算，还可以先将两个除数相乘,再用被除数除以它们的积。</w:t>
            </w:r>
          </w:p>
          <w:p>
            <w:pPr>
              <w:spacing w:after="20" w:line="276" w:lineRule="auto"/>
            </w:pPr>
            <w:r>
              <w:rPr>
                <w:rFonts w:ascii="宋体" w:hAnsi="宋体" w:eastAsia="宋体"/>
                <w:b w:val="0"/>
                <w:sz w:val="18"/>
              </w:rPr>
              <w:t>学生自行举例，集体交流。</w:t>
            </w:r>
          </w:p>
        </w:tc>
        <w:tc>
          <w:tcPr>
            <w:tcW w:type="dxa" w:w="1814"/>
          </w:tcPr>
          <w:p>
            <w:pPr>
              <w:spacing w:after="20" w:line="276" w:lineRule="auto"/>
            </w:pPr>
            <w:r/>
            <w:r>
              <w:rPr>
                <w:rFonts w:ascii="宋体" w:hAnsi="宋体" w:eastAsia="宋体"/>
                <w:b w:val="0"/>
                <w:sz w:val="18"/>
              </w:rPr>
              <w:t>枯燥、单一的计算很难激发学生探究的欲望。这里仍然以解决实际问题的方式进行情境呈现,通过情境图把本节课的研究内容融入学生熟悉的购物情境中。同时,在这个开放的情境中,学生能自主提出多种问题,方便学生后续交流讨论。</w:t>
            </w:r>
          </w:p>
          <w:p>
            <w:pPr>
              <w:spacing w:after="20" w:line="276" w:lineRule="auto"/>
            </w:pPr>
            <w:r>
              <w:rPr>
                <w:rFonts w:ascii="宋体" w:hAnsi="宋体" w:eastAsia="宋体"/>
                <w:b w:val="0"/>
                <w:sz w:val="18"/>
              </w:rPr>
              <w:t>引导学生尝试自主解决问题,在交流的基础上,引导学生比较各种方法的异同，体会简便算法的关键是根据数据特征和算式特点,依据运算律找到合理、简便的方法，培养其思维的灵活性。</w:t>
            </w:r>
          </w:p>
          <w:p>
            <w:pPr>
              <w:spacing w:after="20" w:line="276" w:lineRule="auto"/>
            </w:pPr>
            <w:r>
              <w:rPr>
                <w:rFonts w:ascii="宋体" w:hAnsi="宋体" w:eastAsia="宋体"/>
                <w:b w:val="0"/>
                <w:sz w:val="18"/>
              </w:rPr>
              <w:t>通过交流让学生感受到，根据数据特点灵活、合理选择算法的必要性。</w:t>
            </w:r>
          </w:p>
          <w:p>
            <w:pPr>
              <w:spacing w:after="20" w:line="276" w:lineRule="auto"/>
            </w:pPr>
            <w:r>
              <w:rPr>
                <w:rFonts w:ascii="宋体" w:hAnsi="宋体" w:eastAsia="宋体"/>
                <w:b w:val="0"/>
                <w:sz w:val="18"/>
              </w:rPr>
              <w:t>从“特殊”到“一般”，通过引导组织学生大量举例论证,在举例论证活动后教师不失时机地引导学生猜想,直至归纳总结。最后，要求学生用自己喜欢的字母来表示规律,促使学生从感观的体验上升到理性的思考。</w:t>
            </w:r>
          </w:p>
        </w:tc>
      </w:tr>
      <w:tr>
        <w:tc>
          <w:tcPr>
            <w:tcW w:type="dxa" w:w="1474"/>
          </w:tcPr>
          <w:p>
            <w:pPr>
              <w:spacing w:after="20" w:line="276" w:lineRule="auto"/>
            </w:pPr>
            <w:r>
              <w:rPr>
                <w:b/>
              </w:rPr>
            </w:r>
            <w:r>
              <w:rPr>
                <w:rFonts w:ascii="宋体" w:hAnsi="宋体" w:eastAsia="宋体"/>
                <w:b/>
                <w:sz w:val="18"/>
              </w:rPr>
              <w:t>三、巩固练习，应用提高</w:t>
            </w:r>
          </w:p>
        </w:tc>
        <w:tc>
          <w:tcPr>
            <w:tcW w:type="dxa" w:w="3061"/>
          </w:tcPr>
          <w:p>
            <w:pPr>
              <w:spacing w:after="20" w:line="276" w:lineRule="auto"/>
            </w:pPr>
            <w:r/>
            <w:r>
              <w:rPr>
                <w:rFonts w:ascii="宋体" w:hAnsi="宋体" w:eastAsia="宋体"/>
                <w:b w:val="0"/>
                <w:sz w:val="18"/>
              </w:rPr>
              <w:t>1.教科书P29“做一做”。</w:t>
            </w:r>
          </w:p>
          <w:p>
            <w:pPr>
              <w:spacing w:after="20" w:line="276" w:lineRule="auto"/>
            </w:pPr>
            <w:r>
              <w:rPr>
                <w:rFonts w:ascii="宋体" w:hAnsi="宋体" w:eastAsia="宋体"/>
                <w:b w:val="0"/>
                <w:sz w:val="18"/>
              </w:rPr>
              <w:t>（1）指名学生板演，其余学生独立完成。</w:t>
            </w:r>
          </w:p>
          <w:p>
            <w:pPr>
              <w:spacing w:after="20" w:line="276" w:lineRule="auto"/>
            </w:pPr>
            <w:r>
              <w:rPr>
                <w:rFonts w:ascii="宋体" w:hAnsi="宋体" w:eastAsia="宋体"/>
                <w:b w:val="0"/>
                <w:sz w:val="18"/>
              </w:rPr>
              <w:t>（2）集中交流，说说你是怎样简便计算的。</w:t>
            </w:r>
          </w:p>
          <w:p>
            <w:pPr>
              <w:spacing w:after="20" w:line="276" w:lineRule="auto"/>
            </w:pPr>
            <w:r>
              <w:rPr>
                <w:rFonts w:ascii="宋体" w:hAnsi="宋体" w:eastAsia="宋体"/>
                <w:b w:val="0"/>
                <w:sz w:val="18"/>
              </w:rPr>
              <w:t>2.教科书P30“练习八”第2题。</w:t>
            </w:r>
          </w:p>
          <w:p>
            <w:pPr>
              <w:spacing w:after="20" w:line="276" w:lineRule="auto"/>
            </w:pPr>
            <w:r>
              <w:rPr>
                <w:rFonts w:ascii="宋体" w:hAnsi="宋体" w:eastAsia="宋体"/>
                <w:b w:val="0"/>
                <w:sz w:val="18"/>
              </w:rPr>
              <w:t>（1）学生独立完成后同桌交流。</w:t>
            </w:r>
          </w:p>
          <w:p>
            <w:pPr>
              <w:spacing w:after="20" w:line="276" w:lineRule="auto"/>
            </w:pPr>
            <w:r>
              <w:rPr>
                <w:rFonts w:ascii="宋体" w:hAnsi="宋体" w:eastAsia="宋体"/>
                <w:b w:val="0"/>
                <w:sz w:val="18"/>
              </w:rPr>
              <w:t>（2）全班交流分享，说清楚自己的解题思路。</w:t>
            </w:r>
          </w:p>
          <w:p>
            <w:pPr>
              <w:spacing w:after="20" w:line="276" w:lineRule="auto"/>
            </w:pPr>
            <w:r>
              <w:rPr>
                <w:rFonts w:ascii="宋体" w:hAnsi="宋体" w:eastAsia="宋体"/>
                <w:b w:val="0"/>
                <w:sz w:val="18"/>
              </w:rPr>
              <w:t>例8的核心是解题策略的多样化。教学中需引导学生多样化思考，突破思维定式，培养学生思维的灵活性。</w:t>
            </w:r>
          </w:p>
          <w:p>
            <w:pPr>
              <w:spacing w:after="20" w:line="276" w:lineRule="auto"/>
            </w:pPr>
            <w:r>
              <w:rPr>
                <w:rFonts w:ascii="宋体" w:hAnsi="宋体" w:eastAsia="宋体"/>
                <w:b w:val="0"/>
                <w:sz w:val="18"/>
              </w:rPr>
              <w:t>900张比较大小。</w:t>
            </w:r>
          </w:p>
          <w:p>
            <w:pPr>
              <w:spacing w:after="20" w:line="276" w:lineRule="auto"/>
            </w:pPr>
            <w:r>
              <w:rPr>
                <w:rFonts w:ascii="宋体" w:hAnsi="宋体" w:eastAsia="宋体"/>
                <w:b w:val="0"/>
                <w:sz w:val="18"/>
              </w:rPr>
              <w:t>4.教科书P30“练习八”第5题。</w:t>
            </w:r>
          </w:p>
          <w:p>
            <w:pPr>
              <w:spacing w:after="20" w:line="276" w:lineRule="auto"/>
            </w:pPr>
            <w:r>
              <w:rPr>
                <w:rFonts w:ascii="宋体" w:hAnsi="宋体" w:eastAsia="宋体"/>
                <w:b w:val="0"/>
                <w:sz w:val="18"/>
              </w:rPr>
              <w:t>（1）先引导学生回顾年、月、日的知识，再认真读题，理解题意。学生独立完成。</w:t>
            </w:r>
          </w:p>
          <w:p>
            <w:pPr>
              <w:spacing w:after="20" w:line="276" w:lineRule="auto"/>
            </w:pPr>
            <w:r>
              <w:rPr>
                <w:rFonts w:ascii="宋体" w:hAnsi="宋体" w:eastAsia="宋体"/>
                <w:b w:val="0"/>
                <w:sz w:val="18"/>
              </w:rPr>
              <w:t>（2）集体交流，注意引导得出不同的解法。</w:t>
            </w:r>
          </w:p>
        </w:tc>
        <w:tc>
          <w:tcPr>
            <w:tcW w:type="dxa" w:w="3061"/>
          </w:tcPr>
          <w:p>
            <w:pPr>
              <w:spacing w:after="20" w:line="276" w:lineRule="auto"/>
            </w:pPr>
            <w:r/>
            <w:r>
              <w:rPr>
                <w:rFonts w:ascii="宋体" w:hAnsi="宋体" w:eastAsia="宋体"/>
                <w:b w:val="0"/>
                <w:sz w:val="18"/>
              </w:rPr>
              <w:t>学生独立列式计算后，指名学生汇报，说出自己的想法。</w:t>
            </w:r>
          </w:p>
          <w:p>
            <w:pPr>
              <w:spacing w:after="20" w:line="276" w:lineRule="auto"/>
            </w:pPr>
            <w:r>
              <w:rPr>
                <w:rFonts w:ascii="宋体" w:hAnsi="宋体" w:eastAsia="宋体"/>
                <w:b w:val="0"/>
                <w:sz w:val="18"/>
              </w:rPr>
              <w:t>这道题是一步计算，学生很容易列出算式350÷14，但在计算时，学生可能直接笔算。引导学生将算式改写成350÷7÷2，这样可以使计算更简便。3.教科书P30“练习八”第3题。</w:t>
            </w:r>
          </w:p>
          <w:p>
            <w:pPr>
              <w:spacing w:after="20" w:line="276" w:lineRule="auto"/>
            </w:pPr>
            <w:r>
              <w:rPr>
                <w:rFonts w:ascii="宋体" w:hAnsi="宋体" w:eastAsia="宋体"/>
                <w:b w:val="0"/>
                <w:sz w:val="18"/>
              </w:rPr>
              <w:t>预设1：用乘法，先算出5本相册一共可以插多少张照片，然后和</w:t>
            </w:r>
          </w:p>
          <w:p>
            <w:pPr>
              <w:spacing w:after="20" w:line="276" w:lineRule="auto"/>
            </w:pPr>
            <w:r>
              <w:rPr>
                <w:rFonts w:ascii="宋体" w:hAnsi="宋体" w:eastAsia="宋体"/>
                <w:b w:val="0"/>
                <w:sz w:val="18"/>
              </w:rPr>
              <w:t>预设2：用除法，如900÷5÷6，再将商和32比较大小。</w:t>
            </w:r>
          </w:p>
          <w:p>
            <w:pPr>
              <w:spacing w:after="20" w:line="276" w:lineRule="auto"/>
            </w:pPr>
            <w:r>
              <w:rPr>
                <w:rFonts w:ascii="宋体" w:hAnsi="宋体" w:eastAsia="宋体"/>
                <w:b w:val="0"/>
                <w:sz w:val="18"/>
              </w:rPr>
              <w:t>本题的计算方法非常灵活，学生可能有不同的方法,既可按每月实际天数用连加计算,也可将3、4、5、6这四个月都看成30天,共120天,再加上少算的天数。不管学生用哪种方法解答，都要予以肯定。</w:t>
            </w:r>
          </w:p>
        </w:tc>
        <w:tc>
          <w:tcPr>
            <w:tcW w:type="dxa" w:w="1814"/>
          </w:tcPr>
          <w:p>
            <w:pPr>
              <w:spacing w:after="20" w:line="276" w:lineRule="auto"/>
            </w:pPr>
            <w:r/>
            <w:r>
              <w:rPr>
                <w:rFonts w:ascii="宋体" w:hAnsi="宋体" w:eastAsia="宋体"/>
                <w:b w:val="0"/>
                <w:sz w:val="18"/>
              </w:rPr>
              <w:t>通过练习，让学生在解决实际问题时能够自主选择计算方法，灵活处理运算顺序，在提高运算能力的同时，也提升解决实际问题的能力。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师:这节课你有哪些收获？能和同学们交流一下吗？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引导学生回顾梳理本课所学，完善认知结构，提升归纳与反思能力，核心问题："这节课你有哪些收获？能和同学们交流一下吗？"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教科书P29例8，完成P29“做一做”，P30“练习八”第2、3、5题。</w:t>
      </w:r>
    </w:p>
    <w:p>
      <w:pPr>
        <w:spacing w:after="40" w:line="300" w:lineRule="auto"/>
        <w:ind w:firstLine="400"/>
      </w:pPr>
      <w:r>
        <w:rPr>
          <w:rFonts w:ascii="宋体" w:hAnsi="宋体" w:eastAsia="宋体"/>
          <w:b w:val="0"/>
          <w:sz w:val="20"/>
        </w:rPr>
        <w:t>② 原设计安排：见“状元成才路”系列丛书《创优作业100分》对应课时作业。 选一选。(将正确答案的序号填在括号里) (1)6000÷8÷125＝6000÷(8×125)，这是运用了( )。 乘法分配律 B．除法的运算性质 C．乘法结合律 D．乘法交换律 用简便方法计算205×48，下面错误的是( )。 A.205×8×6 B．200×48＋5×48 C.200×40＋5×8 D．205×50－205×2 一部纪录片7月2日开始播放，每天播放两集，12月3日结束播放。一共播放了( )集。 A.308 B．310 C．312 D．314 参考答案 (1)B (2)C (3)B</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一节课下来，感触最深的还是在教学要求的把握上要因人而异,有针对性地教学。教材中不少题目的要求是怎样简便就怎样计算,由于没有统一的标准,加上学生的个体差异,很自然地,同一个题目会产生不同的解决方法。例如12×25,既可以依据乘法结合律用3×（4×25）来解决,也可以依据乘法分配律用10×25+2×25来解决，这两种方法都是解答这个题目的好方法，没有绝对的优劣，只要结果正确就可以。看来，简便计算作为一种计算能力和计算意识应在潜移默化中加以引导，让学生在体会简便运算的益处中，提高其意识和能力。</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练习课（运算律）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练习课（运算律）</w:t>
            </w:r>
          </w:p>
        </w:tc>
        <w:tc>
          <w:tcPr>
            <w:tcW w:type="dxa" w:w="6009"/>
          </w:tcPr>
          <w:p>
            <w:pPr>
              <w:spacing w:after="20" w:line="276" w:lineRule="auto"/>
            </w:pPr>
            <w:r/>
            <w:r>
              <w:rPr>
                <w:rFonts w:ascii="宋体" w:hAnsi="宋体" w:eastAsia="宋体"/>
                <w:b w:val="0"/>
                <w:sz w:val="20"/>
              </w:rPr>
              <w:t>第3单元 运算律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对于四年级的学生来说,运算律的概括具有一定的抽象性。好在学生通过第一学段的学习,对一些运算规律已经有所了解,特别是对于加法、乘法的可交换性、可结合性，已经有充分的认知经验。本单元的学习中，更多是结合学生已有的经验，从具体数据的讨论，上升到规律的发现与归纳，最终形成相应的数学模型。一般情况下，学生能根据运算律合理选择算法，使计算变得简捷，但乘法分配律的理解与运用对学生来说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教学内容：完成教科书P27~28“练习七”第5、8、9、10、11*题，P30~31“练习八”第1、4、6、7、8题和思考题。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（1）进一步理解和掌握加法交换律、结合律，乘法交换律、结合律和分配律。</w:t>
      </w:r>
    </w:p>
    <w:p>
      <w:pPr>
        <w:spacing w:after="20" w:line="300" w:lineRule="auto"/>
        <w:ind w:firstLine="400"/>
      </w:pPr>
      <w:r>
        <w:rPr>
          <w:rFonts w:ascii="宋体" w:hAnsi="宋体" w:eastAsia="宋体"/>
          <w:b w:val="0"/>
          <w:sz w:val="20"/>
        </w:rPr>
        <w:t>（2）能正确、熟练地运用运算律进行简便计算。</w:t>
      </w:r>
    </w:p>
    <w:p>
      <w:pPr>
        <w:spacing w:after="20" w:line="300" w:lineRule="auto"/>
        <w:ind w:firstLine="400"/>
      </w:pPr>
      <w:r>
        <w:rPr>
          <w:rFonts w:ascii="宋体" w:hAnsi="宋体" w:eastAsia="宋体"/>
          <w:b w:val="0"/>
          <w:sz w:val="20"/>
        </w:rPr>
        <w:t>（3）能够结合具体情况，灵活选择合理的算法，培养学生用所学知识解决实际问题的能力。</w:t>
      </w:r>
    </w:p>
    <w:p>
      <w:pPr>
        <w:spacing w:after="20" w:line="300" w:lineRule="auto"/>
      </w:pPr>
      <w:r>
        <w:rPr>
          <w:rFonts w:ascii="宋体" w:hAnsi="宋体" w:eastAsia="宋体"/>
          <w:b w:val="0"/>
          <w:sz w:val="20"/>
        </w:rPr>
        <w:t>教学重点：能正确、熟练地运用运算律进行简便计算。</w:t>
      </w:r>
    </w:p>
    <w:p>
      <w:pPr>
        <w:spacing w:after="20" w:line="300" w:lineRule="auto"/>
      </w:pPr>
      <w:r>
        <w:rPr>
          <w:rFonts w:ascii="宋体" w:hAnsi="宋体" w:eastAsia="宋体"/>
          <w:b w:val="0"/>
          <w:sz w:val="20"/>
        </w:rPr>
        <w:t>教学难点：运用乘法运算律进行一些简便计算,能用多种策略解决问题。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一、谈话导入，形成知识体系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二、基础练习，夯实基础</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三、提高练习，巩固新知识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四、拓展练习，拓宽视野</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通过这节课的练习，你有什么收获？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一、谈话导入，形成知识体系</w:t>
            </w:r>
          </w:p>
        </w:tc>
        <w:tc>
          <w:tcPr>
            <w:tcW w:type="dxa" w:w="3061"/>
          </w:tcPr>
          <w:p>
            <w:pPr>
              <w:spacing w:after="20" w:line="276" w:lineRule="auto"/>
            </w:pPr>
            <w:r/>
            <w:r>
              <w:rPr>
                <w:rFonts w:ascii="宋体" w:hAnsi="宋体" w:eastAsia="宋体"/>
                <w:b w:val="0"/>
                <w:sz w:val="18"/>
              </w:rPr>
              <w:t>师：本单元我们学习了运算律，回顾一下，关于运算律，我们已经掌握了哪些知识。</w:t>
            </w:r>
          </w:p>
          <w:p>
            <w:pPr>
              <w:spacing w:after="20" w:line="276" w:lineRule="auto"/>
            </w:pPr>
            <w:r>
              <w:rPr>
                <w:rFonts w:ascii="宋体" w:hAnsi="宋体" w:eastAsia="宋体"/>
                <w:b w:val="0"/>
                <w:sz w:val="18"/>
              </w:rPr>
              <w:t>根据学生的回答，教师适时引导出本单元所学的五个运算律。</w:t>
            </w:r>
          </w:p>
          <w:p>
            <w:pPr>
              <w:spacing w:after="20" w:line="276" w:lineRule="auto"/>
            </w:pPr>
            <w:r>
              <w:rPr>
                <w:rFonts w:ascii="宋体" w:hAnsi="宋体" w:eastAsia="宋体"/>
                <w:b w:val="0"/>
                <w:sz w:val="18"/>
              </w:rPr>
              <w:t>师：本节课我们就来利用运算律解决相关问题。</w:t>
            </w:r>
          </w:p>
        </w:tc>
        <w:tc>
          <w:tcPr>
            <w:tcW w:type="dxa" w:w="3061"/>
          </w:tcPr>
          <w:p>
            <w:pPr>
              <w:spacing w:after="20" w:line="276" w:lineRule="auto"/>
            </w:pPr>
            <w:r/>
            <w:r>
              <w:rPr>
                <w:rFonts w:ascii="宋体" w:hAnsi="宋体" w:eastAsia="宋体"/>
                <w:b w:val="0"/>
                <w:sz w:val="18"/>
              </w:rPr>
              <w:t>预设1：知道了加法的交换律、结合律，乘法的交换律、结合律和分配律，并且能用字母表示它们。</w:t>
            </w:r>
          </w:p>
          <w:p>
            <w:pPr>
              <w:spacing w:after="20" w:line="276" w:lineRule="auto"/>
            </w:pPr>
            <w:r>
              <w:rPr>
                <w:rFonts w:ascii="宋体" w:hAnsi="宋体" w:eastAsia="宋体"/>
                <w:b w:val="0"/>
                <w:sz w:val="18"/>
              </w:rPr>
              <w:t>预设2：会根据数据、算式的特点,合理、灵活地运用这些运算律选择合适的算法进行简便计算。</w:t>
            </w:r>
          </w:p>
          <w:p>
            <w:pPr>
              <w:spacing w:after="20" w:line="276" w:lineRule="auto"/>
            </w:pPr>
            <w:r>
              <w:rPr>
                <w:rFonts w:ascii="宋体" w:hAnsi="宋体" w:eastAsia="宋体"/>
                <w:b w:val="0"/>
                <w:sz w:val="18"/>
              </w:rPr>
              <w:t>预设3：能用多种策略解决生活中的实际问题。</w:t>
            </w:r>
          </w:p>
        </w:tc>
        <w:tc>
          <w:tcPr>
            <w:tcW w:type="dxa" w:w="1814"/>
          </w:tcPr>
          <w:p>
            <w:pPr>
              <w:spacing w:after="20" w:line="276" w:lineRule="auto"/>
            </w:pPr>
            <w:r/>
            <w:r>
              <w:rPr>
                <w:rFonts w:ascii="宋体" w:hAnsi="宋体" w:eastAsia="宋体"/>
                <w:b w:val="0"/>
                <w:sz w:val="18"/>
              </w:rPr>
              <w:t>通过谈话，引导学生回顾整理，对所学运算律有一个全面、系统的认识。</w:t>
            </w:r>
          </w:p>
        </w:tc>
      </w:tr>
      <w:tr>
        <w:tc>
          <w:tcPr>
            <w:tcW w:type="dxa" w:w="1474"/>
          </w:tcPr>
          <w:p>
            <w:pPr>
              <w:spacing w:after="20" w:line="276" w:lineRule="auto"/>
            </w:pPr>
            <w:r>
              <w:rPr>
                <w:b/>
              </w:rPr>
            </w:r>
            <w:r>
              <w:rPr>
                <w:rFonts w:ascii="宋体" w:hAnsi="宋体" w:eastAsia="宋体"/>
                <w:b/>
                <w:sz w:val="18"/>
              </w:rPr>
              <w:t>二、基础练习，夯实基础</w:t>
            </w:r>
          </w:p>
        </w:tc>
        <w:tc>
          <w:tcPr>
            <w:tcW w:type="dxa" w:w="3061"/>
          </w:tcPr>
          <w:p>
            <w:pPr>
              <w:spacing w:after="20" w:line="276" w:lineRule="auto"/>
            </w:pPr>
            <w:r/>
            <w:r>
              <w:rPr>
                <w:rFonts w:ascii="宋体" w:hAnsi="宋体" w:eastAsia="宋体"/>
                <w:b w:val="0"/>
                <w:sz w:val="18"/>
              </w:rPr>
              <w:t>1.教科书P30“练习八”第1题。</w:t>
            </w:r>
          </w:p>
          <w:p>
            <w:pPr>
              <w:spacing w:after="20" w:line="276" w:lineRule="auto"/>
            </w:pPr>
            <w:r>
              <w:rPr>
                <w:rFonts w:ascii="宋体" w:hAnsi="宋体" w:eastAsia="宋体"/>
                <w:b w:val="0"/>
                <w:sz w:val="18"/>
              </w:rPr>
              <w:t>（1）指名学生板演，其余学生在练习本上独立完成。</w:t>
            </w:r>
          </w:p>
          <w:p>
            <w:pPr>
              <w:spacing w:after="20" w:line="276" w:lineRule="auto"/>
            </w:pPr>
            <w:r>
              <w:rPr>
                <w:rFonts w:ascii="宋体" w:hAnsi="宋体" w:eastAsia="宋体"/>
                <w:b w:val="0"/>
                <w:sz w:val="18"/>
              </w:rPr>
              <w:t>（2）集体汇报交流。</w:t>
            </w:r>
          </w:p>
          <w:p>
            <w:pPr>
              <w:spacing w:after="20" w:line="276" w:lineRule="auto"/>
            </w:pPr>
            <w:r>
              <w:rPr>
                <w:rFonts w:ascii="宋体" w:hAnsi="宋体" w:eastAsia="宋体"/>
                <w:b w:val="0"/>
                <w:sz w:val="18"/>
              </w:rPr>
              <w:t>教学中要重视基本练习，关注典型错误，交流不同方法。</w:t>
            </w:r>
          </w:p>
          <w:p>
            <w:pPr>
              <w:spacing w:after="20" w:line="276" w:lineRule="auto"/>
            </w:pPr>
            <w:r>
              <w:rPr>
                <w:rFonts w:ascii="宋体" w:hAnsi="宋体" w:eastAsia="宋体"/>
                <w:b w:val="0"/>
                <w:sz w:val="18"/>
              </w:rPr>
              <w:t>2.教科书P30“练习八”第4题。</w:t>
            </w:r>
          </w:p>
          <w:p>
            <w:pPr>
              <w:spacing w:after="20" w:line="276" w:lineRule="auto"/>
            </w:pPr>
            <w:r>
              <w:rPr>
                <w:rFonts w:ascii="宋体" w:hAnsi="宋体" w:eastAsia="宋体"/>
                <w:b w:val="0"/>
                <w:sz w:val="18"/>
              </w:rPr>
              <w:t>3.教科书P28“练习七”第9题和P31“练习八”第6题。</w:t>
            </w:r>
          </w:p>
          <w:p>
            <w:pPr>
              <w:spacing w:after="20" w:line="276" w:lineRule="auto"/>
            </w:pPr>
            <w:r>
              <w:rPr>
                <w:rFonts w:ascii="宋体" w:hAnsi="宋体" w:eastAsia="宋体"/>
                <w:b w:val="0"/>
                <w:sz w:val="18"/>
              </w:rPr>
              <w:t>（1）学生独立判断对错。</w:t>
            </w:r>
          </w:p>
          <w:p>
            <w:pPr>
              <w:spacing w:after="20" w:line="276" w:lineRule="auto"/>
            </w:pPr>
            <w:r>
              <w:rPr>
                <w:rFonts w:ascii="宋体" w:hAnsi="宋体" w:eastAsia="宋体"/>
                <w:b w:val="0"/>
                <w:sz w:val="18"/>
              </w:rPr>
              <w:t>（2）集体交流时，让学生结合运算律说明错误原因。</w:t>
            </w:r>
          </w:p>
        </w:tc>
        <w:tc>
          <w:tcPr>
            <w:tcW w:type="dxa" w:w="3061"/>
          </w:tcPr>
          <w:p>
            <w:pPr>
              <w:spacing w:after="20" w:line="276" w:lineRule="auto"/>
            </w:pPr>
            <w:r/>
            <w:r>
              <w:rPr>
                <w:rFonts w:ascii="宋体" w:hAnsi="宋体" w:eastAsia="宋体"/>
                <w:b w:val="0"/>
                <w:sz w:val="18"/>
              </w:rPr>
              <w:t>学生基本上能独立地完成练习，教师注意关注全体学生并做好两点：①引导学生交流不同方法，关注不同方法的算理支撑，如88×125，既可以将88看成8×11，也可以看成80＋8；②抓住学生练习中的错误，引导学生对典型错误进行分析，找出错误原因，如99×38＋38，有的学生觉得此题不能用简便方法计算，教师要引导学生先将它变成99×38＋38×1，再计算。</w:t>
            </w:r>
          </w:p>
          <w:p>
            <w:pPr>
              <w:spacing w:after="20" w:line="276" w:lineRule="auto"/>
            </w:pPr>
            <w:r>
              <w:rPr>
                <w:rFonts w:ascii="宋体" w:hAnsi="宋体" w:eastAsia="宋体"/>
                <w:b w:val="0"/>
                <w:sz w:val="18"/>
              </w:rPr>
              <w:t>学生观察思考后说说它们各运用了什么运算律。</w:t>
            </w:r>
          </w:p>
          <w:p>
            <w:pPr>
              <w:spacing w:after="20" w:line="276" w:lineRule="auto"/>
            </w:pPr>
            <w:r>
              <w:rPr>
                <w:rFonts w:ascii="宋体" w:hAnsi="宋体" w:eastAsia="宋体"/>
                <w:b w:val="0"/>
                <w:sz w:val="18"/>
              </w:rPr>
              <w:t>大部分学生能很快地判断对错，少数学生有困难，教师要耐心指导。</w:t>
            </w:r>
          </w:p>
        </w:tc>
        <w:tc>
          <w:tcPr>
            <w:tcW w:type="dxa" w:w="1814"/>
          </w:tcPr>
          <w:p>
            <w:pPr>
              <w:spacing w:after="20" w:line="276" w:lineRule="auto"/>
            </w:pPr>
            <w:r/>
            <w:r>
              <w:rPr>
                <w:rFonts w:ascii="宋体" w:hAnsi="宋体" w:eastAsia="宋体"/>
                <w:b w:val="0"/>
                <w:sz w:val="18"/>
              </w:rPr>
              <w:t>第1题共有8个小题,基本涵盖了本单元的简便计算内容。关于简便计算的基础训练主要包括两个部分:一是运算律的合理运用，二是计算方法的合理选择。因此,教学中,应多给学生提供实际计算的机会。</w:t>
            </w:r>
          </w:p>
          <w:p>
            <w:pPr>
              <w:spacing w:after="20" w:line="276" w:lineRule="auto"/>
            </w:pPr>
            <w:r>
              <w:rPr>
                <w:rFonts w:ascii="宋体" w:hAnsi="宋体" w:eastAsia="宋体"/>
                <w:b w:val="0"/>
                <w:sz w:val="18"/>
              </w:rPr>
              <w:t>判断等式是否成立，旨在引导学生进一步理解运算律的内涵。</w:t>
            </w:r>
          </w:p>
        </w:tc>
      </w:tr>
      <w:tr>
        <w:tc>
          <w:tcPr>
            <w:tcW w:type="dxa" w:w="1474"/>
          </w:tcPr>
          <w:p>
            <w:pPr>
              <w:spacing w:after="20" w:line="276" w:lineRule="auto"/>
            </w:pPr>
            <w:r>
              <w:rPr>
                <w:b/>
              </w:rPr>
            </w:r>
            <w:r>
              <w:rPr>
                <w:rFonts w:ascii="宋体" w:hAnsi="宋体" w:eastAsia="宋体"/>
                <w:b/>
                <w:sz w:val="18"/>
              </w:rPr>
              <w:t>三、提高练习，巩固新知识</w:t>
            </w:r>
          </w:p>
        </w:tc>
        <w:tc>
          <w:tcPr>
            <w:tcW w:type="dxa" w:w="3061"/>
          </w:tcPr>
          <w:p>
            <w:pPr>
              <w:spacing w:after="20" w:line="276" w:lineRule="auto"/>
            </w:pPr>
            <w:r/>
            <w:r>
              <w:rPr>
                <w:rFonts w:ascii="宋体" w:hAnsi="宋体" w:eastAsia="宋体"/>
                <w:b w:val="0"/>
                <w:sz w:val="18"/>
              </w:rPr>
              <w:t>1.教科书P27“练习七”第5题和P31“练习八”第7题。</w:t>
            </w:r>
          </w:p>
          <w:p>
            <w:pPr>
              <w:spacing w:after="20" w:line="276" w:lineRule="auto"/>
            </w:pPr>
            <w:r>
              <w:rPr>
                <w:rFonts w:ascii="宋体" w:hAnsi="宋体" w:eastAsia="宋体"/>
                <w:b w:val="0"/>
                <w:sz w:val="18"/>
              </w:rPr>
              <w:t>（1）学生弄清题意后独立解答。</w:t>
            </w:r>
          </w:p>
          <w:p>
            <w:pPr>
              <w:spacing w:after="20" w:line="276" w:lineRule="auto"/>
            </w:pPr>
            <w:r>
              <w:rPr>
                <w:rFonts w:ascii="宋体" w:hAnsi="宋体" w:eastAsia="宋体"/>
                <w:b w:val="0"/>
                <w:sz w:val="18"/>
              </w:rPr>
              <w:t>（2）全班交流分享，要求说清楚自己的解题思路。</w:t>
            </w:r>
          </w:p>
          <w:p>
            <w:pPr>
              <w:spacing w:after="20" w:line="276" w:lineRule="auto"/>
            </w:pPr>
            <w:r>
              <w:rPr>
                <w:rFonts w:ascii="宋体" w:hAnsi="宋体" w:eastAsia="宋体"/>
                <w:b w:val="0"/>
                <w:sz w:val="18"/>
              </w:rPr>
              <w:t>2.教科书P28“练习七”第8、10题。</w:t>
            </w:r>
          </w:p>
          <w:p>
            <w:pPr>
              <w:spacing w:after="20" w:line="276" w:lineRule="auto"/>
            </w:pPr>
            <w:r>
              <w:rPr>
                <w:rFonts w:ascii="宋体" w:hAnsi="宋体" w:eastAsia="宋体"/>
                <w:b w:val="0"/>
                <w:sz w:val="18"/>
              </w:rPr>
              <w:t>（1）学生找到题目或图中的已知条件和要求的问题，和同桌相互说一说。</w:t>
            </w:r>
          </w:p>
          <w:p>
            <w:pPr>
              <w:spacing w:after="20" w:line="276" w:lineRule="auto"/>
            </w:pPr>
            <w:r>
              <w:rPr>
                <w:rFonts w:ascii="宋体" w:hAnsi="宋体" w:eastAsia="宋体"/>
                <w:b w:val="0"/>
                <w:sz w:val="18"/>
              </w:rPr>
              <w:t>（2）学生独立解答后交流订正。</w:t>
            </w:r>
          </w:p>
        </w:tc>
        <w:tc>
          <w:tcPr>
            <w:tcW w:type="dxa" w:w="3061"/>
          </w:tcPr>
          <w:p>
            <w:pPr>
              <w:spacing w:after="20" w:line="276" w:lineRule="auto"/>
            </w:pPr>
            <w:r/>
            <w:r>
              <w:rPr>
                <w:rFonts w:ascii="宋体" w:hAnsi="宋体" w:eastAsia="宋体"/>
                <w:b w:val="0"/>
                <w:sz w:val="18"/>
              </w:rPr>
              <w:t>这两道题学生应该都有两种解法。例如“练习七”第5题，①(75+45)×60是先算出1套运动服的价钱,再算出60套运动服的价钱；②75×60+45×60是先分别算出60件上衣的价钱和60条裤子的价钱,再加起来算出60套运动服的价钱。</w:t>
            </w:r>
          </w:p>
          <w:p>
            <w:pPr>
              <w:spacing w:after="20" w:line="276" w:lineRule="auto"/>
            </w:pPr>
            <w:r>
              <w:rPr>
                <w:rFonts w:ascii="宋体" w:hAnsi="宋体" w:eastAsia="宋体"/>
                <w:b w:val="0"/>
                <w:sz w:val="18"/>
              </w:rPr>
              <w:t>注意引导学生体会乘法运算律在实际问题中的应用。</w:t>
            </w:r>
          </w:p>
        </w:tc>
        <w:tc>
          <w:tcPr>
            <w:tcW w:type="dxa" w:w="1814"/>
          </w:tcPr>
          <w:p>
            <w:pPr>
              <w:spacing w:after="20" w:line="276" w:lineRule="auto"/>
            </w:pPr>
            <w:r/>
            <w:r>
              <w:rPr>
                <w:rFonts w:ascii="宋体" w:hAnsi="宋体" w:eastAsia="宋体"/>
                <w:b w:val="0"/>
                <w:sz w:val="18"/>
              </w:rPr>
              <w:t>这两道题是典型的可用乘法分配律解决的实际问题，在学生列出不同算式的基础上,以生活情境的材料解释算式的意义，进一步加深学生对乘法分配律意义的认识和理解。</w:t>
            </w:r>
          </w:p>
        </w:tc>
      </w:tr>
      <w:tr>
        <w:tc>
          <w:tcPr>
            <w:tcW w:type="dxa" w:w="1474"/>
          </w:tcPr>
          <w:p>
            <w:pPr>
              <w:spacing w:after="20" w:line="276" w:lineRule="auto"/>
            </w:pPr>
            <w:r>
              <w:rPr>
                <w:b/>
              </w:rPr>
            </w:r>
            <w:r>
              <w:rPr>
                <w:rFonts w:ascii="宋体" w:hAnsi="宋体" w:eastAsia="宋体"/>
                <w:b/>
                <w:sz w:val="18"/>
              </w:rPr>
              <w:t>四、拓展练习，拓宽视野</w:t>
            </w:r>
          </w:p>
        </w:tc>
        <w:tc>
          <w:tcPr>
            <w:tcW w:type="dxa" w:w="3061"/>
          </w:tcPr>
          <w:p>
            <w:pPr>
              <w:spacing w:after="20" w:line="276" w:lineRule="auto"/>
            </w:pPr>
            <w:r/>
            <w:r>
              <w:rPr>
                <w:rFonts w:ascii="宋体" w:hAnsi="宋体" w:eastAsia="宋体"/>
                <w:b w:val="0"/>
                <w:sz w:val="18"/>
              </w:rPr>
              <w:t>1.教科书P28“练习七”第11*题。</w:t>
            </w:r>
          </w:p>
          <w:p>
            <w:pPr>
              <w:spacing w:after="20" w:line="276" w:lineRule="auto"/>
            </w:pPr>
            <w:r>
              <w:rPr>
                <w:rFonts w:ascii="宋体" w:hAnsi="宋体" w:eastAsia="宋体"/>
                <w:b w:val="0"/>
                <w:sz w:val="18"/>
              </w:rPr>
              <w:t>（1）引导学生小组讨论第1个等式，明确等式左边是在计算几个167的和。</w:t>
            </w:r>
          </w:p>
          <w:p>
            <w:pPr>
              <w:spacing w:after="20" w:line="276" w:lineRule="auto"/>
            </w:pPr>
            <w:r>
              <w:rPr>
                <w:rFonts w:ascii="宋体" w:hAnsi="宋体" w:eastAsia="宋体"/>
                <w:b w:val="0"/>
                <w:sz w:val="18"/>
              </w:rPr>
              <w:t>（2）学生独立完成后集体订正。</w:t>
            </w:r>
          </w:p>
          <w:p>
            <w:pPr>
              <w:spacing w:after="20" w:line="276" w:lineRule="auto"/>
            </w:pPr>
            <w:r>
              <w:rPr>
                <w:rFonts w:ascii="宋体" w:hAnsi="宋体" w:eastAsia="宋体"/>
                <w:b w:val="0"/>
                <w:sz w:val="18"/>
              </w:rPr>
              <w:t>2.教科书P31“练习八”第8题。</w:t>
            </w:r>
          </w:p>
          <w:p>
            <w:pPr>
              <w:spacing w:after="20" w:line="276" w:lineRule="auto"/>
            </w:pPr>
            <w:r>
              <w:rPr>
                <w:rFonts w:ascii="宋体" w:hAnsi="宋体" w:eastAsia="宋体"/>
                <w:b w:val="0"/>
                <w:sz w:val="18"/>
              </w:rPr>
              <w:t>（1）引导学生看图，理顺思路。</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（3）交流汇报，说说解题思路。</w:t>
            </w:r>
          </w:p>
          <w:p>
            <w:pPr>
              <w:spacing w:after="20" w:line="276" w:lineRule="auto"/>
            </w:pPr>
            <w:r>
              <w:rPr>
                <w:rFonts w:ascii="宋体" w:hAnsi="宋体" w:eastAsia="宋体"/>
                <w:b w:val="0"/>
                <w:sz w:val="18"/>
              </w:rPr>
              <w:t>3.教科书P31“练习八”思考题。</w:t>
            </w:r>
          </w:p>
          <w:p>
            <w:pPr>
              <w:spacing w:after="20" w:line="276" w:lineRule="auto"/>
            </w:pPr>
            <w:r>
              <w:rPr>
                <w:rFonts w:ascii="宋体" w:hAnsi="宋体" w:eastAsia="宋体"/>
                <w:b w:val="0"/>
                <w:sz w:val="18"/>
              </w:rPr>
              <w:t>（1）小组合作解题，教师巡视指导。</w:t>
            </w:r>
          </w:p>
          <w:p>
            <w:pPr>
              <w:spacing w:after="20" w:line="276" w:lineRule="auto"/>
            </w:pPr>
            <w:r>
              <w:rPr>
                <w:rFonts w:ascii="宋体" w:hAnsi="宋体" w:eastAsia="宋体"/>
                <w:b w:val="0"/>
                <w:sz w:val="18"/>
              </w:rPr>
              <w:t>（2）集体汇报。</w:t>
            </w:r>
          </w:p>
          <w:p>
            <w:pPr>
              <w:spacing w:after="20" w:line="276" w:lineRule="auto"/>
            </w:pPr>
            <w:r>
              <w:rPr>
                <w:rFonts w:ascii="宋体" w:hAnsi="宋体" w:eastAsia="宋体"/>
                <w:b w:val="0"/>
                <w:sz w:val="18"/>
              </w:rPr>
              <w:t>教学中根据学生的学习情况，进行针对性的练习。如第6题判断，如果前期学生的作业状况良好，此题可以较快地解决，甚至可不用做；如果前期作业状况不佳，则可重点展开，分析错误原因，及时改正。</w:t>
            </w:r>
          </w:p>
        </w:tc>
        <w:tc>
          <w:tcPr>
            <w:tcW w:type="dxa" w:w="3061"/>
          </w:tcPr>
          <w:p>
            <w:pPr>
              <w:spacing w:after="20" w:line="276" w:lineRule="auto"/>
            </w:pPr>
            <w:r/>
            <w:r>
              <w:rPr>
                <w:rFonts w:ascii="宋体" w:hAnsi="宋体" w:eastAsia="宋体"/>
                <w:b w:val="0"/>
                <w:sz w:val="18"/>
              </w:rPr>
              <w:t>学生通过讨论第1个等式找到规律后，能够独立完成。</w:t>
            </w:r>
          </w:p>
          <w:p>
            <w:pPr>
              <w:spacing w:after="20" w:line="276" w:lineRule="auto"/>
            </w:pPr>
            <w:r>
              <w:rPr>
                <w:rFonts w:ascii="宋体" w:hAnsi="宋体" w:eastAsia="宋体"/>
                <w:b w:val="0"/>
                <w:sz w:val="18"/>
              </w:rPr>
              <w:t>学生可能回答：先将题中的多边形分为宽相等的两个长方形，再求面积。教师要引导学生理解从21×9＋19×9到（21＋19）×9的变式过程是把分成的这两个长方形拼成一个大长方形的过程。</w:t>
            </w:r>
          </w:p>
          <w:p>
            <w:pPr>
              <w:spacing w:after="20" w:line="276" w:lineRule="auto"/>
            </w:pPr>
            <w:r>
              <w:rPr>
                <w:rFonts w:ascii="宋体" w:hAnsi="宋体" w:eastAsia="宋体"/>
                <w:b w:val="0"/>
                <w:sz w:val="18"/>
              </w:rPr>
              <w:t>学生可能回答，从前两个算式得出△+△=○+○+○+○,即△=○+○。把第3个算式中的2个○换成1个△,得△+□+△=400。由第1个算式知道,2个△可换成3个□,即□+□+□+□=400,所以□=100,代入第1、2个算式,可得△=150,○=75。</w:t>
            </w:r>
          </w:p>
        </w:tc>
        <w:tc>
          <w:tcPr>
            <w:tcW w:type="dxa" w:w="1814"/>
          </w:tcPr>
          <w:p>
            <w:pPr>
              <w:spacing w:after="20" w:line="276" w:lineRule="auto"/>
            </w:pPr>
            <w:r/>
            <w:r>
              <w:rPr>
                <w:rFonts w:ascii="宋体" w:hAnsi="宋体" w:eastAsia="宋体"/>
                <w:b w:val="0"/>
                <w:sz w:val="18"/>
              </w:rPr>
              <w:t>以前面两题为材料，适度拓展乘法分配律的应用范围，发展学生的思维能力。借助思考题初步渗透“等量代换”的数学思想方法，拓宽学生的视野。</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师：通过这节课的练习，你有什么收获？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引导学生回顾梳理本课所学，完善认知结构，提升归纳与反思能力，核心问题："通过这节课的练习，你有什么收获？"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完成教科书P27~28“练习七”第5、8、9、10、11*题，P30~31“练习八”第1、4、6、7、8题和思考题。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在学生已经学习了加法交换律、结合律，乘法交换律、结合律和分配律的基础上进行的一节综合练习课,目的是引导学生正确、熟练、灵活地运用运算律进行简便计算并解决实际问题。教学中通过“基础练习——提高练习——拓展练习”的思路引导学生分层练习,充分挖掘学生的思维潜能,培养学生的创新精神和实践能力,在自主练习过程中实现人人都能获得良好的数学教育,不同的人在数学上得到不同的发展的目的。整节课课堂气氛活跃，教学效果不错。但有个别学生对乘法分配律的应用，特别是逆应用，不够熟练，以后的学习中还要加强练习。</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