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第4单元 小数的意义和性质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小数的意义和性质</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理解小数的意义和性质,是学生系统学习小数的开始。本单元的教学内容是在学生三年级学习了“分数的初步认识”和“小数的初步认识”基础上教学的,通过本单元的学习使学生进一步理解小数的意义,为今后学习小数的四则运算打好基础。</w:t>
      </w:r>
    </w:p>
    <w:p>
      <w:pPr>
        <w:spacing w:after="80" w:line="300" w:lineRule="auto"/>
        <w:ind w:firstLine="400"/>
      </w:pPr>
      <w:r>
        <w:rPr>
          <w:rFonts w:ascii="宋体" w:hAnsi="宋体" w:eastAsia="宋体"/>
          <w:b w:val="0"/>
          <w:sz w:val="20"/>
        </w:rPr>
        <w:t>本单元内容较多，主要有：1.小数的意义和读写法；2.小数的性质和大小比较；3.小数点移动引起小数大小的变化；4.小数与单位换算；5.小数的近似数及整理和复习。其中教学重点是：1.理解小数的意义,认识小数的计数单位,会读写小数,会比较小数的大小；2.掌握小数的性质和小数点移动引起小数大小变化的规律；3.能够按照“四舍五入”法求出小数的近似数。教学难点是：1.理解小数的基本性质；2.理解小数点移动引起小数大小变化的规律；3.理解把较大的数改写成用“万”或“亿”作单位的数与求一个数的近似数的区别。</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第1课时：理解和掌握把低级单位名数改写成高级单位名数的方法,并能正确、迅速地进行改写。</w:t>
      </w:r>
    </w:p>
    <w:p>
      <w:pPr>
        <w:spacing w:after="20" w:line="300" w:lineRule="auto"/>
        <w:ind w:firstLine="400"/>
      </w:pPr>
      <w:r>
        <w:rPr>
          <w:rFonts w:ascii="宋体" w:hAnsi="宋体" w:eastAsia="宋体"/>
          <w:b w:val="0"/>
          <w:sz w:val="20"/>
        </w:rPr>
        <w:t>第2课时：结合问题情境,探索、发现小数点移动引起小数大小变化的规律。</w:t>
      </w:r>
    </w:p>
    <w:p>
      <w:pPr>
        <w:spacing w:after="20" w:line="300" w:lineRule="auto"/>
        <w:ind w:firstLine="400"/>
      </w:pPr>
      <w:r>
        <w:rPr>
          <w:rFonts w:ascii="宋体" w:hAnsi="宋体" w:eastAsia="宋体"/>
          <w:b w:val="0"/>
          <w:sz w:val="20"/>
        </w:rPr>
        <w:t>第3课时：理解小数的性质,能运用小数的性质化简小数和改写小数。</w:t>
      </w:r>
    </w:p>
    <w:p>
      <w:pPr>
        <w:spacing w:after="20" w:line="300" w:lineRule="auto"/>
        <w:ind w:firstLine="400"/>
      </w:pPr>
      <w:r>
        <w:rPr>
          <w:rFonts w:ascii="宋体" w:hAnsi="宋体" w:eastAsia="宋体"/>
          <w:b w:val="0"/>
          <w:sz w:val="20"/>
        </w:rPr>
        <w:t>第4课时：了解小数的产生,理解小数的意义,明确小数与十进分数之间的关系、小数的计数单位以及计数单位之间的关系。</w:t>
      </w:r>
    </w:p>
    <w:p>
      <w:pPr>
        <w:spacing w:after="20" w:line="300" w:lineRule="auto"/>
        <w:ind w:firstLine="400"/>
      </w:pPr>
      <w:r>
        <w:rPr>
          <w:rFonts w:ascii="宋体" w:hAnsi="宋体" w:eastAsia="宋体"/>
          <w:b w:val="0"/>
          <w:sz w:val="20"/>
        </w:rPr>
        <w:t>第5课时：结合具体情境理解小数近似数的意义,掌握求小数近似数的方法,会应用“四舍五入”法求小数的近似数,知道精确度的含义。</w:t>
      </w:r>
    </w:p>
    <w:p>
      <w:pPr>
        <w:spacing w:after="20" w:line="300" w:lineRule="auto"/>
        <w:ind w:firstLine="400"/>
      </w:pPr>
      <w:r>
        <w:rPr>
          <w:rFonts w:ascii="宋体" w:hAnsi="宋体" w:eastAsia="宋体"/>
          <w:b w:val="0"/>
          <w:sz w:val="20"/>
        </w:rPr>
        <w:t>第6课时：理解和掌握把高级单位名数改写成低级单位名数的方法,并能正确、迅速地进行改写。</w:t>
      </w:r>
    </w:p>
    <w:p>
      <w:pPr>
        <w:spacing w:after="20" w:line="300" w:lineRule="auto"/>
        <w:ind w:firstLine="400"/>
      </w:pPr>
      <w:r>
        <w:rPr>
          <w:rFonts w:ascii="宋体" w:hAnsi="宋体" w:eastAsia="宋体"/>
          <w:b w:val="0"/>
          <w:sz w:val="20"/>
        </w:rPr>
        <w:t>第7课时：通过观察比较的方法掌握新知识。</w:t>
      </w:r>
    </w:p>
    <w:p>
      <w:pPr>
        <w:spacing w:after="20" w:line="300" w:lineRule="auto"/>
        <w:ind w:firstLine="400"/>
      </w:pPr>
      <w:r>
        <w:rPr>
          <w:rFonts w:ascii="宋体" w:hAnsi="宋体" w:eastAsia="宋体"/>
          <w:b w:val="0"/>
          <w:sz w:val="20"/>
        </w:rPr>
        <w:t>第8课时：掌握小数大小的比较方法,并能把两个以上的小数按大小顺序排列起来。</w:t>
      </w:r>
    </w:p>
    <w:p>
      <w:pPr>
        <w:spacing w:after="20" w:line="300" w:lineRule="auto"/>
        <w:ind w:firstLine="400"/>
      </w:pPr>
      <w:r>
        <w:rPr>
          <w:rFonts w:ascii="宋体" w:hAnsi="宋体" w:eastAsia="宋体"/>
          <w:b w:val="0"/>
          <w:sz w:val="20"/>
        </w:rPr>
        <w:t>第9课时：认识小数的计数单位、小数的数位名称及顺序,概括整理小数的数位顺序表。</w:t>
      </w:r>
    </w:p>
    <w:p>
      <w:pPr>
        <w:spacing w:after="20" w:line="300" w:lineRule="auto"/>
        <w:ind w:firstLine="400"/>
      </w:pPr>
      <w:r>
        <w:rPr>
          <w:rFonts w:ascii="宋体" w:hAnsi="宋体" w:eastAsia="宋体"/>
          <w:b w:val="0"/>
          <w:sz w:val="20"/>
        </w:rPr>
        <w:t>第10课时：经历独立探究的过程,掌握把一个不是整万或整亿的数改写成用“万”或“亿”作单位的数,以及根据要求保留指定的小数位数的方法。</w:t>
      </w:r>
    </w:p>
    <w:p>
      <w:pPr>
        <w:spacing w:after="20" w:line="300" w:lineRule="auto"/>
        <w:ind w:firstLine="400"/>
      </w:pPr>
      <w:r>
        <w:rPr>
          <w:rFonts w:ascii="宋体" w:hAnsi="宋体" w:eastAsia="宋体"/>
          <w:b w:val="0"/>
          <w:sz w:val="20"/>
        </w:rPr>
        <w:t>第11课时：掌握小数的读写法，能正确地读写小数。</w:t>
      </w:r>
    </w:p>
    <w:p>
      <w:pPr>
        <w:spacing w:after="20" w:line="300" w:lineRule="auto"/>
        <w:ind w:firstLine="400"/>
      </w:pPr>
      <w:r>
        <w:rPr>
          <w:rFonts w:ascii="宋体" w:hAnsi="宋体" w:eastAsia="宋体"/>
          <w:b w:val="0"/>
          <w:sz w:val="20"/>
        </w:rPr>
        <w:t>第12课时：通过回顾和整理,进一步理解小数的意义和性质,会比较小数大小,掌握小数点移动引起小数大小变化的规律,熟练掌握小数单位换算和求一个小数的近似数的方法。</w:t>
      </w:r>
    </w:p>
    <w:p>
      <w:pPr>
        <w:spacing w:after="20" w:line="300" w:lineRule="auto"/>
        <w:ind w:firstLine="400"/>
      </w:pPr>
      <w:r>
        <w:rPr>
          <w:rFonts w:ascii="宋体" w:hAnsi="宋体" w:eastAsia="宋体"/>
          <w:b w:val="0"/>
          <w:sz w:val="20"/>
        </w:rPr>
        <w:t>第13课时：进一步理解并掌握小数的性质，会用小数的性质化简和改写小数。</w:t>
      </w:r>
    </w:p>
    <w:p>
      <w:pPr>
        <w:spacing w:after="20" w:line="300" w:lineRule="auto"/>
        <w:ind w:firstLine="400"/>
      </w:pPr>
      <w:r>
        <w:rPr>
          <w:rFonts w:ascii="宋体" w:hAnsi="宋体" w:eastAsia="宋体"/>
          <w:b w:val="0"/>
          <w:sz w:val="20"/>
        </w:rPr>
        <w:t>第14课时：通过练习,进一步理解小数的意义和性质,会比较小数的大小,掌握小数点移动引起小数大小变化的规律,熟练掌握小数与单位换算和求一个小数的近似数的方法。</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基本概念、基础知识的教学。本单元的一些概念、法则、性质非常重要,是进一步学习的重要基础,一定要让学生掌握好。这些知识的逻辑性比较强,学生学习起来会有一定的困难,教学时要注意根据学生的认知特点采用适宜的措施帮助学生理解。</w:t>
      </w:r>
    </w:p>
    <w:p>
      <w:pPr>
        <w:spacing w:after="20" w:line="300" w:lineRule="auto"/>
      </w:pPr>
      <w:r>
        <w:rPr>
          <w:rFonts w:ascii="宋体" w:hAnsi="宋体" w:eastAsia="宋体"/>
          <w:b w:val="0"/>
          <w:sz w:val="20"/>
        </w:rPr>
        <w:t>● 注意调动学生已有的学习经验,促进知识的迁移。学生在以前所学的小数的初步知识以及整数的有关知识和经验,都可能在本单元的学习中发挥积极的迁移作用。教师应充分激活学生的相关学习经验促进知识的正迁移,在此基础上放手让学生自主探索,使学生在学会知识的同时学习能力也得到提高。</w:t>
      </w:r>
    </w:p>
    <w:p>
      <w:pPr>
        <w:spacing w:after="20" w:line="300" w:lineRule="auto"/>
      </w:pPr>
      <w:r>
        <w:rPr>
          <w:rFonts w:ascii="宋体" w:hAnsi="宋体" w:eastAsia="宋体"/>
          <w:b w:val="0"/>
          <w:sz w:val="20"/>
        </w:rPr>
        <w:t>● 注重板书设计,引领学生归纳概括。本单元的概念、性质等内容较多,教科书在编排中也注意突出对法则等内容的提炼,在教学中要注意引导学生及时地梳理、归纳,提高学生归纳概括的能力。在引导学生归纳概括的过程中,重要的思维支撑就是板书,教学中要通过清晰的板书设计,给学生提供明晰的思路,帮助学生整体建构知识。</w:t>
      </w:r>
    </w:p>
    <w:p>
      <w:pPr>
        <w:spacing w:after="20" w:line="300" w:lineRule="auto"/>
      </w:pPr>
      <w:r>
        <w:rPr>
          <w:rFonts w:ascii="宋体" w:hAnsi="宋体" w:eastAsia="宋体"/>
          <w:b w:val="0"/>
          <w:sz w:val="20"/>
        </w:rPr>
        <w:t>● 加强教学与生活实际的联系，充分利用教具和多媒体课件，使学生深入理解教学知识。小数在实际生活中的应用非常广泛，在教学时要激活学生的生活经验，充分利用米尺等直观教具和课件，让学生充分感知，联系旧知识，在观察、猜测、操作、比较、验证、归纳、概括的过程中获取新知识。</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小数与单位换算（1）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理解和掌握把低级单位名数改写成高级单位名数的方法,并能正确、迅速地进行改写。</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小数点移动引起小数大小变化的规律（1）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结合问题情境,探索、发现小数点移动引起小数大小变化的规律。</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小数的性质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理解小数的性质,能运用小数的性质化简小数和改写小数。</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小数的意义</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了解小数的产生,理解小数的意义,明确小数与十进分数之间的关系、小数的计数单位以及计数单位之间的关系。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小数的近似数（1）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结合具体情境理解小数近似数的意义,掌握求小数近似数的方法,会应用“四舍五入”法求小数的近似数,知道精确度的含义。</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小数与单位换算（2）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理解和掌握把高级单位名数改写成低级单位名数的方法,并能正确、迅速地进行改写。</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小数点移动引起小数大小变化的规律（2）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通过观察比较的方法掌握新知识。</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小数的大小比较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掌握小数大小的比较方法,并能把两个以上的小数按大小顺序排列起来。</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小数的数位顺序表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认识小数的计数单位、小数的数位名称及顺序,概括整理小数的数位顺序表。</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小数的近似数（2）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经历独立探究的过程,掌握把一个不是整万或整亿的数改写成用“万”或“亿”作单位的数,以及根据要求保留指定的小数位数的方法。</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小数的读法和写法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掌握小数的读写法，能正确地读写小数。</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通过回顾和整理,进一步理解小数的意义和性质,会比较小数大小,掌握小数点移动引起小数大小变化的规律,熟练掌握小数单位换算和求一个小数的近似数的方法。</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练习课（小数的性质和大小比较）</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进一步理解并掌握小数的性质，会用小数的性质化简和改写小数。</w:t>
            </w:r>
          </w:p>
        </w:tc>
      </w:tr>
      <w:tr>
        <w:tc>
          <w:tcPr>
            <w:tcW w:type="dxa" w:w="1020"/>
          </w:tcPr>
          <w:p>
            <w:pPr>
              <w:spacing w:after="20" w:line="276" w:lineRule="auto"/>
            </w:pPr>
            <w:r/>
            <w:r>
              <w:rPr>
                <w:rFonts w:ascii="宋体" w:hAnsi="宋体" w:eastAsia="宋体"/>
                <w:b w:val="0"/>
                <w:sz w:val="18"/>
              </w:rPr>
              <w:t>第14课时</w:t>
            </w:r>
          </w:p>
        </w:tc>
        <w:tc>
          <w:tcPr>
            <w:tcW w:type="dxa" w:w="3061"/>
          </w:tcPr>
          <w:p>
            <w:pPr>
              <w:spacing w:after="20" w:line="276" w:lineRule="auto"/>
            </w:pPr>
            <w:r/>
            <w:r>
              <w:rPr>
                <w:rFonts w:ascii="宋体" w:hAnsi="宋体" w:eastAsia="宋体"/>
                <w:b w:val="0"/>
                <w:sz w:val="18"/>
              </w:rPr>
              <w:t>练习课（整理和复习）</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通过练习,进一步理解小数的意义和性质,会比较小数的大小,掌握小数点移动引起小数大小变化的规律,熟练掌握小数与单位换算和求一个小数的近似数的方法。</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小数与单位换算（1）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小数与单位换算（1）</w:t>
            </w:r>
          </w:p>
        </w:tc>
        <w:tc>
          <w:tcPr>
            <w:tcW w:type="dxa" w:w="6009"/>
          </w:tcPr>
          <w:p>
            <w:pPr>
              <w:spacing w:after="20" w:line="276" w:lineRule="auto"/>
            </w:pPr>
            <w:r/>
            <w:r>
              <w:rPr>
                <w:rFonts w:ascii="宋体" w:hAnsi="宋体" w:eastAsia="宋体"/>
                <w:b w:val="0"/>
                <w:sz w:val="20"/>
              </w:rPr>
              <w:t>第4单元 小数的意义和性质（小数与单位换算）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教学内容：教科书P46例1，完成P47上方“做一做”，P48~49“练习十二”第1、6、9题。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（1）理解和掌握把低级单位名数改写成高级单位名数的方法,并能正确、迅速地进行改写。</w:t>
      </w:r>
    </w:p>
    <w:p>
      <w:pPr>
        <w:spacing w:after="20" w:line="300" w:lineRule="auto"/>
        <w:ind w:firstLine="400"/>
      </w:pPr>
      <w:r>
        <w:rPr>
          <w:rFonts w:ascii="宋体" w:hAnsi="宋体" w:eastAsia="宋体"/>
          <w:b w:val="0"/>
          <w:sz w:val="20"/>
        </w:rPr>
        <w:t>（2）经历单位换算的过程,能正确地通过小数点的移动进行单位换算。</w:t>
      </w:r>
    </w:p>
    <w:p>
      <w:pPr>
        <w:spacing w:after="20" w:line="300" w:lineRule="auto"/>
        <w:ind w:firstLine="400"/>
      </w:pPr>
      <w:r>
        <w:rPr>
          <w:rFonts w:ascii="宋体" w:hAnsi="宋体" w:eastAsia="宋体"/>
          <w:b w:val="0"/>
          <w:sz w:val="20"/>
        </w:rPr>
        <w:t>（3）通过对生活中各种数据的换算，使学生进一步体会数学在生活中的意义和作用。</w:t>
      </w:r>
    </w:p>
    <w:p>
      <w:pPr>
        <w:spacing w:after="20" w:line="300" w:lineRule="auto"/>
      </w:pPr>
      <w:r>
        <w:rPr>
          <w:rFonts w:ascii="宋体" w:hAnsi="宋体" w:eastAsia="宋体"/>
          <w:b w:val="0"/>
          <w:sz w:val="20"/>
        </w:rPr>
        <w:t>教学重点：理解并综合运用计量单位间的进率、小数的性质、小数点移动的规律等知识进行单位换算。</w:t>
      </w:r>
    </w:p>
    <w:p>
      <w:pPr>
        <w:spacing w:after="20" w:line="300" w:lineRule="auto"/>
      </w:pPr>
      <w:r>
        <w:rPr>
          <w:rFonts w:ascii="宋体" w:hAnsi="宋体" w:eastAsia="宋体"/>
          <w:b w:val="0"/>
          <w:sz w:val="20"/>
        </w:rPr>
        <w:t>教学难点：理解并掌握单位换算的方法。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一、创设情境,引出问题</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同学们,前面我们都学过哪些关于小数的知识?</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二、探索交流,解决问题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这个问题与第一个问题有什么不同和相同之处？换算时要注意什么?；现在你能将这四个人的身高按从高到低进行排序了吗?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三、实际应用，提高能力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你在这节课中最大的收获是什么？</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五、课后练习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一、创设情境,引出问题</w:t>
            </w:r>
          </w:p>
        </w:tc>
        <w:tc>
          <w:tcPr>
            <w:tcW w:type="dxa" w:w="3061"/>
          </w:tcPr>
          <w:p>
            <w:pPr>
              <w:spacing w:after="20" w:line="276" w:lineRule="auto"/>
            </w:pPr>
            <w:r/>
            <w:r>
              <w:rPr>
                <w:rFonts w:ascii="宋体" w:hAnsi="宋体" w:eastAsia="宋体"/>
                <w:b w:val="0"/>
                <w:sz w:val="18"/>
              </w:rPr>
              <w:t>1.提问。</w:t>
            </w:r>
          </w:p>
          <w:p>
            <w:pPr>
              <w:spacing w:after="20" w:line="276" w:lineRule="auto"/>
            </w:pPr>
            <w:r>
              <w:rPr>
                <w:rFonts w:ascii="宋体" w:hAnsi="宋体" w:eastAsia="宋体"/>
                <w:b w:val="0"/>
                <w:sz w:val="18"/>
              </w:rPr>
              <w:t>师：同学们,前面我们都学过哪些关于小数的知识?</w:t>
            </w:r>
          </w:p>
          <w:p>
            <w:pPr>
              <w:spacing w:after="20" w:line="276" w:lineRule="auto"/>
            </w:pPr>
            <w:r>
              <w:rPr>
                <w:rFonts w:ascii="宋体" w:hAnsi="宋体" w:eastAsia="宋体"/>
                <w:b w:val="0"/>
                <w:sz w:val="18"/>
              </w:rPr>
              <w:t>2.课件出示教科书P46的情境图。</w:t>
            </w:r>
          </w:p>
          <w:p>
            <w:pPr>
              <w:spacing w:after="20" w:line="276" w:lineRule="auto"/>
            </w:pPr>
            <w:r>
              <w:rPr>
                <w:rFonts w:ascii="宋体" w:hAnsi="宋体" w:eastAsia="宋体"/>
                <w:b w:val="0"/>
                <w:sz w:val="18"/>
              </w:rPr>
              <w:t>师：在排序之前,需要先把这些数据改用相同的计量单位,这节课咱们一起来研究小数与单位换算。［板书课题：小数与单位换算（1）］</w:t>
            </w:r>
          </w:p>
        </w:tc>
        <w:tc>
          <w:tcPr>
            <w:tcW w:type="dxa" w:w="3061"/>
          </w:tcPr>
          <w:p>
            <w:pPr>
              <w:spacing w:after="20" w:line="276" w:lineRule="auto"/>
            </w:pPr>
            <w:r/>
            <w:r>
              <w:rPr>
                <w:rFonts w:ascii="宋体" w:hAnsi="宋体" w:eastAsia="宋体"/>
                <w:b w:val="0"/>
                <w:sz w:val="18"/>
              </w:rPr>
              <w:t>小数的意义和读写法、小数的性质和大小比较、小数点移动引起小数大小的变化等。</w:t>
            </w:r>
          </w:p>
        </w:tc>
        <w:tc>
          <w:tcPr>
            <w:tcW w:type="dxa" w:w="1814"/>
          </w:tcPr>
          <w:p>
            <w:pPr>
              <w:spacing w:after="20" w:line="276" w:lineRule="auto"/>
            </w:pPr>
            <w:r/>
            <w:r>
              <w:rPr>
                <w:rFonts w:ascii="宋体" w:hAnsi="宋体" w:eastAsia="宋体"/>
                <w:b w:val="0"/>
                <w:sz w:val="18"/>
              </w:rPr>
              <w:t>通过回忆前面有关小数的知识,激活学生已有的知识经验。通过创设“比较单位名称不同的数的大小”的情境,引发问题冲突,使学生感受到学习单位换算的必要性。</w:t>
            </w:r>
          </w:p>
        </w:tc>
      </w:tr>
      <w:tr>
        <w:tc>
          <w:tcPr>
            <w:tcW w:type="dxa" w:w="1474"/>
          </w:tcPr>
          <w:p>
            <w:pPr>
              <w:spacing w:after="20" w:line="276" w:lineRule="auto"/>
            </w:pPr>
            <w:r>
              <w:rPr>
                <w:b/>
              </w:rPr>
            </w:r>
            <w:r>
              <w:rPr>
                <w:rFonts w:ascii="宋体" w:hAnsi="宋体" w:eastAsia="宋体"/>
                <w:b/>
                <w:sz w:val="18"/>
              </w:rPr>
              <w:t>二、探索交流,解决问题</w:t>
            </w:r>
          </w:p>
        </w:tc>
        <w:tc>
          <w:tcPr>
            <w:tcW w:type="dxa" w:w="3061"/>
          </w:tcPr>
          <w:p>
            <w:pPr>
              <w:spacing w:after="20" w:line="276" w:lineRule="auto"/>
            </w:pPr>
            <w:r/>
            <w:r>
              <w:rPr>
                <w:rFonts w:ascii="宋体" w:hAnsi="宋体" w:eastAsia="宋体"/>
                <w:b w:val="0"/>
                <w:sz w:val="18"/>
              </w:rPr>
              <w:t>1.课件出示教科书P46例1。</w:t>
            </w:r>
          </w:p>
          <w:p>
            <w:pPr>
              <w:spacing w:after="20" w:line="276" w:lineRule="auto"/>
            </w:pPr>
            <w:r>
              <w:rPr>
                <w:rFonts w:ascii="宋体" w:hAnsi="宋体" w:eastAsia="宋体"/>
                <w:b w:val="0"/>
                <w:sz w:val="18"/>
              </w:rPr>
              <w:t>师：想一想，试一试，把你的想法和同桌交流。</w:t>
            </w:r>
          </w:p>
          <w:p>
            <w:pPr>
              <w:spacing w:after="20" w:line="276" w:lineRule="auto"/>
            </w:pPr>
            <w:r>
              <w:rPr>
                <w:rFonts w:ascii="宋体" w:hAnsi="宋体" w:eastAsia="宋体"/>
                <w:b w:val="0"/>
                <w:sz w:val="18"/>
              </w:rPr>
              <w:t>鼓励学生在交流中理解不同方法,沟通方法间的关系,理解其本质上的相同之处。</w:t>
            </w:r>
          </w:p>
          <w:p>
            <w:pPr>
              <w:spacing w:after="20" w:line="276" w:lineRule="auto"/>
            </w:pPr>
            <w:r>
              <w:rPr>
                <w:rFonts w:ascii="宋体" w:hAnsi="宋体" w:eastAsia="宋体"/>
                <w:b w:val="0"/>
                <w:sz w:val="18"/>
              </w:rPr>
              <w:t>教师板书：80cm=0.80m=0.8m</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师：观察以上四题，看看它们都是将什么样的单位换算成什么样的单位，再动手做一做。</w:t>
            </w:r>
          </w:p>
          <w:p>
            <w:pPr>
              <w:spacing w:after="20" w:line="276" w:lineRule="auto"/>
            </w:pPr>
            <w:r>
              <w:rPr>
                <w:rFonts w:ascii="宋体" w:hAnsi="宋体" w:eastAsia="宋体"/>
                <w:b w:val="0"/>
                <w:sz w:val="18"/>
              </w:rPr>
              <w:t>47dm=4.7m</w:t>
            </w:r>
          </w:p>
          <w:p>
            <w:pPr>
              <w:spacing w:after="20" w:line="276" w:lineRule="auto"/>
            </w:pPr>
            <w:r>
              <w:rPr>
                <w:rFonts w:ascii="宋体" w:hAnsi="宋体" w:eastAsia="宋体"/>
                <w:b w:val="0"/>
                <w:sz w:val="18"/>
              </w:rPr>
              <w:t>1250g=1.25kg</w:t>
            </w:r>
          </w:p>
          <w:p>
            <w:pPr>
              <w:spacing w:after="20" w:line="276" w:lineRule="auto"/>
            </w:pPr>
            <w:r>
              <w:rPr>
                <w:rFonts w:ascii="宋体" w:hAnsi="宋体" w:eastAsia="宋体"/>
                <w:b w:val="0"/>
                <w:sz w:val="18"/>
              </w:rPr>
              <w:t>50cm2=0.5dm2</w:t>
            </w:r>
          </w:p>
          <w:p>
            <w:pPr>
              <w:spacing w:after="20" w:line="276" w:lineRule="auto"/>
            </w:pPr>
            <w:r>
              <w:rPr>
                <w:rFonts w:ascii="宋体" w:hAnsi="宋体" w:eastAsia="宋体"/>
                <w:b w:val="0"/>
                <w:sz w:val="18"/>
              </w:rPr>
              <w:t>900kg=0.9t</w:t>
            </w:r>
          </w:p>
          <w:p>
            <w:pPr>
              <w:spacing w:after="20" w:line="276" w:lineRule="auto"/>
            </w:pPr>
            <w:r>
              <w:rPr>
                <w:rFonts w:ascii="宋体" w:hAnsi="宋体" w:eastAsia="宋体"/>
                <w:b w:val="0"/>
                <w:sz w:val="18"/>
              </w:rPr>
              <w:t>师小结：将低级单位的单名数改写成高级单位的单名数，可以用这个数除以两个单位之间的进率。</w:t>
            </w:r>
          </w:p>
          <w:p>
            <w:pPr>
              <w:spacing w:after="20" w:line="276" w:lineRule="auto"/>
            </w:pPr>
            <w:r>
              <w:rPr>
                <w:rFonts w:ascii="宋体" w:hAnsi="宋体" w:eastAsia="宋体"/>
                <w:b w:val="0"/>
                <w:sz w:val="18"/>
              </w:rPr>
              <w:t>板书:低级单位的数÷进率＝高级单位的数</w:t>
            </w:r>
          </w:p>
          <w:p>
            <w:pPr>
              <w:spacing w:after="20" w:line="276" w:lineRule="auto"/>
            </w:pPr>
            <w:r>
              <w:rPr>
                <w:rFonts w:ascii="宋体" w:hAnsi="宋体" w:eastAsia="宋体"/>
                <w:b w:val="0"/>
                <w:sz w:val="18"/>
              </w:rPr>
              <w:t>3.课件出示教科书P46“想一想”。</w:t>
            </w:r>
          </w:p>
          <w:p>
            <w:pPr>
              <w:spacing w:after="20" w:line="276" w:lineRule="auto"/>
            </w:pPr>
            <w:r>
              <w:rPr>
                <w:rFonts w:ascii="宋体" w:hAnsi="宋体" w:eastAsia="宋体"/>
                <w:b w:val="0"/>
                <w:sz w:val="18"/>
              </w:rPr>
              <w:t>（1）学生独立探究。</w:t>
            </w:r>
          </w:p>
          <w:p>
            <w:pPr>
              <w:spacing w:after="20" w:line="276" w:lineRule="auto"/>
            </w:pPr>
            <w:r>
              <w:rPr>
                <w:rFonts w:ascii="宋体" w:hAnsi="宋体" w:eastAsia="宋体"/>
                <w:b w:val="0"/>
                <w:sz w:val="18"/>
              </w:rPr>
              <w:t>（2）汇报结果,并说一说是怎样想的，怎样列式。</w:t>
            </w:r>
          </w:p>
          <w:p>
            <w:pPr>
              <w:spacing w:after="20" w:line="276" w:lineRule="auto"/>
            </w:pPr>
            <w:r>
              <w:rPr>
                <w:rFonts w:ascii="宋体" w:hAnsi="宋体" w:eastAsia="宋体"/>
                <w:b w:val="0"/>
                <w:sz w:val="18"/>
              </w:rPr>
              <w:t>板书:1m45cm＝1m＋0.45m＝1.45m</w:t>
            </w:r>
          </w:p>
          <w:p>
            <w:pPr>
              <w:spacing w:after="20" w:line="276" w:lineRule="auto"/>
            </w:pPr>
            <w:r>
              <w:rPr>
                <w:rFonts w:ascii="宋体" w:hAnsi="宋体" w:eastAsia="宋体"/>
                <w:b w:val="0"/>
                <w:sz w:val="18"/>
              </w:rPr>
              <w:t>（3）师：这个问题与第一个问题有什么不同和相同之处？换算时要注意什么?</w:t>
            </w:r>
          </w:p>
          <w:p>
            <w:pPr>
              <w:spacing w:after="20" w:line="276" w:lineRule="auto"/>
            </w:pPr>
            <w:r>
              <w:rPr>
                <w:rFonts w:ascii="宋体" w:hAnsi="宋体" w:eastAsia="宋体"/>
                <w:b w:val="0"/>
                <w:sz w:val="18"/>
              </w:rPr>
              <w:t>板书：45cm→45÷100=0.45(m)</w:t>
            </w:r>
          </w:p>
          <w:p>
            <w:pPr>
              <w:spacing w:after="20" w:line="276" w:lineRule="auto"/>
            </w:pPr>
            <w:r>
              <w:rPr>
                <w:rFonts w:ascii="宋体" w:hAnsi="宋体" w:eastAsia="宋体"/>
                <w:b w:val="0"/>
                <w:sz w:val="18"/>
              </w:rPr>
              <w:t>师小结：把含有低级单位的复名数改写成高级单位的单名数，复名数中高级单位的数不变，作为小数的整数部分，再把复名数中低级单位的数改写成高级单位的数，作为小数的小数部分。</w:t>
            </w:r>
          </w:p>
          <w:p>
            <w:pPr>
              <w:spacing w:after="20" w:line="276" w:lineRule="auto"/>
            </w:pPr>
            <w:r>
              <w:rPr>
                <w:rFonts w:ascii="宋体" w:hAnsi="宋体" w:eastAsia="宋体"/>
                <w:b w:val="0"/>
                <w:sz w:val="18"/>
              </w:rPr>
              <w:t>环节重在充分让学生经历换算的过程，自主总结概括出低级单位的名数化成高级单位的名数的方法，体验迁移学习的方法和解决问题思路的多样化。</w:t>
            </w:r>
          </w:p>
          <w:p>
            <w:pPr>
              <w:spacing w:after="20" w:line="276" w:lineRule="auto"/>
            </w:pPr>
            <w:r>
              <w:rPr>
                <w:rFonts w:ascii="宋体" w:hAnsi="宋体" w:eastAsia="宋体"/>
                <w:b w:val="0"/>
                <w:sz w:val="18"/>
              </w:rPr>
              <w:t>转化的方法解决新问题。通过寻找两种换算的相同和不同之处,归纳方法，体验独立探究和思考的乐趣。</w:t>
            </w:r>
          </w:p>
          <w:p>
            <w:pPr>
              <w:spacing w:after="20" w:line="276" w:lineRule="auto"/>
            </w:pPr>
            <w:r>
              <w:rPr>
                <w:rFonts w:ascii="宋体" w:hAnsi="宋体" w:eastAsia="宋体"/>
                <w:b w:val="0"/>
                <w:sz w:val="18"/>
              </w:rPr>
              <w:t>4.师：现在你能将这四个人的身高按从高到低进行排序了吗?</w:t>
            </w:r>
          </w:p>
        </w:tc>
        <w:tc>
          <w:tcPr>
            <w:tcW w:type="dxa" w:w="3061"/>
          </w:tcPr>
          <w:p>
            <w:pPr>
              <w:spacing w:after="20" w:line="276" w:lineRule="auto"/>
            </w:pPr>
            <w:r/>
            <w:r>
              <w:rPr>
                <w:rFonts w:ascii="宋体" w:hAnsi="宋体" w:eastAsia="宋体"/>
                <w:b w:val="0"/>
                <w:sz w:val="18"/>
              </w:rPr>
              <w:t>学生根据已有经验,可能出现以下情况:</w:t>
            </w:r>
          </w:p>
          <w:p>
            <w:pPr>
              <w:spacing w:after="20" w:line="276" w:lineRule="auto"/>
            </w:pPr>
            <w:r>
              <w:rPr>
                <w:rFonts w:ascii="宋体" w:hAnsi="宋体" w:eastAsia="宋体"/>
                <w:b w:val="0"/>
                <w:sz w:val="18"/>
              </w:rPr>
              <w:t>它们都是将低级单位的名数换算成高级单位的名数。</w:t>
            </w:r>
          </w:p>
          <w:p>
            <w:pPr>
              <w:spacing w:after="20" w:line="276" w:lineRule="auto"/>
            </w:pPr>
            <w:r>
              <w:rPr>
                <w:rFonts w:ascii="宋体" w:hAnsi="宋体" w:eastAsia="宋体"/>
                <w:b w:val="0"/>
                <w:sz w:val="18"/>
              </w:rPr>
              <w:t>将45cm换算成以“米”为单位的数据,再加上1m，即45÷100+1=1.45。</w:t>
            </w:r>
          </w:p>
          <w:p>
            <w:pPr>
              <w:spacing w:after="20" w:line="276" w:lineRule="auto"/>
            </w:pPr>
            <w:r>
              <w:rPr>
                <w:rFonts w:ascii="宋体" w:hAnsi="宋体" w:eastAsia="宋体"/>
                <w:b w:val="0"/>
                <w:sz w:val="18"/>
              </w:rPr>
              <w:t>有了第一环节的基础,这里虽然是复名数换算,但学生也能很快观察到1m45cm由两部分构成,1m不变,45cm换算成以“米”为单位的数据。</w:t>
            </w:r>
          </w:p>
          <w:p>
            <w:pPr>
              <w:spacing w:after="20" w:line="276" w:lineRule="auto"/>
            </w:pPr>
            <w:r>
              <w:rPr>
                <w:rFonts w:ascii="宋体" w:hAnsi="宋体" w:eastAsia="宋体"/>
                <w:b w:val="0"/>
                <w:sz w:val="18"/>
              </w:rPr>
              <w:t>1m45cm＞1.32m＞0.95m＞80cm。</w:t>
            </w:r>
          </w:p>
        </w:tc>
        <w:tc>
          <w:tcPr>
            <w:tcW w:type="dxa" w:w="1814"/>
          </w:tcPr>
          <w:p>
            <w:pPr>
              <w:spacing w:after="20" w:line="276" w:lineRule="auto"/>
            </w:pPr>
            <w:r/>
            <w:r>
              <w:rPr>
                <w:rFonts w:ascii="宋体" w:hAnsi="宋体" w:eastAsia="宋体"/>
                <w:b w:val="0"/>
                <w:sz w:val="18"/>
              </w:rPr>
              <w:t>在初步探索将低级单位名数换算成高级单位名数环节时,有意放慢脚步,让学生充分交流、观察、寻求相同点,发现规律,总结方法,为进一步研究积累经验。</w:t>
            </w:r>
          </w:p>
          <w:p>
            <w:pPr>
              <w:spacing w:after="20" w:line="276" w:lineRule="auto"/>
            </w:pPr>
            <w:r>
              <w:rPr>
                <w:rFonts w:ascii="宋体" w:hAnsi="宋体" w:eastAsia="宋体"/>
                <w:b w:val="0"/>
                <w:sz w:val="18"/>
              </w:rPr>
              <w:t>引导学生在独立思考的基础上,把刚刚学到的知识迁移到这里,用</w:t>
            </w:r>
          </w:p>
          <w:p>
            <w:pPr>
              <w:spacing w:after="20" w:line="276" w:lineRule="auto"/>
            </w:pPr>
            <w:r>
              <w:rPr>
                <w:rFonts w:ascii="宋体" w:hAnsi="宋体" w:eastAsia="宋体"/>
                <w:b w:val="0"/>
                <w:sz w:val="18"/>
              </w:rPr>
              <w:t>（教学中不要急于让学生进行比较，重点应放在观察这些数据的特点上，让学生体会改写成相同计量单位的数的必要性。）</w:t>
            </w:r>
          </w:p>
        </w:tc>
      </w:tr>
      <w:tr>
        <w:tc>
          <w:tcPr>
            <w:tcW w:type="dxa" w:w="1474"/>
          </w:tcPr>
          <w:p>
            <w:pPr>
              <w:spacing w:after="20" w:line="276" w:lineRule="auto"/>
            </w:pPr>
            <w:r>
              <w:rPr>
                <w:b/>
              </w:rPr>
            </w:r>
            <w:r>
              <w:rPr>
                <w:rFonts w:ascii="宋体" w:hAnsi="宋体" w:eastAsia="宋体"/>
                <w:b/>
                <w:sz w:val="18"/>
              </w:rPr>
              <w:t>三、实际应用，提高能力</w:t>
            </w:r>
          </w:p>
        </w:tc>
        <w:tc>
          <w:tcPr>
            <w:tcW w:type="dxa" w:w="3061"/>
          </w:tcPr>
          <w:p>
            <w:pPr>
              <w:spacing w:after="20" w:line="276" w:lineRule="auto"/>
            </w:pPr>
            <w:r/>
            <w:r>
              <w:rPr>
                <w:rFonts w:ascii="宋体" w:hAnsi="宋体" w:eastAsia="宋体"/>
                <w:b w:val="0"/>
                <w:sz w:val="18"/>
              </w:rPr>
              <w:t>1.教科书P47上方“做一做”。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（2）集体交流汇报，说说自己是怎么想的。</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指名学生汇报，如果说法是错的，说明错在哪里。</w:t>
            </w:r>
          </w:p>
          <w:p>
            <w:pPr>
              <w:spacing w:after="20" w:line="276" w:lineRule="auto"/>
            </w:pPr>
            <w:r>
              <w:rPr>
                <w:rFonts w:ascii="宋体" w:hAnsi="宋体" w:eastAsia="宋体"/>
                <w:b w:val="0"/>
                <w:sz w:val="18"/>
              </w:rPr>
              <w:t>3.教科书P48“练习十二”第1题。</w:t>
            </w:r>
          </w:p>
          <w:p>
            <w:pPr>
              <w:spacing w:after="20" w:line="276" w:lineRule="auto"/>
            </w:pPr>
            <w:r>
              <w:rPr>
                <w:rFonts w:ascii="宋体" w:hAnsi="宋体" w:eastAsia="宋体"/>
                <w:b w:val="0"/>
                <w:sz w:val="18"/>
              </w:rPr>
              <w:t>4.教科书P49“练习十二”第6题。</w:t>
            </w:r>
          </w:p>
          <w:p>
            <w:pPr>
              <w:spacing w:after="20" w:line="276" w:lineRule="auto"/>
            </w:pPr>
            <w:r>
              <w:rPr>
                <w:rFonts w:ascii="宋体" w:hAnsi="宋体" w:eastAsia="宋体"/>
                <w:b w:val="0"/>
                <w:sz w:val="18"/>
              </w:rPr>
              <w:t>（1）学生大声读题，理解题意。</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（3）全班交流汇报。</w:t>
            </w:r>
          </w:p>
          <w:p>
            <w:pPr>
              <w:spacing w:after="20" w:line="276" w:lineRule="auto"/>
            </w:pPr>
            <w:r>
              <w:rPr>
                <w:rFonts w:ascii="宋体" w:hAnsi="宋体" w:eastAsia="宋体"/>
                <w:b w:val="0"/>
                <w:sz w:val="18"/>
              </w:rPr>
              <w:t>5.课件出示习题。</w:t>
            </w:r>
          </w:p>
        </w:tc>
        <w:tc>
          <w:tcPr>
            <w:tcW w:type="dxa" w:w="3061"/>
          </w:tcPr>
          <w:p>
            <w:pPr>
              <w:spacing w:after="20" w:line="276" w:lineRule="auto"/>
            </w:pPr>
            <w:r/>
            <w:r>
              <w:rPr>
                <w:rFonts w:ascii="宋体" w:hAnsi="宋体" w:eastAsia="宋体"/>
                <w:b w:val="0"/>
                <w:sz w:val="18"/>
              </w:rPr>
              <w:t>学生独立完成，并说说改写方法。</w:t>
            </w:r>
          </w:p>
          <w:p>
            <w:pPr>
              <w:spacing w:after="20" w:line="276" w:lineRule="auto"/>
            </w:pPr>
            <w:r>
              <w:rPr>
                <w:rFonts w:ascii="宋体" w:hAnsi="宋体" w:eastAsia="宋体"/>
                <w:b w:val="0"/>
                <w:sz w:val="18"/>
              </w:rPr>
              <w:t>学生根据例题的经验，能很快地正确排序。</w:t>
            </w:r>
          </w:p>
          <w:p>
            <w:pPr>
              <w:spacing w:after="20" w:line="276" w:lineRule="auto"/>
            </w:pPr>
            <w:r>
              <w:rPr>
                <w:rFonts w:ascii="宋体" w:hAnsi="宋体" w:eastAsia="宋体"/>
                <w:b w:val="0"/>
                <w:sz w:val="18"/>
              </w:rPr>
              <w:t>最后一题有学生解答困难，教师要引导学生发现：3760m中有3个1000m，就是3km，还余760m，所以3760m＝3km760m。</w:t>
            </w:r>
          </w:p>
        </w:tc>
        <w:tc>
          <w:tcPr>
            <w:tcW w:type="dxa" w:w="1814"/>
          </w:tcPr>
          <w:p>
            <w:pPr>
              <w:spacing w:after="20" w:line="276" w:lineRule="auto"/>
            </w:pPr>
            <w:r/>
            <w:r>
              <w:rPr>
                <w:rFonts w:ascii="宋体" w:hAnsi="宋体" w:eastAsia="宋体"/>
                <w:b w:val="0"/>
                <w:sz w:val="18"/>
              </w:rPr>
              <w:t>提供不同类型的单位换算，通过说一说自己是怎么想的，把学生隐性的思维外显，达到对不同类型换算方法的灵活应用，熟练掌握方法，提高解决问题的能力。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师：你在这节课中最大的收获是什么？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引导学生回顾梳理本课所学，完善认知结构，提升归纳与反思能力，核心问题："你在这节课中最大的收获是什么？"</w:t>
            </w:r>
          </w:p>
        </w:tc>
      </w:tr>
      <w:tr>
        <w:tc>
          <w:tcPr>
            <w:tcW w:type="dxa" w:w="1474"/>
          </w:tcPr>
          <w:p>
            <w:pPr>
              <w:spacing w:after="20" w:line="276" w:lineRule="auto"/>
            </w:pPr>
            <w:r>
              <w:rPr>
                <w:b/>
              </w:rPr>
            </w:r>
            <w:r>
              <w:rPr>
                <w:rFonts w:ascii="宋体" w:hAnsi="宋体" w:eastAsia="宋体"/>
                <w:b/>
                <w:sz w:val="18"/>
              </w:rPr>
              <w:t>五、课后练习</w:t>
            </w:r>
          </w:p>
        </w:tc>
        <w:tc>
          <w:tcPr>
            <w:tcW w:type="dxa" w:w="3061"/>
          </w:tcPr>
          <w:p>
            <w:pPr>
              <w:spacing w:after="20" w:line="276" w:lineRule="auto"/>
            </w:pPr>
            <w:r/>
            <w:r>
              <w:rPr>
                <w:rFonts w:ascii="宋体" w:hAnsi="宋体" w:eastAsia="宋体"/>
                <w:b w:val="0"/>
                <w:sz w:val="18"/>
              </w:rPr>
              <w:t>完成教科书P49“练习十二”第9题。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教科书P46例1，完成P47上方“做一做”，P48~49“练习十二”第1、6、9题。</w:t>
      </w:r>
    </w:p>
    <w:p>
      <w:pPr>
        <w:spacing w:after="40" w:line="300" w:lineRule="auto"/>
        <w:ind w:firstLine="400"/>
      </w:pPr>
      <w:r>
        <w:rPr>
          <w:rFonts w:ascii="宋体" w:hAnsi="宋体" w:eastAsia="宋体"/>
          <w:b w:val="0"/>
          <w:sz w:val="20"/>
        </w:rPr>
        <w:t>② 原设计安排：见“状元成才路”系列丛书《创优作业100分》对应课时作业。 18 cm＝( )m 6角＝( )元 30 dm2＝( )m2 3600 g＝( )kg 23 t45 kg＝( )t 2 kg165 g＝( )kg 2.按要求改写数据。 (1)九江长江大桥是中国桥梁建设史上第三座“里程碑”式的桥梁。上层公路桥长4460 m，下层铁路桥长7675.4 m，正桥长1806.6 m。 4460 m＝( )km 7675.4 m＝( )km 1806.6 m＝( )km (2)截至2024年10月，男子跳高的世界纪录是2 m45 cm。 2 m45 cm＝( )m 3.将下面4种动物的奔跑速度按照从快到慢的顺序排序。 羚羊 1.46千米/分 长颈鹿 0.825千米/分 狐狸 740米/分 狗 930米/分 4.才才将3 t80 kg换算成以吨为单位是3.8 t，才才做得对吗？请说明理由。 5.一辆汽车10分钟行驶10800 m。照这样的速度，这辆汽车从甲地到乙地共行驶了1小时30分钟。甲、乙两地相距多少千米？ 参考答案 1．0.18 0.6 0.3 3.6 23.045 2.165 2．(1)4.46 7.6754 1.8066 (2)2.45 3．1.46千米/分＞930米/分＞0.825千米/分＞740米/分 4．才才做得不对。因为1 t＝1000 kg，80÷1000＝0.08(t)，那么3 t 80 kg＝3.08 t，所以才才做得不对。 5．1小时30分钟＝90分钟 10800÷10×90＝97200(m) 97200 m＝97.2 km</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本课的内容时,让学生始终处于学习的主体地位,集中发展学生的思维,让学生自主探索、合作交流、动手实践,关注学生学习的过程。学生虽然能理解用除以进率的方法把低级单位换算成高级单位,但由于对各单位之间的进率不是很熟悉,对怎样移动小数点不够熟练,所以错误率比较高,尤其是把复名数化成单名数的时候,以后要加强这方面的练习。</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小数点移动引起小数大小变化的规律（1）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小数点移动引起小数大小变化的规律（1）</w:t>
            </w:r>
          </w:p>
        </w:tc>
        <w:tc>
          <w:tcPr>
            <w:tcW w:type="dxa" w:w="6009"/>
          </w:tcPr>
          <w:p>
            <w:pPr>
              <w:spacing w:after="20" w:line="276" w:lineRule="auto"/>
            </w:pPr>
            <w:r/>
            <w:r>
              <w:rPr>
                <w:rFonts w:ascii="宋体" w:hAnsi="宋体" w:eastAsia="宋体"/>
                <w:b w:val="0"/>
                <w:sz w:val="20"/>
              </w:rPr>
              <w:t>第4单元 小数的意义和性质（小数点移动引起小数大小的变化）</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教学内容：教科书P43例1，完成P44上方“做一做”，P45“练习十一”第1题。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（1）结合问题情境,探索、发现小数点移动引起小数大小变化的规律。</w:t>
      </w:r>
    </w:p>
    <w:p>
      <w:pPr>
        <w:spacing w:after="20" w:line="300" w:lineRule="auto"/>
        <w:ind w:firstLine="400"/>
      </w:pPr>
      <w:r>
        <w:rPr>
          <w:rFonts w:ascii="宋体" w:hAnsi="宋体" w:eastAsia="宋体"/>
          <w:b w:val="0"/>
          <w:sz w:val="20"/>
        </w:rPr>
        <w:t>（2）经历观察、思考、体验、操作、交流的过程,培养学生的观察、概括能力。</w:t>
      </w:r>
    </w:p>
    <w:p>
      <w:pPr>
        <w:spacing w:after="20" w:line="300" w:lineRule="auto"/>
        <w:ind w:firstLine="400"/>
      </w:pPr>
      <w:r>
        <w:rPr>
          <w:rFonts w:ascii="宋体" w:hAnsi="宋体" w:eastAsia="宋体"/>
          <w:b w:val="0"/>
          <w:sz w:val="20"/>
        </w:rPr>
        <w:t>（3）培养学生用联系、变化的观点认识事物,养成仔细、认真的学习习惯。</w:t>
      </w:r>
    </w:p>
    <w:p>
      <w:pPr>
        <w:spacing w:after="20" w:line="300" w:lineRule="auto"/>
      </w:pPr>
      <w:r>
        <w:rPr>
          <w:rFonts w:ascii="宋体" w:hAnsi="宋体" w:eastAsia="宋体"/>
          <w:b w:val="0"/>
          <w:sz w:val="20"/>
        </w:rPr>
        <w:t>教学重点：探索并归纳出小数点移动引起小数大小变化的规律。</w:t>
      </w:r>
    </w:p>
    <w:p>
      <w:pPr>
        <w:spacing w:after="20" w:line="300" w:lineRule="auto"/>
      </w:pPr>
      <w:r>
        <w:rPr>
          <w:rFonts w:ascii="宋体" w:hAnsi="宋体" w:eastAsia="宋体"/>
          <w:b w:val="0"/>
          <w:sz w:val="20"/>
        </w:rPr>
        <w:t>教学难点：理解和掌握小数点移动引起小数大小变化的规律。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一、观察对比，导入新课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二、创设情境，探究新知识</w:t>
            </w:r>
          </w:p>
        </w:tc>
        <w:tc>
          <w:tcPr>
            <w:tcW w:type="dxa" w:w="1814"/>
          </w:tcPr>
          <w:p>
            <w:pPr>
              <w:spacing w:after="20" w:line="276" w:lineRule="auto"/>
            </w:pPr>
            <w:r/>
            <w:r>
              <w:rPr>
                <w:rFonts w:ascii="宋体" w:hAnsi="宋体" w:eastAsia="宋体"/>
                <w:b w:val="0"/>
                <w:sz w:val="18"/>
              </w:rPr>
              <w:t>情境图、课件、教科书</w:t>
            </w:r>
          </w:p>
        </w:tc>
        <w:tc>
          <w:tcPr>
            <w:tcW w:type="dxa" w:w="3402"/>
          </w:tcPr>
          <w:p>
            <w:pPr>
              <w:spacing w:after="20" w:line="276" w:lineRule="auto"/>
            </w:pPr>
            <w:r/>
            <w:r>
              <w:rPr>
                <w:rFonts w:ascii="宋体" w:hAnsi="宋体" w:eastAsia="宋体"/>
                <w:b w:val="0"/>
                <w:sz w:val="18"/>
              </w:rPr>
              <w:t>同学们喜欢看《西游记》吗？你们知道他是谁吗？；观察这几个数据，它们有什么不同？</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三、巩固练习，综合应用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四、课堂小结，拓展延伸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一、观察对比，导入新课</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小数点的位置很重要，在数学上我们把小数点位置的变化叫作小数点的移动。这节课我们就一起来研究一下调皮的小数点移动位置会给小数的大小带来怎样的变化。［板书课题:小数点移动引起小数大小变化的规律（1）］</w:t>
            </w:r>
          </w:p>
        </w:tc>
        <w:tc>
          <w:tcPr>
            <w:tcW w:type="dxa" w:w="3061"/>
          </w:tcPr>
          <w:p>
            <w:pPr>
              <w:spacing w:after="20" w:line="276" w:lineRule="auto"/>
            </w:pPr>
            <w:r/>
            <w:r>
              <w:rPr>
                <w:rFonts w:ascii="宋体" w:hAnsi="宋体" w:eastAsia="宋体"/>
                <w:b w:val="0"/>
                <w:sz w:val="18"/>
              </w:rPr>
              <w:t>教师引导学生对比观察，发现第一组小数的小数点位置没有变化，小数的大小也没有变化,而第二组小数的小数点位置移动了，小数的大小也变化了。</w:t>
            </w:r>
          </w:p>
        </w:tc>
        <w:tc>
          <w:tcPr>
            <w:tcW w:type="dxa" w:w="1814"/>
          </w:tcPr>
          <w:p>
            <w:pPr>
              <w:spacing w:after="20" w:line="276" w:lineRule="auto"/>
            </w:pPr>
            <w:r/>
            <w:r>
              <w:rPr>
                <w:rFonts w:ascii="宋体" w:hAnsi="宋体" w:eastAsia="宋体"/>
                <w:b w:val="0"/>
                <w:sz w:val="18"/>
              </w:rPr>
              <w:t>通过对比观察启发学生感受小数的数字相同但是小数点位置不同，小数的大小也就不相同。既与前面小数的性质和大小比较知识联系起来了，又为后面探究小数点移动引起小数大小变化的规律奠定基础。</w:t>
            </w:r>
          </w:p>
        </w:tc>
      </w:tr>
      <w:tr>
        <w:tc>
          <w:tcPr>
            <w:tcW w:type="dxa" w:w="1474"/>
          </w:tcPr>
          <w:p>
            <w:pPr>
              <w:spacing w:after="20" w:line="276" w:lineRule="auto"/>
            </w:pPr>
            <w:r>
              <w:rPr>
                <w:b/>
              </w:rPr>
            </w:r>
            <w:r>
              <w:rPr>
                <w:rFonts w:ascii="宋体" w:hAnsi="宋体" w:eastAsia="宋体"/>
                <w:b/>
                <w:sz w:val="18"/>
              </w:rPr>
              <w:t>二、创设情境，探究新知识</w:t>
            </w:r>
          </w:p>
        </w:tc>
        <w:tc>
          <w:tcPr>
            <w:tcW w:type="dxa" w:w="3061"/>
          </w:tcPr>
          <w:p>
            <w:pPr>
              <w:spacing w:after="20" w:line="276" w:lineRule="auto"/>
            </w:pPr>
            <w:r/>
            <w:r>
              <w:rPr>
                <w:rFonts w:ascii="宋体" w:hAnsi="宋体" w:eastAsia="宋体"/>
                <w:b w:val="0"/>
                <w:sz w:val="18"/>
              </w:rPr>
              <w:t>1.观察情境图，提出问题。</w:t>
            </w:r>
          </w:p>
          <w:p>
            <w:pPr>
              <w:spacing w:after="20" w:line="276" w:lineRule="auto"/>
            </w:pPr>
            <w:r>
              <w:rPr>
                <w:rFonts w:ascii="宋体" w:hAnsi="宋体" w:eastAsia="宋体"/>
                <w:b w:val="0"/>
                <w:sz w:val="18"/>
              </w:rPr>
              <w:t>（1）师：同学们喜欢看《西游记》吗？你们知道他是谁吗？课件出示教科书P43例1的情境图。</w:t>
            </w:r>
          </w:p>
          <w:p>
            <w:pPr>
              <w:spacing w:after="20" w:line="276" w:lineRule="auto"/>
            </w:pPr>
            <w:r>
              <w:rPr>
                <w:rFonts w:ascii="宋体" w:hAnsi="宋体" w:eastAsia="宋体"/>
                <w:b w:val="0"/>
                <w:sz w:val="18"/>
              </w:rPr>
              <w:t>教学中要注重发挥教师的指导作用，在学生充分感知的基础上帮助学生建构思维模型，即“左移变小，右移变大”，再放手让学生探索，使学生对规律的理解更深刻。</w:t>
            </w:r>
          </w:p>
          <w:p>
            <w:pPr>
              <w:spacing w:after="20" w:line="276" w:lineRule="auto"/>
            </w:pPr>
            <w:r>
              <w:rPr>
                <w:rFonts w:ascii="宋体" w:hAnsi="宋体" w:eastAsia="宋体"/>
                <w:b w:val="0"/>
                <w:sz w:val="18"/>
              </w:rPr>
              <w:t>（2）师：下面我们边看连环画边收集有关的数学信息，看看孙悟空的金箍棒的长短发生了什么变化。</w:t>
            </w:r>
          </w:p>
          <w:p>
            <w:pPr>
              <w:spacing w:after="20" w:line="276" w:lineRule="auto"/>
            </w:pPr>
            <w:r>
              <w:rPr>
                <w:rFonts w:ascii="宋体" w:hAnsi="宋体" w:eastAsia="宋体"/>
                <w:b w:val="0"/>
                <w:sz w:val="18"/>
              </w:rPr>
              <w:t>（3）学生汇报。</w:t>
            </w:r>
          </w:p>
          <w:p>
            <w:pPr>
              <w:spacing w:after="20" w:line="276" w:lineRule="auto"/>
            </w:pPr>
            <w:r>
              <w:rPr>
                <w:rFonts w:ascii="宋体" w:hAnsi="宋体" w:eastAsia="宋体"/>
                <w:b w:val="0"/>
                <w:sz w:val="18"/>
              </w:rPr>
              <w:t>（4）师：观察这几个数据，它们有什么不同？</w:t>
            </w:r>
          </w:p>
          <w:p>
            <w:pPr>
              <w:spacing w:after="20" w:line="276" w:lineRule="auto"/>
            </w:pPr>
            <w:r>
              <w:rPr>
                <w:rFonts w:ascii="宋体" w:hAnsi="宋体" w:eastAsia="宋体"/>
                <w:b w:val="0"/>
                <w:sz w:val="18"/>
              </w:rPr>
              <w:t>2.自主探究小数点移动引起小数大小变化的规律。</w:t>
            </w:r>
          </w:p>
          <w:p>
            <w:pPr>
              <w:spacing w:after="20" w:line="276" w:lineRule="auto"/>
            </w:pPr>
            <w:r>
              <w:rPr>
                <w:rFonts w:ascii="宋体" w:hAnsi="宋体" w:eastAsia="宋体"/>
                <w:b w:val="0"/>
                <w:sz w:val="18"/>
              </w:rPr>
              <w:t>（1）师：小数点移动与金箍棒的长短有什么关系？将金箍棒的长度单位转化为毫米，再进行比较。</w:t>
            </w:r>
          </w:p>
          <w:p>
            <w:pPr>
              <w:spacing w:after="20" w:line="276" w:lineRule="auto"/>
            </w:pPr>
            <w:r>
              <w:rPr>
                <w:rFonts w:ascii="宋体" w:hAnsi="宋体" w:eastAsia="宋体"/>
                <w:b w:val="0"/>
                <w:sz w:val="18"/>
              </w:rPr>
              <w:t>0.09m=90mm</w:t>
            </w:r>
          </w:p>
          <w:p>
            <w:pPr>
              <w:spacing w:after="20" w:line="276" w:lineRule="auto"/>
            </w:pPr>
            <w:r>
              <w:rPr>
                <w:rFonts w:ascii="宋体" w:hAnsi="宋体" w:eastAsia="宋体"/>
                <w:b w:val="0"/>
                <w:sz w:val="18"/>
              </w:rPr>
              <w:t>0.9m=900mm</w:t>
            </w:r>
          </w:p>
          <w:p>
            <w:pPr>
              <w:spacing w:after="20" w:line="276" w:lineRule="auto"/>
            </w:pPr>
            <w:r>
              <w:rPr>
                <w:rFonts w:ascii="宋体" w:hAnsi="宋体" w:eastAsia="宋体"/>
                <w:b w:val="0"/>
                <w:sz w:val="18"/>
              </w:rPr>
              <w:t>9m=9000mm</w:t>
            </w:r>
          </w:p>
          <w:p>
            <w:pPr>
              <w:spacing w:after="20" w:line="276" w:lineRule="auto"/>
            </w:pPr>
            <w:r>
              <w:rPr>
                <w:rFonts w:ascii="宋体" w:hAnsi="宋体" w:eastAsia="宋体"/>
                <w:b w:val="0"/>
                <w:sz w:val="18"/>
              </w:rPr>
              <w:t>指名学生到黑板上板书。</w:t>
            </w:r>
          </w:p>
          <w:p>
            <w:pPr>
              <w:spacing w:after="20" w:line="276" w:lineRule="auto"/>
            </w:pPr>
            <w:r>
              <w:rPr>
                <w:rFonts w:ascii="宋体" w:hAnsi="宋体" w:eastAsia="宋体"/>
                <w:b w:val="0"/>
                <w:sz w:val="18"/>
              </w:rPr>
              <w:t>（2）师：请同学们从上往下观察黑板上左边以米为单位的数，分小组讨论。你发现了什么规律？</w:t>
            </w:r>
          </w:p>
          <w:p>
            <w:pPr>
              <w:spacing w:after="20" w:line="276" w:lineRule="auto"/>
            </w:pPr>
            <w:r>
              <w:rPr>
                <w:rFonts w:ascii="宋体" w:hAnsi="宋体" w:eastAsia="宋体"/>
                <w:b w:val="0"/>
                <w:sz w:val="18"/>
              </w:rPr>
              <w:t>教师根据学生的回答适时板书。</w:t>
            </w:r>
          </w:p>
          <w:p>
            <w:pPr>
              <w:spacing w:after="20" w:line="276" w:lineRule="auto"/>
            </w:pPr>
            <w:r>
              <w:rPr>
                <w:rFonts w:ascii="宋体" w:hAnsi="宋体" w:eastAsia="宋体"/>
                <w:b w:val="0"/>
                <w:sz w:val="18"/>
              </w:rPr>
              <w:t>（3）师：再从下往上观察右边和左边相等的以毫米为单位的数，你又发现了什么？</w:t>
            </w:r>
          </w:p>
          <w:p>
            <w:pPr>
              <w:spacing w:after="20" w:line="276" w:lineRule="auto"/>
            </w:pPr>
            <w:r>
              <w:rPr>
                <w:rFonts w:ascii="宋体" w:hAnsi="宋体" w:eastAsia="宋体"/>
                <w:b w:val="0"/>
                <w:sz w:val="18"/>
              </w:rPr>
              <w:t>教师根据学生的回答适时板书。</w:t>
            </w:r>
          </w:p>
          <w:p>
            <w:pPr>
              <w:spacing w:after="20" w:line="276" w:lineRule="auto"/>
            </w:pPr>
            <w:r>
              <w:rPr>
                <w:rFonts w:ascii="宋体" w:hAnsi="宋体" w:eastAsia="宋体"/>
                <w:b w:val="0"/>
                <w:sz w:val="18"/>
              </w:rPr>
              <w:t>师：原数扩大还是缩小由什么决定？移动的位数决定什么？</w:t>
            </w:r>
          </w:p>
          <w:p>
            <w:pPr>
              <w:spacing w:after="20" w:line="276" w:lineRule="auto"/>
            </w:pPr>
            <w:r>
              <w:rPr>
                <w:rFonts w:ascii="宋体" w:hAnsi="宋体" w:eastAsia="宋体"/>
                <w:b w:val="0"/>
                <w:sz w:val="18"/>
              </w:rPr>
              <w:t>引导学生总结：原数扩大还是缩小由小数点的移动方向决定，移动的位数决定倍数。左移变小，右移变大。</w:t>
            </w:r>
          </w:p>
          <w:p>
            <w:pPr>
              <w:spacing w:after="20" w:line="276" w:lineRule="auto"/>
            </w:pPr>
            <w:r>
              <w:rPr>
                <w:rFonts w:ascii="宋体" w:hAnsi="宋体" w:eastAsia="宋体"/>
                <w:b w:val="0"/>
                <w:sz w:val="18"/>
              </w:rPr>
              <w:t>本环节是这节课的重点，要让学生经历观察、思考、体验、操作、交流的过程，理解和掌握小数点移动引起小数大小变化的规律。</w:t>
            </w:r>
          </w:p>
          <w:p>
            <w:pPr>
              <w:spacing w:after="20" w:line="276" w:lineRule="auto"/>
            </w:pPr>
            <w:r>
              <w:rPr>
                <w:rFonts w:ascii="宋体" w:hAnsi="宋体" w:eastAsia="宋体"/>
                <w:b w:val="0"/>
                <w:sz w:val="18"/>
              </w:rPr>
              <w:t>4.沟通知识间的联系。</w:t>
            </w:r>
          </w:p>
          <w:p>
            <w:pPr>
              <w:spacing w:after="20" w:line="276" w:lineRule="auto"/>
            </w:pPr>
            <w:r>
              <w:rPr>
                <w:rFonts w:ascii="宋体" w:hAnsi="宋体" w:eastAsia="宋体"/>
                <w:b w:val="0"/>
                <w:sz w:val="18"/>
              </w:rPr>
              <w:t>（1）师：同桌相互说一说：0.009、0.09、0.9、9中的数字“9”分别在什么数位上？</w:t>
            </w:r>
          </w:p>
          <w:p>
            <w:pPr>
              <w:spacing w:after="20" w:line="276" w:lineRule="auto"/>
            </w:pPr>
            <w:r>
              <w:rPr>
                <w:rFonts w:ascii="宋体" w:hAnsi="宋体" w:eastAsia="宋体"/>
                <w:b w:val="0"/>
                <w:sz w:val="18"/>
              </w:rPr>
              <w:t>师小结：小数点位置移动了,数字所在的数位发生了变化,表示的大小也就发生了变化。正因为相邻的两个计数单位间的进率是10，所以小数的大小发生变化时，小数点向右移动一位、两位、三位……小数就依次扩大到原数的10倍、100倍、1000倍……向左移动同理。</w:t>
            </w:r>
          </w:p>
          <w:p>
            <w:pPr>
              <w:spacing w:after="20" w:line="276" w:lineRule="auto"/>
            </w:pPr>
            <w:r>
              <w:rPr>
                <w:rFonts w:ascii="宋体" w:hAnsi="宋体" w:eastAsia="宋体"/>
                <w:b w:val="0"/>
                <w:sz w:val="18"/>
              </w:rPr>
              <w:t>5.应用规律。</w:t>
            </w:r>
          </w:p>
          <w:p>
            <w:pPr>
              <w:spacing w:after="20" w:line="276" w:lineRule="auto"/>
            </w:pPr>
            <w:r>
              <w:rPr>
                <w:rFonts w:ascii="宋体" w:hAnsi="宋体" w:eastAsia="宋体"/>
                <w:b w:val="0"/>
                <w:sz w:val="18"/>
              </w:rPr>
              <w:t>课件出示一组习题。</w:t>
            </w:r>
          </w:p>
          <w:p>
            <w:pPr>
              <w:spacing w:after="20" w:line="276" w:lineRule="auto"/>
            </w:pPr>
            <w:r>
              <w:rPr>
                <w:rFonts w:ascii="宋体" w:hAnsi="宋体" w:eastAsia="宋体"/>
                <w:b w:val="0"/>
                <w:sz w:val="18"/>
              </w:rPr>
              <w:t>师：同学们能根据这节课我们所学的知识完成练习吗？</w:t>
            </w:r>
          </w:p>
        </w:tc>
        <w:tc>
          <w:tcPr>
            <w:tcW w:type="dxa" w:w="3061"/>
          </w:tcPr>
          <w:p>
            <w:pPr>
              <w:spacing w:after="20" w:line="276" w:lineRule="auto"/>
            </w:pPr>
            <w:r/>
            <w:r>
              <w:rPr>
                <w:rFonts w:ascii="宋体" w:hAnsi="宋体" w:eastAsia="宋体"/>
                <w:b w:val="0"/>
                <w:sz w:val="18"/>
              </w:rPr>
              <w:t>孙悟空的金箍棒在不断变长：0.009m→0.09m→0.9m→9m。</w:t>
            </w:r>
          </w:p>
          <w:p>
            <w:pPr>
              <w:spacing w:after="20" w:line="276" w:lineRule="auto"/>
            </w:pPr>
            <w:r>
              <w:rPr>
                <w:rFonts w:ascii="宋体" w:hAnsi="宋体" w:eastAsia="宋体"/>
                <w:b w:val="0"/>
                <w:sz w:val="18"/>
              </w:rPr>
              <w:t>引导学生发现：这几个数的小数点的位置不同。</w:t>
            </w:r>
          </w:p>
          <w:p>
            <w:pPr>
              <w:spacing w:after="20" w:line="276" w:lineRule="auto"/>
            </w:pPr>
            <w:r>
              <w:rPr>
                <w:rFonts w:ascii="宋体" w:hAnsi="宋体" w:eastAsia="宋体"/>
                <w:b w:val="0"/>
                <w:sz w:val="18"/>
              </w:rPr>
              <w:t>0.009m=9mm</w:t>
            </w:r>
          </w:p>
          <w:p>
            <w:pPr>
              <w:spacing w:after="20" w:line="276" w:lineRule="auto"/>
            </w:pPr>
            <w:r>
              <w:rPr>
                <w:rFonts w:ascii="宋体" w:hAnsi="宋体" w:eastAsia="宋体"/>
                <w:b w:val="0"/>
                <w:sz w:val="18"/>
              </w:rPr>
              <w:t>全班交流汇报。</w:t>
            </w:r>
          </w:p>
          <w:p>
            <w:pPr>
              <w:spacing w:after="20" w:line="276" w:lineRule="auto"/>
            </w:pPr>
            <w:r>
              <w:rPr>
                <w:rFonts w:ascii="宋体" w:hAnsi="宋体" w:eastAsia="宋体"/>
                <w:b w:val="0"/>
                <w:sz w:val="18"/>
              </w:rPr>
              <w:t>预设1：小数点向右移动一位，相当于把原数乘10，小数就扩大到原数的10倍。</w:t>
            </w:r>
          </w:p>
          <w:p>
            <w:pPr>
              <w:spacing w:after="20" w:line="276" w:lineRule="auto"/>
            </w:pPr>
            <w:r>
              <w:rPr>
                <w:rFonts w:ascii="宋体" w:hAnsi="宋体" w:eastAsia="宋体"/>
                <w:b w:val="0"/>
                <w:sz w:val="18"/>
              </w:rPr>
              <w:t>预设2：小数点向右移动两位，相当于把原数乘100，小数就扩大到原数的100倍。</w:t>
            </w:r>
          </w:p>
          <w:p>
            <w:pPr>
              <w:spacing w:after="20" w:line="276" w:lineRule="auto"/>
            </w:pPr>
            <w:r>
              <w:rPr>
                <w:rFonts w:ascii="宋体" w:hAnsi="宋体" w:eastAsia="宋体"/>
                <w:b w:val="0"/>
                <w:sz w:val="18"/>
              </w:rPr>
              <w:t>预设3：小数点向右移动三位，相当于把原数乘1000，小数就扩大到原数的1000倍。</w:t>
            </w:r>
          </w:p>
          <w:p>
            <w:pPr>
              <w:spacing w:after="20" w:line="276" w:lineRule="auto"/>
            </w:pPr>
            <w:r>
              <w:rPr>
                <w:rFonts w:ascii="宋体" w:hAnsi="宋体" w:eastAsia="宋体"/>
                <w:b w:val="0"/>
                <w:sz w:val="18"/>
              </w:rPr>
              <w:t>0.009的“9”在千分位上，0.09的“9”在百分位上，0.9的“9”在十分位上，9的“9”在个位上。</w:t>
            </w:r>
          </w:p>
          <w:p>
            <w:pPr>
              <w:spacing w:after="20" w:line="276" w:lineRule="auto"/>
            </w:pPr>
            <w:r>
              <w:rPr>
                <w:rFonts w:ascii="宋体" w:hAnsi="宋体" w:eastAsia="宋体"/>
                <w:b w:val="0"/>
                <w:sz w:val="18"/>
              </w:rPr>
              <w:t>引导学生发现因为每相邻两个计数单位间的进率是10，所以小数点向右移动一位、两位、三位……则小数就依次扩大到原数的10倍、100倍、1000倍……向左移动同理。</w:t>
            </w:r>
          </w:p>
          <w:p>
            <w:pPr>
              <w:spacing w:after="20" w:line="276" w:lineRule="auto"/>
            </w:pPr>
            <w:r>
              <w:rPr>
                <w:rFonts w:ascii="宋体" w:hAnsi="宋体" w:eastAsia="宋体"/>
                <w:b w:val="0"/>
                <w:sz w:val="18"/>
              </w:rPr>
              <w:t>学生自主完成，指名学生回答。教师及时纠错。</w:t>
            </w:r>
          </w:p>
        </w:tc>
        <w:tc>
          <w:tcPr>
            <w:tcW w:type="dxa" w:w="1814"/>
          </w:tcPr>
          <w:p>
            <w:pPr>
              <w:spacing w:after="20" w:line="276" w:lineRule="auto"/>
            </w:pPr>
            <w:r/>
            <w:r>
              <w:rPr>
                <w:rFonts w:ascii="宋体" w:hAnsi="宋体" w:eastAsia="宋体"/>
                <w:b w:val="0"/>
                <w:sz w:val="18"/>
              </w:rPr>
              <w:t>本环节用连环画的形式呈现孙悟空将金箍棒变长的情境,让学生直观感知到小数点的移动与金箍棒长度的变化是有关系的,为后面发现规律奠定基础。</w:t>
            </w:r>
          </w:p>
          <w:p>
            <w:pPr>
              <w:spacing w:after="20" w:line="276" w:lineRule="auto"/>
            </w:pPr>
            <w:r>
              <w:rPr>
                <w:rFonts w:ascii="宋体" w:hAnsi="宋体" w:eastAsia="宋体"/>
                <w:b w:val="0"/>
                <w:sz w:val="18"/>
              </w:rPr>
              <w:t>根据情境图中的4个数据列出4个等式,以便于学生观察规律。左边是以米为单位的数，从上往下观察，随小数点依次向右移动一位、两位、三位，原数随之不断扩大；右边是和左边相等的毫米数，从下往上观察，小数点依次向左移动一位、两位、三位，原数随之不断缩小。3.总结规律。</w:t>
            </w:r>
          </w:p>
          <w:p>
            <w:pPr>
              <w:spacing w:after="20" w:line="276" w:lineRule="auto"/>
            </w:pPr>
            <w:r>
              <w:rPr>
                <w:rFonts w:ascii="宋体" w:hAnsi="宋体" w:eastAsia="宋体"/>
                <w:b w:val="0"/>
                <w:sz w:val="18"/>
              </w:rPr>
              <w:t>沟通知识之间的内在联系,使学生建构完整的知识体系，深入理解小数点移动引起小数大小变化的规律，不仅要知其然，还要知其所以然。</w:t>
            </w:r>
          </w:p>
          <w:p>
            <w:pPr>
              <w:spacing w:after="20" w:line="276" w:lineRule="auto"/>
            </w:pPr>
            <w:r>
              <w:rPr>
                <w:rFonts w:ascii="宋体" w:hAnsi="宋体" w:eastAsia="宋体"/>
                <w:b w:val="0"/>
                <w:sz w:val="18"/>
              </w:rPr>
              <w:t>通过小练习，及时巩固新知识，使学生进一步理解、掌握小数点移动引起小数大小变化的规律。</w:t>
            </w:r>
          </w:p>
        </w:tc>
      </w:tr>
      <w:tr>
        <w:tc>
          <w:tcPr>
            <w:tcW w:type="dxa" w:w="1474"/>
          </w:tcPr>
          <w:p>
            <w:pPr>
              <w:spacing w:after="20" w:line="276" w:lineRule="auto"/>
            </w:pPr>
            <w:r>
              <w:rPr>
                <w:b/>
              </w:rPr>
            </w:r>
            <w:r>
              <w:rPr>
                <w:rFonts w:ascii="宋体" w:hAnsi="宋体" w:eastAsia="宋体"/>
                <w:b/>
                <w:sz w:val="18"/>
              </w:rPr>
              <w:t>三、巩固练习，综合应用</w:t>
            </w:r>
          </w:p>
        </w:tc>
        <w:tc>
          <w:tcPr>
            <w:tcW w:type="dxa" w:w="3061"/>
          </w:tcPr>
          <w:p>
            <w:pPr>
              <w:spacing w:after="20" w:line="276" w:lineRule="auto"/>
            </w:pPr>
            <w:r/>
            <w:r>
              <w:rPr>
                <w:rFonts w:ascii="宋体" w:hAnsi="宋体" w:eastAsia="宋体"/>
                <w:b w:val="0"/>
                <w:sz w:val="18"/>
              </w:rPr>
              <w:t>1.教科书P44上方“做一做”。</w:t>
            </w:r>
          </w:p>
          <w:p>
            <w:pPr>
              <w:spacing w:after="20" w:line="276" w:lineRule="auto"/>
            </w:pPr>
            <w:r>
              <w:rPr>
                <w:rFonts w:ascii="宋体" w:hAnsi="宋体" w:eastAsia="宋体"/>
                <w:b w:val="0"/>
                <w:sz w:val="18"/>
              </w:rPr>
              <w:t>（1）学生独立思考后，同桌之间相互说一说。</w:t>
            </w:r>
          </w:p>
          <w:p>
            <w:pPr>
              <w:spacing w:after="20" w:line="276" w:lineRule="auto"/>
            </w:pPr>
            <w:r>
              <w:rPr>
                <w:rFonts w:ascii="宋体" w:hAnsi="宋体" w:eastAsia="宋体"/>
                <w:b w:val="0"/>
                <w:sz w:val="18"/>
              </w:rPr>
              <w:t>（2）指名汇报，要求说清楚小数点的变化和相应的数的大小变化。</w:t>
            </w:r>
          </w:p>
          <w:p>
            <w:pPr>
              <w:spacing w:after="20" w:line="276" w:lineRule="auto"/>
            </w:pPr>
            <w:r>
              <w:rPr>
                <w:rFonts w:ascii="宋体" w:hAnsi="宋体" w:eastAsia="宋体"/>
                <w:b w:val="0"/>
                <w:sz w:val="18"/>
              </w:rPr>
              <w:t>2.教科书P45“练习十一”第1题。</w:t>
            </w:r>
          </w:p>
          <w:p>
            <w:pPr>
              <w:spacing w:after="20" w:line="276" w:lineRule="auto"/>
            </w:pPr>
            <w:r>
              <w:rPr>
                <w:rFonts w:ascii="宋体" w:hAnsi="宋体" w:eastAsia="宋体"/>
                <w:b w:val="0"/>
                <w:sz w:val="18"/>
              </w:rPr>
              <w:t>教学中要充分发挥不同题型的作用，综合提升学生的应用意识。</w:t>
            </w:r>
          </w:p>
          <w:p>
            <w:pPr>
              <w:spacing w:after="20" w:line="276" w:lineRule="auto"/>
            </w:pPr>
            <w:r>
              <w:rPr>
                <w:rFonts w:ascii="宋体" w:hAnsi="宋体" w:eastAsia="宋体"/>
                <w:b w:val="0"/>
                <w:sz w:val="18"/>
              </w:rPr>
              <w:t>（1）四人一小组讨论后说一说。</w:t>
            </w:r>
          </w:p>
          <w:p>
            <w:pPr>
              <w:spacing w:after="20" w:line="276" w:lineRule="auto"/>
            </w:pPr>
            <w:r>
              <w:rPr>
                <w:rFonts w:ascii="宋体" w:hAnsi="宋体" w:eastAsia="宋体"/>
                <w:b w:val="0"/>
                <w:sz w:val="18"/>
              </w:rPr>
              <w:t>（2）集中汇报交流。</w:t>
            </w:r>
          </w:p>
        </w:tc>
        <w:tc>
          <w:tcPr>
            <w:tcW w:type="dxa" w:w="3061"/>
          </w:tcPr>
          <w:p>
            <w:pPr>
              <w:spacing w:after="20" w:line="276" w:lineRule="auto"/>
            </w:pPr>
            <w:r/>
            <w:r>
              <w:rPr>
                <w:rFonts w:ascii="宋体" w:hAnsi="宋体" w:eastAsia="宋体"/>
                <w:b w:val="0"/>
                <w:sz w:val="18"/>
              </w:rPr>
              <w:t>学生可能会说：6.25改写成62.5是把小数点向右移动了一位。这样的叙述不太完整，教师要引导学生补充“小数就扩大到原来的10倍”。</w:t>
            </w:r>
          </w:p>
        </w:tc>
        <w:tc>
          <w:tcPr>
            <w:tcW w:type="dxa" w:w="1814"/>
          </w:tcPr>
          <w:p>
            <w:pPr>
              <w:spacing w:after="20" w:line="276" w:lineRule="auto"/>
            </w:pPr>
            <w:r/>
            <w:r>
              <w:rPr>
                <w:rFonts w:ascii="宋体" w:hAnsi="宋体" w:eastAsia="宋体"/>
                <w:b w:val="0"/>
                <w:sz w:val="18"/>
              </w:rPr>
              <w:t>“做一做”安排两组数，每组数中数字的排列顺序相同，但小数点的位置不同。通过观察，在比较中进一步巩固小数点移动引起小数大小变化的规律。“练习十一”第1题，则直接利用小数点移动引起小数大小变化的规律来说明改写后的各数与6.25相比,分别扩大或缩小了多少。</w:t>
            </w:r>
          </w:p>
        </w:tc>
      </w:tr>
      <w:tr>
        <w:tc>
          <w:tcPr>
            <w:tcW w:type="dxa" w:w="1474"/>
          </w:tcPr>
          <w:p>
            <w:pPr>
              <w:spacing w:after="20" w:line="276" w:lineRule="auto"/>
            </w:pPr>
            <w:r>
              <w:rPr>
                <w:b/>
              </w:rPr>
            </w:r>
            <w:r>
              <w:rPr>
                <w:rFonts w:ascii="宋体" w:hAnsi="宋体" w:eastAsia="宋体"/>
                <w:b/>
                <w:sz w:val="18"/>
              </w:rPr>
              <w:t>四、课堂小结，拓展延伸</w:t>
            </w:r>
          </w:p>
        </w:tc>
        <w:tc>
          <w:tcPr>
            <w:tcW w:type="dxa" w:w="3061"/>
          </w:tcPr>
          <w:p>
            <w:pPr>
              <w:spacing w:after="20" w:line="276" w:lineRule="auto"/>
            </w:pPr>
            <w:r/>
            <w:r>
              <w:rPr>
                <w:rFonts w:ascii="宋体" w:hAnsi="宋体" w:eastAsia="宋体"/>
                <w:b w:val="0"/>
                <w:sz w:val="18"/>
              </w:rPr>
              <w:t>师：今天，我们了解了调皮的小数点移动会引起小数大小的变化，看来小数点的作用真的很重要，我们一定要小心地对待它。一旦它调皮跑错了位置，就可能会闹出大笑话，发生大问题。所以，同学们一定要认真对待学习中的每一个数、每一个小数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教科书P43例1，完成P44上方“做一做”，P45“练习十一”第1题。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中,创设了小学生感兴趣的情境,通过设疑、猜测激发了学生强烈的求知欲望；通过体验探索引导学生感知并发现小数点移动引起小数大小发生变化的规律；在自主探究的基础上,通过有效的小组学习,借助数据观察、分析,提供讨论、合作、交流的平台,驱动学生已有的数学认知经验,使学生经历知识的形成过程。以数位顺序表为线索,使学生依托数位顺序表和已有的知识经验,沟通了“规律”与“小数的意义”“十进制计数法”之间的内在联系,促进了学生对小数点移动引起小数大小变化的规律本质意义上的认识和理解。</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小数的性质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小数的性质</w:t>
            </w:r>
          </w:p>
        </w:tc>
        <w:tc>
          <w:tcPr>
            <w:tcW w:type="dxa" w:w="6009"/>
          </w:tcPr>
          <w:p>
            <w:pPr>
              <w:spacing w:after="20" w:line="276" w:lineRule="auto"/>
            </w:pPr>
            <w:r/>
            <w:r>
              <w:rPr>
                <w:rFonts w:ascii="宋体" w:hAnsi="宋体" w:eastAsia="宋体"/>
                <w:b w:val="0"/>
                <w:sz w:val="20"/>
              </w:rPr>
              <w:t>第4单元 小数的意义和性质（小数的性质和大小比较）</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教学内容：教科书P38~39例1～例4，完成P39“做一做”。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（1）理解小数的性质,能运用小数的性质化简小数和改写小数。</w:t>
      </w:r>
    </w:p>
    <w:p>
      <w:pPr>
        <w:spacing w:after="20" w:line="300" w:lineRule="auto"/>
        <w:ind w:firstLine="400"/>
      </w:pPr>
      <w:r>
        <w:rPr>
          <w:rFonts w:ascii="宋体" w:hAnsi="宋体" w:eastAsia="宋体"/>
          <w:b w:val="0"/>
          <w:sz w:val="20"/>
        </w:rPr>
        <w:t>（2）通过“猜想——验证——应用”等学习过程,培养学生在合作探究中分析问题和解决问题的能力。</w:t>
      </w:r>
    </w:p>
    <w:p>
      <w:pPr>
        <w:spacing w:after="20" w:line="300" w:lineRule="auto"/>
        <w:ind w:firstLine="400"/>
      </w:pPr>
      <w:r>
        <w:rPr>
          <w:rFonts w:ascii="宋体" w:hAnsi="宋体" w:eastAsia="宋体"/>
          <w:b w:val="0"/>
          <w:sz w:val="20"/>
        </w:rPr>
        <w:t>（3）渗透“变”与“不变”的辩证思想。</w:t>
      </w:r>
    </w:p>
    <w:p>
      <w:pPr>
        <w:spacing w:after="20" w:line="300" w:lineRule="auto"/>
      </w:pPr>
      <w:r>
        <w:rPr>
          <w:rFonts w:ascii="宋体" w:hAnsi="宋体" w:eastAsia="宋体"/>
          <w:b w:val="0"/>
          <w:sz w:val="20"/>
        </w:rPr>
        <w:t>教学重点：发现并理解小数的性质。</w:t>
      </w:r>
    </w:p>
    <w:p>
      <w:pPr>
        <w:spacing w:after="20" w:line="300" w:lineRule="auto"/>
      </w:pPr>
      <w:r>
        <w:rPr>
          <w:rFonts w:ascii="宋体" w:hAnsi="宋体" w:eastAsia="宋体"/>
          <w:b w:val="0"/>
          <w:sz w:val="20"/>
        </w:rPr>
        <w:t>教学难点：掌握并运用小数的性质解决问题。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四年级的小明正和妈妈逛街呢！瞧，他们进了一家文具店，看到中性笔和笔袋的标价。这里的2.50元和8.00元各表示多少钱？；那2.50元、8.00元和我们平时说的2.5元、8元有什么关系呢？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二、自主探究,形成新知识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它们都表示长度，你还记得长度单位和它们之间的进率吗？；要比较这几个长度的大小，你有什么好办法？</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三、巩固练习，运用新知识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这节课学习了什么知识？</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课件出示教科书P38的情境图。</w:t>
            </w:r>
          </w:p>
          <w:p>
            <w:pPr>
              <w:spacing w:after="20" w:line="276" w:lineRule="auto"/>
            </w:pPr>
            <w:r>
              <w:rPr>
                <w:rFonts w:ascii="宋体" w:hAnsi="宋体" w:eastAsia="宋体"/>
                <w:b w:val="0"/>
                <w:sz w:val="18"/>
              </w:rPr>
              <w:t>师：四年级的小明正和妈妈逛街呢！瞧，他们进了一家文具店，看到中性笔和笔袋的标价。这里的2.50元和8.00元各表示多少钱？</w:t>
            </w:r>
          </w:p>
          <w:p>
            <w:pPr>
              <w:spacing w:after="20" w:line="276" w:lineRule="auto"/>
            </w:pPr>
            <w:r>
              <w:rPr>
                <w:rFonts w:ascii="宋体" w:hAnsi="宋体" w:eastAsia="宋体"/>
                <w:b w:val="0"/>
                <w:sz w:val="18"/>
              </w:rPr>
              <w:t>师：那2.50元、8.00元和我们平时说的2.5元、8元有什么关系呢？</w:t>
            </w:r>
          </w:p>
          <w:p>
            <w:pPr>
              <w:spacing w:after="20" w:line="276" w:lineRule="auto"/>
            </w:pPr>
            <w:r>
              <w:rPr>
                <w:rFonts w:ascii="宋体" w:hAnsi="宋体" w:eastAsia="宋体"/>
                <w:b w:val="0"/>
                <w:sz w:val="18"/>
              </w:rPr>
              <w:t>师：为什么它们是相等的呢？这节课我们就来研究这个问题。（板书课题：小数的性质）</w:t>
            </w:r>
          </w:p>
        </w:tc>
        <w:tc>
          <w:tcPr>
            <w:tcW w:type="dxa" w:w="3061"/>
          </w:tcPr>
          <w:p>
            <w:pPr>
              <w:spacing w:after="20" w:line="276" w:lineRule="auto"/>
            </w:pPr>
            <w:r/>
            <w:r>
              <w:rPr>
                <w:rFonts w:ascii="宋体" w:hAnsi="宋体" w:eastAsia="宋体"/>
                <w:b w:val="0"/>
                <w:sz w:val="18"/>
              </w:rPr>
              <w:t>2.50元就是2元5角0分，8.00元就是8元0角0分。</w:t>
            </w:r>
          </w:p>
          <w:p>
            <w:pPr>
              <w:spacing w:after="20" w:line="276" w:lineRule="auto"/>
            </w:pPr>
            <w:r>
              <w:rPr>
                <w:rFonts w:ascii="宋体" w:hAnsi="宋体" w:eastAsia="宋体"/>
                <w:b w:val="0"/>
                <w:sz w:val="18"/>
              </w:rPr>
              <w:t>因为2.50元和2.5元都表示2元5角0分，8.00元和8元都表示8元0角0分，所以2.50元=2.5元，8.00元=8元。</w:t>
            </w:r>
          </w:p>
        </w:tc>
        <w:tc>
          <w:tcPr>
            <w:tcW w:type="dxa" w:w="1814"/>
          </w:tcPr>
          <w:p>
            <w:pPr>
              <w:spacing w:after="20" w:line="276" w:lineRule="auto"/>
            </w:pPr>
            <w:r/>
            <w:r>
              <w:rPr>
                <w:rFonts w:ascii="宋体" w:hAnsi="宋体" w:eastAsia="宋体"/>
                <w:b w:val="0"/>
                <w:sz w:val="18"/>
              </w:rPr>
              <w:t>教师创设学生感兴趣的问题情境,使学生产生浓厚的学习兴趣,学生借助生活经验解决了2.50元、8.00元与2.5元、8元价钱相等的问题。教师及时追问相等的原因,再一次引发学生的学习兴趣,自然地揭示课题。</w:t>
            </w:r>
          </w:p>
        </w:tc>
      </w:tr>
      <w:tr>
        <w:tc>
          <w:tcPr>
            <w:tcW w:type="dxa" w:w="1474"/>
          </w:tcPr>
          <w:p>
            <w:pPr>
              <w:spacing w:after="20" w:line="276" w:lineRule="auto"/>
            </w:pPr>
            <w:r>
              <w:rPr>
                <w:b/>
              </w:rPr>
            </w:r>
            <w:r>
              <w:rPr>
                <w:rFonts w:ascii="宋体" w:hAnsi="宋体" w:eastAsia="宋体"/>
                <w:b/>
                <w:sz w:val="18"/>
              </w:rPr>
              <w:t>二、自主探究,形成新知识</w:t>
            </w:r>
          </w:p>
        </w:tc>
        <w:tc>
          <w:tcPr>
            <w:tcW w:type="dxa" w:w="3061"/>
          </w:tcPr>
          <w:p>
            <w:pPr>
              <w:spacing w:after="20" w:line="276" w:lineRule="auto"/>
            </w:pPr>
            <w:r/>
            <w:r>
              <w:rPr>
                <w:rFonts w:ascii="宋体" w:hAnsi="宋体" w:eastAsia="宋体"/>
                <w:b w:val="0"/>
                <w:sz w:val="18"/>
              </w:rPr>
              <w:t>1.理解小数的性质。</w:t>
            </w:r>
          </w:p>
          <w:p>
            <w:pPr>
              <w:spacing w:after="20" w:line="276" w:lineRule="auto"/>
            </w:pPr>
            <w:r>
              <w:rPr>
                <w:rFonts w:ascii="宋体" w:hAnsi="宋体" w:eastAsia="宋体"/>
                <w:b w:val="0"/>
                <w:sz w:val="18"/>
              </w:rPr>
              <w:t>（1）课件出示教科书P38例1。</w:t>
            </w:r>
          </w:p>
          <w:p>
            <w:pPr>
              <w:spacing w:after="20" w:line="276" w:lineRule="auto"/>
            </w:pPr>
            <w:r>
              <w:rPr>
                <w:rFonts w:ascii="宋体" w:hAnsi="宋体" w:eastAsia="宋体"/>
                <w:b w:val="0"/>
                <w:sz w:val="18"/>
              </w:rPr>
              <w:t>小数性质的教学，教材安排了三个层次：①利用学生熟悉的人民币直观感知；②借助长度单位初步体会；③脱离具体量，借助图示从小数的计数单位间的关系进一步理解。教学中要注重教学层次，引领学生逐步归纳出小数的性质。</w:t>
            </w:r>
          </w:p>
          <w:p>
            <w:pPr>
              <w:spacing w:after="20" w:line="276" w:lineRule="auto"/>
            </w:pPr>
            <w:r>
              <w:rPr>
                <w:rFonts w:ascii="宋体" w:hAnsi="宋体" w:eastAsia="宋体"/>
                <w:b w:val="0"/>
                <w:sz w:val="18"/>
              </w:rPr>
              <w:t>①师：它们都表示长度，你还记得长度单位和它们之间的进率吗？</w:t>
            </w:r>
          </w:p>
          <w:p>
            <w:pPr>
              <w:spacing w:after="20" w:line="276" w:lineRule="auto"/>
            </w:pPr>
            <w:r>
              <w:rPr>
                <w:rFonts w:ascii="宋体" w:hAnsi="宋体" w:eastAsia="宋体"/>
                <w:b w:val="0"/>
                <w:sz w:val="18"/>
              </w:rPr>
              <w:t>②师：要比较这几个长度的大小，你有什么好办法？</w:t>
            </w:r>
          </w:p>
          <w:p>
            <w:pPr>
              <w:spacing w:after="20" w:line="276" w:lineRule="auto"/>
            </w:pPr>
            <w:r>
              <w:rPr>
                <w:rFonts w:ascii="宋体" w:hAnsi="宋体" w:eastAsia="宋体"/>
                <w:b w:val="0"/>
                <w:sz w:val="18"/>
              </w:rPr>
              <w:t>③师：0.1m是几个几分之一米?可以用哪个比较小的单位来表示?0.10m是几个几分之一米?可以用哪个比较小的单位来表示?0.100m呢？</w:t>
            </w:r>
          </w:p>
          <w:p>
            <w:pPr>
              <w:spacing w:after="20" w:line="276" w:lineRule="auto"/>
            </w:pPr>
            <w:r>
              <w:rPr>
                <w:rFonts w:ascii="宋体" w:hAnsi="宋体" w:eastAsia="宋体"/>
                <w:b w:val="0"/>
                <w:sz w:val="18"/>
              </w:rPr>
              <w:t>教师根据学生的汇报直观演示0.1m、0.10m和0.100m在刻度尺上的长度。</w:t>
            </w:r>
          </w:p>
          <w:p>
            <w:pPr>
              <w:spacing w:after="20" w:line="276" w:lineRule="auto"/>
            </w:pPr>
            <w:r>
              <w:rPr>
                <w:rFonts w:ascii="宋体" w:hAnsi="宋体" w:eastAsia="宋体"/>
                <w:b w:val="0"/>
                <w:sz w:val="18"/>
              </w:rPr>
              <w:t>④师：观察1dm、10cm和100mm在刻度尺上的长度，你能得出什么结论?</w:t>
            </w:r>
          </w:p>
          <w:p>
            <w:pPr>
              <w:spacing w:after="20" w:line="276" w:lineRule="auto"/>
            </w:pPr>
            <w:r>
              <w:rPr>
                <w:rFonts w:ascii="宋体" w:hAnsi="宋体" w:eastAsia="宋体"/>
                <w:b w:val="0"/>
                <w:sz w:val="18"/>
              </w:rPr>
              <w:t>教师引导学生得出结论：因为1dm=10cm=100mm，所以0.1m＝0.10m＝0.100m。(板书:0.1m=0.10m=0.100m)</w:t>
            </w:r>
          </w:p>
          <w:p>
            <w:pPr>
              <w:spacing w:after="20" w:line="276" w:lineRule="auto"/>
            </w:pPr>
            <w:r>
              <w:rPr>
                <w:rFonts w:ascii="宋体" w:hAnsi="宋体" w:eastAsia="宋体"/>
                <w:b w:val="0"/>
                <w:sz w:val="18"/>
              </w:rPr>
              <w:t>(2)课件出示教科书P38例2。比较0.3和0.30的大小。</w:t>
            </w:r>
          </w:p>
          <w:p>
            <w:pPr>
              <w:spacing w:after="20" w:line="276" w:lineRule="auto"/>
            </w:pPr>
            <w:r>
              <w:rPr>
                <w:rFonts w:ascii="宋体" w:hAnsi="宋体" w:eastAsia="宋体"/>
                <w:b w:val="0"/>
                <w:sz w:val="18"/>
              </w:rPr>
              <w:t>①师你认为这两个数的大小是怎样的？猜猜看。</w:t>
            </w:r>
          </w:p>
          <w:p>
            <w:pPr>
              <w:spacing w:after="20" w:line="276" w:lineRule="auto"/>
            </w:pPr>
            <w:r>
              <w:rPr>
                <w:rFonts w:ascii="宋体" w:hAnsi="宋体" w:eastAsia="宋体"/>
                <w:b w:val="0"/>
                <w:sz w:val="18"/>
              </w:rPr>
              <w:t>②师：你打算用什么办法来比较这两个数的大小呢?</w:t>
            </w:r>
          </w:p>
          <w:p>
            <w:pPr>
              <w:spacing w:after="20" w:line="276" w:lineRule="auto"/>
            </w:pPr>
            <w:r>
              <w:rPr>
                <w:rFonts w:ascii="宋体" w:hAnsi="宋体" w:eastAsia="宋体"/>
                <w:b w:val="0"/>
                <w:sz w:val="18"/>
              </w:rPr>
              <w:t>给学生独立思考的时间,再在小组内讨论。教师课件出示两个大小一样的正方形。(教师根据学生的回答同步出示涂色过程。)</w:t>
            </w:r>
          </w:p>
          <w:p>
            <w:pPr>
              <w:spacing w:after="20" w:line="276" w:lineRule="auto"/>
            </w:pPr>
            <w:r>
              <w:rPr>
                <w:rFonts w:ascii="宋体" w:hAnsi="宋体" w:eastAsia="宋体"/>
                <w:b w:val="0"/>
                <w:sz w:val="18"/>
              </w:rPr>
              <w:t>本环节是本节课的重难点，一定要让学生经历猜想、探索、验证、交流、归纳的过程，借助直观模型，充分理解小数的性质，进而利用小数的性质解决问题。</w:t>
            </w:r>
          </w:p>
          <w:p>
            <w:pPr>
              <w:spacing w:after="20" w:line="276" w:lineRule="auto"/>
            </w:pPr>
            <w:r>
              <w:rPr>
                <w:rFonts w:ascii="宋体" w:hAnsi="宋体" w:eastAsia="宋体"/>
                <w:b w:val="0"/>
                <w:sz w:val="18"/>
              </w:rPr>
              <w:t>师：从左图到右图什么变了？什么没变？</w:t>
            </w:r>
          </w:p>
          <w:p>
            <w:pPr>
              <w:spacing w:after="20" w:line="276" w:lineRule="auto"/>
            </w:pPr>
            <w:r>
              <w:rPr>
                <w:rFonts w:ascii="宋体" w:hAnsi="宋体" w:eastAsia="宋体"/>
                <w:b w:val="0"/>
                <w:sz w:val="18"/>
              </w:rPr>
              <w:t>教师引导得出：平均分的份数变了,即小数的计数单位变了，而涂色部分的大小没有变,得出0.3=0.30。（板书：0.3=0.30）</w:t>
            </w:r>
          </w:p>
          <w:p>
            <w:pPr>
              <w:spacing w:after="20" w:line="276" w:lineRule="auto"/>
            </w:pPr>
            <w:r>
              <w:rPr>
                <w:rFonts w:ascii="宋体" w:hAnsi="宋体" w:eastAsia="宋体"/>
                <w:b w:val="0"/>
                <w:sz w:val="18"/>
              </w:rPr>
              <w:t>①师：从上面两个例题中，你发现了什么规律?</w:t>
            </w:r>
          </w:p>
          <w:p>
            <w:pPr>
              <w:spacing w:after="20" w:line="276" w:lineRule="auto"/>
            </w:pPr>
            <w:r>
              <w:rPr>
                <w:rFonts w:ascii="宋体" w:hAnsi="宋体" w:eastAsia="宋体"/>
                <w:b w:val="0"/>
                <w:sz w:val="18"/>
              </w:rPr>
              <w:t>②总结小数的性质：小数的末尾添上“0”或去掉“0”,小数的大小不变。（板书）</w:t>
            </w:r>
          </w:p>
          <w:p>
            <w:pPr>
              <w:spacing w:after="20" w:line="276" w:lineRule="auto"/>
            </w:pPr>
            <w:r>
              <w:rPr>
                <w:rFonts w:ascii="宋体" w:hAnsi="宋体" w:eastAsia="宋体"/>
                <w:b w:val="0"/>
                <w:sz w:val="18"/>
              </w:rPr>
              <w:t>2.小数性质的应用。</w:t>
            </w:r>
          </w:p>
          <w:p>
            <w:pPr>
              <w:spacing w:after="20" w:line="276" w:lineRule="auto"/>
            </w:pPr>
            <w:r>
              <w:rPr>
                <w:rFonts w:ascii="宋体" w:hAnsi="宋体" w:eastAsia="宋体"/>
                <w:b w:val="0"/>
                <w:sz w:val="18"/>
              </w:rPr>
              <w:t>(1)课件出示教科书P39例3。</w:t>
            </w:r>
          </w:p>
          <w:p>
            <w:pPr>
              <w:spacing w:after="20" w:line="276" w:lineRule="auto"/>
            </w:pPr>
            <w:r>
              <w:rPr>
                <w:rFonts w:ascii="宋体" w:hAnsi="宋体" w:eastAsia="宋体"/>
                <w:b w:val="0"/>
                <w:sz w:val="18"/>
              </w:rPr>
              <w:t>①师：观察0.70=0.7，发生了怎样的变化？</w:t>
            </w:r>
          </w:p>
          <w:p>
            <w:pPr>
              <w:spacing w:after="20" w:line="276" w:lineRule="auto"/>
            </w:pPr>
            <w:r>
              <w:rPr>
                <w:rFonts w:ascii="宋体" w:hAnsi="宋体" w:eastAsia="宋体"/>
                <w:b w:val="0"/>
                <w:sz w:val="18"/>
              </w:rPr>
              <w:t>③师：小数里的其他的“0”可以去掉吗？</w:t>
            </w:r>
          </w:p>
          <w:p>
            <w:pPr>
              <w:spacing w:after="20" w:line="276" w:lineRule="auto"/>
            </w:pPr>
            <w:r>
              <w:rPr>
                <w:rFonts w:ascii="宋体" w:hAnsi="宋体" w:eastAsia="宋体"/>
                <w:b w:val="0"/>
                <w:sz w:val="18"/>
              </w:rPr>
              <w:t>（2）课件出示教科书P39例4。</w:t>
            </w:r>
          </w:p>
          <w:p>
            <w:pPr>
              <w:spacing w:after="20" w:line="276" w:lineRule="auto"/>
            </w:pPr>
            <w:r>
              <w:rPr>
                <w:rFonts w:ascii="宋体" w:hAnsi="宋体" w:eastAsia="宋体"/>
                <w:b w:val="0"/>
                <w:sz w:val="18"/>
              </w:rPr>
              <w:t>①师：观察0.2=0.200，发生了怎样的变化？</w:t>
            </w:r>
          </w:p>
          <w:p>
            <w:pPr>
              <w:spacing w:after="20" w:line="276" w:lineRule="auto"/>
            </w:pPr>
            <w:r>
              <w:rPr>
                <w:rFonts w:ascii="宋体" w:hAnsi="宋体" w:eastAsia="宋体"/>
                <w:b w:val="0"/>
                <w:sz w:val="18"/>
              </w:rPr>
              <w:t>③集体订正。</w:t>
            </w:r>
          </w:p>
          <w:p>
            <w:pPr>
              <w:spacing w:after="20" w:line="276" w:lineRule="auto"/>
            </w:pPr>
            <w:r>
              <w:rPr>
                <w:rFonts w:ascii="宋体" w:hAnsi="宋体" w:eastAsia="宋体"/>
                <w:b w:val="0"/>
                <w:sz w:val="18"/>
              </w:rPr>
              <w:t>（3）师：应用小数的性质时，要注意什么？</w:t>
            </w:r>
          </w:p>
        </w:tc>
        <w:tc>
          <w:tcPr>
            <w:tcW w:type="dxa" w:w="3061"/>
          </w:tcPr>
          <w:p>
            <w:pPr>
              <w:spacing w:after="20" w:line="276" w:lineRule="auto"/>
            </w:pPr>
            <w:r/>
            <w:r>
              <w:rPr>
                <w:rFonts w:ascii="宋体" w:hAnsi="宋体" w:eastAsia="宋体"/>
                <w:b w:val="0"/>
                <w:sz w:val="18"/>
              </w:rPr>
              <w:t>学生可能会说：1m=10dm=100cm=1000mm。</w:t>
            </w:r>
          </w:p>
          <w:p>
            <w:pPr>
              <w:spacing w:after="20" w:line="276" w:lineRule="auto"/>
            </w:pPr>
            <w:r>
              <w:rPr>
                <w:rFonts w:ascii="宋体" w:hAnsi="宋体" w:eastAsia="宋体"/>
                <w:b w:val="0"/>
                <w:sz w:val="18"/>
              </w:rPr>
              <w:t>可以先在刻度尺上把0.1m、0.10m和0.100m分别表示出来。（好办法，将它们分别在刻度尺上表示出来后，我们再借助直观图比较大小就简单了。）</w:t>
            </w:r>
          </w:p>
          <w:p>
            <w:pPr>
              <w:spacing w:after="20" w:line="276" w:lineRule="auto"/>
            </w:pPr>
            <w:r>
              <w:rPr>
                <w:rFonts w:ascii="宋体" w:hAnsi="宋体" w:eastAsia="宋体"/>
                <w:b w:val="0"/>
                <w:sz w:val="18"/>
              </w:rPr>
              <w:t>学生独立思考后集中汇报。</w:t>
            </w:r>
          </w:p>
          <w:p>
            <w:pPr>
              <w:spacing w:after="20" w:line="276" w:lineRule="auto"/>
            </w:pPr>
            <w:r>
              <w:rPr>
                <w:rFonts w:ascii="宋体" w:hAnsi="宋体" w:eastAsia="宋体"/>
                <w:b w:val="0"/>
                <w:sz w:val="18"/>
              </w:rPr>
              <w:t>预设1:0.1m是1个十分之一米，也就是1dm。</w:t>
            </w:r>
          </w:p>
          <w:p>
            <w:pPr>
              <w:spacing w:after="20" w:line="276" w:lineRule="auto"/>
            </w:pPr>
            <w:r>
              <w:rPr>
                <w:rFonts w:ascii="宋体" w:hAnsi="宋体" w:eastAsia="宋体"/>
                <w:b w:val="0"/>
                <w:sz w:val="18"/>
              </w:rPr>
              <w:t>预设2：0.10m是10个百分之一米，也就是10cm。</w:t>
            </w:r>
          </w:p>
          <w:p>
            <w:pPr>
              <w:spacing w:after="20" w:line="276" w:lineRule="auto"/>
            </w:pPr>
            <w:r>
              <w:rPr>
                <w:rFonts w:ascii="宋体" w:hAnsi="宋体" w:eastAsia="宋体"/>
                <w:b w:val="0"/>
                <w:sz w:val="18"/>
              </w:rPr>
              <w:t>预设3：0.100m是100个千分之一米，也就是100mm。</w:t>
            </w:r>
          </w:p>
          <w:p>
            <w:pPr>
              <w:spacing w:after="20" w:line="276" w:lineRule="auto"/>
            </w:pPr>
            <w:r>
              <w:rPr>
                <w:rFonts w:ascii="宋体" w:hAnsi="宋体" w:eastAsia="宋体"/>
                <w:b w:val="0"/>
                <w:sz w:val="18"/>
              </w:rPr>
              <w:t>学生很容易发现：它们的长度是一样的。</w:t>
            </w:r>
          </w:p>
          <w:p>
            <w:pPr>
              <w:spacing w:after="20" w:line="276" w:lineRule="auto"/>
            </w:pPr>
            <w:r>
              <w:rPr>
                <w:rFonts w:ascii="宋体" w:hAnsi="宋体" w:eastAsia="宋体"/>
                <w:b w:val="0"/>
                <w:sz w:val="18"/>
              </w:rPr>
              <w:t>学生结合例1的发现，可能会猜：0.3=0.30。（很大胆的猜想，到底对不对呢？我们得想办法验证一下。）</w:t>
            </w:r>
          </w:p>
          <w:p>
            <w:pPr>
              <w:spacing w:after="20" w:line="276" w:lineRule="auto"/>
            </w:pPr>
            <w:r>
              <w:rPr>
                <w:rFonts w:ascii="宋体" w:hAnsi="宋体" w:eastAsia="宋体"/>
                <w:b w:val="0"/>
                <w:sz w:val="18"/>
              </w:rPr>
              <w:t>平均分的份数不同，正方形的大小和涂色部分面积的大小相同，所以0.3与0.30相等,证明刚才猜想是对的。</w:t>
            </w:r>
          </w:p>
          <w:p>
            <w:pPr>
              <w:spacing w:after="20" w:line="276" w:lineRule="auto"/>
            </w:pPr>
            <w:r>
              <w:rPr>
                <w:rFonts w:ascii="宋体" w:hAnsi="宋体" w:eastAsia="宋体"/>
                <w:b w:val="0"/>
                <w:sz w:val="18"/>
              </w:rPr>
              <w:t>学生分小组讨论，教师巡视。</w:t>
            </w:r>
          </w:p>
          <w:p>
            <w:pPr>
              <w:spacing w:after="20" w:line="276" w:lineRule="auto"/>
            </w:pPr>
            <w:r>
              <w:rPr>
                <w:rFonts w:ascii="宋体" w:hAnsi="宋体" w:eastAsia="宋体"/>
                <w:b w:val="0"/>
                <w:sz w:val="18"/>
              </w:rPr>
              <w:t>如果发现有的小组不知如何着手，教师应及时引导：可以按从左往右、从右往左观察这些小数有什么变化。</w:t>
            </w:r>
          </w:p>
          <w:p>
            <w:pPr>
              <w:spacing w:after="20" w:line="276" w:lineRule="auto"/>
            </w:pPr>
            <w:r>
              <w:rPr>
                <w:rFonts w:ascii="宋体" w:hAnsi="宋体" w:eastAsia="宋体"/>
                <w:b w:val="0"/>
                <w:sz w:val="18"/>
              </w:rPr>
              <w:t>预设1:从左往右看，小数的末尾添上“0”,它的大小不变；从右往左看，小数的末尾去掉“0”,它的大小不变。</w:t>
            </w:r>
          </w:p>
          <w:p>
            <w:pPr>
              <w:spacing w:after="20" w:line="276" w:lineRule="auto"/>
            </w:pPr>
            <w:r>
              <w:rPr>
                <w:rFonts w:ascii="宋体" w:hAnsi="宋体" w:eastAsia="宋体"/>
                <w:b w:val="0"/>
                <w:sz w:val="18"/>
              </w:rPr>
              <w:t>预设2:我发现，小数的末尾添上“0”或去掉“0”,小数的大小不变。</w:t>
            </w:r>
          </w:p>
          <w:p>
            <w:pPr>
              <w:spacing w:after="20" w:line="276" w:lineRule="auto"/>
            </w:pPr>
            <w:r>
              <w:rPr>
                <w:rFonts w:ascii="宋体" w:hAnsi="宋体" w:eastAsia="宋体"/>
                <w:b w:val="0"/>
                <w:sz w:val="18"/>
              </w:rPr>
              <w:t>学生肯定会说：去掉了小数末尾的“0”。教师及时引导：根据小数的性质，当遇到小数末尾有“0”的时候，例如0.70，一般可以去掉末尾的“0”，把小数化简。</w:t>
            </w:r>
          </w:p>
          <w:p>
            <w:pPr>
              <w:spacing w:after="20" w:line="276" w:lineRule="auto"/>
            </w:pPr>
            <w:r>
              <w:rPr>
                <w:rFonts w:ascii="宋体" w:hAnsi="宋体" w:eastAsia="宋体"/>
                <w:b w:val="0"/>
                <w:sz w:val="18"/>
              </w:rPr>
              <w:t>②学生独立完成105.0900的化简，并指名学生板演。</w:t>
            </w:r>
          </w:p>
          <w:p>
            <w:pPr>
              <w:spacing w:after="20" w:line="276" w:lineRule="auto"/>
            </w:pPr>
            <w:r>
              <w:rPr>
                <w:rFonts w:ascii="宋体" w:hAnsi="宋体" w:eastAsia="宋体"/>
                <w:b w:val="0"/>
                <w:sz w:val="18"/>
              </w:rPr>
              <w:t>学生讨论后汇报。</w:t>
            </w:r>
          </w:p>
          <w:p>
            <w:pPr>
              <w:spacing w:after="20" w:line="276" w:lineRule="auto"/>
            </w:pPr>
            <w:r>
              <w:rPr>
                <w:rFonts w:ascii="宋体" w:hAnsi="宋体" w:eastAsia="宋体"/>
                <w:b w:val="0"/>
                <w:sz w:val="18"/>
              </w:rPr>
              <w:t>不能，根据小数的性质化简小数时，只能去掉小数末尾的“0”。</w:t>
            </w:r>
          </w:p>
          <w:p>
            <w:pPr>
              <w:spacing w:after="20" w:line="276" w:lineRule="auto"/>
            </w:pPr>
            <w:r>
              <w:rPr>
                <w:rFonts w:ascii="宋体" w:hAnsi="宋体" w:eastAsia="宋体"/>
                <w:b w:val="0"/>
                <w:sz w:val="18"/>
              </w:rPr>
              <w:t>学生肯定会说：在小数末尾添上了两个“0”。教师及时引导：有时按要求，可以根据小数的性质在小数的末尾添上相应个数的“0”。</w:t>
            </w:r>
          </w:p>
          <w:p>
            <w:pPr>
              <w:spacing w:after="20" w:line="276" w:lineRule="auto"/>
            </w:pPr>
            <w:r>
              <w:rPr>
                <w:rFonts w:ascii="宋体" w:hAnsi="宋体" w:eastAsia="宋体"/>
                <w:b w:val="0"/>
                <w:sz w:val="18"/>
              </w:rPr>
              <w:t>②学生独立完成4.08和3的改写，并指名学生板演。</w:t>
            </w:r>
          </w:p>
          <w:p>
            <w:pPr>
              <w:spacing w:after="20" w:line="276" w:lineRule="auto"/>
            </w:pPr>
            <w:r>
              <w:rPr>
                <w:rFonts w:ascii="宋体" w:hAnsi="宋体" w:eastAsia="宋体"/>
                <w:b w:val="0"/>
                <w:sz w:val="18"/>
              </w:rPr>
              <w:t>学生可能会说：不能改变原数的大小，只能在小数的末尾添上或去掉“0”；把整数改写成小数时，一定要先在整数的右下角点上小数点后再添“0”。</w:t>
            </w:r>
          </w:p>
        </w:tc>
        <w:tc>
          <w:tcPr>
            <w:tcW w:type="dxa" w:w="1814"/>
          </w:tcPr>
          <w:p>
            <w:pPr>
              <w:spacing w:after="20" w:line="276" w:lineRule="auto"/>
            </w:pPr>
            <w:r/>
            <w:r>
              <w:rPr>
                <w:rFonts w:ascii="宋体" w:hAnsi="宋体" w:eastAsia="宋体"/>
                <w:b w:val="0"/>
                <w:sz w:val="18"/>
              </w:rPr>
              <w:t>通过直观图发现1dm、10cm、100mm表示的是同一长度,进而得出0.1m、0.10m、0.100m都相等,初步体会小数的性质，加深学生对知识的理解。</w:t>
            </w:r>
          </w:p>
          <w:p>
            <w:pPr>
              <w:spacing w:after="20" w:line="276" w:lineRule="auto"/>
            </w:pPr>
            <w:r>
              <w:rPr>
                <w:rFonts w:ascii="宋体" w:hAnsi="宋体" w:eastAsia="宋体"/>
                <w:b w:val="0"/>
                <w:sz w:val="18"/>
              </w:rPr>
              <w:t>本环节放手让学生经历猜想、探索、验证、交流、归纳的过程，借助直观模型，化难为易，既突破了难点，又培养了学生的抽象概括能力。</w:t>
            </w:r>
          </w:p>
          <w:p>
            <w:pPr>
              <w:spacing w:after="20" w:line="276" w:lineRule="auto"/>
            </w:pPr>
            <w:r>
              <w:rPr>
                <w:rFonts w:ascii="宋体" w:hAnsi="宋体" w:eastAsia="宋体"/>
                <w:b w:val="0"/>
                <w:sz w:val="18"/>
              </w:rPr>
              <w:t>小数的性质核心词是“末尾”，因此在应用性质改写和化简的过程中，一定要引导学生说一说在什么位置添“0”和去掉“0”，小数的大小才不变。提出探究问题，引导学生总结概括应用小数的性质时要注意的问题，突出只有小数末尾的“0”才能去掉，加深学生对小数的性质的理解。</w:t>
            </w:r>
          </w:p>
        </w:tc>
      </w:tr>
      <w:tr>
        <w:tc>
          <w:tcPr>
            <w:tcW w:type="dxa" w:w="1474"/>
          </w:tcPr>
          <w:p>
            <w:pPr>
              <w:spacing w:after="20" w:line="276" w:lineRule="auto"/>
            </w:pPr>
            <w:r>
              <w:rPr>
                <w:b/>
              </w:rPr>
            </w:r>
            <w:r>
              <w:rPr>
                <w:rFonts w:ascii="宋体" w:hAnsi="宋体" w:eastAsia="宋体"/>
                <w:b/>
                <w:sz w:val="18"/>
              </w:rPr>
              <w:t>三、巩固练习，运用新知识</w:t>
            </w:r>
          </w:p>
        </w:tc>
        <w:tc>
          <w:tcPr>
            <w:tcW w:type="dxa" w:w="3061"/>
          </w:tcPr>
          <w:p>
            <w:pPr>
              <w:spacing w:after="20" w:line="276" w:lineRule="auto"/>
            </w:pPr>
            <w:r/>
            <w:r>
              <w:rPr>
                <w:rFonts w:ascii="宋体" w:hAnsi="宋体" w:eastAsia="宋体"/>
                <w:b w:val="0"/>
                <w:sz w:val="18"/>
              </w:rPr>
              <w:t>1.教科书P39“做一做”第1题。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（2）小组内交流，互批互评。</w:t>
            </w:r>
          </w:p>
          <w:p>
            <w:pPr>
              <w:spacing w:after="20" w:line="276" w:lineRule="auto"/>
            </w:pPr>
            <w:r>
              <w:rPr>
                <w:rFonts w:ascii="宋体" w:hAnsi="宋体" w:eastAsia="宋体"/>
                <w:b w:val="0"/>
                <w:sz w:val="18"/>
              </w:rPr>
              <w:t>2.教科书P39“做一做”第2题。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（2）同桌交换检查订正。</w:t>
            </w:r>
          </w:p>
        </w:tc>
        <w:tc>
          <w:tcPr>
            <w:tcW w:type="dxa" w:w="3061"/>
          </w:tcPr>
          <w:p>
            <w:pPr>
              <w:spacing w:after="20" w:line="276" w:lineRule="auto"/>
            </w:pPr>
            <w:r/>
            <w:r>
              <w:rPr>
                <w:rFonts w:ascii="宋体" w:hAnsi="宋体" w:eastAsia="宋体"/>
                <w:b w:val="0"/>
                <w:sz w:val="18"/>
              </w:rPr>
              <w:t>有的学生可能写出错误答案，如：0.080=0.8。教师要强调：只有小数末尾的“0”才能去掉，中间的“0”不能去掉，否则会改变小数的大小。</w:t>
            </w:r>
          </w:p>
          <w:p>
            <w:pPr>
              <w:spacing w:after="20" w:line="276" w:lineRule="auto"/>
            </w:pPr>
            <w:r>
              <w:rPr>
                <w:rFonts w:ascii="宋体" w:hAnsi="宋体" w:eastAsia="宋体"/>
                <w:b w:val="0"/>
                <w:sz w:val="18"/>
              </w:rPr>
              <w:t>有的学生可能写出错误答案，如：14=0.014或14=0.140等。教师要引导学生理解：把整数改写成小数时，一定要先在整数的右下角点上小数点后再添“0”，不能改变原数的大小。</w:t>
            </w:r>
          </w:p>
        </w:tc>
        <w:tc>
          <w:tcPr>
            <w:tcW w:type="dxa" w:w="1814"/>
          </w:tcPr>
          <w:p>
            <w:pPr>
              <w:spacing w:after="20" w:line="276" w:lineRule="auto"/>
            </w:pPr>
            <w:r/>
            <w:r>
              <w:rPr>
                <w:rFonts w:ascii="宋体" w:hAnsi="宋体" w:eastAsia="宋体"/>
                <w:b w:val="0"/>
                <w:sz w:val="18"/>
              </w:rPr>
              <w:t>“做一做”安排了两组与例题相同层次的练习，一是化简，二是根据需要改写小数，进一步加深学生对小数的性质的理解。</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师：这节课学习了什么知识？谈谈你的感受。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引导学生回顾梳理本课所学，完善认知结构，提升归纳与反思能力，核心问题："这节课学习了什么知识？"</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教科书P38~39例1～例4，完成P39“做一做”。</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内容很多，既有新知识的探究过程，又有新知识的巩固运用，这样编排，省时高效，一气呵成。教学将小数进行改写和化简的内容时，用的时间不多，从两个角度巩固了小数的性质，从而进一步深化了对新知识的认识和理解。 学生通过自己的猜想、探索、验证，展开交流、讨论，积极、主动地掌握小数的基本性质，突出了重点；借助正方形的直条图和方格图等直观模型，使抽象的知识变得直观、形象，大大分散了难点。</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小数的意义</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小数的意义</w:t>
            </w:r>
          </w:p>
        </w:tc>
        <w:tc>
          <w:tcPr>
            <w:tcW w:type="dxa" w:w="6009"/>
          </w:tcPr>
          <w:p>
            <w:pPr>
              <w:spacing w:after="20" w:line="276" w:lineRule="auto"/>
            </w:pPr>
            <w:r/>
            <w:r>
              <w:rPr>
                <w:rFonts w:ascii="宋体" w:hAnsi="宋体" w:eastAsia="宋体"/>
                <w:b w:val="0"/>
                <w:sz w:val="20"/>
              </w:rPr>
              <w:t>第4单元 小数的意义和性质（小数的意义和读写法）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教学内容：教科书P32～33例1，完成P33“做一做”，P36~37“练习九”第1、2、3、7题。</w:t>
      </w:r>
    </w:p>
    <w:p>
      <w:pPr>
        <w:spacing w:after="80" w:line="300" w:lineRule="auto"/>
        <w:ind w:firstLine="400"/>
      </w:pPr>
      <w:r>
        <w:rPr>
          <w:rFonts w:ascii="宋体" w:hAnsi="宋体" w:eastAsia="宋体"/>
          <w:b w:val="0"/>
          <w:sz w:val="20"/>
        </w:rPr>
        <w:t>教学准备：课件，米尺。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（1）了解小数的产生,理解小数的意义,明确小数与十进分数之间的关系、小数的计数单位以及计数单位之间的关系。</w:t>
      </w:r>
    </w:p>
    <w:p>
      <w:pPr>
        <w:spacing w:after="20" w:line="300" w:lineRule="auto"/>
        <w:ind w:firstLine="400"/>
      </w:pPr>
      <w:r>
        <w:rPr>
          <w:rFonts w:ascii="宋体" w:hAnsi="宋体" w:eastAsia="宋体"/>
          <w:b w:val="0"/>
          <w:sz w:val="20"/>
        </w:rPr>
        <w:t>（2）在测量、观察、猜测、类推、交流等探究过程中,培养学生的抽象概括能力和知识迁移能力。</w:t>
      </w:r>
    </w:p>
    <w:p>
      <w:pPr>
        <w:spacing w:after="20" w:line="300" w:lineRule="auto"/>
        <w:ind w:firstLine="400"/>
      </w:pPr>
      <w:r>
        <w:rPr>
          <w:rFonts w:ascii="宋体" w:hAnsi="宋体" w:eastAsia="宋体"/>
          <w:b w:val="0"/>
          <w:sz w:val="20"/>
        </w:rPr>
        <w:t>（3）在学习过程中,让学生体会小数产生的必要性,了解数学的价值,增强学生对数学的理解和启发应用数学的兴趣。</w:t>
      </w:r>
    </w:p>
    <w:p>
      <w:pPr>
        <w:spacing w:after="20" w:line="300" w:lineRule="auto"/>
      </w:pPr>
      <w:r>
        <w:rPr>
          <w:rFonts w:ascii="宋体" w:hAnsi="宋体" w:eastAsia="宋体"/>
          <w:b w:val="0"/>
          <w:sz w:val="20"/>
        </w:rPr>
        <w:t>教学重点：理解小数的意义,知道小数的计数单位以及计数单位之间的关系。</w:t>
      </w:r>
    </w:p>
    <w:p>
      <w:pPr>
        <w:spacing w:after="20" w:line="300" w:lineRule="auto"/>
      </w:pPr>
      <w:r>
        <w:rPr>
          <w:rFonts w:ascii="宋体" w:hAnsi="宋体" w:eastAsia="宋体"/>
          <w:b w:val="0"/>
          <w:sz w:val="20"/>
        </w:rPr>
        <w:t>教学难点：理解每相邻两个计数单位之间的进率是10的算理。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一、经历测量活动，了解小数的产生</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看来小数与我们的生活息息相关，想知道刚刚我们测量出的数据用小数怎么表示吗？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二、探究小数的意义和计数单位</w:t>
            </w:r>
          </w:p>
        </w:tc>
        <w:tc>
          <w:tcPr>
            <w:tcW w:type="dxa" w:w="1814"/>
          </w:tcPr>
          <w:p>
            <w:pPr>
              <w:spacing w:after="20" w:line="276" w:lineRule="auto"/>
            </w:pPr>
            <w:r/>
            <w:r>
              <w:rPr>
                <w:rFonts w:ascii="宋体" w:hAnsi="宋体" w:eastAsia="宋体"/>
                <w:b w:val="0"/>
                <w:sz w:val="18"/>
              </w:rPr>
              <w:t>课件、教科书、尺子、图片</w:t>
            </w:r>
          </w:p>
        </w:tc>
        <w:tc>
          <w:tcPr>
            <w:tcW w:type="dxa" w:w="3402"/>
          </w:tcPr>
          <w:p>
            <w:pPr>
              <w:spacing w:after="20" w:line="276" w:lineRule="auto"/>
            </w:pPr>
            <w:r/>
            <w:r>
              <w:rPr>
                <w:rFonts w:ascii="宋体" w:hAnsi="宋体" w:eastAsia="宋体"/>
                <w:b w:val="0"/>
                <w:sz w:val="18"/>
              </w:rPr>
              <w:t>三年级的时候我们已经认识了一位小数,在米尺上你能找出一位小数吗?你是怎么想的?；观察黑板上每组数中的分数和小数,你发现了什么?</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三、巩固练习，拓展延伸</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同学们，开始上课时大家测量到的数据现在会用小数表示了吗？今天的数学课你们有哪些收获呢？；课后请同学们认真阅读教科书P33“你知道吗？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一、经历测量活动，了解小数的产生</w:t>
            </w:r>
          </w:p>
        </w:tc>
        <w:tc>
          <w:tcPr>
            <w:tcW w:type="dxa" w:w="3061"/>
          </w:tcPr>
          <w:p>
            <w:pPr>
              <w:spacing w:after="20" w:line="276" w:lineRule="auto"/>
            </w:pPr>
            <w:r/>
            <w:r>
              <w:rPr>
                <w:rFonts w:ascii="宋体" w:hAnsi="宋体" w:eastAsia="宋体"/>
                <w:b w:val="0"/>
                <w:sz w:val="18"/>
              </w:rPr>
              <w:t>师：同学们，看老师今天带来了什么？（米尺）对，知道米尺是用来干什么的吗？下面请同学们四人为一组，自由选择物品，拿出你们的米尺测量出它们的长度。</w:t>
            </w:r>
          </w:p>
          <w:p>
            <w:pPr>
              <w:spacing w:after="20" w:line="276" w:lineRule="auto"/>
            </w:pPr>
            <w:r>
              <w:rPr>
                <w:rFonts w:ascii="宋体" w:hAnsi="宋体" w:eastAsia="宋体"/>
                <w:b w:val="0"/>
                <w:sz w:val="18"/>
              </w:rPr>
              <w:t>师：同学们都很棒，已经测量出了黑板的长、课桌的长和讲桌的高，现在给大家提一个问题：用米作单位，不够1m怎么办？</w:t>
            </w:r>
          </w:p>
          <w:p>
            <w:pPr>
              <w:spacing w:after="20" w:line="276" w:lineRule="auto"/>
            </w:pPr>
            <w:r>
              <w:rPr>
                <w:rFonts w:ascii="宋体" w:hAnsi="宋体" w:eastAsia="宋体"/>
                <w:b w:val="0"/>
                <w:sz w:val="18"/>
              </w:rPr>
              <w:t>师：在生活中,人们进行测量和计算时,往往不能正好得到整数的结果。为了适应生活和生产的需要,经过长期的实践,人们就发明了小数来表示。</w:t>
            </w:r>
          </w:p>
          <w:p>
            <w:pPr>
              <w:spacing w:after="20" w:line="276" w:lineRule="auto"/>
            </w:pPr>
            <w:r>
              <w:rPr>
                <w:rFonts w:ascii="宋体" w:hAnsi="宋体" w:eastAsia="宋体"/>
                <w:b w:val="0"/>
                <w:sz w:val="18"/>
              </w:rPr>
              <w:t>2.引入新课。</w:t>
            </w:r>
          </w:p>
          <w:p>
            <w:pPr>
              <w:spacing w:after="20" w:line="276" w:lineRule="auto"/>
            </w:pPr>
            <w:r>
              <w:rPr>
                <w:rFonts w:ascii="宋体" w:hAnsi="宋体" w:eastAsia="宋体"/>
                <w:b w:val="0"/>
                <w:sz w:val="18"/>
              </w:rPr>
              <w:t>师：看来小数与我们的生活息息相关，想知道刚刚我们测量出的数据用小数怎么表示吗？这节课我们共同来探究小数的意义。(板书课题:小数的意义)</w:t>
            </w:r>
          </w:p>
        </w:tc>
        <w:tc>
          <w:tcPr>
            <w:tcW w:type="dxa" w:w="3061"/>
          </w:tcPr>
          <w:p>
            <w:pPr>
              <w:spacing w:after="20" w:line="276" w:lineRule="auto"/>
            </w:pPr>
            <w:r/>
            <w:r>
              <w:rPr>
                <w:rFonts w:ascii="宋体" w:hAnsi="宋体" w:eastAsia="宋体"/>
                <w:b w:val="0"/>
                <w:sz w:val="18"/>
              </w:rPr>
              <w:t>1.学生分组测量。</w:t>
            </w:r>
          </w:p>
          <w:p>
            <w:pPr>
              <w:spacing w:after="20" w:line="276" w:lineRule="auto"/>
            </w:pPr>
            <w:r>
              <w:rPr>
                <w:rFonts w:ascii="宋体" w:hAnsi="宋体" w:eastAsia="宋体"/>
                <w:b w:val="0"/>
                <w:sz w:val="18"/>
              </w:rPr>
              <w:t>学生可能会测量黑板、讲桌、课桌等。</w:t>
            </w:r>
          </w:p>
          <w:p>
            <w:pPr>
              <w:spacing w:after="20" w:line="276" w:lineRule="auto"/>
            </w:pPr>
            <w:r>
              <w:rPr>
                <w:rFonts w:ascii="宋体" w:hAnsi="宋体" w:eastAsia="宋体"/>
                <w:b w:val="0"/>
                <w:sz w:val="18"/>
              </w:rPr>
              <w:t>预设1:我测量的黑板的长度是2m4dm8cm。</w:t>
            </w:r>
          </w:p>
          <w:p>
            <w:pPr>
              <w:spacing w:after="20" w:line="276" w:lineRule="auto"/>
            </w:pPr>
            <w:r>
              <w:rPr>
                <w:rFonts w:ascii="宋体" w:hAnsi="宋体" w:eastAsia="宋体"/>
                <w:b w:val="0"/>
                <w:sz w:val="18"/>
              </w:rPr>
              <w:t>预设2:我测量的是我的课桌,长度大约是60cm。</w:t>
            </w:r>
          </w:p>
          <w:p>
            <w:pPr>
              <w:spacing w:after="20" w:line="276" w:lineRule="auto"/>
            </w:pPr>
            <w:r>
              <w:rPr>
                <w:rFonts w:ascii="宋体" w:hAnsi="宋体" w:eastAsia="宋体"/>
                <w:b w:val="0"/>
                <w:sz w:val="18"/>
              </w:rPr>
              <w:t>预设3:我测量的讲桌的高度是1m5cm。</w:t>
            </w:r>
          </w:p>
        </w:tc>
        <w:tc>
          <w:tcPr>
            <w:tcW w:type="dxa" w:w="1814"/>
          </w:tcPr>
          <w:p>
            <w:pPr>
              <w:spacing w:after="20" w:line="276" w:lineRule="auto"/>
            </w:pPr>
            <w:r/>
            <w:r>
              <w:rPr>
                <w:rFonts w:ascii="宋体" w:hAnsi="宋体" w:eastAsia="宋体"/>
                <w:b w:val="0"/>
                <w:sz w:val="18"/>
              </w:rPr>
              <w:t>通过让学生动手测量物体的长度或高度,呈现“小数产生的过程”，使学生明白小数的作用,体会小数产生的必要性,也充分体现了数学来源于生活。</w:t>
            </w:r>
          </w:p>
        </w:tc>
      </w:tr>
      <w:tr>
        <w:tc>
          <w:tcPr>
            <w:tcW w:type="dxa" w:w="1474"/>
          </w:tcPr>
          <w:p>
            <w:pPr>
              <w:spacing w:after="20" w:line="276" w:lineRule="auto"/>
            </w:pPr>
            <w:r>
              <w:rPr>
                <w:b/>
              </w:rPr>
            </w:r>
            <w:r>
              <w:rPr>
                <w:rFonts w:ascii="宋体" w:hAnsi="宋体" w:eastAsia="宋体"/>
                <w:b/>
                <w:sz w:val="18"/>
              </w:rPr>
              <w:t>二、探究小数的意义和计数单位</w:t>
            </w:r>
          </w:p>
        </w:tc>
        <w:tc>
          <w:tcPr>
            <w:tcW w:type="dxa" w:w="3061"/>
          </w:tcPr>
          <w:p>
            <w:pPr>
              <w:spacing w:after="20" w:line="276" w:lineRule="auto"/>
            </w:pPr>
            <w:r/>
            <w:r>
              <w:rPr>
                <w:rFonts w:ascii="宋体" w:hAnsi="宋体" w:eastAsia="宋体"/>
                <w:b w:val="0"/>
                <w:sz w:val="18"/>
              </w:rPr>
              <w:t>1.回顾一位小数,理解其意义。</w:t>
            </w:r>
          </w:p>
          <w:p>
            <w:pPr>
              <w:spacing w:after="20" w:line="276" w:lineRule="auto"/>
            </w:pPr>
            <w:r>
              <w:rPr>
                <w:rFonts w:ascii="宋体" w:hAnsi="宋体" w:eastAsia="宋体"/>
                <w:b w:val="0"/>
                <w:sz w:val="18"/>
              </w:rPr>
              <w:t>（1）师：三年级的时候我们已经认识了一位小数,在米尺上你能找出一位小数吗?你是怎么想的?(课件出示米尺)</w:t>
            </w:r>
          </w:p>
          <w:p>
            <w:pPr>
              <w:spacing w:after="20" w:line="276" w:lineRule="auto"/>
            </w:pPr>
            <w:r>
              <w:rPr>
                <w:rFonts w:ascii="宋体" w:hAnsi="宋体" w:eastAsia="宋体"/>
                <w:b w:val="0"/>
                <w:sz w:val="18"/>
              </w:rPr>
              <w:t>教学时要重视让学生亲自经历测量活动，积累充实的感性认识，加深对小数产生必要性的认识。</w:t>
            </w:r>
          </w:p>
          <w:p>
            <w:pPr>
              <w:spacing w:after="20" w:line="276" w:lineRule="auto"/>
            </w:pPr>
            <w:r>
              <w:rPr>
                <w:rFonts w:ascii="宋体" w:hAnsi="宋体" w:eastAsia="宋体"/>
                <w:b w:val="0"/>
                <w:sz w:val="18"/>
              </w:rPr>
              <w:t>根据学生的回答,教师选择整分米数、分数、小数进行板书。</w:t>
            </w:r>
          </w:p>
          <w:p>
            <w:pPr>
              <w:spacing w:after="20" w:line="276" w:lineRule="auto"/>
            </w:pPr>
            <w:r>
              <w:rPr>
                <w:rFonts w:ascii="宋体" w:hAnsi="宋体" w:eastAsia="宋体"/>
                <w:b w:val="0"/>
                <w:sz w:val="18"/>
              </w:rPr>
              <w:t>（2）师：观察黑板上每组数中的分数和小数,你发现了什么?学生讨论交流。</w:t>
            </w:r>
          </w:p>
          <w:p>
            <w:pPr>
              <w:spacing w:after="20" w:line="276" w:lineRule="auto"/>
            </w:pPr>
            <w:r>
              <w:rPr>
                <w:rFonts w:ascii="宋体" w:hAnsi="宋体" w:eastAsia="宋体"/>
                <w:b w:val="0"/>
                <w:sz w:val="18"/>
              </w:rPr>
              <w:t>（3）师：这些一位小数中最小的是哪一个呢?其他一位小数又和它有什么关系?</w:t>
            </w:r>
          </w:p>
          <w:p>
            <w:pPr>
              <w:spacing w:after="20" w:line="276" w:lineRule="auto"/>
            </w:pPr>
            <w:r>
              <w:rPr>
                <w:rFonts w:ascii="宋体" w:hAnsi="宋体" w:eastAsia="宋体"/>
                <w:b w:val="0"/>
                <w:sz w:val="18"/>
              </w:rPr>
              <w:t>（4）师：看来一位小数都是几个0.1、几个0.1地在计数,由此可见,一位小数的计数单位是0.1。</w:t>
            </w:r>
          </w:p>
          <w:p>
            <w:pPr>
              <w:spacing w:after="20" w:line="276" w:lineRule="auto"/>
            </w:pPr>
            <w:r>
              <w:rPr>
                <w:rFonts w:ascii="宋体" w:hAnsi="宋体" w:eastAsia="宋体"/>
                <w:b w:val="0"/>
                <w:sz w:val="18"/>
              </w:rPr>
              <w:t>2.探究两位小数的意义。</w:t>
            </w:r>
          </w:p>
          <w:p>
            <w:pPr>
              <w:spacing w:after="20" w:line="276" w:lineRule="auto"/>
            </w:pPr>
            <w:r>
              <w:rPr>
                <w:rFonts w:ascii="宋体" w:hAnsi="宋体" w:eastAsia="宋体"/>
                <w:b w:val="0"/>
                <w:sz w:val="18"/>
              </w:rPr>
              <w:t>（1）师：刚才利用米尺认识了一位小数,继续观察米尺,看1cm用米作单位还可以怎么表示?其他厘米数呢?</w:t>
            </w:r>
          </w:p>
          <w:p>
            <w:pPr>
              <w:spacing w:after="20" w:line="276" w:lineRule="auto"/>
            </w:pPr>
            <w:r>
              <w:rPr>
                <w:rFonts w:ascii="宋体" w:hAnsi="宋体" w:eastAsia="宋体"/>
                <w:b w:val="0"/>
                <w:sz w:val="18"/>
              </w:rPr>
              <w:t>（2）先在小组内相互讨论,再试着独自写一写。教师巡视指导。</w:t>
            </w:r>
          </w:p>
          <w:p>
            <w:pPr>
              <w:spacing w:after="20" w:line="276" w:lineRule="auto"/>
            </w:pPr>
            <w:r>
              <w:rPr>
                <w:rFonts w:ascii="宋体" w:hAnsi="宋体" w:eastAsia="宋体"/>
                <w:b w:val="0"/>
                <w:sz w:val="18"/>
              </w:rPr>
              <w:t>（3）指名学生到黑板上进行板演。</w:t>
            </w:r>
          </w:p>
          <w:p>
            <w:pPr>
              <w:spacing w:after="20" w:line="276" w:lineRule="auto"/>
            </w:pPr>
            <w:r>
              <w:rPr>
                <w:rFonts w:ascii="宋体" w:hAnsi="宋体" w:eastAsia="宋体"/>
                <w:b w:val="0"/>
                <w:sz w:val="18"/>
              </w:rPr>
              <w:t>（4）师：观察黑板上每组中的分数和小数,你发现了什么?</w:t>
            </w:r>
          </w:p>
          <w:p>
            <w:pPr>
              <w:spacing w:after="20" w:line="276" w:lineRule="auto"/>
            </w:pPr>
            <w:r>
              <w:rPr>
                <w:rFonts w:ascii="宋体" w:hAnsi="宋体" w:eastAsia="宋体"/>
                <w:b w:val="0"/>
                <w:sz w:val="18"/>
              </w:rPr>
              <w:t>本环节是这节课的重点，一定要让学生经历观察、猜测、类推、交流等探究活动，理解小数的意义,明确小数与十进分数之间的关系、小数的计数单位以及计数单位之间的关系。</w:t>
            </w:r>
          </w:p>
          <w:p>
            <w:pPr>
              <w:spacing w:after="20" w:line="276" w:lineRule="auto"/>
            </w:pPr>
            <w:r>
              <w:rPr>
                <w:rFonts w:ascii="宋体" w:hAnsi="宋体" w:eastAsia="宋体"/>
                <w:b w:val="0"/>
                <w:sz w:val="18"/>
              </w:rPr>
              <w:t>（5）教师引导学生得出结论:两位小数就表示百分之几，百分之几可以写成两位小数。两位小数中最小的是0.01,两位小数都是几个0.01、几个0.01地在计数,所以两位小数的计数单位就是0.01。</w:t>
            </w:r>
          </w:p>
          <w:p>
            <w:pPr>
              <w:spacing w:after="20" w:line="276" w:lineRule="auto"/>
            </w:pPr>
            <w:r>
              <w:rPr>
                <w:rFonts w:ascii="宋体" w:hAnsi="宋体" w:eastAsia="宋体"/>
                <w:b w:val="0"/>
                <w:sz w:val="18"/>
              </w:rPr>
              <w:t>3.类推三位小数的意义。</w:t>
            </w:r>
          </w:p>
          <w:p>
            <w:pPr>
              <w:spacing w:after="20" w:line="276" w:lineRule="auto"/>
            </w:pPr>
            <w:r>
              <w:rPr>
                <w:rFonts w:ascii="宋体" w:hAnsi="宋体" w:eastAsia="宋体"/>
                <w:b w:val="0"/>
                <w:sz w:val="18"/>
              </w:rPr>
              <w:t>（1）课件出示教科书P33上方尺子图。</w:t>
            </w:r>
          </w:p>
          <w:p>
            <w:pPr>
              <w:spacing w:after="20" w:line="276" w:lineRule="auto"/>
            </w:pPr>
            <w:r>
              <w:rPr>
                <w:rFonts w:ascii="宋体" w:hAnsi="宋体" w:eastAsia="宋体"/>
                <w:b w:val="0"/>
                <w:sz w:val="18"/>
              </w:rPr>
              <w:t>（2）师：观察图片，这节课我们研究了一位小数、两位小数的意义,那么三位小数表示什么呢?它的计数单位是什么?你是怎么想的?</w:t>
            </w:r>
          </w:p>
          <w:p>
            <w:pPr>
              <w:spacing w:after="20" w:line="276" w:lineRule="auto"/>
            </w:pPr>
            <w:r>
              <w:rPr>
                <w:rFonts w:ascii="宋体" w:hAnsi="宋体" w:eastAsia="宋体"/>
                <w:b w:val="0"/>
                <w:sz w:val="18"/>
              </w:rPr>
              <w:t>（3）师：说得非常好。请同学们想一想，四位小数表示什么？五位小数呢？</w:t>
            </w:r>
          </w:p>
          <w:p>
            <w:pPr>
              <w:spacing w:after="20" w:line="276" w:lineRule="auto"/>
            </w:pPr>
            <w:r>
              <w:rPr>
                <w:rFonts w:ascii="宋体" w:hAnsi="宋体" w:eastAsia="宋体"/>
                <w:b w:val="0"/>
                <w:sz w:val="18"/>
              </w:rPr>
              <w:t>4.小数的计数单位。</w:t>
            </w:r>
          </w:p>
          <w:p>
            <w:pPr>
              <w:spacing w:after="20" w:line="276" w:lineRule="auto"/>
            </w:pPr>
            <w:r>
              <w:rPr>
                <w:rFonts w:ascii="宋体" w:hAnsi="宋体" w:eastAsia="宋体"/>
                <w:b w:val="0"/>
                <w:sz w:val="18"/>
              </w:rPr>
              <w:t>（1）师：同学们都非常聪明,请同学们根据黑板上的内容,回忆我们探讨的过程,你都发现了什么?</w:t>
            </w:r>
          </w:p>
          <w:p>
            <w:pPr>
              <w:spacing w:after="20" w:line="276" w:lineRule="auto"/>
            </w:pPr>
            <w:r>
              <w:rPr>
                <w:rFonts w:ascii="宋体" w:hAnsi="宋体" w:eastAsia="宋体"/>
                <w:b w:val="0"/>
                <w:sz w:val="18"/>
              </w:rPr>
              <w:t>（2）师：同学们总结得非常好!我们知道了分母是10、100、1000……的分数可以用小数表示。小数的计数单位是十分之一、百分之一、千分之一……分别写作0.1、0.01、0.001……</w:t>
            </w:r>
          </w:p>
          <w:p>
            <w:pPr>
              <w:spacing w:after="20" w:line="276" w:lineRule="auto"/>
            </w:pPr>
            <w:r>
              <w:rPr>
                <w:rFonts w:ascii="宋体" w:hAnsi="宋体" w:eastAsia="宋体"/>
                <w:b w:val="0"/>
                <w:sz w:val="18"/>
              </w:rPr>
              <w:t>教学中应合理安排教师引导和放手的时机，给学生自主探究的机会，既要充分发挥教师的指导作用，又要给学生更大的探索空间，引导学生自主发现，加深学生的认识和理解。</w:t>
            </w:r>
          </w:p>
          <w:p>
            <w:pPr>
              <w:spacing w:after="20" w:line="276" w:lineRule="auto"/>
            </w:pPr>
            <w:r>
              <w:rPr>
                <w:rFonts w:ascii="宋体" w:hAnsi="宋体" w:eastAsia="宋体"/>
                <w:b w:val="0"/>
                <w:sz w:val="18"/>
              </w:rPr>
              <w:t>完善板书：十分之一     百分之一    千分之一</w:t>
            </w:r>
          </w:p>
          <w:p>
            <w:pPr>
              <w:spacing w:after="20" w:line="276" w:lineRule="auto"/>
            </w:pPr>
            <w:r>
              <w:rPr>
                <w:rFonts w:ascii="宋体" w:hAnsi="宋体" w:eastAsia="宋体"/>
                <w:b w:val="0"/>
                <w:sz w:val="18"/>
              </w:rPr>
              <w:t>5.探究小数计数单位之间的关系。</w:t>
            </w:r>
          </w:p>
          <w:p>
            <w:pPr>
              <w:spacing w:after="20" w:line="276" w:lineRule="auto"/>
            </w:pPr>
            <w:r>
              <w:rPr>
                <w:rFonts w:ascii="宋体" w:hAnsi="宋体" w:eastAsia="宋体"/>
                <w:b w:val="0"/>
                <w:sz w:val="18"/>
              </w:rPr>
              <w:t>师：知道了小数的计数单位有哪些,那么这些计数单位之间有什么样的关系呢?你是怎么知道的?</w:t>
            </w:r>
          </w:p>
          <w:p>
            <w:pPr>
              <w:spacing w:after="20" w:line="276" w:lineRule="auto"/>
            </w:pPr>
            <w:r>
              <w:rPr>
                <w:rFonts w:ascii="宋体" w:hAnsi="宋体" w:eastAsia="宋体"/>
                <w:b w:val="0"/>
                <w:sz w:val="18"/>
              </w:rPr>
              <w:t>教师板书：每相邻两个计数单位之间的进率是10。</w:t>
            </w:r>
          </w:p>
        </w:tc>
        <w:tc>
          <w:tcPr>
            <w:tcW w:type="dxa" w:w="3061"/>
          </w:tcPr>
          <w:p>
            <w:pPr>
              <w:spacing w:after="20" w:line="276" w:lineRule="auto"/>
            </w:pPr>
            <w:r/>
            <w:r>
              <w:rPr>
                <w:rFonts w:ascii="宋体" w:hAnsi="宋体" w:eastAsia="宋体"/>
                <w:b w:val="0"/>
                <w:sz w:val="18"/>
              </w:rPr>
              <w:t>这是三年级学习小数初步认识时就已经知道的,教师要逐渐规范学生说出:把1m平均分成10份,几分米就是十分之几米,也就是零点几米。</w:t>
            </w:r>
          </w:p>
          <w:p>
            <w:pPr>
              <w:spacing w:after="20" w:line="276" w:lineRule="auto"/>
            </w:pPr>
            <w:r>
              <w:rPr>
                <w:rFonts w:ascii="宋体" w:hAnsi="宋体" w:eastAsia="宋体"/>
                <w:b w:val="0"/>
                <w:sz w:val="18"/>
              </w:rPr>
              <w:t>引导学生说出一位小数就表示十分之几,十分之几可以写成一位小数。</w:t>
            </w:r>
          </w:p>
          <w:p>
            <w:pPr>
              <w:spacing w:after="20" w:line="276" w:lineRule="auto"/>
            </w:pPr>
            <w:r>
              <w:rPr>
                <w:rFonts w:ascii="宋体" w:hAnsi="宋体" w:eastAsia="宋体"/>
                <w:b w:val="0"/>
                <w:sz w:val="18"/>
              </w:rPr>
              <w:t>学生根据上面的数中1dm表示的长度最短,可以推出0.1是最小的,而其他小数,比如0.3里面有3个0.1，0.7里面有7个0.1。</w:t>
            </w:r>
          </w:p>
          <w:p>
            <w:pPr>
              <w:spacing w:after="20" w:line="276" w:lineRule="auto"/>
            </w:pPr>
            <w:r>
              <w:rPr>
                <w:rFonts w:ascii="宋体" w:hAnsi="宋体" w:eastAsia="宋体"/>
                <w:b w:val="0"/>
                <w:sz w:val="18"/>
              </w:rPr>
              <w:t>给学生独立思考的时间,让学生根据一位小数的认知去类推两位小数,即使是错误的描述也要展示,在交流辨析中理解整厘米数、百分之几的分数与两位小数之间的关系。</w:t>
            </w:r>
          </w:p>
          <w:p>
            <w:pPr>
              <w:spacing w:after="20" w:line="276" w:lineRule="auto"/>
            </w:pPr>
            <w:r>
              <w:rPr>
                <w:rFonts w:ascii="宋体" w:hAnsi="宋体" w:eastAsia="宋体"/>
                <w:b w:val="0"/>
                <w:sz w:val="18"/>
              </w:rPr>
              <w:t>学生小组讨论后集中交流。</w:t>
            </w:r>
          </w:p>
          <w:p>
            <w:pPr>
              <w:spacing w:after="20" w:line="276" w:lineRule="auto"/>
            </w:pPr>
            <w:r>
              <w:rPr>
                <w:rFonts w:ascii="宋体" w:hAnsi="宋体" w:eastAsia="宋体"/>
                <w:b w:val="0"/>
                <w:sz w:val="18"/>
              </w:rPr>
              <w:t>预设2：我发现分母是100的分数可以写成两位小数。</w:t>
            </w:r>
          </w:p>
          <w:p>
            <w:pPr>
              <w:spacing w:after="20" w:line="276" w:lineRule="auto"/>
            </w:pPr>
            <w:r>
              <w:rPr>
                <w:rFonts w:ascii="宋体" w:hAnsi="宋体" w:eastAsia="宋体"/>
                <w:b w:val="0"/>
                <w:sz w:val="18"/>
              </w:rPr>
              <w:t>预设3：可以说两位小数表示百分之几。</w:t>
            </w:r>
          </w:p>
          <w:p>
            <w:pPr>
              <w:spacing w:after="20" w:line="276" w:lineRule="auto"/>
            </w:pPr>
            <w:r>
              <w:rPr>
                <w:rFonts w:ascii="宋体" w:hAnsi="宋体" w:eastAsia="宋体"/>
                <w:b w:val="0"/>
                <w:sz w:val="18"/>
              </w:rPr>
              <w:t>学生小组内讨论交流，集体汇报。</w:t>
            </w:r>
          </w:p>
          <w:p>
            <w:pPr>
              <w:spacing w:after="20" w:line="276" w:lineRule="auto"/>
            </w:pPr>
            <w:r>
              <w:rPr>
                <w:rFonts w:ascii="宋体" w:hAnsi="宋体" w:eastAsia="宋体"/>
                <w:b w:val="0"/>
                <w:sz w:val="18"/>
              </w:rPr>
              <w:t>有了前面探究学习的基础,学生很容易通过认知的迁移类推,在相互交流中得出结论。</w:t>
            </w:r>
          </w:p>
          <w:p>
            <w:pPr>
              <w:spacing w:after="20" w:line="276" w:lineRule="auto"/>
            </w:pPr>
            <w:r>
              <w:rPr>
                <w:rFonts w:ascii="宋体" w:hAnsi="宋体" w:eastAsia="宋体"/>
                <w:b w:val="0"/>
                <w:sz w:val="18"/>
              </w:rPr>
              <w:t>预设2：三位小数就表示千分之几，千分之几可以写成三位小数。</w:t>
            </w:r>
          </w:p>
          <w:p>
            <w:pPr>
              <w:spacing w:after="20" w:line="276" w:lineRule="auto"/>
            </w:pPr>
            <w:r>
              <w:rPr>
                <w:rFonts w:ascii="宋体" w:hAnsi="宋体" w:eastAsia="宋体"/>
                <w:b w:val="0"/>
                <w:sz w:val="18"/>
              </w:rPr>
              <w:t>预设3：三位小数中最小的是0.001,三位小数都是几个0.001、几个0.001地在计数,所以三位小数的计数单位就是0.001。</w:t>
            </w:r>
          </w:p>
          <w:p>
            <w:pPr>
              <w:spacing w:after="20" w:line="276" w:lineRule="auto"/>
            </w:pPr>
            <w:r>
              <w:rPr>
                <w:rFonts w:ascii="宋体" w:hAnsi="宋体" w:eastAsia="宋体"/>
                <w:b w:val="0"/>
                <w:sz w:val="18"/>
              </w:rPr>
              <w:t>学生会脱口而出：四位小数表示万分之几，五位小数表示十万分之几。</w:t>
            </w:r>
          </w:p>
          <w:p>
            <w:pPr>
              <w:spacing w:after="20" w:line="276" w:lineRule="auto"/>
            </w:pPr>
            <w:r>
              <w:rPr>
                <w:rFonts w:ascii="宋体" w:hAnsi="宋体" w:eastAsia="宋体"/>
                <w:b w:val="0"/>
                <w:sz w:val="18"/>
              </w:rPr>
              <w:t>同桌之间交流后学生汇报。</w:t>
            </w:r>
          </w:p>
          <w:p>
            <w:pPr>
              <w:spacing w:after="20" w:line="276" w:lineRule="auto"/>
            </w:pPr>
            <w:r>
              <w:rPr>
                <w:rFonts w:ascii="宋体" w:hAnsi="宋体" w:eastAsia="宋体"/>
                <w:b w:val="0"/>
                <w:sz w:val="18"/>
              </w:rPr>
              <w:t>预设1：我认为分母是10、100、1000、10000等的分数可以用小数来表示。</w:t>
            </w:r>
          </w:p>
          <w:p>
            <w:pPr>
              <w:spacing w:after="20" w:line="276" w:lineRule="auto"/>
            </w:pPr>
            <w:r>
              <w:rPr>
                <w:rFonts w:ascii="宋体" w:hAnsi="宋体" w:eastAsia="宋体"/>
                <w:b w:val="0"/>
                <w:sz w:val="18"/>
              </w:rPr>
              <w:t>预设2:我们知道,十分之几可以写成一位小数,百分之几可以写成两位小数,千分之几可以写成三位小数。</w:t>
            </w:r>
          </w:p>
          <w:p>
            <w:pPr>
              <w:spacing w:after="20" w:line="276" w:lineRule="auto"/>
            </w:pPr>
            <w:r>
              <w:rPr>
                <w:rFonts w:ascii="宋体" w:hAnsi="宋体" w:eastAsia="宋体"/>
                <w:b w:val="0"/>
                <w:sz w:val="18"/>
              </w:rPr>
              <w:t>预设3:还可以说,一位小数表示十分之几,两位小数表示百分之几,三位小数表示千分之几。</w:t>
            </w:r>
          </w:p>
          <w:p>
            <w:pPr>
              <w:spacing w:after="20" w:line="276" w:lineRule="auto"/>
            </w:pPr>
            <w:r>
              <w:rPr>
                <w:rFonts w:ascii="宋体" w:hAnsi="宋体" w:eastAsia="宋体"/>
                <w:b w:val="0"/>
                <w:sz w:val="18"/>
              </w:rPr>
              <w:t>学生独立思考后交流汇报。</w:t>
            </w:r>
          </w:p>
          <w:p>
            <w:pPr>
              <w:spacing w:after="20" w:line="276" w:lineRule="auto"/>
            </w:pPr>
            <w:r>
              <w:rPr>
                <w:rFonts w:ascii="宋体" w:hAnsi="宋体" w:eastAsia="宋体"/>
                <w:b w:val="0"/>
                <w:sz w:val="18"/>
              </w:rPr>
              <w:t>有了对分米、厘米、毫米之间的关系的把握,推导出三个计数单位之间的关系是没有问题的。1dm等于10个1cm,所以0.1就是10个0.01；1cm等于10个1mm,所以0.01就是10个0.001；1dm是100个1mm,所以0.1就是100个0.001。</w:t>
            </w:r>
          </w:p>
        </w:tc>
        <w:tc>
          <w:tcPr>
            <w:tcW w:type="dxa" w:w="1814"/>
          </w:tcPr>
          <w:p>
            <w:pPr>
              <w:spacing w:after="20" w:line="276" w:lineRule="auto"/>
            </w:pPr>
            <w:r/>
            <w:r>
              <w:rPr>
                <w:rFonts w:ascii="宋体" w:hAnsi="宋体" w:eastAsia="宋体"/>
                <w:b w:val="0"/>
                <w:sz w:val="18"/>
              </w:rPr>
              <w:t>学生在三年级已经初步感知过一位小数的意义,以交流的形式引导学生正确表达,教师引导概括得出一位小数的意义和计数单位,为后面研究两位小数打好基础。</w:t>
            </w:r>
          </w:p>
          <w:p>
            <w:pPr>
              <w:spacing w:after="20" w:line="276" w:lineRule="auto"/>
            </w:pPr>
            <w:r>
              <w:rPr>
                <w:rFonts w:ascii="宋体" w:hAnsi="宋体" w:eastAsia="宋体"/>
                <w:b w:val="0"/>
                <w:sz w:val="18"/>
              </w:rPr>
              <w:t>两位小数的意义是本节课小数意义探究学习的重点,此环节的学习以小组学习的形式完成。让学生先根据一位小数表示十分之几，结合观察米尺和已有的知识经验，自主实现知识的迁移，再选择自己的例子进行交流,说出自己的想法,教师适时给予指导,培养学生迁移类推、正确表达的学习能力。</w:t>
            </w:r>
          </w:p>
          <w:p>
            <w:pPr>
              <w:spacing w:after="20" w:line="276" w:lineRule="auto"/>
            </w:pPr>
            <w:r>
              <w:rPr>
                <w:rFonts w:ascii="宋体" w:hAnsi="宋体" w:eastAsia="宋体"/>
                <w:b w:val="0"/>
                <w:sz w:val="18"/>
              </w:rPr>
              <w:t>由借助直观图形认识一位小数表示十分之几,两位小数表示百分之几,三位小数表示千分之几,到通过联想认识四位小数、五位小数表示的意义,再到抽象概括小数的意义,学生经历了知识的形成过程,在获取数学知识的同时,也获得了学习的方法,提高了学习的能力。</w:t>
            </w:r>
          </w:p>
        </w:tc>
      </w:tr>
      <w:tr>
        <w:tc>
          <w:tcPr>
            <w:tcW w:type="dxa" w:w="1474"/>
          </w:tcPr>
          <w:p>
            <w:pPr>
              <w:spacing w:after="20" w:line="276" w:lineRule="auto"/>
            </w:pPr>
            <w:r>
              <w:rPr>
                <w:b/>
              </w:rPr>
            </w:r>
            <w:r>
              <w:rPr>
                <w:rFonts w:ascii="宋体" w:hAnsi="宋体" w:eastAsia="宋体"/>
                <w:b/>
                <w:sz w:val="18"/>
              </w:rPr>
              <w:t>三、巩固练习，拓展延伸</w:t>
            </w:r>
          </w:p>
        </w:tc>
        <w:tc>
          <w:tcPr>
            <w:tcW w:type="dxa" w:w="3061"/>
          </w:tcPr>
          <w:p>
            <w:pPr>
              <w:spacing w:after="20" w:line="276" w:lineRule="auto"/>
            </w:pPr>
            <w:r/>
            <w:r>
              <w:rPr>
                <w:rFonts w:ascii="宋体" w:hAnsi="宋体" w:eastAsia="宋体"/>
                <w:b w:val="0"/>
                <w:sz w:val="18"/>
              </w:rPr>
              <w:t>1.基础性练习：教科书P33“做一做”。</w:t>
            </w:r>
          </w:p>
          <w:p>
            <w:pPr>
              <w:spacing w:after="20" w:line="276" w:lineRule="auto"/>
            </w:pPr>
            <w:r>
              <w:rPr>
                <w:rFonts w:ascii="宋体" w:hAnsi="宋体" w:eastAsia="宋体"/>
                <w:b w:val="0"/>
                <w:sz w:val="18"/>
              </w:rPr>
              <w:t>2.综合性练习：教科书P36“练习九”第1~3题。</w:t>
            </w:r>
          </w:p>
          <w:p>
            <w:pPr>
              <w:spacing w:after="20" w:line="276" w:lineRule="auto"/>
            </w:pPr>
            <w:r>
              <w:rPr>
                <w:rFonts w:ascii="宋体" w:hAnsi="宋体" w:eastAsia="宋体"/>
                <w:b w:val="0"/>
                <w:sz w:val="18"/>
              </w:rPr>
              <w:t>（1）第1题：学生自主连线后，指名学生汇报，说明理由。</w:t>
            </w:r>
          </w:p>
          <w:p>
            <w:pPr>
              <w:spacing w:after="20" w:line="276" w:lineRule="auto"/>
            </w:pPr>
            <w:r>
              <w:rPr>
                <w:rFonts w:ascii="宋体" w:hAnsi="宋体" w:eastAsia="宋体"/>
                <w:b w:val="0"/>
                <w:sz w:val="18"/>
              </w:rPr>
              <w:t>（2）第2题：学生边口答边填空。</w:t>
            </w:r>
          </w:p>
          <w:p>
            <w:pPr>
              <w:spacing w:after="20" w:line="276" w:lineRule="auto"/>
            </w:pPr>
            <w:r>
              <w:rPr>
                <w:rFonts w:ascii="宋体" w:hAnsi="宋体" w:eastAsia="宋体"/>
                <w:b w:val="0"/>
                <w:sz w:val="18"/>
              </w:rPr>
              <w:t>（3）第3题：学生先想象一下这些小数表示的长度，同桌之间再相互比画物体的长度。</w:t>
            </w:r>
          </w:p>
          <w:p>
            <w:pPr>
              <w:spacing w:after="20" w:line="276" w:lineRule="auto"/>
            </w:pPr>
            <w:r>
              <w:rPr>
                <w:rFonts w:ascii="宋体" w:hAnsi="宋体" w:eastAsia="宋体"/>
                <w:b w:val="0"/>
                <w:sz w:val="18"/>
              </w:rPr>
              <w:t>3.拓展性练习：教科书P37“练习九”第7题。</w:t>
            </w:r>
          </w:p>
        </w:tc>
        <w:tc>
          <w:tcPr>
            <w:tcW w:type="dxa" w:w="3061"/>
          </w:tcPr>
          <w:p>
            <w:pPr>
              <w:spacing w:after="20" w:line="276" w:lineRule="auto"/>
            </w:pPr>
            <w:r/>
            <w:r>
              <w:rPr>
                <w:rFonts w:ascii="宋体" w:hAnsi="宋体" w:eastAsia="宋体"/>
                <w:b w:val="0"/>
                <w:sz w:val="18"/>
              </w:rPr>
              <w:t>学生独立完成后集体交流订正。</w:t>
            </w:r>
          </w:p>
          <w:p>
            <w:pPr>
              <w:spacing w:after="20" w:line="276" w:lineRule="auto"/>
            </w:pPr>
            <w:r>
              <w:rPr>
                <w:rFonts w:ascii="宋体" w:hAnsi="宋体" w:eastAsia="宋体"/>
                <w:b w:val="0"/>
                <w:sz w:val="18"/>
              </w:rPr>
              <w:t>大部分学生能做对，对于少数解答有问题的学生，教师要注意引导他们看图，将直观的图形和分数、小数联系起来。</w:t>
            </w:r>
          </w:p>
          <w:p>
            <w:pPr>
              <w:spacing w:after="20" w:line="276" w:lineRule="auto"/>
            </w:pPr>
            <w:r>
              <w:rPr>
                <w:rFonts w:ascii="宋体" w:hAnsi="宋体" w:eastAsia="宋体"/>
                <w:b w:val="0"/>
                <w:sz w:val="18"/>
              </w:rPr>
              <w:t>引导学生明确小数和分数的关系，进一步深化对小数意义的理解。</w:t>
            </w:r>
          </w:p>
          <w:p>
            <w:pPr>
              <w:spacing w:after="20" w:line="276" w:lineRule="auto"/>
            </w:pPr>
            <w:r>
              <w:rPr>
                <w:rFonts w:ascii="宋体" w:hAnsi="宋体" w:eastAsia="宋体"/>
                <w:b w:val="0"/>
                <w:sz w:val="18"/>
              </w:rPr>
              <w:t>有部分学生将第2个空错误地填写成2，引导学生理解0.32中一共有32个0.01。</w:t>
            </w:r>
          </w:p>
          <w:p>
            <w:pPr>
              <w:spacing w:after="20" w:line="276" w:lineRule="auto"/>
            </w:pPr>
            <w:r>
              <w:rPr>
                <w:rFonts w:ascii="宋体" w:hAnsi="宋体" w:eastAsia="宋体"/>
                <w:b w:val="0"/>
                <w:sz w:val="18"/>
              </w:rPr>
              <w:t>学生独立完成后集体交流订正。</w:t>
            </w:r>
          </w:p>
          <w:p>
            <w:pPr>
              <w:spacing w:after="20" w:line="276" w:lineRule="auto"/>
            </w:pPr>
            <w:r>
              <w:rPr>
                <w:rFonts w:ascii="宋体" w:hAnsi="宋体" w:eastAsia="宋体"/>
                <w:b w:val="0"/>
                <w:sz w:val="18"/>
              </w:rPr>
              <w:t>学生能很顺利地在直线上标出0.4、1.6、2.3的位置，但对于3.85会有学生有困难，教师要及时引导学生先找到3.8和3.9，再在3.8和3.9之间找3.85。</w:t>
            </w:r>
          </w:p>
        </w:tc>
        <w:tc>
          <w:tcPr>
            <w:tcW w:type="dxa" w:w="1814"/>
          </w:tcPr>
          <w:p>
            <w:pPr>
              <w:spacing w:after="20" w:line="276" w:lineRule="auto"/>
            </w:pPr>
            <w:r/>
            <w:r>
              <w:rPr>
                <w:rFonts w:ascii="宋体" w:hAnsi="宋体" w:eastAsia="宋体"/>
                <w:b w:val="0"/>
                <w:sz w:val="18"/>
              </w:rPr>
              <w:t>通过三个层次的训练,使学生进一步理解小数的意义、小数与十进分数的关系,并掌握小数的计数单位。特别是在拓展性练习中,让学生在直线上认识小数,从而可使学生直观地看到小数的大小,还可以体现出小数之间的关系和无限性,为后续的学习奠定基础。</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师：同学们，开始上课时大家测量到的数据现在会用小数表示了吗？今天的数学课你们有哪些收获呢？</w:t>
            </w:r>
          </w:p>
          <w:p>
            <w:pPr>
              <w:spacing w:after="20" w:line="276" w:lineRule="auto"/>
            </w:pPr>
            <w:r>
              <w:rPr>
                <w:rFonts w:ascii="宋体" w:hAnsi="宋体" w:eastAsia="宋体"/>
                <w:b w:val="0"/>
                <w:sz w:val="18"/>
              </w:rPr>
              <w:t>师：课后请同学们认真阅读教科书P33“你知道吗？”，了解小数的历史。</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学生通过对小数历史的了解，拓宽了知识面，渗透了民族自豪感和积极进取的精神。</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教科书P32～33例1，完成P33“做一做”，P36~37“练习九”第1、2、3、7题。</w:t>
      </w:r>
    </w:p>
    <w:p>
      <w:pPr>
        <w:spacing w:after="40" w:line="300" w:lineRule="auto"/>
        <w:ind w:firstLine="400"/>
      </w:pPr>
      <w:r>
        <w:rPr>
          <w:rFonts w:ascii="宋体" w:hAnsi="宋体" w:eastAsia="宋体"/>
          <w:b w:val="0"/>
          <w:sz w:val="20"/>
        </w:rPr>
        <w:t>② 原设计安排：见“状元成才路”系列丛书《创优作业100分》对应课时作业。 1用分数和小数表示下图中的涂色部分。 2选一选。(将正确答案的序号填在括号里) (1)2024年株洲马拉松赛事的全程长度为42.195千米，“9”表示( )。 A．9000米 B．900米 C．90米 D．9米 (2)右边直线上的点M可能表示( )。 A．1.5 B．1.75 C．2.1 D．0.9 3古代第一个将小数概念用文字表示出来的是数学家刘徽。可以用丈、尺、寸、分、厘、毫、秒、忽8个单位来表示小数，如3丈1尺4寸1分5厘9毫2秒6忽可以用3.1415926表示。根据这种表示方法，3丈2分可以用小数( )表示。 4用3、4、7和小数点组成的小数是( )，共( )个。(每个数字都要用上且只能用一次) 参考答案 1.eq \f(7,10) 0.7 eq \f(47,100) 0.47 eq \f(13,10) 1.3 2．(1)C (2)B 3．3.002 4．34.7、37.4、43.7、47.3、73.4、74.3、3.47、3.74、4.37、4.73、7.34、7.43 12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学的内容根据教科书顺序看,有小数的产生、小数的意义、小数的计数单位以及计数单位之间的关系。这么多内容中,小数的产生只要了解就可以了,因此教师只是引导学生在实际测量中体会，没有过多地花费时间。对于主要内容小数的意义和计数单位,教师将两者融合在一起展开教学,认识几位小数就学习相应的计数单位。这样安排教学,结构清晰,详略分明，更易于学生理解和掌握。</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小数的近似数（1）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小数的近似数（1）</w:t>
            </w:r>
          </w:p>
        </w:tc>
        <w:tc>
          <w:tcPr>
            <w:tcW w:type="dxa" w:w="6009"/>
          </w:tcPr>
          <w:p>
            <w:pPr>
              <w:spacing w:after="20" w:line="276" w:lineRule="auto"/>
            </w:pPr>
            <w:r/>
            <w:r>
              <w:rPr>
                <w:rFonts w:ascii="宋体" w:hAnsi="宋体" w:eastAsia="宋体"/>
                <w:b w:val="0"/>
                <w:sz w:val="20"/>
              </w:rPr>
              <w:t>第4单元 小数的意义和性质（小数的近似数）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教学内容：教科书P50例1，完成P50“做一做”，P52~53“练习十三”第1、2、5、6题。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（1）结合具体情境理解小数近似数的意义,掌握求小数近似数的方法,会应用“四舍五入”法求小数的近似数,知道精确度的含义。</w:t>
      </w:r>
    </w:p>
    <w:p>
      <w:pPr>
        <w:spacing w:after="20" w:line="300" w:lineRule="auto"/>
        <w:ind w:firstLine="400"/>
      </w:pPr>
      <w:r>
        <w:rPr>
          <w:rFonts w:ascii="宋体" w:hAnsi="宋体" w:eastAsia="宋体"/>
          <w:b w:val="0"/>
          <w:sz w:val="20"/>
        </w:rPr>
        <w:t>（2）经历求小数近似数的过程,通过测量、观察、发现等活动培养推理及概括能力,初步掌握“迁移”和“数形结合”等数学思想方法。</w:t>
      </w:r>
    </w:p>
    <w:p>
      <w:pPr>
        <w:spacing w:after="20" w:line="300" w:lineRule="auto"/>
        <w:ind w:firstLine="400"/>
      </w:pPr>
      <w:r>
        <w:rPr>
          <w:rFonts w:ascii="宋体" w:hAnsi="宋体" w:eastAsia="宋体"/>
          <w:b w:val="0"/>
          <w:sz w:val="20"/>
        </w:rPr>
        <w:t>（3）感受近似数的实际意义,体会数学与生活的密切联系,激发学习兴趣,培养学生的数感。</w:t>
      </w:r>
    </w:p>
    <w:p>
      <w:pPr>
        <w:spacing w:after="20" w:line="300" w:lineRule="auto"/>
      </w:pPr>
      <w:r>
        <w:rPr>
          <w:rFonts w:ascii="宋体" w:hAnsi="宋体" w:eastAsia="宋体"/>
          <w:b w:val="0"/>
          <w:sz w:val="20"/>
        </w:rPr>
        <w:t>教学重点：用“四舍五入”法求小数的近似数。</w:t>
      </w:r>
    </w:p>
    <w:p>
      <w:pPr>
        <w:spacing w:after="20" w:line="300" w:lineRule="auto"/>
      </w:pPr>
      <w:r>
        <w:rPr>
          <w:rFonts w:ascii="宋体" w:hAnsi="宋体" w:eastAsia="宋体"/>
          <w:b w:val="0"/>
          <w:sz w:val="20"/>
        </w:rPr>
        <w:t>教学难点：理解求一个数的近似数时,近似数末尾的“0”为什么不能省略。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一、激活经验，导入新课</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二、自主探究求小数近似数的方法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大家知道用“四舍五入”法可以求整数的近似数，那么求小数的近似数可以用什么方法呢？；0.984保留两位小数的近似数是多少？</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三、实际应用，提高能力</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通过这节课的学习，你有什么收获？还有什么疑问？</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一、激活经验，导入新课</w:t>
            </w:r>
          </w:p>
        </w:tc>
        <w:tc>
          <w:tcPr>
            <w:tcW w:type="dxa" w:w="3061"/>
          </w:tcPr>
          <w:p>
            <w:pPr>
              <w:spacing w:after="20" w:line="276" w:lineRule="auto"/>
            </w:pPr>
            <w:r/>
            <w:r>
              <w:rPr>
                <w:rFonts w:ascii="宋体" w:hAnsi="宋体" w:eastAsia="宋体"/>
                <w:b w:val="0"/>
                <w:sz w:val="18"/>
              </w:rPr>
              <w:t>1.复习整数的近似数。</w:t>
            </w:r>
          </w:p>
          <w:p>
            <w:pPr>
              <w:spacing w:after="20" w:line="276" w:lineRule="auto"/>
            </w:pPr>
            <w:r>
              <w:rPr>
                <w:rFonts w:ascii="宋体" w:hAnsi="宋体" w:eastAsia="宋体"/>
                <w:b w:val="0"/>
                <w:sz w:val="18"/>
              </w:rPr>
              <w:t>师：同学们，我们学过求一个整数的近似数，尝试完成下面的练习。（课件出示习题）</w:t>
            </w:r>
          </w:p>
          <w:p>
            <w:pPr>
              <w:spacing w:after="20" w:line="276" w:lineRule="auto"/>
            </w:pPr>
            <w:r>
              <w:rPr>
                <w:rFonts w:ascii="宋体" w:hAnsi="宋体" w:eastAsia="宋体"/>
                <w:b w:val="0"/>
                <w:sz w:val="18"/>
              </w:rPr>
              <w:t>2.导入新课。</w:t>
            </w:r>
          </w:p>
          <w:p>
            <w:pPr>
              <w:spacing w:after="20" w:line="276" w:lineRule="auto"/>
            </w:pPr>
            <w:r>
              <w:rPr>
                <w:rFonts w:ascii="宋体" w:hAnsi="宋体" w:eastAsia="宋体"/>
                <w:b w:val="0"/>
                <w:sz w:val="18"/>
              </w:rPr>
              <w:t>师：同学们，老师邻居家的女儿活泼可爱，叫小欣。（课件出示教科书P50例1的情境图）你们看，小欣的身高是多少呢?</w:t>
            </w:r>
          </w:p>
          <w:p>
            <w:pPr>
              <w:spacing w:after="20" w:line="276" w:lineRule="auto"/>
            </w:pPr>
            <w:r>
              <w:rPr>
                <w:rFonts w:ascii="宋体" w:hAnsi="宋体" w:eastAsia="宋体"/>
                <w:b w:val="0"/>
                <w:sz w:val="18"/>
              </w:rPr>
              <w:t>师：我同意你的说法,量身高没有必要精确到毫米。同学们说小欣的身高大约是1m、0.98m，其实都有道理。这里的1m、0.984m、0.98m有什么关系呢?</w:t>
            </w:r>
          </w:p>
          <w:p>
            <w:pPr>
              <w:spacing w:after="20" w:line="276" w:lineRule="auto"/>
            </w:pPr>
            <w:r>
              <w:rPr>
                <w:rFonts w:ascii="宋体" w:hAnsi="宋体" w:eastAsia="宋体"/>
                <w:b w:val="0"/>
                <w:sz w:val="18"/>
              </w:rPr>
              <w:t>师：在日常生活和计算中,有时需要求小数的近似数,这节课我们来探究求小数的近似数的方法。［板书课题：小数的近似数（1）］</w:t>
            </w:r>
          </w:p>
        </w:tc>
        <w:tc>
          <w:tcPr>
            <w:tcW w:type="dxa" w:w="3061"/>
          </w:tcPr>
          <w:p>
            <w:pPr>
              <w:spacing w:after="20" w:line="276" w:lineRule="auto"/>
            </w:pPr>
            <w:r/>
            <w:r>
              <w:rPr>
                <w:rFonts w:ascii="宋体" w:hAnsi="宋体" w:eastAsia="宋体"/>
                <w:b w:val="0"/>
                <w:sz w:val="18"/>
              </w:rPr>
              <w:t>学生基本上能独立完成，教师及时引导学生小结：求一个整数的近似数，我们用的是“四舍五入”法。</w:t>
            </w:r>
          </w:p>
          <w:p>
            <w:pPr>
              <w:spacing w:after="20" w:line="276" w:lineRule="auto"/>
            </w:pPr>
            <w:r>
              <w:rPr>
                <w:rFonts w:ascii="宋体" w:hAnsi="宋体" w:eastAsia="宋体"/>
                <w:b w:val="0"/>
                <w:sz w:val="18"/>
              </w:rPr>
              <w:t>预设1:小欣的身高大约是1m。</w:t>
            </w:r>
          </w:p>
          <w:p>
            <w:pPr>
              <w:spacing w:after="20" w:line="276" w:lineRule="auto"/>
            </w:pPr>
            <w:r>
              <w:rPr>
                <w:rFonts w:ascii="宋体" w:hAnsi="宋体" w:eastAsia="宋体"/>
                <w:b w:val="0"/>
                <w:sz w:val="18"/>
              </w:rPr>
              <w:t>预设2:小欣的身高是0.984m。</w:t>
            </w:r>
          </w:p>
          <w:p>
            <w:pPr>
              <w:spacing w:after="20" w:line="276" w:lineRule="auto"/>
            </w:pPr>
            <w:r>
              <w:rPr>
                <w:rFonts w:ascii="宋体" w:hAnsi="宋体" w:eastAsia="宋体"/>
                <w:b w:val="0"/>
                <w:sz w:val="18"/>
              </w:rPr>
              <w:t>预设3:我认为把小欣的身高看作0.98m就可以了,没有必要精确到毫米。</w:t>
            </w:r>
          </w:p>
          <w:p>
            <w:pPr>
              <w:spacing w:after="20" w:line="276" w:lineRule="auto"/>
            </w:pPr>
            <w:r>
              <w:rPr>
                <w:rFonts w:ascii="宋体" w:hAnsi="宋体" w:eastAsia="宋体"/>
                <w:b w:val="0"/>
                <w:sz w:val="18"/>
              </w:rPr>
              <w:t>1是0.984的近似数，0.98也是0.984的近似数。</w:t>
            </w:r>
          </w:p>
        </w:tc>
        <w:tc>
          <w:tcPr>
            <w:tcW w:type="dxa" w:w="1814"/>
          </w:tcPr>
          <w:p>
            <w:pPr>
              <w:spacing w:after="20" w:line="276" w:lineRule="auto"/>
            </w:pPr>
            <w:r/>
            <w:r>
              <w:rPr>
                <w:rFonts w:ascii="宋体" w:hAnsi="宋体" w:eastAsia="宋体"/>
                <w:b w:val="0"/>
                <w:sz w:val="18"/>
              </w:rPr>
              <w:t>通过复习求整数的近似数的方法,激活对“四舍五入”法的认识,为探究求小数的近似数的方法奠定基础。</w:t>
            </w:r>
          </w:p>
          <w:p>
            <w:pPr>
              <w:spacing w:after="20" w:line="276" w:lineRule="auto"/>
            </w:pPr>
            <w:r>
              <w:rPr>
                <w:rFonts w:ascii="宋体" w:hAnsi="宋体" w:eastAsia="宋体"/>
                <w:b w:val="0"/>
                <w:sz w:val="18"/>
              </w:rPr>
              <w:t>创设学生身边的生活情境,抓住他们的心理,说明求一个小数的近似数在现实生活中被广泛应用,让学生感觉到数学是有用的、生动的,加深学生对小数的认识与亲切感。</w:t>
            </w:r>
          </w:p>
        </w:tc>
      </w:tr>
      <w:tr>
        <w:tc>
          <w:tcPr>
            <w:tcW w:type="dxa" w:w="1474"/>
          </w:tcPr>
          <w:p>
            <w:pPr>
              <w:spacing w:after="20" w:line="276" w:lineRule="auto"/>
            </w:pPr>
            <w:r>
              <w:rPr>
                <w:b/>
              </w:rPr>
            </w:r>
            <w:r>
              <w:rPr>
                <w:rFonts w:ascii="宋体" w:hAnsi="宋体" w:eastAsia="宋体"/>
                <w:b/>
                <w:sz w:val="18"/>
              </w:rPr>
              <w:t>二、自主探究求小数近似数的方法</w:t>
            </w:r>
          </w:p>
        </w:tc>
        <w:tc>
          <w:tcPr>
            <w:tcW w:type="dxa" w:w="3061"/>
          </w:tcPr>
          <w:p>
            <w:pPr>
              <w:spacing w:after="20" w:line="276" w:lineRule="auto"/>
            </w:pPr>
            <w:r/>
            <w:r>
              <w:rPr>
                <w:rFonts w:ascii="宋体" w:hAnsi="宋体" w:eastAsia="宋体"/>
                <w:b w:val="0"/>
                <w:sz w:val="18"/>
              </w:rPr>
              <w:t>1.猜想。</w:t>
            </w:r>
          </w:p>
          <w:p>
            <w:pPr>
              <w:spacing w:after="20" w:line="276" w:lineRule="auto"/>
            </w:pPr>
            <w:r>
              <w:rPr>
                <w:rFonts w:ascii="宋体" w:hAnsi="宋体" w:eastAsia="宋体"/>
                <w:b w:val="0"/>
                <w:sz w:val="18"/>
              </w:rPr>
              <w:t>师：大家知道用“四舍五入”法可以求整数的近似数，那么求小数的近似数可以用什么方法呢？</w:t>
            </w:r>
          </w:p>
          <w:p>
            <w:pPr>
              <w:spacing w:after="20" w:line="276" w:lineRule="auto"/>
            </w:pPr>
            <w:r>
              <w:rPr>
                <w:rFonts w:ascii="宋体" w:hAnsi="宋体" w:eastAsia="宋体"/>
                <w:b w:val="0"/>
                <w:sz w:val="18"/>
              </w:rPr>
              <w:t>师：很好,探讨数学知识,就需要有根据地提出猜想,然后去验证并获得新的知识。</w:t>
            </w:r>
          </w:p>
          <w:p>
            <w:pPr>
              <w:spacing w:after="20" w:line="276" w:lineRule="auto"/>
            </w:pPr>
            <w:r>
              <w:rPr>
                <w:rFonts w:ascii="宋体" w:hAnsi="宋体" w:eastAsia="宋体"/>
                <w:b w:val="0"/>
                <w:sz w:val="18"/>
              </w:rPr>
              <w:t>2.探究保留两位小数求近似数的方法。</w:t>
            </w:r>
          </w:p>
          <w:p>
            <w:pPr>
              <w:spacing w:after="20" w:line="276" w:lineRule="auto"/>
            </w:pPr>
            <w:r>
              <w:rPr>
                <w:rFonts w:ascii="宋体" w:hAnsi="宋体" w:eastAsia="宋体"/>
                <w:b w:val="0"/>
                <w:sz w:val="18"/>
              </w:rPr>
              <w:t>师：0.984保留两位小数的近似数是多少？</w:t>
            </w:r>
          </w:p>
          <w:p>
            <w:pPr>
              <w:spacing w:after="20" w:line="276" w:lineRule="auto"/>
            </w:pPr>
            <w:r>
              <w:rPr>
                <w:rFonts w:ascii="宋体" w:hAnsi="宋体" w:eastAsia="宋体"/>
                <w:b w:val="0"/>
                <w:sz w:val="18"/>
              </w:rPr>
              <w:t>（1）先想一想，再和同桌说一说你是怎么得到近似数的。</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教师板书：0.984≈0.98保留两位小数（精确到百分位）</w:t>
            </w:r>
          </w:p>
          <w:p>
            <w:pPr>
              <w:spacing w:after="20" w:line="276" w:lineRule="auto"/>
            </w:pPr>
            <w:r>
              <w:rPr>
                <w:rFonts w:ascii="宋体" w:hAnsi="宋体" w:eastAsia="宋体"/>
                <w:b w:val="0"/>
                <w:sz w:val="18"/>
              </w:rPr>
              <w:t>师小结：保留两位小数就是精确到百分位,需要看千分位上的数,把千分位上的数“四舍五入”。</w:t>
            </w:r>
          </w:p>
          <w:p>
            <w:pPr>
              <w:spacing w:after="20" w:line="276" w:lineRule="auto"/>
            </w:pPr>
            <w:r>
              <w:rPr>
                <w:rFonts w:ascii="宋体" w:hAnsi="宋体" w:eastAsia="宋体"/>
                <w:b w:val="0"/>
                <w:sz w:val="18"/>
              </w:rPr>
              <w:t>3.探究保留一位小数、保留整数求近似数的方法。</w:t>
            </w:r>
          </w:p>
          <w:p>
            <w:pPr>
              <w:spacing w:after="20" w:line="276" w:lineRule="auto"/>
            </w:pPr>
            <w:r>
              <w:rPr>
                <w:rFonts w:ascii="宋体" w:hAnsi="宋体" w:eastAsia="宋体"/>
                <w:b w:val="0"/>
                <w:sz w:val="18"/>
              </w:rPr>
              <w:t>师：同学们都写出了0.984保留两位小数的近似数。下面接着写出0.984保留一位小数、保留整数的近似数。如果有困难就和同学商量,别忘了还有老师在你们身边。</w:t>
            </w:r>
          </w:p>
          <w:p>
            <w:pPr>
              <w:spacing w:after="20" w:line="276" w:lineRule="auto"/>
            </w:pPr>
            <w:r>
              <w:rPr>
                <w:rFonts w:ascii="宋体" w:hAnsi="宋体" w:eastAsia="宋体"/>
                <w:b w:val="0"/>
                <w:sz w:val="18"/>
              </w:rPr>
              <w:t>（1）学生尝试着写一写，教师巡视指导。</w:t>
            </w:r>
          </w:p>
          <w:p>
            <w:pPr>
              <w:spacing w:after="20" w:line="276" w:lineRule="auto"/>
            </w:pPr>
            <w:r>
              <w:rPr>
                <w:rFonts w:ascii="宋体" w:hAnsi="宋体" w:eastAsia="宋体"/>
                <w:b w:val="0"/>
                <w:sz w:val="18"/>
              </w:rPr>
              <w:t>（2）集体交流汇报。</w:t>
            </w:r>
          </w:p>
          <w:p>
            <w:pPr>
              <w:spacing w:after="20" w:line="276" w:lineRule="auto"/>
            </w:pPr>
            <w:r>
              <w:rPr>
                <w:rFonts w:ascii="宋体" w:hAnsi="宋体" w:eastAsia="宋体"/>
                <w:b w:val="0"/>
                <w:sz w:val="18"/>
              </w:rPr>
              <w:t>①师：谁愿意说说求0.984保留一位小数的近似数的过程和结果?</w:t>
            </w:r>
          </w:p>
          <w:p>
            <w:pPr>
              <w:spacing w:after="20" w:line="276" w:lineRule="auto"/>
            </w:pPr>
            <w:r>
              <w:rPr>
                <w:rFonts w:ascii="宋体" w:hAnsi="宋体" w:eastAsia="宋体"/>
                <w:b w:val="0"/>
                <w:sz w:val="18"/>
              </w:rPr>
              <w:t>本环节是这节课的重点，引导学生理解小数近似数的意义,掌握求小数近似数的方法,学会应用“四舍五入”法求小数的近似数,知道精确度的含义。</w:t>
            </w:r>
          </w:p>
          <w:p>
            <w:pPr>
              <w:spacing w:after="20" w:line="276" w:lineRule="auto"/>
            </w:pPr>
            <w:r>
              <w:rPr>
                <w:rFonts w:ascii="宋体" w:hAnsi="宋体" w:eastAsia="宋体"/>
                <w:b w:val="0"/>
                <w:sz w:val="18"/>
              </w:rPr>
              <w:t>②师：你认为谁说的有道理呢?</w:t>
            </w:r>
          </w:p>
          <w:p>
            <w:pPr>
              <w:spacing w:after="20" w:line="276" w:lineRule="auto"/>
            </w:pPr>
            <w:r>
              <w:rPr>
                <w:rFonts w:ascii="宋体" w:hAnsi="宋体" w:eastAsia="宋体"/>
                <w:b w:val="0"/>
                <w:sz w:val="18"/>
              </w:rPr>
              <w:t>③教师引导学生仔细分析后得出：在数学上保留到哪一位,就是精确到那一位。1.0精确到十分位,而1精确到个位，两个数虽然相等,但精确度不同。近似数1.0更精确,所以近似数末尾的“0”不能去掉。</w:t>
            </w:r>
          </w:p>
          <w:p>
            <w:pPr>
              <w:spacing w:after="20" w:line="276" w:lineRule="auto"/>
            </w:pPr>
            <w:r>
              <w:rPr>
                <w:rFonts w:ascii="宋体" w:hAnsi="宋体" w:eastAsia="宋体"/>
                <w:b w:val="0"/>
                <w:sz w:val="18"/>
              </w:rPr>
              <w:t>④师：那把0.984保留整数的近似数是多少呢?</w:t>
            </w:r>
          </w:p>
          <w:p>
            <w:pPr>
              <w:spacing w:after="20" w:line="276" w:lineRule="auto"/>
            </w:pPr>
            <w:r>
              <w:rPr>
                <w:rFonts w:ascii="宋体" w:hAnsi="宋体" w:eastAsia="宋体"/>
                <w:b w:val="0"/>
                <w:sz w:val="18"/>
              </w:rPr>
              <w:t>教师板书：0.984≈1.0保留一位小数（精确到十分位）</w:t>
            </w:r>
          </w:p>
          <w:p>
            <w:pPr>
              <w:spacing w:after="20" w:line="276" w:lineRule="auto"/>
            </w:pPr>
            <w:r>
              <w:rPr>
                <w:rFonts w:ascii="宋体" w:hAnsi="宋体" w:eastAsia="宋体"/>
                <w:b w:val="0"/>
                <w:sz w:val="18"/>
              </w:rPr>
              <w:t>0.984≈1保留整数（精确到个位）</w:t>
            </w:r>
          </w:p>
          <w:p>
            <w:pPr>
              <w:spacing w:after="20" w:line="276" w:lineRule="auto"/>
            </w:pPr>
            <w:r>
              <w:rPr>
                <w:rFonts w:ascii="宋体" w:hAnsi="宋体" w:eastAsia="宋体"/>
                <w:b w:val="0"/>
                <w:sz w:val="18"/>
              </w:rPr>
              <w:t>4.概括求小数近似数的方法。</w:t>
            </w:r>
          </w:p>
          <w:p>
            <w:pPr>
              <w:spacing w:after="20" w:line="276" w:lineRule="auto"/>
            </w:pPr>
            <w:r>
              <w:rPr>
                <w:rFonts w:ascii="宋体" w:hAnsi="宋体" w:eastAsia="宋体"/>
                <w:b w:val="0"/>
                <w:sz w:val="18"/>
              </w:rPr>
              <w:t>（1）师：谁愿意给大家说一说,怎样求一个小数的近似数?有什么需要注意的？</w:t>
            </w:r>
          </w:p>
          <w:p>
            <w:pPr>
              <w:spacing w:after="20" w:line="276" w:lineRule="auto"/>
            </w:pPr>
            <w:r>
              <w:rPr>
                <w:rFonts w:ascii="宋体" w:hAnsi="宋体" w:eastAsia="宋体"/>
                <w:b w:val="0"/>
                <w:sz w:val="18"/>
              </w:rPr>
              <w:t>师小结：求一个小数的近似数，用“四舍五入”法,精确到哪一位,就要看它的下一位。</w:t>
            </w:r>
          </w:p>
          <w:p>
            <w:pPr>
              <w:spacing w:after="20" w:line="276" w:lineRule="auto"/>
            </w:pPr>
            <w:r>
              <w:rPr>
                <w:rFonts w:ascii="宋体" w:hAnsi="宋体" w:eastAsia="宋体"/>
                <w:b w:val="0"/>
                <w:sz w:val="18"/>
              </w:rPr>
              <w:t>（2）师：再请同学们想一想,保留不同位数得到的近似数有什么不同?可以小组讨论一下。</w:t>
            </w:r>
          </w:p>
          <w:p>
            <w:pPr>
              <w:spacing w:after="20" w:line="276" w:lineRule="auto"/>
            </w:pPr>
            <w:r>
              <w:rPr>
                <w:rFonts w:ascii="宋体" w:hAnsi="宋体" w:eastAsia="宋体"/>
                <w:b w:val="0"/>
                <w:sz w:val="18"/>
              </w:rPr>
              <w:t>师：说得很好。求一个数的近似数,保留不同的位数,求得的近似数不同。保留的小数位数越多,这个近似数就越接近准确数,也就更精确。</w:t>
            </w:r>
          </w:p>
        </w:tc>
        <w:tc>
          <w:tcPr>
            <w:tcW w:type="dxa" w:w="3061"/>
          </w:tcPr>
          <w:p>
            <w:pPr>
              <w:spacing w:after="20" w:line="276" w:lineRule="auto"/>
            </w:pPr>
            <w:r/>
            <w:r>
              <w:rPr>
                <w:rFonts w:ascii="宋体" w:hAnsi="宋体" w:eastAsia="宋体"/>
                <w:b w:val="0"/>
                <w:sz w:val="18"/>
              </w:rPr>
              <w:t>我猜想,求小数的近似数也可以用“四舍五入”法。因为小数和整数很多地方相似,特别是按数位计数,每相邻两个计数单位间的进率都是10。</w:t>
            </w:r>
          </w:p>
          <w:p>
            <w:pPr>
              <w:spacing w:after="20" w:line="276" w:lineRule="auto"/>
            </w:pPr>
            <w:r>
              <w:rPr>
                <w:rFonts w:ascii="宋体" w:hAnsi="宋体" w:eastAsia="宋体"/>
                <w:b w:val="0"/>
                <w:sz w:val="18"/>
              </w:rPr>
              <w:t>0.984保留两位小数,要把小数点后面的第三位数,也就是千分位上的数省略掉,千分位上的数是4,小于5,要舍去，所以它的近似数是0.98。</w:t>
            </w:r>
          </w:p>
          <w:p>
            <w:pPr>
              <w:spacing w:after="20" w:line="276" w:lineRule="auto"/>
            </w:pPr>
            <w:r>
              <w:rPr>
                <w:rFonts w:ascii="宋体" w:hAnsi="宋体" w:eastAsia="宋体"/>
                <w:b w:val="0"/>
                <w:sz w:val="18"/>
              </w:rPr>
              <w:t>预设1:0.984保留一位小数就要看百分位上的数字,百分位上是8,大于5,所以要向十分位进1,十分位上是9，9加1等于10,再向个位进1,因此0.984约等于1。</w:t>
            </w:r>
          </w:p>
          <w:p>
            <w:pPr>
              <w:spacing w:after="20" w:line="276" w:lineRule="auto"/>
            </w:pPr>
            <w:r>
              <w:rPr>
                <w:rFonts w:ascii="宋体" w:hAnsi="宋体" w:eastAsia="宋体"/>
                <w:b w:val="0"/>
                <w:sz w:val="18"/>
              </w:rPr>
              <w:t>预设2:我有不同意见,应该写成1.0。虽然9加1等于10,向个位进1,但1不是一位小数,所以要写成约等于1.0。</w:t>
            </w:r>
          </w:p>
          <w:p>
            <w:pPr>
              <w:spacing w:after="20" w:line="276" w:lineRule="auto"/>
            </w:pPr>
            <w:r>
              <w:rPr>
                <w:rFonts w:ascii="宋体" w:hAnsi="宋体" w:eastAsia="宋体"/>
                <w:b w:val="0"/>
                <w:sz w:val="18"/>
              </w:rPr>
              <w:t>学生可能会立足小数的性质认为1.0=1,这个认知的冲突是进一步学习的契机。</w:t>
            </w:r>
          </w:p>
          <w:p>
            <w:pPr>
              <w:spacing w:after="20" w:line="276" w:lineRule="auto"/>
            </w:pPr>
            <w:r>
              <w:rPr>
                <w:rFonts w:ascii="宋体" w:hAnsi="宋体" w:eastAsia="宋体"/>
                <w:b w:val="0"/>
                <w:sz w:val="18"/>
              </w:rPr>
              <w:t>要把0.984保留整数，也就是要把它精确到个位，这时要看十分位上的数，十分位上是9，大于5,向前一位(个位)进1，0.984约等于1。</w:t>
            </w:r>
          </w:p>
          <w:p>
            <w:pPr>
              <w:spacing w:after="20" w:line="276" w:lineRule="auto"/>
            </w:pPr>
            <w:r>
              <w:rPr>
                <w:rFonts w:ascii="宋体" w:hAnsi="宋体" w:eastAsia="宋体"/>
                <w:b w:val="0"/>
                <w:sz w:val="18"/>
              </w:rPr>
              <w:t>预设1:首先要看清题目要求。如保留整数,就要看十分位上的数字；保留一位小数，就要看小数部分第二位，也就是百分位上的数字；保留两位小数，就要看小数部分第三位，也就是千分位上的数字；以此类推，然后按“四舍五入”法决定是“舍”还是“入”。</w:t>
            </w:r>
          </w:p>
          <w:p>
            <w:pPr>
              <w:spacing w:after="20" w:line="276" w:lineRule="auto"/>
            </w:pPr>
            <w:r>
              <w:rPr>
                <w:rFonts w:ascii="宋体" w:hAnsi="宋体" w:eastAsia="宋体"/>
                <w:b w:val="0"/>
                <w:sz w:val="18"/>
              </w:rPr>
              <w:t>预设2:我想提醒大家注意：在表示小数的近似数时,小数末尾的“0”不能去掉。（板书）</w:t>
            </w:r>
          </w:p>
          <w:p>
            <w:pPr>
              <w:spacing w:after="20" w:line="276" w:lineRule="auto"/>
            </w:pPr>
            <w:r>
              <w:rPr>
                <w:rFonts w:ascii="宋体" w:hAnsi="宋体" w:eastAsia="宋体"/>
                <w:b w:val="0"/>
                <w:sz w:val="18"/>
              </w:rPr>
              <w:t>保留不同位数得到的近似数的精确程度不同。如0.984保留整数是1,精确到个位；保留一位小数是1.0，精确到十分位；保留两位小数是0.98,精确到百分位。而0.98比1和1.0更接近0.984。</w:t>
            </w:r>
          </w:p>
        </w:tc>
        <w:tc>
          <w:tcPr>
            <w:tcW w:type="dxa" w:w="1814"/>
          </w:tcPr>
          <w:p>
            <w:pPr>
              <w:spacing w:after="20" w:line="276" w:lineRule="auto"/>
            </w:pPr>
            <w:r/>
            <w:r>
              <w:rPr>
                <w:rFonts w:ascii="宋体" w:hAnsi="宋体" w:eastAsia="宋体"/>
                <w:b w:val="0"/>
                <w:sz w:val="18"/>
              </w:rPr>
              <w:t>通过让学生大胆地猜想,学生自然把新旧知识有效地联系起来,从而对求小数近似数的方法有了初步的了解。</w:t>
            </w:r>
          </w:p>
          <w:p>
            <w:pPr>
              <w:spacing w:after="20" w:line="276" w:lineRule="auto"/>
            </w:pPr>
            <w:r>
              <w:rPr>
                <w:rFonts w:ascii="宋体" w:hAnsi="宋体" w:eastAsia="宋体"/>
                <w:b w:val="0"/>
                <w:sz w:val="18"/>
              </w:rPr>
              <w:t>围绕探究“怎样保留两位小数求近似数”这个问题,分为两步走:①给学生充足的空间,使学生在自主尝试中把求整数的近似数的方法迁移到求小数的近似数中；②让学生在交流中去概括和总结方法。</w:t>
            </w:r>
          </w:p>
          <w:p>
            <w:pPr>
              <w:spacing w:after="20" w:line="276" w:lineRule="auto"/>
            </w:pPr>
            <w:r>
              <w:rPr>
                <w:rFonts w:ascii="宋体" w:hAnsi="宋体" w:eastAsia="宋体"/>
                <w:b w:val="0"/>
                <w:sz w:val="18"/>
              </w:rPr>
              <w:t>给学生提供较大的思维空间,放手让学生去探索新知识,充分发挥、充分交流。又以学生间的相互提问、评价等形式,使学生的多种能力都得到培养和提高。</w:t>
            </w:r>
          </w:p>
          <w:p>
            <w:pPr>
              <w:spacing w:after="20" w:line="276" w:lineRule="auto"/>
            </w:pPr>
            <w:r>
              <w:rPr>
                <w:rFonts w:ascii="宋体" w:hAnsi="宋体" w:eastAsia="宋体"/>
                <w:b w:val="0"/>
                <w:sz w:val="18"/>
              </w:rPr>
              <w:t>由保留两位小数求近似数的方法,推理到保留一位小数和保留整数求近似数的方法,在解决问题中引发认知冲突,通过讨论1.0和1表示的精确度不同,真正理解近似数末尾的“0”为什么不能去掉。</w:t>
            </w:r>
          </w:p>
          <w:p>
            <w:pPr>
              <w:spacing w:after="20" w:line="276" w:lineRule="auto"/>
            </w:pPr>
            <w:r>
              <w:rPr>
                <w:rFonts w:ascii="宋体" w:hAnsi="宋体" w:eastAsia="宋体"/>
                <w:b w:val="0"/>
                <w:sz w:val="18"/>
              </w:rPr>
              <w:t>进一步让学生自己总结求小数近似数的方法,培养学生的推理、概括、抽象能力。</w:t>
            </w:r>
          </w:p>
        </w:tc>
      </w:tr>
      <w:tr>
        <w:tc>
          <w:tcPr>
            <w:tcW w:type="dxa" w:w="1474"/>
          </w:tcPr>
          <w:p>
            <w:pPr>
              <w:spacing w:after="20" w:line="276" w:lineRule="auto"/>
            </w:pPr>
            <w:r>
              <w:rPr>
                <w:b/>
              </w:rPr>
            </w:r>
            <w:r>
              <w:rPr>
                <w:rFonts w:ascii="宋体" w:hAnsi="宋体" w:eastAsia="宋体"/>
                <w:b/>
                <w:sz w:val="18"/>
              </w:rPr>
              <w:t>三、实际应用，提高能力</w:t>
            </w:r>
          </w:p>
        </w:tc>
        <w:tc>
          <w:tcPr>
            <w:tcW w:type="dxa" w:w="3061"/>
          </w:tcPr>
          <w:p>
            <w:pPr>
              <w:spacing w:after="20" w:line="276" w:lineRule="auto"/>
            </w:pPr>
            <w:r/>
            <w:r>
              <w:rPr>
                <w:rFonts w:ascii="宋体" w:hAnsi="宋体" w:eastAsia="宋体"/>
                <w:b w:val="0"/>
                <w:sz w:val="18"/>
              </w:rPr>
              <w:t>1.教科书P50“做一做”。</w:t>
            </w:r>
          </w:p>
          <w:p>
            <w:pPr>
              <w:spacing w:after="20" w:line="276" w:lineRule="auto"/>
            </w:pPr>
            <w:r>
              <w:rPr>
                <w:rFonts w:ascii="宋体" w:hAnsi="宋体" w:eastAsia="宋体"/>
                <w:b w:val="0"/>
                <w:sz w:val="18"/>
              </w:rPr>
              <w:t>（1）指名学生板演，其余学生在练习本上独立完成。</w:t>
            </w:r>
          </w:p>
          <w:p>
            <w:pPr>
              <w:spacing w:after="20" w:line="276" w:lineRule="auto"/>
            </w:pPr>
            <w:r>
              <w:rPr>
                <w:rFonts w:ascii="宋体" w:hAnsi="宋体" w:eastAsia="宋体"/>
                <w:b w:val="0"/>
                <w:sz w:val="18"/>
              </w:rPr>
              <w:t>（2）全班交流订正。</w:t>
            </w:r>
          </w:p>
          <w:p>
            <w:pPr>
              <w:spacing w:after="20" w:line="276" w:lineRule="auto"/>
            </w:pPr>
            <w:r>
              <w:rPr>
                <w:rFonts w:ascii="宋体" w:hAnsi="宋体" w:eastAsia="宋体"/>
                <w:b w:val="0"/>
                <w:sz w:val="18"/>
              </w:rPr>
              <w:t>2.教科书P53“练习十三”第6题。</w:t>
            </w:r>
          </w:p>
          <w:p>
            <w:pPr>
              <w:spacing w:after="20" w:line="276" w:lineRule="auto"/>
            </w:pPr>
            <w:r>
              <w:rPr>
                <w:rFonts w:ascii="宋体" w:hAnsi="宋体" w:eastAsia="宋体"/>
                <w:b w:val="0"/>
                <w:sz w:val="18"/>
              </w:rPr>
              <w:t>指名学生口答，说说这样判断的理由。</w:t>
            </w:r>
          </w:p>
          <w:p>
            <w:pPr>
              <w:spacing w:after="20" w:line="276" w:lineRule="auto"/>
            </w:pPr>
            <w:r>
              <w:rPr>
                <w:rFonts w:ascii="宋体" w:hAnsi="宋体" w:eastAsia="宋体"/>
                <w:b w:val="0"/>
                <w:sz w:val="18"/>
              </w:rPr>
              <w:t>3.教科书P52“练习十三”第1题。</w:t>
            </w:r>
          </w:p>
          <w:p>
            <w:pPr>
              <w:spacing w:after="20" w:line="276" w:lineRule="auto"/>
            </w:pPr>
            <w:r>
              <w:rPr>
                <w:rFonts w:ascii="宋体" w:hAnsi="宋体" w:eastAsia="宋体"/>
                <w:b w:val="0"/>
                <w:sz w:val="18"/>
              </w:rPr>
              <w:t>（1）学生独立填表。</w:t>
            </w:r>
          </w:p>
          <w:p>
            <w:pPr>
              <w:spacing w:after="20" w:line="276" w:lineRule="auto"/>
            </w:pPr>
            <w:r>
              <w:rPr>
                <w:rFonts w:ascii="宋体" w:hAnsi="宋体" w:eastAsia="宋体"/>
                <w:b w:val="0"/>
                <w:sz w:val="18"/>
              </w:rPr>
              <w:t>练习前，教师要有意识地引导学生分析题目要求，加强学生的审题意识和能力，提高学生综合解决问题的能力，培养学生良好的解题习惯。</w:t>
            </w:r>
          </w:p>
          <w:p>
            <w:pPr>
              <w:spacing w:after="20" w:line="276" w:lineRule="auto"/>
            </w:pPr>
            <w:r>
              <w:rPr>
                <w:rFonts w:ascii="宋体" w:hAnsi="宋体" w:eastAsia="宋体"/>
                <w:b w:val="0"/>
                <w:sz w:val="18"/>
              </w:rPr>
              <w:t>（2）小组内交流，互批互评。</w:t>
            </w:r>
          </w:p>
          <w:p>
            <w:pPr>
              <w:spacing w:after="20" w:line="276" w:lineRule="auto"/>
            </w:pPr>
            <w:r>
              <w:rPr>
                <w:rFonts w:ascii="宋体" w:hAnsi="宋体" w:eastAsia="宋体"/>
                <w:b w:val="0"/>
                <w:sz w:val="18"/>
              </w:rPr>
              <w:t>（3）引导学生对比分析，进一步认识保留的位数不同，求得的近似数精确度不同。</w:t>
            </w:r>
          </w:p>
          <w:p>
            <w:pPr>
              <w:spacing w:after="20" w:line="276" w:lineRule="auto"/>
            </w:pPr>
            <w:r>
              <w:rPr>
                <w:rFonts w:ascii="宋体" w:hAnsi="宋体" w:eastAsia="宋体"/>
                <w:b w:val="0"/>
                <w:sz w:val="18"/>
              </w:rPr>
              <w:t>4.教科书P52“练习十三”第2题。</w:t>
            </w:r>
          </w:p>
          <w:p>
            <w:pPr>
              <w:spacing w:after="20" w:line="276" w:lineRule="auto"/>
            </w:pPr>
            <w:r>
              <w:rPr>
                <w:rFonts w:ascii="宋体" w:hAnsi="宋体" w:eastAsia="宋体"/>
                <w:b w:val="0"/>
                <w:sz w:val="18"/>
              </w:rPr>
              <w:t>5.教科书P53“练习十三”第5题。</w:t>
            </w:r>
          </w:p>
          <w:p>
            <w:pPr>
              <w:spacing w:after="20" w:line="276" w:lineRule="auto"/>
            </w:pPr>
            <w:r>
              <w:rPr>
                <w:rFonts w:ascii="宋体" w:hAnsi="宋体" w:eastAsia="宋体"/>
                <w:b w:val="0"/>
                <w:sz w:val="18"/>
              </w:rPr>
              <w:t>（1）请两名学生板演，一人完成一题，其余学生在练习本上独立完成。</w:t>
            </w:r>
          </w:p>
          <w:p>
            <w:pPr>
              <w:spacing w:after="20" w:line="276" w:lineRule="auto"/>
            </w:pPr>
            <w:r>
              <w:rPr>
                <w:rFonts w:ascii="宋体" w:hAnsi="宋体" w:eastAsia="宋体"/>
                <w:b w:val="0"/>
                <w:sz w:val="18"/>
              </w:rPr>
              <w:t>（2）全班交流汇报。</w:t>
            </w:r>
          </w:p>
        </w:tc>
        <w:tc>
          <w:tcPr>
            <w:tcW w:type="dxa" w:w="3061"/>
          </w:tcPr>
          <w:p>
            <w:pPr>
              <w:spacing w:after="20" w:line="276" w:lineRule="auto"/>
            </w:pPr>
            <w:r/>
            <w:r>
              <w:rPr>
                <w:rFonts w:ascii="宋体" w:hAnsi="宋体" w:eastAsia="宋体"/>
                <w:b w:val="0"/>
                <w:sz w:val="18"/>
              </w:rPr>
              <w:t>学生独立完成后集体交流订正。【教学笔记】</w:t>
            </w:r>
          </w:p>
        </w:tc>
        <w:tc>
          <w:tcPr>
            <w:tcW w:type="dxa" w:w="1814"/>
          </w:tcPr>
          <w:p>
            <w:pPr>
              <w:spacing w:after="20" w:line="276" w:lineRule="auto"/>
            </w:pPr>
            <w:r/>
            <w:r>
              <w:rPr>
                <w:rFonts w:ascii="宋体" w:hAnsi="宋体" w:eastAsia="宋体"/>
                <w:b w:val="0"/>
                <w:sz w:val="18"/>
              </w:rPr>
              <w:t>练习形式灵活多样，可以调动学生的积极性。通过练习，让学生进一步理解和掌握求小数近似数的方法。</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师：通过这节课的学习，你有什么收获？还有什么疑问？</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引导学生回顾梳理本课所学，完善认知结构，提升归纳与反思能力，核心问题："通过这节课的学习，你有什么收获？还有什么疑问？"</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教科书P50例1，完成P50“做一做”，P52~53“练习十三”第1、2、5、6题。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在学生学习了小数的意义和求一个整数的近似数的基础上进行教学的。基于学生已有的知识经验，课中提出问题，让学生猜想后独立探索方法。从保留两位小数，到保留一位小数，再到保留整数的方法，从基础方法的探究到近似数精确度的辨析，学生在困惑中思考、研究，在感悟中总结方法，在经历“尝试——推理——概括”的过程中，思维一步步深入。整节课学生思维活跃，参与度高，教学效果不错。</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小数与单位换算（2）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小数与单位换算（2）</w:t>
            </w:r>
          </w:p>
        </w:tc>
        <w:tc>
          <w:tcPr>
            <w:tcW w:type="dxa" w:w="6009"/>
          </w:tcPr>
          <w:p>
            <w:pPr>
              <w:spacing w:after="20" w:line="276" w:lineRule="auto"/>
            </w:pPr>
            <w:r/>
            <w:r>
              <w:rPr>
                <w:rFonts w:ascii="宋体" w:hAnsi="宋体" w:eastAsia="宋体"/>
                <w:b w:val="0"/>
                <w:sz w:val="20"/>
              </w:rPr>
              <w:t>第4单元 小数的意义和性质（小数与单位换算）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教学内容：教科书P47例2，完成P47下方“做一做”，P48~49“练习十二”第2、3、4、5、8题。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（1）理解和掌握把高级单位名数改写成低级单位名数的方法,并能正确、迅速地进行改写。</w:t>
      </w:r>
    </w:p>
    <w:p>
      <w:pPr>
        <w:spacing w:after="20" w:line="300" w:lineRule="auto"/>
        <w:ind w:firstLine="400"/>
      </w:pPr>
      <w:r>
        <w:rPr>
          <w:rFonts w:ascii="宋体" w:hAnsi="宋体" w:eastAsia="宋体"/>
          <w:b w:val="0"/>
          <w:sz w:val="20"/>
        </w:rPr>
        <w:t>（2）经历单位换算的过程,体验迁移学习的方法和解决问题思路的多样化,培养学生解决问题的能力。</w:t>
      </w:r>
    </w:p>
    <w:p>
      <w:pPr>
        <w:spacing w:after="20" w:line="300" w:lineRule="auto"/>
        <w:ind w:firstLine="400"/>
      </w:pPr>
      <w:r>
        <w:rPr>
          <w:rFonts w:ascii="宋体" w:hAnsi="宋体" w:eastAsia="宋体"/>
          <w:b w:val="0"/>
          <w:sz w:val="20"/>
        </w:rPr>
        <w:t>（3）渗透“事物是普遍联系的”的观点,体会数学知识在实际生活中的应用价值。</w:t>
      </w:r>
    </w:p>
    <w:p>
      <w:pPr>
        <w:spacing w:after="20" w:line="300" w:lineRule="auto"/>
      </w:pPr>
      <w:r>
        <w:rPr>
          <w:rFonts w:ascii="宋体" w:hAnsi="宋体" w:eastAsia="宋体"/>
          <w:b w:val="0"/>
          <w:sz w:val="20"/>
        </w:rPr>
        <w:t>教学重点：理解并综合运用计量单位间的进率、小数的性质、小数点移动的规律等知识进行单位换算。</w:t>
      </w:r>
    </w:p>
    <w:p>
      <w:pPr>
        <w:spacing w:after="20" w:line="300" w:lineRule="auto"/>
      </w:pPr>
      <w:r>
        <w:rPr>
          <w:rFonts w:ascii="宋体" w:hAnsi="宋体" w:eastAsia="宋体"/>
          <w:b w:val="0"/>
          <w:sz w:val="20"/>
        </w:rPr>
        <w:t>教学难点：理解并掌握单位换算的方法。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一、激活经验，引出新课</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二、探索交流，解决问题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你们一个能猜想出换算方法,一个能从除法是乘法的逆运算找出换算依据,说得很好,头脑真灵活。那到底是怎样的呢?；还记得前面我们是怎样探究低级单位名数改写成高级单位名数的吗？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三、实际应用,提高能力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四、课堂小结，总结提升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这节课你有什么收获？你觉得名数改写时要注意什么？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一、激活经验，引出新课</w:t>
            </w:r>
          </w:p>
        </w:tc>
        <w:tc>
          <w:tcPr>
            <w:tcW w:type="dxa" w:w="3061"/>
          </w:tcPr>
          <w:p>
            <w:pPr>
              <w:spacing w:after="20" w:line="276" w:lineRule="auto"/>
            </w:pPr>
            <w:r/>
            <w:r>
              <w:rPr>
                <w:rFonts w:ascii="宋体" w:hAnsi="宋体" w:eastAsia="宋体"/>
                <w:b w:val="0"/>
                <w:sz w:val="18"/>
              </w:rPr>
              <w:t>1.课件出示习题。填一填。</w:t>
            </w:r>
          </w:p>
          <w:p>
            <w:pPr>
              <w:spacing w:after="20" w:line="276" w:lineRule="auto"/>
            </w:pPr>
            <w:r>
              <w:rPr>
                <w:rFonts w:ascii="宋体" w:hAnsi="宋体" w:eastAsia="宋体"/>
                <w:b w:val="0"/>
                <w:sz w:val="18"/>
              </w:rPr>
              <w:t>2.引入新课。</w:t>
            </w:r>
          </w:p>
          <w:p>
            <w:pPr>
              <w:spacing w:after="20" w:line="276" w:lineRule="auto"/>
            </w:pPr>
            <w:r>
              <w:rPr>
                <w:rFonts w:ascii="宋体" w:hAnsi="宋体" w:eastAsia="宋体"/>
                <w:b w:val="0"/>
                <w:sz w:val="18"/>
              </w:rPr>
              <w:t>师：要给下面这些小朋友按身高从高到低排序（课件出示教科书P46的情境图），我们上节课学习了将这些数据改写成用“米”作单位的数，那我们能将这些数改写成用“厘米”作单位的数吗？今天就让我们一起来继续探究吧！［板书课题：小数与单位换算（2）］</w:t>
            </w:r>
          </w:p>
        </w:tc>
        <w:tc>
          <w:tcPr>
            <w:tcW w:type="dxa" w:w="3061"/>
          </w:tcPr>
          <w:p>
            <w:pPr>
              <w:spacing w:after="20" w:line="276" w:lineRule="auto"/>
            </w:pPr>
            <w: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通过回忆前面低级单位名数改写成高级单位名数的方法,激活学生已有的知识经验,引入新课的学习。</w:t>
            </w:r>
          </w:p>
        </w:tc>
      </w:tr>
      <w:tr>
        <w:tc>
          <w:tcPr>
            <w:tcW w:type="dxa" w:w="1474"/>
          </w:tcPr>
          <w:p>
            <w:pPr>
              <w:spacing w:after="20" w:line="276" w:lineRule="auto"/>
            </w:pPr>
            <w:r>
              <w:rPr>
                <w:b/>
              </w:rPr>
            </w:r>
            <w:r>
              <w:rPr>
                <w:rFonts w:ascii="宋体" w:hAnsi="宋体" w:eastAsia="宋体"/>
                <w:b/>
                <w:sz w:val="18"/>
              </w:rPr>
              <w:t>二、探索交流，解决问题</w:t>
            </w:r>
          </w:p>
        </w:tc>
        <w:tc>
          <w:tcPr>
            <w:tcW w:type="dxa" w:w="3061"/>
          </w:tcPr>
          <w:p>
            <w:pPr>
              <w:spacing w:after="20" w:line="276" w:lineRule="auto"/>
            </w:pPr>
            <w:r/>
            <w:r>
              <w:rPr>
                <w:rFonts w:ascii="宋体" w:hAnsi="宋体" w:eastAsia="宋体"/>
                <w:b w:val="0"/>
                <w:sz w:val="18"/>
              </w:rPr>
              <w:t>1.课件出示教科书P47例2。</w:t>
            </w:r>
          </w:p>
          <w:p>
            <w:pPr>
              <w:spacing w:after="20" w:line="276" w:lineRule="auto"/>
            </w:pPr>
            <w:r>
              <w:rPr>
                <w:rFonts w:ascii="宋体" w:hAnsi="宋体" w:eastAsia="宋体"/>
                <w:b w:val="0"/>
                <w:sz w:val="18"/>
              </w:rPr>
              <w:t>师：前面我们已经知道了低级单位名数改写成高级单位名数的方法，那把0.95m改写成用“厘米”作单位的数，也就是把高级单位名数改写成低级单位名数，方法又是怎样的呢？</w:t>
            </w:r>
          </w:p>
          <w:p>
            <w:pPr>
              <w:spacing w:after="20" w:line="276" w:lineRule="auto"/>
            </w:pPr>
            <w:r>
              <w:rPr>
                <w:rFonts w:ascii="宋体" w:hAnsi="宋体" w:eastAsia="宋体"/>
                <w:b w:val="0"/>
                <w:sz w:val="18"/>
              </w:rPr>
              <w:t>师：你们一个能猜想出换算方法,一个能从除法是乘法的逆运算找出换算依据,说得很好,头脑真灵活。那到底是怎样的呢?</w:t>
            </w:r>
          </w:p>
          <w:p>
            <w:pPr>
              <w:spacing w:after="20" w:line="276" w:lineRule="auto"/>
            </w:pPr>
            <w:r>
              <w:rPr>
                <w:rFonts w:ascii="宋体" w:hAnsi="宋体" w:eastAsia="宋体"/>
                <w:b w:val="0"/>
                <w:sz w:val="18"/>
              </w:rPr>
              <w:t>2.自主探究,验证猜想。</w:t>
            </w:r>
          </w:p>
          <w:p>
            <w:pPr>
              <w:spacing w:after="20" w:line="276" w:lineRule="auto"/>
            </w:pPr>
            <w:r>
              <w:rPr>
                <w:rFonts w:ascii="宋体" w:hAnsi="宋体" w:eastAsia="宋体"/>
                <w:b w:val="0"/>
                <w:sz w:val="18"/>
              </w:rPr>
              <w:t>师：还记得前面我们是怎样探究低级单位名数改写成高级单位名数的吗？用自己喜欢的方式去探究。</w:t>
            </w:r>
          </w:p>
          <w:p>
            <w:pPr>
              <w:spacing w:after="20" w:line="276" w:lineRule="auto"/>
            </w:pPr>
            <w:r>
              <w:rPr>
                <w:rFonts w:ascii="宋体" w:hAnsi="宋体" w:eastAsia="宋体"/>
                <w:b w:val="0"/>
                <w:sz w:val="18"/>
              </w:rPr>
              <w:t>师：想一想，试一试。把你的想法和同桌交流。</w:t>
            </w:r>
          </w:p>
          <w:p>
            <w:pPr>
              <w:spacing w:after="20" w:line="276" w:lineRule="auto"/>
            </w:pPr>
            <w:r>
              <w:rPr>
                <w:rFonts w:ascii="宋体" w:hAnsi="宋体" w:eastAsia="宋体"/>
                <w:b w:val="0"/>
                <w:sz w:val="18"/>
              </w:rPr>
              <w:t>鼓励学生在交流中理解不同的方法,建立方法之间的联系，找出它们的共同点。</w:t>
            </w:r>
          </w:p>
          <w:p>
            <w:pPr>
              <w:spacing w:after="20" w:line="276" w:lineRule="auto"/>
            </w:pPr>
            <w:r>
              <w:rPr>
                <w:rFonts w:ascii="宋体" w:hAnsi="宋体" w:eastAsia="宋体"/>
                <w:b w:val="0"/>
                <w:sz w:val="18"/>
              </w:rPr>
              <w:t>板书：0.95m=95cm</w:t>
            </w:r>
          </w:p>
          <w:p>
            <w:pPr>
              <w:spacing w:after="20" w:line="276" w:lineRule="auto"/>
            </w:pPr>
            <w:r>
              <w:rPr>
                <w:rFonts w:ascii="宋体" w:hAnsi="宋体" w:eastAsia="宋体"/>
                <w:b w:val="0"/>
                <w:sz w:val="18"/>
              </w:rPr>
              <w:t>师小结：将高级单位的单名数改写成低级单位的单名数，可以用这个数乘两个单位间的进率。</w:t>
            </w:r>
          </w:p>
          <w:p>
            <w:pPr>
              <w:spacing w:after="20" w:line="276" w:lineRule="auto"/>
            </w:pPr>
            <w:r>
              <w:rPr>
                <w:rFonts w:ascii="宋体" w:hAnsi="宋体" w:eastAsia="宋体"/>
                <w:b w:val="0"/>
                <w:sz w:val="18"/>
              </w:rPr>
              <w:t>板书：高级单位的数×进率＝低级单位的数</w:t>
            </w:r>
          </w:p>
          <w:p>
            <w:pPr>
              <w:spacing w:after="20" w:line="276" w:lineRule="auto"/>
            </w:pPr>
            <w:r>
              <w:rPr>
                <w:rFonts w:ascii="宋体" w:hAnsi="宋体" w:eastAsia="宋体"/>
                <w:b w:val="0"/>
                <w:sz w:val="18"/>
              </w:rPr>
              <w:t>3.应用规律。</w:t>
            </w:r>
          </w:p>
          <w:p>
            <w:pPr>
              <w:spacing w:after="20" w:line="276" w:lineRule="auto"/>
            </w:pPr>
            <w:r>
              <w:rPr>
                <w:rFonts w:ascii="宋体" w:hAnsi="宋体" w:eastAsia="宋体"/>
                <w:b w:val="0"/>
                <w:sz w:val="18"/>
              </w:rPr>
              <w:t>师：想一想1.32m是多少厘米。</w:t>
            </w:r>
          </w:p>
          <w:p>
            <w:pPr>
              <w:spacing w:after="20" w:line="276" w:lineRule="auto"/>
            </w:pPr>
            <w:r>
              <w:rPr>
                <w:rFonts w:ascii="宋体" w:hAnsi="宋体" w:eastAsia="宋体"/>
                <w:b w:val="0"/>
                <w:sz w:val="18"/>
              </w:rPr>
              <w:t>让学生充分交流,在比较中发现共同之处。</w:t>
            </w:r>
          </w:p>
        </w:tc>
        <w:tc>
          <w:tcPr>
            <w:tcW w:type="dxa" w:w="3061"/>
          </w:tcPr>
          <w:p>
            <w:pPr>
              <w:spacing w:after="20" w:line="276" w:lineRule="auto"/>
            </w:pPr>
            <w:r/>
            <w:r>
              <w:rPr>
                <w:rFonts w:ascii="宋体" w:hAnsi="宋体" w:eastAsia="宋体"/>
                <w:b w:val="0"/>
                <w:sz w:val="18"/>
              </w:rPr>
              <w:t>预设1:我们可以猜想一下。低级单位名数改写成高级单位名数的方法是将低级单位的数除以进率,那么高级单位名数改写成低级单位名数应该是把高级单位的数乘进率。</w:t>
            </w:r>
          </w:p>
          <w:p>
            <w:pPr>
              <w:spacing w:after="20" w:line="276" w:lineRule="auto"/>
            </w:pPr>
            <w:r>
              <w:rPr>
                <w:rFonts w:ascii="宋体" w:hAnsi="宋体" w:eastAsia="宋体"/>
                <w:b w:val="0"/>
                <w:sz w:val="18"/>
              </w:rPr>
              <w:t>预设2:我看有道理,这就好像是除法是乘法的逆运算一样。</w:t>
            </w:r>
          </w:p>
          <w:p>
            <w:pPr>
              <w:spacing w:after="20" w:line="276" w:lineRule="auto"/>
            </w:pPr>
            <w:r>
              <w:rPr>
                <w:rFonts w:ascii="宋体" w:hAnsi="宋体" w:eastAsia="宋体"/>
                <w:b w:val="0"/>
                <w:sz w:val="18"/>
              </w:rPr>
              <w:t>预设1：0.95m=9dm+5cm=90cm+5cm=95cm。</w:t>
            </w:r>
          </w:p>
          <w:p>
            <w:pPr>
              <w:spacing w:after="20" w:line="276" w:lineRule="auto"/>
            </w:pPr>
            <w:r>
              <w:rPr>
                <w:rFonts w:ascii="宋体" w:hAnsi="宋体" w:eastAsia="宋体"/>
                <w:b w:val="0"/>
                <w:sz w:val="18"/>
              </w:rPr>
              <w:t>预设2：1m＝100cm,0.95m＝(0.95×100)cm，0.95×100,就是把0.95扩大到它的100倍，小数点向右移动两位,是95cm。</w:t>
            </w:r>
          </w:p>
          <w:p>
            <w:pPr>
              <w:spacing w:after="20" w:line="276" w:lineRule="auto"/>
            </w:pPr>
            <w:r>
              <w:rPr>
                <w:rFonts w:ascii="宋体" w:hAnsi="宋体" w:eastAsia="宋体"/>
                <w:b w:val="0"/>
                <w:sz w:val="18"/>
              </w:rPr>
              <w:t>预设3：米是高级单位,厘米是低级单位,把高级单位的数换算成低级单位的数要乘进率。</w:t>
            </w:r>
          </w:p>
          <w:p>
            <w:pPr>
              <w:spacing w:after="20" w:line="276" w:lineRule="auto"/>
            </w:pPr>
            <w:r>
              <w:rPr>
                <w:rFonts w:ascii="宋体" w:hAnsi="宋体" w:eastAsia="宋体"/>
                <w:b w:val="0"/>
                <w:sz w:val="18"/>
              </w:rPr>
              <w:t>学生交流,尝试解答。</w:t>
            </w:r>
          </w:p>
          <w:p>
            <w:pPr>
              <w:spacing w:after="20" w:line="276" w:lineRule="auto"/>
            </w:pPr>
            <w:r>
              <w:rPr>
                <w:rFonts w:ascii="宋体" w:hAnsi="宋体" w:eastAsia="宋体"/>
                <w:b w:val="0"/>
                <w:sz w:val="18"/>
              </w:rPr>
              <w:t>预设1：1.32×100＝132(cm),1.32m＝132cm。</w:t>
            </w:r>
          </w:p>
          <w:p>
            <w:pPr>
              <w:spacing w:after="20" w:line="276" w:lineRule="auto"/>
            </w:pPr>
            <w:r>
              <w:rPr>
                <w:rFonts w:ascii="宋体" w:hAnsi="宋体" w:eastAsia="宋体"/>
                <w:b w:val="0"/>
                <w:sz w:val="18"/>
              </w:rPr>
              <w:t>预设2：1m32cm＝1m+32cm,1×100+32=100+32=132(cm)。</w:t>
            </w:r>
          </w:p>
        </w:tc>
        <w:tc>
          <w:tcPr>
            <w:tcW w:type="dxa" w:w="1814"/>
          </w:tcPr>
          <w:p>
            <w:pPr>
              <w:spacing w:after="20" w:line="276" w:lineRule="auto"/>
            </w:pPr>
            <w:r/>
            <w:r>
              <w:rPr>
                <w:rFonts w:ascii="宋体" w:hAnsi="宋体" w:eastAsia="宋体"/>
                <w:b w:val="0"/>
                <w:sz w:val="18"/>
              </w:rPr>
              <w:t>给学生充分的时间和空间,让学生经历猜想、独立思考、尝试、交流发现、归纳的过程。让学生在此过程中自己去感悟和类推。把抽象的单位换算变成学生乐于探索的问题，让学生在解决具体问题中找到一般规律,抽象思维得到发展。</w:t>
            </w:r>
          </w:p>
        </w:tc>
      </w:tr>
      <w:tr>
        <w:tc>
          <w:tcPr>
            <w:tcW w:type="dxa" w:w="1474"/>
          </w:tcPr>
          <w:p>
            <w:pPr>
              <w:spacing w:after="20" w:line="276" w:lineRule="auto"/>
            </w:pPr>
            <w:r>
              <w:rPr>
                <w:b/>
              </w:rPr>
            </w:r>
            <w:r>
              <w:rPr>
                <w:rFonts w:ascii="宋体" w:hAnsi="宋体" w:eastAsia="宋体"/>
                <w:b/>
                <w:sz w:val="18"/>
              </w:rPr>
              <w:t>三、实际应用,提高能力</w:t>
            </w:r>
          </w:p>
        </w:tc>
        <w:tc>
          <w:tcPr>
            <w:tcW w:type="dxa" w:w="3061"/>
          </w:tcPr>
          <w:p>
            <w:pPr>
              <w:spacing w:after="20" w:line="276" w:lineRule="auto"/>
            </w:pPr>
            <w:r/>
            <w:r>
              <w:rPr>
                <w:rFonts w:ascii="宋体" w:hAnsi="宋体" w:eastAsia="宋体"/>
                <w:b w:val="0"/>
                <w:sz w:val="18"/>
              </w:rPr>
              <w:t>1.教科书P47下方“做一做”。</w:t>
            </w:r>
          </w:p>
          <w:p>
            <w:pPr>
              <w:spacing w:after="20" w:line="276" w:lineRule="auto"/>
            </w:pPr>
            <w:r>
              <w:rPr>
                <w:rFonts w:ascii="宋体" w:hAnsi="宋体" w:eastAsia="宋体"/>
                <w:b w:val="0"/>
                <w:sz w:val="18"/>
              </w:rPr>
              <w:t>（1）想一想，填一填。</w:t>
            </w:r>
          </w:p>
          <w:p>
            <w:pPr>
              <w:spacing w:after="20" w:line="276" w:lineRule="auto"/>
            </w:pPr>
            <w:r>
              <w:rPr>
                <w:rFonts w:ascii="宋体" w:hAnsi="宋体" w:eastAsia="宋体"/>
                <w:b w:val="0"/>
                <w:sz w:val="18"/>
              </w:rPr>
              <w:t>（2）全班交流，说说是怎样想的。</w:t>
            </w:r>
          </w:p>
          <w:p>
            <w:pPr>
              <w:spacing w:after="20" w:line="276" w:lineRule="auto"/>
            </w:pPr>
            <w:r>
              <w:rPr>
                <w:rFonts w:ascii="宋体" w:hAnsi="宋体" w:eastAsia="宋体"/>
                <w:b w:val="0"/>
                <w:sz w:val="18"/>
              </w:rPr>
              <w:t>本环节重在放手让学生自主探索，把之前的经验迁移到高级单位名数换算成低级单位名数的探索活动中,由此学生自觉类推出方法，总结出规律。</w:t>
            </w:r>
          </w:p>
          <w:p>
            <w:pPr>
              <w:spacing w:after="20" w:line="276" w:lineRule="auto"/>
            </w:pPr>
            <w:r>
              <w:rPr>
                <w:rFonts w:ascii="宋体" w:hAnsi="宋体" w:eastAsia="宋体"/>
                <w:b w:val="0"/>
                <w:sz w:val="18"/>
              </w:rPr>
              <w:t>2.教科书P48“练习十二”第2题。</w:t>
            </w:r>
          </w:p>
          <w:p>
            <w:pPr>
              <w:spacing w:after="20" w:line="276" w:lineRule="auto"/>
            </w:pPr>
            <w:r>
              <w:rPr>
                <w:rFonts w:ascii="宋体" w:hAnsi="宋体" w:eastAsia="宋体"/>
                <w:b w:val="0"/>
                <w:sz w:val="18"/>
              </w:rPr>
              <w:t>（1）想一想，填一填。</w:t>
            </w:r>
          </w:p>
          <w:p>
            <w:pPr>
              <w:spacing w:after="20" w:line="276" w:lineRule="auto"/>
            </w:pPr>
            <w:r>
              <w:rPr>
                <w:rFonts w:ascii="宋体" w:hAnsi="宋体" w:eastAsia="宋体"/>
                <w:b w:val="0"/>
                <w:sz w:val="18"/>
              </w:rPr>
              <w:t>（2）指名学生汇报，说一说是怎么想的。</w:t>
            </w:r>
          </w:p>
          <w:p>
            <w:pPr>
              <w:spacing w:after="20" w:line="276" w:lineRule="auto"/>
            </w:pPr>
            <w:r>
              <w:rPr>
                <w:rFonts w:ascii="宋体" w:hAnsi="宋体" w:eastAsia="宋体"/>
                <w:b w:val="0"/>
                <w:sz w:val="18"/>
              </w:rPr>
              <w:t>3.教科书P48“练习十二”第3题。</w:t>
            </w:r>
          </w:p>
          <w:p>
            <w:pPr>
              <w:spacing w:after="20" w:line="276" w:lineRule="auto"/>
            </w:pPr>
            <w:r>
              <w:rPr>
                <w:rFonts w:ascii="宋体" w:hAnsi="宋体" w:eastAsia="宋体"/>
                <w:b w:val="0"/>
                <w:sz w:val="18"/>
              </w:rPr>
              <w:t>4.教科书P48“练习十二”第4题。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（2）集体交流汇报。</w:t>
            </w:r>
          </w:p>
          <w:p>
            <w:pPr>
              <w:spacing w:after="20" w:line="276" w:lineRule="auto"/>
            </w:pPr>
            <w:r>
              <w:rPr>
                <w:rFonts w:ascii="宋体" w:hAnsi="宋体" w:eastAsia="宋体"/>
                <w:b w:val="0"/>
                <w:sz w:val="18"/>
              </w:rPr>
              <w:t>5.教科书P48“练习十二”第5题。</w:t>
            </w:r>
          </w:p>
          <w:p>
            <w:pPr>
              <w:spacing w:after="20" w:line="276" w:lineRule="auto"/>
            </w:pPr>
            <w:r>
              <w:rPr>
                <w:rFonts w:ascii="宋体" w:hAnsi="宋体" w:eastAsia="宋体"/>
                <w:b w:val="0"/>
                <w:sz w:val="18"/>
              </w:rPr>
              <w:t>6.教科书P49“练习十二”第8题。</w:t>
            </w:r>
          </w:p>
          <w:p>
            <w:pPr>
              <w:spacing w:after="20" w:line="276" w:lineRule="auto"/>
            </w:pPr>
            <w:r>
              <w:rPr>
                <w:rFonts w:ascii="宋体" w:hAnsi="宋体" w:eastAsia="宋体"/>
                <w:b w:val="0"/>
                <w:sz w:val="18"/>
              </w:rPr>
              <w:t>（1）学生大声读题，充分发挥教科书文本资源的教育作用，还要鼓励学生主动去收集相关资料，促使学生主动学习。</w:t>
            </w:r>
          </w:p>
          <w:p>
            <w:pPr>
              <w:spacing w:after="20" w:line="276" w:lineRule="auto"/>
            </w:pPr>
            <w:r>
              <w:rPr>
                <w:rFonts w:ascii="宋体" w:hAnsi="宋体" w:eastAsia="宋体"/>
                <w:b w:val="0"/>
                <w:sz w:val="18"/>
              </w:rPr>
              <w:t>（2）学生独立完成后集体订正。</w:t>
            </w:r>
          </w:p>
        </w:tc>
        <w:tc>
          <w:tcPr>
            <w:tcW w:type="dxa" w:w="3061"/>
          </w:tcPr>
          <w:p>
            <w:pPr>
              <w:spacing w:after="20" w:line="276" w:lineRule="auto"/>
            </w:pPr>
            <w:r/>
            <w:r>
              <w:rPr>
                <w:rFonts w:ascii="宋体" w:hAnsi="宋体" w:eastAsia="宋体"/>
                <w:b w:val="0"/>
                <w:sz w:val="18"/>
              </w:rPr>
              <w:t>学生独立完成后小组内交流订正。</w:t>
            </w:r>
          </w:p>
          <w:p>
            <w:pPr>
              <w:spacing w:after="20" w:line="276" w:lineRule="auto"/>
            </w:pPr>
            <w:r>
              <w:rPr>
                <w:rFonts w:ascii="宋体" w:hAnsi="宋体" w:eastAsia="宋体"/>
                <w:b w:val="0"/>
                <w:sz w:val="18"/>
              </w:rPr>
              <w:t>少数学生对于是除以进率还是乘进率容易混淆，教师借机引导学生将名数的改写方法进行对比总结。</w:t>
            </w:r>
          </w:p>
          <w:p>
            <w:pPr>
              <w:spacing w:after="20" w:line="276" w:lineRule="auto"/>
            </w:pPr>
            <w:r>
              <w:rPr>
                <w:rFonts w:ascii="宋体" w:hAnsi="宋体" w:eastAsia="宋体"/>
                <w:b w:val="0"/>
                <w:sz w:val="18"/>
              </w:rPr>
              <w:t>学生独立完成后同桌间互批互评。</w:t>
            </w:r>
          </w:p>
        </w:tc>
        <w:tc>
          <w:tcPr>
            <w:tcW w:type="dxa" w:w="1814"/>
          </w:tcPr>
          <w:p>
            <w:pPr>
              <w:spacing w:after="20" w:line="276" w:lineRule="auto"/>
            </w:pPr>
            <w:r/>
            <w:r>
              <w:rPr>
                <w:rFonts w:ascii="宋体" w:hAnsi="宋体" w:eastAsia="宋体"/>
                <w:b w:val="0"/>
                <w:sz w:val="18"/>
              </w:rPr>
              <w:t>本环节针对性地设计练习,通过丰富多样的形式帮助学生提升改写能力,同时增强练习的趣味性,克服单一的练习形式产生的枯燥感。练习中注重引导学生对改写的方法进行对比,帮助学生厘清思路，巩固改写的方法，提高学生解决问题的意识和能力。</w:t>
            </w:r>
          </w:p>
        </w:tc>
      </w:tr>
      <w:tr>
        <w:tc>
          <w:tcPr>
            <w:tcW w:type="dxa" w:w="1474"/>
          </w:tcPr>
          <w:p>
            <w:pPr>
              <w:spacing w:after="20" w:line="276" w:lineRule="auto"/>
            </w:pPr>
            <w:r>
              <w:rPr>
                <w:b/>
              </w:rPr>
            </w:r>
            <w:r>
              <w:rPr>
                <w:rFonts w:ascii="宋体" w:hAnsi="宋体" w:eastAsia="宋体"/>
                <w:b/>
                <w:sz w:val="18"/>
              </w:rPr>
              <w:t>四、课堂小结，总结提升</w:t>
            </w:r>
          </w:p>
        </w:tc>
        <w:tc>
          <w:tcPr>
            <w:tcW w:type="dxa" w:w="3061"/>
          </w:tcPr>
          <w:p>
            <w:pPr>
              <w:spacing w:after="20" w:line="276" w:lineRule="auto"/>
            </w:pPr>
            <w:r/>
            <w:r>
              <w:rPr>
                <w:rFonts w:ascii="宋体" w:hAnsi="宋体" w:eastAsia="宋体"/>
                <w:b w:val="0"/>
                <w:sz w:val="18"/>
              </w:rPr>
              <w:t>师：这节课你有什么收获？你觉得名数改写时要注意什么？</w:t>
            </w:r>
          </w:p>
          <w:p>
            <w:pPr>
              <w:spacing w:after="20" w:line="276" w:lineRule="auto"/>
            </w:pPr>
            <w:r>
              <w:rPr>
                <w:rFonts w:ascii="宋体" w:hAnsi="宋体" w:eastAsia="宋体"/>
                <w:b w:val="0"/>
                <w:sz w:val="18"/>
              </w:rPr>
              <w:t>引导学生总结：名数改写的关键是判断改写的“方向”和“进率”,进而确定乘或除以多少。</w:t>
            </w:r>
          </w:p>
        </w:tc>
        <w:tc>
          <w:tcPr>
            <w:tcW w:type="dxa" w:w="3061"/>
          </w:tcPr>
          <w:p>
            <w:pPr>
              <w:spacing w:after="20" w:line="276" w:lineRule="auto"/>
            </w:pPr>
            <w:r/>
            <w:r>
              <w:rPr>
                <w:rFonts w:ascii="宋体" w:hAnsi="宋体" w:eastAsia="宋体"/>
                <w:b w:val="0"/>
                <w:sz w:val="18"/>
              </w:rPr>
              <w:t>学生畅谈收获。</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引导学生回顾梳理本课所学，完善认知结构，提升归纳与反思能力，核心问题："这节课你有什么收获？你觉得名数改写时要注意什么？"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小数与单位换算（2）</w:t>
      </w:r>
    </w:p>
    <w:p>
      <w:pPr>
        <w:spacing w:after="40" w:line="300" w:lineRule="auto"/>
      </w:pPr>
      <w:r>
        <w:rPr>
          <w:rFonts w:ascii="宋体" w:hAnsi="宋体" w:eastAsia="宋体"/>
          <w:b w:val="0"/>
          <w:sz w:val="20"/>
        </w:rPr>
        <w:t>0.95m=95cm       1.32m=132cm</w:t>
      </w:r>
    </w:p>
    <w:p>
      <w:pPr>
        <w:spacing w:after="40" w:line="300" w:lineRule="auto"/>
      </w:pPr>
      <w:r>
        <w:rPr>
          <w:rFonts w:ascii="宋体" w:hAnsi="宋体" w:eastAsia="宋体"/>
          <w:b w:val="0"/>
          <w:sz w:val="20"/>
        </w:rPr>
        <w:t>高级单位的数×进率=低级单位的数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教科书P47例2，完成P47下方“做一做”，P48~49“练习十二”第2、3、4、5、8题。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在教学过程中，教师要有意识地引导学生将改写的方法进行对比，增强学生的理解力。</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小节的知识主线是探索单位换算方法,而更重要的是在探索过程中对数学思想方法的体验、运用、提升。上节课在完成低级单位名数换算成高级单位名数的过程中,学生通过从具体到抽象的过程,积累了数学活动的经验。不足的是学生的探索时间不是很充分，如果有机会再次执教本节课的话,要尽量多给学生提供一些时间进行交流和探索。</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小数点移动引起小数大小变化的规律（2）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小数点移动引起小数大小变化的规律（2）</w:t>
            </w:r>
          </w:p>
        </w:tc>
        <w:tc>
          <w:tcPr>
            <w:tcW w:type="dxa" w:w="6009"/>
          </w:tcPr>
          <w:p>
            <w:pPr>
              <w:spacing w:after="20" w:line="276" w:lineRule="auto"/>
            </w:pPr>
            <w:r/>
            <w:r>
              <w:rPr>
                <w:rFonts w:ascii="宋体" w:hAnsi="宋体" w:eastAsia="宋体"/>
                <w:b w:val="0"/>
                <w:sz w:val="20"/>
              </w:rPr>
              <w:t>第4单元 小数的意义和性质（小数点移动引起小数大小的变化）</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教学内容：教科书P44例2，完成P44下方“做一做”，P45“练习十一”第2～5题。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（1）通过观察比较的方法掌握新知识。</w:t>
      </w:r>
    </w:p>
    <w:p>
      <w:pPr>
        <w:spacing w:after="20" w:line="300" w:lineRule="auto"/>
        <w:ind w:firstLine="400"/>
      </w:pPr>
      <w:r>
        <w:rPr>
          <w:rFonts w:ascii="宋体" w:hAnsi="宋体" w:eastAsia="宋体"/>
          <w:b w:val="0"/>
          <w:sz w:val="20"/>
        </w:rPr>
        <w:t>（2）培养学生初步的迁移类推能力。</w:t>
      </w:r>
    </w:p>
    <w:p>
      <w:pPr>
        <w:spacing w:after="20" w:line="300" w:lineRule="auto"/>
      </w:pPr>
      <w:r>
        <w:rPr>
          <w:rFonts w:ascii="宋体" w:hAnsi="宋体" w:eastAsia="宋体"/>
          <w:b w:val="0"/>
          <w:sz w:val="20"/>
        </w:rPr>
        <w:t>教学重点：利用小数点移动引起小数大小变化的规律正确进行计算。</w:t>
      </w:r>
    </w:p>
    <w:p>
      <w:pPr>
        <w:spacing w:after="20" w:line="300" w:lineRule="auto"/>
      </w:pPr>
      <w:r>
        <w:rPr>
          <w:rFonts w:ascii="宋体" w:hAnsi="宋体" w:eastAsia="宋体"/>
          <w:b w:val="0"/>
          <w:sz w:val="20"/>
        </w:rPr>
        <w:t>教学难点：应用小数点移动引起小数大小变化的规律解决问题。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我们已经学习了小数点移动的有关知识，你知道小数点向左、向右移动会引起小数怎样的变化吗？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想一想，要解决这个问题，应该怎样列式呢？；如果把0.07扩大到原数的10倍,结果是多少?谁能说一下?</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通过今天的学习,你都有哪些收获呢?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师：我们已经学习了小数点移动的有关知识，你知道小数点向左、向右移动会引起小数怎样的变化吗？</w:t>
            </w:r>
          </w:p>
          <w:p>
            <w:pPr>
              <w:spacing w:after="20" w:line="276" w:lineRule="auto"/>
            </w:pPr>
            <w:r>
              <w:rPr>
                <w:rFonts w:ascii="宋体" w:hAnsi="宋体" w:eastAsia="宋体"/>
                <w:b w:val="0"/>
                <w:sz w:val="18"/>
              </w:rPr>
              <w:t>师：应用小数点移动引起小数大小变化的规律，可以把一个数扩大或缩小。今天我们就来研究这个问题。［板书课题：小数点移动引起小数大小变化的规律（2）］</w:t>
            </w:r>
          </w:p>
        </w:tc>
        <w:tc>
          <w:tcPr>
            <w:tcW w:type="dxa" w:w="3061"/>
          </w:tcPr>
          <w:p>
            <w:pPr>
              <w:spacing w:after="20" w:line="276" w:lineRule="auto"/>
            </w:pPr>
            <w:r/>
            <w:r>
              <w:rPr>
                <w:rFonts w:ascii="宋体" w:hAnsi="宋体" w:eastAsia="宋体"/>
                <w:b w:val="0"/>
                <w:sz w:val="18"/>
              </w:rPr>
              <w:t>预设1:小数点向右移动一位，小数就扩大到原数的10倍；移动两位，小数就扩大到原数的100倍；移动三位，小数就扩大到原数的1000倍……</w:t>
            </w:r>
          </w:p>
        </w:tc>
        <w:tc>
          <w:tcPr>
            <w:tcW w:type="dxa" w:w="1814"/>
          </w:tcPr>
          <w:p>
            <w:pPr>
              <w:spacing w:after="20" w:line="276" w:lineRule="auto"/>
            </w:pPr>
            <w:r/>
            <w:r>
              <w:rPr>
                <w:rFonts w:ascii="宋体" w:hAnsi="宋体" w:eastAsia="宋体"/>
                <w:b w:val="0"/>
                <w:sz w:val="18"/>
              </w:rPr>
              <w:t>通过谈话导入，既引导学生复习了小数点移动引起小数大小变化的规律，又明确了本节课的学习内容。</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1.课件出示教科书P44例2(1)。</w:t>
            </w:r>
          </w:p>
          <w:p>
            <w:pPr>
              <w:spacing w:after="20" w:line="276" w:lineRule="auto"/>
            </w:pPr>
            <w:r>
              <w:rPr>
                <w:rFonts w:ascii="宋体" w:hAnsi="宋体" w:eastAsia="宋体"/>
                <w:b w:val="0"/>
                <w:sz w:val="18"/>
              </w:rPr>
              <w:t>(1)师：想一想，要解决这个问题，应该怎样列式呢？</w:t>
            </w:r>
          </w:p>
          <w:p>
            <w:pPr>
              <w:spacing w:after="20" w:line="276" w:lineRule="auto"/>
            </w:pPr>
            <w:r>
              <w:rPr>
                <w:rFonts w:ascii="宋体" w:hAnsi="宋体" w:eastAsia="宋体"/>
                <w:b w:val="0"/>
                <w:sz w:val="18"/>
              </w:rPr>
              <w:t>（2）探究解题方法。</w:t>
            </w:r>
          </w:p>
          <w:p>
            <w:pPr>
              <w:spacing w:after="20" w:line="276" w:lineRule="auto"/>
            </w:pPr>
            <w:r>
              <w:rPr>
                <w:rFonts w:ascii="宋体" w:hAnsi="宋体" w:eastAsia="宋体"/>
                <w:b w:val="0"/>
                <w:sz w:val="18"/>
              </w:rPr>
              <w:t>师：如果把0.07扩大到原数的10倍,结果是多少?谁能说一下?</w:t>
            </w:r>
          </w:p>
          <w:p>
            <w:pPr>
              <w:spacing w:after="20" w:line="276" w:lineRule="auto"/>
            </w:pPr>
            <w:r>
              <w:rPr>
                <w:rFonts w:ascii="宋体" w:hAnsi="宋体" w:eastAsia="宋体"/>
                <w:b w:val="0"/>
                <w:sz w:val="18"/>
              </w:rPr>
              <w:t>直接利用小数点移动引起小数大小变化的规律解决问题，对学生而言不是太抽象，可以引导学生在弄清楚题意的基础上独立探究，经历转化的过程，进一步理解规律，提高学生独立解决问题的能力。</w:t>
            </w:r>
          </w:p>
          <w:p>
            <w:pPr>
              <w:spacing w:after="20" w:line="276" w:lineRule="auto"/>
            </w:pPr>
            <w:r>
              <w:rPr>
                <w:rFonts w:ascii="宋体" w:hAnsi="宋体" w:eastAsia="宋体"/>
                <w:b w:val="0"/>
                <w:sz w:val="18"/>
              </w:rPr>
              <w:t>师：同学们说得不错,把0.07扩大到它的10倍,有两种方法,对吗?（对）哪两种方法呢?</w:t>
            </w:r>
          </w:p>
          <w:p>
            <w:pPr>
              <w:spacing w:after="20" w:line="276" w:lineRule="auto"/>
            </w:pPr>
            <w:r>
              <w:rPr>
                <w:rFonts w:ascii="宋体" w:hAnsi="宋体" w:eastAsia="宋体"/>
                <w:b w:val="0"/>
                <w:sz w:val="18"/>
              </w:rPr>
              <w:t>（3）利用图示的方法明白算理。</w:t>
            </w:r>
          </w:p>
          <w:p>
            <w:pPr>
              <w:spacing w:after="20" w:line="276" w:lineRule="auto"/>
            </w:pPr>
            <w:r>
              <w:rPr>
                <w:rFonts w:ascii="宋体" w:hAnsi="宋体" w:eastAsia="宋体"/>
                <w:b w:val="0"/>
                <w:sz w:val="18"/>
              </w:rPr>
              <w:t>师：同学们说得不错,大家能把刚才总结出来的方法利用图示来表示一下吗?</w:t>
            </w:r>
          </w:p>
          <w:p>
            <w:pPr>
              <w:spacing w:after="20" w:line="276" w:lineRule="auto"/>
            </w:pPr>
            <w:r>
              <w:rPr>
                <w:rFonts w:ascii="宋体" w:hAnsi="宋体" w:eastAsia="宋体"/>
                <w:b w:val="0"/>
                <w:sz w:val="18"/>
              </w:rPr>
              <w:t>①组织学生看书,用图示的方法表示小数乘10和把小数点向右移动一位后得到的结果,并在小组内交流、讨论。</w:t>
            </w:r>
          </w:p>
          <w:p>
            <w:pPr>
              <w:spacing w:after="20" w:line="276" w:lineRule="auto"/>
            </w:pPr>
            <w:r>
              <w:rPr>
                <w:rFonts w:ascii="宋体" w:hAnsi="宋体" w:eastAsia="宋体"/>
                <w:b w:val="0"/>
                <w:sz w:val="18"/>
              </w:rPr>
              <w:t>②指名学生汇报，教师根据学生的回答，课件出示图示过程，引导学生掌握把0.07扩大到它的10倍的结果是0.7的算理。</w:t>
            </w:r>
          </w:p>
          <w:p>
            <w:pPr>
              <w:spacing w:after="20" w:line="276" w:lineRule="auto"/>
            </w:pPr>
            <w:r>
              <w:rPr>
                <w:rFonts w:ascii="宋体" w:hAnsi="宋体" w:eastAsia="宋体"/>
                <w:b w:val="0"/>
                <w:sz w:val="18"/>
              </w:rPr>
              <w:t>(4)师：你能用刚才学会的方法把0.07扩大到它的100倍、1000倍吗？得到的结果分别是多少？</w:t>
            </w:r>
          </w:p>
          <w:p>
            <w:pPr>
              <w:spacing w:after="20" w:line="276" w:lineRule="auto"/>
            </w:pPr>
            <w:r>
              <w:rPr>
                <w:rFonts w:ascii="宋体" w:hAnsi="宋体" w:eastAsia="宋体"/>
                <w:b w:val="0"/>
                <w:sz w:val="18"/>
              </w:rPr>
              <w:t>②教师指名学生回答，集体订正。</w:t>
            </w:r>
          </w:p>
          <w:p>
            <w:pPr>
              <w:spacing w:after="20" w:line="276" w:lineRule="auto"/>
            </w:pPr>
            <w:r>
              <w:rPr>
                <w:rFonts w:ascii="宋体" w:hAnsi="宋体" w:eastAsia="宋体"/>
                <w:b w:val="0"/>
                <w:sz w:val="18"/>
              </w:rPr>
              <w:t>0.07×100=7</w:t>
            </w:r>
          </w:p>
          <w:p>
            <w:pPr>
              <w:spacing w:after="20" w:line="276" w:lineRule="auto"/>
            </w:pPr>
            <w:r>
              <w:rPr>
                <w:rFonts w:ascii="宋体" w:hAnsi="宋体" w:eastAsia="宋体"/>
                <w:b w:val="0"/>
                <w:sz w:val="18"/>
              </w:rPr>
              <w:t>0.07×1000=70</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(5)归纳小结。</w:t>
            </w:r>
          </w:p>
          <w:p>
            <w:pPr>
              <w:spacing w:after="20" w:line="276" w:lineRule="auto"/>
            </w:pPr>
            <w:r>
              <w:rPr>
                <w:rFonts w:ascii="宋体" w:hAnsi="宋体" w:eastAsia="宋体"/>
                <w:b w:val="0"/>
                <w:sz w:val="18"/>
              </w:rPr>
              <w:t>师：通过刚才的学习，同学们能总结一下吗?</w:t>
            </w:r>
          </w:p>
          <w:p>
            <w:pPr>
              <w:spacing w:after="20" w:line="276" w:lineRule="auto"/>
            </w:pPr>
            <w:r>
              <w:rPr>
                <w:rFonts w:ascii="宋体" w:hAnsi="宋体" w:eastAsia="宋体"/>
                <w:b w:val="0"/>
                <w:sz w:val="18"/>
              </w:rPr>
              <w:t>组织学生小组内讨论、交流,共同总结。</w:t>
            </w:r>
          </w:p>
          <w:p>
            <w:pPr>
              <w:spacing w:after="20" w:line="276" w:lineRule="auto"/>
            </w:pPr>
            <w:r>
              <w:rPr>
                <w:rFonts w:ascii="宋体" w:hAnsi="宋体" w:eastAsia="宋体"/>
                <w:b w:val="0"/>
                <w:sz w:val="18"/>
              </w:rPr>
              <w:t>师小结：把一个数扩大到原数的10倍、100倍、1000倍……就是把这个数的小数点向右移动一位、两位、三位……（板书）</w:t>
            </w:r>
          </w:p>
          <w:p>
            <w:pPr>
              <w:spacing w:after="20" w:line="276" w:lineRule="auto"/>
            </w:pPr>
            <w:r>
              <w:rPr>
                <w:rFonts w:ascii="宋体" w:hAnsi="宋体" w:eastAsia="宋体"/>
                <w:b w:val="0"/>
                <w:sz w:val="18"/>
              </w:rPr>
              <w:t>（6）师：小数点移动时，如果位数不够应该怎么办？</w:t>
            </w:r>
          </w:p>
          <w:p>
            <w:pPr>
              <w:spacing w:after="20" w:line="276" w:lineRule="auto"/>
            </w:pPr>
            <w:r>
              <w:rPr>
                <w:rFonts w:ascii="宋体" w:hAnsi="宋体" w:eastAsia="宋体"/>
                <w:b w:val="0"/>
                <w:sz w:val="18"/>
              </w:rPr>
              <w:t>2.课件出示教科书P44例2(2)。</w:t>
            </w:r>
          </w:p>
          <w:p>
            <w:pPr>
              <w:spacing w:after="20" w:line="276" w:lineRule="auto"/>
            </w:pPr>
            <w:r>
              <w:rPr>
                <w:rFonts w:ascii="宋体" w:hAnsi="宋体" w:eastAsia="宋体"/>
                <w:b w:val="0"/>
                <w:sz w:val="18"/>
              </w:rPr>
              <w:t>本环节是这节课的重难点。一定要让学生充分经历对数进行观察、比较、分析、判断、推理等过程，能灵活地利用小数点移动引起小数大小变化的规律正确进行计算和解决问题。</w:t>
            </w:r>
          </w:p>
          <w:p>
            <w:pPr>
              <w:spacing w:after="20" w:line="276" w:lineRule="auto"/>
            </w:pPr>
            <w:r>
              <w:rPr>
                <w:rFonts w:ascii="宋体" w:hAnsi="宋体" w:eastAsia="宋体"/>
                <w:b w:val="0"/>
                <w:sz w:val="18"/>
              </w:rPr>
              <w:t>板书：3.2÷10=0.32</w:t>
            </w:r>
          </w:p>
          <w:p>
            <w:pPr>
              <w:spacing w:after="20" w:line="276" w:lineRule="auto"/>
            </w:pPr>
            <w:r>
              <w:rPr>
                <w:rFonts w:ascii="宋体" w:hAnsi="宋体" w:eastAsia="宋体"/>
                <w:b w:val="0"/>
                <w:sz w:val="18"/>
              </w:rPr>
              <w:t>3.2÷100=0.032</w:t>
            </w:r>
          </w:p>
          <w:p>
            <w:pPr>
              <w:spacing w:after="20" w:line="276" w:lineRule="auto"/>
            </w:pPr>
            <w:r>
              <w:rPr>
                <w:rFonts w:ascii="宋体" w:hAnsi="宋体" w:eastAsia="宋体"/>
                <w:b w:val="0"/>
                <w:sz w:val="18"/>
              </w:rPr>
              <w:t>3.2÷1000=0.0032</w:t>
            </w:r>
          </w:p>
          <w:p>
            <w:pPr>
              <w:spacing w:after="20" w:line="276" w:lineRule="auto"/>
            </w:pPr>
            <w:r>
              <w:rPr>
                <w:rFonts w:ascii="宋体" w:hAnsi="宋体" w:eastAsia="宋体"/>
                <w:b w:val="0"/>
                <w:sz w:val="18"/>
              </w:rPr>
              <w:t>(2)师：通过刚才的学习,你能总结一下吗?</w:t>
            </w:r>
          </w:p>
          <w:p>
            <w:pPr>
              <w:spacing w:after="20" w:line="276" w:lineRule="auto"/>
            </w:pPr>
            <w:r>
              <w:rPr>
                <w:rFonts w:ascii="宋体" w:hAnsi="宋体" w:eastAsia="宋体"/>
                <w:b w:val="0"/>
                <w:sz w:val="18"/>
              </w:rPr>
              <w:t>组织学生小组内交流,共同归纳总结小数点向左移动引起小数大小变化的规律。</w:t>
            </w:r>
          </w:p>
        </w:tc>
        <w:tc>
          <w:tcPr>
            <w:tcW w:type="dxa" w:w="3061"/>
          </w:tcPr>
          <w:p>
            <w:pPr>
              <w:spacing w:after="20" w:line="276" w:lineRule="auto"/>
            </w:pPr>
            <w:r/>
            <w:r>
              <w:rPr>
                <w:rFonts w:ascii="宋体" w:hAnsi="宋体" w:eastAsia="宋体"/>
                <w:b w:val="0"/>
                <w:sz w:val="18"/>
              </w:rPr>
              <w:t>0.07×10，0.07×100，0.07×1000。</w:t>
            </w:r>
          </w:p>
          <w:p>
            <w:pPr>
              <w:spacing w:after="20" w:line="276" w:lineRule="auto"/>
            </w:pPr>
            <w:r>
              <w:rPr>
                <w:rFonts w:ascii="宋体" w:hAnsi="宋体" w:eastAsia="宋体"/>
                <w:b w:val="0"/>
                <w:sz w:val="18"/>
              </w:rPr>
              <w:t>预设1:把0.07扩大到它的10倍,就是把它乘10,结果是0.7。</w:t>
            </w:r>
          </w:p>
          <w:p>
            <w:pPr>
              <w:spacing w:after="20" w:line="276" w:lineRule="auto"/>
            </w:pPr>
            <w:r>
              <w:rPr>
                <w:rFonts w:ascii="宋体" w:hAnsi="宋体" w:eastAsia="宋体"/>
                <w:b w:val="0"/>
                <w:sz w:val="18"/>
              </w:rPr>
              <w:t>预设2:把0.07扩大到它的10倍,就是把小数点向右移动一位,结果是0.7。</w:t>
            </w:r>
          </w:p>
          <w:p>
            <w:pPr>
              <w:spacing w:after="20" w:line="276" w:lineRule="auto"/>
            </w:pPr>
            <w:r>
              <w:rPr>
                <w:rFonts w:ascii="宋体" w:hAnsi="宋体" w:eastAsia="宋体"/>
                <w:b w:val="0"/>
                <w:sz w:val="18"/>
              </w:rPr>
              <w:t>一是乘10,二是把小数点向右移动一位。</w:t>
            </w:r>
          </w:p>
          <w:p>
            <w:pPr>
              <w:spacing w:after="20" w:line="276" w:lineRule="auto"/>
            </w:pPr>
            <w:r>
              <w:rPr>
                <w:rFonts w:ascii="宋体" w:hAnsi="宋体" w:eastAsia="宋体"/>
                <w:b w:val="0"/>
                <w:sz w:val="18"/>
              </w:rPr>
              <w:t>①学生在练习本上独立计算,得到计算结果。</w:t>
            </w:r>
          </w:p>
          <w:p>
            <w:pPr>
              <w:spacing w:after="20" w:line="276" w:lineRule="auto"/>
            </w:pPr>
            <w:r>
              <w:rPr>
                <w:rFonts w:ascii="宋体" w:hAnsi="宋体" w:eastAsia="宋体"/>
                <w:b w:val="0"/>
                <w:sz w:val="18"/>
              </w:rPr>
              <w:t>0.07×10=0.7</w:t>
            </w:r>
          </w:p>
          <w:p>
            <w:pPr>
              <w:spacing w:after="20" w:line="276" w:lineRule="auto"/>
            </w:pPr>
            <w:r>
              <w:rPr>
                <w:rFonts w:ascii="宋体" w:hAnsi="宋体" w:eastAsia="宋体"/>
                <w:b w:val="0"/>
                <w:sz w:val="18"/>
              </w:rPr>
              <w:t>小数点移动时，如果位数不够，要用“0”补位。（板书）</w:t>
            </w:r>
          </w:p>
          <w:p>
            <w:pPr>
              <w:spacing w:after="20" w:line="276" w:lineRule="auto"/>
            </w:pPr>
            <w:r>
              <w:rPr>
                <w:rFonts w:ascii="宋体" w:hAnsi="宋体" w:eastAsia="宋体"/>
                <w:b w:val="0"/>
                <w:sz w:val="18"/>
              </w:rPr>
              <w:t>①学生分小组讨论、交流。</w:t>
            </w:r>
          </w:p>
          <w:p>
            <w:pPr>
              <w:spacing w:after="20" w:line="276" w:lineRule="auto"/>
            </w:pPr>
            <w:r>
              <w:rPr>
                <w:rFonts w:ascii="宋体" w:hAnsi="宋体" w:eastAsia="宋体"/>
                <w:b w:val="0"/>
                <w:sz w:val="18"/>
              </w:rPr>
              <w:t>②全班交流分享。</w:t>
            </w:r>
          </w:p>
        </w:tc>
        <w:tc>
          <w:tcPr>
            <w:tcW w:type="dxa" w:w="1814"/>
          </w:tcPr>
          <w:p>
            <w:pPr>
              <w:spacing w:after="20" w:line="276" w:lineRule="auto"/>
            </w:pPr>
            <w:r/>
            <w:r>
              <w:rPr>
                <w:rFonts w:ascii="宋体" w:hAnsi="宋体" w:eastAsia="宋体"/>
                <w:b w:val="0"/>
                <w:sz w:val="18"/>
              </w:rPr>
              <w:t>用小数点移动引起小数大小变化的规律解决问题,涉及把小数扩大(缩小)到原数的多少倍(几分之一)与小数点移动建立联系，这也是学生思维的难点。因此,教学中在学生独立思考的基础上,适时组织学生小组内合作交流,让学生说出各自的理解和想法,在交流中更好地理解这种思维的转化,提升思维能力。</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1.教科书P44下方“做一做”。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（2）集体交流订正，说说你是怎么想的。</w:t>
            </w:r>
          </w:p>
          <w:p>
            <w:pPr>
              <w:spacing w:after="20" w:line="276" w:lineRule="auto"/>
            </w:pPr>
            <w:r>
              <w:rPr>
                <w:rFonts w:ascii="宋体" w:hAnsi="宋体" w:eastAsia="宋体"/>
                <w:b w:val="0"/>
                <w:sz w:val="18"/>
              </w:rPr>
              <w:t>2.教科书P45“练习十一”第2题。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（2）同桌交换检查，有错误及时订正。</w:t>
            </w:r>
          </w:p>
          <w:p>
            <w:pPr>
              <w:spacing w:after="20" w:line="276" w:lineRule="auto"/>
            </w:pPr>
            <w:r>
              <w:rPr>
                <w:rFonts w:ascii="宋体" w:hAnsi="宋体" w:eastAsia="宋体"/>
                <w:b w:val="0"/>
                <w:sz w:val="18"/>
              </w:rPr>
              <w:t>3.教科书P45“练习十一”第3题。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（2）指名学生汇报，说出为什么有些数的大小不会发生变化，有些数的大小发生了改变。</w:t>
            </w:r>
          </w:p>
          <w:p>
            <w:pPr>
              <w:spacing w:after="20" w:line="276" w:lineRule="auto"/>
            </w:pPr>
            <w:r>
              <w:rPr>
                <w:rFonts w:ascii="宋体" w:hAnsi="宋体" w:eastAsia="宋体"/>
                <w:b w:val="0"/>
                <w:sz w:val="18"/>
              </w:rPr>
              <w:t>4.教科书P45“练习十一”第4题。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（2）组内交流。</w:t>
            </w:r>
          </w:p>
          <w:p>
            <w:pPr>
              <w:spacing w:after="20" w:line="276" w:lineRule="auto"/>
            </w:pPr>
            <w:r>
              <w:rPr>
                <w:rFonts w:ascii="宋体" w:hAnsi="宋体" w:eastAsia="宋体"/>
                <w:b w:val="0"/>
                <w:sz w:val="18"/>
              </w:rPr>
              <w:t>（3）仔细观察这两组练习，说说它们有什么不同。</w:t>
            </w:r>
          </w:p>
          <w:p>
            <w:pPr>
              <w:spacing w:after="20" w:line="276" w:lineRule="auto"/>
            </w:pPr>
            <w:r>
              <w:rPr>
                <w:rFonts w:ascii="宋体" w:hAnsi="宋体" w:eastAsia="宋体"/>
                <w:b w:val="0"/>
                <w:sz w:val="18"/>
              </w:rPr>
              <w:t>5.教科书P45“练习十一”第5题。</w:t>
            </w:r>
          </w:p>
        </w:tc>
        <w:tc>
          <w:tcPr>
            <w:tcW w:type="dxa" w:w="3061"/>
          </w:tcPr>
          <w:p>
            <w:pPr>
              <w:spacing w:after="20" w:line="276" w:lineRule="auto"/>
            </w:pPr>
            <w:r/>
            <w:r>
              <w:rPr>
                <w:rFonts w:ascii="宋体" w:hAnsi="宋体" w:eastAsia="宋体"/>
                <w:b w:val="0"/>
                <w:sz w:val="18"/>
              </w:rPr>
              <w:t>因为这道题是乘除交替的形式，学生有可能出现小数点移动方向错误或搞混移动的位数等问题，教师要及时引导学生认真观察，归纳方法，提升学生的应用能力。</w:t>
            </w:r>
          </w:p>
          <w:p>
            <w:pPr>
              <w:spacing w:after="20" w:line="276" w:lineRule="auto"/>
            </w:pPr>
            <w:r>
              <w:rPr>
                <w:rFonts w:ascii="宋体" w:hAnsi="宋体" w:eastAsia="宋体"/>
                <w:b w:val="0"/>
                <w:sz w:val="18"/>
              </w:rPr>
              <w:t>学生独立完成，集体订正。</w:t>
            </w:r>
          </w:p>
        </w:tc>
        <w:tc>
          <w:tcPr>
            <w:tcW w:type="dxa" w:w="1814"/>
          </w:tcPr>
          <w:p>
            <w:pPr>
              <w:spacing w:after="20" w:line="276" w:lineRule="auto"/>
            </w:pPr>
            <w:r/>
            <w:r>
              <w:rPr>
                <w:rFonts w:ascii="宋体" w:hAnsi="宋体" w:eastAsia="宋体"/>
                <w:b w:val="0"/>
                <w:sz w:val="18"/>
              </w:rPr>
              <w:t>通过两组数据练习,进一步提高学生应用小数点移动引起小数大小变化规律的意识和能力。其中一组是正向思维练习,即48.3分别乘或除以10、100是多少；另一组是逆向思维练习,即0.729、72.9、7290、0.0729分别乘或除以几得到7.29。通过两组题目的对比分析,深化学生的理解,提高应用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师：通过今天的学习,你都有哪些收获呢?说一说学会了什么,自己表现怎么样。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引导学生回顾梳理本课所学，完善认知结构，提升归纳与反思能力，核心问题："通过今天的学习,你都有哪些收获呢?"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教科书P44例2，完成P44下方“做一做”，P45“练习十一”第2～5题。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设计充分体现了学生的主体地位,让学生充分对数的扩大和缩小进行观察、比较、分析、判断、推理,突出“小数点位置”“移动方向”“大小变化”“扩大或缩小的倍数”等几个要素,让学生从感性到理性,分步渐进地归纳,体会小数点移动引起小数大小变化的规律在解决实际问题中的应用。在课堂教学中,采用了鼓励性的语言,充分调动了学生学习的积极性。</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小数的大小比较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小数的大小比较</w:t>
            </w:r>
          </w:p>
        </w:tc>
        <w:tc>
          <w:tcPr>
            <w:tcW w:type="dxa" w:w="6009"/>
          </w:tcPr>
          <w:p>
            <w:pPr>
              <w:spacing w:after="20" w:line="276" w:lineRule="auto"/>
            </w:pPr>
            <w:r/>
            <w:r>
              <w:rPr>
                <w:rFonts w:ascii="宋体" w:hAnsi="宋体" w:eastAsia="宋体"/>
                <w:b w:val="0"/>
                <w:sz w:val="20"/>
              </w:rPr>
              <w:t>第4单元 小数的意义和性质（小数的性质和大小比较）</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教学内容：教科书P40例5，完成P40“做一做”，P42“练习十”第6、7题。</w:t>
      </w:r>
    </w:p>
    <w:p>
      <w:pPr>
        <w:spacing w:after="80" w:line="300" w:lineRule="auto"/>
        <w:ind w:firstLine="400"/>
      </w:pPr>
      <w:r>
        <w:rPr>
          <w:rFonts w:ascii="宋体" w:hAnsi="宋体" w:eastAsia="宋体"/>
          <w:b w:val="0"/>
          <w:sz w:val="20"/>
        </w:rPr>
        <w:t>教学准备：课件，写有0～9的数字卡片若干张。</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（1）掌握小数大小的比较方法,并能把两个以上的小数按大小顺序排列起来。</w:t>
      </w:r>
    </w:p>
    <w:p>
      <w:pPr>
        <w:spacing w:after="20" w:line="300" w:lineRule="auto"/>
        <w:ind w:firstLine="400"/>
      </w:pPr>
      <w:r>
        <w:rPr>
          <w:rFonts w:ascii="宋体" w:hAnsi="宋体" w:eastAsia="宋体"/>
          <w:b w:val="0"/>
          <w:sz w:val="20"/>
        </w:rPr>
        <w:t>（2）在自主探究、合作交流中,培养学生比较、抽象、概括的能力。</w:t>
      </w:r>
    </w:p>
    <w:p>
      <w:pPr>
        <w:spacing w:after="20" w:line="300" w:lineRule="auto"/>
        <w:ind w:firstLine="400"/>
      </w:pPr>
      <w:r>
        <w:rPr>
          <w:rFonts w:ascii="宋体" w:hAnsi="宋体" w:eastAsia="宋体"/>
          <w:b w:val="0"/>
          <w:sz w:val="20"/>
        </w:rPr>
        <w:t>（3）进一步体会数学与生活的联系，激发学生学习数学的兴趣。</w:t>
      </w:r>
    </w:p>
    <w:p>
      <w:pPr>
        <w:spacing w:after="20" w:line="300" w:lineRule="auto"/>
      </w:pPr>
      <w:r>
        <w:rPr>
          <w:rFonts w:ascii="宋体" w:hAnsi="宋体" w:eastAsia="宋体"/>
          <w:b w:val="0"/>
          <w:sz w:val="20"/>
        </w:rPr>
        <w:t>教学重点：探究并概括小数大小比较的方法。</w:t>
      </w:r>
    </w:p>
    <w:p>
      <w:pPr>
        <w:spacing w:after="20" w:line="300" w:lineRule="auto"/>
      </w:pPr>
      <w:r>
        <w:rPr>
          <w:rFonts w:ascii="宋体" w:hAnsi="宋体" w:eastAsia="宋体"/>
          <w:b w:val="0"/>
          <w:sz w:val="20"/>
        </w:rPr>
        <w:t>教学难点：正确运用小数的大小比较的方法，熟练地比较小数的大小。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一、以旧引新,导入新课</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这些卡片分别代表两个小数，现在还是右边的数大吗?；到底哪边的数更大呢？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二、自主探究,获取新知识</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生命在于运动。同学们都喜欢什么体育运动呢？；谁能大声读出每名同学的成绩？你能给他们排出名次吗？</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三、巩固练习,深化认知</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四、课堂小结，总结提升</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请同学们说一说这节课的收获。本节课你对自己的表现是否满意？应该改进的地方有哪些呢？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一、以旧引新,导入新课</w:t>
            </w:r>
          </w:p>
        </w:tc>
        <w:tc>
          <w:tcPr>
            <w:tcW w:type="dxa" w:w="3061"/>
          </w:tcPr>
          <w:p>
            <w:pPr>
              <w:spacing w:after="20" w:line="276" w:lineRule="auto"/>
            </w:pPr>
            <w:r/>
            <w:r>
              <w:rPr>
                <w:rFonts w:ascii="宋体" w:hAnsi="宋体" w:eastAsia="宋体"/>
                <w:b w:val="0"/>
                <w:sz w:val="18"/>
              </w:rPr>
              <w:t>教师在黑板上贴出卡片（反面朝外）:</w:t>
            </w:r>
          </w:p>
          <w:p>
            <w:pPr>
              <w:spacing w:after="20" w:line="276" w:lineRule="auto"/>
            </w:pPr>
            <w:r>
              <w:rPr>
                <w:rFonts w:ascii="宋体" w:hAnsi="宋体" w:eastAsia="宋体"/>
                <w:b w:val="0"/>
                <w:sz w:val="18"/>
              </w:rPr>
              <w:t>师：这些卡片分别代表两个整数,比较一下这两个数的大小。</w:t>
            </w:r>
          </w:p>
          <w:p>
            <w:pPr>
              <w:spacing w:after="20" w:line="276" w:lineRule="auto"/>
            </w:pPr>
            <w:r>
              <w:rPr>
                <w:rFonts w:ascii="宋体" w:hAnsi="宋体" w:eastAsia="宋体"/>
                <w:b w:val="0"/>
                <w:sz w:val="18"/>
              </w:rPr>
              <w:t>（板书：三位数＜四位数）</w:t>
            </w:r>
          </w:p>
          <w:p>
            <w:pPr>
              <w:spacing w:after="20" w:line="276" w:lineRule="auto"/>
            </w:pPr>
            <w:r>
              <w:rPr>
                <w:rFonts w:ascii="宋体" w:hAnsi="宋体" w:eastAsia="宋体"/>
                <w:b w:val="0"/>
                <w:sz w:val="18"/>
              </w:rPr>
              <w:t>教师接着贴出卡片:。</w:t>
            </w:r>
          </w:p>
          <w:p>
            <w:pPr>
              <w:spacing w:after="20" w:line="276" w:lineRule="auto"/>
            </w:pPr>
            <w:r>
              <w:rPr>
                <w:rFonts w:ascii="宋体" w:hAnsi="宋体" w:eastAsia="宋体"/>
                <w:b w:val="0"/>
                <w:sz w:val="18"/>
              </w:rPr>
              <w:t>师：这些卡片分别代表两个小数，现在还是右边的数大吗?</w:t>
            </w:r>
          </w:p>
          <w:p>
            <w:pPr>
              <w:spacing w:after="20" w:line="276" w:lineRule="auto"/>
            </w:pPr>
            <w:r>
              <w:rPr>
                <w:rFonts w:ascii="宋体" w:hAnsi="宋体" w:eastAsia="宋体"/>
                <w:b w:val="0"/>
                <w:sz w:val="18"/>
              </w:rPr>
              <w:t>师：到底哪边的数更大呢？这节课我们就来学习小数的大小比较。（板书课题：小数的大小比较）</w:t>
            </w:r>
          </w:p>
        </w:tc>
        <w:tc>
          <w:tcPr>
            <w:tcW w:type="dxa" w:w="3061"/>
          </w:tcPr>
          <w:p>
            <w:pPr>
              <w:spacing w:after="20" w:line="276" w:lineRule="auto"/>
            </w:pPr>
            <w:r/>
            <w:r>
              <w:rPr>
                <w:rFonts w:ascii="宋体" w:hAnsi="宋体" w:eastAsia="宋体"/>
                <w:b w:val="0"/>
                <w:sz w:val="18"/>
              </w:rPr>
              <w:t>学生快速说出右边的数大,因为是三位数和四位数相比较,位数多的数就大。</w:t>
            </w:r>
          </w:p>
          <w:p>
            <w:pPr>
              <w:spacing w:after="20" w:line="276" w:lineRule="auto"/>
            </w:pPr>
            <w:r>
              <w:rPr>
                <w:rFonts w:ascii="宋体" w:hAnsi="宋体" w:eastAsia="宋体"/>
                <w:b w:val="0"/>
                <w:sz w:val="18"/>
              </w:rPr>
              <w:t>不一定,可能是左边的数大,也可能是右边的数大。</w:t>
            </w:r>
          </w:p>
        </w:tc>
        <w:tc>
          <w:tcPr>
            <w:tcW w:type="dxa" w:w="1814"/>
          </w:tcPr>
          <w:p>
            <w:pPr>
              <w:spacing w:after="20" w:line="276" w:lineRule="auto"/>
            </w:pPr>
            <w:r/>
            <w:r>
              <w:rPr>
                <w:rFonts w:ascii="宋体" w:hAnsi="宋体" w:eastAsia="宋体"/>
                <w:b w:val="0"/>
                <w:sz w:val="18"/>
              </w:rPr>
              <w:t>以几张卡片组合成数作为切入点,既回顾了整数大小比较的方法,又和小数大小的比较进行了衔接,明确探究方向,激发学生的探究欲望。</w:t>
            </w:r>
          </w:p>
        </w:tc>
      </w:tr>
      <w:tr>
        <w:tc>
          <w:tcPr>
            <w:tcW w:type="dxa" w:w="1474"/>
          </w:tcPr>
          <w:p>
            <w:pPr>
              <w:spacing w:after="20" w:line="276" w:lineRule="auto"/>
            </w:pPr>
            <w:r>
              <w:rPr>
                <w:b/>
              </w:rPr>
            </w:r>
            <w:r>
              <w:rPr>
                <w:rFonts w:ascii="宋体" w:hAnsi="宋体" w:eastAsia="宋体"/>
                <w:b/>
                <w:sz w:val="18"/>
              </w:rPr>
              <w:t>二、自主探究,获取新知识</w:t>
            </w:r>
          </w:p>
        </w:tc>
        <w:tc>
          <w:tcPr>
            <w:tcW w:type="dxa" w:w="3061"/>
          </w:tcPr>
          <w:p>
            <w:pPr>
              <w:spacing w:after="20" w:line="276" w:lineRule="auto"/>
            </w:pPr>
            <w:r/>
            <w:r>
              <w:rPr>
                <w:rFonts w:ascii="宋体" w:hAnsi="宋体" w:eastAsia="宋体"/>
                <w:b w:val="0"/>
                <w:sz w:val="18"/>
              </w:rPr>
              <w:t>1.创设情境，提出问题。</w:t>
            </w:r>
          </w:p>
          <w:p>
            <w:pPr>
              <w:spacing w:after="20" w:line="276" w:lineRule="auto"/>
            </w:pPr>
            <w:r>
              <w:rPr>
                <w:rFonts w:ascii="宋体" w:hAnsi="宋体" w:eastAsia="宋体"/>
                <w:b w:val="0"/>
                <w:sz w:val="18"/>
              </w:rPr>
              <w:t>（1）师：生命在于运动。同学们都喜欢什么体育运动呢？</w:t>
            </w:r>
          </w:p>
          <w:p>
            <w:pPr>
              <w:spacing w:after="20" w:line="276" w:lineRule="auto"/>
            </w:pPr>
            <w:r>
              <w:rPr>
                <w:rFonts w:ascii="宋体" w:hAnsi="宋体" w:eastAsia="宋体"/>
                <w:b w:val="0"/>
                <w:sz w:val="18"/>
              </w:rPr>
              <w:t>（2）课件出示教科书P40例5。</w:t>
            </w:r>
          </w:p>
          <w:p>
            <w:pPr>
              <w:spacing w:after="20" w:line="276" w:lineRule="auto"/>
            </w:pPr>
            <w:r>
              <w:rPr>
                <w:rFonts w:ascii="宋体" w:hAnsi="宋体" w:eastAsia="宋体"/>
                <w:b w:val="0"/>
                <w:sz w:val="18"/>
              </w:rPr>
              <w:t>师：谁能大声读出每名同学的成绩？你能给他们排出名次吗？</w:t>
            </w:r>
          </w:p>
          <w:p>
            <w:pPr>
              <w:spacing w:after="20" w:line="276" w:lineRule="auto"/>
            </w:pPr>
            <w:r>
              <w:rPr>
                <w:rFonts w:ascii="宋体" w:hAnsi="宋体" w:eastAsia="宋体"/>
                <w:b w:val="0"/>
                <w:sz w:val="18"/>
              </w:rPr>
              <w:t>教学中要尝试让学生自己探究，但需要教师给予思路上的引导，进而有序地归纳出比较的顺序，而不是让学生盲目地随意比较任何两个数，那样不利于学生理解。</w:t>
            </w:r>
          </w:p>
          <w:p>
            <w:pPr>
              <w:spacing w:after="20" w:line="276" w:lineRule="auto"/>
            </w:pPr>
            <w:r>
              <w:rPr>
                <w:rFonts w:ascii="宋体" w:hAnsi="宋体" w:eastAsia="宋体"/>
                <w:b w:val="0"/>
                <w:sz w:val="18"/>
              </w:rPr>
              <w:t>2.自由比较，说明理由。</w:t>
            </w:r>
          </w:p>
          <w:p>
            <w:pPr>
              <w:spacing w:after="20" w:line="276" w:lineRule="auto"/>
            </w:pPr>
            <w:r>
              <w:rPr>
                <w:rFonts w:ascii="宋体" w:hAnsi="宋体" w:eastAsia="宋体"/>
                <w:b w:val="0"/>
                <w:sz w:val="18"/>
              </w:rPr>
              <w:t>师：如果请你选择其中两名同学的跳远成绩进行比较的话，你会选择哪两名呢?</w:t>
            </w:r>
          </w:p>
          <w:p>
            <w:pPr>
              <w:spacing w:after="20" w:line="276" w:lineRule="auto"/>
            </w:pPr>
            <w:r>
              <w:rPr>
                <w:rFonts w:ascii="宋体" w:hAnsi="宋体" w:eastAsia="宋体"/>
                <w:b w:val="0"/>
                <w:sz w:val="18"/>
              </w:rPr>
              <w:t>3.引导分类整理。</w:t>
            </w:r>
          </w:p>
          <w:p>
            <w:pPr>
              <w:spacing w:after="20" w:line="276" w:lineRule="auto"/>
            </w:pPr>
            <w:r>
              <w:rPr>
                <w:rFonts w:ascii="宋体" w:hAnsi="宋体" w:eastAsia="宋体"/>
                <w:b w:val="0"/>
                <w:sz w:val="18"/>
              </w:rPr>
              <w:t>师：同学们说得太对了，那么能不能把上面的成绩比较整理一下呢？怎样分类比较合适?</w:t>
            </w:r>
          </w:p>
          <w:p>
            <w:pPr>
              <w:spacing w:after="20" w:line="276" w:lineRule="auto"/>
            </w:pPr>
            <w:r>
              <w:rPr>
                <w:rFonts w:ascii="宋体" w:hAnsi="宋体" w:eastAsia="宋体"/>
                <w:b w:val="0"/>
                <w:sz w:val="18"/>
              </w:rPr>
              <w:t>（1）师：如果整数部分不相同,如何比较大小?</w:t>
            </w:r>
          </w:p>
          <w:p>
            <w:pPr>
              <w:spacing w:after="20" w:line="276" w:lineRule="auto"/>
            </w:pPr>
            <w:r>
              <w:rPr>
                <w:rFonts w:ascii="宋体" w:hAnsi="宋体" w:eastAsia="宋体"/>
                <w:b w:val="0"/>
                <w:sz w:val="18"/>
              </w:rPr>
              <w:t>（2）师：如果整数部分相同,又如何比较大小?十分位上的数也相同呢?</w:t>
            </w:r>
          </w:p>
          <w:p>
            <w:pPr>
              <w:spacing w:after="20" w:line="276" w:lineRule="auto"/>
            </w:pPr>
            <w:r>
              <w:rPr>
                <w:rFonts w:ascii="宋体" w:hAnsi="宋体" w:eastAsia="宋体"/>
                <w:b w:val="0"/>
                <w:sz w:val="18"/>
              </w:rPr>
              <w:t>（3）师：比较刚才列举的数据,然后试着把这四名同学的名次排一排,并且同桌之间相互说说是怎样排的。</w:t>
            </w:r>
          </w:p>
          <w:p>
            <w:pPr>
              <w:spacing w:after="20" w:line="276" w:lineRule="auto"/>
            </w:pPr>
            <w:r>
              <w:rPr>
                <w:rFonts w:ascii="宋体" w:hAnsi="宋体" w:eastAsia="宋体"/>
                <w:b w:val="0"/>
                <w:sz w:val="18"/>
              </w:rPr>
              <w:t>3.05m＞2.93m＞2.88m＞2.84m。第一名是小明，第二名是小军，第三名是小东，第四名是小林。（教师根据学生的回答板书）</w:t>
            </w:r>
          </w:p>
          <w:p>
            <w:pPr>
              <w:spacing w:after="20" w:line="276" w:lineRule="auto"/>
            </w:pPr>
            <w:r>
              <w:rPr>
                <w:rFonts w:ascii="宋体" w:hAnsi="宋体" w:eastAsia="宋体"/>
                <w:b w:val="0"/>
                <w:sz w:val="18"/>
              </w:rPr>
              <w:t>（4）师：小数大小的比较和整数大小的比较,有什么相同的地方呢?</w:t>
            </w:r>
          </w:p>
          <w:p>
            <w:pPr>
              <w:spacing w:after="20" w:line="276" w:lineRule="auto"/>
            </w:pPr>
            <w:r>
              <w:rPr>
                <w:rFonts w:ascii="宋体" w:hAnsi="宋体" w:eastAsia="宋体"/>
                <w:b w:val="0"/>
                <w:sz w:val="18"/>
              </w:rPr>
              <w:t>5.体会比较小数的大小与位数的多少无关。</w:t>
            </w:r>
          </w:p>
          <w:p>
            <w:pPr>
              <w:spacing w:after="20" w:line="276" w:lineRule="auto"/>
            </w:pPr>
            <w:r>
              <w:rPr>
                <w:rFonts w:ascii="宋体" w:hAnsi="宋体" w:eastAsia="宋体"/>
                <w:b w:val="0"/>
                <w:sz w:val="18"/>
              </w:rPr>
              <w:t>师：现在我们来比较黑板上卡片表示的这两个小数的大小（制成“翻卡片”的形式），你们最想知道哪个数位？还想知道哪个数位？</w:t>
            </w:r>
          </w:p>
          <w:p>
            <w:pPr>
              <w:spacing w:after="20" w:line="276" w:lineRule="auto"/>
            </w:pPr>
            <w:r>
              <w:rPr>
                <w:rFonts w:ascii="宋体" w:hAnsi="宋体" w:eastAsia="宋体"/>
                <w:b w:val="0"/>
                <w:sz w:val="18"/>
              </w:rPr>
              <w:t>师:千分位还没翻呢?如果是9呢?</w:t>
            </w:r>
          </w:p>
          <w:p>
            <w:pPr>
              <w:spacing w:after="20" w:line="276" w:lineRule="auto"/>
            </w:pPr>
            <w:r>
              <w:rPr>
                <w:rFonts w:ascii="宋体" w:hAnsi="宋体" w:eastAsia="宋体"/>
                <w:b w:val="0"/>
                <w:sz w:val="18"/>
              </w:rPr>
              <w:t>师：比较小数的大小,是不是位数越多,这个数就越大?它和整数大小比较是一样的吗?</w:t>
            </w:r>
          </w:p>
        </w:tc>
        <w:tc>
          <w:tcPr>
            <w:tcW w:type="dxa" w:w="3061"/>
          </w:tcPr>
          <w:p>
            <w:pPr>
              <w:spacing w:after="20" w:line="276" w:lineRule="auto"/>
            </w:pPr>
            <w:r/>
            <w:r>
              <w:rPr>
                <w:rFonts w:ascii="宋体" w:hAnsi="宋体" w:eastAsia="宋体"/>
                <w:b w:val="0"/>
                <w:sz w:val="18"/>
              </w:rPr>
              <w:t>学生可能会回答：打羽毛球、游泳、跑步、跳远……</w:t>
            </w:r>
          </w:p>
          <w:p>
            <w:pPr>
              <w:spacing w:after="20" w:line="276" w:lineRule="auto"/>
            </w:pPr>
            <w:r>
              <w:rPr>
                <w:rFonts w:ascii="宋体" w:hAnsi="宋体" w:eastAsia="宋体"/>
                <w:b w:val="0"/>
                <w:sz w:val="18"/>
              </w:rPr>
              <w:t>预设1:我来比较小明和小林的跳远成绩。3.05的整数部分是3，2.84的整数部分是2，因为3&gt;2，所以3.05&gt;2.84,小明比小林跳得远。</w:t>
            </w:r>
          </w:p>
          <w:p>
            <w:pPr>
              <w:spacing w:after="20" w:line="276" w:lineRule="auto"/>
            </w:pPr>
            <w:r>
              <w:rPr>
                <w:rFonts w:ascii="宋体" w:hAnsi="宋体" w:eastAsia="宋体"/>
                <w:b w:val="0"/>
                <w:sz w:val="18"/>
              </w:rPr>
              <w:t>预设2:我来比较小东和小军的跳远成绩。小东和小军的跳远成绩中的整数部分都是2，那就要比较十分位上的数，2.88十分位上的数是8，2.93十分位上的数是9，因为8&lt;9，所以2.88&lt;2.93，所以小军比小东跳得远。</w:t>
            </w:r>
          </w:p>
          <w:p>
            <w:pPr>
              <w:spacing w:after="20" w:line="276" w:lineRule="auto"/>
            </w:pPr>
            <w:r>
              <w:rPr>
                <w:rFonts w:ascii="宋体" w:hAnsi="宋体" w:eastAsia="宋体"/>
                <w:b w:val="0"/>
                <w:sz w:val="18"/>
              </w:rPr>
              <w:t>预设3:我来比较小林和小东的跳远成绩。2.84和2.88这两个小数比较接近，整数部分都是2，十分位上的数都是8，没法比较出大小，那就比较百分位上的数，2.84百分位上的数是4，2.88百分位上的数是8，因为4&lt;8，所以2.84&lt;2.88，所以小东比小林跳得远。</w:t>
            </w:r>
          </w:p>
          <w:p>
            <w:pPr>
              <w:spacing w:after="20" w:line="276" w:lineRule="auto"/>
            </w:pPr>
            <w:r>
              <w:rPr>
                <w:rFonts w:ascii="宋体" w:hAnsi="宋体" w:eastAsia="宋体"/>
                <w:b w:val="0"/>
                <w:sz w:val="18"/>
              </w:rPr>
              <w:t>小组讨论分类方法。</w:t>
            </w:r>
          </w:p>
          <w:p>
            <w:pPr>
              <w:spacing w:after="20" w:line="276" w:lineRule="auto"/>
            </w:pPr>
            <w:r>
              <w:rPr>
                <w:rFonts w:ascii="宋体" w:hAnsi="宋体" w:eastAsia="宋体"/>
                <w:b w:val="0"/>
                <w:sz w:val="18"/>
              </w:rPr>
              <w:t>学生讨论后得出分类结果:两个小数中整数部分不同的；两个小数中整数部分相同，但十分位不同的；两个小数中整数部分、十分位相同，但百分位不同的。</w:t>
            </w:r>
          </w:p>
          <w:p>
            <w:pPr>
              <w:spacing w:after="20" w:line="276" w:lineRule="auto"/>
            </w:pPr>
            <w:r>
              <w:rPr>
                <w:rFonts w:ascii="宋体" w:hAnsi="宋体" w:eastAsia="宋体"/>
                <w:b w:val="0"/>
                <w:sz w:val="18"/>
              </w:rPr>
              <w:t>4.学生讨论，总结归纳方法。</w:t>
            </w:r>
          </w:p>
          <w:p>
            <w:pPr>
              <w:spacing w:after="20" w:line="276" w:lineRule="auto"/>
            </w:pPr>
            <w:r>
              <w:rPr>
                <w:rFonts w:ascii="宋体" w:hAnsi="宋体" w:eastAsia="宋体"/>
                <w:b w:val="0"/>
                <w:sz w:val="18"/>
              </w:rPr>
              <w:t>整数部分大的那个数就大。</w:t>
            </w:r>
          </w:p>
          <w:p>
            <w:pPr>
              <w:spacing w:after="20" w:line="276" w:lineRule="auto"/>
            </w:pPr>
            <w:r>
              <w:rPr>
                <w:rFonts w:ascii="宋体" w:hAnsi="宋体" w:eastAsia="宋体"/>
                <w:b w:val="0"/>
                <w:sz w:val="18"/>
              </w:rPr>
              <w:t>整数部分相同时，看十分位，十分位上的数字大的那个数就大。十分位上的数字也相同时，看百分位，百分位上的数字大的那个数就大……以此类推。</w:t>
            </w:r>
          </w:p>
          <w:p>
            <w:pPr>
              <w:spacing w:after="20" w:line="276" w:lineRule="auto"/>
            </w:pPr>
            <w:r>
              <w:rPr>
                <w:rFonts w:ascii="宋体" w:hAnsi="宋体" w:eastAsia="宋体"/>
                <w:b w:val="0"/>
                <w:sz w:val="18"/>
              </w:rPr>
            </w:r>
          </w:p>
          <w:p>
            <w:pPr>
              <w:spacing w:after="20" w:line="276" w:lineRule="auto"/>
            </w:pPr>
            <w:r>
              <w:rPr>
                <w:rFonts w:ascii="宋体" w:hAnsi="宋体" w:eastAsia="宋体"/>
                <w:b w:val="0"/>
                <w:sz w:val="18"/>
              </w:rPr>
              <w:t>同学们会发现：无论是整数大小的比较还是小数大小的比较，都是从最高位比起。</w:t>
            </w:r>
          </w:p>
          <w:p>
            <w:pPr>
              <w:spacing w:after="20" w:line="276" w:lineRule="auto"/>
            </w:pPr>
            <w:r>
              <w:rPr>
                <w:rFonts w:ascii="宋体" w:hAnsi="宋体" w:eastAsia="宋体"/>
                <w:b w:val="0"/>
                <w:sz w:val="18"/>
              </w:rPr>
              <w:t>学生争先恐后地说:“最高位。”当出现6.□□○6.□□□时,学生要求知道十分位，教师随即翻出6.7□○6.7□□。学生要求继续翻，教师翻出6.78○6.74□；学生马上说:“填大于号。”</w:t>
            </w:r>
          </w:p>
          <w:p>
            <w:pPr>
              <w:spacing w:after="20" w:line="276" w:lineRule="auto"/>
            </w:pPr>
            <w:r>
              <w:rPr>
                <w:rFonts w:ascii="宋体" w:hAnsi="宋体" w:eastAsia="宋体"/>
                <w:b w:val="0"/>
                <w:sz w:val="18"/>
              </w:rPr>
              <w:t>学生充分地经历比较、讨论、交流、推理、归纳等活动后，探究并概括出小数大小比较的方法。</w:t>
            </w:r>
          </w:p>
          <w:p>
            <w:pPr>
              <w:spacing w:after="20" w:line="276" w:lineRule="auto"/>
            </w:pPr>
            <w:r>
              <w:rPr>
                <w:rFonts w:ascii="宋体" w:hAnsi="宋体" w:eastAsia="宋体"/>
                <w:b w:val="0"/>
                <w:sz w:val="18"/>
              </w:rPr>
              <w:t>学生回答说:千分位上的数再大也没用,前面已经比出大小了。</w:t>
            </w:r>
          </w:p>
          <w:p>
            <w:pPr>
              <w:spacing w:after="20" w:line="276" w:lineRule="auto"/>
            </w:pPr>
            <w:r>
              <w:rPr>
                <w:rFonts w:ascii="宋体" w:hAnsi="宋体" w:eastAsia="宋体"/>
                <w:b w:val="0"/>
                <w:sz w:val="18"/>
              </w:rPr>
              <w:t>学生发现比较小数的大小和小数部分位数的多少没有关系,这和整数大小的比较方法是截然不同的。（板书：比较小数的大小与位数的多少无关。）</w:t>
            </w:r>
          </w:p>
        </w:tc>
        <w:tc>
          <w:tcPr>
            <w:tcW w:type="dxa" w:w="1814"/>
          </w:tcPr>
          <w:p>
            <w:pPr>
              <w:spacing w:after="20" w:line="276" w:lineRule="auto"/>
            </w:pPr>
            <w:r/>
            <w:r>
              <w:rPr>
                <w:rFonts w:ascii="宋体" w:hAnsi="宋体" w:eastAsia="宋体"/>
                <w:b w:val="0"/>
                <w:sz w:val="18"/>
              </w:rPr>
              <w:t>小数的大小比较,不能仅仅停留在结论上,而是要让学生充分交流结论背后的道理,让学生能从不同角度分享彼此的方法,经历从“单一地结合具体量”的思考拓展到从“数位、计数单位与计数单位的个数”的角度进行比较的过程,有效达成学习目标。</w:t>
            </w:r>
          </w:p>
          <w:p>
            <w:pPr>
              <w:spacing w:after="20" w:line="276" w:lineRule="auto"/>
            </w:pPr>
            <w:r>
              <w:rPr>
                <w:rFonts w:ascii="宋体" w:hAnsi="宋体" w:eastAsia="宋体"/>
                <w:b w:val="0"/>
                <w:sz w:val="18"/>
              </w:rPr>
              <w:t>通过“翻卡片”的活动，使学生明确，比较小数的大小时，位数多的小数不一定大。</w:t>
            </w:r>
          </w:p>
        </w:tc>
      </w:tr>
      <w:tr>
        <w:tc>
          <w:tcPr>
            <w:tcW w:type="dxa" w:w="1474"/>
          </w:tcPr>
          <w:p>
            <w:pPr>
              <w:spacing w:after="20" w:line="276" w:lineRule="auto"/>
            </w:pPr>
            <w:r>
              <w:rPr>
                <w:b/>
              </w:rPr>
            </w:r>
            <w:r>
              <w:rPr>
                <w:rFonts w:ascii="宋体" w:hAnsi="宋体" w:eastAsia="宋体"/>
                <w:b/>
                <w:sz w:val="18"/>
              </w:rPr>
              <w:t>三、巩固练习,深化认知</w:t>
            </w:r>
          </w:p>
        </w:tc>
        <w:tc>
          <w:tcPr>
            <w:tcW w:type="dxa" w:w="3061"/>
          </w:tcPr>
          <w:p>
            <w:pPr>
              <w:spacing w:after="20" w:line="276" w:lineRule="auto"/>
            </w:pPr>
            <w:r/>
            <w:r>
              <w:rPr>
                <w:rFonts w:ascii="宋体" w:hAnsi="宋体" w:eastAsia="宋体"/>
                <w:b w:val="0"/>
                <w:sz w:val="18"/>
              </w:rPr>
              <w:t>1.教科书P40“做一做”。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（2）指名学生汇报交流。</w:t>
            </w:r>
          </w:p>
          <w:p>
            <w:pPr>
              <w:spacing w:after="20" w:line="276" w:lineRule="auto"/>
            </w:pPr>
            <w:r>
              <w:rPr>
                <w:rFonts w:ascii="宋体" w:hAnsi="宋体" w:eastAsia="宋体"/>
                <w:b w:val="0"/>
                <w:sz w:val="18"/>
              </w:rPr>
              <w:t>2.教科书P42“练习十”第7题。</w:t>
            </w:r>
          </w:p>
          <w:p>
            <w:pPr>
              <w:spacing w:after="20" w:line="276" w:lineRule="auto"/>
            </w:pPr>
            <w:r>
              <w:rPr>
                <w:rFonts w:ascii="宋体" w:hAnsi="宋体" w:eastAsia="宋体"/>
                <w:b w:val="0"/>
                <w:sz w:val="18"/>
              </w:rPr>
              <w:t>3.教科书P42“练习十”第6题。</w:t>
            </w:r>
          </w:p>
          <w:p>
            <w:pPr>
              <w:spacing w:after="20" w:line="276" w:lineRule="auto"/>
            </w:pPr>
            <w:r>
              <w:rPr>
                <w:rFonts w:ascii="宋体" w:hAnsi="宋体" w:eastAsia="宋体"/>
                <w:b w:val="0"/>
                <w:sz w:val="18"/>
              </w:rPr>
              <w:t>4.课件出示习题。</w:t>
            </w:r>
          </w:p>
        </w:tc>
        <w:tc>
          <w:tcPr>
            <w:tcW w:type="dxa" w:w="3061"/>
          </w:tcPr>
          <w:p>
            <w:pPr>
              <w:spacing w:after="20" w:line="276" w:lineRule="auto"/>
            </w:pPr>
            <w:r/>
            <w:r>
              <w:rPr>
                <w:rFonts w:ascii="宋体" w:hAnsi="宋体" w:eastAsia="宋体"/>
                <w:b w:val="0"/>
                <w:sz w:val="18"/>
              </w:rPr>
              <w:t>学生基本上能做对，教师在4.7234.79处提出质疑：按照整数比较大小的方法，位数越多,这个数就越大,那么4.723＞4.79对吗?为什么?使学生明确,比较小数的大小时,位数多的小数不一定就大。</w:t>
            </w:r>
          </w:p>
          <w:p>
            <w:pPr>
              <w:spacing w:after="20" w:line="276" w:lineRule="auto"/>
            </w:pPr>
            <w:r>
              <w:rPr>
                <w:rFonts w:ascii="宋体" w:hAnsi="宋体" w:eastAsia="宋体"/>
                <w:b w:val="0"/>
                <w:sz w:val="18"/>
              </w:rPr>
              <w:t>学生独立完成后集体订正。</w:t>
            </w:r>
          </w:p>
          <w:p>
            <w:pPr>
              <w:spacing w:after="20" w:line="276" w:lineRule="auto"/>
            </w:pPr>
            <w:r>
              <w:rPr>
                <w:rFonts w:ascii="宋体" w:hAnsi="宋体" w:eastAsia="宋体"/>
                <w:b w:val="0"/>
                <w:sz w:val="18"/>
              </w:rPr>
              <w:t>学生独立完成后同桌交换检查纠错。</w:t>
            </w:r>
          </w:p>
          <w:p>
            <w:pPr>
              <w:spacing w:after="20" w:line="276" w:lineRule="auto"/>
            </w:pPr>
            <w:r>
              <w:rPr>
                <w:rFonts w:ascii="宋体" w:hAnsi="宋体" w:eastAsia="宋体"/>
                <w:b w:val="0"/>
                <w:sz w:val="18"/>
              </w:rPr>
              <w:t>有的学生在直线上找两位小数有困难，需要教师耐心点拨。</w:t>
            </w:r>
          </w:p>
          <w:p>
            <w:pPr>
              <w:spacing w:after="20" w:line="276" w:lineRule="auto"/>
            </w:pPr>
            <w:r>
              <w:rPr>
                <w:rFonts w:ascii="宋体" w:hAnsi="宋体" w:eastAsia="宋体"/>
                <w:b w:val="0"/>
                <w:sz w:val="18"/>
              </w:rPr>
              <w:t>大部分学生能够按照从小到大的用时顺序进行排列,有的学生恰恰排列反了。教师及时追问:“为什么要按照从小到大的顺序排列呢?”很多学生能理解比赛所用时间越短，就说明速度越快，成绩就越好的道理，原来排列反了的学生也随之恍然大悟。</w:t>
            </w:r>
          </w:p>
        </w:tc>
        <w:tc>
          <w:tcPr>
            <w:tcW w:type="dxa" w:w="1814"/>
          </w:tcPr>
          <w:p>
            <w:pPr>
              <w:spacing w:after="20" w:line="276" w:lineRule="auto"/>
            </w:pPr>
            <w:r/>
            <w:r>
              <w:rPr>
                <w:rFonts w:ascii="宋体" w:hAnsi="宋体" w:eastAsia="宋体"/>
                <w:b w:val="0"/>
                <w:sz w:val="18"/>
              </w:rPr>
              <w:t>“做一做”安排了两行题目：第一行比较带单位的小数;第二行脱离具体的量,直接比较两个小数的大小。由具体到抽象,引导学生巩固比较小数大小的方法。</w:t>
            </w:r>
          </w:p>
          <w:p>
            <w:pPr>
              <w:spacing w:after="20" w:line="276" w:lineRule="auto"/>
            </w:pPr>
            <w:r>
              <w:rPr>
                <w:rFonts w:ascii="宋体" w:hAnsi="宋体" w:eastAsia="宋体"/>
                <w:b w:val="0"/>
                <w:sz w:val="18"/>
              </w:rPr>
              <w:t>将数学知识与实际生活紧密结合,使学生感受到数学既来源于生活,又应用于生活,引导学生在反思错误的同时,学会具体问题具体分析。</w:t>
            </w:r>
          </w:p>
        </w:tc>
      </w:tr>
      <w:tr>
        <w:tc>
          <w:tcPr>
            <w:tcW w:type="dxa" w:w="1474"/>
          </w:tcPr>
          <w:p>
            <w:pPr>
              <w:spacing w:after="20" w:line="276" w:lineRule="auto"/>
            </w:pPr>
            <w:r>
              <w:rPr>
                <w:b/>
              </w:rPr>
            </w:r>
            <w:r>
              <w:rPr>
                <w:rFonts w:ascii="宋体" w:hAnsi="宋体" w:eastAsia="宋体"/>
                <w:b/>
                <w:sz w:val="18"/>
              </w:rPr>
              <w:t>四、课堂小结，总结提升</w:t>
            </w:r>
          </w:p>
        </w:tc>
        <w:tc>
          <w:tcPr>
            <w:tcW w:type="dxa" w:w="3061"/>
          </w:tcPr>
          <w:p>
            <w:pPr>
              <w:spacing w:after="20" w:line="276" w:lineRule="auto"/>
            </w:pPr>
            <w:r/>
            <w:r>
              <w:rPr>
                <w:rFonts w:ascii="宋体" w:hAnsi="宋体" w:eastAsia="宋体"/>
                <w:b w:val="0"/>
                <w:sz w:val="18"/>
              </w:rPr>
              <w:t>师：请同学们说一说这节课的收获。本节课你对自己的表现是否满意？应该改进的地方有哪些呢？</w:t>
            </w:r>
          </w:p>
          <w:p>
            <w:pPr>
              <w:spacing w:after="20" w:line="276" w:lineRule="auto"/>
            </w:pPr>
            <w:r>
              <w:rPr>
                <w:rFonts w:ascii="宋体" w:hAnsi="宋体" w:eastAsia="宋体"/>
                <w:b w:val="0"/>
                <w:sz w:val="18"/>
              </w:rPr>
              <w:t>练习题的安排不是孤立的，要关注习题之间的联系，从不同角度理解小数的相关知识。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引导学生回顾梳理本课所学，完善认知结构，提升归纳与反思能力，核心问题："请同学们说一说这节课的收获。本节课你对自己的表现是否满意？应该改进的地方有哪些呢？"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教科书P40例5，完成P40“做一做”，P42“练习十”第6、7题。</w:t>
      </w:r>
    </w:p>
    <w:p>
      <w:pPr>
        <w:spacing w:after="40" w:line="300" w:lineRule="auto"/>
        <w:ind w:firstLine="400"/>
      </w:pPr>
      <w:r>
        <w:rPr>
          <w:rFonts w:ascii="宋体" w:hAnsi="宋体" w:eastAsia="宋体"/>
          <w:b w:val="0"/>
          <w:sz w:val="20"/>
        </w:rPr>
        <w:t>② 原设计安排：见“状元成才路”系列丛书《创优作业100分》对应课时作业。 1.在INCLUDEPICTURE"圆圆.tif"里填上“&gt;”“&lt;”或“＝”。 3.7INCLUDEPICTURE"圆圆.tif"7.3 0.32INCLUDEPICTURE"圆圆.tif"0.23 4.681INCLUDEPICTURE"圆圆.tif"4.6081 3.95 gINCLUDEPICTURE"圆圆.tif"4.25 g 1.8INCLUDEPICTURE"圆圆.tif"1.80 0.473INCLUDEPICTURE"圆圆.tif"0.479 19.99INCLUDEPICTURE"圆圆.tif"20.01 5.6 mINCLUDEPICTURE"圆圆.tif"5.56 m 2.生活应用成成爬上泰山的峰顶时，体会到了诗人杜甫所写诗句中“会当凌绝顶，一览众山小”的豪迈气概。回家后他查阅了我国五大名山的海拔高度，相关数据如下表。 山名 东岳泰山 西岳华山 中岳嵩山 南岳衡山 北岳恒山 海拔高度/km 1.5327 2.1549 1.4917 1.3002 2.0161 五大名山中，( )的海拔最高，中岳嵩山的海拔高度排第( )。 参考答案 1．＜ ＞ ＞ ＜ ＝ ＜ ＜ ＞ 2．西岳华山 四eq \x(\a\vs4\al(教学资源), )</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在三年级就已经学习了一位小数大小的比较,对比较的方法有一定感知。教师要充分利用这些有利的条件,给学生创设自主探索的空间,让学生根据已有的知识经验尝试比较小数的大小，激发新旧知识之间的联系。这节课，学生思考的角度已经从“具体量”拓展到“数位、计数单位与计数单位的个数”等知识。教学时要深入知识的本质,使学生不仅知其然,更知其所以然。整数大小比较的方法中“位数多,数就大”,往往会在小数大小比较的时候产生负迁移。教学中采用“翻卡片”的活动,充分调动学生学习的积极性,激活思维，引发学生在比较小数的大小时自然关注数位而不是位数,既突破了学习难点,又巧妙地沟通了新旧知识之间的联系。</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小数的数位顺序表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小数的数位顺序表</w:t>
            </w:r>
          </w:p>
        </w:tc>
        <w:tc>
          <w:tcPr>
            <w:tcW w:type="dxa" w:w="6009"/>
          </w:tcPr>
          <w:p>
            <w:pPr>
              <w:spacing w:after="20" w:line="276" w:lineRule="auto"/>
            </w:pPr>
            <w:r/>
            <w:r>
              <w:rPr>
                <w:rFonts w:ascii="宋体" w:hAnsi="宋体" w:eastAsia="宋体"/>
                <w:b w:val="0"/>
                <w:sz w:val="20"/>
              </w:rPr>
              <w:t>第4单元 小数的意义和性质（小数的意义和读写法）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教学内容：教科书P34例2，完成P34“做一做”，P36~37“练习九”第4、8、9题。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（1）认识小数的计数单位、小数的数位名称及顺序,概括整理小数的数位顺序表。</w:t>
      </w:r>
    </w:p>
    <w:p>
      <w:pPr>
        <w:spacing w:after="20" w:line="300" w:lineRule="auto"/>
        <w:ind w:firstLine="400"/>
      </w:pPr>
      <w:r>
        <w:rPr>
          <w:rFonts w:ascii="宋体" w:hAnsi="宋体" w:eastAsia="宋体"/>
          <w:b w:val="0"/>
          <w:sz w:val="20"/>
        </w:rPr>
        <w:t>（2）经历观察、对比、分析、推理等活动,培养学生知识迁移、自主探究、合作交流的能力。</w:t>
      </w:r>
    </w:p>
    <w:p>
      <w:pPr>
        <w:spacing w:after="20" w:line="300" w:lineRule="auto"/>
        <w:ind w:firstLine="400"/>
      </w:pPr>
      <w:r>
        <w:rPr>
          <w:rFonts w:ascii="宋体" w:hAnsi="宋体" w:eastAsia="宋体"/>
          <w:b w:val="0"/>
          <w:sz w:val="20"/>
        </w:rPr>
        <w:t>（3）感受数学学习方法,体会小数与生活的密切联系,树立学好数学的信心。</w:t>
      </w:r>
    </w:p>
    <w:p>
      <w:pPr>
        <w:spacing w:after="20" w:line="300" w:lineRule="auto"/>
      </w:pPr>
      <w:r>
        <w:rPr>
          <w:rFonts w:ascii="宋体" w:hAnsi="宋体" w:eastAsia="宋体"/>
          <w:b w:val="0"/>
          <w:sz w:val="20"/>
        </w:rPr>
        <w:t>教学重点：能够正确认识小数的数位名称和相应的计数单位。</w:t>
      </w:r>
    </w:p>
    <w:p>
      <w:pPr>
        <w:spacing w:after="20" w:line="300" w:lineRule="auto"/>
      </w:pPr>
      <w:r>
        <w:rPr>
          <w:rFonts w:ascii="宋体" w:hAnsi="宋体" w:eastAsia="宋体"/>
          <w:b w:val="0"/>
          <w:sz w:val="20"/>
        </w:rPr>
        <w:t>教学难点：掌握小数的数位顺序。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一、复习整数数位顺序表，导入新课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这些是什么数？（整数）整数的数位、计数单位是什么？相邻两个计数单位间的进率是多少？；这就是我们学过的整数数位顺序表。本单元我们学习的是小数，那小数的数位顺序表又是怎样的呢？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二、自主合作,探究新知识</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通过观察情境图，你知道了哪些信息？；请同学们认真观察，这两个小数各由哪几部分构成?</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三、巩固运用，解决问题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这节课你有什么收获？能说一说吗？</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一、复习整数数位顺序表，导入新课</w:t>
            </w:r>
          </w:p>
        </w:tc>
        <w:tc>
          <w:tcPr>
            <w:tcW w:type="dxa" w:w="3061"/>
          </w:tcPr>
          <w:p>
            <w:pPr>
              <w:spacing w:after="20" w:line="276" w:lineRule="auto"/>
            </w:pPr>
            <w:r/>
            <w:r>
              <w:rPr>
                <w:rFonts w:ascii="宋体" w:hAnsi="宋体" w:eastAsia="宋体"/>
                <w:b w:val="0"/>
                <w:sz w:val="18"/>
              </w:rPr>
              <w:t>课件出示一组数。</w:t>
            </w:r>
          </w:p>
          <w:p>
            <w:pPr>
              <w:spacing w:after="20" w:line="276" w:lineRule="auto"/>
            </w:pPr>
            <w:r>
              <w:rPr>
                <w:rFonts w:ascii="宋体" w:hAnsi="宋体" w:eastAsia="宋体"/>
                <w:b w:val="0"/>
                <w:sz w:val="18"/>
              </w:rPr>
              <w:t>师：这些是什么数？（整数）整数的数位、计数单位是什么？相邻两个计数单位间的进率是多少？</w:t>
            </w:r>
          </w:p>
          <w:p>
            <w:pPr>
              <w:spacing w:after="20" w:line="276" w:lineRule="auto"/>
            </w:pPr>
            <w:r>
              <w:rPr>
                <w:rFonts w:ascii="宋体" w:hAnsi="宋体" w:eastAsia="宋体"/>
                <w:b w:val="0"/>
                <w:sz w:val="18"/>
              </w:rPr>
              <w:t>师：这就是我们学过的整数数位顺序表。本单元我们学习的是小数，那小数的数位顺序表又是怎样的呢？今天这节课我们一起来研究它。（板书课题：小数的数位顺序表）</w:t>
            </w:r>
          </w:p>
          <w:p>
            <w:pPr>
              <w:spacing w:after="20" w:line="276" w:lineRule="auto"/>
            </w:pPr>
            <w:r>
              <w:rPr>
                <w:rFonts w:ascii="宋体" w:hAnsi="宋体" w:eastAsia="宋体"/>
                <w:b w:val="0"/>
                <w:sz w:val="18"/>
              </w:rPr>
              <w:t>教学中要注重迁移，引领学生整理小数的数位顺序表。</w:t>
            </w:r>
          </w:p>
        </w:tc>
        <w:tc>
          <w:tcPr>
            <w:tcW w:type="dxa" w:w="3061"/>
          </w:tcPr>
          <w:p>
            <w:pPr>
              <w:spacing w:after="20" w:line="276" w:lineRule="auto"/>
            </w:pPr>
            <w:r/>
            <w:r>
              <w:rPr>
                <w:rFonts w:ascii="宋体" w:hAnsi="宋体" w:eastAsia="宋体"/>
                <w:b w:val="0"/>
                <w:sz w:val="18"/>
              </w:rPr>
              <w:t>结合上面的几个数，学生很容易回顾整数的数位、计数单位和相邻两个计数单位间的进率。整数的数位有个位、十位、百位、千位、万位……计数单位有一（个）、十、百、千、万……相邻两个计数单位间的进率是10。（学生汇报，教师出示整数数位顺序表。）</w:t>
            </w:r>
          </w:p>
        </w:tc>
        <w:tc>
          <w:tcPr>
            <w:tcW w:type="dxa" w:w="1814"/>
          </w:tcPr>
          <w:p>
            <w:pPr>
              <w:spacing w:after="20" w:line="276" w:lineRule="auto"/>
            </w:pPr>
            <w:r/>
            <w:r>
              <w:rPr>
                <w:rFonts w:ascii="宋体" w:hAnsi="宋体" w:eastAsia="宋体"/>
                <w:b w:val="0"/>
                <w:sz w:val="18"/>
              </w:rPr>
              <w:t>通过复习整数的计数单位、整数的数位顺序表及相邻两个计数单位间的进率,为学生自己整理小数的数位顺序表打好基础，自然地导入新课。</w:t>
            </w:r>
          </w:p>
        </w:tc>
      </w:tr>
      <w:tr>
        <w:tc>
          <w:tcPr>
            <w:tcW w:type="dxa" w:w="1474"/>
          </w:tcPr>
          <w:p>
            <w:pPr>
              <w:spacing w:after="20" w:line="276" w:lineRule="auto"/>
            </w:pPr>
            <w:r>
              <w:rPr>
                <w:b/>
              </w:rPr>
            </w:r>
            <w:r>
              <w:rPr>
                <w:rFonts w:ascii="宋体" w:hAnsi="宋体" w:eastAsia="宋体"/>
                <w:b/>
                <w:sz w:val="18"/>
              </w:rPr>
              <w:t>二、自主合作,探究新知识</w:t>
            </w:r>
          </w:p>
        </w:tc>
        <w:tc>
          <w:tcPr>
            <w:tcW w:type="dxa" w:w="3061"/>
          </w:tcPr>
          <w:p>
            <w:pPr>
              <w:spacing w:after="20" w:line="276" w:lineRule="auto"/>
            </w:pPr>
            <w:r/>
            <w:r>
              <w:rPr>
                <w:rFonts w:ascii="宋体" w:hAnsi="宋体" w:eastAsia="宋体"/>
                <w:b w:val="0"/>
                <w:sz w:val="18"/>
              </w:rPr>
              <w:t>1.创设情境，学习小数的组成。</w:t>
            </w:r>
          </w:p>
          <w:p>
            <w:pPr>
              <w:spacing w:after="20" w:line="276" w:lineRule="auto"/>
            </w:pPr>
            <w:r>
              <w:rPr>
                <w:rFonts w:ascii="宋体" w:hAnsi="宋体" w:eastAsia="宋体"/>
                <w:b w:val="0"/>
                <w:sz w:val="18"/>
              </w:rPr>
              <w:t>课件出示教科书P34例2的情境图。</w:t>
            </w:r>
          </w:p>
          <w:p>
            <w:pPr>
              <w:spacing w:after="20" w:line="276" w:lineRule="auto"/>
            </w:pPr>
            <w:r>
              <w:rPr>
                <w:rFonts w:ascii="宋体" w:hAnsi="宋体" w:eastAsia="宋体"/>
                <w:b w:val="0"/>
                <w:sz w:val="18"/>
              </w:rPr>
              <w:t>师：通过观察情境图，你知道了哪些信息？</w:t>
            </w:r>
          </w:p>
          <w:p>
            <w:pPr>
              <w:spacing w:after="20" w:line="276" w:lineRule="auto"/>
            </w:pPr>
            <w:r>
              <w:rPr>
                <w:rFonts w:ascii="宋体" w:hAnsi="宋体" w:eastAsia="宋体"/>
                <w:b w:val="0"/>
                <w:sz w:val="18"/>
              </w:rPr>
              <w:t>师：请同学们认真观察，这两个小数各由哪几部分构成?</w:t>
            </w:r>
          </w:p>
          <w:p>
            <w:pPr>
              <w:spacing w:after="20" w:line="276" w:lineRule="auto"/>
            </w:pPr>
            <w:r>
              <w:rPr>
                <w:rFonts w:ascii="宋体" w:hAnsi="宋体" w:eastAsia="宋体"/>
                <w:b w:val="0"/>
                <w:sz w:val="18"/>
              </w:rPr>
              <w:t>3.探究小数的数位和计数单位。</w:t>
            </w:r>
          </w:p>
          <w:p>
            <w:pPr>
              <w:spacing w:after="20" w:line="276" w:lineRule="auto"/>
            </w:pPr>
            <w:r>
              <w:rPr>
                <w:rFonts w:ascii="宋体" w:hAnsi="宋体" w:eastAsia="宋体"/>
                <w:b w:val="0"/>
                <w:sz w:val="18"/>
              </w:rPr>
              <w:t>（1）认识整数部分的数位和计数单位。</w:t>
            </w:r>
          </w:p>
          <w:p>
            <w:pPr>
              <w:spacing w:after="20" w:line="276" w:lineRule="auto"/>
            </w:pPr>
            <w:r>
              <w:rPr>
                <w:rFonts w:ascii="宋体" w:hAnsi="宋体" w:eastAsia="宋体"/>
                <w:b w:val="0"/>
                <w:sz w:val="18"/>
              </w:rPr>
              <w:t>师：这几个小数的小数点左边第一位是什么位?计数单位是什么?这一位上的数表示什么？那第二位呢?第三位呢?</w:t>
            </w:r>
          </w:p>
          <w:p>
            <w:pPr>
              <w:spacing w:after="20" w:line="276" w:lineRule="auto"/>
            </w:pPr>
            <w:r>
              <w:rPr>
                <w:rFonts w:ascii="宋体" w:hAnsi="宋体" w:eastAsia="宋体"/>
                <w:b w:val="0"/>
                <w:sz w:val="18"/>
              </w:rPr>
              <w:t>（2）认识小数部分的数位和计数单位。</w:t>
            </w:r>
          </w:p>
          <w:p>
            <w:pPr>
              <w:spacing w:after="20" w:line="276" w:lineRule="auto"/>
            </w:pPr>
            <w:r>
              <w:rPr>
                <w:rFonts w:ascii="宋体" w:hAnsi="宋体" w:eastAsia="宋体"/>
                <w:b w:val="0"/>
                <w:sz w:val="18"/>
              </w:rPr>
              <w:t>师：小数点左边的整数部分我们已经弄清楚了，那小数点右边第一位的计数单位是什么?这一位上的数表示什么？叫作什么位?</w:t>
            </w:r>
          </w:p>
          <w:p>
            <w:pPr>
              <w:spacing w:after="20" w:line="276" w:lineRule="auto"/>
            </w:pPr>
            <w:r>
              <w:rPr>
                <w:rFonts w:ascii="宋体" w:hAnsi="宋体" w:eastAsia="宋体"/>
                <w:b w:val="0"/>
                <w:sz w:val="18"/>
              </w:rPr>
              <w:t>师：小数点右边第二位呢?第三位呢？如果小数的数位更多，小数的数位顺序又是怎样的？</w:t>
            </w:r>
          </w:p>
          <w:p>
            <w:pPr>
              <w:spacing w:after="20" w:line="276" w:lineRule="auto"/>
            </w:pPr>
            <w:r>
              <w:rPr>
                <w:rFonts w:ascii="宋体" w:hAnsi="宋体" w:eastAsia="宋体"/>
                <w:b w:val="0"/>
                <w:sz w:val="18"/>
              </w:rPr>
              <w:t>充分让学生经历观察、对比、分析、推理等活动，认识小数的计数单位、小数的数位名称及顺序,概括整理小数的数位顺序表。</w:t>
            </w:r>
          </w:p>
          <w:p>
            <w:pPr>
              <w:spacing w:after="20" w:line="276" w:lineRule="auto"/>
            </w:pPr>
            <w:r>
              <w:rPr>
                <w:rFonts w:ascii="宋体" w:hAnsi="宋体" w:eastAsia="宋体"/>
                <w:b w:val="0"/>
                <w:sz w:val="18"/>
              </w:rPr>
              <w:t>计数单位是多少?表示什么呢?小数点右边第一位呢？右边第二位呢?右边第三位呢？使学生明确一个数字所在的数位不同,表示的含义也不同,进而加深学生对小数计数单位的认识和理解。</w:t>
            </w:r>
          </w:p>
          <w:p>
            <w:pPr>
              <w:spacing w:after="20" w:line="276" w:lineRule="auto"/>
            </w:pPr>
            <w:r>
              <w:rPr>
                <w:rFonts w:ascii="宋体" w:hAnsi="宋体" w:eastAsia="宋体"/>
                <w:b w:val="0"/>
                <w:sz w:val="18"/>
              </w:rPr>
              <w:t>4.整理小数数位顺序表。</w:t>
            </w:r>
          </w:p>
          <w:p>
            <w:pPr>
              <w:spacing w:after="20" w:line="276" w:lineRule="auto"/>
            </w:pPr>
            <w:r>
              <w:rPr>
                <w:rFonts w:ascii="宋体" w:hAnsi="宋体" w:eastAsia="宋体"/>
                <w:b w:val="0"/>
                <w:sz w:val="18"/>
              </w:rPr>
              <w:t>师：小数部分的数位,每个数位上的计数单位我们都清楚了。请同学们整理出小数的数位顺序表,有信心完成吗?</w:t>
            </w:r>
          </w:p>
          <w:p>
            <w:pPr>
              <w:spacing w:after="20" w:line="276" w:lineRule="auto"/>
            </w:pPr>
            <w:r>
              <w:rPr>
                <w:rFonts w:ascii="宋体" w:hAnsi="宋体" w:eastAsia="宋体"/>
                <w:b w:val="0"/>
                <w:sz w:val="18"/>
              </w:rPr>
              <w:t>（1）各学习小组讨论怎样整理,共同做一张表进行展示。学生讨论、交流,教师巡视指导。</w:t>
            </w:r>
          </w:p>
          <w:p>
            <w:pPr>
              <w:spacing w:after="20" w:line="276" w:lineRule="auto"/>
            </w:pPr>
            <w:r>
              <w:rPr>
                <w:rFonts w:ascii="宋体" w:hAnsi="宋体" w:eastAsia="宋体"/>
                <w:b w:val="0"/>
                <w:sz w:val="18"/>
              </w:rPr>
              <w:t>（2）集体汇报分享。教师板书。</w:t>
            </w:r>
          </w:p>
          <w:p>
            <w:pPr>
              <w:spacing w:after="20" w:line="276" w:lineRule="auto"/>
            </w:pPr>
            <w:r>
              <w:rPr>
                <w:rFonts w:ascii="宋体" w:hAnsi="宋体" w:eastAsia="宋体"/>
                <w:b w:val="0"/>
                <w:sz w:val="18"/>
              </w:rPr>
              <w:t>（3）师：想一想,每相邻两个计数单位之间的进率是几?</w:t>
            </w:r>
          </w:p>
          <w:p>
            <w:pPr>
              <w:spacing w:after="20" w:line="276" w:lineRule="auto"/>
            </w:pPr>
            <w:r>
              <w:rPr>
                <w:rFonts w:ascii="宋体" w:hAnsi="宋体" w:eastAsia="宋体"/>
                <w:b w:val="0"/>
                <w:sz w:val="18"/>
              </w:rPr>
              <w:t>（4）师：请同学们想一想,小数部分哪个计数单位最大?它和整数部分个位上的计数单位之间是什么关系?</w:t>
            </w:r>
          </w:p>
        </w:tc>
        <w:tc>
          <w:tcPr>
            <w:tcW w:type="dxa" w:w="3061"/>
          </w:tcPr>
          <w:p>
            <w:pPr>
              <w:spacing w:after="20" w:line="276" w:lineRule="auto"/>
            </w:pPr>
            <w:r/>
            <w:r>
              <w:rPr>
                <w:rFonts w:ascii="宋体" w:hAnsi="宋体" w:eastAsia="宋体"/>
                <w:b w:val="0"/>
                <w:sz w:val="18"/>
              </w:rPr>
              <w:t>我知道了小长颈鹿和它爸爸的身高分别是1.8m和5.63m。</w:t>
            </w:r>
          </w:p>
          <w:p>
            <w:pPr>
              <w:spacing w:after="20" w:line="276" w:lineRule="auto"/>
            </w:pPr>
            <w:r>
              <w:rPr>
                <w:rFonts w:ascii="宋体" w:hAnsi="宋体" w:eastAsia="宋体"/>
                <w:b w:val="0"/>
                <w:sz w:val="18"/>
              </w:rPr>
              <w:t>学生可能会说：整数部分、小数点、小数部分。(教师根据学生的汇报板书。)</w:t>
            </w:r>
          </w:p>
          <w:p>
            <w:pPr>
              <w:spacing w:after="20" w:line="276" w:lineRule="auto"/>
            </w:pPr>
            <w:r>
              <w:rPr>
                <w:rFonts w:ascii="宋体" w:hAnsi="宋体" w:eastAsia="宋体"/>
                <w:b w:val="0"/>
                <w:sz w:val="18"/>
              </w:rPr>
              <w:t>因为前面已经回顾了整数数位顺序表，学生很快会说出：小数点左边第一位是个位,计数单位是一(个),个位上的数表示几个一；小数点左边第二位是十位，计数单位是十，十位上的数表示几个十；小数点左边第三位是百位，计数单位是百，百位上的数表示几个百。也就是说,小数的整数部分的数位顺序和整数是一样的。</w:t>
            </w:r>
          </w:p>
          <w:p>
            <w:pPr>
              <w:spacing w:after="20" w:line="276" w:lineRule="auto"/>
            </w:pPr>
            <w:r>
              <w:rPr>
                <w:rFonts w:ascii="宋体" w:hAnsi="宋体" w:eastAsia="宋体"/>
                <w:b w:val="0"/>
                <w:sz w:val="18"/>
              </w:rPr>
              <w:t>学生根据上节课学习的知识应该可以想到：小数点右边第一位的计数单位是十分之一,这一位上的数表示几个十分之一，我们叫它十分位。</w:t>
            </w:r>
          </w:p>
          <w:p>
            <w:pPr>
              <w:spacing w:after="20" w:line="276" w:lineRule="auto"/>
            </w:pPr>
            <w:r>
              <w:rPr>
                <w:rFonts w:ascii="宋体" w:hAnsi="宋体" w:eastAsia="宋体"/>
                <w:b w:val="0"/>
                <w:sz w:val="18"/>
              </w:rPr>
              <w:t>同桌之间互相说说,再全班交流。</w:t>
            </w:r>
          </w:p>
          <w:p>
            <w:pPr>
              <w:spacing w:after="20" w:line="276" w:lineRule="auto"/>
            </w:pPr>
            <w:r>
              <w:rPr>
                <w:rFonts w:ascii="宋体" w:hAnsi="宋体" w:eastAsia="宋体"/>
                <w:b w:val="0"/>
                <w:sz w:val="18"/>
              </w:rPr>
              <w:t>有了前面的引导，学生讨论交流后得出：小数点右边第二位的计数单位是百分之一,这一位上的数表示几个百分之一，我们叫它百分位；小数点右边第三位的计数单位是千分之一,这一位上的数表示几个千分之一，我们叫它千分位。</w:t>
            </w:r>
          </w:p>
          <w:p>
            <w:pPr>
              <w:spacing w:after="20" w:line="276" w:lineRule="auto"/>
            </w:pPr>
            <w:r>
              <w:rPr>
                <w:rFonts w:ascii="宋体" w:hAnsi="宋体" w:eastAsia="宋体"/>
                <w:b w:val="0"/>
                <w:sz w:val="18"/>
              </w:rPr>
              <w:t>每相邻两个计数单位之间的进率是10。（板书）</w:t>
            </w:r>
          </w:p>
          <w:p>
            <w:pPr>
              <w:spacing w:after="20" w:line="276" w:lineRule="auto"/>
            </w:pPr>
            <w:r>
              <w:rPr>
                <w:rFonts w:ascii="宋体" w:hAnsi="宋体" w:eastAsia="宋体"/>
                <w:b w:val="0"/>
                <w:sz w:val="18"/>
              </w:rPr>
              <w:t>小数部分最大的计数单位是十分之一,它和整数部分个位上的计数单位之间的进率是10。</w:t>
            </w:r>
          </w:p>
        </w:tc>
        <w:tc>
          <w:tcPr>
            <w:tcW w:type="dxa" w:w="1814"/>
          </w:tcPr>
          <w:p>
            <w:pPr>
              <w:spacing w:after="20" w:line="276" w:lineRule="auto"/>
            </w:pPr>
            <w:r/>
            <w:r>
              <w:rPr>
                <w:rFonts w:ascii="宋体" w:hAnsi="宋体" w:eastAsia="宋体"/>
                <w:b w:val="0"/>
                <w:sz w:val="18"/>
              </w:rPr>
              <w:t>通过创设情境,激发学生的兴趣,充分调动学生学习的积极性。2.探究小数的组成。</w:t>
            </w:r>
          </w:p>
          <w:p>
            <w:pPr>
              <w:spacing w:after="20" w:line="276" w:lineRule="auto"/>
            </w:pPr>
            <w:r>
              <w:rPr>
                <w:rFonts w:ascii="宋体" w:hAnsi="宋体" w:eastAsia="宋体"/>
                <w:b w:val="0"/>
                <w:sz w:val="18"/>
              </w:rPr>
              <w:t>通过引导学生进行对比观察，使学生深刻理解计数单位表示的含义。①横向对比观察思考:整数部分是按照一定顺序排列的,从右往左分别是个位、十位……使学生明确小数部分也像整数一样,是按照一定的顺序排列起来的,它们所占的位置也叫数位。②纵向对比观察思考:这几个小数的小数点左边第一位是什么位呢?</w:t>
            </w:r>
          </w:p>
          <w:p>
            <w:pPr>
              <w:spacing w:after="20" w:line="276" w:lineRule="auto"/>
            </w:pPr>
            <w:r>
              <w:rPr>
                <w:rFonts w:ascii="宋体" w:hAnsi="宋体" w:eastAsia="宋体"/>
                <w:b w:val="0"/>
                <w:sz w:val="18"/>
              </w:rPr>
              <w:t>通过表格的形式直观地把小数的数位名称、相应的计数单位分别对应起来,同时也把整数部分和小数部分的关系表示出来,使学生熟悉小数数位。</w:t>
            </w:r>
          </w:p>
        </w:tc>
      </w:tr>
      <w:tr>
        <w:tc>
          <w:tcPr>
            <w:tcW w:type="dxa" w:w="1474"/>
          </w:tcPr>
          <w:p>
            <w:pPr>
              <w:spacing w:after="20" w:line="276" w:lineRule="auto"/>
            </w:pPr>
            <w:r>
              <w:rPr>
                <w:b/>
              </w:rPr>
            </w:r>
            <w:r>
              <w:rPr>
                <w:rFonts w:ascii="宋体" w:hAnsi="宋体" w:eastAsia="宋体"/>
                <w:b/>
                <w:sz w:val="18"/>
              </w:rPr>
              <w:t>三、巩固运用，解决问题</w:t>
            </w:r>
          </w:p>
        </w:tc>
        <w:tc>
          <w:tcPr>
            <w:tcW w:type="dxa" w:w="3061"/>
          </w:tcPr>
          <w:p>
            <w:pPr>
              <w:spacing w:after="20" w:line="276" w:lineRule="auto"/>
            </w:pPr>
            <w:r/>
            <w:r>
              <w:rPr>
                <w:rFonts w:ascii="宋体" w:hAnsi="宋体" w:eastAsia="宋体"/>
                <w:b w:val="0"/>
                <w:sz w:val="18"/>
              </w:rPr>
              <w:t>1.教科书P34“做一做”。</w:t>
            </w:r>
          </w:p>
          <w:p>
            <w:pPr>
              <w:spacing w:after="20" w:line="276" w:lineRule="auto"/>
            </w:pPr>
            <w:r>
              <w:rPr>
                <w:rFonts w:ascii="宋体" w:hAnsi="宋体" w:eastAsia="宋体"/>
                <w:b w:val="0"/>
                <w:sz w:val="18"/>
              </w:rPr>
              <w:t>2.教科书P36“练习九”第4题。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（2）全班汇报交流。</w:t>
            </w:r>
          </w:p>
          <w:p>
            <w:pPr>
              <w:spacing w:after="20" w:line="276" w:lineRule="auto"/>
            </w:pPr>
            <w:r>
              <w:rPr>
                <w:rFonts w:ascii="宋体" w:hAnsi="宋体" w:eastAsia="宋体"/>
                <w:b w:val="0"/>
                <w:sz w:val="18"/>
              </w:rPr>
              <w:t>（3）组织学生对各数中“2”表示的含义进行对比并展开讨论。</w:t>
            </w:r>
          </w:p>
          <w:p>
            <w:pPr>
              <w:spacing w:after="20" w:line="276" w:lineRule="auto"/>
            </w:pPr>
            <w:r>
              <w:rPr>
                <w:rFonts w:ascii="宋体" w:hAnsi="宋体" w:eastAsia="宋体"/>
                <w:b w:val="0"/>
                <w:sz w:val="18"/>
              </w:rPr>
              <w:t>3.教科书P37“练习九”第8题。</w:t>
            </w:r>
          </w:p>
          <w:p>
            <w:pPr>
              <w:spacing w:after="20" w:line="276" w:lineRule="auto"/>
            </w:pPr>
            <w:r>
              <w:rPr>
                <w:rFonts w:ascii="宋体" w:hAnsi="宋体" w:eastAsia="宋体"/>
                <w:b w:val="0"/>
                <w:sz w:val="18"/>
              </w:rPr>
              <w:t>4.教科书P37“练习九”第9题。</w:t>
            </w:r>
          </w:p>
          <w:p>
            <w:pPr>
              <w:spacing w:after="20" w:line="276" w:lineRule="auto"/>
            </w:pPr>
            <w:r>
              <w:rPr>
                <w:rFonts w:ascii="宋体" w:hAnsi="宋体" w:eastAsia="宋体"/>
                <w:b w:val="0"/>
                <w:sz w:val="18"/>
              </w:rPr>
              <w:t>先让同桌之间相互说一说这些小数的含义，再指名学生举出生活中的其他例子说一说。</w:t>
            </w:r>
          </w:p>
        </w:tc>
        <w:tc>
          <w:tcPr>
            <w:tcW w:type="dxa" w:w="3061"/>
          </w:tcPr>
          <w:p>
            <w:pPr>
              <w:spacing w:after="20" w:line="276" w:lineRule="auto"/>
            </w:pPr>
            <w:r/>
            <w:r>
              <w:rPr>
                <w:rFonts w:ascii="宋体" w:hAnsi="宋体" w:eastAsia="宋体"/>
                <w:b w:val="0"/>
                <w:sz w:val="18"/>
              </w:rPr>
              <w:t>学生自主填空后指名学生汇报。</w:t>
            </w:r>
          </w:p>
          <w:p>
            <w:pPr>
              <w:spacing w:after="20" w:line="276" w:lineRule="auto"/>
            </w:pPr>
            <w:r>
              <w:rPr>
                <w:rFonts w:ascii="宋体" w:hAnsi="宋体" w:eastAsia="宋体"/>
                <w:b w:val="0"/>
                <w:sz w:val="18"/>
              </w:rPr>
              <w:t>学生基本上能写出各数中不同数位上“2”表示的含义，教师要进一步引导学生展开对比讨论，在辨析中深刻理解小数的不同数位及其计数单位。</w:t>
            </w:r>
          </w:p>
          <w:p>
            <w:pPr>
              <w:spacing w:after="20" w:line="276" w:lineRule="auto"/>
            </w:pPr>
            <w:r>
              <w:rPr>
                <w:rFonts w:ascii="宋体" w:hAnsi="宋体" w:eastAsia="宋体"/>
                <w:b w:val="0"/>
                <w:sz w:val="18"/>
              </w:rPr>
              <w:t>学生动手操作后全班交流。重点引导学生注意1.7的正确涂色方法，用刻度尺辅助，以保证在涂色刻度处没有出现倾斜等错误。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师：这节课你有什么收获？能说一说吗？</w:t>
            </w:r>
          </w:p>
          <w:p>
            <w:pPr>
              <w:spacing w:after="20" w:line="276" w:lineRule="auto"/>
            </w:pPr>
            <w:r>
              <w:rPr>
                <w:rFonts w:ascii="宋体" w:hAnsi="宋体" w:eastAsia="宋体"/>
                <w:b w:val="0"/>
                <w:sz w:val="18"/>
              </w:rPr>
              <w:t>对比是促进学生在认知过程中深化理解的重要方式。通过对相同点和不同点的辨析，促使学生对知识形成更清晰的整体认识，深化理解知识的本质。</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引导学生回顾梳理本课所学，完善认知结构，提升归纳与反思能力，核心问题："这节课你有什么收获？能说一说吗？"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教科书P34例2，完成P34“做一做”，P36~37“练习九”第4、8、9题。</w:t>
      </w:r>
    </w:p>
    <w:p>
      <w:pPr>
        <w:spacing w:after="40" w:line="300" w:lineRule="auto"/>
        <w:ind w:firstLine="400"/>
      </w:pPr>
      <w:r>
        <w:rPr>
          <w:rFonts w:ascii="宋体" w:hAnsi="宋体" w:eastAsia="宋体"/>
          <w:b w:val="0"/>
          <w:sz w:val="20"/>
        </w:rPr>
        <w:t>② 原设计安排：见“状元成才路”系列丛书《创优作业100分》对应课时作业。 1.(1)由4个一、8个十分之一和6个千分之一组成的数是( )，这个数的计数单位是( )。 (2)一个三位小数，最高位是十位，最高位和最低位上的数字都是7，其余数位上的数字都是5，这个小数是( )。 2.下面各数中的“5”分别表示什么含义？连一连。 3.数字货币是一种电子货币形式的替代货币，能直接进行消费支付、转账，应用快捷方便。妈妈买香蕉扫码支付了25.26元，表示支付了( )元( )角( )分。 4.用0、1、2、3组成一个两位小数，这个两位小数满足：数字不重复使用，且十位上的数字小于十分位上的，十分位上的数字大于百分位上的，百分位上的数字大于个位上的。这个两位小数是( )。 【教学笔记】 参考答案 1．(1)4.806 0.001 (2)75.557 2. 3．25 2 6 4．10.32或20.31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充分发挥了学生的主体作用,让学生利用已有的知识和经验进行自主探索,并通过合作交流,总结概括出小数的数位顺序表。这样不仅体现了学生是学习的主体,同时也培养了学生的知识迁移能力和归纳能力,使学生在教学活动中充分体会成功的喜悦。</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小数的近似数（2）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小数的近似数（2）</w:t>
            </w:r>
          </w:p>
        </w:tc>
        <w:tc>
          <w:tcPr>
            <w:tcW w:type="dxa" w:w="6009"/>
          </w:tcPr>
          <w:p>
            <w:pPr>
              <w:spacing w:after="20" w:line="276" w:lineRule="auto"/>
            </w:pPr>
            <w:r/>
            <w:r>
              <w:rPr>
                <w:rFonts w:ascii="宋体" w:hAnsi="宋体" w:eastAsia="宋体"/>
                <w:b w:val="0"/>
                <w:sz w:val="20"/>
              </w:rPr>
              <w:t>第4单元 小数的意义和性质（小数的近似数）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教学内容：教科书P51例2、例3，完成P51“做一做”，P52~53“练习十三”第3、4、7、8、9、10*题。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（1）经历独立探究的过程,掌握把一个不是整万或整亿的数改写成用“万”或“亿”作单位的数,以及根据要求保留指定的小数位数的方法。</w:t>
      </w:r>
    </w:p>
    <w:p>
      <w:pPr>
        <w:spacing w:after="20" w:line="300" w:lineRule="auto"/>
        <w:ind w:firstLine="400"/>
      </w:pPr>
      <w:r>
        <w:rPr>
          <w:rFonts w:ascii="宋体" w:hAnsi="宋体" w:eastAsia="宋体"/>
          <w:b w:val="0"/>
          <w:sz w:val="20"/>
        </w:rPr>
        <w:t>（2）培养学生的类推能力,发展学生的数感。</w:t>
      </w:r>
    </w:p>
    <w:p>
      <w:pPr>
        <w:spacing w:after="20" w:line="300" w:lineRule="auto"/>
        <w:ind w:firstLine="400"/>
      </w:pPr>
      <w:r>
        <w:rPr>
          <w:rFonts w:ascii="宋体" w:hAnsi="宋体" w:eastAsia="宋体"/>
          <w:b w:val="0"/>
          <w:sz w:val="20"/>
        </w:rPr>
        <w:t>（3）感受改写数和求近似数的实际意义,体会数学与生活的密切联系,激发学生的学习兴趣。</w:t>
      </w:r>
    </w:p>
    <w:p>
      <w:pPr>
        <w:spacing w:after="20" w:line="300" w:lineRule="auto"/>
      </w:pPr>
      <w:r>
        <w:rPr>
          <w:rFonts w:ascii="宋体" w:hAnsi="宋体" w:eastAsia="宋体"/>
          <w:b w:val="0"/>
          <w:sz w:val="20"/>
        </w:rPr>
        <w:t>教学重点：掌握把一个不是整万或整亿的数改写成用“万”或“亿”作单位的数的方法,根据要求保留指定的小数位数。</w:t>
      </w:r>
    </w:p>
    <w:p>
      <w:pPr>
        <w:spacing w:after="20" w:line="300" w:lineRule="auto"/>
      </w:pPr>
      <w:r>
        <w:rPr>
          <w:rFonts w:ascii="宋体" w:hAnsi="宋体" w:eastAsia="宋体"/>
          <w:b w:val="0"/>
          <w:sz w:val="20"/>
        </w:rPr>
        <w:t>教学难点：体会改写数与求近似数的区别。</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二、自主探究,发现方法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从图中你获得了哪些数学信息？；如果这道题要求保留两位小数,结果应该是多少?</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三、实际应用,提高能力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四、课堂小结，总结提升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今天你有什么收获？我们为什么要用“万”或“亿”作单位来改写大数？改写时要注意什么？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一、激活经验，导入新课</w:t>
            </w:r>
          </w:p>
        </w:tc>
        <w:tc>
          <w:tcPr>
            <w:tcW w:type="dxa" w:w="3061"/>
          </w:tcPr>
          <w:p>
            <w:pPr>
              <w:spacing w:after="20" w:line="276" w:lineRule="auto"/>
            </w:pPr>
            <w:r/>
            <w:r>
              <w:rPr>
                <w:rFonts w:ascii="宋体" w:hAnsi="宋体" w:eastAsia="宋体"/>
                <w:b w:val="0"/>
                <w:sz w:val="18"/>
              </w:rPr>
              <w:t>1.复习整数的改写及求近似数。</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（2）指名学生回答。</w:t>
            </w:r>
          </w:p>
          <w:p>
            <w:pPr>
              <w:spacing w:after="20" w:line="276" w:lineRule="auto"/>
            </w:pPr>
            <w:r>
              <w:rPr>
                <w:rFonts w:ascii="宋体" w:hAnsi="宋体" w:eastAsia="宋体"/>
                <w:b w:val="0"/>
                <w:sz w:val="18"/>
              </w:rPr>
              <w:t>（3）师生共同回顾整数的改写、求整数的近似数以及求小数的近似数的方法。</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师：这节课我们进一步探究有关小数的近似数的知识。［板书课题：小数的近似数（2）］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通过复习整数的改写、求整数的近似数以及求小数的近似数的方法,激活对“四舍五入”法的认识,从而引入新课的学习。</w:t>
            </w:r>
          </w:p>
        </w:tc>
      </w:tr>
      <w:tr>
        <w:tc>
          <w:tcPr>
            <w:tcW w:type="dxa" w:w="1474"/>
          </w:tcPr>
          <w:p>
            <w:pPr>
              <w:spacing w:after="20" w:line="276" w:lineRule="auto"/>
            </w:pPr>
            <w:r>
              <w:rPr>
                <w:b/>
              </w:rPr>
            </w:r>
            <w:r>
              <w:rPr>
                <w:rFonts w:ascii="宋体" w:hAnsi="宋体" w:eastAsia="宋体"/>
                <w:b/>
                <w:sz w:val="18"/>
              </w:rPr>
              <w:t>二、自主探究,发现方法</w:t>
            </w:r>
          </w:p>
        </w:tc>
        <w:tc>
          <w:tcPr>
            <w:tcW w:type="dxa" w:w="3061"/>
          </w:tcPr>
          <w:p>
            <w:pPr>
              <w:spacing w:after="20" w:line="276" w:lineRule="auto"/>
            </w:pPr>
            <w:r/>
            <w:r>
              <w:rPr>
                <w:rFonts w:ascii="宋体" w:hAnsi="宋体" w:eastAsia="宋体"/>
                <w:b w:val="0"/>
                <w:sz w:val="18"/>
              </w:rPr>
              <w:t>1.探究把较大数改写成用“万”作单位的数的方法。</w:t>
            </w:r>
          </w:p>
          <w:p>
            <w:pPr>
              <w:spacing w:after="20" w:line="276" w:lineRule="auto"/>
            </w:pPr>
            <w:r>
              <w:rPr>
                <w:rFonts w:ascii="宋体" w:hAnsi="宋体" w:eastAsia="宋体"/>
                <w:b w:val="0"/>
                <w:sz w:val="18"/>
              </w:rPr>
              <w:t>（1）课件出示教科书P51例2。从图中你获得了哪些数学信息？</w:t>
            </w:r>
          </w:p>
          <w:p>
            <w:pPr>
              <w:spacing w:after="20" w:line="276" w:lineRule="auto"/>
            </w:pPr>
            <w:r>
              <w:rPr>
                <w:rFonts w:ascii="宋体" w:hAnsi="宋体" w:eastAsia="宋体"/>
                <w:b w:val="0"/>
                <w:sz w:val="18"/>
              </w:rPr>
              <w:t>本环节重在引导学生经历独立探究的过程,掌握把一个不是整万或整亿的数改写成用“万”或“亿”作单位的数,以及根据要求保留指定的小数位数的方法。</w:t>
            </w:r>
          </w:p>
          <w:p>
            <w:pPr>
              <w:spacing w:after="20" w:line="276" w:lineRule="auto"/>
            </w:pPr>
            <w:r>
              <w:rPr>
                <w:rFonts w:ascii="宋体" w:hAnsi="宋体" w:eastAsia="宋体"/>
                <w:b w:val="0"/>
                <w:sz w:val="18"/>
              </w:rPr>
              <w:t>(2)四人一小组讨论：如何将384400km改写成用“万千米”作单位的数？</w:t>
            </w:r>
          </w:p>
          <w:p>
            <w:pPr>
              <w:spacing w:after="20" w:line="276" w:lineRule="auto"/>
            </w:pPr>
            <w:r>
              <w:rPr>
                <w:rFonts w:ascii="宋体" w:hAnsi="宋体" w:eastAsia="宋体"/>
                <w:b w:val="0"/>
                <w:sz w:val="18"/>
              </w:rPr>
              <w:t>（3）汇报交流。结合学生的回答，教师适时板书。</w:t>
            </w:r>
          </w:p>
          <w:p>
            <w:pPr>
              <w:spacing w:after="20" w:line="276" w:lineRule="auto"/>
            </w:pPr>
            <w:r>
              <w:rPr>
                <w:rFonts w:ascii="宋体" w:hAnsi="宋体" w:eastAsia="宋体"/>
                <w:b w:val="0"/>
                <w:sz w:val="18"/>
              </w:rPr>
              <w:t>板书：384400km＝38.44万千米</w:t>
            </w:r>
          </w:p>
          <w:p>
            <w:pPr>
              <w:spacing w:after="20" w:line="276" w:lineRule="auto"/>
            </w:pPr>
            <w:r>
              <w:rPr>
                <w:rFonts w:ascii="宋体" w:hAnsi="宋体" w:eastAsia="宋体"/>
                <w:b w:val="0"/>
                <w:sz w:val="18"/>
              </w:rPr>
              <w:t>在万位的右边点上小数点,在数的后面加上“万”字。</w:t>
            </w:r>
          </w:p>
          <w:p>
            <w:pPr>
              <w:spacing w:after="20" w:line="276" w:lineRule="auto"/>
            </w:pPr>
            <w:r>
              <w:rPr>
                <w:rFonts w:ascii="宋体" w:hAnsi="宋体" w:eastAsia="宋体"/>
                <w:b w:val="0"/>
                <w:sz w:val="18"/>
              </w:rPr>
              <w:t>（4）方法小结。</w:t>
            </w:r>
          </w:p>
          <w:p>
            <w:pPr>
              <w:spacing w:after="20" w:line="276" w:lineRule="auto"/>
            </w:pPr>
            <w:r>
              <w:rPr>
                <w:rFonts w:ascii="宋体" w:hAnsi="宋体" w:eastAsia="宋体"/>
                <w:b w:val="0"/>
                <w:sz w:val="18"/>
              </w:rPr>
              <w:t>师小结：把一个较大数改写成用“万”作单位的数：小数点向左移动四位，在万位的右边点上小数点,在数的后面加上“万”字，最后去掉小数末尾的“0”。</w:t>
            </w:r>
          </w:p>
          <w:p>
            <w:pPr>
              <w:spacing w:after="20" w:line="276" w:lineRule="auto"/>
            </w:pPr>
            <w:r>
              <w:rPr>
                <w:rFonts w:ascii="宋体" w:hAnsi="宋体" w:eastAsia="宋体"/>
                <w:b w:val="0"/>
                <w:sz w:val="18"/>
              </w:rPr>
              <w:t>2.探究把较大数改写成用“亿”作单位的数的方法。</w:t>
            </w:r>
          </w:p>
          <w:p>
            <w:pPr>
              <w:spacing w:after="20" w:line="276" w:lineRule="auto"/>
            </w:pPr>
            <w:r>
              <w:rPr>
                <w:rFonts w:ascii="宋体" w:hAnsi="宋体" w:eastAsia="宋体"/>
                <w:b w:val="0"/>
                <w:sz w:val="18"/>
              </w:rPr>
              <w:t>师：既然把一个较大数改写成用“万”作单位的数，只要在万位的右边点上小数点,再在数的后面写上“万”字，那么要把一个较大数改写成用“亿”作单位的数，可以用同样的方法吗？</w:t>
            </w:r>
          </w:p>
          <w:p>
            <w:pPr>
              <w:spacing w:after="20" w:line="276" w:lineRule="auto"/>
            </w:pPr>
            <w:r>
              <w:rPr>
                <w:rFonts w:ascii="宋体" w:hAnsi="宋体" w:eastAsia="宋体"/>
                <w:b w:val="0"/>
                <w:sz w:val="18"/>
              </w:rPr>
              <w:t>（1）师：从图中你获得了哪些数学信息？（课件出示教科书P51例3）</w:t>
            </w:r>
          </w:p>
          <w:p>
            <w:pPr>
              <w:spacing w:after="20" w:line="276" w:lineRule="auto"/>
            </w:pPr>
            <w:r>
              <w:rPr>
                <w:rFonts w:ascii="宋体" w:hAnsi="宋体" w:eastAsia="宋体"/>
                <w:b w:val="0"/>
                <w:sz w:val="18"/>
              </w:rPr>
              <w:t>（2）师：想一想，要解决这个问题，需要先怎么做，再怎么做。</w:t>
            </w:r>
          </w:p>
          <w:p>
            <w:pPr>
              <w:spacing w:after="20" w:line="276" w:lineRule="auto"/>
            </w:pPr>
            <w:r>
              <w:rPr>
                <w:rFonts w:ascii="宋体" w:hAnsi="宋体" w:eastAsia="宋体"/>
                <w:b w:val="0"/>
                <w:sz w:val="18"/>
              </w:rPr>
              <w:t>②指名学生说说自己的想法。</w:t>
            </w:r>
          </w:p>
          <w:p>
            <w:pPr>
              <w:spacing w:after="20" w:line="276" w:lineRule="auto"/>
            </w:pPr>
            <w:r>
              <w:rPr>
                <w:rFonts w:ascii="宋体" w:hAnsi="宋体" w:eastAsia="宋体"/>
                <w:b w:val="0"/>
                <w:sz w:val="18"/>
              </w:rPr>
              <w:t>（3）学生独立尝试改写，做完后可以组内交流。</w:t>
            </w:r>
          </w:p>
          <w:p>
            <w:pPr>
              <w:spacing w:after="20" w:line="276" w:lineRule="auto"/>
            </w:pPr>
            <w:r>
              <w:rPr>
                <w:rFonts w:ascii="宋体" w:hAnsi="宋体" w:eastAsia="宋体"/>
                <w:b w:val="0"/>
                <w:sz w:val="18"/>
              </w:rPr>
              <w:t>（4）集体汇报交流。结合学生的回答，教师适时板书。</w:t>
            </w:r>
          </w:p>
          <w:p>
            <w:pPr>
              <w:spacing w:after="20" w:line="276" w:lineRule="auto"/>
            </w:pPr>
            <w:r>
              <w:rPr>
                <w:rFonts w:ascii="宋体" w:hAnsi="宋体" w:eastAsia="宋体"/>
                <w:b w:val="0"/>
                <w:sz w:val="18"/>
              </w:rPr>
              <w:t>教学例3时将改写成用“亿”作单位的数和保留一位小数之后的数进行对比，让学生更好地理解求一个数的近似数和将一个数改写成指定单位的数的区别。</w:t>
            </w:r>
          </w:p>
          <w:p>
            <w:pPr>
              <w:spacing w:after="20" w:line="276" w:lineRule="auto"/>
            </w:pPr>
            <w:r>
              <w:rPr>
                <w:rFonts w:ascii="宋体" w:hAnsi="宋体" w:eastAsia="宋体"/>
                <w:b w:val="0"/>
                <w:sz w:val="18"/>
              </w:rPr>
              <w:t>（5）师：如果这道题要求保留两位小数,结果应该是多少?说说你是怎么想的。</w:t>
            </w:r>
          </w:p>
          <w:p>
            <w:pPr>
              <w:spacing w:after="20" w:line="276" w:lineRule="auto"/>
            </w:pPr>
            <w:r>
              <w:rPr>
                <w:rFonts w:ascii="宋体" w:hAnsi="宋体" w:eastAsia="宋体"/>
                <w:b w:val="0"/>
                <w:sz w:val="18"/>
              </w:rPr>
              <w:t>（6）师：想一想什么情况下需要取近似数。</w:t>
            </w:r>
          </w:p>
          <w:p>
            <w:pPr>
              <w:spacing w:after="20" w:line="276" w:lineRule="auto"/>
            </w:pPr>
            <w:r>
              <w:rPr>
                <w:rFonts w:ascii="宋体" w:hAnsi="宋体" w:eastAsia="宋体"/>
                <w:b w:val="0"/>
                <w:sz w:val="18"/>
              </w:rPr>
              <w:t>3.对比总结。</w:t>
            </w:r>
          </w:p>
          <w:p>
            <w:pPr>
              <w:spacing w:after="20" w:line="276" w:lineRule="auto"/>
            </w:pPr>
            <w:r>
              <w:rPr>
                <w:rFonts w:ascii="宋体" w:hAnsi="宋体" w:eastAsia="宋体"/>
                <w:b w:val="0"/>
                <w:sz w:val="18"/>
              </w:rPr>
              <w:t>师：把一个数改写成用“万”或“亿”作单位的数与求近似数有什么不同?</w:t>
            </w:r>
          </w:p>
          <w:p>
            <w:pPr>
              <w:spacing w:after="20" w:line="276" w:lineRule="auto"/>
            </w:pPr>
            <w:r>
              <w:rPr>
                <w:rFonts w:ascii="宋体" w:hAnsi="宋体" w:eastAsia="宋体"/>
                <w:b w:val="0"/>
                <w:sz w:val="18"/>
              </w:rPr>
              <w:t>引导学生得出：把一个数改写成用“万”或“亿”作单位的数，求的是准确数，要用“=”连接；把一个数改写成用“万”或“亿”作单位的数，再按要求保留小数位数，求的是近似数，要用“≈”连接。</w:t>
            </w:r>
          </w:p>
        </w:tc>
        <w:tc>
          <w:tcPr>
            <w:tcW w:type="dxa" w:w="3061"/>
          </w:tcPr>
          <w:p>
            <w:pPr>
              <w:spacing w:after="20" w:line="276" w:lineRule="auto"/>
            </w:pPr>
            <w:r/>
            <w:r>
              <w:rPr>
                <w:rFonts w:ascii="宋体" w:hAnsi="宋体" w:eastAsia="宋体"/>
                <w:b w:val="0"/>
                <w:sz w:val="18"/>
              </w:rPr>
              <w:t>地球与月球的平均距离是384400km，要求地球与月球的平均距离是多少万千米。</w:t>
            </w:r>
          </w:p>
          <w:p>
            <w:pPr>
              <w:spacing w:after="20" w:line="276" w:lineRule="auto"/>
            </w:pPr>
            <w:r>
              <w:rPr>
                <w:rFonts w:ascii="宋体" w:hAnsi="宋体" w:eastAsia="宋体"/>
                <w:b w:val="0"/>
                <w:sz w:val="18"/>
              </w:rPr>
              <w:t>预设1：学生具备把一个整万数改写成用“万”作单位的数的基础，就是把末尾的4个0改写成“万”字。在这里可以顺利迁移到非整万数的改写。</w:t>
            </w:r>
          </w:p>
          <w:p>
            <w:pPr>
              <w:spacing w:after="20" w:line="276" w:lineRule="auto"/>
            </w:pPr>
            <w:r>
              <w:rPr>
                <w:rFonts w:ascii="宋体" w:hAnsi="宋体" w:eastAsia="宋体"/>
                <w:b w:val="0"/>
                <w:sz w:val="18"/>
              </w:rPr>
              <w:t>预设2：把384400改写成用“万”作单位的数,就是看384400里面有几个10000,即把384400缩小到它的万分之一,小数点向左移动4位。（很好，从算理入手，说得非常清楚。教师继续追问：“万”字能不能不写？为什么？）</w:t>
            </w:r>
          </w:p>
          <w:p>
            <w:pPr>
              <w:spacing w:after="20" w:line="276" w:lineRule="auto"/>
            </w:pPr>
            <w:r>
              <w:rPr>
                <w:rFonts w:ascii="宋体" w:hAnsi="宋体" w:eastAsia="宋体"/>
                <w:b w:val="0"/>
                <w:sz w:val="18"/>
              </w:rPr>
              <w:t>预设3：因为我们改写后这两个数的大小是相等的，所以“万”字一定要写，如果去掉，那么所表示的数值就不一样了。（有道理，检查一下你们的答案，看看写了没有，不能漏写哦！）</w:t>
            </w:r>
          </w:p>
          <w:p>
            <w:pPr>
              <w:spacing w:after="20" w:line="276" w:lineRule="auto"/>
            </w:pPr>
            <w:r>
              <w:rPr>
                <w:rFonts w:ascii="宋体" w:hAnsi="宋体" w:eastAsia="宋体"/>
                <w:b w:val="0"/>
                <w:sz w:val="18"/>
              </w:rPr>
              <w:t>木星与太阳的平均距离是778330000km，要求木星与太阳的平均距离是多少亿千米，结果保留一位小数。</w:t>
            </w:r>
          </w:p>
          <w:p>
            <w:pPr>
              <w:spacing w:after="20" w:line="276" w:lineRule="auto"/>
            </w:pPr>
            <w:r>
              <w:rPr>
                <w:rFonts w:ascii="宋体" w:hAnsi="宋体" w:eastAsia="宋体"/>
                <w:b w:val="0"/>
                <w:sz w:val="18"/>
              </w:rPr>
              <w:t>①同桌交流。</w:t>
            </w:r>
          </w:p>
          <w:p>
            <w:pPr>
              <w:spacing w:after="20" w:line="276" w:lineRule="auto"/>
            </w:pPr>
            <w:r>
              <w:rPr>
                <w:rFonts w:ascii="宋体" w:hAnsi="宋体" w:eastAsia="宋体"/>
                <w:b w:val="0"/>
                <w:sz w:val="18"/>
              </w:rPr>
              <w:t>学生可能会说：此问题需要先把原数改写成用“亿”作单位的数，再保留一位小数求出近似数。如果学生没有想到，教师要及时引导。</w:t>
            </w:r>
          </w:p>
          <w:p>
            <w:pPr>
              <w:spacing w:after="20" w:line="276" w:lineRule="auto"/>
            </w:pPr>
            <w:r>
              <w:rPr>
                <w:rFonts w:ascii="宋体" w:hAnsi="宋体" w:eastAsia="宋体"/>
                <w:b w:val="0"/>
                <w:sz w:val="18"/>
              </w:rPr>
              <w:t>预设1：把778330000改写成用“亿”作单位的数,就是在亿位的右边点上小数点,即把小数点向左移动8位，再在数的后面加上“亿”字，最后去掉小数末尾的“0”。所以778330000km＝7.7833亿千米。</w:t>
            </w:r>
          </w:p>
          <w:p>
            <w:pPr>
              <w:spacing w:after="20" w:line="276" w:lineRule="auto"/>
            </w:pPr>
            <w:r>
              <w:rPr>
                <w:rFonts w:ascii="宋体" w:hAnsi="宋体" w:eastAsia="宋体"/>
                <w:b w:val="0"/>
                <w:sz w:val="18"/>
              </w:rPr>
              <w:t>预设2：7.7833亿千米的小数点后面第二位是8,用“四舍五入”法保留一位小数,就是7.7833亿千米≈7.8亿千米。</w:t>
            </w:r>
          </w:p>
          <w:p>
            <w:pPr>
              <w:spacing w:after="20" w:line="276" w:lineRule="auto"/>
            </w:pPr>
            <w:r>
              <w:rPr>
                <w:rFonts w:ascii="宋体" w:hAnsi="宋体" w:eastAsia="宋体"/>
                <w:b w:val="0"/>
                <w:sz w:val="18"/>
              </w:rPr>
              <w:t>7.7833亿千米的小数点后面第三位是3，用“四舍五入”法保留两位小数,就是7.7833亿千米≈7.78亿千米。</w:t>
            </w:r>
          </w:p>
          <w:p>
            <w:pPr>
              <w:spacing w:after="20" w:line="276" w:lineRule="auto"/>
            </w:pPr>
            <w:r>
              <w:rPr>
                <w:rFonts w:ascii="宋体" w:hAnsi="宋体" w:eastAsia="宋体"/>
                <w:b w:val="0"/>
                <w:sz w:val="18"/>
              </w:rPr>
              <w:t>引导学生体会：像这样把778330000km改写成用“亿千米”作单位的数是7.7833亿千米,小数点后面有4位,小数位数太多,可以根据需要保留一定的小数位数。</w:t>
            </w:r>
          </w:p>
        </w:tc>
        <w:tc>
          <w:tcPr>
            <w:tcW w:type="dxa" w:w="1814"/>
          </w:tcPr>
          <w:p>
            <w:pPr>
              <w:spacing w:after="20" w:line="276" w:lineRule="auto"/>
            </w:pPr>
            <w:r/>
            <w:r>
              <w:rPr>
                <w:rFonts w:ascii="宋体" w:hAnsi="宋体" w:eastAsia="宋体"/>
                <w:b w:val="0"/>
                <w:sz w:val="18"/>
              </w:rPr>
              <w:t>给学生空间，让学生自主探究把一个非整万数改写成用“万”作单位的数，既实现了知识的迁移，又明白了改写的算理。在此基础上再概括出改写的方法，真正做到“以学生为主体”。</w:t>
            </w:r>
          </w:p>
          <w:p>
            <w:pPr>
              <w:spacing w:after="20" w:line="276" w:lineRule="auto"/>
            </w:pPr>
            <w:r>
              <w:rPr>
                <w:rFonts w:ascii="宋体" w:hAnsi="宋体" w:eastAsia="宋体"/>
                <w:b w:val="0"/>
                <w:sz w:val="18"/>
              </w:rPr>
              <w:t>本环节把例3中的难点进行了分解。分两个层次进行,第一层次主要解决改写成以“亿”作单位的数,第二层次运用前面求小数近似数的方法完成，让学生在自我探究过程中体会成功的喜悦。</w:t>
            </w:r>
          </w:p>
        </w:tc>
      </w:tr>
      <w:tr>
        <w:tc>
          <w:tcPr>
            <w:tcW w:type="dxa" w:w="1474"/>
          </w:tcPr>
          <w:p>
            <w:pPr>
              <w:spacing w:after="20" w:line="276" w:lineRule="auto"/>
            </w:pPr>
            <w:r>
              <w:rPr>
                <w:b/>
              </w:rPr>
            </w:r>
            <w:r>
              <w:rPr>
                <w:rFonts w:ascii="宋体" w:hAnsi="宋体" w:eastAsia="宋体"/>
                <w:b/>
                <w:sz w:val="18"/>
              </w:rPr>
              <w:t>三、实际应用,提高能力</w:t>
            </w:r>
          </w:p>
        </w:tc>
        <w:tc>
          <w:tcPr>
            <w:tcW w:type="dxa" w:w="3061"/>
          </w:tcPr>
          <w:p>
            <w:pPr>
              <w:spacing w:after="20" w:line="276" w:lineRule="auto"/>
            </w:pPr>
            <w:r/>
            <w:r>
              <w:rPr>
                <w:rFonts w:ascii="宋体" w:hAnsi="宋体" w:eastAsia="宋体"/>
                <w:b w:val="0"/>
                <w:sz w:val="18"/>
              </w:rPr>
              <w:t>1.教科书P51“做一做”。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（2）指名学生汇报，说说是怎么做的。</w:t>
            </w:r>
          </w:p>
          <w:p>
            <w:pPr>
              <w:spacing w:after="20" w:line="276" w:lineRule="auto"/>
            </w:pPr>
            <w:r>
              <w:rPr>
                <w:rFonts w:ascii="宋体" w:hAnsi="宋体" w:eastAsia="宋体"/>
                <w:b w:val="0"/>
                <w:sz w:val="18"/>
              </w:rPr>
              <w:t>2.教科书P52“练习十三”第3、4题。</w:t>
            </w:r>
          </w:p>
          <w:p>
            <w:pPr>
              <w:spacing w:after="20" w:line="276" w:lineRule="auto"/>
            </w:pPr>
            <w:r>
              <w:rPr>
                <w:rFonts w:ascii="宋体" w:hAnsi="宋体" w:eastAsia="宋体"/>
                <w:b w:val="0"/>
                <w:sz w:val="18"/>
              </w:rPr>
              <w:t>（1）学生读题，了解相关知识，扩大知识面。</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（3）小组内互批互评。</w:t>
            </w:r>
          </w:p>
          <w:p>
            <w:pPr>
              <w:spacing w:after="20" w:line="276" w:lineRule="auto"/>
            </w:pPr>
            <w:r>
              <w:rPr>
                <w:rFonts w:ascii="宋体" w:hAnsi="宋体" w:eastAsia="宋体"/>
                <w:b w:val="0"/>
                <w:sz w:val="18"/>
              </w:rPr>
              <w:t>3.教科书P53“练习十三”第7题。</w:t>
            </w:r>
          </w:p>
          <w:p>
            <w:pPr>
              <w:spacing w:after="20" w:line="276" w:lineRule="auto"/>
            </w:pPr>
            <w:r>
              <w:rPr>
                <w:rFonts w:ascii="宋体" w:hAnsi="宋体" w:eastAsia="宋体"/>
                <w:b w:val="0"/>
                <w:sz w:val="18"/>
              </w:rPr>
              <w:t>（1）学生读题后,教师指名板演，其余学生独立完成。</w:t>
            </w:r>
          </w:p>
          <w:p>
            <w:pPr>
              <w:spacing w:after="20" w:line="276" w:lineRule="auto"/>
            </w:pPr>
            <w:r>
              <w:rPr>
                <w:rFonts w:ascii="宋体" w:hAnsi="宋体" w:eastAsia="宋体"/>
                <w:b w:val="0"/>
                <w:sz w:val="18"/>
              </w:rPr>
              <w:t>（2）集体交流汇报。</w:t>
            </w:r>
          </w:p>
          <w:p>
            <w:pPr>
              <w:spacing w:after="20" w:line="276" w:lineRule="auto"/>
            </w:pPr>
            <w:r>
              <w:rPr>
                <w:rFonts w:ascii="宋体" w:hAnsi="宋体" w:eastAsia="宋体"/>
                <w:b w:val="0"/>
                <w:sz w:val="18"/>
              </w:rPr>
              <w:t>4.教科书P53“练习十三”第8题。</w:t>
            </w:r>
          </w:p>
          <w:p>
            <w:pPr>
              <w:spacing w:after="20" w:line="276" w:lineRule="auto"/>
            </w:pPr>
            <w:r>
              <w:rPr>
                <w:rFonts w:ascii="宋体" w:hAnsi="宋体" w:eastAsia="宋体"/>
                <w:b w:val="0"/>
                <w:sz w:val="18"/>
              </w:rPr>
              <w:t>5.教科书P53“练习十三”第9题。</w:t>
            </w:r>
          </w:p>
          <w:p>
            <w:pPr>
              <w:spacing w:after="20" w:line="276" w:lineRule="auto"/>
            </w:pPr>
            <w:r>
              <w:rPr>
                <w:rFonts w:ascii="宋体" w:hAnsi="宋体" w:eastAsia="宋体"/>
                <w:b w:val="0"/>
                <w:sz w:val="18"/>
              </w:rPr>
              <w:t>（1）学生仔细审题后独立完成练习。</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6.教科书P53“练习十三”第10*题。</w:t>
            </w:r>
          </w:p>
          <w:p>
            <w:pPr>
              <w:spacing w:after="20" w:line="276" w:lineRule="auto"/>
            </w:pPr>
            <w:r>
              <w:rPr>
                <w:rFonts w:ascii="宋体" w:hAnsi="宋体" w:eastAsia="宋体"/>
                <w:b w:val="0"/>
                <w:sz w:val="18"/>
              </w:rPr>
              <w:t>（1）学生小组讨论，理顺思路。</w:t>
            </w:r>
          </w:p>
          <w:p>
            <w:pPr>
              <w:spacing w:after="20" w:line="276" w:lineRule="auto"/>
            </w:pPr>
            <w:r>
              <w:rPr>
                <w:rFonts w:ascii="宋体" w:hAnsi="宋体" w:eastAsia="宋体"/>
                <w:b w:val="0"/>
                <w:sz w:val="18"/>
              </w:rPr>
              <w:t>（2）尝试独立完成。</w:t>
            </w:r>
          </w:p>
          <w:p>
            <w:pPr>
              <w:spacing w:after="20" w:line="276" w:lineRule="auto"/>
            </w:pPr>
            <w:r>
              <w:rPr>
                <w:rFonts w:ascii="宋体" w:hAnsi="宋体" w:eastAsia="宋体"/>
                <w:b w:val="0"/>
                <w:sz w:val="18"/>
              </w:rPr>
              <w:t>（3）集体汇报。</w:t>
            </w:r>
          </w:p>
          <w:p>
            <w:pPr>
              <w:spacing w:after="20" w:line="276" w:lineRule="auto"/>
            </w:pPr>
            <w:r>
              <w:rPr>
                <w:rFonts w:ascii="宋体" w:hAnsi="宋体" w:eastAsia="宋体"/>
                <w:b w:val="0"/>
                <w:sz w:val="18"/>
              </w:rPr>
              <w:t>在放手让学生探索、交流改写方法时，教师要注意引导学生及时进行归纳、总结。</w:t>
            </w:r>
          </w:p>
        </w:tc>
        <w:tc>
          <w:tcPr>
            <w:tcW w:type="dxa" w:w="3061"/>
          </w:tcPr>
          <w:p>
            <w:pPr>
              <w:spacing w:after="20" w:line="276" w:lineRule="auto"/>
            </w:pPr>
            <w:r/>
            <w:r>
              <w:rPr>
                <w:rFonts w:ascii="宋体" w:hAnsi="宋体" w:eastAsia="宋体"/>
                <w:b w:val="0"/>
                <w:sz w:val="18"/>
              </w:rPr>
              <w:t>少数学生容易把改写和省略尾数求近似数混淆，教师要引导学生对两道题的结果进行对比分析，进一步深化学生对改写与求近似数方法的理解。</w:t>
            </w:r>
          </w:p>
          <w:p>
            <w:pPr>
              <w:spacing w:after="20" w:line="276" w:lineRule="auto"/>
            </w:pPr>
            <w:r>
              <w:rPr>
                <w:rFonts w:ascii="宋体" w:hAnsi="宋体" w:eastAsia="宋体"/>
                <w:b w:val="0"/>
                <w:sz w:val="18"/>
              </w:rPr>
              <w:t>学生独立完成后同桌交换检查。</w:t>
            </w:r>
          </w:p>
          <w:p>
            <w:pPr>
              <w:spacing w:after="20" w:line="276" w:lineRule="auto"/>
            </w:pPr>
            <w:r>
              <w:rPr>
                <w:rFonts w:ascii="宋体" w:hAnsi="宋体" w:eastAsia="宋体"/>
                <w:b w:val="0"/>
                <w:sz w:val="18"/>
              </w:rPr>
              <w:t>部分学生可能还是会陷入数越大就跑得越快的误区，教师要引导他们结合生活经验理解：跑相同的距离，用时越少才跑得越快。</w:t>
            </w:r>
          </w:p>
        </w:tc>
        <w:tc>
          <w:tcPr>
            <w:tcW w:type="dxa" w:w="1814"/>
          </w:tcPr>
          <w:p>
            <w:pPr>
              <w:spacing w:after="20" w:line="276" w:lineRule="auto"/>
            </w:pPr>
            <w:r/>
            <w:r>
              <w:rPr>
                <w:rFonts w:ascii="宋体" w:hAnsi="宋体" w:eastAsia="宋体"/>
                <w:b w:val="0"/>
                <w:sz w:val="18"/>
              </w:rPr>
              <w:t>练习环节既巩固了新知识，又有意地将前面学习的名数改写、小数的大小比较进行了复习，还训练了学生的逆向思维。</w:t>
            </w:r>
          </w:p>
        </w:tc>
      </w:tr>
      <w:tr>
        <w:tc>
          <w:tcPr>
            <w:tcW w:type="dxa" w:w="1474"/>
          </w:tcPr>
          <w:p>
            <w:pPr>
              <w:spacing w:after="20" w:line="276" w:lineRule="auto"/>
            </w:pPr>
            <w:r>
              <w:rPr>
                <w:b/>
              </w:rPr>
            </w:r>
            <w:r>
              <w:rPr>
                <w:rFonts w:ascii="宋体" w:hAnsi="宋体" w:eastAsia="宋体"/>
                <w:b/>
                <w:sz w:val="18"/>
              </w:rPr>
              <w:t>四、课堂小结，总结提升</w:t>
            </w:r>
          </w:p>
        </w:tc>
        <w:tc>
          <w:tcPr>
            <w:tcW w:type="dxa" w:w="3061"/>
          </w:tcPr>
          <w:p>
            <w:pPr>
              <w:spacing w:after="20" w:line="276" w:lineRule="auto"/>
            </w:pPr>
            <w:r/>
            <w:r>
              <w:rPr>
                <w:rFonts w:ascii="宋体" w:hAnsi="宋体" w:eastAsia="宋体"/>
                <w:b w:val="0"/>
                <w:sz w:val="18"/>
              </w:rPr>
              <w:t>师：今天你有什么收获？我们为什么要用“万”或“亿”作单位来改写大数？改写时要注意什么？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引导学生回顾梳理本课所学，完善认知结构，提升归纳与反思能力，核心问题："今天你有什么收获？我们为什么要用“万”或“亿”作单位来改写大数？改写时要注意什么？"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教科书P51例2、例3，完成P51“做一做”，P52~53“练习十三”第3、4、7、8、9、10*题。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部分内容是在学生已经掌握了把大数改写成整万、整亿数和求整数的近似数的基础上进行教学的。学生有了知识背景，有了认知链接，有了操作基础，实际教学中教师只需为学生搭建探索的平台,学生通过独立思考、合作交流，便能寻求把大数改写成用“万”或“亿”作单位的数的方法。在实际的操作中，有些学生在进行改写的时候或多或少还会犯一些错误。为了让学生掌握更好的方法和解决问题的策略，教师在帮助学生巩固这部分知识的过程中还要引导学生总结规律，丰富学生解决问题的方法。</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小数的读法和写法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小数的读法和写法</w:t>
            </w:r>
          </w:p>
        </w:tc>
        <w:tc>
          <w:tcPr>
            <w:tcW w:type="dxa" w:w="6009"/>
          </w:tcPr>
          <w:p>
            <w:pPr>
              <w:spacing w:after="20" w:line="276" w:lineRule="auto"/>
            </w:pPr>
            <w:r/>
            <w:r>
              <w:rPr>
                <w:rFonts w:ascii="宋体" w:hAnsi="宋体" w:eastAsia="宋体"/>
                <w:b w:val="0"/>
                <w:sz w:val="20"/>
              </w:rPr>
              <w:t>第4单元 小数的意义和性质（小数的意义和读写法）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教学内容：教科书P35例3、例4，完成P35“做一做”，P36～37“练习九”第5、6、10*题。</w:t>
      </w:r>
    </w:p>
    <w:p>
      <w:pPr>
        <w:spacing w:after="80" w:line="300" w:lineRule="auto"/>
        <w:ind w:firstLine="400"/>
      </w:pPr>
      <w:r>
        <w:rPr>
          <w:rFonts w:ascii="宋体" w:hAnsi="宋体" w:eastAsia="宋体"/>
          <w:b w:val="0"/>
          <w:sz w:val="20"/>
        </w:rPr>
        <w:t>教学准备：课件，写有小数的卡片（以教科书第35页上方“做一做”的内容为主）。</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（1）掌握小数的读写法，能正确地读写小数。</w:t>
      </w:r>
    </w:p>
    <w:p>
      <w:pPr>
        <w:spacing w:after="20" w:line="300" w:lineRule="auto"/>
        <w:ind w:firstLine="400"/>
      </w:pPr>
      <w:r>
        <w:rPr>
          <w:rFonts w:ascii="宋体" w:hAnsi="宋体" w:eastAsia="宋体"/>
          <w:b w:val="0"/>
          <w:sz w:val="20"/>
        </w:rPr>
        <w:t>（2）经历小数的读写过程，体验迁移比较的学习方法。</w:t>
      </w:r>
    </w:p>
    <w:p>
      <w:pPr>
        <w:spacing w:after="20" w:line="300" w:lineRule="auto"/>
        <w:ind w:firstLine="400"/>
      </w:pPr>
      <w:r>
        <w:rPr>
          <w:rFonts w:ascii="宋体" w:hAnsi="宋体" w:eastAsia="宋体"/>
          <w:b w:val="0"/>
          <w:sz w:val="20"/>
        </w:rPr>
        <w:t>（3）让学生根据已有的生活经验尝试读小数，体验小数与日常生活的密切联系，感受生活中处处有数学，培养学生自主学习的意识和创新精神。</w:t>
      </w:r>
    </w:p>
    <w:p>
      <w:pPr>
        <w:spacing w:after="20" w:line="300" w:lineRule="auto"/>
      </w:pPr>
      <w:r>
        <w:rPr>
          <w:rFonts w:ascii="宋体" w:hAnsi="宋体" w:eastAsia="宋体"/>
          <w:b w:val="0"/>
          <w:sz w:val="20"/>
        </w:rPr>
        <w:t>教学重点：能够正确地读小数，掌握小数的写法。</w:t>
      </w:r>
    </w:p>
    <w:p>
      <w:pPr>
        <w:spacing w:after="20" w:line="300" w:lineRule="auto"/>
      </w:pPr>
      <w:r>
        <w:rPr>
          <w:rFonts w:ascii="宋体" w:hAnsi="宋体" w:eastAsia="宋体"/>
          <w:b w:val="0"/>
          <w:sz w:val="20"/>
        </w:rPr>
        <w:t>教学难点：正确应对读写小数中有“0”的情况。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我看见有同学笑了,想一想,这样描述符合实际吗?；这些数据都少了“一点”,(课件逐题点上小数点)这样才靠谱。那么这些小数该怎么读写呢?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二、创设情境，学习小数的读法</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你知道世界上最大的古钱币的高、厚、重分别是多少吗?；刚才同学们都尝试读了这几个小数,交流的结果如何呢?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三、自主学习小数的写法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刚才同学们都尝试写了这几个小数，交流的结果如何呢？；结合自己写小数的过程想一想,应怎样写小数?</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四、巩固应用，解决问题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通过这节课的学习，你知道了什么？还有什么疑惑？</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师：请同学们读一读以下信息。(出示课件)</w:t>
            </w:r>
          </w:p>
          <w:p>
            <w:pPr>
              <w:spacing w:after="20" w:line="276" w:lineRule="auto"/>
            </w:pPr>
            <w:r>
              <w:rPr>
                <w:rFonts w:ascii="宋体" w:hAnsi="宋体" w:eastAsia="宋体"/>
                <w:b w:val="0"/>
                <w:sz w:val="18"/>
              </w:rPr>
              <w:t>师：我看见有同学笑了,想一想,这样描述符合实际吗?</w:t>
            </w:r>
          </w:p>
          <w:p>
            <w:pPr>
              <w:spacing w:after="20" w:line="276" w:lineRule="auto"/>
            </w:pPr>
            <w:r>
              <w:rPr>
                <w:rFonts w:ascii="宋体" w:hAnsi="宋体" w:eastAsia="宋体"/>
                <w:b w:val="0"/>
                <w:sz w:val="18"/>
              </w:rPr>
              <w:t>师：这些数据都少了“一点”,(课件逐题点上小数点)这样才靠谱。那么这些小数该怎么读写呢?今天我们就来学习小数的读法和写法。（板书课题：小数的读法和写法）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通过让学生读一组因掉了小数点的数而引人发笑的信息，激发学生的兴趣，让他们体会到小数点的重要性，自然地引发思考，从而引出要学习的课题：小数该怎样正确地读写才不会闹笑话？</w:t>
            </w:r>
          </w:p>
        </w:tc>
      </w:tr>
      <w:tr>
        <w:tc>
          <w:tcPr>
            <w:tcW w:type="dxa" w:w="1474"/>
          </w:tcPr>
          <w:p>
            <w:pPr>
              <w:spacing w:after="20" w:line="276" w:lineRule="auto"/>
            </w:pPr>
            <w:r>
              <w:rPr>
                <w:b/>
              </w:rPr>
            </w:r>
            <w:r>
              <w:rPr>
                <w:rFonts w:ascii="宋体" w:hAnsi="宋体" w:eastAsia="宋体"/>
                <w:b/>
                <w:sz w:val="18"/>
              </w:rPr>
              <w:t>二、创设情境，学习小数的读法</w:t>
            </w:r>
          </w:p>
        </w:tc>
        <w:tc>
          <w:tcPr>
            <w:tcW w:type="dxa" w:w="3061"/>
          </w:tcPr>
          <w:p>
            <w:pPr>
              <w:spacing w:after="20" w:line="276" w:lineRule="auto"/>
            </w:pPr>
            <w:r/>
            <w:r>
              <w:rPr>
                <w:rFonts w:ascii="宋体" w:hAnsi="宋体" w:eastAsia="宋体"/>
                <w:b w:val="0"/>
                <w:sz w:val="18"/>
              </w:rPr>
              <w:t>1.课件出示教科书P35例3的情境图。</w:t>
            </w:r>
          </w:p>
          <w:p>
            <w:pPr>
              <w:spacing w:after="20" w:line="276" w:lineRule="auto"/>
            </w:pPr>
            <w:r>
              <w:rPr>
                <w:rFonts w:ascii="宋体" w:hAnsi="宋体" w:eastAsia="宋体"/>
                <w:b w:val="0"/>
                <w:sz w:val="18"/>
              </w:rPr>
              <w:t>师：你知道世界上最大的古钱币的高、厚、重分别是多少吗?试着读一读。</w:t>
            </w:r>
          </w:p>
          <w:p>
            <w:pPr>
              <w:spacing w:after="20" w:line="276" w:lineRule="auto"/>
            </w:pPr>
            <w:r>
              <w:rPr>
                <w:rFonts w:ascii="宋体" w:hAnsi="宋体" w:eastAsia="宋体"/>
                <w:b w:val="0"/>
                <w:sz w:val="18"/>
              </w:rPr>
              <w:t>（1）学生尝试读小数。</w:t>
            </w:r>
          </w:p>
          <w:p>
            <w:pPr>
              <w:spacing w:after="20" w:line="276" w:lineRule="auto"/>
            </w:pPr>
            <w:r>
              <w:rPr>
                <w:rFonts w:ascii="宋体" w:hAnsi="宋体" w:eastAsia="宋体"/>
                <w:b w:val="0"/>
                <w:sz w:val="18"/>
              </w:rPr>
              <w:t>（2）学生在自己读的基础上，展开小组交流，看谁读得更准确。</w:t>
            </w:r>
          </w:p>
          <w:p>
            <w:pPr>
              <w:spacing w:after="20" w:line="276" w:lineRule="auto"/>
            </w:pPr>
            <w:r>
              <w:rPr>
                <w:rFonts w:ascii="宋体" w:hAnsi="宋体" w:eastAsia="宋体"/>
                <w:b w:val="0"/>
                <w:sz w:val="18"/>
              </w:rPr>
              <w:t>教学中要把握读小数的关键“依次读”，并与整数读法进行对比：读整数时要读出计数单位，而读小数部分时按顺序依次读出数字就可以了。</w:t>
            </w:r>
          </w:p>
          <w:p>
            <w:pPr>
              <w:spacing w:after="20" w:line="276" w:lineRule="auto"/>
            </w:pPr>
            <w:r>
              <w:rPr>
                <w:rFonts w:ascii="宋体" w:hAnsi="宋体" w:eastAsia="宋体"/>
                <w:b w:val="0"/>
                <w:sz w:val="18"/>
              </w:rPr>
              <w:t>师：刚才同学们都尝试读了这几个小数,交流的结果如何呢?请各小组汇报一下你们是怎么读的。</w:t>
            </w:r>
          </w:p>
          <w:p>
            <w:pPr>
              <w:spacing w:after="20" w:line="276" w:lineRule="auto"/>
            </w:pPr>
            <w:r>
              <w:rPr>
                <w:rFonts w:ascii="宋体" w:hAnsi="宋体" w:eastAsia="宋体"/>
                <w:b w:val="0"/>
                <w:sz w:val="18"/>
              </w:rPr>
              <w:t>2.总结读法。</w:t>
            </w:r>
          </w:p>
          <w:p>
            <w:pPr>
              <w:spacing w:after="20" w:line="276" w:lineRule="auto"/>
            </w:pPr>
            <w:r>
              <w:rPr>
                <w:rFonts w:ascii="宋体" w:hAnsi="宋体" w:eastAsia="宋体"/>
                <w:b w:val="0"/>
                <w:sz w:val="18"/>
              </w:rPr>
              <w:t>师：这几位同学都读对了。请同学们想一想,怎样读小数?读小数时需要注意什么?</w:t>
            </w:r>
          </w:p>
          <w:p>
            <w:pPr>
              <w:spacing w:after="20" w:line="276" w:lineRule="auto"/>
            </w:pPr>
            <w:r>
              <w:rPr>
                <w:rFonts w:ascii="宋体" w:hAnsi="宋体" w:eastAsia="宋体"/>
                <w:b w:val="0"/>
                <w:sz w:val="18"/>
              </w:rPr>
              <w:t>（1）先在小组内说说自己的想法,再全班交流。</w:t>
            </w:r>
          </w:p>
          <w:p>
            <w:pPr>
              <w:spacing w:after="20" w:line="276" w:lineRule="auto"/>
            </w:pPr>
            <w:r>
              <w:rPr>
                <w:rFonts w:ascii="宋体" w:hAnsi="宋体" w:eastAsia="宋体"/>
                <w:b w:val="0"/>
                <w:sz w:val="18"/>
              </w:rPr>
              <w:t>（2）师：这个小数怎么读?（板书：0.00290）</w:t>
            </w:r>
          </w:p>
          <w:p>
            <w:pPr>
              <w:spacing w:after="20" w:line="276" w:lineRule="auto"/>
            </w:pPr>
            <w:r>
              <w:rPr>
                <w:rFonts w:ascii="宋体" w:hAnsi="宋体" w:eastAsia="宋体"/>
                <w:b w:val="0"/>
                <w:sz w:val="18"/>
              </w:rPr>
              <w:t>教师板书：读作：零点零零二九零</w:t>
            </w:r>
          </w:p>
          <w:p>
            <w:pPr>
              <w:spacing w:after="20" w:line="276" w:lineRule="auto"/>
            </w:pPr>
            <w:r>
              <w:rPr>
                <w:rFonts w:ascii="宋体" w:hAnsi="宋体" w:eastAsia="宋体"/>
                <w:b w:val="0"/>
                <w:sz w:val="18"/>
              </w:rPr>
              <w:t>（3）引导学生总结出读小数的方法：读小数时,先读整数部分,整数部分按照整数的读法读；再读小数点，小数点读作“点”；最后读小数部分，小数部分要从左往右依次读出每个数字，而且有几个0就要读出几个零。</w:t>
            </w:r>
          </w:p>
        </w:tc>
        <w:tc>
          <w:tcPr>
            <w:tcW w:type="dxa" w:w="3061"/>
          </w:tcPr>
          <w:p>
            <w:pPr>
              <w:spacing w:after="20" w:line="276" w:lineRule="auto"/>
            </w:pPr>
            <w:r/>
            <w:r>
              <w:rPr>
                <w:rFonts w:ascii="宋体" w:hAnsi="宋体" w:eastAsia="宋体"/>
                <w:b w:val="0"/>
                <w:sz w:val="18"/>
              </w:rPr>
              <w:t>因为在第一节课“小数的意义”和整理小数的数位顺序表时,学生已经有了读小数的经历,对于大多数学生来说,读小数的问题不大,可能有少部分学生在读两位小数的时候会将小数点后的数读作几十几,这个时候可以让学生看看书上0.58的读法,从而总结出小数的读法。</w:t>
            </w:r>
          </w:p>
          <w:p>
            <w:pPr>
              <w:spacing w:after="20" w:line="276" w:lineRule="auto"/>
            </w:pPr>
            <w:r>
              <w:rPr>
                <w:rFonts w:ascii="宋体" w:hAnsi="宋体" w:eastAsia="宋体"/>
                <w:b w:val="0"/>
                <w:sz w:val="18"/>
              </w:rPr>
              <w:t>预设1:整数部分按整数的读法读,小数部分要依次读出每个数字。</w:t>
            </w:r>
          </w:p>
          <w:p>
            <w:pPr>
              <w:spacing w:after="20" w:line="276" w:lineRule="auto"/>
            </w:pPr>
            <w:r>
              <w:rPr>
                <w:rFonts w:ascii="宋体" w:hAnsi="宋体" w:eastAsia="宋体"/>
                <w:b w:val="0"/>
                <w:sz w:val="18"/>
              </w:rPr>
              <w:t>预设2:要把小数点读出来,读作“点”。</w:t>
            </w:r>
          </w:p>
          <w:p>
            <w:pPr>
              <w:spacing w:after="20" w:line="276" w:lineRule="auto"/>
            </w:pPr>
            <w:r>
              <w:rPr>
                <w:rFonts w:ascii="宋体" w:hAnsi="宋体" w:eastAsia="宋体"/>
                <w:b w:val="0"/>
                <w:sz w:val="18"/>
              </w:rPr>
              <w:t>预设3:整数部分为0的,先读“零”。</w:t>
            </w:r>
          </w:p>
          <w:p>
            <w:pPr>
              <w:spacing w:after="20" w:line="276" w:lineRule="auto"/>
            </w:pPr>
            <w:r>
              <w:rPr>
                <w:rFonts w:ascii="宋体" w:hAnsi="宋体" w:eastAsia="宋体"/>
                <w:b w:val="0"/>
                <w:sz w:val="18"/>
              </w:rPr>
              <w:t>学生可能会读作零点零二九零或零点零二九。教师纠错并强调：整数部分是0的读“零”,小数部分每一位上的0都要读出来。</w:t>
            </w:r>
          </w:p>
        </w:tc>
        <w:tc>
          <w:tcPr>
            <w:tcW w:type="dxa" w:w="1814"/>
          </w:tcPr>
          <w:p>
            <w:pPr>
              <w:spacing w:after="20" w:line="276" w:lineRule="auto"/>
            </w:pPr>
            <w:r/>
            <w:r>
              <w:rPr>
                <w:rFonts w:ascii="宋体" w:hAnsi="宋体" w:eastAsia="宋体"/>
                <w:b w:val="0"/>
                <w:sz w:val="18"/>
              </w:rPr>
              <w:t>教师呈现出古钱币的有关信息,让学生利用“小数的初步认识”中的读数经验自己读一读,进一步明确小数的读法。为学生自己总结小数的读法,创造充分的条件。</w:t>
            </w:r>
          </w:p>
          <w:p>
            <w:pPr>
              <w:spacing w:after="20" w:line="276" w:lineRule="auto"/>
            </w:pPr>
            <w:r>
              <w:rPr>
                <w:rFonts w:ascii="宋体" w:hAnsi="宋体" w:eastAsia="宋体"/>
                <w:b w:val="0"/>
                <w:sz w:val="18"/>
              </w:rPr>
              <w:t>这个环节给学生充分学习、思考和交流的时间与空间,让学生利用已有的经验和知识,进一步学习小数的读法。利用教科书中的提示,让学生学会学习,更好地完成教学目标。这个环节中还要引导学生注意读小数中有“0”的情况。和整数中的情况对比,整数中每级末尾的“0”都不读,中间连续有几个“0”只读一个零，而小数部分有几个“0”就要读几个零。</w:t>
            </w:r>
          </w:p>
        </w:tc>
      </w:tr>
      <w:tr>
        <w:tc>
          <w:tcPr>
            <w:tcW w:type="dxa" w:w="1474"/>
          </w:tcPr>
          <w:p>
            <w:pPr>
              <w:spacing w:after="20" w:line="276" w:lineRule="auto"/>
            </w:pPr>
            <w:r>
              <w:rPr>
                <w:b/>
              </w:rPr>
            </w:r>
            <w:r>
              <w:rPr>
                <w:rFonts w:ascii="宋体" w:hAnsi="宋体" w:eastAsia="宋体"/>
                <w:b/>
                <w:sz w:val="18"/>
              </w:rPr>
              <w:t>三、自主学习小数的写法</w:t>
            </w:r>
          </w:p>
        </w:tc>
        <w:tc>
          <w:tcPr>
            <w:tcW w:type="dxa" w:w="3061"/>
          </w:tcPr>
          <w:p>
            <w:pPr>
              <w:spacing w:after="20" w:line="276" w:lineRule="auto"/>
            </w:pPr>
            <w:r/>
            <w:r>
              <w:rPr>
                <w:rFonts w:ascii="宋体" w:hAnsi="宋体" w:eastAsia="宋体"/>
                <w:b w:val="0"/>
                <w:sz w:val="18"/>
              </w:rPr>
              <w:t>1.课件出示教科书P35例4。</w:t>
            </w:r>
          </w:p>
          <w:p>
            <w:pPr>
              <w:spacing w:after="20" w:line="276" w:lineRule="auto"/>
            </w:pPr>
            <w:r>
              <w:rPr>
                <w:rFonts w:ascii="宋体" w:hAnsi="宋体" w:eastAsia="宋体"/>
                <w:b w:val="0"/>
                <w:sz w:val="18"/>
              </w:rPr>
              <w:t>（1）观察已经写出的两个小数，想一想另外两个小数应该怎样写。</w:t>
            </w:r>
          </w:p>
          <w:p>
            <w:pPr>
              <w:spacing w:after="20" w:line="276" w:lineRule="auto"/>
            </w:pPr>
            <w:r>
              <w:rPr>
                <w:rFonts w:ascii="宋体" w:hAnsi="宋体" w:eastAsia="宋体"/>
                <w:b w:val="0"/>
                <w:sz w:val="18"/>
              </w:rPr>
              <w:t>能够正确地读小数、掌握小数的写法是本节课的重点。一定要给学生充分学习、思考和交流的时间与空间来经历小数的读写过程，自主总结并概括方法。</w:t>
            </w:r>
          </w:p>
          <w:p>
            <w:pPr>
              <w:spacing w:after="20" w:line="276" w:lineRule="auto"/>
            </w:pPr>
            <w:r>
              <w:rPr>
                <w:rFonts w:ascii="宋体" w:hAnsi="宋体" w:eastAsia="宋体"/>
                <w:b w:val="0"/>
                <w:sz w:val="18"/>
              </w:rPr>
              <w:t>（2）学生在独立完成后，展开小组交流，看谁写得更准确。</w:t>
            </w:r>
          </w:p>
          <w:p>
            <w:pPr>
              <w:spacing w:after="20" w:line="276" w:lineRule="auto"/>
            </w:pPr>
            <w:r>
              <w:rPr>
                <w:rFonts w:ascii="宋体" w:hAnsi="宋体" w:eastAsia="宋体"/>
                <w:b w:val="0"/>
                <w:sz w:val="18"/>
              </w:rPr>
              <w:t>师：刚才同学们都尝试写了这几个小数，交流的结果如何呢？请各小组汇报一下你们是怎么写的。</w:t>
            </w:r>
          </w:p>
          <w:p>
            <w:pPr>
              <w:spacing w:after="20" w:line="276" w:lineRule="auto"/>
            </w:pPr>
            <w:r>
              <w:rPr>
                <w:rFonts w:ascii="宋体" w:hAnsi="宋体" w:eastAsia="宋体"/>
                <w:b w:val="0"/>
                <w:sz w:val="18"/>
              </w:rPr>
              <w:t>（3）指名学生到黑板上写出来。</w:t>
            </w:r>
          </w:p>
          <w:p>
            <w:pPr>
              <w:spacing w:after="20" w:line="276" w:lineRule="auto"/>
            </w:pPr>
            <w:r>
              <w:rPr>
                <w:rFonts w:ascii="宋体" w:hAnsi="宋体" w:eastAsia="宋体"/>
                <w:b w:val="0"/>
                <w:sz w:val="18"/>
              </w:rPr>
              <w:t>小数的写法：</w:t>
            </w:r>
          </w:p>
          <w:p>
            <w:pPr>
              <w:spacing w:after="20" w:line="276" w:lineRule="auto"/>
            </w:pPr>
            <w:r>
              <w:rPr>
                <w:rFonts w:ascii="宋体" w:hAnsi="宋体" w:eastAsia="宋体"/>
                <w:b w:val="0"/>
                <w:sz w:val="18"/>
              </w:rPr>
              <w:t>四点七六写作：4.76</w:t>
            </w:r>
          </w:p>
          <w:p>
            <w:pPr>
              <w:spacing w:after="20" w:line="276" w:lineRule="auto"/>
            </w:pPr>
            <w:r>
              <w:rPr>
                <w:rFonts w:ascii="宋体" w:hAnsi="宋体" w:eastAsia="宋体"/>
                <w:b w:val="0"/>
                <w:sz w:val="18"/>
              </w:rPr>
              <w:t>零点零六    写作：0.06</w:t>
            </w:r>
          </w:p>
          <w:p>
            <w:pPr>
              <w:spacing w:after="20" w:line="276" w:lineRule="auto"/>
            </w:pPr>
            <w:r>
              <w:rPr>
                <w:rFonts w:ascii="宋体" w:hAnsi="宋体" w:eastAsia="宋体"/>
                <w:b w:val="0"/>
                <w:sz w:val="18"/>
              </w:rPr>
              <w:t>十三点一五  写作：13.15</w:t>
            </w:r>
          </w:p>
          <w:p>
            <w:pPr>
              <w:spacing w:after="20" w:line="276" w:lineRule="auto"/>
            </w:pPr>
            <w:r>
              <w:rPr>
                <w:rFonts w:ascii="宋体" w:hAnsi="宋体" w:eastAsia="宋体"/>
                <w:b w:val="0"/>
                <w:sz w:val="18"/>
              </w:rPr>
              <w:t>零点二零六  写作：0.206</w:t>
            </w:r>
          </w:p>
          <w:p>
            <w:pPr>
              <w:spacing w:after="20" w:line="276" w:lineRule="auto"/>
            </w:pPr>
            <w:r>
              <w:rPr>
                <w:rFonts w:ascii="宋体" w:hAnsi="宋体" w:eastAsia="宋体"/>
                <w:b w:val="0"/>
                <w:sz w:val="18"/>
              </w:rPr>
              <w:t>（1）师：结合自己写小数的过程想一想,应怎样写小数?</w:t>
            </w:r>
          </w:p>
          <w:p>
            <w:pPr>
              <w:spacing w:after="20" w:line="276" w:lineRule="auto"/>
            </w:pPr>
            <w:r>
              <w:rPr>
                <w:rFonts w:ascii="宋体" w:hAnsi="宋体" w:eastAsia="宋体"/>
                <w:b w:val="0"/>
                <w:sz w:val="18"/>
              </w:rPr>
              <w:t>（2）师生共同总结写小数的方法:写小数时,整数部分按整数的写法写出,整数部分是零的就写0，然后在整数部分的右下角点上小数点，最后在小数部分从左往右依次写出每个数字。</w:t>
            </w:r>
          </w:p>
        </w:tc>
        <w:tc>
          <w:tcPr>
            <w:tcW w:type="dxa" w:w="3061"/>
          </w:tcPr>
          <w:p>
            <w:pPr>
              <w:spacing w:after="20" w:line="276" w:lineRule="auto"/>
            </w:pPr>
            <w:r/>
            <w:r>
              <w:rPr>
                <w:rFonts w:ascii="宋体" w:hAnsi="宋体" w:eastAsia="宋体"/>
                <w:b w:val="0"/>
                <w:sz w:val="18"/>
              </w:rPr>
              <w:t>学生尝试写小数。</w:t>
            </w:r>
          </w:p>
          <w:p>
            <w:pPr>
              <w:spacing w:after="20" w:line="276" w:lineRule="auto"/>
            </w:pPr>
            <w:r>
              <w:rPr>
                <w:rFonts w:ascii="宋体" w:hAnsi="宋体" w:eastAsia="宋体"/>
                <w:b w:val="0"/>
                <w:sz w:val="18"/>
              </w:rPr>
              <w:t>2.交流、总结小数的写法。</w:t>
            </w:r>
          </w:p>
          <w:p>
            <w:pPr>
              <w:spacing w:after="20" w:line="276" w:lineRule="auto"/>
            </w:pPr>
            <w:r>
              <w:rPr>
                <w:rFonts w:ascii="宋体" w:hAnsi="宋体" w:eastAsia="宋体"/>
                <w:b w:val="0"/>
                <w:sz w:val="18"/>
              </w:rPr>
              <w:t>预设1:整数部分是零的,整数部分就写0,小数部分要依次写出每个数字。（说得不错，有补充的吗？）</w:t>
            </w:r>
          </w:p>
          <w:p>
            <w:pPr>
              <w:spacing w:after="20" w:line="276" w:lineRule="auto"/>
            </w:pPr>
            <w:r>
              <w:rPr>
                <w:rFonts w:ascii="宋体" w:hAnsi="宋体" w:eastAsia="宋体"/>
                <w:b w:val="0"/>
                <w:sz w:val="18"/>
              </w:rPr>
              <w:t>预设2:不要忘记点小数点。（对，一定要注意哟，忘了的话会闹笑话的。）</w:t>
            </w:r>
          </w:p>
        </w:tc>
        <w:tc>
          <w:tcPr>
            <w:tcW w:type="dxa" w:w="1814"/>
          </w:tcPr>
          <w:p>
            <w:pPr>
              <w:spacing w:after="20" w:line="276" w:lineRule="auto"/>
            </w:pPr>
            <w:r/>
            <w:r>
              <w:rPr>
                <w:rFonts w:ascii="宋体" w:hAnsi="宋体" w:eastAsia="宋体"/>
                <w:b w:val="0"/>
                <w:sz w:val="18"/>
              </w:rPr>
              <w:t>根据学生已有的经验，呈现两个小数的写法，放手让学生自己写出另外的两个小数，培养学生知识迁移的能力。</w:t>
            </w:r>
          </w:p>
        </w:tc>
      </w:tr>
      <w:tr>
        <w:tc>
          <w:tcPr>
            <w:tcW w:type="dxa" w:w="1474"/>
          </w:tcPr>
          <w:p>
            <w:pPr>
              <w:spacing w:after="20" w:line="276" w:lineRule="auto"/>
            </w:pPr>
            <w:r>
              <w:rPr>
                <w:b/>
              </w:rPr>
            </w:r>
            <w:r>
              <w:rPr>
                <w:rFonts w:ascii="宋体" w:hAnsi="宋体" w:eastAsia="宋体"/>
                <w:b/>
                <w:sz w:val="18"/>
              </w:rPr>
              <w:t>四、巩固应用，解决问题</w:t>
            </w:r>
          </w:p>
        </w:tc>
        <w:tc>
          <w:tcPr>
            <w:tcW w:type="dxa" w:w="3061"/>
          </w:tcPr>
          <w:p>
            <w:pPr>
              <w:spacing w:after="20" w:line="276" w:lineRule="auto"/>
            </w:pPr>
            <w:r/>
            <w:r>
              <w:rPr>
                <w:rFonts w:ascii="宋体" w:hAnsi="宋体" w:eastAsia="宋体"/>
                <w:b w:val="0"/>
                <w:sz w:val="18"/>
              </w:rPr>
              <w:t>1.教科书P35上方“做一做”。</w:t>
            </w:r>
          </w:p>
          <w:p>
            <w:pPr>
              <w:spacing w:after="20" w:line="276" w:lineRule="auto"/>
            </w:pPr>
            <w:r>
              <w:rPr>
                <w:rFonts w:ascii="宋体" w:hAnsi="宋体" w:eastAsia="宋体"/>
                <w:b w:val="0"/>
                <w:sz w:val="18"/>
              </w:rPr>
              <w:t>逐一出示卡片,全班齐读。</w:t>
            </w:r>
          </w:p>
          <w:p>
            <w:pPr>
              <w:spacing w:after="20" w:line="276" w:lineRule="auto"/>
            </w:pPr>
            <w:r>
              <w:rPr>
                <w:rFonts w:ascii="宋体" w:hAnsi="宋体" w:eastAsia="宋体"/>
                <w:b w:val="0"/>
                <w:sz w:val="18"/>
              </w:rPr>
              <w:t>2.教科书P35下方“做一做”。</w:t>
            </w:r>
          </w:p>
          <w:p>
            <w:pPr>
              <w:spacing w:after="20" w:line="276" w:lineRule="auto"/>
            </w:pPr>
            <w:r>
              <w:rPr>
                <w:rFonts w:ascii="宋体" w:hAnsi="宋体" w:eastAsia="宋体"/>
                <w:b w:val="0"/>
                <w:sz w:val="18"/>
              </w:rPr>
              <w:t>3.教科书P36“练习九”第5题。</w:t>
            </w:r>
          </w:p>
          <w:p>
            <w:pPr>
              <w:spacing w:after="20" w:line="276" w:lineRule="auto"/>
            </w:pPr>
            <w:r>
              <w:rPr>
                <w:rFonts w:ascii="宋体" w:hAnsi="宋体" w:eastAsia="宋体"/>
                <w:b w:val="0"/>
                <w:sz w:val="18"/>
              </w:rPr>
              <w:t>（1）学生自己读一读。</w:t>
            </w:r>
          </w:p>
          <w:p>
            <w:pPr>
              <w:spacing w:after="20" w:line="276" w:lineRule="auto"/>
            </w:pPr>
            <w:r>
              <w:rPr>
                <w:rFonts w:ascii="宋体" w:hAnsi="宋体" w:eastAsia="宋体"/>
                <w:b w:val="0"/>
                <w:sz w:val="18"/>
              </w:rPr>
              <w:t>（2）同桌之间相互说一说在读数中了解到了什么。</w:t>
            </w:r>
          </w:p>
          <w:p>
            <w:pPr>
              <w:spacing w:after="20" w:line="276" w:lineRule="auto"/>
            </w:pPr>
            <w:r>
              <w:rPr>
                <w:rFonts w:ascii="宋体" w:hAnsi="宋体" w:eastAsia="宋体"/>
                <w:b w:val="0"/>
                <w:sz w:val="18"/>
              </w:rPr>
              <w:t>4.教科书P37“练习九”第6题。</w:t>
            </w:r>
          </w:p>
          <w:p>
            <w:pPr>
              <w:spacing w:after="20" w:line="276" w:lineRule="auto"/>
            </w:pPr>
            <w:r>
              <w:rPr>
                <w:rFonts w:ascii="宋体" w:hAnsi="宋体" w:eastAsia="宋体"/>
                <w:b w:val="0"/>
                <w:sz w:val="18"/>
              </w:rPr>
              <w:t>（1）学生独立写数。</w:t>
            </w:r>
          </w:p>
          <w:p>
            <w:pPr>
              <w:spacing w:after="20" w:line="276" w:lineRule="auto"/>
            </w:pPr>
            <w:r>
              <w:rPr>
                <w:rFonts w:ascii="宋体" w:hAnsi="宋体" w:eastAsia="宋体"/>
                <w:b w:val="0"/>
                <w:sz w:val="18"/>
              </w:rPr>
              <w:t>（2）同桌交换检查，有错误的及时订正。</w:t>
            </w:r>
          </w:p>
          <w:p>
            <w:pPr>
              <w:spacing w:after="20" w:line="276" w:lineRule="auto"/>
            </w:pPr>
            <w:r>
              <w:rPr>
                <w:rFonts w:ascii="宋体" w:hAnsi="宋体" w:eastAsia="宋体"/>
                <w:b w:val="0"/>
                <w:sz w:val="18"/>
              </w:rPr>
              <w:t>（3）说一说你在写数过程中了解了什么。</w:t>
            </w:r>
          </w:p>
          <w:p>
            <w:pPr>
              <w:spacing w:after="20" w:line="276" w:lineRule="auto"/>
            </w:pPr>
            <w:r>
              <w:rPr>
                <w:rFonts w:ascii="宋体" w:hAnsi="宋体" w:eastAsia="宋体"/>
                <w:b w:val="0"/>
                <w:sz w:val="18"/>
              </w:rPr>
              <w:t>5.教科书P37“练习九”第10*题。</w:t>
            </w:r>
          </w:p>
          <w:p>
            <w:pPr>
              <w:spacing w:after="20" w:line="276" w:lineRule="auto"/>
            </w:pPr>
            <w:r>
              <w:rPr>
                <w:rFonts w:ascii="宋体" w:hAnsi="宋体" w:eastAsia="宋体"/>
                <w:b w:val="0"/>
                <w:sz w:val="18"/>
              </w:rPr>
              <w:t>（1）小组合作，按要求写一写。</w:t>
            </w:r>
          </w:p>
          <w:p>
            <w:pPr>
              <w:spacing w:after="20" w:line="276" w:lineRule="auto"/>
            </w:pPr>
            <w:r>
              <w:rPr>
                <w:rFonts w:ascii="宋体" w:hAnsi="宋体" w:eastAsia="宋体"/>
                <w:b w:val="0"/>
                <w:sz w:val="18"/>
              </w:rPr>
              <w:t>（2）集体交流订正。</w:t>
            </w:r>
          </w:p>
          <w:p>
            <w:pPr>
              <w:spacing w:after="20" w:line="276" w:lineRule="auto"/>
            </w:pPr>
            <w:r>
              <w:rPr>
                <w:rFonts w:ascii="宋体" w:hAnsi="宋体" w:eastAsia="宋体"/>
                <w:b w:val="0"/>
                <w:sz w:val="18"/>
              </w:rPr>
              <w:t>练习中要注重发挥不同情境的作用，促进学生更深刻地理解小数的意义。</w:t>
            </w:r>
          </w:p>
        </w:tc>
        <w:tc>
          <w:tcPr>
            <w:tcW w:type="dxa" w:w="3061"/>
          </w:tcPr>
          <w:p>
            <w:pPr>
              <w:spacing w:after="20" w:line="276" w:lineRule="auto"/>
            </w:pPr>
            <w:r/>
            <w:r>
              <w:rPr>
                <w:rFonts w:ascii="宋体" w:hAnsi="宋体" w:eastAsia="宋体"/>
                <w:b w:val="0"/>
                <w:sz w:val="18"/>
              </w:rPr>
              <w:t>学生独立完成后，同桌交换检查。</w:t>
            </w:r>
          </w:p>
          <w:p>
            <w:pPr>
              <w:spacing w:after="20" w:line="276" w:lineRule="auto"/>
            </w:pPr>
            <w:r>
              <w:rPr>
                <w:rFonts w:ascii="宋体" w:hAnsi="宋体" w:eastAsia="宋体"/>
                <w:b w:val="0"/>
                <w:sz w:val="18"/>
              </w:rPr>
              <w:t>学生基本上掌握了小数的写法，准确率较高。</w:t>
            </w:r>
          </w:p>
          <w:p>
            <w:pPr>
              <w:spacing w:after="20" w:line="276" w:lineRule="auto"/>
            </w:pPr>
            <w:r>
              <w:rPr>
                <w:rFonts w:ascii="宋体" w:hAnsi="宋体" w:eastAsia="宋体"/>
                <w:b w:val="0"/>
                <w:sz w:val="18"/>
              </w:rPr>
              <w:t>第（3）题是写与0有关的数，可能有些学生会写出错误答案，如38.05等，教师要引导学生注意和整数部分中的情况对比,讨论得出什么情况下写的数是“0不读出来且小数部分是两位的小数”。</w:t>
            </w:r>
          </w:p>
        </w:tc>
        <w:tc>
          <w:tcPr>
            <w:tcW w:type="dxa" w:w="1814"/>
          </w:tcPr>
          <w:p>
            <w:pPr>
              <w:spacing w:after="20" w:line="276" w:lineRule="auto"/>
            </w:pPr>
            <w:r/>
            <w:r>
              <w:rPr>
                <w:rFonts w:ascii="宋体" w:hAnsi="宋体" w:eastAsia="宋体"/>
                <w:b w:val="0"/>
                <w:sz w:val="18"/>
              </w:rPr>
              <w:t>有意识地借助教科书中的信息,安排“读一读”,使简单的读写小数的练习活动变得丰富、生动、有趣。充分发挥教科书文本资源的教育作用，使学生感受到数学学习的乐趣。</w:t>
            </w:r>
          </w:p>
          <w:p>
            <w:pPr>
              <w:spacing w:after="20" w:line="276" w:lineRule="auto"/>
            </w:pPr>
            <w:r>
              <w:rPr>
                <w:rFonts w:ascii="宋体" w:hAnsi="宋体" w:eastAsia="宋体"/>
                <w:b w:val="0"/>
                <w:sz w:val="18"/>
              </w:rPr>
              <w:t>通过第10*题按要求写小数,进一步巩固小数的数位顺序,加深学生对数位的理解,同时对小数的大小有初步了解。</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师：通过这节课的学习，你知道了什么？还有什么疑惑？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引导学生回顾梳理本课所学，完善认知结构，提升归纳与反思能力，核心问题："通过这节课的学习，你知道了什么？还有什么疑惑？"</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教科书P35例3、例4，完成P35“做一做”，P36～37“练习九”第5、6、10*题。</w:t>
      </w:r>
    </w:p>
    <w:p>
      <w:pPr>
        <w:spacing w:after="40" w:line="300" w:lineRule="auto"/>
        <w:ind w:firstLine="400"/>
      </w:pPr>
      <w:r>
        <w:rPr>
          <w:rFonts w:ascii="宋体" w:hAnsi="宋体" w:eastAsia="宋体"/>
          <w:b w:val="0"/>
          <w:sz w:val="20"/>
        </w:rPr>
        <w:t>② 原设计安排：见“状元成才路”系列丛书《创优作业100分》对应课时作业。 1.(1)在2024年巴黎奥运会女子10米跳台决赛中，两名中国运动员分别以425.60分和420.70分的最终得分赢得金牌和银牌。 425．60 读作： 420.70 读作： (2)杭州亚运会火炬“薪火”寓意传承，它高零点七三零米，净重一点二零零千克。 零点七三零 写作： 一点二零零 写作： 2.选一选。(将正确答案的序号填在括号里) (1)在205.6中添一个0，要读出两个零的新小数是( )。 A．2005.6 B．205.06 C．2050.6 (2)下面各数中，只写出一个0的是( )。 A．五十点零五 B．五百点五 C．五点零五 3.用2个5、3个0和小数点组小数。(每个数字都要用上且只能用一次，0不在末位) (1)只读出一个零的小数是( )。 (2)只读出两个零的小数是( )。 (3)三个0都读出来的小数是( )。 4.才才读一个小数时看漏了小数点，读成了“四十万零九百零八”。如果该小数应该读出一个零，该小数可能是( )；如果该小数应该读出两个零，该小数可能是( )。 参考答案 1．(1)四百二十五点六零 四百二十点七零 (2)0.730 1.200 2．(1)B (2)C 3．(1)500.05 (2)50.005 (3)5.0005、0.0055、0.0505、0.5005 4．400.908或40090.8 40.0908或4009.08</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师在教小数的读写方法时,不直接告诉学生方法,而是让学生先独立尝试,然后同桌合作互相学习、互相指正。当学生在自己经历了思考并产生困惑的时候,就把被动学习变为了主动学习。对于学生而言,读写小数的难点在于有“0”的情况,这节课的学习中,始终要让学生结合具体情况,比较整数读写和小数读写的区别和联系,从而建立起新的概念。通过一个个的生活情境,让学生能够更直观、有效地学习,有效地落实本节课的重点,真正地体会生活中处处有数学,感受到数学和生活的联系。</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整理和复习</w:t>
            </w:r>
          </w:p>
        </w:tc>
        <w:tc>
          <w:tcPr>
            <w:tcW w:type="dxa" w:w="6009"/>
          </w:tcPr>
          <w:p>
            <w:pPr>
              <w:spacing w:after="20" w:line="276" w:lineRule="auto"/>
            </w:pPr>
            <w:r/>
            <w:r>
              <w:rPr>
                <w:rFonts w:ascii="宋体" w:hAnsi="宋体" w:eastAsia="宋体"/>
                <w:b w:val="0"/>
                <w:sz w:val="20"/>
              </w:rPr>
              <w:t>第4单元 小数的意义和性质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教学内容：完成教科书P54“整理和复习”第1～4题，P55~56“练习十四”第3、9题。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（1）通过回顾和整理,进一步理解小数的意义和性质,会比较小数大小,掌握小数点移动引起小数大小变化的规律,熟练掌握小数单位换算和求一个小数的近似数的方法。</w:t>
      </w:r>
    </w:p>
    <w:p>
      <w:pPr>
        <w:spacing w:after="20" w:line="300" w:lineRule="auto"/>
        <w:ind w:firstLine="400"/>
      </w:pPr>
      <w:r>
        <w:rPr>
          <w:rFonts w:ascii="宋体" w:hAnsi="宋体" w:eastAsia="宋体"/>
          <w:b w:val="0"/>
          <w:sz w:val="20"/>
        </w:rPr>
        <w:t>（2）通过对本单元知识的整理和应用,培养学生归纳总结、抽象概括、灵活应用知识的能力。</w:t>
      </w:r>
    </w:p>
    <w:p>
      <w:pPr>
        <w:spacing w:after="20" w:line="300" w:lineRule="auto"/>
        <w:ind w:firstLine="400"/>
      </w:pPr>
      <w:r>
        <w:rPr>
          <w:rFonts w:ascii="宋体" w:hAnsi="宋体" w:eastAsia="宋体"/>
          <w:b w:val="0"/>
          <w:sz w:val="20"/>
        </w:rPr>
        <w:t>（3）在自主整理和复习中积累整理知识的经验,养成良好的学习和思考习惯。</w:t>
      </w:r>
    </w:p>
    <w:p>
      <w:pPr>
        <w:spacing w:after="20" w:line="300" w:lineRule="auto"/>
      </w:pPr>
      <w:r>
        <w:rPr>
          <w:rFonts w:ascii="宋体" w:hAnsi="宋体" w:eastAsia="宋体"/>
          <w:b w:val="0"/>
          <w:sz w:val="20"/>
        </w:rPr>
        <w:t>教学重点：有序整理知识,进一步提高运用知识的能力。</w:t>
      </w:r>
    </w:p>
    <w:p>
      <w:pPr>
        <w:spacing w:after="20" w:line="300" w:lineRule="auto"/>
      </w:pPr>
      <w:r>
        <w:rPr>
          <w:rFonts w:ascii="宋体" w:hAnsi="宋体" w:eastAsia="宋体"/>
          <w:b w:val="0"/>
          <w:sz w:val="20"/>
        </w:rPr>
        <w:t>教学难点：小数与单位换算的应用及综合应用知识解决问题。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一、回顾梳理,自主建构</w:t>
            </w:r>
          </w:p>
        </w:tc>
        <w:tc>
          <w:tcPr>
            <w:tcW w:type="dxa" w:w="1814"/>
          </w:tcPr>
          <w:p>
            <w:pPr>
              <w:spacing w:after="20" w:line="276" w:lineRule="auto"/>
            </w:pPr>
            <w:r/>
            <w:r>
              <w:rPr>
                <w:rFonts w:ascii="宋体" w:hAnsi="宋体" w:eastAsia="宋体"/>
                <w:b w:val="0"/>
                <w:sz w:val="18"/>
              </w:rPr>
              <w:t>教科书P32~51、课件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二、以练促学，加深理解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想一想,一个小数的近似数应该怎样求?保留整数表示精确到哪一位?(个位)保留一位小数,表示精确到哪一位?</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三、综合运用，解决问题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这节课我们整理和复习了哪些知识？你有什么收获？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一、回顾梳理,自主建构</w:t>
            </w:r>
          </w:p>
        </w:tc>
        <w:tc>
          <w:tcPr>
            <w:tcW w:type="dxa" w:w="3061"/>
          </w:tcPr>
          <w:p>
            <w:pPr>
              <w:spacing w:after="20" w:line="276" w:lineRule="auto"/>
            </w:pPr>
            <w:r/>
            <w:r>
              <w:rPr>
                <w:rFonts w:ascii="宋体" w:hAnsi="宋体" w:eastAsia="宋体"/>
                <w:b w:val="0"/>
                <w:sz w:val="18"/>
              </w:rPr>
              <w:t>1.回忆梳理。</w:t>
            </w:r>
          </w:p>
          <w:p>
            <w:pPr>
              <w:spacing w:after="20" w:line="276" w:lineRule="auto"/>
            </w:pPr>
            <w:r>
              <w:rPr>
                <w:rFonts w:ascii="宋体" w:hAnsi="宋体" w:eastAsia="宋体"/>
                <w:b w:val="0"/>
                <w:sz w:val="18"/>
              </w:rPr>
              <w:t>师：同学们,这节课我们将对“小数的意义和性质”这一单元的内容进行整理和复习。请同学们阅读教科书P32~51的内容,回忆本单元的学习内容,然后按自己喜欢的方式进行整理。</w:t>
            </w:r>
          </w:p>
          <w:p>
            <w:pPr>
              <w:spacing w:after="20" w:line="276" w:lineRule="auto"/>
            </w:pPr>
            <w:r>
              <w:rPr>
                <w:rFonts w:ascii="宋体" w:hAnsi="宋体" w:eastAsia="宋体"/>
                <w:b w:val="0"/>
                <w:sz w:val="18"/>
              </w:rPr>
              <w:t>对整理和复习的教学，不能以练代“整”，需要教师有意识地引导，并通过讨论、归纳等方式，鼓励学生用数学语言进行规范总结，提高学生归纳总结的能力。</w:t>
            </w:r>
          </w:p>
          <w:p>
            <w:pPr>
              <w:spacing w:after="20" w:line="276" w:lineRule="auto"/>
            </w:pPr>
            <w:r>
              <w:rPr>
                <w:rFonts w:ascii="宋体" w:hAnsi="宋体" w:eastAsia="宋体"/>
                <w:b w:val="0"/>
                <w:sz w:val="18"/>
              </w:rPr>
              <w:t>针对学生的汇报提问:你怎么评价？还有什么需要补充的？</w:t>
            </w:r>
          </w:p>
        </w:tc>
        <w:tc>
          <w:tcPr>
            <w:tcW w:type="dxa" w:w="3061"/>
          </w:tcPr>
          <w:p>
            <w:pPr>
              <w:spacing w:after="20" w:line="276" w:lineRule="auto"/>
            </w:pPr>
            <w:r/>
            <w:r>
              <w:rPr>
                <w:rFonts w:ascii="宋体" w:hAnsi="宋体" w:eastAsia="宋体"/>
                <w:b w:val="0"/>
                <w:sz w:val="18"/>
              </w:rPr>
              <w:t>2.交流讨论。</w:t>
            </w:r>
          </w:p>
          <w:p>
            <w:pPr>
              <w:spacing w:after="20" w:line="276" w:lineRule="auto"/>
            </w:pPr>
            <w:r>
              <w:rPr>
                <w:rFonts w:ascii="宋体" w:hAnsi="宋体" w:eastAsia="宋体"/>
                <w:b w:val="0"/>
                <w:sz w:val="18"/>
              </w:rPr>
              <w:t>通过阅读课本,回忆知识点,学生基本能按自己的方式把本单元主要知识点罗列出来。</w:t>
            </w:r>
          </w:p>
          <w:p>
            <w:pPr>
              <w:spacing w:after="20" w:line="276" w:lineRule="auto"/>
            </w:pPr>
            <w:r>
              <w:rPr>
                <w:rFonts w:ascii="宋体" w:hAnsi="宋体" w:eastAsia="宋体"/>
                <w:b w:val="0"/>
                <w:sz w:val="18"/>
              </w:rPr>
              <w:t>预设1：我用表格整理了小数的意义。</w:t>
            </w:r>
          </w:p>
          <w:p>
            <w:pPr>
              <w:spacing w:after="20" w:line="276" w:lineRule="auto"/>
            </w:pPr>
            <w:r>
              <w:rPr>
                <w:rFonts w:ascii="宋体" w:hAnsi="宋体" w:eastAsia="宋体"/>
                <w:b w:val="0"/>
                <w:sz w:val="18"/>
              </w:rPr>
              <w:t>预设2：小数的数位顺序表。</w:t>
            </w:r>
          </w:p>
          <w:p>
            <w:pPr>
              <w:spacing w:after="20" w:line="276" w:lineRule="auto"/>
            </w:pPr>
            <w:r>
              <w:rPr>
                <w:rFonts w:ascii="宋体" w:hAnsi="宋体" w:eastAsia="宋体"/>
                <w:b w:val="0"/>
                <w:sz w:val="18"/>
              </w:rPr>
              <w:t>预设3：小数的读写法：读小数时,先读整数部分,整数部分按照整数的读法读，再读小数点，小数点读作“点”，最后读小数部分，小数部分要依次读出每个数字，而且有几个0就要读几个零。写小数时,整数部分按整数的写法写,整数部分是0就写0，小数部分依次写出每个数字，不能忘记写小数点。</w:t>
            </w:r>
          </w:p>
          <w:p>
            <w:pPr>
              <w:spacing w:after="20" w:line="276" w:lineRule="auto"/>
            </w:pPr>
            <w:r>
              <w:rPr>
                <w:rFonts w:ascii="宋体" w:hAnsi="宋体" w:eastAsia="宋体"/>
                <w:b w:val="0"/>
                <w:sz w:val="18"/>
              </w:rPr>
              <w:t>预设 4：小数的性质：小数的末尾添上“0”或去掉“0”,小数的大小不变。</w:t>
            </w:r>
          </w:p>
          <w:p>
            <w:pPr>
              <w:spacing w:after="20" w:line="276" w:lineRule="auto"/>
            </w:pPr>
            <w:r>
              <w:rPr>
                <w:rFonts w:ascii="宋体" w:hAnsi="宋体" w:eastAsia="宋体"/>
                <w:b w:val="0"/>
                <w:sz w:val="18"/>
              </w:rPr>
              <w:t>预设5：小数的大小比较：先比较整数部分,整数部分大的那个数就大；整数部分相同,就比较十分位,十分位上的数大的那个数就大；十分位上的数相同,就比较百分位,百分位上的数大的那个数就大……</w:t>
            </w:r>
          </w:p>
          <w:p>
            <w:pPr>
              <w:spacing w:after="20" w:line="276" w:lineRule="auto"/>
            </w:pPr>
            <w:r>
              <w:rPr>
                <w:rFonts w:ascii="宋体" w:hAnsi="宋体" w:eastAsia="宋体"/>
                <w:b w:val="0"/>
                <w:sz w:val="18"/>
              </w:rPr>
              <w:t>预设7：小数与单位换算：低级单位的数÷进率＝高级单位的数，高级单位的数×进率＝低级单位的数。</w:t>
            </w:r>
          </w:p>
          <w:p>
            <w:pPr>
              <w:spacing w:after="20" w:line="276" w:lineRule="auto"/>
            </w:pPr>
            <w:r>
              <w:rPr>
                <w:rFonts w:ascii="宋体" w:hAnsi="宋体" w:eastAsia="宋体"/>
                <w:b w:val="0"/>
                <w:sz w:val="18"/>
              </w:rPr>
              <w:t>预设8：用“四舍五入”法可以求小数的近似数。</w:t>
            </w:r>
          </w:p>
          <w:p>
            <w:pPr>
              <w:spacing w:after="20" w:line="276" w:lineRule="auto"/>
            </w:pPr>
            <w:r>
              <w:rPr>
                <w:rFonts w:ascii="宋体" w:hAnsi="宋体" w:eastAsia="宋体"/>
                <w:b w:val="0"/>
                <w:sz w:val="18"/>
              </w:rPr>
              <w:t>预设9：把较大数改写成用“万”作单位的数：在万位的右边点上小数点,在数的后面加上“万”字，最后去掉小数末尾的“0”。把较大数改写成用“亿”作单位的数：在亿位的右边点上小数点,在数的后面加上“亿”字，最后去掉小数末尾的“0”。</w:t>
            </w:r>
          </w:p>
        </w:tc>
        <w:tc>
          <w:tcPr>
            <w:tcW w:type="dxa" w:w="1814"/>
          </w:tcPr>
          <w:p>
            <w:pPr>
              <w:spacing w:after="20" w:line="276" w:lineRule="auto"/>
            </w:pPr>
            <w:r/>
            <w:r>
              <w:rPr>
                <w:rFonts w:ascii="宋体" w:hAnsi="宋体" w:eastAsia="宋体"/>
                <w:b w:val="0"/>
                <w:sz w:val="18"/>
              </w:rPr>
              <w:t>让学生在回忆的基础上，对所学知识进行简单罗列或归纳整理，经历自主回顾和整理的过程,在交流中学习,不断修正和完善自己的知识结构。</w:t>
            </w:r>
          </w:p>
        </w:tc>
      </w:tr>
      <w:tr>
        <w:tc>
          <w:tcPr>
            <w:tcW w:type="dxa" w:w="1474"/>
          </w:tcPr>
          <w:p>
            <w:pPr>
              <w:spacing w:after="20" w:line="276" w:lineRule="auto"/>
            </w:pPr>
            <w:r>
              <w:rPr>
                <w:b/>
              </w:rPr>
            </w:r>
            <w:r>
              <w:rPr>
                <w:rFonts w:ascii="宋体" w:hAnsi="宋体" w:eastAsia="宋体"/>
                <w:b/>
                <w:sz w:val="18"/>
              </w:rPr>
              <w:t>二、以练促学，加深理解</w:t>
            </w:r>
          </w:p>
        </w:tc>
        <w:tc>
          <w:tcPr>
            <w:tcW w:type="dxa" w:w="3061"/>
          </w:tcPr>
          <w:p>
            <w:pPr>
              <w:spacing w:after="20" w:line="276" w:lineRule="auto"/>
            </w:pPr>
            <w:r/>
            <w:r>
              <w:rPr>
                <w:rFonts w:ascii="宋体" w:hAnsi="宋体" w:eastAsia="宋体"/>
                <w:b w:val="0"/>
                <w:sz w:val="18"/>
              </w:rPr>
              <w:t>1.小数的意义、读写及大小比较。</w:t>
            </w:r>
          </w:p>
          <w:p>
            <w:pPr>
              <w:spacing w:after="20" w:line="276" w:lineRule="auto"/>
            </w:pPr>
            <w:r>
              <w:rPr>
                <w:rFonts w:ascii="宋体" w:hAnsi="宋体" w:eastAsia="宋体"/>
                <w:b w:val="0"/>
                <w:sz w:val="18"/>
              </w:rPr>
              <w:t>教科书P54“整理和复习”第1题。</w:t>
            </w:r>
          </w:p>
          <w:p>
            <w:pPr>
              <w:spacing w:after="20" w:line="276" w:lineRule="auto"/>
            </w:pPr>
            <w:r>
              <w:rPr>
                <w:rFonts w:ascii="宋体" w:hAnsi="宋体" w:eastAsia="宋体"/>
                <w:b w:val="0"/>
                <w:sz w:val="18"/>
              </w:rPr>
              <w:t>（1）师：以0.3为例,画一画、涂一涂、说一说。</w:t>
            </w:r>
          </w:p>
          <w:p>
            <w:pPr>
              <w:spacing w:after="20" w:line="276" w:lineRule="auto"/>
            </w:pPr>
            <w:r>
              <w:rPr>
                <w:rFonts w:ascii="宋体" w:hAnsi="宋体" w:eastAsia="宋体"/>
                <w:b w:val="0"/>
                <w:sz w:val="18"/>
              </w:rPr>
              <w:t>（2）读出上面的小数,说一说小数的读法与整数的读法有什么不同。</w:t>
            </w:r>
          </w:p>
          <w:p>
            <w:pPr>
              <w:spacing w:after="20" w:line="276" w:lineRule="auto"/>
            </w:pPr>
            <w:r>
              <w:rPr>
                <w:rFonts w:ascii="宋体" w:hAnsi="宋体" w:eastAsia="宋体"/>
                <w:b w:val="0"/>
                <w:sz w:val="18"/>
              </w:rPr>
              <w:t>（3）把这几个小数按照从大到小的顺序排列。</w:t>
            </w:r>
          </w:p>
          <w:p>
            <w:pPr>
              <w:spacing w:after="20" w:line="276" w:lineRule="auto"/>
            </w:pPr>
            <w:r>
              <w:rPr>
                <w:rFonts w:ascii="宋体" w:hAnsi="宋体" w:eastAsia="宋体"/>
                <w:b w:val="0"/>
                <w:sz w:val="18"/>
              </w:rPr>
              <w:t>2.小数单位的换算。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本环节是这节课的重难点，一定要唤起学生的记忆，让他们经历自主回顾和整理的过程,在交流中学习,不断修正和完善自己的知识结构，并能运用知识解决问题。</w:t>
            </w:r>
          </w:p>
          <w:p>
            <w:pPr>
              <w:spacing w:after="20" w:line="276" w:lineRule="auto"/>
            </w:pPr>
            <w:r>
              <w:rPr>
                <w:rFonts w:ascii="宋体" w:hAnsi="宋体" w:eastAsia="宋体"/>
                <w:b w:val="0"/>
                <w:sz w:val="18"/>
              </w:rPr>
              <w:t>3.小数点移动引起小数大小变化的规律及小数的性质。</w:t>
            </w:r>
          </w:p>
          <w:p>
            <w:pPr>
              <w:spacing w:after="20" w:line="276" w:lineRule="auto"/>
            </w:pPr>
            <w:r>
              <w:rPr>
                <w:rFonts w:ascii="宋体" w:hAnsi="宋体" w:eastAsia="宋体"/>
                <w:b w:val="0"/>
                <w:sz w:val="18"/>
              </w:rPr>
              <w:t>教科书P54“整理和复习”第3题。</w:t>
            </w:r>
          </w:p>
          <w:p>
            <w:pPr>
              <w:spacing w:after="20" w:line="276" w:lineRule="auto"/>
            </w:pPr>
            <w:r>
              <w:rPr>
                <w:rFonts w:ascii="宋体" w:hAnsi="宋体" w:eastAsia="宋体"/>
                <w:b w:val="0"/>
                <w:sz w:val="18"/>
              </w:rPr>
              <w:t>（1）指名学生回答，说一说思考的过程。</w:t>
            </w:r>
          </w:p>
          <w:p>
            <w:pPr>
              <w:spacing w:after="20" w:line="276" w:lineRule="auto"/>
            </w:pPr>
            <w:r>
              <w:rPr>
                <w:rFonts w:ascii="宋体" w:hAnsi="宋体" w:eastAsia="宋体"/>
                <w:b w:val="0"/>
                <w:sz w:val="18"/>
              </w:rPr>
              <w:t>（2）比较3.54和3.540，你发现了什么?运用了什么性质?</w:t>
            </w:r>
          </w:p>
          <w:p>
            <w:pPr>
              <w:spacing w:after="20" w:line="276" w:lineRule="auto"/>
            </w:pPr>
            <w:r>
              <w:rPr>
                <w:rFonts w:ascii="宋体" w:hAnsi="宋体" w:eastAsia="宋体"/>
                <w:b w:val="0"/>
                <w:sz w:val="18"/>
              </w:rPr>
              <w:t>4.小数的近似数。</w:t>
            </w:r>
          </w:p>
          <w:p>
            <w:pPr>
              <w:spacing w:after="20" w:line="276" w:lineRule="auto"/>
            </w:pPr>
            <w:r>
              <w:rPr>
                <w:rFonts w:ascii="宋体" w:hAnsi="宋体" w:eastAsia="宋体"/>
                <w:b w:val="0"/>
                <w:sz w:val="18"/>
              </w:rPr>
              <w:t>（1）师:想一想,一个小数的近似数应该怎样求?保留整数表示精确到哪一位?(个位)保留一位小数,表示精确到哪一位?(十分位)保留两位小数,表示精确到哪一位?(百分位)取近似数时,小数末尾的“0”能不能去掉?</w:t>
            </w:r>
          </w:p>
          <w:p>
            <w:pPr>
              <w:spacing w:after="20" w:line="276" w:lineRule="auto"/>
            </w:pPr>
            <w:r>
              <w:rPr>
                <w:rFonts w:ascii="宋体" w:hAnsi="宋体" w:eastAsia="宋体"/>
                <w:b w:val="0"/>
                <w:sz w:val="18"/>
              </w:rPr>
              <w:t>指名学生口答。</w:t>
            </w:r>
          </w:p>
          <w:p>
            <w:pPr>
              <w:spacing w:after="20" w:line="276" w:lineRule="auto"/>
            </w:pPr>
            <w:r>
              <w:rPr>
                <w:rFonts w:ascii="宋体" w:hAnsi="宋体" w:eastAsia="宋体"/>
                <w:b w:val="0"/>
                <w:sz w:val="18"/>
              </w:rPr>
              <w:t>（2）完成教科书P54“整理和复习”第4题。</w:t>
            </w:r>
          </w:p>
          <w:p>
            <w:pPr>
              <w:spacing w:after="20" w:line="276" w:lineRule="auto"/>
            </w:pPr>
            <w:r>
              <w:rPr>
                <w:rFonts w:ascii="宋体" w:hAnsi="宋体" w:eastAsia="宋体"/>
                <w:b w:val="0"/>
                <w:sz w:val="18"/>
              </w:rPr>
              <w:t>先让一位学生说一说，把较大的数改写成用“万”或“亿”作单位的数时,应该怎样改写，然后请另一名学生具体说一说这道题应怎样做。</w:t>
            </w:r>
          </w:p>
        </w:tc>
        <w:tc>
          <w:tcPr>
            <w:tcW w:type="dxa" w:w="3061"/>
          </w:tcPr>
          <w:p>
            <w:pPr>
              <w:spacing w:after="20" w:line="276" w:lineRule="auto"/>
            </w:pPr>
            <w:r/>
            <w:r>
              <w:rPr>
                <w:rFonts w:ascii="宋体" w:hAnsi="宋体" w:eastAsia="宋体"/>
                <w:b w:val="0"/>
                <w:sz w:val="18"/>
              </w:rPr>
              <w:t>0.3里面有3个0.1,或者说0.3里面有3个十分之一。</w:t>
            </w:r>
          </w:p>
          <w:p>
            <w:pPr>
              <w:spacing w:after="20" w:line="276" w:lineRule="auto"/>
            </w:pPr>
            <w:r>
              <w:rPr>
                <w:rFonts w:ascii="宋体" w:hAnsi="宋体" w:eastAsia="宋体"/>
                <w:b w:val="0"/>
                <w:sz w:val="18"/>
              </w:rPr>
              <w:t>学生说一说自己是怎样想的，换算单位时要注意什么。</w:t>
            </w:r>
          </w:p>
          <w:p>
            <w:pPr>
              <w:spacing w:after="20" w:line="276" w:lineRule="auto"/>
            </w:pPr>
            <w:r>
              <w:rPr>
                <w:rFonts w:ascii="宋体" w:hAnsi="宋体" w:eastAsia="宋体"/>
                <w:b w:val="0"/>
                <w:sz w:val="18"/>
              </w:rPr>
              <w:t>学生在独立思考的基础上,在头脑中回忆不同单位之间的进率,比如质量单位、长度单位、面积单位等。</w:t>
            </w:r>
          </w:p>
        </w:tc>
        <w:tc>
          <w:tcPr>
            <w:tcW w:type="dxa" w:w="1814"/>
          </w:tcPr>
          <w:p>
            <w:pPr>
              <w:spacing w:after="20" w:line="276" w:lineRule="auto"/>
            </w:pPr>
            <w:r/>
            <w:r>
              <w:rPr>
                <w:rFonts w:ascii="宋体" w:hAnsi="宋体" w:eastAsia="宋体"/>
                <w:b w:val="0"/>
                <w:sz w:val="18"/>
              </w:rPr>
              <w:t>同一道题分为三个层次进行:第一层次通过数形结合让学生进一步理解小数的意义，第二层次在复习小数读法的基础上让学生说一说和整数的读法有什么不同，第三层次通过排列顺序回顾小数比较大小的方法。这三个层次逐步进行,一道题承担了小数的意义、小数的读法、小数的大小比较的复习,极大地提高了教学效率。</w:t>
            </w:r>
          </w:p>
          <w:p>
            <w:pPr>
              <w:spacing w:after="20" w:line="276" w:lineRule="auto"/>
            </w:pPr>
            <w:r>
              <w:rPr>
                <w:rFonts w:ascii="宋体" w:hAnsi="宋体" w:eastAsia="宋体"/>
                <w:b w:val="0"/>
                <w:sz w:val="18"/>
              </w:rPr>
              <w:t>呈现开放性的题目，打破以往的思维定式,调动学生思维的主动性,让学生主动复习不同单位之间的进率,主动沟通它们的异同点,促进学生发展逆向思维,完善认知结构。</w:t>
            </w:r>
          </w:p>
          <w:p>
            <w:pPr>
              <w:spacing w:after="20" w:line="276" w:lineRule="auto"/>
            </w:pPr>
            <w:r>
              <w:rPr>
                <w:rFonts w:ascii="宋体" w:hAnsi="宋体" w:eastAsia="宋体"/>
                <w:b w:val="0"/>
                <w:sz w:val="18"/>
              </w:rPr>
              <w:t>通过观察、比较、总结,整理和复习小数点怎样移动会引起数的相应变化,让学生在复习过程中自主梳理和概括。同时,在教科书题目的基础上加进了3.54和3.540的比较,把小数的性质运用融入其中,丰富了题目的层次,提高了课堂效率。</w:t>
            </w:r>
          </w:p>
          <w:p>
            <w:pPr>
              <w:spacing w:after="20" w:line="276" w:lineRule="auto"/>
            </w:pPr>
            <w:r>
              <w:rPr>
                <w:rFonts w:ascii="宋体" w:hAnsi="宋体" w:eastAsia="宋体"/>
                <w:b w:val="0"/>
                <w:sz w:val="18"/>
              </w:rPr>
              <w:t>对题目合理使用,使学生对近似数的回顾从基础上升到综合,意在让学生在掌握基本方法之后,学会逆向思考,培养学生的概括能力及抽象思维能力。</w:t>
            </w:r>
          </w:p>
        </w:tc>
      </w:tr>
      <w:tr>
        <w:tc>
          <w:tcPr>
            <w:tcW w:type="dxa" w:w="1474"/>
          </w:tcPr>
          <w:p>
            <w:pPr>
              <w:spacing w:after="20" w:line="276" w:lineRule="auto"/>
            </w:pPr>
            <w:r>
              <w:rPr>
                <w:b/>
              </w:rPr>
            </w:r>
            <w:r>
              <w:rPr>
                <w:rFonts w:ascii="宋体" w:hAnsi="宋体" w:eastAsia="宋体"/>
                <w:b/>
                <w:sz w:val="18"/>
              </w:rPr>
              <w:t>三、综合运用，解决问题</w:t>
            </w:r>
          </w:p>
        </w:tc>
        <w:tc>
          <w:tcPr>
            <w:tcW w:type="dxa" w:w="3061"/>
          </w:tcPr>
          <w:p>
            <w:pPr>
              <w:spacing w:after="20" w:line="276" w:lineRule="auto"/>
            </w:pPr>
            <w:r/>
            <w:r>
              <w:rPr>
                <w:rFonts w:ascii="宋体" w:hAnsi="宋体" w:eastAsia="宋体"/>
                <w:b w:val="0"/>
                <w:sz w:val="18"/>
              </w:rPr>
              <w:t>1.教科书P54“整理和复习”第2题。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（2）指名学生汇报，说一说是怎样比较的。</w:t>
            </w:r>
          </w:p>
          <w:p>
            <w:pPr>
              <w:spacing w:after="20" w:line="276" w:lineRule="auto"/>
            </w:pPr>
            <w:r>
              <w:rPr>
                <w:rFonts w:ascii="宋体" w:hAnsi="宋体" w:eastAsia="宋体"/>
                <w:b w:val="0"/>
                <w:sz w:val="18"/>
              </w:rPr>
              <w:t>2.教科书P55“练习十四”第3题。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（2）集体交流汇报，说说你是怎样改写的。</w:t>
            </w:r>
          </w:p>
          <w:p>
            <w:pPr>
              <w:spacing w:after="20" w:line="276" w:lineRule="auto"/>
            </w:pPr>
            <w:r>
              <w:rPr>
                <w:rFonts w:ascii="宋体" w:hAnsi="宋体" w:eastAsia="宋体"/>
                <w:b w:val="0"/>
                <w:sz w:val="18"/>
              </w:rPr>
              <w:t>3.教科书P56“练习十四”第9题。</w:t>
            </w:r>
          </w:p>
        </w:tc>
        <w:tc>
          <w:tcPr>
            <w:tcW w:type="dxa" w:w="3061"/>
          </w:tcPr>
          <w:p>
            <w:pPr>
              <w:spacing w:after="20" w:line="276" w:lineRule="auto"/>
            </w:pPr>
            <w:r/>
            <w:r>
              <w:rPr>
                <w:rFonts w:ascii="宋体" w:hAnsi="宋体" w:eastAsia="宋体"/>
                <w:b w:val="0"/>
                <w:sz w:val="18"/>
              </w:rPr>
              <w:t>学生独立完成，同桌互批互评。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师：这节课我们整理和复习了哪些知识？你有什么收获？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引导学生回顾梳理本课所学，完善认知结构，提升归纳与反思能力，核心问题："这节课我们整理和复习了哪些知识？你有什么收获？"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完成教科书P54“整理和复习”第1～4题，P55~56“练习十四”第3、9题。</w:t>
      </w:r>
    </w:p>
    <w:p>
      <w:pPr>
        <w:spacing w:after="40" w:line="300" w:lineRule="auto"/>
        <w:ind w:firstLine="400"/>
      </w:pPr>
      <w:r>
        <w:rPr>
          <w:rFonts w:ascii="宋体" w:hAnsi="宋体" w:eastAsia="宋体"/>
          <w:b w:val="0"/>
          <w:sz w:val="20"/>
        </w:rPr>
        <w:t>② 原设计安排：见“状元成才路”系列丛书《创优作业100分》对应课时作业。 【教学笔记】 1.填一填。 (1)武汉长江大桥是武汉市重要的历史标志性建筑之一，素有“万里长江第一桥”的美誉，全长约为1.67 km。 ①请你在右面的计数器上表示出1.67。 ②1.67读作( )，它的计数单位是( )，再添上( )个这样的计数单位正好是2。 ③不改变数的大小，把1.67改写成三位小数是( )。 (2)0.32扩大到原数的10倍是( )，23.1缩小到原数的eq \f(1,100)是( )。 (3)状状设计了一个如右图所示的小程序，如果输入的数是1.2，那么输出的数是( )。 (4)0.4 km＝( )m 8 t60 kg＝( )t 306平方米＝( )公顷 (5)据预测，到2050年前后我国60岁及以上老年人的人口数量将达到487000000人，横线上的数改写成用“亿”作单位的数是( )亿，保留一位小数是( )亿。 2.在INCLUDEPICTURE"圆圆.tif"里填上“&gt;”“&lt;”或“＝”，在□里填上合适的数字。 3.62INCLUDEPICTURE"圆圆.tif"3.67 3.8 kgINCLUDEPICTURE"圆圆.tif"3 kg80 g 8.80INCLUDEPICTURE"圆圆.tif"8.8 0.□7 m&lt;30 cm 7□g&lt;0.075 kg 26.□4 m2&gt;2654 dm2 3.松柏林能产生杀菌素净化空气。10 m2的松柏林每天能产生杀菌素62 g，照这样计算，1000 m2的松柏林每天能产生多少千克的杀菌素？1公顷的松柏林呢？ 4.元元买了两盆盆栽，培育1个月后，她测量了这两盆盆栽的生长高度，第一盆盆栽大约长高了8.0 cm，第二盆盆栽大约长高了7.9 cm，哪一盆盆栽长得快些？为什么？(测量结果均为两位小数) 5.四名同学100米赛跑的成绩分别为18.2秒、18.7秒、19.3秒、17.9秒。小伟说：“我比小刚快，但比小聪慢。”小刚说：“我比小强慢。”小强说：“我比小伟慢。”这四名同学100米赛跑的成绩各是多少？ 参考答案 1．(1)①图略 ②一点六七 0.01 33 ③1.670 (2)3.2 0.231 (3)120 (4)400 8.06 0.0306 (5)4.87 4.9 2．＜ ＞ ＝ 0 3 6(所填数字均不唯一) 3．62÷10＝6.2(g) 1公顷＝10000 m2 6.2×1000＝6200(g) 6200 g＝6.2 kg 6.2×10000＝62000(g) 62000 g＝62 kg 4．第一盆盆栽长得快些。理由：第一盆盆栽的生长高度最矮是7.95 cm，第二盆盆栽的生长高度最高是7.94 cm，7.95＞7.94，所以第一盆盆栽长得快些。 5．小聪17.9秒，小伟18.2秒，小强18.7秒，小刚19.3秒。</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小数的意义和性质”这一单元知识内容较多,怎样让学生在短时间内完成整理和复习,达到提高解决问题能力的目的?本节课遵循“回顾整理——重点解析——解决问题——总结提升”的流程,让学生经历回顾整理、解决问题的过程。在教学中引导学生回忆、交流、梳理相关知识,以练习促进整理,以练习促进概括和总结。在思考和互动交流中加深学生对所学内容的理解,力求达到在回顾中梳理知识、在对比中沟通联系、在应用中发展策略的目标,同时积累整理和复习的经验。一节课下来，基本达到预期目标。</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练习课（小数的性质和大小比较）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练习课（小数的性质和大小比较）</w:t>
            </w:r>
          </w:p>
        </w:tc>
        <w:tc>
          <w:tcPr>
            <w:tcW w:type="dxa" w:w="6009"/>
          </w:tcPr>
          <w:p>
            <w:pPr>
              <w:spacing w:after="20" w:line="276" w:lineRule="auto"/>
            </w:pPr>
            <w:r/>
            <w:r>
              <w:rPr>
                <w:rFonts w:ascii="宋体" w:hAnsi="宋体" w:eastAsia="宋体"/>
                <w:b w:val="0"/>
                <w:sz w:val="20"/>
              </w:rPr>
              <w:t>第4单元 小数的意义和性质（小数的性质和大小比较）</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教学内容：完成教科书P41~42“练习十”第1、2、3、4、5、8、9题。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（1）进一步理解并掌握小数的性质，会用小数的性质化简和改写小数。</w:t>
      </w:r>
    </w:p>
    <w:p>
      <w:pPr>
        <w:spacing w:after="20" w:line="300" w:lineRule="auto"/>
        <w:ind w:firstLine="400"/>
      </w:pPr>
      <w:r>
        <w:rPr>
          <w:rFonts w:ascii="宋体" w:hAnsi="宋体" w:eastAsia="宋体"/>
          <w:b w:val="0"/>
          <w:sz w:val="20"/>
        </w:rPr>
        <w:t>（2）进一步掌握小数大小比较的方法,能正确地比较小数的大小，应用小数大小比较的方法解决实际问题。</w:t>
      </w:r>
    </w:p>
    <w:p>
      <w:pPr>
        <w:spacing w:after="20" w:line="300" w:lineRule="auto"/>
        <w:ind w:firstLine="400"/>
      </w:pPr>
      <w:r>
        <w:rPr>
          <w:rFonts w:ascii="宋体" w:hAnsi="宋体" w:eastAsia="宋体"/>
          <w:b w:val="0"/>
          <w:sz w:val="20"/>
        </w:rPr>
        <w:t>（3）培养学生的迁移类推能力,进一步体会数学与生活的密切联系。</w:t>
      </w:r>
    </w:p>
    <w:p>
      <w:pPr>
        <w:spacing w:after="20" w:line="300" w:lineRule="auto"/>
      </w:pPr>
      <w:r>
        <w:rPr>
          <w:rFonts w:ascii="宋体" w:hAnsi="宋体" w:eastAsia="宋体"/>
          <w:b w:val="0"/>
          <w:sz w:val="20"/>
        </w:rPr>
        <w:t>教学重点：理解并掌握小数的性质,应用小数的性质解决实际问题。</w:t>
      </w:r>
    </w:p>
    <w:p>
      <w:pPr>
        <w:spacing w:after="20" w:line="300" w:lineRule="auto"/>
      </w:pPr>
      <w:r>
        <w:rPr>
          <w:rFonts w:ascii="宋体" w:hAnsi="宋体" w:eastAsia="宋体"/>
          <w:b w:val="0"/>
          <w:sz w:val="20"/>
        </w:rPr>
        <w:t>教学难点：掌握小数大小比较的方法,应用小数大小比较的方法解决实际问题。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关于小数的性质和大小比较，同学们知道多少呢？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二、利用小数的性质解决实际问题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三、小数的大小比较在生活中的应用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四、课堂小结，拓展延伸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师：关于小数的性质和大小比较，同学们知道多少呢？</w:t>
            </w:r>
          </w:p>
          <w:p>
            <w:pPr>
              <w:spacing w:after="20" w:line="276" w:lineRule="auto"/>
            </w:pPr>
            <w:r>
              <w:rPr>
                <w:rFonts w:ascii="宋体" w:hAnsi="宋体" w:eastAsia="宋体"/>
                <w:b w:val="0"/>
                <w:sz w:val="18"/>
              </w:rPr>
              <w:t>师：同学们真棒！不仅知道了小数的性质和大小比较的方法，还会运用所学的知识解决问题。今天这节课我们继续来解决生活中的实际问题。</w:t>
            </w:r>
          </w:p>
        </w:tc>
        <w:tc>
          <w:tcPr>
            <w:tcW w:type="dxa" w:w="3061"/>
          </w:tcPr>
          <w:p>
            <w:pPr>
              <w:spacing w:after="20" w:line="276" w:lineRule="auto"/>
            </w:pPr>
            <w:r/>
            <w:r>
              <w:rPr>
                <w:rFonts w:ascii="宋体" w:hAnsi="宋体" w:eastAsia="宋体"/>
                <w:b w:val="0"/>
                <w:sz w:val="18"/>
              </w:rPr>
              <w:t>预设1：小数的性质是：小数的末尾添上“0”或去掉“0”,小数的大小不变。</w:t>
            </w:r>
          </w:p>
          <w:p>
            <w:pPr>
              <w:spacing w:after="20" w:line="276" w:lineRule="auto"/>
            </w:pPr>
            <w:r>
              <w:rPr>
                <w:rFonts w:ascii="宋体" w:hAnsi="宋体" w:eastAsia="宋体"/>
                <w:b w:val="0"/>
                <w:sz w:val="18"/>
              </w:rPr>
              <w:t>预设2：小数大小比较的方法是：先比较整数部分,整数部分大的数就大。整数部分相同,就比较十分位,十分位上的数大的那个数就大；十分位上的数相同,就比较百分位,百分位上的数大的那个数就大……</w:t>
            </w:r>
          </w:p>
          <w:p>
            <w:pPr>
              <w:spacing w:after="20" w:line="276" w:lineRule="auto"/>
            </w:pPr>
            <w:r>
              <w:rPr>
                <w:rFonts w:ascii="宋体" w:hAnsi="宋体" w:eastAsia="宋体"/>
                <w:b w:val="0"/>
                <w:sz w:val="18"/>
              </w:rPr>
              <w:t>预设3：应用小数的性质可以根据需要改写小数，应用小数大小比较的方法可以解决排名次等实际问题。</w:t>
            </w:r>
          </w:p>
        </w:tc>
        <w:tc>
          <w:tcPr>
            <w:tcW w:type="dxa" w:w="1814"/>
          </w:tcPr>
          <w:p>
            <w:pPr>
              <w:spacing w:after="20" w:line="276" w:lineRule="auto"/>
            </w:pPr>
            <w:r/>
            <w:r>
              <w:rPr>
                <w:rFonts w:ascii="宋体" w:hAnsi="宋体" w:eastAsia="宋体"/>
                <w:b w:val="0"/>
                <w:sz w:val="18"/>
              </w:rPr>
              <w:t>通过谈话引导学生回顾前面学过的小数的性质和大小比较的方法，既复习了旧知识，又为这节练习课的学习奠定了基础。</w:t>
            </w:r>
          </w:p>
        </w:tc>
      </w:tr>
      <w:tr>
        <w:tc>
          <w:tcPr>
            <w:tcW w:type="dxa" w:w="1474"/>
          </w:tcPr>
          <w:p>
            <w:pPr>
              <w:spacing w:after="20" w:line="276" w:lineRule="auto"/>
            </w:pPr>
            <w:r>
              <w:rPr>
                <w:b/>
              </w:rPr>
            </w:r>
            <w:r>
              <w:rPr>
                <w:rFonts w:ascii="宋体" w:hAnsi="宋体" w:eastAsia="宋体"/>
                <w:b/>
                <w:sz w:val="18"/>
              </w:rPr>
              <w:t>二、利用小数的性质解决实际问题</w:t>
            </w:r>
          </w:p>
        </w:tc>
        <w:tc>
          <w:tcPr>
            <w:tcW w:type="dxa" w:w="3061"/>
          </w:tcPr>
          <w:p>
            <w:pPr>
              <w:spacing w:after="20" w:line="276" w:lineRule="auto"/>
            </w:pPr>
            <w:r/>
            <w:r>
              <w:rPr>
                <w:rFonts w:ascii="宋体" w:hAnsi="宋体" w:eastAsia="宋体"/>
                <w:b w:val="0"/>
                <w:sz w:val="18"/>
              </w:rPr>
              <w:t>1.教科书P41“练习十”第1题。</w:t>
            </w:r>
          </w:p>
          <w:p>
            <w:pPr>
              <w:spacing w:after="20" w:line="276" w:lineRule="auto"/>
            </w:pPr>
            <w:r>
              <w:rPr>
                <w:rFonts w:ascii="宋体" w:hAnsi="宋体" w:eastAsia="宋体"/>
                <w:b w:val="0"/>
                <w:sz w:val="18"/>
              </w:rPr>
              <w:t>（1）学生独立思考后，同桌之间相互说一说。</w:t>
            </w:r>
          </w:p>
          <w:p>
            <w:pPr>
              <w:spacing w:after="20" w:line="276" w:lineRule="auto"/>
            </w:pPr>
            <w:r>
              <w:rPr>
                <w:rFonts w:ascii="宋体" w:hAnsi="宋体" w:eastAsia="宋体"/>
                <w:b w:val="0"/>
                <w:sz w:val="18"/>
              </w:rPr>
              <w:t>（2）集体交流订正，说明判断的理由。</w:t>
            </w:r>
          </w:p>
          <w:p>
            <w:pPr>
              <w:spacing w:after="20" w:line="276" w:lineRule="auto"/>
            </w:pPr>
            <w:r>
              <w:rPr>
                <w:rFonts w:ascii="宋体" w:hAnsi="宋体" w:eastAsia="宋体"/>
                <w:b w:val="0"/>
                <w:sz w:val="18"/>
              </w:rPr>
              <w:t>（3）教师引导提问：去掉“0”以后的数和原来的数比较,相同数位上的数还一样吗?数还一样大吗?使学生明确数中的有些“0”是不能去掉的。</w:t>
            </w:r>
          </w:p>
          <w:p>
            <w:pPr>
              <w:spacing w:after="20" w:line="276" w:lineRule="auto"/>
            </w:pPr>
            <w:r>
              <w:rPr>
                <w:rFonts w:ascii="宋体" w:hAnsi="宋体" w:eastAsia="宋体"/>
                <w:b w:val="0"/>
                <w:sz w:val="18"/>
              </w:rPr>
              <w:t>2.教科书P41“练习十”第2题。</w:t>
            </w:r>
          </w:p>
          <w:p>
            <w:pPr>
              <w:spacing w:after="20" w:line="276" w:lineRule="auto"/>
            </w:pPr>
            <w:r>
              <w:rPr>
                <w:rFonts w:ascii="宋体" w:hAnsi="宋体" w:eastAsia="宋体"/>
                <w:b w:val="0"/>
                <w:sz w:val="18"/>
              </w:rPr>
              <w:t>（1）学生自主连线答题。</w:t>
            </w:r>
          </w:p>
          <w:p>
            <w:pPr>
              <w:spacing w:after="20" w:line="276" w:lineRule="auto"/>
            </w:pPr>
            <w:r>
              <w:rPr>
                <w:rFonts w:ascii="宋体" w:hAnsi="宋体" w:eastAsia="宋体"/>
                <w:b w:val="0"/>
                <w:sz w:val="18"/>
              </w:rPr>
              <w:t>（2）同桌互批互评。</w:t>
            </w:r>
          </w:p>
          <w:p>
            <w:pPr>
              <w:spacing w:after="20" w:line="276" w:lineRule="auto"/>
            </w:pPr>
            <w:r>
              <w:rPr>
                <w:rFonts w:ascii="宋体" w:hAnsi="宋体" w:eastAsia="宋体"/>
                <w:b w:val="0"/>
                <w:sz w:val="18"/>
              </w:rPr>
              <w:t>（3）小组思考讨论：什么样的小数是相等的？</w:t>
            </w:r>
          </w:p>
          <w:p>
            <w:pPr>
              <w:spacing w:after="20" w:line="276" w:lineRule="auto"/>
            </w:pPr>
            <w:r>
              <w:rPr>
                <w:rFonts w:ascii="宋体" w:hAnsi="宋体" w:eastAsia="宋体"/>
                <w:b w:val="0"/>
                <w:sz w:val="18"/>
              </w:rPr>
              <w:t>在练习中既要关注结果的正确性，更要关注学生的说理过程。加强“说理”训练可进一步提高学生思维的自主性、灵活性和准确性。</w:t>
            </w:r>
          </w:p>
          <w:p>
            <w:pPr>
              <w:spacing w:after="20" w:line="276" w:lineRule="auto"/>
            </w:pPr>
            <w:r>
              <w:rPr>
                <w:rFonts w:ascii="宋体" w:hAnsi="宋体" w:eastAsia="宋体"/>
                <w:b w:val="0"/>
                <w:sz w:val="18"/>
              </w:rPr>
              <w:t>3.教科书P41“练习十”第3题。</w:t>
            </w:r>
          </w:p>
          <w:p>
            <w:pPr>
              <w:spacing w:after="20" w:line="276" w:lineRule="auto"/>
            </w:pPr>
            <w:r>
              <w:rPr>
                <w:rFonts w:ascii="宋体" w:hAnsi="宋体" w:eastAsia="宋体"/>
                <w:b w:val="0"/>
                <w:sz w:val="18"/>
              </w:rPr>
              <w:t>（1）学生思考后独立完成。</w:t>
            </w:r>
          </w:p>
          <w:p>
            <w:pPr>
              <w:spacing w:after="20" w:line="276" w:lineRule="auto"/>
            </w:pPr>
            <w:r>
              <w:rPr>
                <w:rFonts w:ascii="宋体" w:hAnsi="宋体" w:eastAsia="宋体"/>
                <w:b w:val="0"/>
                <w:sz w:val="18"/>
              </w:rPr>
              <w:t>（2）全班交流。教师引导学生明确：小数的末尾添上“0”或去掉“0”,小数的大小不变；整数的末尾添上“0”,大小发生了变化。</w:t>
            </w:r>
          </w:p>
          <w:p>
            <w:pPr>
              <w:spacing w:after="20" w:line="276" w:lineRule="auto"/>
            </w:pPr>
            <w:r>
              <w:rPr>
                <w:rFonts w:ascii="宋体" w:hAnsi="宋体" w:eastAsia="宋体"/>
                <w:b w:val="0"/>
                <w:sz w:val="18"/>
              </w:rPr>
              <w:t>4.教科书P41“练习十”第4题。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（2）集体交流订正。教师强调：整数改写成小数，要先在整数的右下角点上小数点，然后在小数点后添“0”。</w:t>
            </w:r>
          </w:p>
          <w:p>
            <w:pPr>
              <w:spacing w:after="20" w:line="276" w:lineRule="auto"/>
            </w:pPr>
            <w:r>
              <w:rPr>
                <w:rFonts w:ascii="宋体" w:hAnsi="宋体" w:eastAsia="宋体"/>
                <w:b w:val="0"/>
                <w:sz w:val="18"/>
              </w:rPr>
              <w:t>5.教科书P41“练习十”第5题。</w:t>
            </w:r>
          </w:p>
        </w:tc>
        <w:tc>
          <w:tcPr>
            <w:tcW w:type="dxa" w:w="3061"/>
          </w:tcPr>
          <w:p>
            <w:pPr>
              <w:spacing w:after="20" w:line="276" w:lineRule="auto"/>
            </w:pPr>
            <w:r/>
            <w:r>
              <w:rPr>
                <w:rFonts w:ascii="宋体" w:hAnsi="宋体" w:eastAsia="宋体"/>
                <w:b w:val="0"/>
                <w:sz w:val="18"/>
              </w:rPr>
              <w:t>多数学生解题没有问题，少数学生有困难，教师要引导学生分析不能去掉的“0”所在的位置。</w:t>
            </w:r>
          </w:p>
          <w:p>
            <w:pPr>
              <w:spacing w:after="20" w:line="276" w:lineRule="auto"/>
            </w:pPr>
            <w:r>
              <w:rPr>
                <w:rFonts w:ascii="宋体" w:hAnsi="宋体" w:eastAsia="宋体"/>
                <w:b w:val="0"/>
                <w:sz w:val="18"/>
              </w:rPr>
              <w:t>学生都能正确连线，教师引导学生得出相等的小数必须具备：①同一数位上的数字相同；②末尾的“0”不影响小数的大小。</w:t>
            </w:r>
          </w:p>
          <w:p>
            <w:pPr>
              <w:spacing w:after="20" w:line="276" w:lineRule="auto"/>
            </w:pPr>
            <w:r>
              <w:rPr>
                <w:rFonts w:ascii="宋体" w:hAnsi="宋体" w:eastAsia="宋体"/>
                <w:b w:val="0"/>
                <w:sz w:val="18"/>
              </w:rPr>
              <w:t>学生独立完成后同桌交换检查，有错误及时订正。</w:t>
            </w:r>
          </w:p>
          <w:p>
            <w:pPr>
              <w:spacing w:after="20" w:line="276" w:lineRule="auto"/>
            </w:pPr>
            <w:r>
              <w:rPr>
                <w:rFonts w:ascii="宋体" w:hAnsi="宋体" w:eastAsia="宋体"/>
                <w:b w:val="0"/>
                <w:sz w:val="18"/>
              </w:rPr>
              <w:t>学生有日常生活中购物的经验，很容易做对。</w:t>
            </w:r>
          </w:p>
        </w:tc>
        <w:tc>
          <w:tcPr>
            <w:tcW w:type="dxa" w:w="1814"/>
          </w:tcPr>
          <w:p>
            <w:pPr>
              <w:spacing w:after="20" w:line="276" w:lineRule="auto"/>
            </w:pPr>
            <w:r/>
            <w:r>
              <w:rPr>
                <w:rFonts w:ascii="宋体" w:hAnsi="宋体" w:eastAsia="宋体"/>
                <w:b w:val="0"/>
                <w:sz w:val="18"/>
              </w:rPr>
              <w:t>本环节每个练习安排的侧重点是不同的，通过分析，弄清楚题目要求，抓住训练重点，提高练习的针对性，帮助学生进一步理解小数的性质。</w:t>
            </w:r>
          </w:p>
        </w:tc>
      </w:tr>
      <w:tr>
        <w:tc>
          <w:tcPr>
            <w:tcW w:type="dxa" w:w="1474"/>
          </w:tcPr>
          <w:p>
            <w:pPr>
              <w:spacing w:after="20" w:line="276" w:lineRule="auto"/>
            </w:pPr>
            <w:r>
              <w:rPr>
                <w:b/>
              </w:rPr>
            </w:r>
            <w:r>
              <w:rPr>
                <w:rFonts w:ascii="宋体" w:hAnsi="宋体" w:eastAsia="宋体"/>
                <w:b/>
                <w:sz w:val="18"/>
              </w:rPr>
              <w:t>三、小数的大小比较在生活中的应用</w:t>
            </w:r>
          </w:p>
        </w:tc>
        <w:tc>
          <w:tcPr>
            <w:tcW w:type="dxa" w:w="3061"/>
          </w:tcPr>
          <w:p>
            <w:pPr>
              <w:spacing w:after="20" w:line="276" w:lineRule="auto"/>
            </w:pPr>
            <w:r/>
            <w:r>
              <w:rPr>
                <w:rFonts w:ascii="宋体" w:hAnsi="宋体" w:eastAsia="宋体"/>
                <w:b w:val="0"/>
                <w:sz w:val="18"/>
              </w:rPr>
              <w:t>1.教科书P42“练习十”第8题。</w:t>
            </w:r>
          </w:p>
          <w:p>
            <w:pPr>
              <w:spacing w:after="20" w:line="276" w:lineRule="auto"/>
            </w:pPr>
            <w:r>
              <w:rPr>
                <w:rFonts w:ascii="宋体" w:hAnsi="宋体" w:eastAsia="宋体"/>
                <w:b w:val="0"/>
                <w:sz w:val="18"/>
              </w:rPr>
              <w:t>（1）学生读题，理解题意。</w:t>
            </w:r>
          </w:p>
          <w:p>
            <w:pPr>
              <w:spacing w:after="20" w:line="276" w:lineRule="auto"/>
            </w:pPr>
            <w:r>
              <w:rPr>
                <w:rFonts w:ascii="宋体" w:hAnsi="宋体" w:eastAsia="宋体"/>
                <w:b w:val="0"/>
                <w:sz w:val="18"/>
              </w:rPr>
              <w:t>（2）分小组讨论后独立完成。</w:t>
            </w:r>
          </w:p>
          <w:p>
            <w:pPr>
              <w:spacing w:after="20" w:line="276" w:lineRule="auto"/>
            </w:pPr>
            <w:r>
              <w:rPr>
                <w:rFonts w:ascii="宋体" w:hAnsi="宋体" w:eastAsia="宋体"/>
                <w:b w:val="0"/>
                <w:sz w:val="18"/>
              </w:rPr>
              <w:t>（3）全班交流分享。</w:t>
            </w:r>
          </w:p>
          <w:p>
            <w:pPr>
              <w:spacing w:after="20" w:line="276" w:lineRule="auto"/>
            </w:pPr>
            <w:r>
              <w:rPr>
                <w:rFonts w:ascii="宋体" w:hAnsi="宋体" w:eastAsia="宋体"/>
                <w:b w:val="0"/>
                <w:sz w:val="18"/>
              </w:rPr>
              <w:t>2.教科书P42“练习十”第9题。</w:t>
            </w:r>
          </w:p>
          <w:p>
            <w:pPr>
              <w:spacing w:after="20" w:line="276" w:lineRule="auto"/>
            </w:pPr>
            <w:r>
              <w:rPr>
                <w:rFonts w:ascii="宋体" w:hAnsi="宋体" w:eastAsia="宋体"/>
                <w:b w:val="0"/>
                <w:sz w:val="18"/>
              </w:rPr>
              <w:t>（1）学生独立排序。</w:t>
            </w:r>
          </w:p>
          <w:p>
            <w:pPr>
              <w:spacing w:after="20" w:line="276" w:lineRule="auto"/>
            </w:pPr>
            <w:r>
              <w:rPr>
                <w:rFonts w:ascii="宋体" w:hAnsi="宋体" w:eastAsia="宋体"/>
                <w:b w:val="0"/>
                <w:sz w:val="18"/>
              </w:rPr>
              <w:t>（2）集体交流订正。</w:t>
            </w:r>
          </w:p>
        </w:tc>
        <w:tc>
          <w:tcPr>
            <w:tcW w:type="dxa" w:w="3061"/>
          </w:tcPr>
          <w:p>
            <w:pPr>
              <w:spacing w:after="20" w:line="276" w:lineRule="auto"/>
            </w:pPr>
            <w:r/>
            <w:r>
              <w:rPr>
                <w:rFonts w:ascii="宋体" w:hAnsi="宋体" w:eastAsia="宋体"/>
                <w:b w:val="0"/>
                <w:sz w:val="18"/>
              </w:rPr>
              <w:t>有的学生读题后不明白题意，教师在小组讨论时要适时加以引导：要知道每种物品到哪个商店买便宜，实际上是比较同一种物品在3个商店内的不同价格，也就是比较3个小数的大小。</w:t>
            </w:r>
          </w:p>
          <w:p>
            <w:pPr>
              <w:spacing w:after="20" w:line="276" w:lineRule="auto"/>
            </w:pPr>
            <w:r>
              <w:rPr>
                <w:rFonts w:ascii="宋体" w:hAnsi="宋体" w:eastAsia="宋体"/>
                <w:b w:val="0"/>
                <w:sz w:val="18"/>
              </w:rPr>
              <w:t>本题是比较4个小数的大小，学生可能不适应。练习中应鼓励学生用前面练习中的经验去解决问题，进而加强练习题之间的联系。</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四、课堂小结，拓展延伸</w:t>
            </w:r>
          </w:p>
        </w:tc>
        <w:tc>
          <w:tcPr>
            <w:tcW w:type="dxa" w:w="3061"/>
          </w:tcPr>
          <w:p>
            <w:pPr>
              <w:spacing w:after="20" w:line="276" w:lineRule="auto"/>
            </w:pPr>
            <w:r/>
            <w:r>
              <w:rPr>
                <w:rFonts w:ascii="宋体" w:hAnsi="宋体" w:eastAsia="宋体"/>
                <w:b w:val="0"/>
                <w:sz w:val="18"/>
              </w:rPr>
              <w:t>师：请同学们说一说本节课的收获，再谈谈在解决问题中有哪些需要注意或不懂的地方。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完成教科书P41~42“练习十”第1、2、3、4、5、8、9题。</w:t>
      </w:r>
    </w:p>
    <w:p>
      <w:pPr>
        <w:spacing w:after="40" w:line="300" w:lineRule="auto"/>
        <w:ind w:firstLine="400"/>
      </w:pPr>
      <w:r>
        <w:rPr>
          <w:rFonts w:ascii="宋体" w:hAnsi="宋体" w:eastAsia="宋体"/>
          <w:b w:val="0"/>
          <w:sz w:val="20"/>
        </w:rPr>
        <w:t>② 原设计安排：见“状元成才路”系列丛书《创优作业100分》对应课时作业。 【教学笔记】 【教学提示】 练习课上，教师应适时结合学生的解答情况组织学生交流，引导学生进行数学本质方法的提升。</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练习课涉及小数的性质和大小比较两个知识点,以处理“练习十”的习题为主,在遇到每种题型时,分析回顾相关知识点,以题带面,以点带面,强调知识点要注意的各个方面,尤其是做的方法,不是单一地对答案,更注重的是教授知识,讲授经验。但是也有很多不足之处,需要改正。首先,本节课以练习题为线索,难免在整体上松散、不严谨,说到什么题再去回顾相关知识,有很大的被动性。其次,学生练习的模式比较单一，少数学生容易在课堂上走神,难以调动全体学生的积极性。以后将进一步转化自己的教学角度,进一步了解学生的思维特点和学习状况,不断改进自己的教学方法和思想观念,不断修正自己,向高效课堂看齐。</w:t>
      </w:r>
    </w:p>
    <w:p>
      <w:r>
        <w:br w:type="page"/>
      </w:r>
    </w:p>
    <w:p>
      <w:pPr>
        <w:spacing w:after="80" w:line="300" w:lineRule="auto"/>
      </w:pPr>
      <w:r>
        <w:rPr>
          <w:rFonts w:ascii="黑体" w:hAnsi="黑体" w:eastAsia="黑体"/>
          <w:b/>
          <w:sz w:val="24"/>
        </w:rPr>
        <w:t>二、课时教学方案（第14课时）</w:t>
      </w:r>
    </w:p>
    <w:p>
      <w:pPr>
        <w:spacing w:after="80" w:line="300" w:lineRule="auto"/>
      </w:pPr>
      <w:r>
        <w:rPr>
          <w:rFonts w:ascii="黑体" w:hAnsi="黑体" w:eastAsia="黑体"/>
          <w:b/>
          <w:sz w:val="24"/>
        </w:rPr>
        <w:t>第14课时　练习课（整理和复习）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第14课时　练习课（整理和复习）</w:t>
            </w:r>
          </w:p>
        </w:tc>
        <w:tc>
          <w:tcPr>
            <w:tcW w:type="dxa" w:w="6009"/>
          </w:tcPr>
          <w:p>
            <w:pPr>
              <w:spacing w:after="20" w:line="276" w:lineRule="auto"/>
            </w:pPr>
            <w:r/>
            <w:r>
              <w:rPr>
                <w:rFonts w:ascii="宋体" w:hAnsi="宋体" w:eastAsia="宋体"/>
                <w:b w:val="0"/>
                <w:sz w:val="20"/>
              </w:rPr>
              <w:t>第4单元 小数的意义和性质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有了学习概念的经验，他们在学习自然数、分数的初步认识过程中体会到了概念的学习需要从实际中抽象、辨析、运用。在知识上他们已经初步掌握了分数的基本知识,会根据具体的情境写分数；会读写小数,能结合具体的计量单位说出小数表示的实际含义,会进行简单的一位小数的加减,会比较简单的两位小数的大小；知道米、分米、厘米之间的进率,知道厘米与毫米之间的进率。这些知识都是本单元教学的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教学内容：完成教科书P55～56“练习十四”第1、2、4、5、6、7题。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（1）通过练习,进一步理解小数的意义和性质,会比较小数的大小,掌握小数点移动引起小数大小变化的规律,熟练掌握小数与单位换算和求一个小数的近似数的方法。</w:t>
      </w:r>
    </w:p>
    <w:p>
      <w:pPr>
        <w:spacing w:after="20" w:line="300" w:lineRule="auto"/>
        <w:ind w:firstLine="400"/>
      </w:pPr>
      <w:r>
        <w:rPr>
          <w:rFonts w:ascii="宋体" w:hAnsi="宋体" w:eastAsia="宋体"/>
          <w:b w:val="0"/>
          <w:sz w:val="20"/>
        </w:rPr>
        <w:t>（2）在练习中，引导学生进行知识、方法等方面的归纳概括，进一步深化学生的理解，形成整体认知结构。</w:t>
      </w:r>
    </w:p>
    <w:p>
      <w:pPr>
        <w:spacing w:after="20" w:line="300" w:lineRule="auto"/>
        <w:ind w:firstLine="400"/>
      </w:pPr>
      <w:r>
        <w:rPr>
          <w:rFonts w:ascii="宋体" w:hAnsi="宋体" w:eastAsia="宋体"/>
          <w:b w:val="0"/>
          <w:sz w:val="20"/>
        </w:rPr>
        <w:t>（3）使学生体验成功掌握数学知识带来的喜悦,激发学生的学习兴趣,培养善于归纳总结、自我激励的良好学习习惯。</w:t>
      </w:r>
    </w:p>
    <w:p>
      <w:pPr>
        <w:spacing w:after="20" w:line="300" w:lineRule="auto"/>
      </w:pPr>
      <w:r>
        <w:rPr>
          <w:rFonts w:ascii="宋体" w:hAnsi="宋体" w:eastAsia="宋体"/>
          <w:b w:val="0"/>
          <w:sz w:val="20"/>
        </w:rPr>
        <w:t>教学重点：理解小数的意义,掌握小数的性质和小数点移动引起小数大小变化的规律。</w:t>
      </w:r>
    </w:p>
    <w:p>
      <w:pPr>
        <w:spacing w:after="20" w:line="300" w:lineRule="auto"/>
      </w:pPr>
      <w:r>
        <w:rPr>
          <w:rFonts w:ascii="宋体" w:hAnsi="宋体" w:eastAsia="宋体"/>
          <w:b w:val="0"/>
          <w:sz w:val="20"/>
        </w:rPr>
        <w:t>教学难点：用“四舍五入”法按要求求出小数的近似数，小数与单位换算的应用及综合应用知识解决问题的能力。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同学们，我们已经学习了“小数的意义和性质”这一单元的内容，谁来说说你掌握了关于小数的哪些知识？还有没有需要补充的？</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二、基础练习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三、提高练习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四、拓展练习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通过这节课的练习，你有什么收获？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师：同学们，我们已经学习了“小数的意义和性质”这一单元的内容，谁来说说你掌握了关于小数的哪些知识？还有没有需要补充的？</w:t>
            </w:r>
          </w:p>
          <w:p>
            <w:pPr>
              <w:spacing w:after="20" w:line="276" w:lineRule="auto"/>
            </w:pPr>
            <w:r>
              <w:rPr>
                <w:rFonts w:ascii="宋体" w:hAnsi="宋体" w:eastAsia="宋体"/>
                <w:b w:val="0"/>
                <w:sz w:val="18"/>
              </w:rPr>
              <w:t>师：同学们真棒！通过本单元的学习掌握了这么多的新知识，今天这节课老师想考验大家，看看你们到底学得怎么样。</w:t>
            </w:r>
          </w:p>
        </w:tc>
        <w:tc>
          <w:tcPr>
            <w:tcW w:type="dxa" w:w="3061"/>
          </w:tcPr>
          <w:p>
            <w:pPr>
              <w:spacing w:after="20" w:line="276" w:lineRule="auto"/>
            </w:pPr>
            <w:r/>
            <w:r>
              <w:rPr>
                <w:rFonts w:ascii="宋体" w:hAnsi="宋体" w:eastAsia="宋体"/>
                <w:b w:val="0"/>
                <w:sz w:val="18"/>
              </w:rPr>
              <w:t>小数的意义和读写法、小数的性质和大小比较、小数点移动引起小数大小变化的规律、小数与单位换算和小数的近似数五部分内容。</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我们已经学习了“小数的意义和性质”这一单元的内容，谁来说说你掌握了关于小数的哪些知识？还有没有需要补充的？"</w:t>
            </w:r>
          </w:p>
        </w:tc>
      </w:tr>
      <w:tr>
        <w:tc>
          <w:tcPr>
            <w:tcW w:type="dxa" w:w="1474"/>
          </w:tcPr>
          <w:p>
            <w:pPr>
              <w:spacing w:after="20" w:line="276" w:lineRule="auto"/>
            </w:pPr>
            <w:r>
              <w:rPr>
                <w:b/>
              </w:rPr>
            </w:r>
            <w:r>
              <w:rPr>
                <w:rFonts w:ascii="宋体" w:hAnsi="宋体" w:eastAsia="宋体"/>
                <w:b/>
                <w:sz w:val="18"/>
              </w:rPr>
              <w:t>二、基础练习</w:t>
            </w:r>
          </w:p>
        </w:tc>
        <w:tc>
          <w:tcPr>
            <w:tcW w:type="dxa" w:w="3061"/>
          </w:tcPr>
          <w:p>
            <w:pPr>
              <w:spacing w:after="20" w:line="276" w:lineRule="auto"/>
            </w:pPr>
            <w:r/>
            <w:r>
              <w:rPr>
                <w:rFonts w:ascii="宋体" w:hAnsi="宋体" w:eastAsia="宋体"/>
                <w:b w:val="0"/>
                <w:sz w:val="18"/>
              </w:rPr>
              <w:t>1.教科书P55“练习十四”第1题。</w:t>
            </w:r>
          </w:p>
          <w:p>
            <w:pPr>
              <w:spacing w:after="20" w:line="276" w:lineRule="auto"/>
            </w:pPr>
            <w:r>
              <w:rPr>
                <w:rFonts w:ascii="宋体" w:hAnsi="宋体" w:eastAsia="宋体"/>
                <w:b w:val="0"/>
                <w:sz w:val="18"/>
              </w:rPr>
              <w:t>（1）学生自主涂色。</w:t>
            </w:r>
          </w:p>
          <w:p>
            <w:pPr>
              <w:spacing w:after="20" w:line="276" w:lineRule="auto"/>
            </w:pPr>
            <w:r>
              <w:rPr>
                <w:rFonts w:ascii="宋体" w:hAnsi="宋体" w:eastAsia="宋体"/>
                <w:b w:val="0"/>
                <w:sz w:val="18"/>
              </w:rPr>
              <w:t>（2）同桌交换检查订正。</w:t>
            </w:r>
          </w:p>
          <w:p>
            <w:pPr>
              <w:spacing w:after="20" w:line="276" w:lineRule="auto"/>
            </w:pPr>
            <w:r>
              <w:rPr>
                <w:rFonts w:ascii="宋体" w:hAnsi="宋体" w:eastAsia="宋体"/>
                <w:b w:val="0"/>
                <w:sz w:val="18"/>
              </w:rPr>
              <w:t>2.教科书P55“练习十四”第2题。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（2）指名汇报，结合具体量说说小数的实际含义。</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4.教科书P55“练习十四”第4题。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（2）汇报后归纳总结。</w:t>
            </w:r>
          </w:p>
          <w:p>
            <w:pPr>
              <w:spacing w:after="20" w:line="276" w:lineRule="auto"/>
            </w:pPr>
            <w:r>
              <w:rPr>
                <w:rFonts w:ascii="宋体" w:hAnsi="宋体" w:eastAsia="宋体"/>
                <w:b w:val="0"/>
                <w:sz w:val="18"/>
              </w:rPr>
              <w:t>5.教科书P56“练习十四”第6题。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（2）小组内交流订正，互批互评。</w:t>
            </w:r>
          </w:p>
        </w:tc>
        <w:tc>
          <w:tcPr>
            <w:tcW w:type="dxa" w:w="3061"/>
          </w:tcPr>
          <w:p>
            <w:pPr>
              <w:spacing w:after="20" w:line="276" w:lineRule="auto"/>
            </w:pPr>
            <w:r/>
            <w:r>
              <w:rPr>
                <w:rFonts w:ascii="宋体" w:hAnsi="宋体" w:eastAsia="宋体"/>
                <w:b w:val="0"/>
                <w:sz w:val="18"/>
              </w:rPr>
              <w:t>学生口答，教师引导学生说说为什么这样分类。</w:t>
            </w:r>
          </w:p>
          <w:p>
            <w:pPr>
              <w:spacing w:after="20" w:line="276" w:lineRule="auto"/>
            </w:pPr>
            <w:r>
              <w:rPr>
                <w:rFonts w:ascii="宋体" w:hAnsi="宋体" w:eastAsia="宋体"/>
                <w:b w:val="0"/>
                <w:sz w:val="18"/>
              </w:rPr>
              <w:t>同桌间可以互相说说各部分的具体内容。</w:t>
            </w:r>
          </w:p>
          <w:p>
            <w:pPr>
              <w:spacing w:after="20" w:line="276" w:lineRule="auto"/>
            </w:pPr>
            <w:r>
              <w:rPr>
                <w:rFonts w:ascii="宋体" w:hAnsi="宋体" w:eastAsia="宋体"/>
                <w:b w:val="0"/>
                <w:sz w:val="18"/>
              </w:rPr>
              <w:t>这五道题都是基础题，大部分学生都没有问题，教师要及时对学习有困难的学生进行指导，如：练习中可适当停一停，组织学生交流方法，让理解稍差的学生往前赶一赶，让理解较好的学生帮一帮。</w:t>
            </w:r>
          </w:p>
        </w:tc>
        <w:tc>
          <w:tcPr>
            <w:tcW w:type="dxa" w:w="1814"/>
          </w:tcPr>
          <w:p>
            <w:pPr>
              <w:spacing w:after="20" w:line="276" w:lineRule="auto"/>
            </w:pPr>
            <w:r/>
            <w:r>
              <w:rPr>
                <w:rFonts w:ascii="宋体" w:hAnsi="宋体" w:eastAsia="宋体"/>
                <w:b w:val="0"/>
                <w:sz w:val="18"/>
              </w:rPr>
              <w:t>通过基础练习夯实基础，及时关注对学习感到困难的学生，使得“人人都能获得良好的数学教育，不同的人在数学上得到不同的发展”。</w:t>
            </w:r>
          </w:p>
        </w:tc>
      </w:tr>
      <w:tr>
        <w:tc>
          <w:tcPr>
            <w:tcW w:type="dxa" w:w="1474"/>
          </w:tcPr>
          <w:p>
            <w:pPr>
              <w:spacing w:after="20" w:line="276" w:lineRule="auto"/>
            </w:pPr>
            <w:r>
              <w:rPr>
                <w:b/>
              </w:rPr>
            </w:r>
            <w:r>
              <w:rPr>
                <w:rFonts w:ascii="宋体" w:hAnsi="宋体" w:eastAsia="宋体"/>
                <w:b/>
                <w:sz w:val="18"/>
              </w:rPr>
              <w:t>三、提高练习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2.教科书P56“练习十四”第5题。</w:t>
            </w:r>
          </w:p>
          <w:p>
            <w:pPr>
              <w:spacing w:after="20" w:line="276" w:lineRule="auto"/>
            </w:pPr>
            <w:r>
              <w:rPr>
                <w:rFonts w:ascii="宋体" w:hAnsi="宋体" w:eastAsia="宋体"/>
                <w:b w:val="0"/>
                <w:sz w:val="18"/>
              </w:rPr>
              <w:t>（1）学生自主判断。</w:t>
            </w:r>
          </w:p>
          <w:p>
            <w:pPr>
              <w:spacing w:after="20" w:line="276" w:lineRule="auto"/>
            </w:pPr>
            <w:r>
              <w:rPr>
                <w:rFonts w:ascii="宋体" w:hAnsi="宋体" w:eastAsia="宋体"/>
                <w:b w:val="0"/>
                <w:sz w:val="18"/>
              </w:rPr>
              <w:t>（2）集体交流订正，说说这样判断的理由。</w:t>
            </w:r>
          </w:p>
          <w:p>
            <w:pPr>
              <w:spacing w:after="20" w:line="276" w:lineRule="auto"/>
            </w:pPr>
            <w:r>
              <w:rPr>
                <w:rFonts w:ascii="宋体" w:hAnsi="宋体" w:eastAsia="宋体"/>
                <w:b w:val="0"/>
                <w:sz w:val="18"/>
              </w:rPr>
              <w:t>3.教科书P56“练习十四”第7题。</w:t>
            </w:r>
          </w:p>
          <w:p>
            <w:pPr>
              <w:spacing w:after="20" w:line="276" w:lineRule="auto"/>
            </w:pPr>
            <w:r>
              <w:rPr>
                <w:rFonts w:ascii="宋体" w:hAnsi="宋体" w:eastAsia="宋体"/>
                <w:b w:val="0"/>
                <w:sz w:val="18"/>
              </w:rPr>
              <w:t>（1）分小组讨论解题思路。</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（3）集中交流方法和结果。</w:t>
            </w:r>
          </w:p>
          <w:p>
            <w:pPr>
              <w:spacing w:after="20" w:line="276" w:lineRule="auto"/>
            </w:pPr>
            <w:r>
              <w:rPr>
                <w:rFonts w:ascii="宋体" w:hAnsi="宋体" w:eastAsia="宋体"/>
                <w:b w:val="0"/>
                <w:sz w:val="18"/>
              </w:rPr>
              <w:t>4.课件出示习题。</w:t>
            </w:r>
          </w:p>
          <w:p>
            <w:pPr>
              <w:spacing w:after="20" w:line="276" w:lineRule="auto"/>
            </w:pPr>
            <w:r>
              <w:rPr>
                <w:rFonts w:ascii="宋体" w:hAnsi="宋体" w:eastAsia="宋体"/>
                <w:b w:val="0"/>
                <w:sz w:val="18"/>
              </w:rPr>
              <w:t>（1）学生读题，理顺思路。</w:t>
            </w:r>
          </w:p>
          <w:p>
            <w:pPr>
              <w:spacing w:after="20" w:line="276" w:lineRule="auto"/>
            </w:pPr>
            <w:r>
              <w:rPr>
                <w:rFonts w:ascii="宋体" w:hAnsi="宋体" w:eastAsia="宋体"/>
                <w:b w:val="0"/>
                <w:sz w:val="18"/>
              </w:rPr>
              <w:t>（2）动手完成，同桌可以商量一下。</w:t>
            </w:r>
          </w:p>
          <w:p>
            <w:pPr>
              <w:spacing w:after="20" w:line="276" w:lineRule="auto"/>
            </w:pPr>
            <w:r>
              <w:rPr>
                <w:rFonts w:ascii="宋体" w:hAnsi="宋体" w:eastAsia="宋体"/>
                <w:b w:val="0"/>
                <w:sz w:val="18"/>
              </w:rPr>
              <w:t>（3）集体交流汇报。</w:t>
            </w:r>
          </w:p>
          <w:p>
            <w:pPr>
              <w:spacing w:after="20" w:line="276" w:lineRule="auto"/>
            </w:pPr>
            <w:r>
              <w:rPr>
                <w:rFonts w:ascii="宋体" w:hAnsi="宋体" w:eastAsia="宋体"/>
                <w:b w:val="0"/>
                <w:sz w:val="18"/>
              </w:rPr>
              <w:t>在练习过程中，教师要有意识地引导学生进行对比分析，如正确的和错误的案例对比分析、两个题目之间的对比分析等，使知识结构更加清晰。</w:t>
            </w:r>
          </w:p>
        </w:tc>
        <w:tc>
          <w:tcPr>
            <w:tcW w:type="dxa" w:w="3061"/>
          </w:tcPr>
          <w:p>
            <w:pPr>
              <w:spacing w:after="20" w:line="276" w:lineRule="auto"/>
            </w:pPr>
            <w:r/>
            <w:r>
              <w:rPr>
                <w:rFonts w:ascii="宋体" w:hAnsi="宋体" w:eastAsia="宋体"/>
                <w:b w:val="0"/>
                <w:sz w:val="18"/>
              </w:rPr>
              <w:t>学生独立完成后集体交流汇报。</w:t>
            </w:r>
          </w:p>
          <w:p>
            <w:pPr>
              <w:spacing w:after="20" w:line="276" w:lineRule="auto"/>
            </w:pPr>
            <w:r>
              <w:rPr>
                <w:rFonts w:ascii="宋体" w:hAnsi="宋体" w:eastAsia="宋体"/>
                <w:b w:val="0"/>
                <w:sz w:val="18"/>
              </w:rPr>
              <w:t>学生可能出现以下错误：第（1）题50.7或5.07；第（2）题6.606或60.666等。教师要引导学生加强理解小数的意义，对照小数的数位顺序表进行纠错。</w:t>
            </w:r>
          </w:p>
          <w:p>
            <w:pPr>
              <w:spacing w:after="20" w:line="276" w:lineRule="auto"/>
            </w:pPr>
            <w:r>
              <w:rPr>
                <w:rFonts w:ascii="宋体" w:hAnsi="宋体" w:eastAsia="宋体"/>
                <w:b w:val="0"/>
                <w:sz w:val="18"/>
              </w:rPr>
              <w:t>学生结合小数大小比较的方法和名数改写的方法能找到部分答案，但是不完整，教师要引导学生充分体会答案的不唯一性，确定“合适数字”的取值范围，完善答案。</w:t>
            </w:r>
          </w:p>
          <w:p>
            <w:pPr>
              <w:spacing w:after="20" w:line="276" w:lineRule="auto"/>
            </w:pPr>
            <w:r>
              <w:rPr>
                <w:rFonts w:ascii="宋体" w:hAnsi="宋体" w:eastAsia="宋体"/>
                <w:b w:val="0"/>
                <w:sz w:val="18"/>
              </w:rPr>
              <w:t>可能有学生把体重的顺序排好后直接按甲、乙、丙、丁的顺序对号入座了，教师要引导学生结合甲、乙、丙、丁四人体重之间的关系再次分析，最终找到正确答案。</w:t>
            </w:r>
          </w:p>
        </w:tc>
        <w:tc>
          <w:tcPr>
            <w:tcW w:type="dxa" w:w="1814"/>
          </w:tcPr>
          <w:p>
            <w:pPr>
              <w:spacing w:after="20" w:line="276" w:lineRule="auto"/>
            </w:pPr>
            <w:r/>
            <w:r>
              <w:rPr>
                <w:rFonts w:ascii="宋体" w:hAnsi="宋体" w:eastAsia="宋体"/>
                <w:b w:val="0"/>
                <w:sz w:val="18"/>
              </w:rPr>
              <w:t>本环节要求学生综合运用所学知识解题，意在加深学生对相关知识的理解，培养综合解题的能力和发散性思维。</w:t>
            </w:r>
          </w:p>
        </w:tc>
      </w:tr>
      <w:tr>
        <w:tc>
          <w:tcPr>
            <w:tcW w:type="dxa" w:w="1474"/>
          </w:tcPr>
          <w:p>
            <w:pPr>
              <w:spacing w:after="20" w:line="276" w:lineRule="auto"/>
            </w:pPr>
            <w:r>
              <w:rPr>
                <w:b/>
              </w:rPr>
            </w:r>
            <w:r>
              <w:rPr>
                <w:rFonts w:ascii="宋体" w:hAnsi="宋体" w:eastAsia="宋体"/>
                <w:b/>
                <w:sz w:val="18"/>
              </w:rPr>
              <w:t>四、拓展练习</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（1）学生读题，理解题意。</w:t>
            </w:r>
          </w:p>
          <w:p>
            <w:pPr>
              <w:spacing w:after="20" w:line="276" w:lineRule="auto"/>
            </w:pPr>
            <w:r>
              <w:rPr>
                <w:rFonts w:ascii="宋体" w:hAnsi="宋体" w:eastAsia="宋体"/>
                <w:b w:val="0"/>
                <w:sz w:val="18"/>
              </w:rPr>
              <w:t>（2）学生独立完成后组内交换意见。</w:t>
            </w:r>
          </w:p>
          <w:p>
            <w:pPr>
              <w:spacing w:after="20" w:line="276" w:lineRule="auto"/>
            </w:pPr>
            <w:r>
              <w:rPr>
                <w:rFonts w:ascii="宋体" w:hAnsi="宋体" w:eastAsia="宋体"/>
                <w:b w:val="0"/>
                <w:sz w:val="18"/>
              </w:rPr>
              <w:t>（3）全班交流汇报。</w:t>
            </w:r>
          </w:p>
        </w:tc>
        <w:tc>
          <w:tcPr>
            <w:tcW w:type="dxa" w:w="3061"/>
          </w:tcPr>
          <w:p>
            <w:pPr>
              <w:spacing w:after="20" w:line="276" w:lineRule="auto"/>
            </w:pPr>
            <w:r/>
            <w:r>
              <w:rPr>
                <w:rFonts w:ascii="宋体" w:hAnsi="宋体" w:eastAsia="宋体"/>
                <w:b w:val="0"/>
                <w:sz w:val="18"/>
              </w:rPr>
              <w:t>学生能找到符合要求的小数，但要确定最大的和最小的数有困难，教师要耐心引导，让他们先找出所有符合要求的数，再比较大小，进而归纳总结此类问题的一般方法。</w:t>
            </w:r>
          </w:p>
        </w:tc>
        <w:tc>
          <w:tcPr>
            <w:tcW w:type="dxa" w:w="1814"/>
          </w:tcPr>
          <w:p>
            <w:pPr>
              <w:spacing w:after="20" w:line="276" w:lineRule="auto"/>
            </w:pPr>
            <w:r/>
            <w:r>
              <w:rPr>
                <w:rFonts w:ascii="宋体" w:hAnsi="宋体" w:eastAsia="宋体"/>
                <w:b w:val="0"/>
                <w:sz w:val="18"/>
              </w:rPr>
              <w:t>拓展练习是对本单元知识的拓展和延伸，在基本知识的基础上增加了变式练习，重在教给学生方法，训练他们的思维，为今后的学习奠定坚实的基础。</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师：通过这节课的练习，你有什么收获？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引导学生回顾梳理本课所学，完善认知结构，提升归纳与反思能力，核心问题："通过这节课的练习，你有什么收获？"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完成教科书P55～56“练习十四”第1、2、4、5、6、7题。</w:t>
      </w:r>
    </w:p>
    <w:p>
      <w:pPr>
        <w:spacing w:after="40" w:line="300" w:lineRule="auto"/>
        <w:ind w:firstLine="400"/>
      </w:pPr>
      <w:r>
        <w:rPr>
          <w:rFonts w:ascii="宋体" w:hAnsi="宋体" w:eastAsia="宋体"/>
          <w:b w:val="0"/>
          <w:sz w:val="20"/>
        </w:rPr>
        <w:t>② 原设计安排：见“状元成才路”系列丛书《创优作业100分》对应课时作业。 1若全国每天处理生活污水12500万吨，处理每吨生活污水平均需要成本2元，那么全国每天的生活污水处理费大约是多少亿元？(结果保留整数) 2“天宫课堂”第四课开讲时，某APP上在线观看直播的人数达到了119000，第二天观看回放的人数比观看直播的少1.5万，比第三天观看回放的人数少0.5万。第三天观看回放的有多少万人？ 参考答案 1．12500×2＝25000(万元) 25000万元＝2.5亿元≈3亿元 2．119000＝11.9万 11.9－1.5＋0.5＝10.9(万人)</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是第四单元的最后一节综合练习课，因而本节课的教学任务是通过练习进一步巩固小数的相关知识,帮助基础薄弱的同学查漏补缺，也让学有余力的学生能充分发挥潜力。一节课下来，基本达到预定目标，好的方面体现在：(1)处理每个练习,努力做好每个知识点的分析,让学生在知其然的同时也能知其所以然；(2)练习设置由易到难,层层递进,学生逐步掌握，使得“人人都能获得良好的数学教育，不同的人在数学上得到不同的发展”。当然，本节课也有明显的不足，那就是练习题型不够全面,在今后的教学中要多收集资料，力求做得更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