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人教版四年级数学下册</w:t>
      </w:r>
    </w:p>
    <w:p>
      <w:pPr>
        <w:spacing w:after="80" w:line="300" w:lineRule="auto"/>
        <w:jc w:val="center"/>
      </w:pPr>
      <w:r>
        <w:rPr>
          <w:rFonts w:ascii="黑体" w:hAnsi="黑体" w:eastAsia="黑体"/>
          <w:b/>
          <w:sz w:val="26"/>
        </w:rPr>
        <w:t>第5单元 三角形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第5单元 三角形</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图形与几何</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5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单元开启课、活动探索课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在之前的学习中，学生对三角形已经有了直观的认识，能够在众多的平面图形中识别出三角形，本单元在此基础上将进一步丰富学生对三角形的认识和理解。因为任何多边形都可以分割为三角形，所以三角形是最基本的图形。本单元的学习不仅要求学生理解三角形概念的内涵(定义)，三角形的构成要素及特征，还要求学生掌握三角形的特性(稳定性)以及三角形各要素之间的关系(三角形的内角和以及三边关系)。因此把握好这部分内容的教学要求不仅可以从形的方面加深学生对周围相关事物的理解，发展学生的空间观念和几何直观，还可以在动手操作、探索实验和联系生活应用数学方面拓展学生的认知，提高学生的思维能力和解决实际问题的能力，同时也为以后学习图形的面积计算打下基础。</w:t>
      </w:r>
    </w:p>
    <w:p>
      <w:pPr>
        <w:spacing w:after="80" w:line="300" w:lineRule="auto"/>
        <w:ind w:firstLine="400"/>
      </w:pPr>
      <w:r>
        <w:rPr>
          <w:rFonts w:ascii="宋体" w:hAnsi="宋体" w:eastAsia="宋体"/>
          <w:b w:val="0"/>
          <w:sz w:val="20"/>
        </w:rPr>
        <w:t>本单元的教学重点是：认识三角形的特性，知道三角形任意两边的和大于第三边以及三角形的内角和是180；认识锐角三角形、直角三角形、钝角三角形和等腰三角形、等边三角形，并能根据其特征辨认和区别它们。教学难点是：能正确画出三角形的高，能应用三角形三边关系及内角和是180解决实际问题。</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四年级学生已经积累了一些有关“空间与图形”的知识和经验，形成了一定程度的空间感。他们对周围事物的感知和理解的能力以及探索图形及其关系的愿望不断增强，具备了一定的抽象思维能力，可以在比较抽象的水平上认识图形，进行探索。因此，本单元的教学目标与第一学段“获得对简单平面图形的直观经验”有所不同，应使学生通过观察、操作、推理等手段，逐步认识三角形。</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第1课时：在观察中，概括三角形的特征，认识三角形各部分的名称，理解三角形底和高的含义，会画三角形的高。通过动手操作和观察比较，使学生认识三角形的稳定性。</w:t>
      </w:r>
    </w:p>
    <w:p>
      <w:pPr>
        <w:spacing w:after="20" w:line="300" w:lineRule="auto"/>
        <w:ind w:firstLine="400"/>
      </w:pPr>
      <w:r>
        <w:rPr>
          <w:rFonts w:ascii="宋体" w:hAnsi="宋体" w:eastAsia="宋体"/>
          <w:b w:val="0"/>
          <w:sz w:val="20"/>
        </w:rPr>
        <w:t>第2课时：通过摆一摆、比一比、算一算等数学活动,探究三角形三边的关系,知道三角形任意两边的和大于第三边。</w:t>
      </w:r>
    </w:p>
    <w:p>
      <w:pPr>
        <w:spacing w:after="20" w:line="300" w:lineRule="auto"/>
        <w:ind w:firstLine="400"/>
      </w:pPr>
      <w:r>
        <w:rPr>
          <w:rFonts w:ascii="宋体" w:hAnsi="宋体" w:eastAsia="宋体"/>
          <w:b w:val="0"/>
          <w:sz w:val="20"/>
        </w:rPr>
        <w:t>第3课时：通过分类、操作等活动,认识锐角三角形、直角三角形、钝角三角形和等腰三角形、等边三角形,知道这些三角形的特点并能够辨别。</w:t>
      </w:r>
    </w:p>
    <w:p>
      <w:pPr>
        <w:spacing w:after="20" w:line="300" w:lineRule="auto"/>
        <w:ind w:firstLine="400"/>
      </w:pPr>
      <w:r>
        <w:rPr>
          <w:rFonts w:ascii="宋体" w:hAnsi="宋体" w:eastAsia="宋体"/>
          <w:b w:val="0"/>
          <w:sz w:val="20"/>
        </w:rPr>
        <w:t>第4课时：通过量、剪、拼等活动,发现并验证三角形的内角和是180。</w:t>
      </w:r>
    </w:p>
    <w:p>
      <w:pPr>
        <w:spacing w:after="20" w:line="300" w:lineRule="auto"/>
        <w:ind w:firstLine="400"/>
      </w:pPr>
      <w:r>
        <w:rPr>
          <w:rFonts w:ascii="宋体" w:hAnsi="宋体" w:eastAsia="宋体"/>
          <w:b w:val="0"/>
          <w:sz w:val="20"/>
        </w:rPr>
        <w:t>第5课时：通过测量、剪拼、观察等活动探究四边形的内角和,能运用四边形的内角和为360这一规律解决一些实际问题。</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关注学生的已有经验，强调数学知识和现实生活的密切联系。学生有一种与生俱来的以自我为中心的探索性学习方式，他们的知识经验是在与客观世界的相互作用中逐渐形成的，这些知识与经验是他们进一步学习的基础。教学中要从学生已有的经验出发，创设丰富多彩的与现实生活联系紧密的情境和动手实践活动，以帮助学生理解数学概念，构建数学知识体系。</w:t>
      </w:r>
    </w:p>
    <w:p>
      <w:pPr>
        <w:spacing w:after="20" w:line="300" w:lineRule="auto"/>
      </w:pPr>
      <w:r>
        <w:rPr>
          <w:rFonts w:ascii="宋体" w:hAnsi="宋体" w:eastAsia="宋体"/>
          <w:b w:val="0"/>
          <w:sz w:val="20"/>
        </w:rPr>
        <w:t>● 精心组织学生开展学习活动，培养学生观察、操作、想象、推理与表达的能力。小学几何学习是在活动中认识图形及其特征。教学中要想方设法让学生经历折叠、剪拼、画图、测量、建造模型、分类、想象、简单推理等活动，通过活动了解图形，认识图形，积累数学活动经验，发展空间观念，以达到提高学生各项能力的目的。</w:t>
      </w:r>
    </w:p>
    <w:p>
      <w:pPr>
        <w:spacing w:after="20" w:line="300" w:lineRule="auto"/>
      </w:pPr>
      <w:r>
        <w:rPr>
          <w:rFonts w:ascii="宋体" w:hAnsi="宋体" w:eastAsia="宋体"/>
          <w:b w:val="0"/>
          <w:sz w:val="20"/>
        </w:rPr>
        <w:t>● 注重知识形成过程，给学生留有充分自主探索和交流的空间。为了开展有效教学，更好地发展学生的空间观念、培养学生的各种能力，教学中要准备丰富的动手实践的素材，设计思考性较强的问题，让学生通过探索、实验、发现、讨论、交流来获得知识。教师还要重视图形的分类，帮助学生不断体会图形的特征，明确分类的标准，厘清关系。</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三角形的特性</w:t>
            </w:r>
          </w:p>
        </w:tc>
        <w:tc>
          <w:tcPr>
            <w:tcW w:type="dxa" w:w="1814"/>
          </w:tcPr>
          <w:p>
            <w:pPr>
              <w:spacing w:after="20" w:line="276" w:lineRule="auto"/>
            </w:pPr>
            <w:r/>
            <w:r>
              <w:rPr>
                <w:rFonts w:ascii="宋体" w:hAnsi="宋体" w:eastAsia="宋体"/>
                <w:b w:val="0"/>
                <w:sz w:val="18"/>
              </w:rPr>
              <w:t>单元开启课</w:t>
            </w:r>
          </w:p>
        </w:tc>
        <w:tc>
          <w:tcPr>
            <w:tcW w:type="dxa" w:w="3515"/>
          </w:tcPr>
          <w:p>
            <w:pPr>
              <w:spacing w:after="20" w:line="276" w:lineRule="auto"/>
            </w:pPr>
            <w:r/>
            <w:r>
              <w:rPr>
                <w:rFonts w:ascii="宋体" w:hAnsi="宋体" w:eastAsia="宋体"/>
                <w:b w:val="0"/>
                <w:sz w:val="18"/>
              </w:rPr>
              <w:t>在观察中，概括三角形的特征，认识三角形各部分的名称，理解三角形底和高的含义，会画三角形的高。通过动手操作和观察比较，使学生认识三角形的稳定性。</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三角形三边的关系</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通过摆一摆、比一比、算一算等数学活动,探究三角形三边的关系,知道三角形任意两边的和大于第三边。</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三角形的分类</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通过分类、操作等活动,认识锐角三角形、直角三角形、钝角三角形和等腰三角形、等边三角形,知道这些三角形的特点并能够辨别。</w:t>
            </w:r>
          </w:p>
        </w:tc>
      </w:tr>
      <w:tr>
        <w:tc>
          <w:tcPr>
            <w:tcW w:type="dxa" w:w="1020"/>
          </w:tcPr>
          <w:p>
            <w:pPr>
              <w:spacing w:after="20" w:line="276" w:lineRule="auto"/>
            </w:pPr>
            <w:r/>
            <w:r>
              <w:rPr>
                <w:rFonts w:ascii="宋体" w:hAnsi="宋体" w:eastAsia="宋体"/>
                <w:b w:val="0"/>
                <w:sz w:val="18"/>
              </w:rPr>
              <w:t>第4课时</w:t>
            </w:r>
          </w:p>
        </w:tc>
        <w:tc>
          <w:tcPr>
            <w:tcW w:type="dxa" w:w="3061"/>
          </w:tcPr>
          <w:p>
            <w:pPr>
              <w:spacing w:after="20" w:line="276" w:lineRule="auto"/>
            </w:pPr>
            <w:r/>
            <w:r>
              <w:rPr>
                <w:rFonts w:ascii="宋体" w:hAnsi="宋体" w:eastAsia="宋体"/>
                <w:b w:val="0"/>
                <w:sz w:val="18"/>
              </w:rPr>
              <w:t>三角形的内角和</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通过量、剪、拼等活动,发现并验证三角形的内角和是180。</w:t>
            </w:r>
          </w:p>
        </w:tc>
      </w:tr>
      <w:tr>
        <w:tc>
          <w:tcPr>
            <w:tcW w:type="dxa" w:w="1020"/>
          </w:tcPr>
          <w:p>
            <w:pPr>
              <w:spacing w:after="20" w:line="276" w:lineRule="auto"/>
            </w:pPr>
            <w:r/>
            <w:r>
              <w:rPr>
                <w:rFonts w:ascii="宋体" w:hAnsi="宋体" w:eastAsia="宋体"/>
                <w:b w:val="0"/>
                <w:sz w:val="18"/>
              </w:rPr>
              <w:t>第5课时</w:t>
            </w:r>
          </w:p>
        </w:tc>
        <w:tc>
          <w:tcPr>
            <w:tcW w:type="dxa" w:w="3061"/>
          </w:tcPr>
          <w:p>
            <w:pPr>
              <w:spacing w:after="20" w:line="276" w:lineRule="auto"/>
            </w:pPr>
            <w:r/>
            <w:r>
              <w:rPr>
                <w:rFonts w:ascii="宋体" w:hAnsi="宋体" w:eastAsia="宋体"/>
                <w:b w:val="0"/>
                <w:sz w:val="18"/>
              </w:rPr>
              <w:t>多边形的内角和</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通过测量、剪拼、观察等活动探究四边形的内角和,能运用四边形的内角和为360这一规律解决一些实际问题。</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三角形的特性</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三角形的特性</w:t>
            </w:r>
          </w:p>
        </w:tc>
        <w:tc>
          <w:tcPr>
            <w:tcW w:type="dxa" w:w="6009"/>
          </w:tcPr>
          <w:p>
            <w:pPr>
              <w:spacing w:after="20" w:line="276" w:lineRule="auto"/>
            </w:pPr>
            <w:r/>
            <w:r>
              <w:rPr>
                <w:rFonts w:ascii="宋体" w:hAnsi="宋体" w:eastAsia="宋体"/>
                <w:b w:val="0"/>
                <w:sz w:val="20"/>
              </w:rPr>
              <w:t>第5单元 三角形</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四年级学生已经积累了一些有关“空间与图形”的知识和经验，形成了一定程度的空间感。他们对周围事物的感知和理解的能力以及探索图形及其关系的愿望不断增强，具备了一定的抽象思维能力，可以在比较抽象的水平上认识图形，进行探索。因此，本单元的教学目标与第一学段“获得对简单平面图形的直观经验”有所不同，应使学生通过观察、操作、推理等手段，逐步认识三角形。</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教学内容：教科书P57～59例1和例2，完成P58和P59“做一做”，P63“练习十五”第1～2题。</w:t>
      </w:r>
    </w:p>
    <w:p>
      <w:pPr>
        <w:spacing w:after="80" w:line="300" w:lineRule="auto"/>
        <w:ind w:firstLine="400"/>
      </w:pPr>
      <w:r>
        <w:rPr>
          <w:rFonts w:ascii="宋体" w:hAnsi="宋体" w:eastAsia="宋体"/>
          <w:b w:val="0"/>
          <w:sz w:val="20"/>
        </w:rPr>
        <w:t>教学准备：课件，教具三角尺和学具三角尺，小棒、三角形和四边形框架，中间加一条对角线的四边形框架。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（1）在观察中，概括三角形的特征，认识三角形各部分的名称，理解三角形底和高的含义，会画三角形的高。通过动手操作和观察比较，使学生认识三角形的稳定性。</w:t>
      </w:r>
    </w:p>
    <w:p>
      <w:pPr>
        <w:spacing w:after="20" w:line="300" w:lineRule="auto"/>
        <w:ind w:firstLine="400"/>
      </w:pPr>
      <w:r>
        <w:rPr>
          <w:rFonts w:ascii="宋体" w:hAnsi="宋体" w:eastAsia="宋体"/>
          <w:b w:val="0"/>
          <w:sz w:val="20"/>
        </w:rPr>
        <w:t>（2）在观察、实验中了解三角形的稳定性在实践中的广泛应用，培养学生观察、操作的能力和应用数学知识解决实际问题的能力。</w:t>
      </w:r>
    </w:p>
    <w:p>
      <w:pPr>
        <w:spacing w:after="20" w:line="300" w:lineRule="auto"/>
        <w:ind w:firstLine="400"/>
      </w:pPr>
      <w:r>
        <w:rPr>
          <w:rFonts w:ascii="宋体" w:hAnsi="宋体" w:eastAsia="宋体"/>
          <w:b w:val="0"/>
          <w:sz w:val="20"/>
        </w:rPr>
        <w:t>（3）体验数学与生活的联系，培养学生学习数学的兴趣。</w:t>
      </w:r>
    </w:p>
    <w:p>
      <w:pPr>
        <w:spacing w:after="20" w:line="300" w:lineRule="auto"/>
      </w:pPr>
      <w:r>
        <w:rPr>
          <w:rFonts w:ascii="宋体" w:hAnsi="宋体" w:eastAsia="宋体"/>
          <w:b w:val="0"/>
          <w:sz w:val="20"/>
        </w:rPr>
        <w:t>教学重点：概括三角形的概念，认识三角形各部分的名称，知道三角形的底和高，理解三角形具有稳定性。</w:t>
      </w:r>
    </w:p>
    <w:p>
      <w:pPr>
        <w:spacing w:after="20" w:line="300" w:lineRule="auto"/>
      </w:pPr>
      <w:r>
        <w:rPr>
          <w:rFonts w:ascii="宋体" w:hAnsi="宋体" w:eastAsia="宋体"/>
          <w:b w:val="0"/>
          <w:sz w:val="20"/>
        </w:rPr>
        <w:t>教学难点：会画三角形的高，了解三角形的稳定性在实践中有广泛的应用。</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一、创设情境，引入新课</w:t>
            </w:r>
          </w:p>
        </w:tc>
        <w:tc>
          <w:tcPr>
            <w:tcW w:type="dxa" w:w="1814"/>
          </w:tcPr>
          <w:p>
            <w:pPr>
              <w:spacing w:after="20" w:line="276" w:lineRule="auto"/>
            </w:pPr>
            <w:r/>
            <w:r>
              <w:rPr>
                <w:rFonts w:ascii="宋体" w:hAnsi="宋体" w:eastAsia="宋体"/>
                <w:b w:val="0"/>
                <w:sz w:val="18"/>
              </w:rPr>
              <w:t>课件、教科书、图片、学具、小棒</w:t>
            </w:r>
          </w:p>
        </w:tc>
        <w:tc>
          <w:tcPr>
            <w:tcW w:type="dxa" w:w="3402"/>
          </w:tcPr>
          <w:p>
            <w:pPr>
              <w:spacing w:after="20" w:line="276" w:lineRule="auto"/>
            </w:pPr>
            <w:r/>
            <w:r>
              <w:rPr>
                <w:rFonts w:ascii="宋体" w:hAnsi="宋体" w:eastAsia="宋体"/>
                <w:b w:val="0"/>
                <w:sz w:val="18"/>
              </w:rPr>
              <w:t>同学们，观察古埃及金字塔和北盘江大桥图片，你能找出图中的三角形吗？；生活中哪里有三角形？</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二、合作学习，探究新知识</w:t>
            </w:r>
          </w:p>
        </w:tc>
        <w:tc>
          <w:tcPr>
            <w:tcW w:type="dxa" w:w="1814"/>
          </w:tcPr>
          <w:p>
            <w:pPr>
              <w:spacing w:after="20" w:line="276" w:lineRule="auto"/>
            </w:pPr>
            <w:r/>
            <w:r>
              <w:rPr>
                <w:rFonts w:ascii="宋体" w:hAnsi="宋体" w:eastAsia="宋体"/>
                <w:b w:val="0"/>
                <w:sz w:val="18"/>
              </w:rPr>
              <w:t>课件、教科书、练习本、图片、小棒</w:t>
            </w:r>
          </w:p>
        </w:tc>
        <w:tc>
          <w:tcPr>
            <w:tcW w:type="dxa" w:w="3402"/>
          </w:tcPr>
          <w:p>
            <w:pPr>
              <w:spacing w:after="20" w:line="276" w:lineRule="auto"/>
            </w:pPr>
            <w:r/>
            <w:r>
              <w:rPr>
                <w:rFonts w:ascii="宋体" w:hAnsi="宋体" w:eastAsia="宋体"/>
                <w:b w:val="0"/>
                <w:sz w:val="18"/>
              </w:rPr>
              <w:t>大家刚刚认识了三角形各部分的名称，对三角形有了一定的了解，能不能用自己的话说说什么样的图形叫三角形？；在这个定义中你觉得哪些词最重要？把“围成”改成“组成”，你认为怎么样？“围成”是什么意思？</w:t>
            </w:r>
          </w:p>
        </w:tc>
        <w:tc>
          <w:tcPr>
            <w:tcW w:type="dxa" w:w="1361"/>
          </w:tcPr>
          <w:p>
            <w:pPr>
              <w:spacing w:after="20" w:line="276" w:lineRule="auto"/>
            </w:pPr>
            <w:r/>
            <w:r>
              <w:rPr>
                <w:rFonts w:ascii="宋体" w:hAnsi="宋体" w:eastAsia="宋体"/>
                <w:b w:val="0"/>
                <w:sz w:val="18"/>
              </w:rPr>
              <w:t>27分钟</w:t>
            </w:r>
          </w:p>
        </w:tc>
      </w:tr>
      <w:tr>
        <w:tc>
          <w:tcPr>
            <w:tcW w:type="dxa" w:w="2835"/>
          </w:tcPr>
          <w:p>
            <w:pPr>
              <w:spacing w:after="20" w:line="276" w:lineRule="auto"/>
            </w:pPr>
            <w:r/>
            <w:r>
              <w:rPr>
                <w:rFonts w:ascii="宋体" w:hAnsi="宋体" w:eastAsia="宋体"/>
                <w:b w:val="0"/>
                <w:sz w:val="18"/>
              </w:rPr>
              <w:t>四、巩固练习，提高认识</w:t>
            </w:r>
          </w:p>
        </w:tc>
        <w:tc>
          <w:tcPr>
            <w:tcW w:type="dxa" w:w="1814"/>
          </w:tcPr>
          <w:p>
            <w:pPr>
              <w:spacing w:after="20" w:line="276" w:lineRule="auto"/>
            </w:pPr>
            <w:r/>
            <w:r>
              <w:rPr>
                <w:rFonts w:ascii="宋体" w:hAnsi="宋体" w:eastAsia="宋体"/>
                <w:b w:val="0"/>
                <w:sz w:val="18"/>
              </w:rPr>
              <w:t>教科书、课件、学具、小棒</w:t>
            </w:r>
          </w:p>
        </w:tc>
        <w:tc>
          <w:tcPr>
            <w:tcW w:type="dxa" w:w="3402"/>
          </w:tcPr>
          <w:p>
            <w:pPr>
              <w:spacing w:after="20" w:line="276" w:lineRule="auto"/>
            </w:pPr>
            <w:r/>
            <w:r>
              <w:rPr>
                <w:rFonts w:ascii="宋体" w:hAnsi="宋体" w:eastAsia="宋体"/>
                <w:b w:val="0"/>
                <w:sz w:val="18"/>
              </w:rPr>
              <w:t>正是因为三角形具有稳定性,所以三角形在生活中的应用很广泛，你能举一个在生活中应用到三角形的例子吗?；刚才我们发现四边形容易变形,你能想办法让四边形也拉不动吗?</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五、课堂小结，深化认识</w:t>
            </w:r>
          </w:p>
        </w:tc>
        <w:tc>
          <w:tcPr>
            <w:tcW w:type="dxa" w:w="1814"/>
          </w:tcPr>
          <w:p>
            <w:pPr>
              <w:spacing w:after="20" w:line="276" w:lineRule="auto"/>
            </w:pPr>
            <w:r/>
            <w:r>
              <w:rPr>
                <w:rFonts w:ascii="宋体" w:hAnsi="宋体" w:eastAsia="宋体"/>
                <w:b w:val="0"/>
                <w:sz w:val="18"/>
              </w:rPr>
              <w:t>课件、学具、小棒</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一、创设情境，引入新课</w:t>
            </w:r>
          </w:p>
        </w:tc>
        <w:tc>
          <w:tcPr>
            <w:tcW w:type="dxa" w:w="3061"/>
          </w:tcPr>
          <w:p>
            <w:pPr>
              <w:spacing w:after="20" w:line="276" w:lineRule="auto"/>
            </w:pPr>
            <w:r/>
            <w:r>
              <w:rPr>
                <w:rFonts w:ascii="宋体" w:hAnsi="宋体" w:eastAsia="宋体"/>
                <w:b w:val="0"/>
                <w:sz w:val="18"/>
              </w:rPr>
              <w:t>1.课件出示教科书P57的主题图。</w:t>
            </w:r>
          </w:p>
          <w:p>
            <w:pPr>
              <w:spacing w:after="20" w:line="276" w:lineRule="auto"/>
            </w:pPr>
            <w:r>
              <w:rPr>
                <w:rFonts w:ascii="宋体" w:hAnsi="宋体" w:eastAsia="宋体"/>
                <w:b w:val="0"/>
                <w:sz w:val="18"/>
              </w:rPr>
              <w:t>师：同学们，观察古埃及金字塔和北盘江大桥图片，你能找出图中的三角形吗？</w:t>
            </w:r>
          </w:p>
          <w:p>
            <w:pPr>
              <w:spacing w:after="20" w:line="276" w:lineRule="auto"/>
            </w:pPr>
            <w:r>
              <w:rPr>
                <w:rFonts w:ascii="宋体" w:hAnsi="宋体" w:eastAsia="宋体"/>
                <w:b w:val="0"/>
                <w:sz w:val="18"/>
              </w:rPr>
              <w:t>2．生活中的三角形。</w:t>
            </w:r>
          </w:p>
          <w:p>
            <w:pPr>
              <w:spacing w:after="20" w:line="276" w:lineRule="auto"/>
            </w:pPr>
            <w:r>
              <w:rPr>
                <w:rFonts w:ascii="宋体" w:hAnsi="宋体" w:eastAsia="宋体"/>
                <w:b w:val="0"/>
                <w:sz w:val="18"/>
              </w:rPr>
              <w:t>师：生活中哪里有三角形？</w:t>
            </w:r>
          </w:p>
          <w:p>
            <w:pPr>
              <w:spacing w:after="20" w:line="276" w:lineRule="auto"/>
            </w:pPr>
            <w:r>
              <w:rPr>
                <w:rFonts w:ascii="宋体" w:hAnsi="宋体" w:eastAsia="宋体"/>
                <w:b w:val="0"/>
                <w:sz w:val="18"/>
              </w:rPr>
              <w:t>3．引入新课。</w:t>
            </w:r>
          </w:p>
          <w:p>
            <w:pPr>
              <w:spacing w:after="20" w:line="276" w:lineRule="auto"/>
            </w:pPr>
            <w:r>
              <w:rPr>
                <w:rFonts w:ascii="宋体" w:hAnsi="宋体" w:eastAsia="宋体"/>
                <w:b w:val="0"/>
                <w:sz w:val="18"/>
              </w:rPr>
              <w:t>师：同学们真会观察，生活中的很多地方都会用到三角形，今天我们就一起走进三角形的世界。(板书课题：三角形的特性)</w:t>
            </w:r>
          </w:p>
        </w:tc>
        <w:tc>
          <w:tcPr>
            <w:tcW w:type="dxa" w:w="3061"/>
          </w:tcPr>
          <w:p>
            <w:pPr>
              <w:spacing w:after="20" w:line="276" w:lineRule="auto"/>
            </w:pPr>
            <w:r/>
            <w:r>
              <w:rPr>
                <w:rFonts w:ascii="宋体" w:hAnsi="宋体" w:eastAsia="宋体"/>
                <w:b w:val="0"/>
                <w:sz w:val="18"/>
              </w:rPr>
              <w:t>学生观察图片，发现图片中的三角形，在图片中指一指或描一描各种各样的三角形。</w:t>
            </w:r>
          </w:p>
          <w:p>
            <w:pPr>
              <w:spacing w:after="20" w:line="276" w:lineRule="auto"/>
            </w:pPr>
            <w:r>
              <w:rPr>
                <w:rFonts w:ascii="宋体" w:hAnsi="宋体" w:eastAsia="宋体"/>
                <w:b w:val="0"/>
                <w:sz w:val="18"/>
              </w:rPr>
              <w:t>学生可能会说：三角形的交通标志、晾衣架、扫帚等。</w:t>
            </w:r>
          </w:p>
        </w:tc>
        <w:tc>
          <w:tcPr>
            <w:tcW w:type="dxa" w:w="1814"/>
          </w:tcPr>
          <w:p>
            <w:pPr>
              <w:spacing w:after="20" w:line="276" w:lineRule="auto"/>
            </w:pPr>
            <w:r/>
            <w:r>
              <w:rPr>
                <w:rFonts w:ascii="宋体" w:hAnsi="宋体" w:eastAsia="宋体"/>
                <w:b w:val="0"/>
                <w:sz w:val="18"/>
              </w:rPr>
              <w:t>根据学生已有的知识经验，让学生在熟悉的情境中找三角形，增强学生对不同形状三角形的直观感受；列举生活中的三角形，唤起旧知识，调动学生已有的生活经验，丰富三角形的表象，同时体会三角形与生活的密切联系，为进一步深入研究三角形的特征奠定基础。</w:t>
            </w:r>
          </w:p>
        </w:tc>
      </w:tr>
      <w:tr>
        <w:tc>
          <w:tcPr>
            <w:tcW w:type="dxa" w:w="1474"/>
          </w:tcPr>
          <w:p>
            <w:pPr>
              <w:spacing w:after="20" w:line="276" w:lineRule="auto"/>
            </w:pPr>
            <w:r>
              <w:rPr>
                <w:b/>
              </w:rPr>
            </w:r>
            <w:r>
              <w:rPr>
                <w:rFonts w:ascii="宋体" w:hAnsi="宋体" w:eastAsia="宋体"/>
                <w:b/>
                <w:sz w:val="18"/>
              </w:rPr>
              <w:t>二、合作学习，探究新知识</w:t>
            </w:r>
          </w:p>
        </w:tc>
        <w:tc>
          <w:tcPr>
            <w:tcW w:type="dxa" w:w="3061"/>
          </w:tcPr>
          <w:p>
            <w:pPr>
              <w:spacing w:after="20" w:line="276" w:lineRule="auto"/>
            </w:pPr>
            <w:r/>
            <w:r>
              <w:rPr>
                <w:rFonts w:ascii="宋体" w:hAnsi="宋体" w:eastAsia="宋体"/>
                <w:b w:val="0"/>
                <w:sz w:val="18"/>
              </w:rPr>
              <w:t>1.三角形的特点。(课件出示教科书P58例1)</w:t>
            </w:r>
          </w:p>
          <w:p>
            <w:pPr>
              <w:spacing w:after="20" w:line="276" w:lineRule="auto"/>
            </w:pPr>
            <w:r>
              <w:rPr>
                <w:rFonts w:ascii="宋体" w:hAnsi="宋体" w:eastAsia="宋体"/>
                <w:b w:val="0"/>
                <w:sz w:val="18"/>
              </w:rPr>
              <w:t>(1)结合生活中三角形物体的形状，指定一名学生在黑板上画三角形，其他学生在练习本上完成画图。</w:t>
            </w:r>
          </w:p>
          <w:p>
            <w:pPr>
              <w:spacing w:after="20" w:line="276" w:lineRule="auto"/>
            </w:pPr>
            <w:r>
              <w:rPr>
                <w:rFonts w:ascii="宋体" w:hAnsi="宋体" w:eastAsia="宋体"/>
                <w:b w:val="0"/>
                <w:sz w:val="18"/>
              </w:rPr>
              <w:t>(2)迁移感知。</w:t>
            </w:r>
          </w:p>
          <w:p>
            <w:pPr>
              <w:spacing w:after="20" w:line="276" w:lineRule="auto"/>
            </w:pPr>
            <w:r>
              <w:rPr>
                <w:rFonts w:ascii="宋体" w:hAnsi="宋体" w:eastAsia="宋体"/>
                <w:b w:val="0"/>
                <w:sz w:val="18"/>
              </w:rPr>
              <w:t>师：说一说你对三角形有哪些认识。</w:t>
            </w:r>
          </w:p>
          <w:p>
            <w:pPr>
              <w:spacing w:after="20" w:line="276" w:lineRule="auto"/>
            </w:pPr>
            <w:r>
              <w:rPr>
                <w:rFonts w:ascii="宋体" w:hAnsi="宋体" w:eastAsia="宋体"/>
                <w:b w:val="0"/>
                <w:sz w:val="18"/>
              </w:rPr>
              <w:t>结合学生的交流，教师适时板书三角形各部分的名称。</w:t>
            </w:r>
          </w:p>
          <w:p>
            <w:pPr>
              <w:spacing w:after="20" w:line="276" w:lineRule="auto"/>
            </w:pPr>
            <w:r>
              <w:rPr>
                <w:rFonts w:ascii="宋体" w:hAnsi="宋体" w:eastAsia="宋体"/>
                <w:b w:val="0"/>
                <w:sz w:val="18"/>
              </w:rPr>
              <w:t>(3)学生在自己画出的三角形上标出边、角、顶点。</w:t>
            </w:r>
          </w:p>
          <w:p>
            <w:pPr>
              <w:spacing w:after="20" w:line="276" w:lineRule="auto"/>
            </w:pPr>
            <w:r>
              <w:rPr>
                <w:rFonts w:ascii="宋体" w:hAnsi="宋体" w:eastAsia="宋体"/>
                <w:b w:val="0"/>
                <w:sz w:val="18"/>
              </w:rPr>
              <w:t>(4)师：为了表达方便，用字母A、B、C分别表示三角形的3个顶点，上面的三角形可以表示成三角形ABC。</w:t>
            </w:r>
          </w:p>
          <w:p>
            <w:pPr>
              <w:spacing w:after="20" w:line="276" w:lineRule="auto"/>
            </w:pPr>
            <w:r>
              <w:rPr>
                <w:rFonts w:ascii="宋体" w:hAnsi="宋体" w:eastAsia="宋体"/>
                <w:b w:val="0"/>
                <w:sz w:val="18"/>
              </w:rPr>
              <w:t>要求学生在画好的三角形上标注字母。</w:t>
            </w:r>
          </w:p>
          <w:p>
            <w:pPr>
              <w:spacing w:after="20" w:line="276" w:lineRule="auto"/>
            </w:pPr>
            <w:r>
              <w:rPr>
                <w:rFonts w:ascii="宋体" w:hAnsi="宋体" w:eastAsia="宋体"/>
                <w:b w:val="0"/>
                <w:sz w:val="18"/>
              </w:rPr>
              <w:t>2．三角形的定义。</w:t>
            </w:r>
          </w:p>
          <w:p>
            <w:pPr>
              <w:spacing w:after="20" w:line="276" w:lineRule="auto"/>
            </w:pPr>
            <w:r>
              <w:rPr>
                <w:rFonts w:ascii="宋体" w:hAnsi="宋体" w:eastAsia="宋体"/>
                <w:b w:val="0"/>
                <w:sz w:val="18"/>
              </w:rPr>
              <w:t>师：大家刚刚认识了三角形各部分的名称，对三角形有了一定的了解，能不能用自己的话说说什么样的图形叫三角形？</w:t>
            </w:r>
          </w:p>
          <w:p>
            <w:pPr>
              <w:spacing w:after="20" w:line="276" w:lineRule="auto"/>
            </w:pPr>
            <w:r>
              <w:rPr>
                <w:rFonts w:ascii="宋体" w:hAnsi="宋体" w:eastAsia="宋体"/>
                <w:b w:val="0"/>
                <w:sz w:val="18"/>
              </w:rPr>
              <w:t>(1)组织学生在小组中讨论、交流后，请学生代表发言，说说自己的理解。</w:t>
            </w:r>
          </w:p>
          <w:p>
            <w:pPr>
              <w:spacing w:after="20" w:line="276" w:lineRule="auto"/>
            </w:pPr>
            <w:r>
              <w:rPr>
                <w:rFonts w:ascii="宋体" w:hAnsi="宋体" w:eastAsia="宋体"/>
                <w:b w:val="0"/>
                <w:sz w:val="18"/>
              </w:rPr>
              <w:t>(2)教师小结并板书：由3条线段围成的图形(每相邻两条线段的端点相连)叫作三角形。</w:t>
            </w:r>
          </w:p>
          <w:p>
            <w:pPr>
              <w:spacing w:after="20" w:line="276" w:lineRule="auto"/>
            </w:pPr>
            <w:r>
              <w:rPr>
                <w:rFonts w:ascii="宋体" w:hAnsi="宋体" w:eastAsia="宋体"/>
                <w:b w:val="0"/>
                <w:sz w:val="18"/>
              </w:rPr>
              <w:t>(3)师：在这个定义中你觉得哪些词最重要？把“围成”改成“组成”，你认为怎么样？“围成”是什么意思？</w:t>
            </w:r>
          </w:p>
          <w:p>
            <w:pPr>
              <w:spacing w:after="20" w:line="276" w:lineRule="auto"/>
            </w:pPr>
            <w:r>
              <w:rPr>
                <w:rFonts w:ascii="宋体" w:hAnsi="宋体" w:eastAsia="宋体"/>
                <w:b w:val="0"/>
                <w:sz w:val="18"/>
              </w:rPr>
              <w:t>师：你们能演示“围成”的意思吗？</w:t>
            </w:r>
          </w:p>
          <w:p>
            <w:pPr>
              <w:spacing w:after="20" w:line="276" w:lineRule="auto"/>
            </w:pPr>
            <w:r>
              <w:rPr>
                <w:rFonts w:ascii="宋体" w:hAnsi="宋体" w:eastAsia="宋体"/>
                <w:b w:val="0"/>
                <w:sz w:val="18"/>
              </w:rPr>
              <w:t>（4）练一练。</w:t>
            </w:r>
          </w:p>
          <w:p>
            <w:pPr>
              <w:spacing w:after="20" w:line="276" w:lineRule="auto"/>
            </w:pPr>
            <w:r>
              <w:rPr>
                <w:rFonts w:ascii="宋体" w:hAnsi="宋体" w:eastAsia="宋体"/>
                <w:b w:val="0"/>
                <w:sz w:val="18"/>
              </w:rPr>
              <w:t>课件出示习题。</w:t>
            </w:r>
          </w:p>
          <w:p>
            <w:pPr>
              <w:spacing w:after="20" w:line="276" w:lineRule="auto"/>
            </w:pPr>
            <w:r>
              <w:rPr>
                <w:rFonts w:ascii="宋体" w:hAnsi="宋体" w:eastAsia="宋体"/>
                <w:b w:val="0"/>
                <w:sz w:val="18"/>
              </w:rPr>
              <w:t>3．认识三角形的高和底。</w:t>
            </w:r>
          </w:p>
          <w:p>
            <w:pPr>
              <w:spacing w:after="20" w:line="276" w:lineRule="auto"/>
            </w:pPr>
            <w:r>
              <w:rPr>
                <w:rFonts w:ascii="宋体" w:hAnsi="宋体" w:eastAsia="宋体"/>
                <w:b w:val="0"/>
                <w:sz w:val="18"/>
              </w:rPr>
              <w:t>(1)师：什么叫三角形的高和底？请同学们打开教科书P58自学一下，把相关内容朗读一遍。</w:t>
            </w:r>
          </w:p>
          <w:p>
            <w:pPr>
              <w:spacing w:after="20" w:line="276" w:lineRule="auto"/>
            </w:pPr>
            <w:r>
              <w:rPr>
                <w:rFonts w:ascii="宋体" w:hAnsi="宋体" w:eastAsia="宋体"/>
                <w:b w:val="0"/>
                <w:sz w:val="18"/>
              </w:rPr>
              <w:t>(2)指名学生进行朗读。</w:t>
            </w:r>
          </w:p>
          <w:p>
            <w:pPr>
              <w:spacing w:after="20" w:line="276" w:lineRule="auto"/>
            </w:pPr>
            <w:r>
              <w:rPr>
                <w:rFonts w:ascii="宋体" w:hAnsi="宋体" w:eastAsia="宋体"/>
                <w:b w:val="0"/>
                <w:sz w:val="18"/>
              </w:rPr>
              <w:t>4.画三角形的高。</w:t>
            </w:r>
          </w:p>
          <w:p>
            <w:pPr>
              <w:spacing w:after="20" w:line="276" w:lineRule="auto"/>
            </w:pPr>
            <w:r>
              <w:rPr>
                <w:rFonts w:ascii="宋体" w:hAnsi="宋体" w:eastAsia="宋体"/>
                <w:b w:val="0"/>
                <w:sz w:val="18"/>
              </w:rPr>
              <w:t>师：怎样正确地画出三角形的高呢？(学生只思考，不用回答)</w:t>
            </w:r>
          </w:p>
          <w:p>
            <w:pPr>
              <w:spacing w:after="20" w:line="276" w:lineRule="auto"/>
            </w:pPr>
            <w:r>
              <w:rPr>
                <w:rFonts w:ascii="宋体" w:hAnsi="宋体" w:eastAsia="宋体"/>
                <w:b w:val="0"/>
                <w:sz w:val="18"/>
              </w:rPr>
              <w:t>(1)师：过直线外一点O画已知直线的垂线，你会画吗？</w:t>
            </w:r>
          </w:p>
          <w:p>
            <w:pPr>
              <w:spacing w:after="20" w:line="276" w:lineRule="auto"/>
            </w:pPr>
            <w:r>
              <w:rPr>
                <w:rFonts w:ascii="宋体" w:hAnsi="宋体" w:eastAsia="宋体"/>
                <w:b w:val="0"/>
                <w:sz w:val="18"/>
              </w:rPr>
              <w:t>请学生在黑板上演示画法。</w:t>
            </w:r>
          </w:p>
          <w:p>
            <w:pPr>
              <w:spacing w:after="20" w:line="276" w:lineRule="auto"/>
            </w:pPr>
            <w:r>
              <w:rPr>
                <w:rFonts w:ascii="宋体" w:hAnsi="宋体" w:eastAsia="宋体"/>
                <w:b w:val="0"/>
                <w:sz w:val="18"/>
              </w:rPr>
              <w:t>（2）师：我们都会过直线外一点作已知直线的垂线,能不能把这一知识转化成画三角形的高呢?</w:t>
            </w:r>
          </w:p>
          <w:p>
            <w:pPr>
              <w:spacing w:after="20" w:line="276" w:lineRule="auto"/>
            </w:pPr>
            <w:r>
              <w:rPr>
                <w:rFonts w:ascii="宋体" w:hAnsi="宋体" w:eastAsia="宋体"/>
                <w:b w:val="0"/>
                <w:sz w:val="18"/>
              </w:rPr>
              <w:t>教师展示学生的答案,并组织学生进行辨析。</w:t>
            </w:r>
          </w:p>
          <w:p>
            <w:pPr>
              <w:spacing w:after="20" w:line="276" w:lineRule="auto"/>
            </w:pPr>
            <w:r>
              <w:rPr>
                <w:rFonts w:ascii="宋体" w:hAnsi="宋体" w:eastAsia="宋体"/>
                <w:b w:val="0"/>
                <w:sz w:val="18"/>
              </w:rPr>
              <w:t>教师板书示范画高的方法:先用三角尺的一条直角边与BC边重合,另一条直角边经过点A,然后从点A向对边BC画一条垂线,顶点与垂足之间的线段就是三角形的高。</w:t>
            </w:r>
          </w:p>
          <w:p>
            <w:pPr>
              <w:spacing w:after="20" w:line="276" w:lineRule="auto"/>
            </w:pPr>
            <w:r>
              <w:rPr>
                <w:rFonts w:ascii="宋体" w:hAnsi="宋体" w:eastAsia="宋体"/>
                <w:b w:val="0"/>
                <w:sz w:val="18"/>
              </w:rPr>
              <w:t>师：仔细观察三角形的底和高，它们的位置有什么特点？</w:t>
            </w:r>
          </w:p>
          <w:p>
            <w:pPr>
              <w:spacing w:after="20" w:line="276" w:lineRule="auto"/>
            </w:pPr>
            <w:r>
              <w:rPr>
                <w:rFonts w:ascii="宋体" w:hAnsi="宋体" w:eastAsia="宋体"/>
                <w:b w:val="0"/>
                <w:sz w:val="18"/>
              </w:rPr>
              <w:t>(4)师：想一想，一个三角形可以画出几条高。</w:t>
            </w:r>
          </w:p>
          <w:p>
            <w:pPr>
              <w:spacing w:after="20" w:line="276" w:lineRule="auto"/>
            </w:pPr>
            <w:r>
              <w:rPr>
                <w:rFonts w:ascii="宋体" w:hAnsi="宋体" w:eastAsia="宋体"/>
                <w:b w:val="0"/>
                <w:sz w:val="18"/>
              </w:rPr>
              <w:t>观察图片，动手操作，理解三角形具有稳定性</w:t>
            </w:r>
          </w:p>
          <w:p>
            <w:pPr>
              <w:spacing w:after="20" w:line="276" w:lineRule="auto"/>
            </w:pPr>
            <w:r>
              <w:rPr>
                <w:rFonts w:ascii="宋体" w:hAnsi="宋体" w:eastAsia="宋体"/>
                <w:b w:val="0"/>
                <w:sz w:val="18"/>
              </w:rPr>
              <w:t>师：看看图中哪儿有三角形。(课件出示图片)</w:t>
            </w:r>
          </w:p>
          <w:p>
            <w:pPr>
              <w:spacing w:after="20" w:line="276" w:lineRule="auto"/>
            </w:pPr>
            <w:r>
              <w:rPr>
                <w:rFonts w:ascii="宋体" w:hAnsi="宋体" w:eastAsia="宋体"/>
                <w:b w:val="0"/>
                <w:sz w:val="18"/>
              </w:rPr>
              <w:t>师：我们生活中有非常多的东西都被设计成三角形，你觉得这里面有什么道理？</w:t>
            </w:r>
          </w:p>
          <w:p>
            <w:pPr>
              <w:spacing w:after="20" w:line="276" w:lineRule="auto"/>
            </w:pPr>
            <w:r>
              <w:rPr>
                <w:rFonts w:ascii="宋体" w:hAnsi="宋体" w:eastAsia="宋体"/>
                <w:b w:val="0"/>
                <w:sz w:val="18"/>
              </w:rPr>
              <w:t>师：这里到底有什么奥秘呢？接下来我们就来研究三角形的特性。</w:t>
            </w:r>
          </w:p>
          <w:p>
            <w:pPr>
              <w:spacing w:after="20" w:line="276" w:lineRule="auto"/>
            </w:pPr>
            <w:r>
              <w:rPr>
                <w:rFonts w:ascii="宋体" w:hAnsi="宋体" w:eastAsia="宋体"/>
                <w:b w:val="0"/>
                <w:sz w:val="18"/>
              </w:rPr>
              <w:t>1．从唯一性的角度初步理解三角形的稳定性。</w:t>
            </w:r>
          </w:p>
          <w:p>
            <w:pPr>
              <w:spacing w:after="20" w:line="276" w:lineRule="auto"/>
            </w:pPr>
            <w:r>
              <w:rPr>
                <w:rFonts w:ascii="宋体" w:hAnsi="宋体" w:eastAsia="宋体"/>
                <w:b w:val="0"/>
                <w:sz w:val="18"/>
              </w:rPr>
              <w:t>课件出示教科书P59例2。</w:t>
            </w:r>
          </w:p>
          <w:p>
            <w:pPr>
              <w:spacing w:after="20" w:line="276" w:lineRule="auto"/>
            </w:pPr>
            <w:r>
              <w:rPr>
                <w:rFonts w:ascii="宋体" w:hAnsi="宋体" w:eastAsia="宋体"/>
                <w:b w:val="0"/>
                <w:sz w:val="18"/>
              </w:rPr>
              <w:t>(1)学生拿出小棒动手操作。</w:t>
            </w:r>
          </w:p>
          <w:p>
            <w:pPr>
              <w:spacing w:after="20" w:line="276" w:lineRule="auto"/>
            </w:pPr>
            <w:r>
              <w:rPr>
                <w:rFonts w:ascii="宋体" w:hAnsi="宋体" w:eastAsia="宋体"/>
                <w:b w:val="0"/>
                <w:sz w:val="18"/>
              </w:rPr>
              <w:t>(2)小组内交流汇报结果。</w:t>
            </w:r>
          </w:p>
          <w:p>
            <w:pPr>
              <w:spacing w:after="20" w:line="276" w:lineRule="auto"/>
            </w:pPr>
            <w:r>
              <w:rPr>
                <w:rFonts w:ascii="宋体" w:hAnsi="宋体" w:eastAsia="宋体"/>
                <w:b w:val="0"/>
                <w:sz w:val="18"/>
              </w:rPr>
              <w:t>(3)推选小组代表上台汇报本组摆出了几种不同的三角形和四边形，并说一说你发现了什么。</w:t>
            </w:r>
          </w:p>
          <w:p>
            <w:pPr>
              <w:spacing w:after="20" w:line="276" w:lineRule="auto"/>
            </w:pPr>
            <w:r>
              <w:rPr>
                <w:rFonts w:ascii="宋体" w:hAnsi="宋体" w:eastAsia="宋体"/>
                <w:b w:val="0"/>
                <w:sz w:val="18"/>
              </w:rPr>
              <w:t>师：我们围出的三角形形状、大小完全相同，这是怎么回事呢？</w:t>
            </w:r>
          </w:p>
          <w:p>
            <w:pPr>
              <w:spacing w:after="20" w:line="276" w:lineRule="auto"/>
            </w:pPr>
            <w:r>
              <w:rPr>
                <w:rFonts w:ascii="宋体" w:hAnsi="宋体" w:eastAsia="宋体"/>
                <w:b w:val="0"/>
                <w:sz w:val="18"/>
              </w:rPr>
              <w:t>教师拿出形状相同的教具三角尺和学具三角尺让学生观察，使学生明确：角度确定形状，边长确定大小。</w:t>
            </w:r>
          </w:p>
          <w:p>
            <w:pPr>
              <w:spacing w:after="20" w:line="276" w:lineRule="auto"/>
            </w:pPr>
            <w:r>
              <w:rPr>
                <w:rFonts w:ascii="宋体" w:hAnsi="宋体" w:eastAsia="宋体"/>
                <w:b w:val="0"/>
                <w:sz w:val="18"/>
              </w:rPr>
              <w:t>师：都是同样长的小棒，为什么四边形就能围出那么多种呢？</w:t>
            </w:r>
          </w:p>
          <w:p>
            <w:pPr>
              <w:spacing w:after="20" w:line="276" w:lineRule="auto"/>
            </w:pPr>
            <w:r>
              <w:rPr>
                <w:rFonts w:ascii="宋体" w:hAnsi="宋体" w:eastAsia="宋体"/>
                <w:b w:val="0"/>
                <w:sz w:val="18"/>
              </w:rPr>
              <w:t>2．从牢固的角度来理解三角形的稳定性。</w:t>
            </w:r>
          </w:p>
          <w:p>
            <w:pPr>
              <w:spacing w:after="20" w:line="276" w:lineRule="auto"/>
            </w:pPr>
            <w:r>
              <w:rPr>
                <w:rFonts w:ascii="宋体" w:hAnsi="宋体" w:eastAsia="宋体"/>
                <w:b w:val="0"/>
                <w:sz w:val="18"/>
              </w:rPr>
              <w:t>师：我们来做一个实验：拉动三角形框架和四边形框架，你有什么发现？</w:t>
            </w:r>
          </w:p>
          <w:p>
            <w:pPr>
              <w:spacing w:after="20" w:line="276" w:lineRule="auto"/>
            </w:pPr>
            <w:r>
              <w:rPr>
                <w:rFonts w:ascii="宋体" w:hAnsi="宋体" w:eastAsia="宋体"/>
                <w:b w:val="0"/>
                <w:sz w:val="18"/>
              </w:rPr>
              <w:t>师：这是为什么呢？</w:t>
            </w:r>
          </w:p>
          <w:p>
            <w:pPr>
              <w:spacing w:after="20" w:line="276" w:lineRule="auto"/>
            </w:pPr>
            <w:r>
              <w:rPr>
                <w:rFonts w:ascii="宋体" w:hAnsi="宋体" w:eastAsia="宋体"/>
                <w:b w:val="0"/>
                <w:sz w:val="18"/>
              </w:rPr>
              <w:t>3．互动游戏，提高认识。</w:t>
            </w:r>
          </w:p>
          <w:p>
            <w:pPr>
              <w:spacing w:after="20" w:line="276" w:lineRule="auto"/>
            </w:pPr>
            <w:r>
              <w:rPr>
                <w:rFonts w:ascii="宋体" w:hAnsi="宋体" w:eastAsia="宋体"/>
                <w:b w:val="0"/>
                <w:sz w:val="18"/>
              </w:rPr>
              <w:t>(1)开展比赛活动。</w:t>
            </w:r>
          </w:p>
          <w:p>
            <w:pPr>
              <w:spacing w:after="20" w:line="276" w:lineRule="auto"/>
            </w:pPr>
            <w:r>
              <w:rPr>
                <w:rFonts w:ascii="宋体" w:hAnsi="宋体" w:eastAsia="宋体"/>
                <w:b w:val="0"/>
                <w:sz w:val="18"/>
              </w:rPr>
              <w:t>师：现在让同学们放松一下，来场比赛怎么样？请我们班的两名同学(一名高个子男生和一名瘦小女生)到讲台上来。</w:t>
            </w:r>
          </w:p>
          <w:p>
            <w:pPr>
              <w:spacing w:after="20" w:line="276" w:lineRule="auto"/>
            </w:pPr>
            <w:r>
              <w:rPr>
                <w:rFonts w:ascii="宋体" w:hAnsi="宋体" w:eastAsia="宋体"/>
                <w:b w:val="0"/>
                <w:sz w:val="18"/>
              </w:rPr>
              <w:t>师:你们说这两名同学谁的力气大?好,今天我们就让他们来比比,看谁的力气大。规则:每人一个图形进行拉扯,谁能使它的形状发生变化谁就获胜。(拿出一个三角形、一个四边形,让男生拉三角形,女生拉四边形。)</w:t>
            </w:r>
          </w:p>
          <w:p>
            <w:pPr>
              <w:spacing w:after="20" w:line="276" w:lineRule="auto"/>
            </w:pPr>
            <w:r>
              <w:rPr>
                <w:rFonts w:ascii="宋体" w:hAnsi="宋体" w:eastAsia="宋体"/>
                <w:b w:val="0"/>
                <w:sz w:val="18"/>
              </w:rPr>
              <w:t>(2)宣布结果:女生胜。(不公平!)为什么?</w:t>
            </w:r>
          </w:p>
          <w:p>
            <w:pPr>
              <w:spacing w:after="20" w:line="276" w:lineRule="auto"/>
            </w:pPr>
            <w:r>
              <w:rPr>
                <w:rFonts w:ascii="宋体" w:hAnsi="宋体" w:eastAsia="宋体"/>
                <w:b w:val="0"/>
                <w:sz w:val="18"/>
              </w:rPr>
              <w:t>师:现在大家可以告诉我,刚才展示的三张图片中为什么有三角形吗?（课件出示前面展示过的三张图片)</w:t>
            </w:r>
          </w:p>
          <w:p>
            <w:pPr>
              <w:spacing w:after="20" w:line="276" w:lineRule="auto"/>
            </w:pPr>
            <w:r>
              <w:rPr>
                <w:rFonts w:ascii="宋体" w:hAnsi="宋体" w:eastAsia="宋体"/>
                <w:b w:val="0"/>
                <w:sz w:val="18"/>
              </w:rPr>
              <w:t>教师引导学生总结并板书:四边形容易变形,三角形具有稳定性。</w:t>
            </w:r>
          </w:p>
        </w:tc>
        <w:tc>
          <w:tcPr>
            <w:tcW w:type="dxa" w:w="3061"/>
          </w:tcPr>
          <w:p>
            <w:pPr>
              <w:spacing w:after="20" w:line="276" w:lineRule="auto"/>
            </w:pPr>
            <w:r/>
            <w:r>
              <w:rPr>
                <w:rFonts w:ascii="宋体" w:hAnsi="宋体" w:eastAsia="宋体"/>
                <w:b w:val="0"/>
                <w:sz w:val="18"/>
              </w:rPr>
              <w:t>三角形的画法学生已有经验，画起来没有难度。在画图过程中自然唤醒学生对三角形的认识，比如三角形有3条边、3个角和3个顶点。</w:t>
            </w:r>
          </w:p>
          <w:p>
            <w:pPr>
              <w:spacing w:after="20" w:line="276" w:lineRule="auto"/>
            </w:pPr>
            <w:r>
              <w:rPr>
                <w:rFonts w:ascii="宋体" w:hAnsi="宋体" w:eastAsia="宋体"/>
                <w:b w:val="0"/>
                <w:sz w:val="18"/>
              </w:rPr>
              <w:t>多数学生认为不能把“围成”改成“组成”，可能有学生认为“围成”是围起来的意思，而“组成”是组合在一起的意思。</w:t>
            </w:r>
          </w:p>
          <w:p>
            <w:pPr>
              <w:spacing w:after="20" w:line="276" w:lineRule="auto"/>
            </w:pPr>
            <w:r>
              <w:rPr>
                <w:rFonts w:ascii="宋体" w:hAnsi="宋体" w:eastAsia="宋体"/>
                <w:b w:val="0"/>
                <w:sz w:val="18"/>
              </w:rPr>
              <w:t>学生在教师的引导下以“手牵手”围成一圈的方式演示“围成”二字，明确了“围成”有首尾相连的意思，也就是三角形每相邻两条线段的端点必须相连。</w:t>
            </w:r>
          </w:p>
          <w:p>
            <w:pPr>
              <w:spacing w:after="20" w:line="276" w:lineRule="auto"/>
            </w:pPr>
            <w:r>
              <w:rPr>
                <w:rFonts w:ascii="宋体" w:hAnsi="宋体" w:eastAsia="宋体"/>
                <w:b w:val="0"/>
                <w:sz w:val="18"/>
              </w:rPr>
              <w:t>学生根据三角形的定义能很快找出题中的三角形，并说明理由。</w:t>
            </w:r>
          </w:p>
          <w:p>
            <w:pPr>
              <w:spacing w:after="20" w:line="276" w:lineRule="auto"/>
            </w:pPr>
            <w:r>
              <w:rPr>
                <w:rFonts w:ascii="宋体" w:hAnsi="宋体" w:eastAsia="宋体"/>
                <w:b w:val="0"/>
                <w:sz w:val="18"/>
              </w:rPr>
              <w:t>从三角形的一个顶点到它的对边作一条垂线，顶点和垂足之间的线段叫作三角形的高，这条对边叫作三角形的底。</w:t>
            </w:r>
          </w:p>
          <w:p>
            <w:pPr>
              <w:spacing w:after="20" w:line="276" w:lineRule="auto"/>
            </w:pPr>
            <w:r>
              <w:rPr>
                <w:rFonts w:ascii="宋体" w:hAnsi="宋体" w:eastAsia="宋体"/>
                <w:b w:val="0"/>
                <w:sz w:val="18"/>
              </w:rPr>
              <w:t>学生尝试画三角形的高。</w:t>
            </w:r>
          </w:p>
          <w:p>
            <w:pPr>
              <w:spacing w:after="20" w:line="276" w:lineRule="auto"/>
            </w:pPr>
            <w:r>
              <w:rPr>
                <w:rFonts w:ascii="宋体" w:hAnsi="宋体" w:eastAsia="宋体"/>
                <w:b w:val="0"/>
                <w:sz w:val="18"/>
              </w:rPr>
              <w:t>学生说出可以把三角形的顶点A看作是点O,点A的对边BC相当于直线。</w:t>
            </w:r>
          </w:p>
          <w:p>
            <w:pPr>
              <w:spacing w:after="20" w:line="276" w:lineRule="auto"/>
            </w:pPr>
            <w:r>
              <w:rPr>
                <w:rFonts w:ascii="宋体" w:hAnsi="宋体" w:eastAsia="宋体"/>
                <w:b w:val="0"/>
                <w:sz w:val="18"/>
              </w:rPr>
              <w:t>学生说出三角形的底和高是一组互相垂直的线段。</w:t>
            </w:r>
          </w:p>
          <w:p>
            <w:pPr>
              <w:spacing w:after="20" w:line="276" w:lineRule="auto"/>
            </w:pPr>
            <w:r>
              <w:rPr>
                <w:rFonts w:ascii="宋体" w:hAnsi="宋体" w:eastAsia="宋体"/>
                <w:b w:val="0"/>
                <w:sz w:val="18"/>
              </w:rPr>
              <w:t>学生再次画不同底边上的高。</w:t>
            </w:r>
          </w:p>
          <w:p>
            <w:pPr>
              <w:spacing w:after="20" w:line="276" w:lineRule="auto"/>
            </w:pPr>
            <w:r>
              <w:rPr>
                <w:rFonts w:ascii="宋体" w:hAnsi="宋体" w:eastAsia="宋体"/>
                <w:b w:val="0"/>
                <w:sz w:val="18"/>
              </w:rPr>
              <w:t>学生了解三角形的任意一条边都可以当作三角形的底来画高，每个三角形都有3条高。可能个别学生画高不够规范，教师要适时指导。</w:t>
            </w:r>
          </w:p>
          <w:p>
            <w:pPr>
              <w:spacing w:after="20" w:line="276" w:lineRule="auto"/>
            </w:pPr>
            <w:r>
              <w:rPr>
                <w:rFonts w:ascii="宋体" w:hAnsi="宋体" w:eastAsia="宋体"/>
                <w:b w:val="0"/>
                <w:sz w:val="18"/>
              </w:rPr>
              <w:t>学生可能会说：起到固定的作用，这样做能使物体更加牢固……</w:t>
            </w:r>
          </w:p>
          <w:p>
            <w:pPr>
              <w:spacing w:after="20" w:line="276" w:lineRule="auto"/>
            </w:pPr>
            <w:r>
              <w:rPr>
                <w:rFonts w:ascii="宋体" w:hAnsi="宋体" w:eastAsia="宋体"/>
                <w:b w:val="0"/>
                <w:sz w:val="18"/>
              </w:rPr>
              <w:t>学生无论怎么围，围出的三角形的形状和大小都是一样的，但能围出多个形状、大小不同的四边形。</w:t>
            </w:r>
          </w:p>
          <w:p>
            <w:pPr>
              <w:spacing w:after="20" w:line="276" w:lineRule="auto"/>
            </w:pPr>
            <w:r>
              <w:rPr>
                <w:rFonts w:ascii="宋体" w:hAnsi="宋体" w:eastAsia="宋体"/>
                <w:b w:val="0"/>
                <w:sz w:val="18"/>
              </w:rPr>
              <w:t>结合刚才观察三角尺的经验，学生能得出：角度发生了改变，形状会随之改变。</w:t>
            </w:r>
          </w:p>
          <w:p>
            <w:pPr>
              <w:spacing w:after="20" w:line="276" w:lineRule="auto"/>
            </w:pPr>
            <w:r>
              <w:rPr>
                <w:rFonts w:ascii="宋体" w:hAnsi="宋体" w:eastAsia="宋体"/>
                <w:b w:val="0"/>
                <w:sz w:val="18"/>
              </w:rPr>
              <w:t>学生对三角形、四边形的框架进行拉伸对比实验，与同桌交流彼此的发现。</w:t>
            </w:r>
          </w:p>
          <w:p>
            <w:pPr>
              <w:spacing w:after="20" w:line="276" w:lineRule="auto"/>
            </w:pPr>
            <w:r>
              <w:rPr>
                <w:rFonts w:ascii="宋体" w:hAnsi="宋体" w:eastAsia="宋体"/>
                <w:b w:val="0"/>
                <w:sz w:val="18"/>
              </w:rPr>
              <w:t>学生发现三角形框架拉不动，四边形框架一拉就变形了。</w:t>
            </w:r>
          </w:p>
          <w:p>
            <w:pPr>
              <w:spacing w:after="20" w:line="276" w:lineRule="auto"/>
            </w:pPr>
            <w:r>
              <w:rPr>
                <w:rFonts w:ascii="宋体" w:hAnsi="宋体" w:eastAsia="宋体"/>
                <w:b w:val="0"/>
                <w:sz w:val="18"/>
              </w:rPr>
              <w:t>三角形比四边形更具稳定性！</w:t>
            </w:r>
          </w:p>
          <w:p>
            <w:pPr>
              <w:spacing w:after="20" w:line="276" w:lineRule="auto"/>
            </w:pPr>
            <w:r>
              <w:rPr>
                <w:rFonts w:ascii="宋体" w:hAnsi="宋体" w:eastAsia="宋体"/>
                <w:b w:val="0"/>
                <w:sz w:val="18"/>
              </w:rPr>
              <w:t>预设1:三角形不易变形,而四边形容易变形。</w:t>
            </w:r>
          </w:p>
          <w:p>
            <w:pPr>
              <w:spacing w:after="20" w:line="276" w:lineRule="auto"/>
            </w:pPr>
            <w:r>
              <w:rPr>
                <w:rFonts w:ascii="宋体" w:hAnsi="宋体" w:eastAsia="宋体"/>
                <w:b w:val="0"/>
                <w:sz w:val="18"/>
              </w:rPr>
              <w:t>预设2:三角形牢固,四边形不牢固。</w:t>
            </w:r>
          </w:p>
          <w:p>
            <w:pPr>
              <w:spacing w:after="20" w:line="276" w:lineRule="auto"/>
            </w:pPr>
            <w:r>
              <w:rPr>
                <w:rFonts w:ascii="宋体" w:hAnsi="宋体" w:eastAsia="宋体"/>
                <w:b w:val="0"/>
                <w:sz w:val="18"/>
              </w:rPr>
              <w:t>预设3:三角形具有稳定性,而四边形不具备。(3)提问:那你是怎么理解稳定性的?</w:t>
            </w:r>
          </w:p>
          <w:p>
            <w:pPr>
              <w:spacing w:after="20" w:line="276" w:lineRule="auto"/>
            </w:pPr>
            <w:r>
              <w:rPr>
                <w:rFonts w:ascii="宋体" w:hAnsi="宋体" w:eastAsia="宋体"/>
                <w:b w:val="0"/>
                <w:sz w:val="18"/>
              </w:rPr>
              <w:t>不易变形、牢固……4.回顾总结。</w:t>
            </w:r>
          </w:p>
          <w:p>
            <w:pPr>
              <w:spacing w:after="20" w:line="276" w:lineRule="auto"/>
            </w:pPr>
            <w:r>
              <w:rPr>
                <w:rFonts w:ascii="宋体" w:hAnsi="宋体" w:eastAsia="宋体"/>
                <w:b w:val="0"/>
                <w:sz w:val="18"/>
              </w:rPr>
              <w:t>因为三角形具有稳定性的特点,所以采用三角形作为支撑。</w:t>
            </w:r>
          </w:p>
        </w:tc>
        <w:tc>
          <w:tcPr>
            <w:tcW w:type="dxa" w:w="1814"/>
          </w:tcPr>
          <w:p>
            <w:pPr>
              <w:spacing w:after="20" w:line="276" w:lineRule="auto"/>
            </w:pPr>
            <w:r/>
            <w:r>
              <w:rPr>
                <w:rFonts w:ascii="宋体" w:hAnsi="宋体" w:eastAsia="宋体"/>
                <w:b w:val="0"/>
                <w:sz w:val="18"/>
              </w:rPr>
              <w:t>“画三角形”有利于学生借助直接经验把抽象的概念和具体的图形联系起来；“说一说”让学生表达对三角形的了解，迁移感知，以便更好地抽象出三角形的本质属性。</w:t>
            </w:r>
          </w:p>
          <w:p>
            <w:pPr>
              <w:spacing w:after="20" w:line="276" w:lineRule="auto"/>
            </w:pPr>
            <w:r>
              <w:rPr>
                <w:rFonts w:ascii="宋体" w:hAnsi="宋体" w:eastAsia="宋体"/>
                <w:b w:val="0"/>
                <w:sz w:val="18"/>
              </w:rPr>
              <w:t>三角形的定义是本节课的重点，抓住关键词“围成”，在学生容易出错的地方设疑立障，通过形象化、生活化的解读，使学生深刻理解“围成”的意思。【教学笔记】</w:t>
            </w:r>
          </w:p>
          <w:p>
            <w:pPr>
              <w:spacing w:after="20" w:line="276" w:lineRule="auto"/>
            </w:pPr>
            <w:r>
              <w:rPr>
                <w:rFonts w:ascii="宋体" w:hAnsi="宋体" w:eastAsia="宋体"/>
                <w:b w:val="0"/>
                <w:sz w:val="18"/>
              </w:rPr>
              <w:t>画三角形的高是本节课的难点,学生理解了“过点O作已知直线的垂线”后就能明白作垂线的根本原理,从而化难为易,找到解决画三角形的高的途径。</w:t>
            </w:r>
          </w:p>
          <w:p>
            <w:pPr>
              <w:spacing w:after="20" w:line="276" w:lineRule="auto"/>
            </w:pPr>
            <w:r>
              <w:rPr>
                <w:rFonts w:ascii="宋体" w:hAnsi="宋体" w:eastAsia="宋体"/>
                <w:b w:val="0"/>
                <w:sz w:val="18"/>
              </w:rPr>
              <w:t>学生在辨析交流中，与已学过的知识建立联系，掌握画高的方法，再结合图形观察三角形的底和高的位置关系，加强对概念的理解。</w:t>
            </w:r>
          </w:p>
          <w:p>
            <w:pPr>
              <w:spacing w:after="20" w:line="276" w:lineRule="auto"/>
            </w:pPr>
            <w:r>
              <w:rPr>
                <w:rFonts w:ascii="宋体" w:hAnsi="宋体" w:eastAsia="宋体"/>
                <w:b w:val="0"/>
                <w:sz w:val="18"/>
              </w:rPr>
              <w:t>让学生画三角形的另外两条高，既加深对三角形底和高的认识，明确三角形的底和高一一对应，又掌握高的规范画法，同时还促使学生思考得出三角形有几组底和高，能更好地突破本课的难点。</w:t>
            </w:r>
          </w:p>
          <w:p>
            <w:pPr>
              <w:spacing w:after="20" w:line="276" w:lineRule="auto"/>
            </w:pPr>
            <w:r>
              <w:rPr>
                <w:rFonts w:ascii="宋体" w:hAnsi="宋体" w:eastAsia="宋体"/>
                <w:b w:val="0"/>
                <w:sz w:val="18"/>
              </w:rPr>
              <w:t>找出物体中的三角形，感受三角形在现实生活中的广泛应用，并为认识三角形的稳定性积累经验。</w:t>
            </w:r>
          </w:p>
          <w:p>
            <w:pPr>
              <w:spacing w:after="20" w:line="276" w:lineRule="auto"/>
            </w:pPr>
            <w:r>
              <w:rPr>
                <w:rFonts w:ascii="宋体" w:hAnsi="宋体" w:eastAsia="宋体"/>
                <w:b w:val="0"/>
                <w:sz w:val="18"/>
              </w:rPr>
              <w:t>通过操作和观察对比，使学生体会到：三角形的3条边确定了，其相应的形状、大小也就确定了，所以无论怎么围，所围的三角形大小、形状都不变，而4条边围出的四边形大小、形状可以发生变化。</w:t>
            </w:r>
          </w:p>
          <w:p>
            <w:pPr>
              <w:spacing w:after="20" w:line="276" w:lineRule="auto"/>
            </w:pPr>
            <w:r>
              <w:rPr>
                <w:rFonts w:ascii="宋体" w:hAnsi="宋体" w:eastAsia="宋体"/>
                <w:b w:val="0"/>
                <w:sz w:val="18"/>
              </w:rPr>
              <w:t>学生自己动手拉动不同形状的框架，体验到三角形和四边形的不同特性，在操作和比较中充分感受、理解三角形的稳定性和四边形易变形的特征，加深对三角形稳定性的认识。</w:t>
            </w:r>
          </w:p>
          <w:p>
            <w:pPr>
              <w:spacing w:after="20" w:line="276" w:lineRule="auto"/>
            </w:pPr>
            <w:r>
              <w:rPr>
                <w:rFonts w:ascii="宋体" w:hAnsi="宋体" w:eastAsia="宋体"/>
                <w:b w:val="0"/>
                <w:sz w:val="18"/>
              </w:rPr>
              <w:t>通过对现实生活中三角形的作用分析,进一步体会三角形稳定性的广泛应用,增强学生的应用意识,加深对三角形稳定性的理解和掌握。</w:t>
            </w:r>
          </w:p>
          <w:p>
            <w:pPr>
              <w:spacing w:after="20" w:line="276" w:lineRule="auto"/>
            </w:pPr>
            <w:r>
              <w:rPr>
                <w:rFonts w:ascii="宋体" w:hAnsi="宋体" w:eastAsia="宋体"/>
                <w:b w:val="0"/>
                <w:sz w:val="18"/>
              </w:rPr>
              <w:t>（本环节一定要让学生动手操作，在操作和比较中充分感受、理解三角形的稳定性和四边形易变形的特性，加深对三角形稳定性的认识。【学情预设】学生观察图片，回答问题，课件中相应显示学生找到的三角形。）</w:t>
            </w:r>
          </w:p>
        </w:tc>
      </w:tr>
      <w:tr>
        <w:tc>
          <w:tcPr>
            <w:tcW w:type="dxa" w:w="1474"/>
          </w:tcPr>
          <w:p>
            <w:pPr>
              <w:spacing w:after="20" w:line="276" w:lineRule="auto"/>
            </w:pPr>
            <w:r>
              <w:rPr>
                <w:b/>
              </w:rPr>
            </w:r>
            <w:r>
              <w:rPr>
                <w:rFonts w:ascii="宋体" w:hAnsi="宋体" w:eastAsia="宋体"/>
                <w:b/>
                <w:sz w:val="18"/>
              </w:rPr>
              <w:t>四、巩固练习，提高认识</w:t>
            </w:r>
          </w:p>
        </w:tc>
        <w:tc>
          <w:tcPr>
            <w:tcW w:type="dxa" w:w="3061"/>
          </w:tcPr>
          <w:p>
            <w:pPr>
              <w:spacing w:after="20" w:line="276" w:lineRule="auto"/>
            </w:pPr>
            <w:r/>
            <w:r>
              <w:rPr>
                <w:rFonts w:ascii="宋体" w:hAnsi="宋体" w:eastAsia="宋体"/>
                <w:b w:val="0"/>
                <w:sz w:val="18"/>
              </w:rPr>
              <w:t>1.教科书P58“做一做”。</w:t>
            </w:r>
          </w:p>
          <w:p>
            <w:pPr>
              <w:spacing w:after="20" w:line="276" w:lineRule="auto"/>
            </w:pPr>
            <w:r>
              <w:rPr>
                <w:rFonts w:ascii="宋体" w:hAnsi="宋体" w:eastAsia="宋体"/>
                <w:b w:val="0"/>
                <w:sz w:val="18"/>
              </w:rPr>
              <w:t>(1)同桌合作，手指着三角形说出每个三角形各部分的名称。</w:t>
            </w:r>
          </w:p>
          <w:p>
            <w:pPr>
              <w:spacing w:after="20" w:line="276" w:lineRule="auto"/>
            </w:pPr>
            <w:r>
              <w:rPr>
                <w:rFonts w:ascii="宋体" w:hAnsi="宋体" w:eastAsia="宋体"/>
                <w:b w:val="0"/>
                <w:sz w:val="18"/>
              </w:rPr>
              <w:t>(2)学生独立画高，教师强调画高的要求。</w:t>
            </w:r>
          </w:p>
          <w:p>
            <w:pPr>
              <w:spacing w:after="20" w:line="276" w:lineRule="auto"/>
            </w:pPr>
            <w:r>
              <w:rPr>
                <w:rFonts w:ascii="宋体" w:hAnsi="宋体" w:eastAsia="宋体"/>
                <w:b w:val="0"/>
                <w:sz w:val="18"/>
              </w:rPr>
              <w:t>(3)集中订正。</w:t>
            </w:r>
          </w:p>
          <w:p>
            <w:pPr>
              <w:spacing w:after="20" w:line="276" w:lineRule="auto"/>
            </w:pPr>
            <w:r>
              <w:rPr>
                <w:rFonts w:ascii="宋体" w:hAnsi="宋体" w:eastAsia="宋体"/>
                <w:b w:val="0"/>
                <w:sz w:val="18"/>
              </w:rPr>
              <w:t>2．教科书P63“练习十五”第1题。</w:t>
            </w:r>
          </w:p>
          <w:p>
            <w:pPr>
              <w:spacing w:after="20" w:line="276" w:lineRule="auto"/>
            </w:pPr>
            <w:r>
              <w:rPr>
                <w:rFonts w:ascii="宋体" w:hAnsi="宋体" w:eastAsia="宋体"/>
                <w:b w:val="0"/>
                <w:sz w:val="18"/>
              </w:rPr>
              <w:t>(1)学生独立画高。</w:t>
            </w:r>
          </w:p>
          <w:p>
            <w:pPr>
              <w:spacing w:after="20" w:line="276" w:lineRule="auto"/>
            </w:pPr>
            <w:r>
              <w:rPr>
                <w:rFonts w:ascii="宋体" w:hAnsi="宋体" w:eastAsia="宋体"/>
                <w:b w:val="0"/>
                <w:sz w:val="18"/>
              </w:rPr>
              <w:t>(2)同桌交换检查，如有错误，及时督促订正。</w:t>
            </w:r>
          </w:p>
          <w:p>
            <w:pPr>
              <w:spacing w:after="20" w:line="276" w:lineRule="auto"/>
            </w:pPr>
            <w:r>
              <w:rPr>
                <w:rFonts w:ascii="宋体" w:hAnsi="宋体" w:eastAsia="宋体"/>
                <w:b w:val="0"/>
                <w:sz w:val="18"/>
              </w:rPr>
              <w:t>(3)变式练习。(出示课件)</w:t>
            </w:r>
          </w:p>
          <w:p>
            <w:pPr>
              <w:spacing w:after="20" w:line="276" w:lineRule="auto"/>
            </w:pPr>
            <w:r>
              <w:rPr>
                <w:rFonts w:ascii="宋体" w:hAnsi="宋体" w:eastAsia="宋体"/>
                <w:b w:val="0"/>
                <w:sz w:val="18"/>
              </w:rPr>
              <w:t>教科书P59“做一做”。</w:t>
            </w:r>
          </w:p>
          <w:p>
            <w:pPr>
              <w:spacing w:after="20" w:line="276" w:lineRule="auto"/>
            </w:pPr>
            <w:r>
              <w:rPr>
                <w:rFonts w:ascii="宋体" w:hAnsi="宋体" w:eastAsia="宋体"/>
                <w:b w:val="0"/>
                <w:sz w:val="18"/>
              </w:rPr>
              <w:t>师：正是因为三角形具有稳定性,所以三角形在生活中的应用很广泛，你能举一个在生活中应用到三角形的例子吗?</w:t>
            </w:r>
          </w:p>
          <w:p>
            <w:pPr>
              <w:spacing w:after="20" w:line="276" w:lineRule="auto"/>
            </w:pPr>
            <w:r>
              <w:rPr>
                <w:rFonts w:ascii="宋体" w:hAnsi="宋体" w:eastAsia="宋体"/>
                <w:b w:val="0"/>
                <w:sz w:val="18"/>
              </w:rPr>
              <w:t>师：大家观察得很仔细呀!</w:t>
            </w:r>
          </w:p>
          <w:p>
            <w:pPr>
              <w:spacing w:after="20" w:line="276" w:lineRule="auto"/>
            </w:pPr>
            <w:r>
              <w:rPr>
                <w:rFonts w:ascii="宋体" w:hAnsi="宋体" w:eastAsia="宋体"/>
                <w:b w:val="0"/>
                <w:sz w:val="18"/>
              </w:rPr>
              <w:t>师：刚才我们发现四边形容易变形,你能想办法让四边形也拉不动吗?</w:t>
            </w:r>
          </w:p>
          <w:p>
            <w:pPr>
              <w:spacing w:after="20" w:line="276" w:lineRule="auto"/>
            </w:pPr>
            <w:r>
              <w:rPr>
                <w:rFonts w:ascii="宋体" w:hAnsi="宋体" w:eastAsia="宋体"/>
                <w:b w:val="0"/>
                <w:sz w:val="18"/>
              </w:rPr>
              <w:t>指名学生回答。</w:t>
            </w:r>
          </w:p>
          <w:p>
            <w:pPr>
              <w:spacing w:after="20" w:line="276" w:lineRule="auto"/>
            </w:pPr>
            <w:r>
              <w:rPr>
                <w:rFonts w:ascii="宋体" w:hAnsi="宋体" w:eastAsia="宋体"/>
                <w:b w:val="0"/>
                <w:sz w:val="18"/>
              </w:rPr>
              <w:t>教师根据学生的回答添加框架条，即中间加一条对角线。(教师出示加固后的框架,再让学生拉一拉。)</w:t>
            </w:r>
          </w:p>
          <w:p>
            <w:pPr>
              <w:spacing w:after="20" w:line="276" w:lineRule="auto"/>
            </w:pPr>
            <w:r>
              <w:rPr>
                <w:rFonts w:ascii="宋体" w:hAnsi="宋体" w:eastAsia="宋体"/>
                <w:b w:val="0"/>
                <w:sz w:val="18"/>
              </w:rPr>
              <w:t>师：为什么加上一条对角线后这个框架就稳固了?（变成了两个连在一起的三角形。）可见,这里利用的还是三角形的稳定性。</w:t>
            </w:r>
          </w:p>
          <w:p>
            <w:pPr>
              <w:spacing w:after="20" w:line="276" w:lineRule="auto"/>
            </w:pPr>
            <w:r>
              <w:rPr>
                <w:rFonts w:ascii="宋体" w:hAnsi="宋体" w:eastAsia="宋体"/>
                <w:b w:val="0"/>
                <w:sz w:val="18"/>
              </w:rPr>
              <w:t>4.教科书P63“练习十五”第2题。</w:t>
            </w:r>
          </w:p>
        </w:tc>
        <w:tc>
          <w:tcPr>
            <w:tcW w:type="dxa" w:w="3061"/>
          </w:tcPr>
          <w:p>
            <w:pPr>
              <w:spacing w:after="20" w:line="276" w:lineRule="auto"/>
            </w:pPr>
            <w:r/>
            <w:r>
              <w:rPr>
                <w:rFonts w:ascii="宋体" w:hAnsi="宋体" w:eastAsia="宋体"/>
                <w:b w:val="0"/>
                <w:sz w:val="18"/>
              </w:rPr>
              <w:t>学生能根据给定的底画出其对应的高，进一步感受三角形的底和高相互依存的关系。</w:t>
            </w:r>
          </w:p>
          <w:p>
            <w:pPr>
              <w:spacing w:after="20" w:line="276" w:lineRule="auto"/>
            </w:pPr>
            <w:r>
              <w:rPr>
                <w:rFonts w:ascii="宋体" w:hAnsi="宋体" w:eastAsia="宋体"/>
                <w:b w:val="0"/>
                <w:sz w:val="18"/>
              </w:rPr>
              <w:t>画指定底边上的高，大部分学生已经掌握，教师要及时关注有问题的少数学生，并进行个别辅导。画三角形短边上的高，主要是留给学有余力的学生，学生无从下手时，教师适当点拨。</w:t>
            </w:r>
          </w:p>
          <w:p>
            <w:pPr>
              <w:spacing w:after="20" w:line="276" w:lineRule="auto"/>
            </w:pPr>
            <w:r>
              <w:rPr>
                <w:rFonts w:ascii="宋体" w:hAnsi="宋体" w:eastAsia="宋体"/>
                <w:b w:val="0"/>
                <w:sz w:val="18"/>
              </w:rPr>
              <w:t>预设1：房顶做成三角形的。</w:t>
            </w:r>
          </w:p>
          <w:p>
            <w:pPr>
              <w:spacing w:after="20" w:line="276" w:lineRule="auto"/>
            </w:pPr>
            <w:r>
              <w:rPr>
                <w:rFonts w:ascii="宋体" w:hAnsi="宋体" w:eastAsia="宋体"/>
                <w:b w:val="0"/>
                <w:sz w:val="18"/>
              </w:rPr>
              <w:t>预设2：台历、斜拉桥、自行车车架……</w:t>
            </w:r>
          </w:p>
          <w:p>
            <w:pPr>
              <w:spacing w:after="20" w:line="276" w:lineRule="auto"/>
            </w:pPr>
            <w:r>
              <w:rPr>
                <w:rFonts w:ascii="宋体" w:hAnsi="宋体" w:eastAsia="宋体"/>
                <w:b w:val="0"/>
                <w:sz w:val="18"/>
              </w:rPr>
              <w:t>学生都能说出右边围篱笆的方法更牢固，因为左边围成的篱笆里面是四边形，四边形容易变形，右边围成的篱笆里面有三角形，三角形具有稳定性。</w:t>
            </w:r>
          </w:p>
        </w:tc>
        <w:tc>
          <w:tcPr>
            <w:tcW w:type="dxa" w:w="1814"/>
          </w:tcPr>
          <w:p>
            <w:pPr>
              <w:spacing w:after="20" w:line="276" w:lineRule="auto"/>
            </w:pPr>
            <w:r/>
            <w:r>
              <w:rPr>
                <w:rFonts w:ascii="宋体" w:hAnsi="宋体" w:eastAsia="宋体"/>
                <w:b w:val="0"/>
                <w:sz w:val="18"/>
              </w:rPr>
              <w:t>让学生整体感知各种三角形中不同底边上的高的画法，图中三角形短边上的高在三角形外，学生比较难理解，通过不同的高的画法增强学生思维的灵活性和深刻性。</w:t>
            </w:r>
          </w:p>
          <w:p>
            <w:pPr>
              <w:spacing w:after="20" w:line="276" w:lineRule="auto"/>
            </w:pPr>
            <w:r>
              <w:rPr>
                <w:rFonts w:ascii="宋体" w:hAnsi="宋体" w:eastAsia="宋体"/>
                <w:b w:val="0"/>
                <w:sz w:val="18"/>
              </w:rPr>
              <w:t>第2题运用四边形容易变形的特性和三角形的稳定性来解释哪种篱笆围得更结实。学生在解决这个问题的过程中,不仅要知其然,还要知其所以然；学生在感受数学与现实生活关系的同时,学会有理有据地思考问题。</w:t>
            </w:r>
          </w:p>
        </w:tc>
      </w:tr>
      <w:tr>
        <w:tc>
          <w:tcPr>
            <w:tcW w:type="dxa" w:w="1474"/>
          </w:tcPr>
          <w:p>
            <w:pPr>
              <w:spacing w:after="20" w:line="276" w:lineRule="auto"/>
            </w:pPr>
            <w:r>
              <w:rPr>
                <w:b/>
              </w:rPr>
            </w:r>
            <w:r>
              <w:rPr>
                <w:rFonts w:ascii="宋体" w:hAnsi="宋体" w:eastAsia="宋体"/>
                <w:b/>
                <w:sz w:val="18"/>
              </w:rPr>
              <w:t>五、课堂小结，深化认识</w:t>
            </w:r>
          </w:p>
        </w:tc>
        <w:tc>
          <w:tcPr>
            <w:tcW w:type="dxa" w:w="3061"/>
          </w:tcPr>
          <w:p>
            <w:pPr>
              <w:spacing w:after="20" w:line="276" w:lineRule="auto"/>
            </w:pPr>
            <w:r/>
            <w:r>
              <w:rPr>
                <w:rFonts w:ascii="宋体" w:hAnsi="宋体" w:eastAsia="宋体"/>
                <w:b w:val="0"/>
                <w:sz w:val="18"/>
              </w:rPr>
              <w:t>师：通过这节课的学习，我们对三角形有了进一步的了解，说一说你有什么收获。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教科书P57～59例1和例2，完成P58和P59“做一做”，P63“练习十五”第1～2题。</w:t>
      </w:r>
    </w:p>
    <w:p>
      <w:pPr>
        <w:spacing w:after="40" w:line="300" w:lineRule="auto"/>
        <w:ind w:firstLine="400"/>
      </w:pPr>
      <w:r>
        <w:rPr>
          <w:rFonts w:ascii="宋体" w:hAnsi="宋体" w:eastAsia="宋体"/>
          <w:b w:val="0"/>
          <w:sz w:val="20"/>
        </w:rPr>
        <w:t>② 原设计安排：见“状元成才路”系列丛书《创优作业100分》对应课时作业。 【教学笔记】 【教学提示】 本环节是这节课的重难点，一定要通过画一画、说一说、演一演、辨一辨等活动引导学生概括三角形的特征，认识各部分的名称以及底和高的含义，并能画三角形的高。 【教学笔记】 【教学提示】 教学三角形的底和高时，可让学生边画边理解三角形底和高的含义，初步感受三角形底和高相互依存的关系。 【教学笔记】 【教学笔记】</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这节课很明显在突出重点、突破难点上下了功夫。三角形的定义是本节课的重点,抓住其关键词“围成”,在学生容易出错的地方设疑立障,先引发学生思考辨析,再通过形象化、生活化的解读,使“围成”的理解深入人心,有助于学生进一步认识三角形的数学属性。数学学习不单是学知识、学方法,更重要的是学思想。画三角形的高是本节课的难点,借助学生学习的经验,通过温习“过直线外一点作垂线”,弱化三角形画高的难度,高和底一一对应,渗透转化的思想,凸显数学本质。通过拉三角形框架和四边形框架,让学生在实验中进一步理解三角形的稳定性,给学生留下了深刻的印象。了解三角形的稳定性在实践中的应用就在学生的操作活动中被轻松突破了。所以,在实际动手体验中学习数学是保证教学效果的一种很好的教学思路。</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三角形三边的关系</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三角形三边的关系</w:t>
            </w:r>
          </w:p>
        </w:tc>
        <w:tc>
          <w:tcPr>
            <w:tcW w:type="dxa" w:w="6009"/>
          </w:tcPr>
          <w:p>
            <w:pPr>
              <w:spacing w:after="20" w:line="276" w:lineRule="auto"/>
            </w:pPr>
            <w:r/>
            <w:r>
              <w:rPr>
                <w:rFonts w:ascii="宋体" w:hAnsi="宋体" w:eastAsia="宋体"/>
                <w:b w:val="0"/>
                <w:sz w:val="20"/>
              </w:rPr>
              <w:t>第5单元 三角形</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四年级学生已经积累了一些有关“空间与图形”的知识和经验，形成了一定程度的空间感。他们对周围事物的感知和理解的能力以及探索图形及其关系的愿望不断增强，具备了一定的抽象思维能力，可以在比较抽象的水平上认识图形，进行探索。因此，本单元的教学目标与第一学段“获得对简单平面图形的直观经验”有所不同，应使学生通过观察、操作、推理等手段，逐步认识三角形。</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教学内容：教科书P60例3和例4，完成P64“练习十五”第5~7题。</w:t>
      </w:r>
    </w:p>
    <w:p>
      <w:pPr>
        <w:spacing w:after="80" w:line="300" w:lineRule="auto"/>
        <w:ind w:firstLine="400"/>
      </w:pPr>
      <w:r>
        <w:rPr>
          <w:rFonts w:ascii="宋体" w:hAnsi="宋体" w:eastAsia="宋体"/>
          <w:b w:val="0"/>
          <w:sz w:val="20"/>
        </w:rPr>
        <w:t>教学准备：课件，每个小组按照教科书P60例4提供的长度准备4组纸条，“三角形三边关系”实验记录单。</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（1）通过摆一摆、比一比、算一算等数学活动,探究三角形三边的关系,知道三角形任意两边的和大于第三边。</w:t>
      </w:r>
    </w:p>
    <w:p>
      <w:pPr>
        <w:spacing w:after="20" w:line="300" w:lineRule="auto"/>
        <w:ind w:firstLine="400"/>
      </w:pPr>
      <w:r>
        <w:rPr>
          <w:rFonts w:ascii="宋体" w:hAnsi="宋体" w:eastAsia="宋体"/>
          <w:b w:val="0"/>
          <w:sz w:val="20"/>
        </w:rPr>
        <w:t>（2）根据三角形三边的关系解释生活中的现象,提高运用数学知识解决实际问题的能力。</w:t>
      </w:r>
    </w:p>
    <w:p>
      <w:pPr>
        <w:spacing w:after="20" w:line="300" w:lineRule="auto"/>
        <w:ind w:firstLine="400"/>
      </w:pPr>
      <w:r>
        <w:rPr>
          <w:rFonts w:ascii="宋体" w:hAnsi="宋体" w:eastAsia="宋体"/>
          <w:b w:val="0"/>
          <w:sz w:val="20"/>
        </w:rPr>
        <w:t>（3）积极参与探究活动,在活动中获得成功的体验,享受数学学习的快乐。</w:t>
      </w:r>
    </w:p>
    <w:p>
      <w:pPr>
        <w:spacing w:after="20" w:line="300" w:lineRule="auto"/>
      </w:pPr>
      <w:r>
        <w:rPr>
          <w:rFonts w:ascii="宋体" w:hAnsi="宋体" w:eastAsia="宋体"/>
          <w:b w:val="0"/>
          <w:sz w:val="20"/>
        </w:rPr>
        <w:t>教学重点：探索发现三角形任意两边的和大于第三边。</w:t>
      </w:r>
    </w:p>
    <w:p>
      <w:pPr>
        <w:spacing w:after="20" w:line="300" w:lineRule="auto"/>
      </w:pPr>
      <w:r>
        <w:rPr>
          <w:rFonts w:ascii="宋体" w:hAnsi="宋体" w:eastAsia="宋体"/>
          <w:b w:val="0"/>
          <w:sz w:val="20"/>
        </w:rPr>
        <w:t>教学难点：灵活运用三角形三边关系解决一些数学问题。</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一、创设情境，导入新课</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这是小明同学上学的路线。请大家仔细观察,他可以怎样走?；在这几条上学路线中，哪条最近?为什么?</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二、动手操作，探究新知识</w:t>
            </w:r>
          </w:p>
        </w:tc>
        <w:tc>
          <w:tcPr>
            <w:tcW w:type="dxa" w:w="1814"/>
          </w:tcPr>
          <w:p>
            <w:pPr>
              <w:spacing w:after="20" w:line="276" w:lineRule="auto"/>
            </w:pPr>
            <w:r/>
            <w:r>
              <w:rPr>
                <w:rFonts w:ascii="宋体" w:hAnsi="宋体" w:eastAsia="宋体"/>
                <w:b w:val="0"/>
                <w:sz w:val="18"/>
              </w:rPr>
              <w:t>课件、学具、教科书</w:t>
            </w:r>
          </w:p>
        </w:tc>
        <w:tc>
          <w:tcPr>
            <w:tcW w:type="dxa" w:w="3402"/>
          </w:tcPr>
          <w:p>
            <w:pPr>
              <w:spacing w:after="20" w:line="276" w:lineRule="auto"/>
            </w:pPr>
            <w:r/>
            <w:r>
              <w:rPr>
                <w:rFonts w:ascii="宋体" w:hAnsi="宋体" w:eastAsia="宋体"/>
                <w:b w:val="0"/>
                <w:sz w:val="18"/>
              </w:rPr>
              <w:t>为什么要加“任意”呢?能举例说明吗?；你还能举出其他反例吗？</w:t>
            </w:r>
          </w:p>
        </w:tc>
        <w:tc>
          <w:tcPr>
            <w:tcW w:type="dxa" w:w="1361"/>
          </w:tcPr>
          <w:p>
            <w:pPr>
              <w:spacing w:after="20" w:line="276" w:lineRule="auto"/>
            </w:pPr>
            <w:r/>
            <w:r>
              <w:rPr>
                <w:rFonts w:ascii="宋体" w:hAnsi="宋体" w:eastAsia="宋体"/>
                <w:b w:val="0"/>
                <w:sz w:val="18"/>
              </w:rPr>
              <w:t>17分钟</w:t>
            </w:r>
          </w:p>
        </w:tc>
      </w:tr>
      <w:tr>
        <w:tc>
          <w:tcPr>
            <w:tcW w:type="dxa" w:w="2835"/>
          </w:tcPr>
          <w:p>
            <w:pPr>
              <w:spacing w:after="20" w:line="276" w:lineRule="auto"/>
            </w:pPr>
            <w:r/>
            <w:r>
              <w:rPr>
                <w:rFonts w:ascii="宋体" w:hAnsi="宋体" w:eastAsia="宋体"/>
                <w:b w:val="0"/>
                <w:sz w:val="18"/>
              </w:rPr>
              <w:t>三、巩固运用，提高认识</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四、回顾探究过程,梳理研究方法</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一、创设情境，导入新课</w:t>
            </w:r>
          </w:p>
        </w:tc>
        <w:tc>
          <w:tcPr>
            <w:tcW w:type="dxa" w:w="3061"/>
          </w:tcPr>
          <w:p>
            <w:pPr>
              <w:spacing w:after="20" w:line="276" w:lineRule="auto"/>
            </w:pPr>
            <w:r/>
            <w:r>
              <w:rPr>
                <w:rFonts w:ascii="宋体" w:hAnsi="宋体" w:eastAsia="宋体"/>
                <w:b w:val="0"/>
                <w:sz w:val="18"/>
              </w:rPr>
              <w:t>1.课件出示教科书P60例3,引发思考。</w:t>
            </w:r>
          </w:p>
          <w:p>
            <w:pPr>
              <w:spacing w:after="20" w:line="276" w:lineRule="auto"/>
            </w:pPr>
            <w:r>
              <w:rPr>
                <w:rFonts w:ascii="宋体" w:hAnsi="宋体" w:eastAsia="宋体"/>
                <w:b w:val="0"/>
                <w:sz w:val="18"/>
              </w:rPr>
              <w:t>师：这是小明同学上学的路线。请大家仔细观察,他可以怎样走?</w:t>
            </w:r>
          </w:p>
          <w:p>
            <w:pPr>
              <w:spacing w:after="20" w:line="276" w:lineRule="auto"/>
            </w:pPr>
            <w:r>
              <w:rPr>
                <w:rFonts w:ascii="宋体" w:hAnsi="宋体" w:eastAsia="宋体"/>
                <w:b w:val="0"/>
                <w:sz w:val="18"/>
              </w:rPr>
              <w:t>师：在这几条上学路线中，哪条最近?为什么?</w:t>
            </w:r>
          </w:p>
          <w:p>
            <w:pPr>
              <w:spacing w:after="20" w:line="276" w:lineRule="auto"/>
            </w:pPr>
            <w:r>
              <w:rPr>
                <w:rFonts w:ascii="宋体" w:hAnsi="宋体" w:eastAsia="宋体"/>
                <w:b w:val="0"/>
                <w:sz w:val="18"/>
              </w:rPr>
              <w:t>教师根据学生回答总结：两点间所有连线中线段最短，这条线段的长度叫作两点间的距离。</w:t>
            </w:r>
          </w:p>
          <w:p>
            <w:pPr>
              <w:spacing w:after="20" w:line="276" w:lineRule="auto"/>
            </w:pPr>
            <w:r>
              <w:rPr>
                <w:rFonts w:ascii="宋体" w:hAnsi="宋体" w:eastAsia="宋体"/>
                <w:b w:val="0"/>
                <w:sz w:val="18"/>
              </w:rPr>
              <w:t>2.开门见山,引出主题。</w:t>
            </w:r>
          </w:p>
          <w:p>
            <w:pPr>
              <w:spacing w:after="20" w:line="276" w:lineRule="auto"/>
            </w:pPr>
            <w:r>
              <w:rPr>
                <w:rFonts w:ascii="宋体" w:hAnsi="宋体" w:eastAsia="宋体"/>
                <w:b w:val="0"/>
                <w:sz w:val="18"/>
              </w:rPr>
              <w:t>师：请大家看,小明家、邮局、学校三地,连接后是一个什么图形?（三角形）</w:t>
            </w:r>
          </w:p>
          <w:p>
            <w:pPr>
              <w:spacing w:after="20" w:line="276" w:lineRule="auto"/>
            </w:pPr>
            <w:r>
              <w:rPr>
                <w:rFonts w:ascii="宋体" w:hAnsi="宋体" w:eastAsia="宋体"/>
                <w:b w:val="0"/>
                <w:sz w:val="18"/>
              </w:rPr>
              <w:t>师：那请同学们回顾一下，什么是三角形呢?</w:t>
            </w:r>
          </w:p>
          <w:p>
            <w:pPr>
              <w:spacing w:after="20" w:line="276" w:lineRule="auto"/>
            </w:pPr>
            <w:r>
              <w:rPr>
                <w:rFonts w:ascii="宋体" w:hAnsi="宋体" w:eastAsia="宋体"/>
                <w:b w:val="0"/>
                <w:sz w:val="18"/>
              </w:rPr>
              <w:t>师：是不是只要有三条线段就一定可以围成三角形呢?</w:t>
            </w:r>
          </w:p>
          <w:p>
            <w:pPr>
              <w:spacing w:after="20" w:line="276" w:lineRule="auto"/>
            </w:pPr>
            <w:r>
              <w:rPr>
                <w:rFonts w:ascii="宋体" w:hAnsi="宋体" w:eastAsia="宋体"/>
                <w:b w:val="0"/>
                <w:sz w:val="18"/>
              </w:rPr>
              <w:t>师：三角形三条边究竟有什么样的关系呢?带着这样的思考和疑问,我们一起通过</w:t>
            </w:r>
          </w:p>
          <w:p>
            <w:pPr>
              <w:spacing w:after="20" w:line="276" w:lineRule="auto"/>
            </w:pPr>
            <w:r>
              <w:rPr>
                <w:rFonts w:ascii="宋体" w:hAnsi="宋体" w:eastAsia="宋体"/>
                <w:b w:val="0"/>
                <w:sz w:val="18"/>
              </w:rPr>
              <w:t>实验来探究“三角形三边的关系”。（板书课题:三角形三边的关系）</w:t>
            </w:r>
          </w:p>
        </w:tc>
        <w:tc>
          <w:tcPr>
            <w:tcW w:type="dxa" w:w="3061"/>
          </w:tcPr>
          <w:p>
            <w:pPr>
              <w:spacing w:after="20" w:line="276" w:lineRule="auto"/>
            </w:pPr>
            <w:r/>
            <w:r>
              <w:rPr>
                <w:rFonts w:ascii="宋体" w:hAnsi="宋体" w:eastAsia="宋体"/>
                <w:b w:val="0"/>
                <w:sz w:val="18"/>
              </w:rPr>
              <w:t>通过上学路线这样一个实际问题,调动学生已有的生活经验,学生很容易提炼出数学事实——两点间所有连线中线段最短。</w:t>
            </w:r>
          </w:p>
          <w:p>
            <w:pPr>
              <w:spacing w:after="20" w:line="276" w:lineRule="auto"/>
            </w:pPr>
            <w:r>
              <w:rPr>
                <w:rFonts w:ascii="宋体" w:hAnsi="宋体" w:eastAsia="宋体"/>
                <w:b w:val="0"/>
                <w:sz w:val="18"/>
              </w:rPr>
              <w:t>预设1：由三条线段围成的图形叫作三角形。（那怎么理解“围成”呢?）</w:t>
            </w:r>
          </w:p>
          <w:p>
            <w:pPr>
              <w:spacing w:after="20" w:line="276" w:lineRule="auto"/>
            </w:pPr>
            <w:r>
              <w:rPr>
                <w:rFonts w:ascii="宋体" w:hAnsi="宋体" w:eastAsia="宋体"/>
                <w:b w:val="0"/>
                <w:sz w:val="18"/>
              </w:rPr>
              <w:t>预设2：“围成”是指每相邻两条线段的端点相连。</w:t>
            </w:r>
          </w:p>
          <w:p>
            <w:pPr>
              <w:spacing w:after="20" w:line="276" w:lineRule="auto"/>
            </w:pPr>
            <w:r>
              <w:rPr>
                <w:rFonts w:ascii="宋体" w:hAnsi="宋体" w:eastAsia="宋体"/>
                <w:b w:val="0"/>
                <w:sz w:val="18"/>
              </w:rPr>
              <w:t>学生有的喊“能”，有的喊“不能”，有的喊“不一定”，还有的感到疑惑。</w:t>
            </w:r>
          </w:p>
        </w:tc>
        <w:tc>
          <w:tcPr>
            <w:tcW w:type="dxa" w:w="1814"/>
          </w:tcPr>
          <w:p>
            <w:pPr>
              <w:spacing w:after="20" w:line="276" w:lineRule="auto"/>
            </w:pPr>
            <w:r/>
            <w:r>
              <w:rPr>
                <w:rFonts w:ascii="宋体" w:hAnsi="宋体" w:eastAsia="宋体"/>
                <w:b w:val="0"/>
                <w:sz w:val="18"/>
              </w:rPr>
              <w:t>教学情境是根据学生的心理特点和年龄特征来设计的,借助学生丰富的生活经验,从学生熟悉的事情出发,吸引他们的注意力,开门见山地引出课题。</w:t>
            </w:r>
          </w:p>
        </w:tc>
      </w:tr>
      <w:tr>
        <w:tc>
          <w:tcPr>
            <w:tcW w:type="dxa" w:w="1474"/>
          </w:tcPr>
          <w:p>
            <w:pPr>
              <w:spacing w:after="20" w:line="276" w:lineRule="auto"/>
            </w:pPr>
            <w:r>
              <w:rPr>
                <w:b/>
              </w:rPr>
            </w:r>
            <w:r>
              <w:rPr>
                <w:rFonts w:ascii="宋体" w:hAnsi="宋体" w:eastAsia="宋体"/>
                <w:b/>
                <w:sz w:val="18"/>
              </w:rPr>
              <w:t>二、动手操作，探究新知识</w:t>
            </w:r>
          </w:p>
        </w:tc>
        <w:tc>
          <w:tcPr>
            <w:tcW w:type="dxa" w:w="3061"/>
          </w:tcPr>
          <w:p>
            <w:pPr>
              <w:spacing w:after="20" w:line="276" w:lineRule="auto"/>
            </w:pPr>
            <w:r/>
            <w:r>
              <w:rPr>
                <w:rFonts w:ascii="宋体" w:hAnsi="宋体" w:eastAsia="宋体"/>
                <w:b w:val="0"/>
                <w:sz w:val="18"/>
              </w:rPr>
              <w:t>1.在猜想中探索：任意三张纸条能否围成三角形？</w:t>
            </w:r>
          </w:p>
          <w:p>
            <w:pPr>
              <w:spacing w:after="20" w:line="276" w:lineRule="auto"/>
            </w:pPr>
            <w:r>
              <w:rPr>
                <w:rFonts w:ascii="宋体" w:hAnsi="宋体" w:eastAsia="宋体"/>
                <w:b w:val="0"/>
                <w:sz w:val="18"/>
              </w:rPr>
              <w:t>师：我们来做个实验——用三张纸条围一个三角形。请同学们拿出课前准备的小纸条，从中任取一组纸条，看看能否在桌子上围成一个三角形，并把选用的纸条的长度数据记录在表格中。(课件出示表格)</w:t>
            </w:r>
          </w:p>
          <w:p>
            <w:pPr>
              <w:spacing w:after="20" w:line="276" w:lineRule="auto"/>
            </w:pPr>
            <w:r>
              <w:rPr>
                <w:rFonts w:ascii="宋体" w:hAnsi="宋体" w:eastAsia="宋体"/>
                <w:b w:val="0"/>
                <w:sz w:val="18"/>
              </w:rPr>
              <w:t>2.在探索中交流。</w:t>
            </w:r>
          </w:p>
          <w:p>
            <w:pPr>
              <w:spacing w:after="20" w:line="276" w:lineRule="auto"/>
            </w:pPr>
            <w:r>
              <w:rPr>
                <w:rFonts w:ascii="宋体" w:hAnsi="宋体" w:eastAsia="宋体"/>
                <w:b w:val="0"/>
                <w:sz w:val="18"/>
              </w:rPr>
              <w:t>师：同学们已经围完了,表格也填写完成了,咱们先一起看一下围得的结果。请大家边看边想:什么时候能围成三角形？什么时候不能围成三角形?</w:t>
            </w:r>
          </w:p>
          <w:p>
            <w:pPr>
              <w:spacing w:after="20" w:line="276" w:lineRule="auto"/>
            </w:pPr>
            <w:r>
              <w:rPr>
                <w:rFonts w:ascii="宋体" w:hAnsi="宋体" w:eastAsia="宋体"/>
                <w:b w:val="0"/>
                <w:sz w:val="18"/>
              </w:rPr>
              <w:t>3.数形结合，在交流中发现。</w:t>
            </w:r>
          </w:p>
          <w:p>
            <w:pPr>
              <w:spacing w:after="20" w:line="276" w:lineRule="auto"/>
            </w:pPr>
            <w:r>
              <w:rPr>
                <w:rFonts w:ascii="宋体" w:hAnsi="宋体" w:eastAsia="宋体"/>
                <w:b w:val="0"/>
                <w:sz w:val="18"/>
              </w:rPr>
              <w:t>师:为什么要加“任意”呢?能举例说明吗?</w:t>
            </w:r>
          </w:p>
          <w:p>
            <w:pPr>
              <w:spacing w:after="20" w:line="276" w:lineRule="auto"/>
            </w:pPr>
            <w:r>
              <w:rPr>
                <w:rFonts w:ascii="宋体" w:hAnsi="宋体" w:eastAsia="宋体"/>
                <w:b w:val="0"/>
                <w:sz w:val="18"/>
              </w:rPr>
              <w:t>这组纸条不能围成三角形，4+9＞5，5+9＞4，可4+5=9，这两条边的和等于第三边，所以围不成三角形。</w:t>
            </w:r>
          </w:p>
          <w:p>
            <w:pPr>
              <w:spacing w:after="20" w:line="276" w:lineRule="auto"/>
            </w:pPr>
            <w:r>
              <w:rPr>
                <w:rFonts w:ascii="宋体" w:hAnsi="宋体" w:eastAsia="宋体"/>
                <w:b w:val="0"/>
                <w:sz w:val="18"/>
              </w:rPr>
              <w:t>师：你还能举出其他反例吗？</w:t>
            </w:r>
          </w:p>
          <w:p>
            <w:pPr>
              <w:spacing w:after="20" w:line="276" w:lineRule="auto"/>
            </w:pPr>
            <w:r>
              <w:rPr>
                <w:rFonts w:ascii="宋体" w:hAnsi="宋体" w:eastAsia="宋体"/>
                <w:b w:val="0"/>
                <w:sz w:val="18"/>
              </w:rPr>
              <w:t>师：在能围成三角形的情况中，两边的和都大于第三边吗？检验一下。</w:t>
            </w:r>
          </w:p>
          <w:p>
            <w:pPr>
              <w:spacing w:after="20" w:line="276" w:lineRule="auto"/>
            </w:pPr>
            <w:r>
              <w:rPr>
                <w:rFonts w:ascii="宋体" w:hAnsi="宋体" w:eastAsia="宋体"/>
                <w:b w:val="0"/>
                <w:sz w:val="18"/>
              </w:rPr>
              <w:t>教师小结并板书：三角形任意两边的和大于第三边。</w:t>
            </w:r>
          </w:p>
        </w:tc>
        <w:tc>
          <w:tcPr>
            <w:tcW w:type="dxa" w:w="3061"/>
          </w:tcPr>
          <w:p>
            <w:pPr>
              <w:spacing w:after="20" w:line="276" w:lineRule="auto"/>
            </w:pPr>
            <w:r/>
            <w:r>
              <w:rPr>
                <w:rFonts w:ascii="宋体" w:hAnsi="宋体" w:eastAsia="宋体"/>
                <w:b w:val="0"/>
                <w:sz w:val="18"/>
              </w:rPr>
              <w:t>学生小组合作完成。</w:t>
            </w:r>
          </w:p>
          <w:p>
            <w:pPr>
              <w:spacing w:after="20" w:line="276" w:lineRule="auto"/>
            </w:pPr>
            <w:r>
              <w:rPr>
                <w:rFonts w:ascii="宋体" w:hAnsi="宋体" w:eastAsia="宋体"/>
                <w:b w:val="0"/>
                <w:sz w:val="18"/>
              </w:rPr>
              <w:t>学生准备的学具袋中4组纸条的长度（单位：cm）分别是（6、7、8）,（4、5、9）,（3、6、10）,（8、11、11）。学生动手操作，发现随意拿三张纸条不一定能围成三角形。教师引导学生观察和比较围不成三角形的三张纸条，寻找原因，深入思考。</w:t>
            </w:r>
          </w:p>
          <w:p>
            <w:pPr>
              <w:spacing w:after="20" w:line="276" w:lineRule="auto"/>
            </w:pPr>
            <w:r>
              <w:rPr>
                <w:rFonts w:ascii="宋体" w:hAnsi="宋体" w:eastAsia="宋体"/>
                <w:b w:val="0"/>
                <w:sz w:val="18"/>
              </w:rPr>
              <w:t>预设1：我发现（6、7、8）和（8、11、11）能围成三角形，（4、5、9）和（3、6、10）不能围成三角形。</w:t>
            </w:r>
          </w:p>
          <w:p>
            <w:pPr>
              <w:spacing w:after="20" w:line="276" w:lineRule="auto"/>
            </w:pPr>
            <w:r>
              <w:rPr>
                <w:rFonts w:ascii="宋体" w:hAnsi="宋体" w:eastAsia="宋体"/>
                <w:b w:val="0"/>
                <w:sz w:val="18"/>
              </w:rPr>
              <w:t>预设2：我发现三张纸条中如果有一张纸条特别长就不能围成三角形。（嗯，有点道理。有补充的吗？）</w:t>
            </w:r>
          </w:p>
          <w:p>
            <w:pPr>
              <w:spacing w:after="20" w:line="276" w:lineRule="auto"/>
            </w:pPr>
            <w:r>
              <w:rPr>
                <w:rFonts w:ascii="宋体" w:hAnsi="宋体" w:eastAsia="宋体"/>
                <w:b w:val="0"/>
                <w:sz w:val="18"/>
              </w:rPr>
              <w:t>预设3：我发现两条线段相加比另一条长,就可以围成三角形。（你观察得真细致，只要有两条线段加起来比另一条长就可以吗?）</w:t>
            </w:r>
          </w:p>
          <w:p>
            <w:pPr>
              <w:spacing w:after="20" w:line="276" w:lineRule="auto"/>
            </w:pPr>
            <w:r>
              <w:rPr>
                <w:rFonts w:ascii="宋体" w:hAnsi="宋体" w:eastAsia="宋体"/>
                <w:b w:val="0"/>
                <w:sz w:val="18"/>
              </w:rPr>
              <w:t>预设4：应该是任意两条线段加起来比另外一条长才行。</w:t>
            </w:r>
          </w:p>
          <w:p>
            <w:pPr>
              <w:spacing w:after="20" w:line="276" w:lineRule="auto"/>
            </w:pPr>
            <w:r>
              <w:rPr>
                <w:rFonts w:ascii="宋体" w:hAnsi="宋体" w:eastAsia="宋体"/>
                <w:b w:val="0"/>
                <w:sz w:val="18"/>
              </w:rPr>
              <w:t>学生举例说明自己的想法。用(4、5、9)这一组长度的纸条做反例交流。</w:t>
            </w:r>
          </w:p>
          <w:p>
            <w:pPr>
              <w:spacing w:after="20" w:line="276" w:lineRule="auto"/>
            </w:pPr>
            <w:r>
              <w:rPr>
                <w:rFonts w:ascii="宋体" w:hAnsi="宋体" w:eastAsia="宋体"/>
                <w:b w:val="0"/>
                <w:sz w:val="18"/>
              </w:rPr>
              <w:t>（3、6、10）这组纸条也不能围成三角形。尽管3+10＞6,6+10＞3，但是3+6＜10，这两条边的和小于第三边，所以也围不成三角形。</w:t>
            </w:r>
          </w:p>
          <w:p>
            <w:pPr>
              <w:spacing w:after="20" w:line="276" w:lineRule="auto"/>
            </w:pPr>
            <w:r>
              <w:rPr>
                <w:rFonts w:ascii="宋体" w:hAnsi="宋体" w:eastAsia="宋体"/>
                <w:b w:val="0"/>
                <w:sz w:val="18"/>
              </w:rPr>
              <w:t>学生很快会以（6、7、8）和（8、11、11）这两组数据为例来验证：6+7＞8,6+8＞7，7+8＞6；8+11＞11,11+11＞8。</w:t>
            </w:r>
          </w:p>
        </w:tc>
        <w:tc>
          <w:tcPr>
            <w:tcW w:type="dxa" w:w="1814"/>
          </w:tcPr>
          <w:p>
            <w:pPr>
              <w:spacing w:after="20" w:line="276" w:lineRule="auto"/>
            </w:pPr>
            <w:r/>
            <w:r>
              <w:rPr>
                <w:rFonts w:ascii="宋体" w:hAnsi="宋体" w:eastAsia="宋体"/>
                <w:b w:val="0"/>
                <w:sz w:val="18"/>
              </w:rPr>
              <w:t>放手让学生做实验探究规律,比教师平铺直叙更有利于知识的内化。摆一摆、量一量、比一比、想一想等活动能更有效地帮助学生经历知识的形成过程,产生认知冲突,进而发现三角形任意两边的和与第三边的关系。</w:t>
            </w:r>
          </w:p>
        </w:tc>
      </w:tr>
      <w:tr>
        <w:tc>
          <w:tcPr>
            <w:tcW w:type="dxa" w:w="1474"/>
          </w:tcPr>
          <w:p>
            <w:pPr>
              <w:spacing w:after="20" w:line="276" w:lineRule="auto"/>
            </w:pPr>
            <w:r>
              <w:rPr>
                <w:b/>
              </w:rPr>
            </w:r>
            <w:r>
              <w:rPr>
                <w:rFonts w:ascii="宋体" w:hAnsi="宋体" w:eastAsia="宋体"/>
                <w:b/>
                <w:sz w:val="18"/>
              </w:rPr>
              <w:t>三、巩固运用，提高认识</w:t>
            </w:r>
          </w:p>
        </w:tc>
        <w:tc>
          <w:tcPr>
            <w:tcW w:type="dxa" w:w="3061"/>
          </w:tcPr>
          <w:p>
            <w:pPr>
              <w:spacing w:after="20" w:line="276" w:lineRule="auto"/>
            </w:pPr>
            <w:r/>
            <w:r>
              <w:rPr>
                <w:rFonts w:ascii="宋体" w:hAnsi="宋体" w:eastAsia="宋体"/>
                <w:b w:val="0"/>
                <w:sz w:val="18"/>
              </w:rPr>
              <w:t>1.教科书P64“练习十五”第5题。</w:t>
            </w:r>
          </w:p>
          <w:p>
            <w:pPr>
              <w:spacing w:after="20" w:line="276" w:lineRule="auto"/>
            </w:pPr>
            <w:r>
              <w:rPr>
                <w:rFonts w:ascii="宋体" w:hAnsi="宋体" w:eastAsia="宋体"/>
                <w:b w:val="0"/>
                <w:sz w:val="18"/>
              </w:rPr>
              <w:t>（1）说说从邮局去学校有几条路线。</w:t>
            </w:r>
          </w:p>
          <w:p>
            <w:pPr>
              <w:spacing w:after="20" w:line="276" w:lineRule="auto"/>
            </w:pPr>
            <w:r>
              <w:rPr>
                <w:rFonts w:ascii="宋体" w:hAnsi="宋体" w:eastAsia="宋体"/>
                <w:b w:val="0"/>
                <w:sz w:val="18"/>
              </w:rPr>
              <w:t>（2）比一比：走哪条路最近？</w:t>
            </w:r>
          </w:p>
          <w:p>
            <w:pPr>
              <w:spacing w:after="20" w:line="276" w:lineRule="auto"/>
            </w:pPr>
            <w:r>
              <w:rPr>
                <w:rFonts w:ascii="宋体" w:hAnsi="宋体" w:eastAsia="宋体"/>
                <w:b w:val="0"/>
                <w:sz w:val="18"/>
              </w:rPr>
              <w:t>（3）指名学生回答，说明理由。</w:t>
            </w:r>
          </w:p>
          <w:p>
            <w:pPr>
              <w:spacing w:after="20" w:line="276" w:lineRule="auto"/>
            </w:pPr>
            <w:r>
              <w:rPr>
                <w:rFonts w:ascii="宋体" w:hAnsi="宋体" w:eastAsia="宋体"/>
                <w:b w:val="0"/>
                <w:sz w:val="18"/>
              </w:rPr>
              <w:t>2.教科书P64“练习十五”第6题。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（2）指名学生汇报，教师提问：刚才老师发现有些同学判断的速度非常快，有什么窍门吗？</w:t>
            </w:r>
          </w:p>
          <w:p>
            <w:pPr>
              <w:spacing w:after="20" w:line="276" w:lineRule="auto"/>
            </w:pPr>
            <w:r>
              <w:rPr>
                <w:rFonts w:ascii="宋体" w:hAnsi="宋体" w:eastAsia="宋体"/>
                <w:b w:val="0"/>
                <w:sz w:val="18"/>
              </w:rPr>
              <w:t>引导学生发现并理解：用两条短边相加的和跟长边进行比较，判断最快。</w:t>
            </w:r>
          </w:p>
          <w:p>
            <w:pPr>
              <w:spacing w:after="20" w:line="276" w:lineRule="auto"/>
            </w:pPr>
            <w:r>
              <w:rPr>
                <w:rFonts w:ascii="宋体" w:hAnsi="宋体" w:eastAsia="宋体"/>
                <w:b w:val="0"/>
                <w:sz w:val="18"/>
              </w:rPr>
              <w:t>师：其实这就是我国著名的数学家华罗庚所倡导的优化思想。这种优化思想将伴随着我们以后的数学学习，帮助我们揭开一个又一个数学的奥秘!</w:t>
            </w:r>
          </w:p>
          <w:p>
            <w:pPr>
              <w:spacing w:after="20" w:line="276" w:lineRule="auto"/>
            </w:pPr>
            <w:r>
              <w:rPr>
                <w:rFonts w:ascii="宋体" w:hAnsi="宋体" w:eastAsia="宋体"/>
                <w:b w:val="0"/>
                <w:sz w:val="18"/>
              </w:rPr>
              <w:t>3.教科书P64“练习十五”第7题。</w:t>
            </w:r>
          </w:p>
          <w:p>
            <w:pPr>
              <w:spacing w:after="20" w:line="276" w:lineRule="auto"/>
            </w:pPr>
            <w:r>
              <w:rPr>
                <w:rFonts w:ascii="宋体" w:hAnsi="宋体" w:eastAsia="宋体"/>
                <w:b w:val="0"/>
                <w:sz w:val="18"/>
              </w:rPr>
              <w:t>（1）学生自由读题后和同桌说说题目的意思。</w:t>
            </w:r>
          </w:p>
          <w:p>
            <w:pPr>
              <w:spacing w:after="20" w:line="276" w:lineRule="auto"/>
            </w:pPr>
            <w:r>
              <w:rPr>
                <w:rFonts w:ascii="宋体" w:hAnsi="宋体" w:eastAsia="宋体"/>
                <w:b w:val="0"/>
                <w:sz w:val="18"/>
              </w:rPr>
              <w:t>（2）学生展开小组讨论：你能围出几种三角形？</w:t>
            </w:r>
          </w:p>
          <w:p>
            <w:pPr>
              <w:spacing w:after="20" w:line="276" w:lineRule="auto"/>
            </w:pPr>
            <w:r>
              <w:rPr>
                <w:rFonts w:ascii="宋体" w:hAnsi="宋体" w:eastAsia="宋体"/>
                <w:b w:val="0"/>
                <w:sz w:val="18"/>
              </w:rPr>
              <w:t>（3）全班交流，教师要注重有序思考的指导。</w:t>
            </w:r>
          </w:p>
        </w:tc>
        <w:tc>
          <w:tcPr>
            <w:tcW w:type="dxa" w:w="3061"/>
          </w:tcPr>
          <w:p>
            <w:pPr>
              <w:spacing w:after="20" w:line="276" w:lineRule="auto"/>
            </w:pPr>
            <w:r/>
            <w:r>
              <w:rPr>
                <w:rFonts w:ascii="宋体" w:hAnsi="宋体" w:eastAsia="宋体"/>
                <w:b w:val="0"/>
                <w:sz w:val="18"/>
              </w:rPr>
              <w:t>根据学生的汇报指导学生有序思考。比如，先看2、2、5，2、2、6，由于2+2&lt;5，2+2&lt;6,所以它们不能围成三角形。再看2、5、6,2、6、6,5、6、6,6、6、6,由于它们的任意两边的和大于第三边,故能围成三角形。因此，一共能围出4种三角形。</w:t>
            </w:r>
          </w:p>
        </w:tc>
        <w:tc>
          <w:tcPr>
            <w:tcW w:type="dxa" w:w="1814"/>
          </w:tcPr>
          <w:p>
            <w:pPr>
              <w:spacing w:after="20" w:line="276" w:lineRule="auto"/>
            </w:pPr>
            <w:r/>
            <w:r>
              <w:rPr>
                <w:rFonts w:ascii="宋体" w:hAnsi="宋体" w:eastAsia="宋体"/>
                <w:b w:val="0"/>
                <w:sz w:val="18"/>
              </w:rPr>
              <w:t>一组习题和短短几句话点明了判断方法中运用优化的数学思想方法可以更快捷，渗透了数学思想方法的教学，提升了本节课的高度。</w:t>
            </w:r>
          </w:p>
        </w:tc>
      </w:tr>
      <w:tr>
        <w:tc>
          <w:tcPr>
            <w:tcW w:type="dxa" w:w="1474"/>
          </w:tcPr>
          <w:p>
            <w:pPr>
              <w:spacing w:after="20" w:line="276" w:lineRule="auto"/>
            </w:pPr>
            <w:r>
              <w:rPr>
                <w:b/>
              </w:rPr>
            </w:r>
            <w:r>
              <w:rPr>
                <w:rFonts w:ascii="宋体" w:hAnsi="宋体" w:eastAsia="宋体"/>
                <w:b/>
                <w:sz w:val="18"/>
              </w:rPr>
              <w:t>四、回顾探究过程,梳理研究方法</w:t>
            </w:r>
          </w:p>
        </w:tc>
        <w:tc>
          <w:tcPr>
            <w:tcW w:type="dxa" w:w="3061"/>
          </w:tcPr>
          <w:p>
            <w:pPr>
              <w:spacing w:after="20" w:line="276" w:lineRule="auto"/>
            </w:pPr>
            <w:r/>
            <w:r>
              <w:rPr>
                <w:rFonts w:ascii="宋体" w:hAnsi="宋体" w:eastAsia="宋体"/>
                <w:b w:val="0"/>
                <w:sz w:val="18"/>
              </w:rPr>
              <w:t>师:我们一起来回忆回忆大家是怎么知道三角形三边关系的。</w:t>
            </w:r>
          </w:p>
          <w:p>
            <w:pPr>
              <w:spacing w:after="20" w:line="276" w:lineRule="auto"/>
            </w:pPr>
            <w:r>
              <w:rPr>
                <w:rFonts w:ascii="宋体" w:hAnsi="宋体" w:eastAsia="宋体"/>
                <w:b w:val="0"/>
                <w:sz w:val="18"/>
              </w:rPr>
              <w:t>小结:大家先做了实验,得到了很多数据。通过对图形的观察和对数据的分析,同</w:t>
            </w:r>
          </w:p>
          <w:p>
            <w:pPr>
              <w:spacing w:after="20" w:line="276" w:lineRule="auto"/>
            </w:pPr>
            <w:r>
              <w:rPr>
                <w:rFonts w:ascii="宋体" w:hAnsi="宋体" w:eastAsia="宋体"/>
                <w:b w:val="0"/>
                <w:sz w:val="18"/>
              </w:rPr>
              <w:t>学们知道了什么情况能围成三角形,什么情况不能围成,最后概括出了三角形三边的关系。在这个过程中,实验起到了非常重要的作用,实验数据对我们的帮助很大。</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短短几句话点明了本节课所蕴含的数学思想方法,强调了数据分析、数形结合方法在探究过程中的作用。教师帮助学生梳理知识的同时，更要注重梳理知识形成的过程,学生不但获得了知识,更获得了初步研究问题的方法。</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三角形三边的关系</w:t>
      </w:r>
    </w:p>
    <w:p>
      <w:pPr>
        <w:spacing w:after="40" w:line="300" w:lineRule="auto"/>
      </w:pPr>
      <w:r>
        <w:rPr>
          <w:rFonts w:ascii="宋体" w:hAnsi="宋体" w:eastAsia="宋体"/>
          <w:b w:val="0"/>
          <w:sz w:val="20"/>
        </w:rPr>
        <w:t>三角形任意两边的和大于第三边。</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教科书P60例3和例4，完成P64“练习十五”第5~7题。</w:t>
      </w:r>
    </w:p>
    <w:p>
      <w:pPr>
        <w:spacing w:after="40" w:line="300" w:lineRule="auto"/>
        <w:ind w:firstLine="400"/>
      </w:pPr>
      <w:r>
        <w:rPr>
          <w:rFonts w:ascii="宋体" w:hAnsi="宋体" w:eastAsia="宋体"/>
          <w:b w:val="0"/>
          <w:sz w:val="20"/>
        </w:rPr>
        <w:t>② 原设计安排：见“状元成才路”系列丛书《创优作业100分》对应课时作业。 【教学提示】 教学时，借助学生丰富的生活经验，从学生熟悉的事情出发，引导学生从生活经验提炼出数学事实——两点间所有连线中线段最短。 【教学笔记】 【教学笔记】 【教学提示】 本环节是这节课的重难点，一定要让学生通过围一围、比一比、算一算等数学活动,探索发现三角形任意两边的和大于第三边，并能灵活运用三角形三边关系解决一些数学问题。 【教学笔记】</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从学生已有的生活经验出发,注重把数学知识的学习与学生的生活实际有机结合,把课堂还给学生,充分尊重学生学习数学的主体地位。通过大量的实践和交流活动调动学生学习的积极性,使他们在积极参与的过程中不断得到发展。比如在探究三角形三边关系的环节：学生用手中的学具(纸条等)按要求围三角形,将所有能围成和不能围成三角形的数据集中记录在一张表上,学生通过数形结合,交流自己的想法。这个活动为每个学生提供了自主参与的平台——动手操作、观察比较、讨论交流、抽象概括,让每个学生都能成为数学知识的探究者、发现者,在此基础上观察、发现、比较,从而得出结论。</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三角形的分类</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三角形的分类</w:t>
            </w:r>
          </w:p>
        </w:tc>
        <w:tc>
          <w:tcPr>
            <w:tcW w:type="dxa" w:w="6009"/>
          </w:tcPr>
          <w:p>
            <w:pPr>
              <w:spacing w:after="20" w:line="276" w:lineRule="auto"/>
            </w:pPr>
            <w:r/>
            <w:r>
              <w:rPr>
                <w:rFonts w:ascii="宋体" w:hAnsi="宋体" w:eastAsia="宋体"/>
                <w:b w:val="0"/>
                <w:sz w:val="20"/>
              </w:rPr>
              <w:t>第5单元 三角形</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四年级学生已经积累了一些有关“空间与图形”的知识和经验，形成了一定程度的空间感。他们对周围事物的感知和理解的能力以及探索图形及其关系的愿望不断增强，具备了一定的抽象思维能力，可以在比较抽象的水平上认识图形，进行探索。因此，本单元的教学目标与第一学段“获得对简单平面图形的直观经验”有所不同，应使学生通过观察、操作、推理等手段，逐步认识三角形。</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教学内容：教科书P61~62例5，完成P62“做一做”，P63～64“练习十五”第3、4、8、9题。</w:t>
      </w:r>
    </w:p>
    <w:p>
      <w:pPr>
        <w:spacing w:after="80" w:line="300" w:lineRule="auto"/>
        <w:ind w:firstLine="400"/>
      </w:pPr>
      <w:r>
        <w:rPr>
          <w:rFonts w:ascii="宋体" w:hAnsi="宋体" w:eastAsia="宋体"/>
          <w:b w:val="0"/>
          <w:sz w:val="20"/>
        </w:rPr>
        <w:t>教学准备：课件，三角尺，量角器，装有10个大小和形状均不同的三角形的信封，钉子板和线。</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（1）通过分类、操作等活动,认识锐角三角形、直角三角形、钝角三角形和等腰三角形、等边三角形,知道这些三角形的特点并能够辨别。</w:t>
      </w:r>
    </w:p>
    <w:p>
      <w:pPr>
        <w:spacing w:after="20" w:line="300" w:lineRule="auto"/>
        <w:ind w:firstLine="400"/>
      </w:pPr>
      <w:r>
        <w:rPr>
          <w:rFonts w:ascii="宋体" w:hAnsi="宋体" w:eastAsia="宋体"/>
          <w:b w:val="0"/>
          <w:sz w:val="20"/>
        </w:rPr>
        <w:t>（2）在画三角形、给三角形分类等数学活动中积累数学基本活动经验,培养学生的观察、比较、抽象、概括、判断、推理能力和空间观念。</w:t>
      </w:r>
    </w:p>
    <w:p>
      <w:pPr>
        <w:spacing w:after="20" w:line="300" w:lineRule="auto"/>
        <w:ind w:firstLine="400"/>
      </w:pPr>
      <w:r>
        <w:rPr>
          <w:rFonts w:ascii="宋体" w:hAnsi="宋体" w:eastAsia="宋体"/>
          <w:b w:val="0"/>
          <w:sz w:val="20"/>
        </w:rPr>
        <w:t>（3）在活动中感受数学学习的乐趣,提高学习数学的兴趣。</w:t>
      </w:r>
    </w:p>
    <w:p>
      <w:pPr>
        <w:spacing w:after="20" w:line="300" w:lineRule="auto"/>
      </w:pPr>
      <w:r>
        <w:rPr>
          <w:rFonts w:ascii="宋体" w:hAnsi="宋体" w:eastAsia="宋体"/>
          <w:b w:val="0"/>
          <w:sz w:val="20"/>
        </w:rPr>
        <w:t>教学重点：知道各类三角形的特点,并能正确识别。</w:t>
      </w:r>
    </w:p>
    <w:p>
      <w:pPr>
        <w:spacing w:after="20" w:line="300" w:lineRule="auto"/>
      </w:pPr>
      <w:r>
        <w:rPr>
          <w:rFonts w:ascii="宋体" w:hAnsi="宋体" w:eastAsia="宋体"/>
          <w:b w:val="0"/>
          <w:sz w:val="20"/>
        </w:rPr>
        <w:t>教学难点：各种三角形的特征及它们的内在联系。</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一、创设情境，导入新课</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你能说说什么样的角是锐角,什么样的角是直角,什么样的角是钝角吗?；如果想知道一个角是不是锐角该怎么办?</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二、个性分类,自主建构</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说到分类，我们知道角的分类，那么三角形的分类让你想到些什么？；哪个小组是按角分的？</w:t>
            </w:r>
          </w:p>
        </w:tc>
        <w:tc>
          <w:tcPr>
            <w:tcW w:type="dxa" w:w="1361"/>
          </w:tcPr>
          <w:p>
            <w:pPr>
              <w:spacing w:after="20" w:line="276" w:lineRule="auto"/>
            </w:pPr>
            <w:r/>
            <w:r>
              <w:rPr>
                <w:rFonts w:ascii="宋体" w:hAnsi="宋体" w:eastAsia="宋体"/>
                <w:b w:val="0"/>
                <w:sz w:val="18"/>
              </w:rPr>
              <w:t>26分钟</w:t>
            </w:r>
          </w:p>
        </w:tc>
      </w:tr>
      <w:tr>
        <w:tc>
          <w:tcPr>
            <w:tcW w:type="dxa" w:w="2835"/>
          </w:tcPr>
          <w:p>
            <w:pPr>
              <w:spacing w:after="20" w:line="276" w:lineRule="auto"/>
            </w:pPr>
            <w:r/>
            <w:r>
              <w:rPr>
                <w:rFonts w:ascii="宋体" w:hAnsi="宋体" w:eastAsia="宋体"/>
                <w:b w:val="0"/>
                <w:sz w:val="18"/>
              </w:rPr>
              <w:t>三、巩固练习，强化认知</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通过这节课的学习，你有什么话要对大家说呢？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一、创设情境，导入新课</w:t>
            </w:r>
          </w:p>
        </w:tc>
        <w:tc>
          <w:tcPr>
            <w:tcW w:type="dxa" w:w="3061"/>
          </w:tcPr>
          <w:p>
            <w:pPr>
              <w:spacing w:after="20" w:line="276" w:lineRule="auto"/>
            </w:pPr>
            <w:r/>
            <w:r>
              <w:rPr>
                <w:rFonts w:ascii="宋体" w:hAnsi="宋体" w:eastAsia="宋体"/>
                <w:b w:val="0"/>
                <w:sz w:val="18"/>
              </w:rPr>
              <w:t>1.出示课件。</w:t>
            </w:r>
          </w:p>
          <w:p>
            <w:pPr>
              <w:spacing w:after="20" w:line="276" w:lineRule="auto"/>
            </w:pPr>
            <w:r>
              <w:rPr>
                <w:rFonts w:ascii="宋体" w:hAnsi="宋体" w:eastAsia="宋体"/>
                <w:b w:val="0"/>
                <w:sz w:val="18"/>
              </w:rPr>
              <w:t>师：今天，老师给大家请来了三位老朋友，看看它们都是谁？</w:t>
            </w:r>
          </w:p>
          <w:p>
            <w:pPr>
              <w:spacing w:after="20" w:line="276" w:lineRule="auto"/>
            </w:pPr>
            <w:r>
              <w:rPr>
                <w:rFonts w:ascii="宋体" w:hAnsi="宋体" w:eastAsia="宋体"/>
                <w:b w:val="0"/>
                <w:sz w:val="18"/>
              </w:rPr>
              <w:t>师：你能说说什么样的角是锐角,什么样的角是直角,什么样的角是钝角吗?</w:t>
            </w:r>
          </w:p>
          <w:p>
            <w:pPr>
              <w:spacing w:after="20" w:line="276" w:lineRule="auto"/>
            </w:pPr>
            <w:r>
              <w:rPr>
                <w:rFonts w:ascii="宋体" w:hAnsi="宋体" w:eastAsia="宋体"/>
                <w:b w:val="0"/>
                <w:sz w:val="18"/>
              </w:rPr>
              <w:t>师：如果想知道一个角是不是锐角该怎么办?</w:t>
            </w:r>
          </w:p>
          <w:p>
            <w:pPr>
              <w:spacing w:after="20" w:line="276" w:lineRule="auto"/>
            </w:pPr>
            <w:r>
              <w:rPr>
                <w:rFonts w:ascii="宋体" w:hAnsi="宋体" w:eastAsia="宋体"/>
                <w:b w:val="0"/>
                <w:sz w:val="18"/>
              </w:rPr>
              <w:t>2.导入课题。</w:t>
            </w:r>
          </w:p>
          <w:p>
            <w:pPr>
              <w:spacing w:after="20" w:line="276" w:lineRule="auto"/>
            </w:pPr>
            <w:r>
              <w:rPr>
                <w:rFonts w:ascii="宋体" w:hAnsi="宋体" w:eastAsia="宋体"/>
                <w:b w:val="0"/>
                <w:sz w:val="18"/>
              </w:rPr>
              <w:t>师：同学们，我拿来一个信封,这信封里装着什么图形呢?请大家说出它们的名字。</w:t>
            </w:r>
          </w:p>
          <w:p>
            <w:pPr>
              <w:spacing w:after="20" w:line="276" w:lineRule="auto"/>
            </w:pPr>
            <w:r>
              <w:rPr>
                <w:rFonts w:ascii="宋体" w:hAnsi="宋体" w:eastAsia="宋体"/>
                <w:b w:val="0"/>
                <w:sz w:val="18"/>
              </w:rPr>
              <w:t>教师从信封中拿出一个又一个形状、大小均不同的三角形,分别贴在黑板上，指名回答。</w:t>
            </w:r>
          </w:p>
          <w:p>
            <w:pPr>
              <w:spacing w:after="20" w:line="276" w:lineRule="auto"/>
            </w:pPr>
            <w:r>
              <w:rPr>
                <w:rFonts w:ascii="宋体" w:hAnsi="宋体" w:eastAsia="宋体"/>
                <w:b w:val="0"/>
                <w:sz w:val="18"/>
              </w:rPr>
              <w:t>师：这个信封里有这么多三角形,我们可以根据它们不同的特征进行分类，这样就可以不用一个一个地研究三角形,而是一类一类地研究。这节课,我们就来学习“三角形的分类”。（板书课题：三角形的分类）</w:t>
            </w:r>
          </w:p>
        </w:tc>
        <w:tc>
          <w:tcPr>
            <w:tcW w:type="dxa" w:w="3061"/>
          </w:tcPr>
          <w:p>
            <w:pPr>
              <w:spacing w:after="20" w:line="276" w:lineRule="auto"/>
            </w:pPr>
            <w:r/>
            <w:r>
              <w:rPr>
                <w:rFonts w:ascii="宋体" w:hAnsi="宋体" w:eastAsia="宋体"/>
                <w:b w:val="0"/>
                <w:sz w:val="18"/>
              </w:rPr>
              <w:t>锐角、直角、钝角。</w:t>
            </w:r>
          </w:p>
          <w:p>
            <w:pPr>
              <w:spacing w:after="20" w:line="276" w:lineRule="auto"/>
            </w:pPr>
            <w:r>
              <w:rPr>
                <w:rFonts w:ascii="宋体" w:hAnsi="宋体" w:eastAsia="宋体"/>
                <w:b w:val="0"/>
                <w:sz w:val="18"/>
              </w:rPr>
              <w:t>大于0而小于90的角是锐角，等于90的角是直角，大于90而小于180的角是钝角。</w:t>
            </w:r>
          </w:p>
          <w:p>
            <w:pPr>
              <w:spacing w:after="20" w:line="276" w:lineRule="auto"/>
            </w:pPr>
            <w:r>
              <w:rPr>
                <w:rFonts w:ascii="宋体" w:hAnsi="宋体" w:eastAsia="宋体"/>
                <w:b w:val="0"/>
                <w:sz w:val="18"/>
              </w:rPr>
              <w:t>可以用量角器测量，还可以用三角尺上的直角去对比。</w:t>
            </w:r>
          </w:p>
          <w:p>
            <w:pPr>
              <w:spacing w:after="20" w:line="276" w:lineRule="auto"/>
            </w:pPr>
            <w:r>
              <w:rPr>
                <w:rFonts w:ascii="宋体" w:hAnsi="宋体" w:eastAsia="宋体"/>
                <w:b w:val="0"/>
                <w:sz w:val="18"/>
              </w:rPr>
              <w:t>学生能够正确辨认。</w:t>
            </w:r>
          </w:p>
        </w:tc>
        <w:tc>
          <w:tcPr>
            <w:tcW w:type="dxa" w:w="1814"/>
          </w:tcPr>
          <w:p>
            <w:pPr>
              <w:spacing w:after="20" w:line="276" w:lineRule="auto"/>
            </w:pPr>
            <w:r/>
            <w:r>
              <w:rPr>
                <w:rFonts w:ascii="宋体" w:hAnsi="宋体" w:eastAsia="宋体"/>
                <w:b w:val="0"/>
                <w:sz w:val="18"/>
              </w:rPr>
              <w:t>通过活动,让学生明确本节课的学习内容和学习目标。</w:t>
            </w:r>
          </w:p>
        </w:tc>
      </w:tr>
      <w:tr>
        <w:tc>
          <w:tcPr>
            <w:tcW w:type="dxa" w:w="1474"/>
          </w:tcPr>
          <w:p>
            <w:pPr>
              <w:spacing w:after="20" w:line="276" w:lineRule="auto"/>
            </w:pPr>
            <w:r>
              <w:rPr>
                <w:b/>
              </w:rPr>
            </w:r>
            <w:r>
              <w:rPr>
                <w:rFonts w:ascii="宋体" w:hAnsi="宋体" w:eastAsia="宋体"/>
                <w:b/>
                <w:sz w:val="18"/>
              </w:rPr>
              <w:t>二、个性分类,自主建构</w:t>
            </w:r>
          </w:p>
        </w:tc>
        <w:tc>
          <w:tcPr>
            <w:tcW w:type="dxa" w:w="3061"/>
          </w:tcPr>
          <w:p>
            <w:pPr>
              <w:spacing w:after="20" w:line="276" w:lineRule="auto"/>
            </w:pPr>
            <w:r/>
            <w:r>
              <w:rPr>
                <w:rFonts w:ascii="宋体" w:hAnsi="宋体" w:eastAsia="宋体"/>
                <w:b w:val="0"/>
                <w:sz w:val="18"/>
              </w:rPr>
              <w:t>1.明确分类标准。</w:t>
            </w:r>
          </w:p>
          <w:p>
            <w:pPr>
              <w:spacing w:after="20" w:line="276" w:lineRule="auto"/>
            </w:pPr>
            <w:r>
              <w:rPr>
                <w:rFonts w:ascii="宋体" w:hAnsi="宋体" w:eastAsia="宋体"/>
                <w:b w:val="0"/>
                <w:sz w:val="18"/>
              </w:rPr>
              <w:t>师：说到分类，我们知道角的分类，那么三角形的分类让你想到些什么？</w:t>
            </w:r>
          </w:p>
          <w:p>
            <w:pPr>
              <w:spacing w:after="20" w:line="276" w:lineRule="auto"/>
            </w:pPr>
            <w:r>
              <w:rPr>
                <w:rFonts w:ascii="宋体" w:hAnsi="宋体" w:eastAsia="宋体"/>
                <w:b w:val="0"/>
                <w:sz w:val="18"/>
              </w:rPr>
              <w:t>2.尝试分类,领悟标准。</w:t>
            </w:r>
          </w:p>
          <w:p>
            <w:pPr>
              <w:spacing w:after="20" w:line="276" w:lineRule="auto"/>
            </w:pPr>
            <w:r>
              <w:rPr>
                <w:rFonts w:ascii="宋体" w:hAnsi="宋体" w:eastAsia="宋体"/>
                <w:b w:val="0"/>
                <w:sz w:val="18"/>
              </w:rPr>
              <w:t>（1）师：请各小组分别取出信封里的三角形,尝试将它们分类，想怎么分就怎么分,但要思考以下三个问题。（出示课件）</w:t>
            </w:r>
          </w:p>
          <w:p>
            <w:pPr>
              <w:spacing w:after="20" w:line="276" w:lineRule="auto"/>
            </w:pPr>
            <w:r>
              <w:rPr>
                <w:rFonts w:ascii="宋体" w:hAnsi="宋体" w:eastAsia="宋体"/>
                <w:b w:val="0"/>
                <w:sz w:val="18"/>
              </w:rPr>
              <w:t>（2）学生以4人小组为单位,进行分类活动,教师参与到学生的活动中,激励学生尝试用多种方法分类。</w:t>
            </w:r>
          </w:p>
          <w:p>
            <w:pPr>
              <w:spacing w:after="20" w:line="276" w:lineRule="auto"/>
            </w:pPr>
            <w:r>
              <w:rPr>
                <w:rFonts w:ascii="宋体" w:hAnsi="宋体" w:eastAsia="宋体"/>
                <w:b w:val="0"/>
                <w:sz w:val="18"/>
              </w:rPr>
              <w:t>3.集体分享，交流分类结果。</w:t>
            </w:r>
          </w:p>
          <w:p>
            <w:pPr>
              <w:spacing w:after="20" w:line="276" w:lineRule="auto"/>
            </w:pPr>
            <w:r>
              <w:rPr>
                <w:rFonts w:ascii="宋体" w:hAnsi="宋体" w:eastAsia="宋体"/>
                <w:b w:val="0"/>
                <w:sz w:val="18"/>
              </w:rPr>
              <w:t>（1）按角分。</w:t>
            </w:r>
          </w:p>
          <w:p>
            <w:pPr>
              <w:spacing w:after="20" w:line="276" w:lineRule="auto"/>
            </w:pPr>
            <w:r>
              <w:rPr>
                <w:rFonts w:ascii="宋体" w:hAnsi="宋体" w:eastAsia="宋体"/>
                <w:b w:val="0"/>
                <w:sz w:val="18"/>
              </w:rPr>
              <w:t>师：哪个小组是按角分的？分享一下你们组的分类情况。（板书：按角分）</w:t>
            </w:r>
          </w:p>
          <w:p>
            <w:pPr>
              <w:spacing w:after="20" w:line="276" w:lineRule="auto"/>
            </w:pPr>
            <w:r>
              <w:rPr>
                <w:rFonts w:ascii="宋体" w:hAnsi="宋体" w:eastAsia="宋体"/>
                <w:b w:val="0"/>
                <w:sz w:val="18"/>
              </w:rPr>
              <w:t>②深化认识，初识概念。</w:t>
            </w:r>
          </w:p>
          <w:p>
            <w:pPr>
              <w:spacing w:after="20" w:line="276" w:lineRule="auto"/>
            </w:pPr>
            <w:r>
              <w:rPr>
                <w:rFonts w:ascii="宋体" w:hAnsi="宋体" w:eastAsia="宋体"/>
                <w:b w:val="0"/>
                <w:sz w:val="18"/>
              </w:rPr>
              <w:t>师：经过刚才的分类活动，你能给每一类三角形起一个名字吗？</w:t>
            </w:r>
          </w:p>
          <w:p>
            <w:pPr>
              <w:spacing w:after="20" w:line="276" w:lineRule="auto"/>
            </w:pPr>
            <w:r>
              <w:rPr>
                <w:rFonts w:ascii="宋体" w:hAnsi="宋体" w:eastAsia="宋体"/>
                <w:b w:val="0"/>
                <w:sz w:val="18"/>
              </w:rPr>
              <w:t>教师指名学生说一说并说明理由，其余学生质疑、交流。</w:t>
            </w:r>
          </w:p>
          <w:p>
            <w:pPr>
              <w:spacing w:after="20" w:line="276" w:lineRule="auto"/>
            </w:pPr>
            <w:r>
              <w:rPr>
                <w:rFonts w:ascii="宋体" w:hAnsi="宋体" w:eastAsia="宋体"/>
                <w:b w:val="0"/>
                <w:sz w:val="18"/>
              </w:rPr>
              <w:t>师：想知道数学家们是怎样给它们命名的吗？请大家打开教科书P61，揭晓答案吧！</w:t>
            </w:r>
          </w:p>
          <w:p>
            <w:pPr>
              <w:spacing w:after="20" w:line="276" w:lineRule="auto"/>
            </w:pPr>
            <w:r>
              <w:rPr>
                <w:rFonts w:ascii="宋体" w:hAnsi="宋体" w:eastAsia="宋体"/>
                <w:b w:val="0"/>
                <w:sz w:val="18"/>
              </w:rPr>
              <w:t>③构建模型,明确概念。</w:t>
            </w:r>
          </w:p>
          <w:p>
            <w:pPr>
              <w:spacing w:after="20" w:line="276" w:lineRule="auto"/>
            </w:pPr>
            <w:r>
              <w:rPr>
                <w:rFonts w:ascii="宋体" w:hAnsi="宋体" w:eastAsia="宋体"/>
                <w:b w:val="0"/>
                <w:sz w:val="18"/>
              </w:rPr>
              <w:t>师：三角形按角分分成了哪三类?（板书:钝角三角形直角三角形锐角三角形）</w:t>
            </w:r>
          </w:p>
          <w:p>
            <w:pPr>
              <w:spacing w:after="20" w:line="276" w:lineRule="auto"/>
            </w:pPr>
            <w:r>
              <w:rPr>
                <w:rFonts w:ascii="宋体" w:hAnsi="宋体" w:eastAsia="宋体"/>
                <w:b w:val="0"/>
                <w:sz w:val="18"/>
              </w:rPr>
              <w:t>师：按角分该怎样判断三角形的类别呢?</w:t>
            </w:r>
          </w:p>
          <w:p>
            <w:pPr>
              <w:spacing w:after="20" w:line="276" w:lineRule="auto"/>
            </w:pPr>
            <w:r>
              <w:rPr>
                <w:rFonts w:ascii="宋体" w:hAnsi="宋体" w:eastAsia="宋体"/>
                <w:b w:val="0"/>
                <w:sz w:val="18"/>
              </w:rPr>
              <w:t>师：是否会出现三角形中有两个直角或两个钝角的情况呢?为什么?有人说判断锐角三角形主要只看一个角是锐角就行了,你怎么看?</w:t>
            </w:r>
          </w:p>
          <w:p>
            <w:pPr>
              <w:spacing w:after="20" w:line="276" w:lineRule="auto"/>
            </w:pPr>
            <w:r>
              <w:rPr>
                <w:rFonts w:ascii="宋体" w:hAnsi="宋体" w:eastAsia="宋体"/>
                <w:b w:val="0"/>
                <w:sz w:val="18"/>
              </w:rPr>
              <w:t>形都有锐角,三角形中只要有一个角是锐角就判断是锐角三角形是不行的，必须3个角都是锐角，或者最大的角是锐角才能判断是锐角三角形。</w:t>
            </w:r>
          </w:p>
          <w:p>
            <w:pPr>
              <w:spacing w:after="20" w:line="276" w:lineRule="auto"/>
            </w:pPr>
            <w:r>
              <w:rPr>
                <w:rFonts w:ascii="宋体" w:hAnsi="宋体" w:eastAsia="宋体"/>
                <w:b w:val="0"/>
                <w:sz w:val="18"/>
              </w:rPr>
              <w:t>④用集合图表示。</w:t>
            </w:r>
          </w:p>
          <w:p>
            <w:pPr>
              <w:spacing w:after="20" w:line="276" w:lineRule="auto"/>
            </w:pPr>
            <w:r>
              <w:rPr>
                <w:rFonts w:ascii="宋体" w:hAnsi="宋体" w:eastAsia="宋体"/>
                <w:b w:val="0"/>
                <w:sz w:val="18"/>
              </w:rPr>
              <w:t>师：把所有三角形作为一个整体，锐角三角形、直角三角形和钝角三角形作为这个整体的一部分，可以用下面的图来表示它们之间的关系。</w:t>
            </w:r>
          </w:p>
          <w:p>
            <w:pPr>
              <w:spacing w:after="20" w:line="276" w:lineRule="auto"/>
            </w:pPr>
            <w:r>
              <w:rPr>
                <w:rFonts w:ascii="宋体" w:hAnsi="宋体" w:eastAsia="宋体"/>
                <w:b w:val="0"/>
                <w:sz w:val="18"/>
              </w:rPr>
              <w:t>教师出示课件,同时指出这三部分之间是相互独立的。</w:t>
            </w:r>
          </w:p>
          <w:p>
            <w:pPr>
              <w:spacing w:after="20" w:line="276" w:lineRule="auto"/>
            </w:pPr>
            <w:r>
              <w:rPr>
                <w:rFonts w:ascii="宋体" w:hAnsi="宋体" w:eastAsia="宋体"/>
                <w:b w:val="0"/>
                <w:sz w:val="18"/>
              </w:rPr>
              <w:t>（2）按边分。</w:t>
            </w:r>
          </w:p>
          <w:p>
            <w:pPr>
              <w:spacing w:after="20" w:line="276" w:lineRule="auto"/>
            </w:pPr>
            <w:r>
              <w:rPr>
                <w:rFonts w:ascii="宋体" w:hAnsi="宋体" w:eastAsia="宋体"/>
                <w:b w:val="0"/>
                <w:sz w:val="18"/>
              </w:rPr>
              <w:t>①师：按角分类的三种三角形，同学们不但知道它们的特点,而且发现了判断的最好方法是看最大角直接判断。我由衷地赞赏你们。那么,按边分前面的三角形又可以分成几类呢？每类有什么特点?</w:t>
            </w:r>
          </w:p>
          <w:p>
            <w:pPr>
              <w:spacing w:after="20" w:line="276" w:lineRule="auto"/>
            </w:pPr>
            <w:r>
              <w:rPr>
                <w:rFonts w:ascii="宋体" w:hAnsi="宋体" w:eastAsia="宋体"/>
                <w:b w:val="0"/>
                <w:sz w:val="18"/>
              </w:rPr>
              <w:t>（板书：两条边相等三条边互不相等）</w:t>
            </w:r>
          </w:p>
          <w:p>
            <w:pPr>
              <w:spacing w:after="20" w:line="276" w:lineRule="auto"/>
            </w:pPr>
            <w:r>
              <w:rPr>
                <w:rFonts w:ascii="宋体" w:hAnsi="宋体" w:eastAsia="宋体"/>
                <w:b w:val="0"/>
                <w:sz w:val="18"/>
              </w:rPr>
              <w:t>②师：那按边来分，又可以给每一类三角形起什么名字呢？</w:t>
            </w:r>
          </w:p>
          <w:p>
            <w:pPr>
              <w:spacing w:after="20" w:line="276" w:lineRule="auto"/>
            </w:pPr>
            <w:r>
              <w:rPr>
                <w:rFonts w:ascii="宋体" w:hAnsi="宋体" w:eastAsia="宋体"/>
                <w:b w:val="0"/>
                <w:sz w:val="18"/>
              </w:rPr>
              <w:t>（板书：等腰三角形等边三角形不等边三角形）</w:t>
            </w:r>
          </w:p>
          <w:p>
            <w:pPr>
              <w:spacing w:after="20" w:line="276" w:lineRule="auto"/>
            </w:pPr>
            <w:r>
              <w:rPr>
                <w:rFonts w:ascii="宋体" w:hAnsi="宋体" w:eastAsia="宋体"/>
                <w:b w:val="0"/>
                <w:sz w:val="18"/>
              </w:rPr>
              <w:t>教师课件出示等腰三角形和等边三角形的各部分名称。</w:t>
            </w:r>
          </w:p>
          <w:p>
            <w:pPr>
              <w:spacing w:after="20" w:line="276" w:lineRule="auto"/>
            </w:pPr>
            <w:r>
              <w:rPr>
                <w:rFonts w:ascii="宋体" w:hAnsi="宋体" w:eastAsia="宋体"/>
                <w:b w:val="0"/>
                <w:sz w:val="18"/>
              </w:rPr>
              <w:t>③师：分别量一量等边三角形和等腰三角形的各个角。你发现了什么？</w:t>
            </w:r>
          </w:p>
          <w:p>
            <w:pPr>
              <w:spacing w:after="20" w:line="276" w:lineRule="auto"/>
            </w:pPr>
            <w:r>
              <w:rPr>
                <w:rFonts w:ascii="宋体" w:hAnsi="宋体" w:eastAsia="宋体"/>
                <w:b w:val="0"/>
                <w:sz w:val="18"/>
              </w:rPr>
              <w:t>指定学生汇报结果，教师引导得出：等边三角形的每个角都是60，等腰三角形的两个底角相等，等边三角形也是等腰三角形。</w:t>
            </w:r>
          </w:p>
          <w:p>
            <w:pPr>
              <w:spacing w:after="20" w:line="276" w:lineRule="auto"/>
            </w:pPr>
            <w:r>
              <w:rPr>
                <w:rFonts w:ascii="宋体" w:hAnsi="宋体" w:eastAsia="宋体"/>
                <w:b w:val="0"/>
                <w:sz w:val="18"/>
              </w:rPr>
              <w:t>师：找一找生活中哪里有这两种特殊的三角形。</w:t>
            </w:r>
          </w:p>
          <w:p>
            <w:pPr>
              <w:spacing w:after="20" w:line="276" w:lineRule="auto"/>
            </w:pPr>
            <w:r>
              <w:rPr>
                <w:rFonts w:ascii="宋体" w:hAnsi="宋体" w:eastAsia="宋体"/>
                <w:b w:val="0"/>
                <w:sz w:val="18"/>
              </w:rPr>
              <w:t>④用集合图表示。</w:t>
            </w:r>
          </w:p>
          <w:p>
            <w:pPr>
              <w:spacing w:after="20" w:line="276" w:lineRule="auto"/>
            </w:pPr>
            <w:r>
              <w:rPr>
                <w:rFonts w:ascii="宋体" w:hAnsi="宋体" w:eastAsia="宋体"/>
                <w:b w:val="0"/>
                <w:sz w:val="18"/>
              </w:rPr>
              <w:t>师：你能用集合图表示三角形按边分的分类结果吗？</w:t>
            </w:r>
          </w:p>
        </w:tc>
        <w:tc>
          <w:tcPr>
            <w:tcW w:type="dxa" w:w="3061"/>
          </w:tcPr>
          <w:p>
            <w:pPr>
              <w:spacing w:after="20" w:line="276" w:lineRule="auto"/>
            </w:pPr>
            <w:r/>
            <w:r>
              <w:rPr>
                <w:rFonts w:ascii="宋体" w:hAnsi="宋体" w:eastAsia="宋体"/>
                <w:b w:val="0"/>
                <w:sz w:val="18"/>
              </w:rPr>
              <w:t>三角形有角和边，所以三角形能按角和边来分类。</w:t>
            </w:r>
          </w:p>
          <w:p>
            <w:pPr>
              <w:spacing w:after="20" w:line="276" w:lineRule="auto"/>
            </w:pPr>
            <w:r>
              <w:rPr>
                <w:rFonts w:ascii="宋体" w:hAnsi="宋体" w:eastAsia="宋体"/>
                <w:b w:val="0"/>
                <w:sz w:val="18"/>
              </w:rPr>
              <w:t>学生关注的点不同,分类的标准不同,呈现的结果也不一样。</w:t>
            </w:r>
          </w:p>
          <w:p>
            <w:pPr>
              <w:spacing w:after="20" w:line="276" w:lineRule="auto"/>
            </w:pPr>
            <w:r>
              <w:rPr>
                <w:rFonts w:ascii="宋体" w:hAnsi="宋体" w:eastAsia="宋体"/>
                <w:b w:val="0"/>
                <w:sz w:val="18"/>
              </w:rPr>
              <w:t>①学生汇报分类情况。</w:t>
            </w:r>
          </w:p>
          <w:p>
            <w:pPr>
              <w:spacing w:after="20" w:line="276" w:lineRule="auto"/>
            </w:pPr>
            <w:r>
              <w:rPr>
                <w:rFonts w:ascii="宋体" w:hAnsi="宋体" w:eastAsia="宋体"/>
                <w:b w:val="0"/>
                <w:sz w:val="18"/>
              </w:rPr>
              <w:t>预设1：可以先按“三角形是否有钝角”的标准把这些三角形分成“有钝角的”和“没有钝角的”两类，因为②⑥⑨这3个三角形中都有一个钝角,可以分成一类，剩下的就是“没有钝角的”。（板书：有一个钝角）</w:t>
            </w:r>
          </w:p>
          <w:p>
            <w:pPr>
              <w:spacing w:after="20" w:line="276" w:lineRule="auto"/>
            </w:pPr>
            <w:r>
              <w:rPr>
                <w:rFonts w:ascii="宋体" w:hAnsi="宋体" w:eastAsia="宋体"/>
                <w:b w:val="0"/>
                <w:sz w:val="18"/>
              </w:rPr>
              <w:t>预设2：在剩下的这些三角形中有的有一个直角,就继续按“是否有直角”的标准分,又分成了“有直角的”和“没有直角的”两类，③⑤有一个直角,分成一类。（板书:有一个直角）</w:t>
            </w:r>
          </w:p>
          <w:p>
            <w:pPr>
              <w:spacing w:after="20" w:line="276" w:lineRule="auto"/>
            </w:pPr>
            <w:r>
              <w:rPr>
                <w:rFonts w:ascii="宋体" w:hAnsi="宋体" w:eastAsia="宋体"/>
                <w:b w:val="0"/>
                <w:sz w:val="18"/>
              </w:rPr>
              <w:t>预设3：剩下的①④⑦⑧⑩这些三角形既没有钝角，也没有直角,可以分成一类。（那它们都有什么角？）</w:t>
            </w:r>
          </w:p>
          <w:p>
            <w:pPr>
              <w:spacing w:after="20" w:line="276" w:lineRule="auto"/>
            </w:pPr>
            <w:r>
              <w:rPr>
                <w:rFonts w:ascii="宋体" w:hAnsi="宋体" w:eastAsia="宋体"/>
                <w:b w:val="0"/>
                <w:sz w:val="18"/>
              </w:rPr>
              <w:t>预设4：都是锐角。（板书:有三个锐角）</w:t>
            </w:r>
          </w:p>
          <w:p>
            <w:pPr>
              <w:spacing w:after="20" w:line="276" w:lineRule="auto"/>
            </w:pPr>
            <w:r>
              <w:rPr>
                <w:rFonts w:ascii="宋体" w:hAnsi="宋体" w:eastAsia="宋体"/>
                <w:b w:val="0"/>
                <w:sz w:val="18"/>
              </w:rPr>
              <w:t>预设1：锐角三角形要看三个角,三个角都是锐角才能判断是锐角三角形,其他两类看最大角就能判断。</w:t>
            </w:r>
          </w:p>
          <w:p>
            <w:pPr>
              <w:spacing w:after="20" w:line="276" w:lineRule="auto"/>
            </w:pPr>
            <w:r>
              <w:rPr>
                <w:rFonts w:ascii="宋体" w:hAnsi="宋体" w:eastAsia="宋体"/>
                <w:b w:val="0"/>
                <w:sz w:val="18"/>
              </w:rPr>
              <w:t>预设2：锐角三角形也可以看最大的角,只要三角形中最大的角是锐角,这个三角形就是锐角三角形,最大的角是直角就是直角三角形,最大的角是钝角就是钝角三角形。</w:t>
            </w:r>
          </w:p>
          <w:p>
            <w:pPr>
              <w:spacing w:after="20" w:line="276" w:lineRule="auto"/>
            </w:pPr>
            <w:r>
              <w:rPr>
                <w:rFonts w:ascii="宋体" w:hAnsi="宋体" w:eastAsia="宋体"/>
                <w:b w:val="0"/>
                <w:sz w:val="18"/>
              </w:rPr>
              <w:t>直角三角形和钝角三角形分别只有一个直角和一个钝角，三类三角</w:t>
            </w:r>
          </w:p>
          <w:p>
            <w:pPr>
              <w:spacing w:after="20" w:line="276" w:lineRule="auto"/>
            </w:pPr>
            <w:r>
              <w:rPr>
                <w:rFonts w:ascii="宋体" w:hAnsi="宋体" w:eastAsia="宋体"/>
                <w:b w:val="0"/>
                <w:sz w:val="18"/>
              </w:rPr>
              <w:t>预设1：按三条边长度是否相等来分。先按“是否三条边都相等”的标准把三角形分成“三条边都相等的”和“三条边不都相等的”。这样就把这些三角形分成了两类，④⑩为一类,剩下的①②③⑤⑥⑦⑧⑨为一类。（板书：三条边都相等）</w:t>
            </w:r>
          </w:p>
          <w:p>
            <w:pPr>
              <w:spacing w:after="20" w:line="276" w:lineRule="auto"/>
            </w:pPr>
            <w:r>
              <w:rPr>
                <w:rFonts w:ascii="宋体" w:hAnsi="宋体" w:eastAsia="宋体"/>
                <w:b w:val="0"/>
                <w:sz w:val="18"/>
              </w:rPr>
              <w:t>预设2：在剩下的这些三角形中继续按“是否有两条边相等”把它们分成“只有两条边相等”(包括①⑤⑥⑧)和“三条边互不相等”(包括②③⑦⑨)这两类。</w:t>
            </w:r>
          </w:p>
          <w:p>
            <w:pPr>
              <w:spacing w:after="20" w:line="276" w:lineRule="auto"/>
            </w:pPr>
            <w:r>
              <w:rPr>
                <w:rFonts w:ascii="宋体" w:hAnsi="宋体" w:eastAsia="宋体"/>
                <w:b w:val="0"/>
                <w:sz w:val="18"/>
              </w:rPr>
              <w:t>学生自学教科书P62的内容后汇报。</w:t>
            </w:r>
          </w:p>
          <w:p>
            <w:pPr>
              <w:spacing w:after="20" w:line="276" w:lineRule="auto"/>
            </w:pPr>
            <w:r>
              <w:rPr>
                <w:rFonts w:ascii="宋体" w:hAnsi="宋体" w:eastAsia="宋体"/>
                <w:b w:val="0"/>
                <w:sz w:val="18"/>
              </w:rPr>
              <w:t>有两条边相等的三角形就是等腰三角形。我们看书时还知道相等的两条边叫作腰，另一条边叫作底，两腰的夹角叫作顶角，底和腰的两个夹角叫作底角。三条边都相等的三角形就是等边三角形,又叫作正三角形。教师可补充三条边互不相等的三角形叫不等边三角形。</w:t>
            </w:r>
          </w:p>
          <w:p>
            <w:pPr>
              <w:spacing w:after="20" w:line="276" w:lineRule="auto"/>
            </w:pPr>
            <w:r>
              <w:rPr>
                <w:rFonts w:ascii="宋体" w:hAnsi="宋体" w:eastAsia="宋体"/>
                <w:b w:val="0"/>
                <w:sz w:val="18"/>
              </w:rPr>
              <w:t>学生拿出刚刚分类得到的等边三角形和等腰三角形进行测量活动。</w:t>
            </w:r>
          </w:p>
          <w:p>
            <w:pPr>
              <w:spacing w:after="20" w:line="276" w:lineRule="auto"/>
            </w:pPr>
            <w:r>
              <w:rPr>
                <w:rFonts w:ascii="宋体" w:hAnsi="宋体" w:eastAsia="宋体"/>
                <w:b w:val="0"/>
                <w:sz w:val="18"/>
              </w:rPr>
              <w:t>红领巾、房梁、风筝……</w:t>
            </w:r>
          </w:p>
          <w:p>
            <w:pPr>
              <w:spacing w:after="20" w:line="276" w:lineRule="auto"/>
            </w:pPr>
            <w:r>
              <w:rPr>
                <w:rFonts w:ascii="宋体" w:hAnsi="宋体" w:eastAsia="宋体"/>
                <w:b w:val="0"/>
                <w:sz w:val="18"/>
              </w:rPr>
              <w:t>引导学生画出集合图。</w:t>
            </w:r>
          </w:p>
        </w:tc>
        <w:tc>
          <w:tcPr>
            <w:tcW w:type="dxa" w:w="1814"/>
          </w:tcPr>
          <w:p>
            <w:pPr>
              <w:spacing w:after="20" w:line="276" w:lineRule="auto"/>
            </w:pPr>
            <w:r/>
            <w:r>
              <w:rPr>
                <w:rFonts w:ascii="宋体" w:hAnsi="宋体" w:eastAsia="宋体"/>
                <w:b w:val="0"/>
                <w:sz w:val="18"/>
              </w:rPr>
              <w:t>本环节摒弃常规教学法,给学生自主思考的时间和空间,提供10个形状、大小均不同的三角形,放手让他们自己分类和发现问题,生成大量认知上的冲突和碰撞。</w:t>
            </w:r>
          </w:p>
          <w:p>
            <w:pPr>
              <w:spacing w:after="20" w:line="276" w:lineRule="auto"/>
            </w:pPr>
            <w:r>
              <w:rPr>
                <w:rFonts w:ascii="宋体" w:hAnsi="宋体" w:eastAsia="宋体"/>
                <w:b w:val="0"/>
                <w:sz w:val="18"/>
              </w:rPr>
              <w:t>本环节通过在学生汇报交流、自学教科书的基础上，教师适时引导，总结归纳并板书，让学生在互动交流中明确概念，理解本质。</w:t>
            </w:r>
          </w:p>
        </w:tc>
      </w:tr>
      <w:tr>
        <w:tc>
          <w:tcPr>
            <w:tcW w:type="dxa" w:w="1474"/>
          </w:tcPr>
          <w:p>
            <w:pPr>
              <w:spacing w:after="20" w:line="276" w:lineRule="auto"/>
            </w:pPr>
            <w:r>
              <w:rPr>
                <w:b/>
              </w:rPr>
            </w:r>
            <w:r>
              <w:rPr>
                <w:rFonts w:ascii="宋体" w:hAnsi="宋体" w:eastAsia="宋体"/>
                <w:b/>
                <w:sz w:val="18"/>
              </w:rPr>
              <w:t>三、巩固练习，强化认知</w:t>
            </w:r>
          </w:p>
        </w:tc>
        <w:tc>
          <w:tcPr>
            <w:tcW w:type="dxa" w:w="3061"/>
          </w:tcPr>
          <w:p>
            <w:pPr>
              <w:spacing w:after="20" w:line="276" w:lineRule="auto"/>
            </w:pPr>
            <w:r/>
            <w:r>
              <w:rPr>
                <w:rFonts w:ascii="宋体" w:hAnsi="宋体" w:eastAsia="宋体"/>
                <w:b w:val="0"/>
                <w:sz w:val="18"/>
              </w:rPr>
              <w:t>1.教科书P62“做一做”。</w:t>
            </w:r>
          </w:p>
          <w:p>
            <w:pPr>
              <w:spacing w:after="20" w:line="276" w:lineRule="auto"/>
            </w:pPr>
            <w:r>
              <w:rPr>
                <w:rFonts w:ascii="宋体" w:hAnsi="宋体" w:eastAsia="宋体"/>
                <w:b w:val="0"/>
                <w:sz w:val="18"/>
              </w:rPr>
              <w:t>（1）学生自由画三角形，要求每人画3个不同的三角形。</w:t>
            </w:r>
          </w:p>
          <w:p>
            <w:pPr>
              <w:spacing w:after="20" w:line="276" w:lineRule="auto"/>
            </w:pPr>
            <w:r>
              <w:rPr>
                <w:rFonts w:ascii="宋体" w:hAnsi="宋体" w:eastAsia="宋体"/>
                <w:b w:val="0"/>
                <w:sz w:val="18"/>
              </w:rPr>
              <w:t>（2）与同桌交换检查，并相互说说各自画的是什么三角形。2.教科书P63“练习十五”第3题。</w:t>
            </w:r>
          </w:p>
          <w:p>
            <w:pPr>
              <w:spacing w:after="20" w:line="276" w:lineRule="auto"/>
            </w:pPr>
            <w:r>
              <w:rPr>
                <w:rFonts w:ascii="宋体" w:hAnsi="宋体" w:eastAsia="宋体"/>
                <w:b w:val="0"/>
                <w:sz w:val="18"/>
              </w:rPr>
              <w:t>（1）学生分组活动，按题目要求在钉子板上围出不同的三角形。</w:t>
            </w:r>
          </w:p>
          <w:p>
            <w:pPr>
              <w:spacing w:after="20" w:line="276" w:lineRule="auto"/>
            </w:pPr>
            <w:r>
              <w:rPr>
                <w:rFonts w:ascii="宋体" w:hAnsi="宋体" w:eastAsia="宋体"/>
                <w:b w:val="0"/>
                <w:sz w:val="18"/>
              </w:rPr>
              <w:t>（2）挑选学生代表上讲台展示。</w:t>
            </w:r>
          </w:p>
          <w:p>
            <w:pPr>
              <w:spacing w:after="20" w:line="276" w:lineRule="auto"/>
            </w:pPr>
            <w:r>
              <w:rPr>
                <w:rFonts w:ascii="宋体" w:hAnsi="宋体" w:eastAsia="宋体"/>
                <w:b w:val="0"/>
                <w:sz w:val="18"/>
              </w:rPr>
              <w:t>3.教科书P63“练习十五”第4题。</w:t>
            </w:r>
          </w:p>
          <w:p>
            <w:pPr>
              <w:spacing w:after="20" w:line="276" w:lineRule="auto"/>
            </w:pPr>
            <w:r>
              <w:rPr>
                <w:rFonts w:ascii="宋体" w:hAnsi="宋体" w:eastAsia="宋体"/>
                <w:b w:val="0"/>
                <w:sz w:val="18"/>
              </w:rPr>
              <w:t>（1）学生独立完成三角形的分类。</w:t>
            </w:r>
          </w:p>
          <w:p>
            <w:pPr>
              <w:spacing w:after="20" w:line="276" w:lineRule="auto"/>
            </w:pPr>
            <w:r>
              <w:rPr>
                <w:rFonts w:ascii="宋体" w:hAnsi="宋体" w:eastAsia="宋体"/>
                <w:b w:val="0"/>
                <w:sz w:val="18"/>
              </w:rPr>
              <w:t>（2）全班交流汇报，总结分类方法。</w:t>
            </w:r>
          </w:p>
          <w:p>
            <w:pPr>
              <w:spacing w:after="20" w:line="276" w:lineRule="auto"/>
            </w:pPr>
            <w:r>
              <w:rPr>
                <w:rFonts w:ascii="宋体" w:hAnsi="宋体" w:eastAsia="宋体"/>
                <w:b w:val="0"/>
                <w:sz w:val="18"/>
              </w:rPr>
              <w:t>4.教科书P64“练习十五”第8题。</w:t>
            </w:r>
          </w:p>
          <w:p>
            <w:pPr>
              <w:spacing w:after="20" w:line="276" w:lineRule="auto"/>
            </w:pPr>
            <w:r>
              <w:rPr>
                <w:rFonts w:ascii="宋体" w:hAnsi="宋体" w:eastAsia="宋体"/>
                <w:b w:val="0"/>
                <w:sz w:val="18"/>
              </w:rPr>
              <w:t>（1）同桌两人玩“猜一猜”的游戏。</w:t>
            </w:r>
          </w:p>
          <w:p>
            <w:pPr>
              <w:spacing w:after="20" w:line="276" w:lineRule="auto"/>
            </w:pPr>
            <w:r>
              <w:rPr>
                <w:rFonts w:ascii="宋体" w:hAnsi="宋体" w:eastAsia="宋体"/>
                <w:b w:val="0"/>
                <w:sz w:val="18"/>
              </w:rPr>
              <w:t>（2）指名学生上讲台汇报，教师引导学生追问：为什么这样猜？</w:t>
            </w:r>
          </w:p>
          <w:p>
            <w:pPr>
              <w:spacing w:after="20" w:line="276" w:lineRule="auto"/>
            </w:pPr>
            <w:r>
              <w:rPr>
                <w:rFonts w:ascii="宋体" w:hAnsi="宋体" w:eastAsia="宋体"/>
                <w:b w:val="0"/>
                <w:sz w:val="18"/>
              </w:rPr>
              <w:t>5.教科书P64“练习十五”第9题。</w:t>
            </w:r>
          </w:p>
          <w:p>
            <w:pPr>
              <w:spacing w:after="20" w:line="276" w:lineRule="auto"/>
            </w:pPr>
            <w:r>
              <w:rPr>
                <w:rFonts w:ascii="宋体" w:hAnsi="宋体" w:eastAsia="宋体"/>
                <w:b w:val="0"/>
                <w:sz w:val="18"/>
              </w:rPr>
              <w:t>（1）学生自主探索。</w:t>
            </w:r>
          </w:p>
          <w:p>
            <w:pPr>
              <w:spacing w:after="20" w:line="276" w:lineRule="auto"/>
            </w:pPr>
            <w:r>
              <w:rPr>
                <w:rFonts w:ascii="宋体" w:hAnsi="宋体" w:eastAsia="宋体"/>
                <w:b w:val="0"/>
                <w:sz w:val="18"/>
              </w:rPr>
              <w:t>（2）集中交流分享。</w:t>
            </w:r>
          </w:p>
        </w:tc>
        <w:tc>
          <w:tcPr>
            <w:tcW w:type="dxa" w:w="3061"/>
          </w:tcPr>
          <w:p>
            <w:pPr>
              <w:spacing w:after="20" w:line="276" w:lineRule="auto"/>
            </w:pPr>
            <w:r/>
            <w:r>
              <w:rPr>
                <w:rFonts w:ascii="宋体" w:hAnsi="宋体" w:eastAsia="宋体"/>
                <w:b w:val="0"/>
                <w:sz w:val="18"/>
              </w:rPr>
              <w:t>学生都能顺利完成，教师要引导学生发现：有的三角形不只连一条线，如等边三角形既可以连“等边三角形”，又可以连“等腰三角形”，还可以连“锐角三角形”。</w:t>
            </w:r>
          </w:p>
          <w:p>
            <w:pPr>
              <w:spacing w:after="20" w:line="276" w:lineRule="auto"/>
            </w:pPr>
            <w:r>
              <w:rPr>
                <w:rFonts w:ascii="宋体" w:hAnsi="宋体" w:eastAsia="宋体"/>
                <w:b w:val="0"/>
                <w:sz w:val="18"/>
              </w:rPr>
              <w:t>这道题剪的方法不同，步骤也不一定相同，只要学生的方法可行，就应给予肯定。</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师：通过这节课的学习，你有什么话要对大家说呢？（引导学生说说自己的收获或者疑问）</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引导学生回顾梳理本课所学，完善认知结构，提升归纳与反思能力，核心问题："通过这节课的学习，你有什么话要对大家说呢？"</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教科书P61~62例5，完成P62“做一做”，P63～64“练习十五”第3、4、8、9题。</w:t>
      </w:r>
    </w:p>
    <w:p>
      <w:pPr>
        <w:spacing w:after="40" w:line="300" w:lineRule="auto"/>
        <w:ind w:firstLine="400"/>
      </w:pPr>
      <w:r>
        <w:rPr>
          <w:rFonts w:ascii="宋体" w:hAnsi="宋体" w:eastAsia="宋体"/>
          <w:b w:val="0"/>
          <w:sz w:val="20"/>
        </w:rPr>
        <w:t>② 原设计安排：见“状元成才路”系列丛书《创优作业100分》对应课时作业。 1.将下面的三角形分类。(填序号) 2.判一判。(对的画“√”，错的画“×”) (1)有两个角是锐角的三角形一定是锐角三角形。( ) (2)等边三角形一定是锐角三角形。( ) (3)锐角三角形有3条高，直角三角形和钝角三角形都只有一条高。( ) (4)等边三角形是特殊的等腰三角形。( ) 参考答案 1．①④⑥ ③⑤ ②⑦⑧ ④⑤⑥⑦⑧ ⑥ 2．(1)× (2)√ (3)× (4)√eq \x(\a\vs4\al(教学资源), ) 【教学笔记】 【教学提示】 教学时教师要适时指导学生回顾如何用量角器量出角的度数。 【教学笔记】 【教学提示】 通过自主分类活动，使学生认识锐角三角形、直角三角形、钝角三角形和等腰三角形、等边三角形,知道这些三角形的特点并能够辨认，按不同标准将三角形正确分类。 【教学笔记】 【教学提示】 教学中要注重引导学生在操作（测量、对折）中感受三角形边的特点，培养学生的观察能力。 【教学笔记】 【教学提示】 要鼓励学生用多种思路解决问题。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教师引导学生在小组合作中交流,对三角形进行分类,学生在分类的过程中了解了各类三角形的特征。通过大量的交流和思维的碰撞，让学生自己构建“直角三角形、钝角三角形、锐角三角形、等腰三角形、等边三角形”的概念。这样的学习过程很符合学生的思维发展过程,促使他们以一种积极的心态去学习。整个教学过程始终围绕教学目标展开,层次清晰,环节紧凑，培养了学生与他人合作的能力，也让不同的学生在合作的过程中得到了不同的发展。</w:t>
      </w:r>
    </w:p>
    <w:p>
      <w:r>
        <w:br w:type="page"/>
      </w:r>
    </w:p>
    <w:p>
      <w:pPr>
        <w:spacing w:after="80" w:line="300" w:lineRule="auto"/>
      </w:pPr>
      <w:r>
        <w:rPr>
          <w:rFonts w:ascii="黑体" w:hAnsi="黑体" w:eastAsia="黑体"/>
          <w:b/>
          <w:sz w:val="24"/>
        </w:rPr>
        <w:t>二、课时教学方案（第4课时）</w:t>
      </w:r>
    </w:p>
    <w:p>
      <w:pPr>
        <w:spacing w:after="80" w:line="300" w:lineRule="auto"/>
      </w:pPr>
      <w:r>
        <w:rPr>
          <w:rFonts w:ascii="黑体" w:hAnsi="黑体" w:eastAsia="黑体"/>
          <w:b/>
          <w:sz w:val="24"/>
        </w:rPr>
        <w:t>第4课时　三角形的内角和</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第4课时　三角形的内角和</w:t>
            </w:r>
          </w:p>
        </w:tc>
        <w:tc>
          <w:tcPr>
            <w:tcW w:type="dxa" w:w="6009"/>
          </w:tcPr>
          <w:p>
            <w:pPr>
              <w:spacing w:after="20" w:line="276" w:lineRule="auto"/>
            </w:pPr>
            <w:r/>
            <w:r>
              <w:rPr>
                <w:rFonts w:ascii="宋体" w:hAnsi="宋体" w:eastAsia="宋体"/>
                <w:b w:val="0"/>
                <w:sz w:val="20"/>
              </w:rPr>
              <w:t>第5单元 三角形</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四年级学生已经积累了一些有关“空间与图形”的知识和经验，形成了一定程度的空间感。他们对周围事物的感知和理解的能力以及探索图形及其关系的愿望不断增强，具备了一定的抽象思维能力，可以在比较抽象的水平上认识图形，进行探索。因此，本单元的教学目标与第一学段“获得对简单平面图形的直观经验”有所不同，应使学生通过观察、操作、推理等手段，逐步认识三角形。</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教学内容：教科书P65例6，完成P65“做一做”，P67~68“练习十六”第1、2、3、6题。</w:t>
      </w:r>
    </w:p>
    <w:p>
      <w:pPr>
        <w:spacing w:after="80" w:line="300" w:lineRule="auto"/>
        <w:ind w:firstLine="400"/>
      </w:pPr>
      <w:r>
        <w:rPr>
          <w:rFonts w:ascii="宋体" w:hAnsi="宋体" w:eastAsia="宋体"/>
          <w:b w:val="0"/>
          <w:sz w:val="20"/>
        </w:rPr>
        <w:t>教学准备：课件，量角器，长方形、正方形及三角形的纸片，剪刀。</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（1）通过量、剪、拼等活动,发现并验证三角形的内角和是180。</w:t>
      </w:r>
    </w:p>
    <w:p>
      <w:pPr>
        <w:spacing w:after="20" w:line="300" w:lineRule="auto"/>
        <w:ind w:firstLine="400"/>
      </w:pPr>
      <w:r>
        <w:rPr>
          <w:rFonts w:ascii="宋体" w:hAnsi="宋体" w:eastAsia="宋体"/>
          <w:b w:val="0"/>
          <w:sz w:val="20"/>
        </w:rPr>
        <w:t>（2）在学生动手获取知识的过程中,渗透“转化”的数学思想,培养学生的创新意识、实践能力和运用新知识解决问题的能力。</w:t>
      </w:r>
    </w:p>
    <w:p>
      <w:pPr>
        <w:spacing w:after="20" w:line="300" w:lineRule="auto"/>
        <w:ind w:firstLine="400"/>
      </w:pPr>
      <w:r>
        <w:rPr>
          <w:rFonts w:ascii="宋体" w:hAnsi="宋体" w:eastAsia="宋体"/>
          <w:b w:val="0"/>
          <w:sz w:val="20"/>
        </w:rPr>
        <w:t>（3）在探究过程中积累数学活动经验,激发学习数学的兴趣。</w:t>
      </w:r>
    </w:p>
    <w:p>
      <w:pPr>
        <w:spacing w:after="20" w:line="300" w:lineRule="auto"/>
      </w:pPr>
      <w:r>
        <w:rPr>
          <w:rFonts w:ascii="宋体" w:hAnsi="宋体" w:eastAsia="宋体"/>
          <w:b w:val="0"/>
          <w:sz w:val="20"/>
        </w:rPr>
        <w:t>教学重点：探索和发现“三角形的内角和是180”这一规律。</w:t>
      </w:r>
    </w:p>
    <w:p>
      <w:pPr>
        <w:spacing w:after="20" w:line="300" w:lineRule="auto"/>
      </w:pPr>
      <w:r>
        <w:rPr>
          <w:rFonts w:ascii="宋体" w:hAnsi="宋体" w:eastAsia="宋体"/>
          <w:b w:val="0"/>
          <w:sz w:val="20"/>
        </w:rPr>
        <w:t>教学难点：对不同探索方法进行指导，学生能灵活应用发现的规律。</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一、谈话激趣，设疑导入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大家猜得对不对呢？</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二、合作交流，探究新知识</w:t>
            </w:r>
          </w:p>
        </w:tc>
        <w:tc>
          <w:tcPr>
            <w:tcW w:type="dxa" w:w="1814"/>
          </w:tcPr>
          <w:p>
            <w:pPr>
              <w:spacing w:after="20" w:line="276" w:lineRule="auto"/>
            </w:pPr>
            <w:r/>
            <w:r>
              <w:rPr>
                <w:rFonts w:ascii="宋体" w:hAnsi="宋体" w:eastAsia="宋体"/>
                <w:b w:val="0"/>
                <w:sz w:val="18"/>
              </w:rPr>
              <w:t>学具、教科书、课件</w:t>
            </w:r>
          </w:p>
        </w:tc>
        <w:tc>
          <w:tcPr>
            <w:tcW w:type="dxa" w:w="3402"/>
          </w:tcPr>
          <w:p>
            <w:pPr>
              <w:spacing w:after="20" w:line="276" w:lineRule="auto"/>
            </w:pPr>
            <w:r/>
            <w:r>
              <w:rPr>
                <w:rFonts w:ascii="宋体" w:hAnsi="宋体" w:eastAsia="宋体"/>
                <w:b w:val="0"/>
                <w:sz w:val="18"/>
              </w:rPr>
              <w:t>你知道正方形和长方形的内角和分别是多少度吗?你是怎样算出来的呢?；同学们,我们现在已经明确地知道直角三角形的内角和就是180。那是不是任意三角形的内角和都是180呢?</w:t>
            </w:r>
          </w:p>
        </w:tc>
        <w:tc>
          <w:tcPr>
            <w:tcW w:type="dxa" w:w="1361"/>
          </w:tcPr>
          <w:p>
            <w:pPr>
              <w:spacing w:after="20" w:line="276" w:lineRule="auto"/>
            </w:pPr>
            <w:r/>
            <w:r>
              <w:rPr>
                <w:rFonts w:ascii="宋体" w:hAnsi="宋体" w:eastAsia="宋体"/>
                <w:b w:val="0"/>
                <w:sz w:val="18"/>
              </w:rPr>
              <w:t>21分钟</w:t>
            </w:r>
          </w:p>
        </w:tc>
      </w:tr>
      <w:tr>
        <w:tc>
          <w:tcPr>
            <w:tcW w:type="dxa" w:w="2835"/>
          </w:tcPr>
          <w:p>
            <w:pPr>
              <w:spacing w:after="20" w:line="276" w:lineRule="auto"/>
            </w:pPr>
            <w:r/>
            <w:r>
              <w:rPr>
                <w:rFonts w:ascii="宋体" w:hAnsi="宋体" w:eastAsia="宋体"/>
                <w:b w:val="0"/>
                <w:sz w:val="18"/>
              </w:rPr>
              <w:t>三、巩固运用，解决问题</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我们能不能根据三角形的内角和是180，求出三角形中任意一个角的度数呢?</w:t>
            </w:r>
          </w:p>
        </w:tc>
        <w:tc>
          <w:tcPr>
            <w:tcW w:type="dxa" w:w="1361"/>
          </w:tcPr>
          <w:p>
            <w:pPr>
              <w:spacing w:after="20" w:line="276" w:lineRule="auto"/>
            </w:pPr>
            <w:r/>
            <w:r>
              <w:rPr>
                <w:rFonts w:ascii="宋体" w:hAnsi="宋体" w:eastAsia="宋体"/>
                <w:b w:val="0"/>
                <w:sz w:val="18"/>
              </w:rPr>
              <w:t>12分钟</w:t>
            </w:r>
          </w:p>
        </w:tc>
      </w:tr>
      <w:tr>
        <w:tc>
          <w:tcPr>
            <w:tcW w:type="dxa" w:w="2835"/>
          </w:tcPr>
          <w:p>
            <w:pPr>
              <w:spacing w:after="20" w:line="276" w:lineRule="auto"/>
            </w:pPr>
            <w:r/>
            <w:r>
              <w:rPr>
                <w:rFonts w:ascii="宋体" w:hAnsi="宋体" w:eastAsia="宋体"/>
                <w:b w:val="0"/>
                <w:sz w:val="18"/>
              </w:rPr>
              <w:t>四、课堂小结，深化认识</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一、谈话激趣，设疑导入</w:t>
            </w:r>
          </w:p>
        </w:tc>
        <w:tc>
          <w:tcPr>
            <w:tcW w:type="dxa" w:w="3061"/>
          </w:tcPr>
          <w:p>
            <w:pPr>
              <w:spacing w:after="20" w:line="276" w:lineRule="auto"/>
            </w:pPr>
            <w:r/>
            <w:r>
              <w:rPr>
                <w:rFonts w:ascii="宋体" w:hAnsi="宋体" w:eastAsia="宋体"/>
                <w:b w:val="0"/>
                <w:sz w:val="18"/>
              </w:rPr>
              <w:t>1.揭示“内角”和“内角和”的概念。</w:t>
            </w:r>
          </w:p>
          <w:p>
            <w:pPr>
              <w:spacing w:after="20" w:line="276" w:lineRule="auto"/>
            </w:pPr>
            <w:r>
              <w:rPr>
                <w:rFonts w:ascii="宋体" w:hAnsi="宋体" w:eastAsia="宋体"/>
                <w:b w:val="0"/>
                <w:sz w:val="18"/>
              </w:rPr>
              <w:t>教师画一个三角形，提问：这是什么图形？它有什么特征？</w:t>
            </w:r>
          </w:p>
          <w:p>
            <w:pPr>
              <w:spacing w:after="20" w:line="276" w:lineRule="auto"/>
            </w:pPr>
            <w:r>
              <w:rPr>
                <w:rFonts w:ascii="宋体" w:hAnsi="宋体" w:eastAsia="宋体"/>
                <w:b w:val="0"/>
                <w:sz w:val="18"/>
              </w:rPr>
              <w:t>师：三角形的三个角,为了表达方便,分别用∠1、∠2、∠3来表示，这三个角称为三角形的内角。你们知道这三个内角相加的和等于多少度吗?猜猜看。</w:t>
            </w:r>
          </w:p>
          <w:p>
            <w:pPr>
              <w:spacing w:after="20" w:line="276" w:lineRule="auto"/>
            </w:pPr>
            <w:r>
              <w:rPr>
                <w:rFonts w:ascii="宋体" w:hAnsi="宋体" w:eastAsia="宋体"/>
                <w:b w:val="0"/>
                <w:sz w:val="18"/>
              </w:rPr>
              <w:t>2.揭示课题。</w:t>
            </w:r>
          </w:p>
          <w:p>
            <w:pPr>
              <w:spacing w:after="20" w:line="276" w:lineRule="auto"/>
            </w:pPr>
            <w:r>
              <w:rPr>
                <w:rFonts w:ascii="宋体" w:hAnsi="宋体" w:eastAsia="宋体"/>
                <w:b w:val="0"/>
                <w:sz w:val="18"/>
              </w:rPr>
              <w:t>师：大家猜得对不对呢？我们需要验证一下，这也是我们今天要研究的内容——三角形的内角和。（板书课题：三角形的内角和）</w:t>
            </w:r>
          </w:p>
        </w:tc>
        <w:tc>
          <w:tcPr>
            <w:tcW w:type="dxa" w:w="3061"/>
          </w:tcPr>
          <w:p>
            <w:pPr>
              <w:spacing w:after="20" w:line="276" w:lineRule="auto"/>
            </w:pPr>
            <w:r/>
            <w:r>
              <w:rPr>
                <w:rFonts w:ascii="宋体" w:hAnsi="宋体" w:eastAsia="宋体"/>
                <w:b w:val="0"/>
                <w:sz w:val="18"/>
              </w:rPr>
              <w:t>这是三角形，有三条边、三个角。</w:t>
            </w:r>
          </w:p>
          <w:p>
            <w:pPr>
              <w:spacing w:after="20" w:line="276" w:lineRule="auto"/>
            </w:pPr>
            <w:r>
              <w:rPr>
                <w:rFonts w:ascii="宋体" w:hAnsi="宋体" w:eastAsia="宋体"/>
                <w:b w:val="0"/>
                <w:sz w:val="18"/>
              </w:rPr>
              <w:t>由于绝大多数学生有相关知识经验的积累,不难说出三角形的内角和是180。</w:t>
            </w:r>
          </w:p>
        </w:tc>
        <w:tc>
          <w:tcPr>
            <w:tcW w:type="dxa" w:w="1814"/>
          </w:tcPr>
          <w:p>
            <w:pPr>
              <w:spacing w:after="20" w:line="276" w:lineRule="auto"/>
            </w:pPr>
            <w:r/>
            <w:r>
              <w:rPr>
                <w:rFonts w:ascii="宋体" w:hAnsi="宋体" w:eastAsia="宋体"/>
                <w:b w:val="0"/>
                <w:sz w:val="18"/>
              </w:rPr>
              <w:t>明确三角形“内角”和“内角和”的概念是学生进一步探究新知识的前提。让学生大胆地“猜一猜”,激发学生探究数学的兴趣。</w:t>
            </w:r>
          </w:p>
        </w:tc>
      </w:tr>
      <w:tr>
        <w:tc>
          <w:tcPr>
            <w:tcW w:type="dxa" w:w="1474"/>
          </w:tcPr>
          <w:p>
            <w:pPr>
              <w:spacing w:after="20" w:line="276" w:lineRule="auto"/>
            </w:pPr>
            <w:r>
              <w:rPr>
                <w:b/>
              </w:rPr>
            </w:r>
            <w:r>
              <w:rPr>
                <w:rFonts w:ascii="宋体" w:hAnsi="宋体" w:eastAsia="宋体"/>
                <w:b/>
                <w:sz w:val="18"/>
              </w:rPr>
              <w:t>二、合作交流，探究新知识</w:t>
            </w:r>
          </w:p>
        </w:tc>
        <w:tc>
          <w:tcPr>
            <w:tcW w:type="dxa" w:w="3061"/>
          </w:tcPr>
          <w:p>
            <w:pPr>
              <w:spacing w:after="20" w:line="276" w:lineRule="auto"/>
            </w:pPr>
            <w:r/>
            <w:r>
              <w:rPr>
                <w:rFonts w:ascii="宋体" w:hAnsi="宋体" w:eastAsia="宋体"/>
                <w:b w:val="0"/>
                <w:sz w:val="18"/>
              </w:rPr>
              <w:t>1.探究直角三角形的内角和。</w:t>
            </w:r>
          </w:p>
          <w:p>
            <w:pPr>
              <w:spacing w:after="20" w:line="276" w:lineRule="auto"/>
            </w:pPr>
            <w:r>
              <w:rPr>
                <w:rFonts w:ascii="宋体" w:hAnsi="宋体" w:eastAsia="宋体"/>
                <w:b w:val="0"/>
                <w:sz w:val="18"/>
              </w:rPr>
              <w:t>（1）师：同学们,图形之间都是有联系的,这儿有两个大家都很熟悉的图形。</w:t>
            </w:r>
          </w:p>
          <w:p>
            <w:pPr>
              <w:spacing w:after="20" w:line="276" w:lineRule="auto"/>
            </w:pPr>
            <w:r>
              <w:rPr>
                <w:rFonts w:ascii="宋体" w:hAnsi="宋体" w:eastAsia="宋体"/>
                <w:b w:val="0"/>
                <w:sz w:val="18"/>
              </w:rPr>
              <w:t>教师拿出正方形和长方形纸片并贴在黑板上。</w:t>
            </w:r>
          </w:p>
          <w:p>
            <w:pPr>
              <w:spacing w:after="20" w:line="276" w:lineRule="auto"/>
            </w:pPr>
            <w:r>
              <w:rPr>
                <w:rFonts w:ascii="宋体" w:hAnsi="宋体" w:eastAsia="宋体"/>
                <w:b w:val="0"/>
                <w:sz w:val="18"/>
              </w:rPr>
              <w:t>师：你知道正方形和长方形的内角和分别是多少度吗?你是怎样算出来的呢?</w:t>
            </w:r>
          </w:p>
          <w:p>
            <w:pPr>
              <w:spacing w:after="20" w:line="276" w:lineRule="auto"/>
            </w:pPr>
            <w:r>
              <w:rPr>
                <w:rFonts w:ascii="宋体" w:hAnsi="宋体" w:eastAsia="宋体"/>
                <w:b w:val="0"/>
                <w:sz w:val="18"/>
              </w:rPr>
              <w:t>（2）教师演示操作，学生观察。</w:t>
            </w:r>
          </w:p>
          <w:p>
            <w:pPr>
              <w:spacing w:after="20" w:line="276" w:lineRule="auto"/>
            </w:pPr>
            <w:r>
              <w:rPr>
                <w:rFonts w:ascii="宋体" w:hAnsi="宋体" w:eastAsia="宋体"/>
                <w:b w:val="0"/>
                <w:sz w:val="18"/>
              </w:rPr>
              <w:t>把正方形、长方形纸片分别沿着对角线折叠,分别得到两个完全一样的直角三角形。教师分别指着正方形和长方形纸片折叠后得到的直角三角形,并提问:这两个直角三角形的内角和又是多少度呢?你是怎样想的?请把你的想法跟同学分享。</w:t>
            </w:r>
          </w:p>
          <w:p>
            <w:pPr>
              <w:spacing w:after="20" w:line="276" w:lineRule="auto"/>
            </w:pPr>
            <w:r>
              <w:rPr>
                <w:rFonts w:ascii="宋体" w:hAnsi="宋体" w:eastAsia="宋体"/>
                <w:b w:val="0"/>
                <w:sz w:val="18"/>
              </w:rPr>
              <w:t>（3）小结:我们通过正方形和长方形的内角和推导出直角三角形的内角和是180。</w:t>
            </w:r>
          </w:p>
          <w:p>
            <w:pPr>
              <w:spacing w:after="20" w:line="276" w:lineRule="auto"/>
            </w:pPr>
            <w:r>
              <w:rPr>
                <w:rFonts w:ascii="宋体" w:hAnsi="宋体" w:eastAsia="宋体"/>
                <w:b w:val="0"/>
                <w:sz w:val="18"/>
              </w:rPr>
              <w:t>2.探究任意三角形的内角和。</w:t>
            </w:r>
          </w:p>
          <w:p>
            <w:pPr>
              <w:spacing w:after="20" w:line="276" w:lineRule="auto"/>
            </w:pPr>
            <w:r>
              <w:rPr>
                <w:rFonts w:ascii="宋体" w:hAnsi="宋体" w:eastAsia="宋体"/>
                <w:b w:val="0"/>
                <w:sz w:val="18"/>
              </w:rPr>
              <w:t>(1)小组合作探究。</w:t>
            </w:r>
          </w:p>
          <w:p>
            <w:pPr>
              <w:spacing w:after="20" w:line="276" w:lineRule="auto"/>
            </w:pPr>
            <w:r>
              <w:rPr>
                <w:rFonts w:ascii="宋体" w:hAnsi="宋体" w:eastAsia="宋体"/>
                <w:b w:val="0"/>
                <w:sz w:val="18"/>
              </w:rPr>
              <w:t>师：同学们,我们现在已经明确地知道直角三角形的内角和就是180。那是不是任意三角形的内角和都是180呢?请同学们小组合作，选一种喜欢的三角形，充分利用你们的学具进行验证，比一比哪个组的方法多而且富有新意。</w:t>
            </w:r>
          </w:p>
          <w:p>
            <w:pPr>
              <w:spacing w:after="20" w:line="276" w:lineRule="auto"/>
            </w:pPr>
            <w:r>
              <w:rPr>
                <w:rFonts w:ascii="宋体" w:hAnsi="宋体" w:eastAsia="宋体"/>
                <w:b w:val="0"/>
                <w:sz w:val="18"/>
              </w:rPr>
              <w:t>（2）全班汇报交流。</w:t>
            </w:r>
          </w:p>
          <w:p>
            <w:pPr>
              <w:spacing w:after="20" w:line="276" w:lineRule="auto"/>
            </w:pPr>
            <w:r>
              <w:rPr>
                <w:rFonts w:ascii="宋体" w:hAnsi="宋体" w:eastAsia="宋体"/>
                <w:b w:val="0"/>
                <w:sz w:val="18"/>
              </w:rPr>
              <w:t>师：谁愿意给大家介绍一下,你们小组是用什么方法来验证三角形的内角和是180的呢?</w:t>
            </w:r>
          </w:p>
          <w:p>
            <w:pPr>
              <w:spacing w:after="20" w:line="276" w:lineRule="auto"/>
            </w:pPr>
            <w:r>
              <w:rPr>
                <w:rFonts w:ascii="宋体" w:hAnsi="宋体" w:eastAsia="宋体"/>
                <w:b w:val="0"/>
                <w:sz w:val="18"/>
              </w:rPr>
              <w:t>师：测量是一种好方法，只是测量的时候难免产生误差，导致测量结果不同，不够精确。谁还有不同的方法?</w:t>
            </w:r>
          </w:p>
          <w:p>
            <w:pPr>
              <w:spacing w:after="20" w:line="276" w:lineRule="auto"/>
            </w:pPr>
            <w:r>
              <w:rPr>
                <w:rFonts w:ascii="宋体" w:hAnsi="宋体" w:eastAsia="宋体"/>
                <w:b w:val="0"/>
                <w:sz w:val="18"/>
              </w:rPr>
              <w:t>师：你剪的是什么三角形?(锐角三角形)那直角三角形、钝角三角形呢?请男同学拿出钝角三角形,女同学拿出直角三角形,迅速剪下三个角,看能否拼成一个平角。</w:t>
            </w:r>
          </w:p>
          <w:p>
            <w:pPr>
              <w:spacing w:after="20" w:line="276" w:lineRule="auto"/>
            </w:pPr>
            <w:r>
              <w:rPr>
                <w:rFonts w:ascii="宋体" w:hAnsi="宋体" w:eastAsia="宋体"/>
                <w:b w:val="0"/>
                <w:sz w:val="18"/>
              </w:rPr>
              <w:t>师：可以拼成平角吗?(可以)那我们就说三角形的内角和就是180。还有同学在举手,请你说。</w:t>
            </w:r>
          </w:p>
          <w:p>
            <w:pPr>
              <w:spacing w:after="20" w:line="276" w:lineRule="auto"/>
            </w:pPr>
            <w:r>
              <w:rPr>
                <w:rFonts w:ascii="宋体" w:hAnsi="宋体" w:eastAsia="宋体"/>
                <w:b w:val="0"/>
                <w:sz w:val="18"/>
              </w:rPr>
              <w:t>（3）师小结：能从不同的角度思考问题，你们真棒！刚才同学们用量、折、剪、拼、计算、推理的方法得出,不止直角三角形的内角和是180，而是任意三角形的内角和都是180。（板书：任意三角形的内角和都是180。）</w:t>
            </w:r>
          </w:p>
          <w:p>
            <w:pPr>
              <w:spacing w:after="20" w:line="276" w:lineRule="auto"/>
            </w:pPr>
            <w:r>
              <w:rPr>
                <w:rFonts w:ascii="宋体" w:hAnsi="宋体" w:eastAsia="宋体"/>
                <w:b w:val="0"/>
                <w:sz w:val="18"/>
              </w:rPr>
              <w:t>3.自学质疑。</w:t>
            </w:r>
          </w:p>
          <w:p>
            <w:pPr>
              <w:spacing w:after="20" w:line="276" w:lineRule="auto"/>
            </w:pPr>
            <w:r>
              <w:rPr>
                <w:rFonts w:ascii="宋体" w:hAnsi="宋体" w:eastAsia="宋体"/>
                <w:b w:val="0"/>
                <w:sz w:val="18"/>
              </w:rPr>
              <w:t>（1）学生阅读教科书P65例6，厘清思路，大胆质疑。</w:t>
            </w:r>
          </w:p>
          <w:p>
            <w:pPr>
              <w:spacing w:after="20" w:line="276" w:lineRule="auto"/>
            </w:pPr>
            <w:r>
              <w:rPr>
                <w:rFonts w:ascii="宋体" w:hAnsi="宋体" w:eastAsia="宋体"/>
                <w:b w:val="0"/>
                <w:sz w:val="18"/>
              </w:rPr>
              <w:t>（2）教师巡视解惑。</w:t>
            </w:r>
          </w:p>
        </w:tc>
        <w:tc>
          <w:tcPr>
            <w:tcW w:type="dxa" w:w="3061"/>
          </w:tcPr>
          <w:p>
            <w:pPr>
              <w:spacing w:after="20" w:line="276" w:lineRule="auto"/>
            </w:pPr>
            <w:r/>
            <w:r>
              <w:rPr>
                <w:rFonts w:ascii="宋体" w:hAnsi="宋体" w:eastAsia="宋体"/>
                <w:b w:val="0"/>
                <w:sz w:val="18"/>
              </w:rPr>
              <w:t>学生已经知道长方形和正方形都有四个内角，且每个内角都是直角，很快会得出:90×4=360。</w:t>
            </w:r>
          </w:p>
          <w:p>
            <w:pPr>
              <w:spacing w:after="20" w:line="276" w:lineRule="auto"/>
            </w:pPr>
            <w:r>
              <w:rPr>
                <w:rFonts w:ascii="宋体" w:hAnsi="宋体" w:eastAsia="宋体"/>
                <w:b w:val="0"/>
                <w:sz w:val="18"/>
              </w:rPr>
              <w:t>两个完全相同的直角三角形的内角和等于360,一个直角三角形的内角和等于360÷2＝180。（非常好）</w:t>
            </w:r>
          </w:p>
          <w:p>
            <w:pPr>
              <w:spacing w:after="20" w:line="276" w:lineRule="auto"/>
            </w:pPr>
            <w:r>
              <w:rPr>
                <w:rFonts w:ascii="宋体" w:hAnsi="宋体" w:eastAsia="宋体"/>
                <w:b w:val="0"/>
                <w:sz w:val="18"/>
              </w:rPr>
              <w:t>预设1：我们小组的方法是用量角器测量出三角形的三个内角的度数,求出内角和大约是180。</w:t>
            </w:r>
          </w:p>
          <w:p>
            <w:pPr>
              <w:spacing w:after="20" w:line="276" w:lineRule="auto"/>
            </w:pPr>
            <w:r>
              <w:rPr>
                <w:rFonts w:ascii="宋体" w:hAnsi="宋体" w:eastAsia="宋体"/>
                <w:b w:val="0"/>
                <w:sz w:val="18"/>
              </w:rPr>
              <w:t>预设2：我们是先假设三角形的内角和是180,测量出第一个角和第二个角的度数,算出第三个角的度数,再用量角器测量验证第三个角是否等于算出的结果。</w:t>
            </w:r>
          </w:p>
          <w:p>
            <w:pPr>
              <w:spacing w:after="20" w:line="276" w:lineRule="auto"/>
            </w:pPr>
            <w:r>
              <w:rPr>
                <w:rFonts w:ascii="宋体" w:hAnsi="宋体" w:eastAsia="宋体"/>
                <w:b w:val="0"/>
                <w:sz w:val="18"/>
              </w:rPr>
              <w:t>还可以用剪拼的方法。（是怎样剪拼的呢?上台来展示一下。）</w:t>
            </w:r>
          </w:p>
          <w:p>
            <w:pPr>
              <w:spacing w:after="20" w:line="276" w:lineRule="auto"/>
            </w:pPr>
            <w:r>
              <w:rPr>
                <w:rFonts w:ascii="宋体" w:hAnsi="宋体" w:eastAsia="宋体"/>
                <w:b w:val="0"/>
                <w:sz w:val="18"/>
              </w:rPr>
              <w:t>学生在讲台上边演示边汇报：把三角形的三个角剪下来后拼成一个平角。</w:t>
            </w:r>
          </w:p>
          <w:p>
            <w:pPr>
              <w:spacing w:after="20" w:line="276" w:lineRule="auto"/>
            </w:pPr>
            <w:r>
              <w:rPr>
                <w:rFonts w:ascii="宋体" w:hAnsi="宋体" w:eastAsia="宋体"/>
                <w:b w:val="0"/>
                <w:sz w:val="18"/>
              </w:rPr>
              <w:t>预设1：将三角形的三个角折成一个平角。（你是怎样折的？快上来展示给我们大家瞧一瞧!真是个心灵手巧的孩子,让我们把掌声送给他!）</w:t>
            </w:r>
          </w:p>
          <w:p>
            <w:pPr>
              <w:spacing w:after="20" w:line="276" w:lineRule="auto"/>
            </w:pPr>
            <w:r>
              <w:rPr>
                <w:rFonts w:ascii="宋体" w:hAnsi="宋体" w:eastAsia="宋体"/>
                <w:b w:val="0"/>
                <w:sz w:val="18"/>
              </w:rPr>
              <w:t>预设2：转化成两个直角三角形。把三角形沿着一条高剪开,变成两个直角三角形,直角三角形中,第一个直角三角形的两个锐角的和是90,第二个直角三角形的两个锐角的和也是90,合起来就是180,刚好是原来三角形的内角和。所以三角形的内角和是180。</w:t>
            </w:r>
          </w:p>
        </w:tc>
        <w:tc>
          <w:tcPr>
            <w:tcW w:type="dxa" w:w="1814"/>
          </w:tcPr>
          <w:p>
            <w:pPr>
              <w:spacing w:after="20" w:line="276" w:lineRule="auto"/>
            </w:pPr>
            <w:r/>
            <w:r>
              <w:rPr>
                <w:rFonts w:ascii="宋体" w:hAnsi="宋体" w:eastAsia="宋体"/>
                <w:b w:val="0"/>
                <w:sz w:val="18"/>
              </w:rPr>
              <w:t>从学生熟悉的长方形、正方形抽象出特殊的直角三角形,探讨得出直角三角形的内角和是180,接下来很自然地引导学生探讨所有的三角形的内角和是不是都是180,过渡自然且有吸引力,没有给学生造成任何突兀的感觉。</w:t>
            </w:r>
          </w:p>
          <w:p>
            <w:pPr>
              <w:spacing w:after="20" w:line="276" w:lineRule="auto"/>
            </w:pPr>
            <w:r>
              <w:rPr>
                <w:rFonts w:ascii="宋体" w:hAnsi="宋体" w:eastAsia="宋体"/>
                <w:b w:val="0"/>
                <w:sz w:val="18"/>
              </w:rPr>
              <w:t>“动手实践、自主探索”是学习数学的重要方式,也是尝试探究学习的主要方法。学习过程中把学生推到主动学习的位置,让他们利用已有的知识经验尝试解决问题,获得新的体验和感受。尽管有时他们的理解是片面的、不完整的,但在与同学的互动中,在教师的点拨启发下，数学模型的建构将不断完善。学生也会在思维的碰撞中,主动地思考、验证、推断,发散思维和创新意识就会逐渐培养起来。</w:t>
            </w:r>
          </w:p>
        </w:tc>
      </w:tr>
      <w:tr>
        <w:tc>
          <w:tcPr>
            <w:tcW w:type="dxa" w:w="1474"/>
          </w:tcPr>
          <w:p>
            <w:pPr>
              <w:spacing w:after="20" w:line="276" w:lineRule="auto"/>
            </w:pPr>
            <w:r>
              <w:rPr>
                <w:b/>
              </w:rPr>
            </w:r>
            <w:r>
              <w:rPr>
                <w:rFonts w:ascii="宋体" w:hAnsi="宋体" w:eastAsia="宋体"/>
                <w:b/>
                <w:sz w:val="18"/>
              </w:rPr>
              <w:t>三、巩固运用，解决问题</w:t>
            </w:r>
          </w:p>
        </w:tc>
        <w:tc>
          <w:tcPr>
            <w:tcW w:type="dxa" w:w="3061"/>
          </w:tcPr>
          <w:p>
            <w:pPr>
              <w:spacing w:after="20" w:line="276" w:lineRule="auto"/>
            </w:pPr>
            <w:r/>
            <w:r>
              <w:rPr>
                <w:rFonts w:ascii="宋体" w:hAnsi="宋体" w:eastAsia="宋体"/>
                <w:b w:val="0"/>
                <w:sz w:val="18"/>
              </w:rPr>
              <w:t>1.教科书P65“做一做”第1题和P67“练习十六”第1题。</w:t>
            </w:r>
          </w:p>
          <w:p>
            <w:pPr>
              <w:spacing w:after="20" w:line="276" w:lineRule="auto"/>
            </w:pPr>
            <w:r>
              <w:rPr>
                <w:rFonts w:ascii="宋体" w:hAnsi="宋体" w:eastAsia="宋体"/>
                <w:b w:val="0"/>
                <w:sz w:val="18"/>
              </w:rPr>
              <w:t>师：我们能不能根据三角形的内角和是180，求出三角形中任意一个角的度数呢?</w:t>
            </w:r>
          </w:p>
          <w:p>
            <w:pPr>
              <w:spacing w:after="20" w:line="276" w:lineRule="auto"/>
            </w:pPr>
            <w:r>
              <w:rPr>
                <w:rFonts w:ascii="宋体" w:hAnsi="宋体" w:eastAsia="宋体"/>
                <w:b w:val="0"/>
                <w:sz w:val="18"/>
              </w:rPr>
              <w:t>（1）学生独立思考后尝试解决，指名学生板演。</w:t>
            </w:r>
          </w:p>
          <w:p>
            <w:pPr>
              <w:spacing w:after="20" w:line="276" w:lineRule="auto"/>
            </w:pPr>
            <w:r>
              <w:rPr>
                <w:rFonts w:ascii="宋体" w:hAnsi="宋体" w:eastAsia="宋体"/>
                <w:b w:val="0"/>
                <w:sz w:val="18"/>
              </w:rPr>
              <w:t>（2）全班交流订正。</w:t>
            </w:r>
          </w:p>
          <w:p>
            <w:pPr>
              <w:spacing w:after="20" w:line="276" w:lineRule="auto"/>
            </w:pPr>
            <w:r>
              <w:rPr>
                <w:rFonts w:ascii="宋体" w:hAnsi="宋体" w:eastAsia="宋体"/>
                <w:b w:val="0"/>
                <w:sz w:val="18"/>
              </w:rPr>
              <w:t>2.教科书P65“做一做”第2题。</w:t>
            </w:r>
          </w:p>
          <w:p>
            <w:pPr>
              <w:spacing w:after="20" w:line="276" w:lineRule="auto"/>
            </w:pPr>
            <w:r>
              <w:rPr>
                <w:rFonts w:ascii="宋体" w:hAnsi="宋体" w:eastAsia="宋体"/>
                <w:b w:val="0"/>
                <w:sz w:val="18"/>
              </w:rPr>
              <w:t>(1)原来三角形的内角和是多少度?</w:t>
            </w:r>
          </w:p>
          <w:p>
            <w:pPr>
              <w:spacing w:after="20" w:line="276" w:lineRule="auto"/>
            </w:pPr>
            <w:r>
              <w:rPr>
                <w:rFonts w:ascii="宋体" w:hAnsi="宋体" w:eastAsia="宋体"/>
                <w:b w:val="0"/>
                <w:sz w:val="18"/>
              </w:rPr>
              <w:t>(2)分成两个小三角形后,每个小三角形的内角和又分别是多少度?说说你是怎样想的。</w:t>
            </w:r>
          </w:p>
          <w:p>
            <w:pPr>
              <w:spacing w:after="20" w:line="276" w:lineRule="auto"/>
            </w:pPr>
            <w:r>
              <w:rPr>
                <w:rFonts w:ascii="宋体" w:hAnsi="宋体" w:eastAsia="宋体"/>
                <w:b w:val="0"/>
                <w:sz w:val="18"/>
              </w:rPr>
              <w:t>3.教科书P67“练习十六”第2题。</w:t>
            </w:r>
          </w:p>
          <w:p>
            <w:pPr>
              <w:spacing w:after="20" w:line="276" w:lineRule="auto"/>
            </w:pPr>
            <w:r>
              <w:rPr>
                <w:rFonts w:ascii="宋体" w:hAnsi="宋体" w:eastAsia="宋体"/>
                <w:b w:val="0"/>
                <w:sz w:val="18"/>
              </w:rPr>
              <w:t>（1）引导学生认真读题，回顾特殊三角形各自的特征，同桌之间相互说一说。</w:t>
            </w:r>
          </w:p>
          <w:p>
            <w:pPr>
              <w:spacing w:after="20" w:line="276" w:lineRule="auto"/>
            </w:pPr>
            <w:r>
              <w:rPr>
                <w:rFonts w:ascii="宋体" w:hAnsi="宋体" w:eastAsia="宋体"/>
                <w:b w:val="0"/>
                <w:sz w:val="18"/>
              </w:rPr>
              <w:t>（2）学生思考后尝试独立解决。</w:t>
            </w:r>
          </w:p>
          <w:p>
            <w:pPr>
              <w:spacing w:after="20" w:line="276" w:lineRule="auto"/>
            </w:pPr>
            <w:r>
              <w:rPr>
                <w:rFonts w:ascii="宋体" w:hAnsi="宋体" w:eastAsia="宋体"/>
                <w:b w:val="0"/>
                <w:sz w:val="18"/>
              </w:rPr>
              <w:t>（3）指名学生汇报，分享思考过程。</w:t>
            </w:r>
          </w:p>
          <w:p>
            <w:pPr>
              <w:spacing w:after="20" w:line="276" w:lineRule="auto"/>
            </w:pPr>
            <w:r>
              <w:rPr>
                <w:rFonts w:ascii="宋体" w:hAnsi="宋体" w:eastAsia="宋体"/>
                <w:b w:val="0"/>
                <w:sz w:val="18"/>
              </w:rPr>
              <w:t>4.教科书P67“练习十六”第3题。</w:t>
            </w:r>
          </w:p>
          <w:p>
            <w:pPr>
              <w:spacing w:after="20" w:line="276" w:lineRule="auto"/>
            </w:pPr>
            <w:r>
              <w:rPr>
                <w:rFonts w:ascii="宋体" w:hAnsi="宋体" w:eastAsia="宋体"/>
                <w:b w:val="0"/>
                <w:sz w:val="18"/>
              </w:rPr>
              <w:t>（1）引导学生思考：要求顶角必须要先求什么。</w:t>
            </w:r>
          </w:p>
          <w:p>
            <w:pPr>
              <w:spacing w:after="20" w:line="276" w:lineRule="auto"/>
            </w:pPr>
            <w:r>
              <w:rPr>
                <w:rFonts w:ascii="宋体" w:hAnsi="宋体" w:eastAsia="宋体"/>
                <w:b w:val="0"/>
                <w:sz w:val="18"/>
              </w:rPr>
              <w:t>（2）学生独立思考后尝试解决，全班交流。</w:t>
            </w:r>
          </w:p>
          <w:p>
            <w:pPr>
              <w:spacing w:after="20" w:line="276" w:lineRule="auto"/>
            </w:pPr>
            <w:r>
              <w:rPr>
                <w:rFonts w:ascii="宋体" w:hAnsi="宋体" w:eastAsia="宋体"/>
                <w:b w:val="0"/>
                <w:sz w:val="18"/>
              </w:rPr>
              <w:t>5.教科书P68“练习十六”第6题。</w:t>
            </w:r>
          </w:p>
          <w:p>
            <w:pPr>
              <w:spacing w:after="20" w:line="276" w:lineRule="auto"/>
            </w:pPr>
            <w:r>
              <w:rPr>
                <w:rFonts w:ascii="宋体" w:hAnsi="宋体" w:eastAsia="宋体"/>
                <w:b w:val="0"/>
                <w:sz w:val="18"/>
              </w:rPr>
              <w:t>（1）学生读懂题意后，同桌两人合作猜一猜，完成第（1）题。教师引导学生注意两个问题：一是猜测的角的度数不能大于或等于90；二是第二个角的度数是用90减去第一个角的度数得到的。</w:t>
            </w:r>
          </w:p>
          <w:p>
            <w:pPr>
              <w:spacing w:after="20" w:line="276" w:lineRule="auto"/>
            </w:pPr>
            <w:r>
              <w:rPr>
                <w:rFonts w:ascii="宋体" w:hAnsi="宋体" w:eastAsia="宋体"/>
                <w:b w:val="0"/>
                <w:sz w:val="18"/>
              </w:rPr>
              <w:t>（2）独立完成第（2）题。</w:t>
            </w:r>
          </w:p>
          <w:p>
            <w:pPr>
              <w:spacing w:after="20" w:line="276" w:lineRule="auto"/>
            </w:pPr>
            <w:r>
              <w:rPr>
                <w:rFonts w:ascii="宋体" w:hAnsi="宋体" w:eastAsia="宋体"/>
                <w:b w:val="0"/>
                <w:sz w:val="18"/>
              </w:rPr>
              <w:t>教师追加提问：要求的另一条边必须满足什么条件？</w:t>
            </w:r>
          </w:p>
        </w:tc>
        <w:tc>
          <w:tcPr>
            <w:tcW w:type="dxa" w:w="3061"/>
          </w:tcPr>
          <w:p>
            <w:pPr>
              <w:spacing w:after="20" w:line="276" w:lineRule="auto"/>
            </w:pPr>
            <w:r/>
            <w:r>
              <w:rPr>
                <w:rFonts w:ascii="宋体" w:hAnsi="宋体" w:eastAsia="宋体"/>
                <w:b w:val="0"/>
                <w:sz w:val="18"/>
              </w:rPr>
              <w:t>学生能很快根据所学的新知识,用180减去已知两个角的度数求出第三个角的度数。</w:t>
            </w:r>
          </w:p>
          <w:p>
            <w:pPr>
              <w:spacing w:after="20" w:line="276" w:lineRule="auto"/>
            </w:pPr>
            <w:r>
              <w:rPr>
                <w:rFonts w:ascii="宋体" w:hAnsi="宋体" w:eastAsia="宋体"/>
                <w:b w:val="0"/>
                <w:sz w:val="18"/>
              </w:rPr>
              <w:t>题中大三角形被分成两个小三角形后,个别学生会顺着思维的惯性，认为小三角形的内角和是90，这时其他学生会争着说理。这一说理的过程进而深化了问题本身的意义。</w:t>
            </w:r>
          </w:p>
          <w:p>
            <w:pPr>
              <w:spacing w:after="20" w:line="276" w:lineRule="auto"/>
            </w:pPr>
            <w:r>
              <w:rPr>
                <w:rFonts w:ascii="宋体" w:hAnsi="宋体" w:eastAsia="宋体"/>
                <w:b w:val="0"/>
                <w:sz w:val="18"/>
              </w:rPr>
              <w:t>预设1：学生回顾学过的知识后很容易知道，等边三角形的三个角都是60。</w:t>
            </w:r>
          </w:p>
          <w:p>
            <w:pPr>
              <w:spacing w:after="20" w:line="276" w:lineRule="auto"/>
            </w:pPr>
            <w:r>
              <w:rPr>
                <w:rFonts w:ascii="宋体" w:hAnsi="宋体" w:eastAsia="宋体"/>
                <w:b w:val="0"/>
                <w:sz w:val="18"/>
              </w:rPr>
              <w:t>预设2：有学生会觉得等腰三角形里少一个条件，不知怎样动笔，教师要及时引导学生思考：等腰三角形有三个角，这里只告知顶角，求两个底角该怎么办？</w:t>
            </w:r>
          </w:p>
          <w:p>
            <w:pPr>
              <w:spacing w:after="20" w:line="276" w:lineRule="auto"/>
            </w:pPr>
            <w:r>
              <w:rPr>
                <w:rFonts w:ascii="宋体" w:hAnsi="宋体" w:eastAsia="宋体"/>
                <w:b w:val="0"/>
                <w:sz w:val="18"/>
              </w:rPr>
              <w:t>预设3：可能有学生找不到直角三角形里的直角这个隐含条件，教师及时提示。</w:t>
            </w:r>
          </w:p>
          <w:p>
            <w:pPr>
              <w:spacing w:after="20" w:line="276" w:lineRule="auto"/>
            </w:pPr>
            <w:r>
              <w:rPr>
                <w:rFonts w:ascii="宋体" w:hAnsi="宋体" w:eastAsia="宋体"/>
                <w:b w:val="0"/>
                <w:sz w:val="18"/>
              </w:rPr>
              <w:t>学生很快会想到：必须满足三角形任意两边的和大于第三边。</w:t>
            </w:r>
          </w:p>
        </w:tc>
        <w:tc>
          <w:tcPr>
            <w:tcW w:type="dxa" w:w="1814"/>
          </w:tcPr>
          <w:p>
            <w:pPr>
              <w:spacing w:after="20" w:line="276" w:lineRule="auto"/>
            </w:pPr>
            <w:r/>
            <w:r>
              <w:rPr>
                <w:rFonts w:ascii="宋体" w:hAnsi="宋体" w:eastAsia="宋体"/>
                <w:b w:val="0"/>
                <w:sz w:val="18"/>
              </w:rPr>
              <w:t>新知识再现,直接应用新知识求三角形未知角的度数，同时让学生体会三角形的内角和不会因为三角形的大小、形状变化而改变。</w:t>
            </w:r>
          </w:p>
          <w:p>
            <w:pPr>
              <w:spacing w:after="20" w:line="276" w:lineRule="auto"/>
            </w:pPr>
            <w:r>
              <w:rPr>
                <w:rFonts w:ascii="宋体" w:hAnsi="宋体" w:eastAsia="宋体"/>
                <w:b w:val="0"/>
                <w:sz w:val="18"/>
              </w:rPr>
              <w:t>将三角形内角和知识与三角形特征结合起来,引导学生综合运用内角和知识和等腰三角形、等边三角形、直角三角形等图形特征求三角形内角的度数，既巩固了特殊三角形的特征，又增强了三角形内角和性质的运用。</w:t>
            </w:r>
          </w:p>
          <w:p>
            <w:pPr>
              <w:spacing w:after="20" w:line="276" w:lineRule="auto"/>
            </w:pPr>
            <w:r>
              <w:rPr>
                <w:rFonts w:ascii="宋体" w:hAnsi="宋体" w:eastAsia="宋体"/>
                <w:b w:val="0"/>
                <w:sz w:val="18"/>
              </w:rPr>
              <w:t>本题是和日常生活联系比较紧密的题目,借助等腰三角形的性质和三角形内角和求出顶角的度数,既可激发学生的兴趣,又能让学生体会数学的应用价值。</w:t>
            </w:r>
          </w:p>
        </w:tc>
      </w:tr>
      <w:tr>
        <w:tc>
          <w:tcPr>
            <w:tcW w:type="dxa" w:w="1474"/>
          </w:tcPr>
          <w:p>
            <w:pPr>
              <w:spacing w:after="20" w:line="276" w:lineRule="auto"/>
            </w:pPr>
            <w:r>
              <w:rPr>
                <w:b/>
              </w:rPr>
            </w:r>
            <w:r>
              <w:rPr>
                <w:rFonts w:ascii="宋体" w:hAnsi="宋体" w:eastAsia="宋体"/>
                <w:b/>
                <w:sz w:val="18"/>
              </w:rPr>
              <w:t>四、课堂小结，深化认识</w:t>
            </w:r>
          </w:p>
        </w:tc>
        <w:tc>
          <w:tcPr>
            <w:tcW w:type="dxa" w:w="3061"/>
          </w:tcPr>
          <w:p>
            <w:pPr>
              <w:spacing w:after="20" w:line="276" w:lineRule="auto"/>
            </w:pPr>
            <w:r/>
            <w:r>
              <w:rPr>
                <w:rFonts w:ascii="宋体" w:hAnsi="宋体" w:eastAsia="宋体"/>
                <w:b w:val="0"/>
                <w:sz w:val="18"/>
              </w:rPr>
              <w:t>师：谈谈这节课你有哪些收获。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三角形的内角和</w:t>
      </w:r>
    </w:p>
    <w:p>
      <w:pPr>
        <w:spacing w:after="40" w:line="300" w:lineRule="auto"/>
      </w:pPr>
      <w:r>
        <w:rPr>
          <w:rFonts w:ascii="宋体" w:hAnsi="宋体" w:eastAsia="宋体"/>
          <w:b w:val="0"/>
          <w:sz w:val="20"/>
        </w:rPr>
        <w:t>任意三角形的内角和都是180。</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教科书P65例6，完成P65“做一做”，P67~68“练习十六”第1、2、3、6题。</w:t>
      </w:r>
    </w:p>
    <w:p>
      <w:pPr>
        <w:spacing w:after="40" w:line="300" w:lineRule="auto"/>
        <w:ind w:firstLine="400"/>
      </w:pPr>
      <w:r>
        <w:rPr>
          <w:rFonts w:ascii="宋体" w:hAnsi="宋体" w:eastAsia="宋体"/>
          <w:b w:val="0"/>
          <w:sz w:val="20"/>
        </w:rPr>
        <w:t>② 原设计安排：见“状元成才路”系列丛书《创优作业100分》对应课时作业。 1.选一选。(将正确答案的序号填在括号里) (1)下面( )组中的三个角不可能是同一个三角形的三个内角。 A．30、60、90 B．150、36、6 C．90、35、55 D．60、75、45 (2)一个三角形中最小的一个角是50，那么它一定是( )三角形。 A．钝角 B．直角 C．锐角 D．等腰 (3)任何一个三角形都至少有( )个锐角。 A．1 B．2 C．3 D．0 (4)妈妈不小心把一块三角形玻璃摔成了三小块(如右 图)，现在要去重新配一块和原来一样大的玻璃，只需要带编号为( )的玻璃。 A．① B．② C．③ D．①和② 2.算出下面各个未知角的度数。 3.一个三角形的两个较小角的度数和是80，两个较大角的度数和是165，求这个三角形的三个内角分别是多少度。 参考答案 1．(1)B (2)C (3)B (4)C 2． 180－45－65＝70 180－90－52＝38 180－115－50＝15 3．180－80＝100 180－165＝15 180－100－15＝65eq \x(\a\vs4\al(教学资源), INCLUDEPICTURE"报口算43.TIF") 【教学笔记】 【教学提示】 也可以让学生和老师一起边把正方形、长方形纸片沿对角线折叠，边观察思考。 【教学笔记】 【教学提示】 本环节是这节课的重难点，一定要组织好学生通过量、剪、拼等活动,探索发现并验证三角形的内角和是180。 【教学笔记】</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的教学重点是探索和发现“三角形的内角和是180”这一规律。为了突出这一重点，教学中给学生充分的活动时间和空间,让学生动手操作,在量、折、剪、拼、计算、推理一系列实验活动中验证了自己的猜想,理解和掌握三角形的内角和是180,同时也潜移默化地向学生渗透“转化”的数学思想。在整个探究环节中,充分调动学生多种感官参与学习,平等交流产生智慧火花,方法多元拓展思维的广度。</w:t>
      </w:r>
    </w:p>
    <w:p>
      <w:r>
        <w:br w:type="page"/>
      </w:r>
    </w:p>
    <w:p>
      <w:pPr>
        <w:spacing w:after="80" w:line="300" w:lineRule="auto"/>
      </w:pPr>
      <w:r>
        <w:rPr>
          <w:rFonts w:ascii="黑体" w:hAnsi="黑体" w:eastAsia="黑体"/>
          <w:b/>
          <w:sz w:val="24"/>
        </w:rPr>
        <w:t>二、课时教学方案（第5课时）</w:t>
      </w:r>
    </w:p>
    <w:p>
      <w:pPr>
        <w:spacing w:after="80" w:line="300" w:lineRule="auto"/>
      </w:pPr>
      <w:r>
        <w:rPr>
          <w:rFonts w:ascii="黑体" w:hAnsi="黑体" w:eastAsia="黑体"/>
          <w:b/>
          <w:sz w:val="24"/>
        </w:rPr>
        <w:t>第5课时　多边形的内角和</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第5课时　多边形的内角和</w:t>
            </w:r>
          </w:p>
        </w:tc>
        <w:tc>
          <w:tcPr>
            <w:tcW w:type="dxa" w:w="6009"/>
          </w:tcPr>
          <w:p>
            <w:pPr>
              <w:spacing w:after="20" w:line="276" w:lineRule="auto"/>
            </w:pPr>
            <w:r/>
            <w:r>
              <w:rPr>
                <w:rFonts w:ascii="宋体" w:hAnsi="宋体" w:eastAsia="宋体"/>
                <w:b w:val="0"/>
                <w:sz w:val="20"/>
              </w:rPr>
              <w:t>第5单元 三角形</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四年级学生已经积累了一些有关“空间与图形”的知识和经验，形成了一定程度的空间感。他们对周围事物的感知和理解的能力以及探索图形及其关系的愿望不断增强，具备了一定的抽象思维能力，可以在比较抽象的水平上认识图形，进行探索。因此，本单元的教学目标与第一学段“获得对简单平面图形的直观经验”有所不同，应使学生通过观察、操作、推理等手段，逐步认识三角形。</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教学内容：教科书P66例7，完成P66“做一做”，P67~68“练习十六”第4、5、7*题。</w:t>
      </w:r>
    </w:p>
    <w:p>
      <w:pPr>
        <w:spacing w:after="80" w:line="300" w:lineRule="auto"/>
        <w:ind w:firstLine="400"/>
      </w:pPr>
      <w:r>
        <w:rPr>
          <w:rFonts w:ascii="宋体" w:hAnsi="宋体" w:eastAsia="宋体"/>
          <w:b w:val="0"/>
          <w:sz w:val="20"/>
        </w:rPr>
        <w:t>教学准备：课件,量角器,四边形纸片，剪刀。</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（1）通过测量、剪拼、观察等活动探究四边形的内角和,能运用四边形的内角和为360这一规律解决一些实际问题。</w:t>
      </w:r>
    </w:p>
    <w:p>
      <w:pPr>
        <w:spacing w:after="20" w:line="300" w:lineRule="auto"/>
        <w:ind w:firstLine="400"/>
      </w:pPr>
      <w:r>
        <w:rPr>
          <w:rFonts w:ascii="宋体" w:hAnsi="宋体" w:eastAsia="宋体"/>
          <w:b w:val="0"/>
          <w:sz w:val="20"/>
        </w:rPr>
        <w:t>（2）会运用探索三角形的内角和的经验探索四边形的内角和并得出结论,经历观察、思考、推理、归纳的过程,培养学生的探究推理能力、发现能力、观察和动手操作能力。</w:t>
      </w:r>
    </w:p>
    <w:p>
      <w:pPr>
        <w:spacing w:after="20" w:line="300" w:lineRule="auto"/>
        <w:ind w:firstLine="400"/>
      </w:pPr>
      <w:r>
        <w:rPr>
          <w:rFonts w:ascii="宋体" w:hAnsi="宋体" w:eastAsia="宋体"/>
          <w:b w:val="0"/>
          <w:sz w:val="20"/>
        </w:rPr>
        <w:t>（3）在各种活动中体验探索的乐趣和成功的快乐,培养合作探究精神,掌握一些学习与研究的方法。</w:t>
      </w:r>
    </w:p>
    <w:p>
      <w:pPr>
        <w:spacing w:after="20" w:line="300" w:lineRule="auto"/>
      </w:pPr>
      <w:r>
        <w:rPr>
          <w:rFonts w:ascii="宋体" w:hAnsi="宋体" w:eastAsia="宋体"/>
          <w:b w:val="0"/>
          <w:sz w:val="20"/>
        </w:rPr>
        <w:t>教学重点：通过动手操作，探索发现四边形的内角和的度数,并应用这一规律解决问题。</w:t>
      </w:r>
    </w:p>
    <w:p>
      <w:pPr>
        <w:spacing w:after="20" w:line="300" w:lineRule="auto"/>
      </w:pPr>
      <w:r>
        <w:rPr>
          <w:rFonts w:ascii="宋体" w:hAnsi="宋体" w:eastAsia="宋体"/>
          <w:b w:val="0"/>
          <w:sz w:val="20"/>
        </w:rPr>
        <w:t>教学难点：探索四边形的内角和时，如何把四边形转化成三角形。</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一、提问激趣，导入新课</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观察这些图形，它们分别是什么图形？有什么共同特点？哪里是它们的内角？；上节课我们学习了三角形的内角和,同学们猜想一下,这些四边形的内角和是多少度呢?</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二、合作交流，探索四边形的内角和</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观察长方形和正方形这类特殊的四边形,它们的内角和是多少度?；通过刚才的探索，现在你知道四边形的内角和是多少度了吗？</w:t>
            </w:r>
          </w:p>
        </w:tc>
        <w:tc>
          <w:tcPr>
            <w:tcW w:type="dxa" w:w="1361"/>
          </w:tcPr>
          <w:p>
            <w:pPr>
              <w:spacing w:after="20" w:line="276" w:lineRule="auto"/>
            </w:pPr>
            <w:r/>
            <w:r>
              <w:rPr>
                <w:rFonts w:ascii="宋体" w:hAnsi="宋体" w:eastAsia="宋体"/>
                <w:b w:val="0"/>
                <w:sz w:val="18"/>
              </w:rPr>
              <w:t>31分钟</w:t>
            </w:r>
          </w:p>
        </w:tc>
      </w:tr>
      <w:tr>
        <w:tc>
          <w:tcPr>
            <w:tcW w:type="dxa" w:w="2835"/>
          </w:tcPr>
          <w:p>
            <w:pPr>
              <w:spacing w:after="20" w:line="276" w:lineRule="auto"/>
            </w:pPr>
            <w:r/>
            <w:r>
              <w:rPr>
                <w:rFonts w:ascii="宋体" w:hAnsi="宋体" w:eastAsia="宋体"/>
                <w:b w:val="0"/>
                <w:sz w:val="18"/>
              </w:rPr>
              <w:t>四、课堂小结,交流收获</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本节课你在学习方法上、学习内容上有什么收获?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一、提问激趣，导入新课</w:t>
            </w:r>
          </w:p>
        </w:tc>
        <w:tc>
          <w:tcPr>
            <w:tcW w:type="dxa" w:w="3061"/>
          </w:tcPr>
          <w:p>
            <w:pPr>
              <w:spacing w:after="20" w:line="276" w:lineRule="auto"/>
            </w:pPr>
            <w:r/>
            <w:r>
              <w:rPr>
                <w:rFonts w:ascii="宋体" w:hAnsi="宋体" w:eastAsia="宋体"/>
                <w:b w:val="0"/>
                <w:sz w:val="18"/>
              </w:rPr>
              <w:t>1.课件出示一组平面图形。</w:t>
            </w:r>
          </w:p>
          <w:p>
            <w:pPr>
              <w:spacing w:after="20" w:line="276" w:lineRule="auto"/>
            </w:pPr>
            <w:r>
              <w:rPr>
                <w:rFonts w:ascii="宋体" w:hAnsi="宋体" w:eastAsia="宋体"/>
                <w:b w:val="0"/>
                <w:sz w:val="18"/>
              </w:rPr>
              <w:t>师：观察这些图形，它们分别是什么图形？有什么共同特点？哪里是它们的内角？</w:t>
            </w:r>
          </w:p>
          <w:p>
            <w:pPr>
              <w:spacing w:after="20" w:line="276" w:lineRule="auto"/>
            </w:pPr>
            <w:r>
              <w:rPr>
                <w:rFonts w:ascii="宋体" w:hAnsi="宋体" w:eastAsia="宋体"/>
                <w:b w:val="0"/>
                <w:sz w:val="18"/>
              </w:rPr>
              <w:t>2.联系猜想，揭示课题。</w:t>
            </w:r>
          </w:p>
          <w:p>
            <w:pPr>
              <w:spacing w:after="20" w:line="276" w:lineRule="auto"/>
            </w:pPr>
            <w:r>
              <w:rPr>
                <w:rFonts w:ascii="宋体" w:hAnsi="宋体" w:eastAsia="宋体"/>
                <w:b w:val="0"/>
                <w:sz w:val="18"/>
              </w:rPr>
              <w:t>师：上节课我们学习了三角形的内角和,同学们猜想一下,这些四边形的内角和是多少度呢?</w:t>
            </w:r>
          </w:p>
          <w:p>
            <w:pPr>
              <w:spacing w:after="20" w:line="276" w:lineRule="auto"/>
            </w:pPr>
            <w:r>
              <w:rPr>
                <w:rFonts w:ascii="宋体" w:hAnsi="宋体" w:eastAsia="宋体"/>
                <w:b w:val="0"/>
                <w:sz w:val="18"/>
              </w:rPr>
              <w:t>师：四边形的内角和到底是多少呢？谁猜的是对的呢？今天这节课我们一起来研究它。（板书课题：多边形的内角和）</w:t>
            </w:r>
          </w:p>
        </w:tc>
        <w:tc>
          <w:tcPr>
            <w:tcW w:type="dxa" w:w="3061"/>
          </w:tcPr>
          <w:p>
            <w:pPr>
              <w:spacing w:after="20" w:line="276" w:lineRule="auto"/>
            </w:pPr>
            <w:r/>
            <w:r>
              <w:rPr>
                <w:rFonts w:ascii="宋体" w:hAnsi="宋体" w:eastAsia="宋体"/>
                <w:b w:val="0"/>
                <w:sz w:val="18"/>
              </w:rPr>
              <w:t>预设1：它们分别是长方形、正方形、梯形、平行四边形。</w:t>
            </w:r>
          </w:p>
          <w:p>
            <w:pPr>
              <w:spacing w:after="20" w:line="276" w:lineRule="auto"/>
            </w:pPr>
            <w:r>
              <w:rPr>
                <w:rFonts w:ascii="宋体" w:hAnsi="宋体" w:eastAsia="宋体"/>
                <w:b w:val="0"/>
                <w:sz w:val="18"/>
              </w:rPr>
              <w:t>预设2：它们都是四边形,它们都有四条边和四个角,这四个角就是它们的内角。</w:t>
            </w:r>
          </w:p>
          <w:p>
            <w:pPr>
              <w:spacing w:after="20" w:line="276" w:lineRule="auto"/>
            </w:pPr>
            <w:r>
              <w:rPr>
                <w:rFonts w:ascii="宋体" w:hAnsi="宋体" w:eastAsia="宋体"/>
                <w:b w:val="0"/>
                <w:sz w:val="18"/>
              </w:rPr>
              <w:t>预设1：这些图形不一样,内角和度数不相同。</w:t>
            </w:r>
          </w:p>
          <w:p>
            <w:pPr>
              <w:spacing w:after="20" w:line="276" w:lineRule="auto"/>
            </w:pPr>
            <w:r>
              <w:rPr>
                <w:rFonts w:ascii="宋体" w:hAnsi="宋体" w:eastAsia="宋体"/>
                <w:b w:val="0"/>
                <w:sz w:val="18"/>
              </w:rPr>
              <w:t>预设2：四边形的内角和与形状没有关系,有的学生可能猜等于180,有的猜测大于180,有的猜测等于360,等等。</w:t>
            </w:r>
          </w:p>
        </w:tc>
        <w:tc>
          <w:tcPr>
            <w:tcW w:type="dxa" w:w="1814"/>
          </w:tcPr>
          <w:p>
            <w:pPr>
              <w:spacing w:after="20" w:line="276" w:lineRule="auto"/>
            </w:pPr>
            <w:r/>
            <w:r>
              <w:rPr>
                <w:rFonts w:ascii="宋体" w:hAnsi="宋体" w:eastAsia="宋体"/>
                <w:b w:val="0"/>
                <w:sz w:val="18"/>
              </w:rPr>
              <w:t>通过复习四边形的相关知识,唤醒学生已有的知识经验,为进一步探究四边形的内角和打下坚实基础。</w:t>
            </w:r>
          </w:p>
          <w:p>
            <w:pPr>
              <w:spacing w:after="20" w:line="276" w:lineRule="auto"/>
            </w:pPr>
            <w:r>
              <w:rPr>
                <w:rFonts w:ascii="宋体" w:hAnsi="宋体" w:eastAsia="宋体"/>
                <w:b w:val="0"/>
                <w:sz w:val="18"/>
              </w:rPr>
              <w:t>学生的学习应当是生动活泼的和富有个性化的过程。不管学生猜测的结果是多少,我们都要肯定他们的大胆猜测,给予他们充分想象的空间,激发他们探究的兴趣。</w:t>
            </w:r>
          </w:p>
        </w:tc>
      </w:tr>
      <w:tr>
        <w:tc>
          <w:tcPr>
            <w:tcW w:type="dxa" w:w="1474"/>
          </w:tcPr>
          <w:p>
            <w:pPr>
              <w:spacing w:after="20" w:line="276" w:lineRule="auto"/>
            </w:pPr>
            <w:r>
              <w:rPr>
                <w:b/>
              </w:rPr>
            </w:r>
            <w:r>
              <w:rPr>
                <w:rFonts w:ascii="宋体" w:hAnsi="宋体" w:eastAsia="宋体"/>
                <w:b/>
                <w:sz w:val="18"/>
              </w:rPr>
              <w:t>二、合作交流，探索四边形的内角和</w:t>
            </w:r>
          </w:p>
        </w:tc>
        <w:tc>
          <w:tcPr>
            <w:tcW w:type="dxa" w:w="3061"/>
          </w:tcPr>
          <w:p>
            <w:pPr>
              <w:spacing w:after="20" w:line="276" w:lineRule="auto"/>
            </w:pPr>
            <w:r/>
            <w:r>
              <w:rPr>
                <w:rFonts w:ascii="宋体" w:hAnsi="宋体" w:eastAsia="宋体"/>
                <w:b w:val="0"/>
                <w:sz w:val="18"/>
              </w:rPr>
              <w:t>1.阅读与理解。</w:t>
            </w:r>
          </w:p>
          <w:p>
            <w:pPr>
              <w:spacing w:after="20" w:line="276" w:lineRule="auto"/>
            </w:pPr>
            <w:r>
              <w:rPr>
                <w:rFonts w:ascii="宋体" w:hAnsi="宋体" w:eastAsia="宋体"/>
                <w:b w:val="0"/>
                <w:sz w:val="18"/>
              </w:rPr>
              <w:t>课件出示教科书P66例7。</w:t>
            </w:r>
          </w:p>
          <w:p>
            <w:pPr>
              <w:spacing w:after="20" w:line="276" w:lineRule="auto"/>
            </w:pPr>
            <w:r>
              <w:rPr>
                <w:rFonts w:ascii="宋体" w:hAnsi="宋体" w:eastAsia="宋体"/>
                <w:b w:val="0"/>
                <w:sz w:val="18"/>
              </w:rPr>
              <w:t>（1）学生自主阅读教科书P66“阅读与理解”。</w:t>
            </w:r>
          </w:p>
          <w:p>
            <w:pPr>
              <w:spacing w:after="20" w:line="276" w:lineRule="auto"/>
            </w:pPr>
            <w:r>
              <w:rPr>
                <w:rFonts w:ascii="宋体" w:hAnsi="宋体" w:eastAsia="宋体"/>
                <w:b w:val="0"/>
                <w:sz w:val="18"/>
              </w:rPr>
              <w:t>（2）教师提问：我们学过哪些四边形？这些图形的内角和是不是一样的呢？</w:t>
            </w:r>
          </w:p>
          <w:p>
            <w:pPr>
              <w:spacing w:after="20" w:line="276" w:lineRule="auto"/>
            </w:pPr>
            <w:r>
              <w:rPr>
                <w:rFonts w:ascii="宋体" w:hAnsi="宋体" w:eastAsia="宋体"/>
                <w:b w:val="0"/>
                <w:sz w:val="18"/>
              </w:rPr>
              <w:t>2.分析与解答。</w:t>
            </w:r>
          </w:p>
          <w:p>
            <w:pPr>
              <w:spacing w:after="20" w:line="276" w:lineRule="auto"/>
            </w:pPr>
            <w:r>
              <w:rPr>
                <w:rFonts w:ascii="宋体" w:hAnsi="宋体" w:eastAsia="宋体"/>
                <w:b w:val="0"/>
                <w:sz w:val="18"/>
              </w:rPr>
              <w:t>（1）观察与思考。</w:t>
            </w:r>
          </w:p>
          <w:p>
            <w:pPr>
              <w:spacing w:after="20" w:line="276" w:lineRule="auto"/>
            </w:pPr>
            <w:r>
              <w:rPr>
                <w:rFonts w:ascii="宋体" w:hAnsi="宋体" w:eastAsia="宋体"/>
                <w:b w:val="0"/>
                <w:sz w:val="18"/>
              </w:rPr>
              <w:t>师：观察长方形和正方形这类特殊的四边形,它们的内角和是多少度?</w:t>
            </w:r>
          </w:p>
          <w:p>
            <w:pPr>
              <w:spacing w:after="20" w:line="276" w:lineRule="auto"/>
            </w:pPr>
            <w:r>
              <w:rPr>
                <w:rFonts w:ascii="宋体" w:hAnsi="宋体" w:eastAsia="宋体"/>
                <w:b w:val="0"/>
                <w:sz w:val="18"/>
              </w:rPr>
              <w:t>（2）探究与发现。</w:t>
            </w:r>
          </w:p>
          <w:p>
            <w:pPr>
              <w:spacing w:after="20" w:line="276" w:lineRule="auto"/>
            </w:pPr>
            <w:r>
              <w:rPr>
                <w:rFonts w:ascii="宋体" w:hAnsi="宋体" w:eastAsia="宋体"/>
                <w:b w:val="0"/>
                <w:sz w:val="18"/>
              </w:rPr>
              <w:t>②分组汇报交流。</w:t>
            </w:r>
          </w:p>
          <w:p>
            <w:pPr>
              <w:spacing w:after="20" w:line="276" w:lineRule="auto"/>
            </w:pPr>
            <w:r>
              <w:rPr>
                <w:rFonts w:ascii="宋体" w:hAnsi="宋体" w:eastAsia="宋体"/>
                <w:b w:val="0"/>
                <w:sz w:val="18"/>
              </w:rPr>
              <w:t>（3）归纳与总结。</w:t>
            </w:r>
          </w:p>
          <w:p>
            <w:pPr>
              <w:spacing w:after="20" w:line="276" w:lineRule="auto"/>
            </w:pPr>
            <w:r>
              <w:rPr>
                <w:rFonts w:ascii="宋体" w:hAnsi="宋体" w:eastAsia="宋体"/>
                <w:b w:val="0"/>
                <w:sz w:val="18"/>
              </w:rPr>
              <w:t>①总结规律。</w:t>
            </w:r>
          </w:p>
          <w:p>
            <w:pPr>
              <w:spacing w:after="20" w:line="276" w:lineRule="auto"/>
            </w:pPr>
            <w:r>
              <w:rPr>
                <w:rFonts w:ascii="宋体" w:hAnsi="宋体" w:eastAsia="宋体"/>
                <w:b w:val="0"/>
                <w:sz w:val="18"/>
              </w:rPr>
              <w:t>师：通过刚才的探索，现在你知道四边形的内角和是多少度了吗？</w:t>
            </w:r>
          </w:p>
          <w:p>
            <w:pPr>
              <w:spacing w:after="20" w:line="276" w:lineRule="auto"/>
            </w:pPr>
            <w:r>
              <w:rPr>
                <w:rFonts w:ascii="宋体" w:hAnsi="宋体" w:eastAsia="宋体"/>
                <w:b w:val="0"/>
                <w:sz w:val="18"/>
              </w:rPr>
              <w:t>②归纳探究方法。</w:t>
            </w:r>
          </w:p>
          <w:p>
            <w:pPr>
              <w:spacing w:after="20" w:line="276" w:lineRule="auto"/>
            </w:pPr>
            <w:r>
              <w:rPr>
                <w:rFonts w:ascii="宋体" w:hAnsi="宋体" w:eastAsia="宋体"/>
                <w:b w:val="0"/>
                <w:sz w:val="18"/>
              </w:rPr>
              <w:t>师：你是怎么研究的？四边形有几条对角线？每条对角线将四边形分成几个三角形？</w:t>
            </w:r>
          </w:p>
          <w:p>
            <w:pPr>
              <w:spacing w:after="20" w:line="276" w:lineRule="auto"/>
            </w:pPr>
            <w:r>
              <w:rPr>
                <w:rFonts w:ascii="宋体" w:hAnsi="宋体" w:eastAsia="宋体"/>
                <w:b w:val="0"/>
                <w:sz w:val="18"/>
              </w:rPr>
              <w:t>识，为研究多边形的内角和奠定基础。</w:t>
            </w:r>
          </w:p>
          <w:p>
            <w:pPr>
              <w:spacing w:after="20" w:line="276" w:lineRule="auto"/>
            </w:pPr>
            <w:r>
              <w:rPr>
                <w:rFonts w:ascii="宋体" w:hAnsi="宋体" w:eastAsia="宋体"/>
                <w:b w:val="0"/>
                <w:sz w:val="18"/>
              </w:rPr>
              <w:t>3.回顾与反思。</w:t>
            </w:r>
          </w:p>
          <w:p>
            <w:pPr>
              <w:spacing w:after="20" w:line="276" w:lineRule="auto"/>
            </w:pPr>
            <w:r>
              <w:rPr>
                <w:rFonts w:ascii="宋体" w:hAnsi="宋体" w:eastAsia="宋体"/>
                <w:b w:val="0"/>
                <w:sz w:val="18"/>
              </w:rPr>
              <w:t>师：我们大家共同证明了所有四边形的内角和都是360。结合前面所学的知识,你们想一想,最好最直接的办法是怎样的呢?</w:t>
            </w:r>
          </w:p>
          <w:p>
            <w:pPr>
              <w:spacing w:after="20" w:line="276" w:lineRule="auto"/>
            </w:pPr>
            <w:r>
              <w:rPr>
                <w:rFonts w:ascii="宋体" w:hAnsi="宋体" w:eastAsia="宋体"/>
                <w:b w:val="0"/>
                <w:sz w:val="18"/>
              </w:rPr>
              <w:t>1.探究五边形的内角和。</w:t>
            </w:r>
          </w:p>
          <w:p>
            <w:pPr>
              <w:spacing w:after="20" w:line="276" w:lineRule="auto"/>
            </w:pPr>
            <w:r>
              <w:rPr>
                <w:rFonts w:ascii="宋体" w:hAnsi="宋体" w:eastAsia="宋体"/>
                <w:b w:val="0"/>
                <w:sz w:val="18"/>
              </w:rPr>
              <w:t>师：我们刚才证明了四边形的内角和是360,那么,一个五边形的内角和是多少度呢?</w:t>
            </w:r>
          </w:p>
          <w:p>
            <w:pPr>
              <w:spacing w:after="20" w:line="276" w:lineRule="auto"/>
            </w:pPr>
            <w:r>
              <w:rPr>
                <w:rFonts w:ascii="宋体" w:hAnsi="宋体" w:eastAsia="宋体"/>
                <w:b w:val="0"/>
                <w:sz w:val="18"/>
              </w:rPr>
              <w:t>2.教科书P66“做一做”。</w:t>
            </w:r>
          </w:p>
          <w:p>
            <w:pPr>
              <w:spacing w:after="20" w:line="276" w:lineRule="auto"/>
            </w:pPr>
            <w:r>
              <w:rPr>
                <w:rFonts w:ascii="宋体" w:hAnsi="宋体" w:eastAsia="宋体"/>
                <w:b w:val="0"/>
                <w:sz w:val="18"/>
              </w:rPr>
              <w:t>（1）同桌之间商量如何想办法求出这个多边形的内角和。</w:t>
            </w:r>
          </w:p>
          <w:p>
            <w:pPr>
              <w:spacing w:after="20" w:line="276" w:lineRule="auto"/>
            </w:pPr>
            <w:r>
              <w:rPr>
                <w:rFonts w:ascii="宋体" w:hAnsi="宋体" w:eastAsia="宋体"/>
                <w:b w:val="0"/>
                <w:sz w:val="18"/>
              </w:rPr>
              <w:t>（2）独立完成。</w:t>
            </w:r>
          </w:p>
          <w:p>
            <w:pPr>
              <w:spacing w:after="20" w:line="276" w:lineRule="auto"/>
            </w:pPr>
            <w:r>
              <w:rPr>
                <w:rFonts w:ascii="宋体" w:hAnsi="宋体" w:eastAsia="宋体"/>
                <w:b w:val="0"/>
                <w:sz w:val="18"/>
              </w:rPr>
              <w:t>（3）集体交流汇报，说说你是怎样想的。</w:t>
            </w:r>
          </w:p>
          <w:p>
            <w:pPr>
              <w:spacing w:after="20" w:line="276" w:lineRule="auto"/>
            </w:pPr>
            <w:r>
              <w:rPr>
                <w:rFonts w:ascii="宋体" w:hAnsi="宋体" w:eastAsia="宋体"/>
                <w:b w:val="0"/>
                <w:sz w:val="18"/>
              </w:rPr>
              <w:t>3.教科书P67“练习十六”第4题。</w:t>
            </w:r>
          </w:p>
          <w:p>
            <w:pPr>
              <w:spacing w:after="20" w:line="276" w:lineRule="auto"/>
            </w:pPr>
            <w:r>
              <w:rPr>
                <w:rFonts w:ascii="宋体" w:hAnsi="宋体" w:eastAsia="宋体"/>
                <w:b w:val="0"/>
                <w:sz w:val="18"/>
              </w:rPr>
              <w:t>（1）学生自主探索，完成表格。</w:t>
            </w:r>
          </w:p>
          <w:p>
            <w:pPr>
              <w:spacing w:after="20" w:line="276" w:lineRule="auto"/>
            </w:pPr>
            <w:r>
              <w:rPr>
                <w:rFonts w:ascii="宋体" w:hAnsi="宋体" w:eastAsia="宋体"/>
                <w:b w:val="0"/>
                <w:sz w:val="18"/>
              </w:rPr>
              <w:t>（2）全班交流：你发现了什么？</w:t>
            </w:r>
          </w:p>
          <w:p>
            <w:pPr>
              <w:spacing w:after="20" w:line="276" w:lineRule="auto"/>
            </w:pPr>
            <w:r>
              <w:rPr>
                <w:rFonts w:ascii="宋体" w:hAnsi="宋体" w:eastAsia="宋体"/>
                <w:b w:val="0"/>
                <w:sz w:val="18"/>
              </w:rPr>
              <w:t>个三角形进行验证。对于学有余力的学生,还可以扩展到猜想八边形、九边形……的内角和,在引导学生探究规律中获得合情推理的经验。</w:t>
            </w:r>
          </w:p>
          <w:p>
            <w:pPr>
              <w:spacing w:after="20" w:line="276" w:lineRule="auto"/>
            </w:pPr>
            <w:r>
              <w:rPr>
                <w:rFonts w:ascii="宋体" w:hAnsi="宋体" w:eastAsia="宋体"/>
                <w:b w:val="0"/>
                <w:sz w:val="18"/>
              </w:rPr>
              <w:t>（3）师：如果是n边形呢？你会求它的内角和吗？</w:t>
            </w:r>
          </w:p>
          <w:p>
            <w:pPr>
              <w:spacing w:after="20" w:line="276" w:lineRule="auto"/>
            </w:pPr>
            <w:r>
              <w:rPr>
                <w:rFonts w:ascii="宋体" w:hAnsi="宋体" w:eastAsia="宋体"/>
                <w:b w:val="0"/>
                <w:sz w:val="18"/>
              </w:rPr>
              <w:t>教师引导学生得出结论并板书：n边形的内角和=180×(n-2)(n＞2)。</w:t>
            </w:r>
          </w:p>
          <w:p>
            <w:pPr>
              <w:spacing w:after="20" w:line="276" w:lineRule="auto"/>
            </w:pPr>
            <w:r>
              <w:rPr>
                <w:rFonts w:ascii="宋体" w:hAnsi="宋体" w:eastAsia="宋体"/>
                <w:b w:val="0"/>
                <w:sz w:val="18"/>
              </w:rPr>
              <w:t>4.教科书P68“练习十六”第5题。</w:t>
            </w:r>
          </w:p>
          <w:p>
            <w:pPr>
              <w:spacing w:after="20" w:line="276" w:lineRule="auto"/>
            </w:pPr>
            <w:r>
              <w:rPr>
                <w:rFonts w:ascii="宋体" w:hAnsi="宋体" w:eastAsia="宋体"/>
                <w:b w:val="0"/>
                <w:sz w:val="18"/>
              </w:rPr>
              <w:t>（1）学生独立连一连。</w:t>
            </w:r>
          </w:p>
          <w:p>
            <w:pPr>
              <w:spacing w:after="20" w:line="276" w:lineRule="auto"/>
            </w:pPr>
            <w:r>
              <w:rPr>
                <w:rFonts w:ascii="宋体" w:hAnsi="宋体" w:eastAsia="宋体"/>
                <w:b w:val="0"/>
                <w:sz w:val="18"/>
              </w:rPr>
              <w:t>（2）指名学生汇报，明确各种三角形的特点。</w:t>
            </w:r>
          </w:p>
          <w:p>
            <w:pPr>
              <w:spacing w:after="20" w:line="276" w:lineRule="auto"/>
            </w:pPr>
            <w:r>
              <w:rPr>
                <w:rFonts w:ascii="宋体" w:hAnsi="宋体" w:eastAsia="宋体"/>
                <w:b w:val="0"/>
                <w:sz w:val="18"/>
              </w:rPr>
              <w:t>5.教科书P68“练习十六”第7*题。</w:t>
            </w:r>
          </w:p>
          <w:p>
            <w:pPr>
              <w:spacing w:after="20" w:line="276" w:lineRule="auto"/>
            </w:pPr>
            <w:r>
              <w:rPr>
                <w:rFonts w:ascii="宋体" w:hAnsi="宋体" w:eastAsia="宋体"/>
                <w:b w:val="0"/>
                <w:sz w:val="18"/>
              </w:rPr>
              <w:t>（1）学生数出图形中各有多少个三角形。</w:t>
            </w:r>
          </w:p>
          <w:p>
            <w:pPr>
              <w:spacing w:after="20" w:line="276" w:lineRule="auto"/>
            </w:pPr>
            <w:r>
              <w:rPr>
                <w:rFonts w:ascii="宋体" w:hAnsi="宋体" w:eastAsia="宋体"/>
                <w:b w:val="0"/>
                <w:sz w:val="18"/>
              </w:rPr>
              <w:t>（2）汇报交流，教师引导发现规律：第n幅图中三角形的个数为1+2+3+…+(n-1)+n，n为大三角形被分成的基础三角形的个数。</w:t>
            </w:r>
          </w:p>
        </w:tc>
        <w:tc>
          <w:tcPr>
            <w:tcW w:type="dxa" w:w="3061"/>
          </w:tcPr>
          <w:p>
            <w:pPr>
              <w:spacing w:after="20" w:line="276" w:lineRule="auto"/>
            </w:pPr>
            <w:r/>
            <w:r>
              <w:rPr>
                <w:rFonts w:ascii="宋体" w:hAnsi="宋体" w:eastAsia="宋体"/>
                <w:b w:val="0"/>
                <w:sz w:val="18"/>
              </w:rPr>
              <w:t>学生能顺利说出学过长方形、正方形、梯形……学生猜想：这些图形都是四边形，它们的内角和可能是一样的。</w:t>
            </w:r>
          </w:p>
          <w:p>
            <w:pPr>
              <w:spacing w:after="20" w:line="276" w:lineRule="auto"/>
            </w:pPr>
            <w:r>
              <w:rPr>
                <w:rFonts w:ascii="宋体" w:hAnsi="宋体" w:eastAsia="宋体"/>
                <w:b w:val="0"/>
                <w:sz w:val="18"/>
              </w:rPr>
              <w:t>因为正方形和长方形的每个角都是直角,90×4=360,所以这类四边形的内角和是360,学生已经心知肚明,不用解释强调。</w:t>
            </w:r>
          </w:p>
          <w:p>
            <w:pPr>
              <w:spacing w:after="20" w:line="276" w:lineRule="auto"/>
            </w:pPr>
            <w:r>
              <w:rPr>
                <w:rFonts w:ascii="宋体" w:hAnsi="宋体" w:eastAsia="宋体"/>
                <w:b w:val="0"/>
                <w:sz w:val="18"/>
              </w:rPr>
              <w:t>①小组合作:探究平行四边形、梯形或不规则四边形的内角和是多少度。</w:t>
            </w:r>
          </w:p>
          <w:p>
            <w:pPr>
              <w:spacing w:after="20" w:line="276" w:lineRule="auto"/>
            </w:pPr>
            <w:r>
              <w:rPr>
                <w:rFonts w:ascii="宋体" w:hAnsi="宋体" w:eastAsia="宋体"/>
                <w:b w:val="0"/>
                <w:sz w:val="18"/>
              </w:rPr>
              <w:t>预设1：采用测量法。先测量出四边形每个角的度数,然后计算四个角的和是多少度。但由于测量存在误差,这种方法有可能会出现不一样的答案,学生可能会不知所措。教师引导学生直接“四舍五入”,猜测它的内角和大约是360。</w:t>
            </w:r>
          </w:p>
          <w:p>
            <w:pPr>
              <w:spacing w:after="20" w:line="276" w:lineRule="auto"/>
            </w:pPr>
            <w:r>
              <w:rPr>
                <w:rFonts w:ascii="宋体" w:hAnsi="宋体" w:eastAsia="宋体"/>
                <w:b w:val="0"/>
                <w:sz w:val="18"/>
              </w:rPr>
              <w:t>预设2：采用剪拼法。先将四边形四个角剪下来,再将它们拼在一起,最后观察拼成的图形，刚好是一个周角,所以四边形的内角和是360。</w:t>
            </w:r>
          </w:p>
          <w:p>
            <w:pPr>
              <w:spacing w:after="20" w:line="276" w:lineRule="auto"/>
            </w:pPr>
            <w:r>
              <w:rPr>
                <w:rFonts w:ascii="宋体" w:hAnsi="宋体" w:eastAsia="宋体"/>
                <w:b w:val="0"/>
                <w:sz w:val="18"/>
              </w:rPr>
              <w:t>预设3：采用分割法。因为上节课已经学过三角形的内角和是180，所以沿着四边形的对角画一条线段,这样,四边形就变成了2个三角形,所以它的内角和是180+180=360。</w:t>
            </w:r>
          </w:p>
          <w:p>
            <w:pPr>
              <w:spacing w:after="20" w:line="276" w:lineRule="auto"/>
            </w:pPr>
            <w:r>
              <w:rPr>
                <w:rFonts w:ascii="宋体" w:hAnsi="宋体" w:eastAsia="宋体"/>
                <w:b w:val="0"/>
                <w:sz w:val="18"/>
              </w:rPr>
              <w:t>四边形的内角和是360。（教师板书）</w:t>
            </w:r>
          </w:p>
          <w:p>
            <w:pPr>
              <w:spacing w:after="20" w:line="276" w:lineRule="auto"/>
            </w:pPr>
            <w:r>
              <w:rPr>
                <w:rFonts w:ascii="宋体" w:hAnsi="宋体" w:eastAsia="宋体"/>
                <w:b w:val="0"/>
                <w:sz w:val="18"/>
              </w:rPr>
              <w:t>四边形的两个相对内角的顶点连起来就是一条对角线，每条对角线把四边形分成两个三角形，不管四边形的形状如何变化,它们的内角和都是360。</w:t>
            </w:r>
          </w:p>
          <w:p>
            <w:pPr>
              <w:spacing w:after="20" w:line="276" w:lineRule="auto"/>
            </w:pPr>
            <w:r>
              <w:rPr>
                <w:rFonts w:ascii="宋体" w:hAnsi="宋体" w:eastAsia="宋体"/>
                <w:b w:val="0"/>
                <w:sz w:val="18"/>
              </w:rPr>
              <w:t>分割法,四边形能分成2个三角形,它的内角和就含有两个180。三、拓展延伸,加深理解</w:t>
            </w:r>
          </w:p>
          <w:p>
            <w:pPr>
              <w:spacing w:after="20" w:line="276" w:lineRule="auto"/>
            </w:pPr>
            <w:r>
              <w:rPr>
                <w:rFonts w:ascii="宋体" w:hAnsi="宋体" w:eastAsia="宋体"/>
                <w:b w:val="0"/>
                <w:sz w:val="18"/>
              </w:rPr>
              <w:t>预设1：一个五边形可以分成3个三角形,它的内角和就有3个180,就是540。（真聪明,都会运用本课的知识了,那你能不能用一个式子表示呢?）</w:t>
            </w:r>
          </w:p>
          <w:p>
            <w:pPr>
              <w:spacing w:after="20" w:line="276" w:lineRule="auto"/>
            </w:pPr>
            <w:r>
              <w:rPr>
                <w:rFonts w:ascii="宋体" w:hAnsi="宋体" w:eastAsia="宋体"/>
                <w:b w:val="0"/>
                <w:sz w:val="18"/>
              </w:rPr>
              <w:t>预设2：180×3＝540</w:t>
            </w:r>
          </w:p>
          <w:p>
            <w:pPr>
              <w:spacing w:after="20" w:line="276" w:lineRule="auto"/>
            </w:pPr>
            <w:r>
              <w:rPr>
                <w:rFonts w:ascii="宋体" w:hAnsi="宋体" w:eastAsia="宋体"/>
                <w:b w:val="0"/>
                <w:sz w:val="18"/>
              </w:rPr>
              <w:t>学生可能有以下两种做法，只要有道理，都要予以肯定。</w:t>
            </w:r>
          </w:p>
          <w:p>
            <w:pPr>
              <w:spacing w:after="20" w:line="276" w:lineRule="auto"/>
            </w:pPr>
            <w:r>
              <w:rPr>
                <w:rFonts w:ascii="宋体" w:hAnsi="宋体" w:eastAsia="宋体"/>
                <w:b w:val="0"/>
                <w:sz w:val="18"/>
              </w:rPr>
              <w:t>预设1：我把这个六边形分成了4个三角形，180×4＝720。</w:t>
            </w:r>
          </w:p>
          <w:p>
            <w:pPr>
              <w:spacing w:after="20" w:line="276" w:lineRule="auto"/>
            </w:pPr>
            <w:r>
              <w:rPr>
                <w:rFonts w:ascii="宋体" w:hAnsi="宋体" w:eastAsia="宋体"/>
                <w:b w:val="0"/>
                <w:sz w:val="18"/>
              </w:rPr>
              <w:t>预设2：我把这个六边形分成了6个三角形，把6个三角形的内角加起来，再减去中间的一个周角，180×6-360＝720。</w:t>
            </w:r>
          </w:p>
          <w:p>
            <w:pPr>
              <w:spacing w:after="20" w:line="276" w:lineRule="auto"/>
            </w:pPr>
            <w:r>
              <w:rPr>
                <w:rFonts w:ascii="宋体" w:hAnsi="宋体" w:eastAsia="宋体"/>
                <w:b w:val="0"/>
                <w:sz w:val="18"/>
              </w:rPr>
              <w:t>学生根据四边形、五边形与三角形的关系,算出四边形、五边形的内角和:四边形的内角和=180×2=180×(4-2)；五边形的内角和=180×3=180×(5-2)。继而猜想六边形、七边形的内角和:六边形的内角和=180×4=180×(6-2),七边形的内角和=180×5=180×(7-2)。然后把六边形、七边形分割成若干</w:t>
            </w:r>
          </w:p>
        </w:tc>
        <w:tc>
          <w:tcPr>
            <w:tcW w:type="dxa" w:w="1814"/>
          </w:tcPr>
          <w:p>
            <w:pPr>
              <w:spacing w:after="20" w:line="276" w:lineRule="auto"/>
            </w:pPr>
            <w:r/>
            <w:r>
              <w:rPr>
                <w:rFonts w:ascii="宋体" w:hAnsi="宋体" w:eastAsia="宋体"/>
                <w:b w:val="0"/>
                <w:sz w:val="18"/>
              </w:rPr>
              <w:t>从我们最熟悉的四边形出发,让学生在心里形成四边形内角和是360的表象,让学生体会从特殊到一般的探究问题的方法。为接下来探究一般的四边形内角和提供思考的方向、探究的空间。</w:t>
            </w:r>
          </w:p>
          <w:p>
            <w:pPr>
              <w:spacing w:after="20" w:line="276" w:lineRule="auto"/>
            </w:pPr>
            <w:r>
              <w:rPr>
                <w:rFonts w:ascii="宋体" w:hAnsi="宋体" w:eastAsia="宋体"/>
                <w:b w:val="0"/>
                <w:sz w:val="18"/>
              </w:rPr>
              <w:t>不要求所有的学生用同一种方法,而是放手让学生大胆猜测、自主探究、对比交流、归纳小结。也许预设1的同学会遇到一些挫折,因为结果不确定,但正是这种矛盾的思想，激励他们用其他更精准的方法来验证。多角度、多维度的探究有利于提升学生数学思维能力，同时也有效地突破了教学的重难点。</w:t>
            </w:r>
          </w:p>
          <w:p>
            <w:pPr>
              <w:spacing w:after="20" w:line="276" w:lineRule="auto"/>
            </w:pPr>
            <w:r>
              <w:rPr>
                <w:rFonts w:ascii="宋体" w:hAnsi="宋体" w:eastAsia="宋体"/>
                <w:b w:val="0"/>
                <w:sz w:val="18"/>
              </w:rPr>
              <w:t>让学生亲历知识的形成过程,实现了内容和形式的融合。这样由表及里,对经验的逐步外化与提升,给探究赋予了生命色彩,使学生更好地理解和掌握知</w:t>
            </w:r>
          </w:p>
          <w:p>
            <w:pPr>
              <w:spacing w:after="20" w:line="276" w:lineRule="auto"/>
            </w:pPr>
            <w:r>
              <w:rPr>
                <w:rFonts w:ascii="宋体" w:hAnsi="宋体" w:eastAsia="宋体"/>
                <w:b w:val="0"/>
                <w:sz w:val="18"/>
              </w:rPr>
              <w:t>探索数学知识间蕴含的规律,前后联系,通过深层追问,引导学生究其原因、探其规律,求五边形、六边形的内角和的问题迎刃而解。多边形内角和的总结概括作为教学内容的扩展补充,丰富了学生的认识,从而把新知识自然地嫁接到已有的经验结构中。让学生经历了一个由简单到复杂、由特殊到一般的过程,渗透了转化思想。</w:t>
            </w:r>
          </w:p>
        </w:tc>
      </w:tr>
      <w:tr>
        <w:tc>
          <w:tcPr>
            <w:tcW w:type="dxa" w:w="1474"/>
          </w:tcPr>
          <w:p>
            <w:pPr>
              <w:spacing w:after="20" w:line="276" w:lineRule="auto"/>
            </w:pPr>
            <w:r>
              <w:rPr>
                <w:b/>
              </w:rPr>
            </w:r>
            <w:r>
              <w:rPr>
                <w:rFonts w:ascii="宋体" w:hAnsi="宋体" w:eastAsia="宋体"/>
                <w:b/>
                <w:sz w:val="18"/>
              </w:rPr>
              <w:t>四、课堂小结,交流收获</w:t>
            </w:r>
          </w:p>
        </w:tc>
        <w:tc>
          <w:tcPr>
            <w:tcW w:type="dxa" w:w="3061"/>
          </w:tcPr>
          <w:p>
            <w:pPr>
              <w:spacing w:after="20" w:line="276" w:lineRule="auto"/>
            </w:pPr>
            <w:r/>
            <w:r>
              <w:rPr>
                <w:rFonts w:ascii="宋体" w:hAnsi="宋体" w:eastAsia="宋体"/>
                <w:b w:val="0"/>
                <w:sz w:val="18"/>
              </w:rPr>
              <w:t>师：本节课你在学习方法上、学习内容上有什么收获?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引导学生回顾梳理本课所学，完善认知结构，提升归纳与反思能力，核心问题："本节课你在学习方法上、学习内容上有什么收获?"</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多边形的内角和</w:t>
      </w:r>
    </w:p>
    <w:p>
      <w:pPr>
        <w:spacing w:after="40" w:line="300" w:lineRule="auto"/>
      </w:pPr>
      <w:r>
        <w:rPr>
          <w:rFonts w:ascii="宋体" w:hAnsi="宋体" w:eastAsia="宋体"/>
          <w:b w:val="0"/>
          <w:sz w:val="20"/>
        </w:rPr>
        <w:t>四边形的内角和是360。</w:t>
      </w:r>
    </w:p>
    <w:p>
      <w:pPr>
        <w:spacing w:after="40" w:line="300" w:lineRule="auto"/>
      </w:pPr>
      <w:r>
        <w:rPr>
          <w:rFonts w:ascii="宋体" w:hAnsi="宋体" w:eastAsia="宋体"/>
          <w:b w:val="0"/>
          <w:sz w:val="20"/>
        </w:rPr>
        <w:t>n边形的内角和=180×(n-2)(n＞2)</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教科书P66例7，完成P66“做一做”，P67~68“练习十六”第4、5、7*题。</w:t>
      </w:r>
    </w:p>
    <w:p>
      <w:pPr>
        <w:spacing w:after="40" w:line="300" w:lineRule="auto"/>
        <w:ind w:firstLine="400"/>
      </w:pPr>
      <w:r>
        <w:rPr>
          <w:rFonts w:ascii="宋体" w:hAnsi="宋体" w:eastAsia="宋体"/>
          <w:b w:val="0"/>
          <w:sz w:val="20"/>
        </w:rPr>
        <w:t>② 原设计安排：见“状元成才路”系列丛书《创优作业100分》对应课时作业。 1填一填。 (1)长方形和正方形都是( )边形，每个角都是( )，它们的内角和都是( )。 (2)用两个完全相同的直角三角形拼成一个三角形，它的内角和是( )；如果拼成一个平行四边形，则它的内角和是( )。 2算出下面各个未知角的度数。 3如图，一张长方形纸折叠后，∠1＝40，∠3是多少度？ 参考答案 1．(1)四 90 360 (2)180 360 2． 360－100－80－100＝80 360－90－90－98＝82 360－80－130－75＝75 3．∠2＝(180－40)÷2＝70 ∠3＝360－90－90－70＝110 【教学笔记】 【教学笔记】 【教学提示】 本环节是这节课的重难点，一定要引导学生通过测量、剪拼、观察等活动探究发现四边形的内角和为360，并能运用这一规律解决一些实际问题。 【教学笔记】 【教学笔记】 【教学提示】 通过第7*题的练习，培养学生的观察能力和总结概括能力。</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大胆假设,小心求证”是科学探究的普遍思想,是获取知识的一条重要途径。本节课在学生已有知识(三角形的内角和是180)的基础上,类比猜想四边形的内角和。通过测量、计算、推理、讨论、交流、总结得出四边形的内角和为360,在此基础上引导学生探究多边形的内角和,总结事物所蕴含的数学规律,提高了学生综合运用知识解决问题的能力。</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