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人教版四年级数学下册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第9单元 数学广角——鸡兔同笼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第9单元 数学广角——鸡兔同笼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综合与实践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2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单元开启课、专题练习课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为了让学生通过生动有趣的古代数学问题感受我国古代数学文化，了解解决问题的不同方法和策略，教科书在四年级下册数学广角中安排了“鸡兔同笼”问题的教学内容。“鸡兔同笼”问题是我国广为流传的数学趣题，最早出现在《孙子算经》中。由于还没学方程解法，因此本单元主要引导学生通过猜测、列表、假设等方法来解决问题，培养学生猜测、有序思考及逻辑推理的能力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科书直接引出《孙子算经》中记载的“鸡兔同笼”问题，并通过提问激发学生解答我国古代数学问题的兴趣，让学生可以自然进入本单元的学习。本单元尽管只有一个例题，但在编排上仍能让学生在经历、体验解决问题的过程中感悟解决问题的策略及方法的多样性。首先，教科书将《孙子算经》中的“鸡兔同笼”问题数据变小引出例1，让学生感悟化繁为简的策略在解决问题过程中的作用。其次，在编排例1时，依次呈现了让学生经历从猜测到列表法，再到“假设法”解决问题的探究过程，在这一过程中，学生感受到了解决问题策略的多样化。另外，在“阅读资料”中，教科书还介绍了古人的巧妙解法，有利于拓宽学生的解题思路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四年级学生的求知欲和好奇心都较强，同时动手操作能力、自主探究能力都有所提高，但运用能力还不够，抽象概括能力不强，思维方式还处在从形象思维过渡到抽象思维的过程中。因此用列表法解决“鸡兔同笼”问题对于他们来说并不难，但是对于“假设法”的理解掌握还有一定的难度，所以运用假设法解决生活中的实际问题是教学的难点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第1课时：了解“鸡兔同笼”问题的结构特点，会运用列表法、假设法解决问题，初步形成解决此类问题的一般性策略。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第2课时：通过练习，进一步加深对“鸡兔同笼”问题的认识，建立解决这类问题的模型。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体现化繁为简的必要性。“鸡兔同笼”问题的原题数据比较大，这样就为学生经历猜测、验证的过程提出了挑战，从而使学生体会到化繁为简是探究解决问题策略的有效途径之一。让学生充分经历先从简单问题寻求解决该问题的一般方法后，再将其应用到解决比较复杂的问题的过程中去，从而使学生初步感受化繁为简的思想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引导学生探索解决问题的策略和方法。在解决“鸡兔同笼”问题的方法中，猜测是探究解决此类问题的基础，列表法则有助于学生通过有序思考找到问题的答案，假设法则有利于培养学生的逻辑推理能力，且是解决此类问题的一般方法。教学中，要给学生充分的空间和足够的时间探究、讨论解决此类问题的方法，并在小组交流、合作学习的过程中了解不同解题方法的特点，积累解决问题的经验。当然，解决这类问题，学生选用哪种方法均可，不强求用某一种方法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鸡兔同笼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了解“鸡兔同笼”问题的结构特点，会运用列表法、假设法解决问题，初步形成解决此类问题的一般性策略。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练习课（鸡兔同笼）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专题练习课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通过练习，进一步加深对“鸡兔同笼”问题的认识，建立解决这类问题的模型。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鸡兔同笼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鸡兔同笼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第9单元 数学广角——鸡兔同笼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四年级学生的求知欲和好奇心都较强，同时动手操作能力、自主探究能力都有所提高，但运用能力还不够，抽象概括能力不强，思维方式还处在从形象思维过渡到抽象思维的过程中。因此用列表法解决“鸡兔同笼”问题对于他们来说并不难，但是对于“假设法”的理解掌握还有一定的难度，所以运用假设法解决生活中的实际问题是教学的难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教学内容：教科书P99~100例1，完成P101“练习二十四”第3题。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（1）了解“鸡兔同笼”问题的结构特点，会运用列表法、假设法解决问题，初步形成解决此类问题的一般性策略。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（2）通过自主探索、合作交流，培养学生的合作意识和逻辑推理能力，体会解题策略的多样化，渗透化繁为简的思想。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（3）感受古代数学问题的趣味性，提高学习数学的兴趣。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教学重点：自主探究解决问题的过程，会运用列表法、假设法解决“鸡兔同笼”问题。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教学难点：运用不同的方法解决实际问题。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一、历史激趣，揭示课题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哪名同学能用自己的语言描述一下这道数学题？；你们能从题中得到哪些数学信息？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二、合作探究，学习新知识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解答出来了吗？；很多同学不知道怎么解答，也猜不出来。那么在什么情况下容易猜出答案呢？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三、知识运用，巩固提高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我们已经用不同的方法解决了简单的“鸡兔同笼”问题。现在能解决《孙子算经》中的“鸡兔同笼”问题了吗？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四、课堂小结，情感升华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今天我们研究了什么问题？你掌握了哪些解决“鸡兔同笼”问题的方法？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五、拓展延伸，拓宽思路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你想知道古人是怎么解决“鸡兔同笼”问题的吗？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一、历史激趣，揭示课题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师：今天我想给同学们介绍一部我国古代数学名著——《孙子算经》，里面记载着许多有趣的数学名题，让我们来看看吧！(课件出示)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师：哪名同学能用自己的语言描述一下这道数学题？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师：这就是我们今天要学习的“鸡兔同笼”问题。（板书课题：鸡兔同笼）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师：你们能从题中得到哪些数学信息？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师：联系生活常识，题中还隐藏了什么已知条件？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师：已知条件都找到了，大家想一想、算一算鸡和兔各有多少只。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如果学生不能很顺利地理解古文中的含义，老师可以帮助学生翻译过来，确保学生正确理解题意。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学生小组内讨论，再指名汇报。(课件出示译题)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鸡和兔共有35只，鸡和兔共有94只脚。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鸡有2只脚，兔有4只脚。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学生尝试解答。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通过数学名著《孙子算经》的介绍和“鸡兔同笼”问题的导入，激发学生的学习兴趣，调动学生的积极性，引发学生的数学思考。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二、合作探究，学习新知识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1.感受化繁为简的必要性。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师：解答出来了吗？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师：很多同学不知道怎么解答，也猜不出来。那么在什么情况下容易猜出答案呢？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师：是啊，数字大了就很难猜出来，那我们把数字改小些试试看。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2.探究解法。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（1）课件出示教科书P99例1。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师：从题目中你们能获取哪些数学信息？要求鸡和兔各有几只，咱们不妨猜一猜，好吗？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（2）探究列表法。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师：可能的情况有很多种，怎样才能知道哪一种符合题意呢？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①教师引导学生得出：鸡和兔一共有8只，再看鸡的脚的数量和兔的脚的数量加起来是否等于26只。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②师：鸡和兔一共有8只，有很多种情况，我们可以用表格一一列举出来。（出示课件）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③展示交流。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请做得快的小组到黑板上完成表格。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师：你们同意吗？大声地告诉我这道题的答案是多少。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④小结：同学们真不错！像这样利用表格按顺序列出所有的情况，进而找到问题答案的方法叫作列表法。这是我们解决问题非常好的一种方法。（板书：列表法）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猜测虽然效率低，不具有普遍性，但这样的经历是必要的，是后面学习列表法、假设法的基础。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（3）探究假设法。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①师：我们刚才用列表法解决了这个问题，但数据变大后，列举出的情况太多了，你还有其他的解题方法吗？（提示：把鸡或兔的只数假设成0只，计算起来会更简单。）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②师：如果从最特殊的情况出发，假设笼子里全是鸡，那么一共有多少只脚？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提示学生画图表示。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每只鸡2只脚，一共有8×2=16（只）脚，实际比假设还多出26-16=10（只）脚。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师：为什么会多出10只脚呢？（因为笼子里有兔。）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引导学生发现：每只鸡再加2只脚变成兔，10只脚需要把5只鸡变成5只兔。最后剩下的3只就是鸡。（教师动态演示课件）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③师：刚才边画图边思考的过程能否用算式表示出来呢？两人一组讨论完成下面的题目。（出示课件）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师：思路非常清晰。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师：怎样区分后面鸡、兔的只数？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（4）假设法的简单应用。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师：我们刚才用假设都是鸡的方法求得了答案，那么能否假设都是兔来解决呢？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教师适时板书。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假设法是更具逻辑性和一般性的解法，是解决此类问题的算术解法中较为普遍的一种解法。要让学生经历“假设——计算——推理——解答”的过程。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（5）教师小结。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师：刚才通过假设笼子里都是鸡或者都是兔的情况，发现规律，得出答案，这种解决问题的方法叫作假设法。这也是解答“鸡兔同笼”问题的一种基本方法。（板书：假设法）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学生沉默或回答不能。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数太大了，小一些就可以试出来或者猜出来。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学生进行猜想并回答。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预设1：我猜想鸡有4只，兔有4只。（鼓励学生大胆说出自己的想法）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预设2：我猜想鸡有2只，兔有6只，因为鸡和兔一共有8只。（教师：不错！知道有根据地去猜想。）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预设3：我猜想鸡有3只，兔有5只。因为我们不光要考虑鸡和兔一共有8只，还要考虑是不是一共有26只脚。（教师：真是善于思考的孩子！考虑得真全面！）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学生试着填写教科书P100的表格，在小组内交流做法。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鸡3只，兔5只。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学生根据教师的要求画出8个圆代表鸡，然后画出相应的脚。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学生讨论，教师巡视并给予相应指导。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④学生汇报讨论结果，教师相应板书。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假设笼子里都是鸡，每只鸡有2只脚，一共有8×2=16（只）脚，还差26-16=10（只）脚。一只兔比一只鸡多4-2=2（只）脚，也就是有10÷2=5（只）兔，所以笼子里有8-5=3（只）鸡，5只兔。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假设全是鸡，先算出来的是换进去的兔的只数，即兔的实际只数。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预设1：假设笼子里都是兔，每只兔有4只脚，一共有8×4=32（只）脚，多出32-26=6（只）脚。一只鸡比一只兔少4-2=2（只）脚，也就是有6÷2=3（只）鸡，所以笼子里有3只鸡，8-3=5（只）兔。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预设2：假设都是兔，先算出来的是换进去的鸡的只数，即鸡的实际只数。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让学生体会到从简单问题入手的必要性，初步感受化繁为简是探究解决问题策略的有效途径之一。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本环节通过引导学生经历猜想、有根据地猜想，再到根据需要列表验证的过程，让学生学会有序思考，为后面探究假设法奠定了基础。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本环节让学生充分经历了观察、比较、推理、归纳、概括等数学活动与数学思考，探究出用假设法解决“鸡兔同笼”问题。充分的探究活动，既培养了学生的推理能力，又有效促进了学生逻辑思维能力的发展。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三、知识运用，巩固提高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1.解决“鸡兔同笼”数学趣题。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（1）师：我们已经用不同的方法解决了简单的“鸡兔同笼”问题。现在能解决《孙子算经》中的“鸡兔同笼”问题了吗？你会选择哪一种方法来解题呢？为什么？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（2）学生独立解答后，教师指名学生上台展示结果并说说是怎么想的。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2.感悟模型，解决实际问题。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师：“鸡兔同笼”的问题并不仅仅局限在解决与动物有关的问题上，它在我们的日常生活中也有着广泛的应用。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教科书P101“练习二十四”第3题。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（1）学生读题，独立解答，教师巡视，准备投影仪展示学生的答案。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（2）学生上台展示，说说自己是怎么想的。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数目比较大时，列表法的计算量较大，有局限性，比较麻烦，用假设法比较好。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通过自主探究、比较后很容易得出假设法是解决“鸡兔同笼”问题的一般方法。围绕本课的教学重难点，解决实际问题，让学生感悟“鸡兔同笼”问题不仅仅是鸡兔问题，生活中的实际问题只要符合这种数量关系，就可以用类似的方法解答。有层次、有针对性地练习，能加深学生对本课所学知识的理解，培养学生思维的灵活性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四、课堂小结，情感升华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师：今天我们研究了什么问题？你掌握了哪些解决“鸡兔同笼”问题的方法？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师：同学们，这是一道比较复杂的难题，却被我们四年级的同学解决了，真是不简单，我为你们感到自豪。让我们为自己今天的精彩表现鼓鼓掌吧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让学生自己总结所学知识，不仅能进一步内化本课所学的内容，而且学生经历了自我总结、评价的过程，更能让学生在知、情、意、行等方面同时得到发展。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五、拓展延伸，拓宽思路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师：你想知道古人是怎么解决“鸡兔同笼”问题的吗？请同学们在课后自学教科书P100的“阅读资料”，并上网查找更多“鸡兔同笼”问题的解法。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围绕环节目标组织学习活动，引导学生主动参与、积极思考，核心问题："你想知道古人是怎么解决“鸡兔同笼”问题的吗？"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鸡兔同笼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列表法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假设法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假设全是鸡                        假设全是兔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8×2=16(只）                       8×4=32(只）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26-16=10(只）                     32-26=6(只）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4-2=2(只）                        4-2=2(只）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兔：10÷2=5(只）                  鸡：6÷2=3(只）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鸡：8-5=3(只）                    兔：8-3=5(只）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教科书P99~100例1，完成P101“练习二十四”第3题。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原设计安排：见“状元成才路”系列丛书《创优作业100分》对应课时作业。 1.26人去划船，租了5条船，每条船都坐满了，每条大船限乘6人，每条小船限乘4人。大、小船各租了几条？ (1)按顺序列表试一试。 大船租了（ ）条，小船租了（ ）条。 (2)假设租的都是小船，那么一共可坐4×5=（ ）人，这样就多出26-（ ）=（ ）人。一条大船比一条小船多坐6-4=2人，也就是有（ ）÷2=（ ）条大船，小船有5-（ ）=（ ）条。 2.松鼠妈妈采松果,晴天每天采20个,雨天每天采12个。它连续几天共采了120个松果,平均每天采15个。这几天中有多少天是雨天? 参考答案 1.(1) 3 2 (2)20 20 6 6 3 3 2 2.120÷15=8(天) 假设全是晴天。 雨天:(20×8-120)÷( 20-12)=5(天)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纵观整个教学过程，达到了预期的目标。本课的特点是：在情境中导入，在探究中求知，在碰撞中生成，在合作中交流，在练习中提升。教师始终定位为学生学习活动的组织者、引导者、合作者。但教学中“如何通过教师的准确引导，真正落实新课标提出的‘不同的人在数学上得到不同的发展，逐步形成适应终身发展需要的核心素养’这一目标”，是今后需要努力的方向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练习课（鸡兔同笼）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练习课（鸡兔同笼）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第9单元 数学广角——鸡兔同笼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四年级学生的求知欲和好奇心都较强，同时动手操作能力、自主探究能力都有所提高，但运用能力还不够，抽象概括能力不强，思维方式还处在从形象思维过渡到抽象思维的过程中。因此用列表法解决“鸡兔同笼”问题对于他们来说并不难，但是对于“假设法”的理解掌握还有一定的难度，所以运用假设法解决生活中的实际问题是教学的难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教学内容：完成教科书P100“做一做”，P101～102“练习二十四”第1、2、4、5、6题和思考题。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（1）通过练习，进一步加深对“鸡兔同笼”问题的认识，建立解决这类问题的模型。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（2）能灵活运用所学知识解决生活中的“鸡兔同笼”问题。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（3）在练习过程中，感受学习数学的价值，培养学生的逻辑推理能力。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教学重点：加深对“鸡兔同笼”问题的认识，灵活运用知识解决生活中的“鸡兔同笼”问题。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教学难点：提高分析问题和解决问题的能力。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一、基础练习，建立模型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“鸡兔同笼”问题有什么特点？我们可以用哪些方法来解决“鸡兔同笼”问题？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二、加强练习，巩固新知识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教科书、教科书P101~102、课件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思考一下，这两个问题与前面研究的“鸡兔同笼”问题有什么相同之处呢？；什么相当于“鸡”？什么相当于“兔”？什么又相当于“总只数”和“总脚数”？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三、拓展练习，拓宽视野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一、基础练习，建立模型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1.基础练习。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（1）学生独立完成教科书P100“做一做”。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（2）集体交流。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2.回顾“鸡兔同笼”问题的特点和解法。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师：“鸡兔同笼”问题有什么特点？我们可以用哪些方法来解决“鸡兔同笼”问题？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根据学生的实际回答，教师适时引导，归纳得出：解决“鸡兔同笼”问题，可以有多种解法。当数目比较小时，用列表法比较好；当数目比较大时，用假设法比较好。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师：我们生活中也有许多和“鸡兔同笼”问题相似的问题。今天我们就一起来解决这些问题。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本题对于学生来说并不是很难，要注意引导学生读取题中的隐藏条件。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预设1：已知鸡和兔的总数和它们的脚的总数，要分别计算鸡和兔各有几只。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预设2：可以用列表法、假设法来解决问题。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通过基础练习，引导学生回顾整理，建立“鸡兔同笼”问题的数学模型，培养学生的模型思想。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二、加强练习，巩固新知识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1.加深对“鸡兔同笼”问题中的数量关系的理解。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教科书P101“练习二十四”第1、2题。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（1）师：思考一下，这两个问题与前面研究的“鸡兔同笼”问题有什么相同之处呢？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师：什么相当于“鸡”？什么相当于“兔”？什么又相当于“总只数”和“总脚数”？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（3）交流分享。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首先，可让学生独立完成这些问题，在集体订正中修正自己的解法。然后，教师可组织学生进行交流，感悟“鸡兔同笼”问题的本质。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2.解决生活中的实际问题。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（1）教科书P101~102“练习二十四”第4、7题。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①师：这两题都是生活中的“鸡兔同笼”问题，请认真读题，分别说说这两题中什么相当于动物的总只数，什么相当于每种动物的脚的只数，什么相当于两种动物的脚的总只数。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（2）教科书P101“练习二十四”第5题。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①引导学生理解题意，找出与解决问题无关的信息:“张鹏投了15个球”。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（3）教科书P102“练习二十四”第6题。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①师：这道题是知识抢答中的“鸡兔同笼”问题。大家独立做一做。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一般学生不容易找准实际问题与“鸡兔同笼”问题之间的联系，在教师引导理解之后，学生能独立完成。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预设1：植树的总人数相当于动物的总只数，男生和女生每人的植树棵数相当于每种动物的脚的只数，植树的总棵数相当于两种动物的脚的总只数。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预设2：买的篮球和排球的总个数相当于动物的总只数，篮球和排球每个的价格分别相当于每种动物的脚的只数，花的总钱数相当于两种动物的脚的总只数。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②学生独立完成后展示交流。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②学生独立完成后交流分享。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本题是一个变式题，学生独立解答有一定的难度，错误率应该比较高。要训练学生综合分析问题的能力，也就是要正确理解和分析“答对一题加10分，答错一题扣6分”这一条件。针对学生犯的不同的错误进行分析并指正，在更正的过程中理解题中的数量及数量关系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P101“练习二十四”第1、2题重在引导学生加深对“鸡兔同笼”数量关系的理解。教科书P101~102“练习二十四”第4、5、7题的信息呈现方式灵活多变，注意培养学生提取信息的能力。第6题重在训练学生综合分析问题的能力。本环节借助实际问题的解决过程，巩固列表法、假设法等解决这一类问题的方法，让学生体会了数学与生活的联系，培养学生在实际生活中发现问题、提出问题、分析问题、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三、拓展练习，拓宽视野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教科书P102“练习二十四”思考题。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灵活解决“百僧百馍”问题，如从题中信息可知“4个馒头正好分给1个大和尚和3个小和尚”。所以我们可以把100个馒头每4个分为一组，一共可以分成100÷4=25(组）。100个和尚也正好分成这样的25组，每组中有1个大和尚和3个小和尚，这样就可知大和尚有25个，小和尚有75个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学生独立解答后展示交流。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本题是另一个古代数学趣题“百僧百馍”问题，引导学生根据题意灵活求解，不仅增加了解决问题的趣味性，而且拓宽了学生的视野。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完成教科书P100“做一做”，P101～102“练习二十四”第1、2、4、5、6题和思考题。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 【教学笔记】 【教学提示】 教学中要关注全体学生，特别是学习有困难的学生，教师要及时、耐心地进行指导。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的练习都是与学生生活密切联系的，在教学过程中让学生自主解决问题，不仅能让学生巩固新知识，体会到数学知识与日常生活的联系，而且能获得成功的体验，增强学生学习数学的兴趣和自信心。在做练习时，教师要密切关注学生的练习情况，特别是学习能力较弱的学生。教师要及时了解学生的特点，并根据实际情况给予有针对性的指导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